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C2C8" w14:textId="77777777" w:rsidR="00673E82" w:rsidRPr="009C650E" w:rsidRDefault="00000000">
      <w:pPr>
        <w:spacing w:after="400"/>
        <w:rPr>
          <w:noProof/>
          <w:lang w:val="ro-RO"/>
        </w:rPr>
      </w:pPr>
      <w:r w:rsidRPr="009C650E">
        <w:rPr>
          <w:b/>
          <w:noProof/>
          <w:color w:val="D71920"/>
          <w:sz w:val="20"/>
          <w:lang w:val="ro-RO"/>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673E82" w:rsidRPr="009C650E" w14:paraId="64C18B7A" w14:textId="77777777">
        <w:tc>
          <w:tcPr>
            <w:tcW w:w="2381" w:type="dxa"/>
            <w:shd w:val="clear" w:color="auto" w:fill="D71920"/>
            <w:tcMar>
              <w:top w:w="75" w:type="dxa"/>
              <w:left w:w="85" w:type="dxa"/>
              <w:bottom w:w="75" w:type="dxa"/>
              <w:right w:w="85" w:type="dxa"/>
            </w:tcMar>
            <w:vAlign w:val="center"/>
          </w:tcPr>
          <w:p w14:paraId="72132D66" w14:textId="77777777" w:rsidR="00673E82" w:rsidRPr="009C650E" w:rsidRDefault="00000000">
            <w:pPr>
              <w:spacing w:after="0" w:line="240" w:lineRule="auto"/>
              <w:jc w:val="center"/>
              <w:rPr>
                <w:noProof/>
                <w:lang w:val="ro-RO"/>
              </w:rPr>
            </w:pPr>
            <w:r w:rsidRPr="009C650E">
              <w:rPr>
                <w:b/>
                <w:noProof/>
                <w:color w:val="FFFFFF"/>
                <w:sz w:val="22"/>
                <w:lang w:val="ro-RO"/>
              </w:rPr>
              <w:t>MODEL</w:t>
            </w:r>
          </w:p>
        </w:tc>
      </w:tr>
    </w:tbl>
    <w:p w14:paraId="7010B709" w14:textId="77777777" w:rsidR="00673E82" w:rsidRPr="009C650E" w:rsidRDefault="00673E82">
      <w:pPr>
        <w:spacing w:after="120"/>
        <w:rPr>
          <w:noProof/>
          <w:lang w:val="ro-RO"/>
        </w:rPr>
      </w:pPr>
    </w:p>
    <w:p w14:paraId="4C4ACDCE" w14:textId="77777777" w:rsidR="00673E82" w:rsidRPr="009C650E" w:rsidRDefault="00000000">
      <w:pPr>
        <w:spacing w:after="40"/>
        <w:rPr>
          <w:noProof/>
          <w:lang w:val="ro-RO"/>
        </w:rPr>
      </w:pPr>
      <w:r w:rsidRPr="009C650E">
        <w:rPr>
          <w:b/>
          <w:noProof/>
          <w:sz w:val="56"/>
          <w:lang w:val="ro-RO"/>
        </w:rPr>
        <w:t>Obiective de securitate a informației</w:t>
      </w:r>
    </w:p>
    <w:p w14:paraId="6CC62349" w14:textId="77777777" w:rsidR="00673E82" w:rsidRPr="009C650E" w:rsidRDefault="00000000">
      <w:pPr>
        <w:spacing w:after="140"/>
        <w:rPr>
          <w:noProof/>
          <w:lang w:val="ro-RO"/>
        </w:rPr>
      </w:pPr>
      <w:r w:rsidRPr="009C650E">
        <w:rPr>
          <w:b/>
          <w:noProof/>
          <w:color w:val="D71920"/>
          <w:sz w:val="64"/>
          <w:lang w:val="ro-RO"/>
        </w:rPr>
        <w:t>ISO/IEC 27001</w:t>
      </w:r>
    </w:p>
    <w:p w14:paraId="0844A45B" w14:textId="77777777" w:rsidR="00673E82" w:rsidRPr="009C650E" w:rsidRDefault="00000000">
      <w:pPr>
        <w:spacing w:after="320"/>
        <w:rPr>
          <w:noProof/>
          <w:lang w:val="ro-RO"/>
        </w:rPr>
      </w:pPr>
      <w:r w:rsidRPr="009C650E">
        <w:rPr>
          <w:noProof/>
          <w:color w:val="666666"/>
          <w:sz w:val="26"/>
          <w:lang w:val="ro-RO"/>
        </w:rPr>
        <w:t>Instrument complet pentru selectare, formulare, planificare, monitorizare și evaluare</w:t>
      </w:r>
    </w:p>
    <w:p w14:paraId="4C61DBD9" w14:textId="77777777" w:rsidR="00673E82" w:rsidRPr="009C650E" w:rsidRDefault="00673E82">
      <w:pPr>
        <w:pBdr>
          <w:bottom w:val="single" w:sz="18" w:space="1" w:color="D71920"/>
        </w:pBdr>
        <w:spacing w:after="1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673E82" w:rsidRPr="009C650E" w14:paraId="07CF708A" w14:textId="77777777">
        <w:trPr>
          <w:jc w:val="center"/>
        </w:trPr>
        <w:tc>
          <w:tcPr>
            <w:tcW w:w="2721" w:type="dxa"/>
            <w:shd w:val="clear" w:color="auto" w:fill="F3F4F5"/>
            <w:tcMar>
              <w:top w:w="75" w:type="dxa"/>
              <w:left w:w="85" w:type="dxa"/>
              <w:bottom w:w="75" w:type="dxa"/>
              <w:right w:w="85" w:type="dxa"/>
            </w:tcMar>
            <w:vAlign w:val="center"/>
          </w:tcPr>
          <w:p w14:paraId="613BF4CA" w14:textId="77777777" w:rsidR="00673E82" w:rsidRPr="009C650E" w:rsidRDefault="00000000">
            <w:pPr>
              <w:spacing w:after="0" w:line="240" w:lineRule="auto"/>
              <w:rPr>
                <w:noProof/>
                <w:lang w:val="ro-RO"/>
              </w:rPr>
            </w:pPr>
            <w:r w:rsidRPr="009C650E">
              <w:rPr>
                <w:b/>
                <w:noProof/>
                <w:sz w:val="16"/>
                <w:lang w:val="ro-RO"/>
              </w:rPr>
              <w:t>BAZĂ DE LUCRU</w:t>
            </w:r>
          </w:p>
        </w:tc>
        <w:tc>
          <w:tcPr>
            <w:tcW w:w="7200" w:type="dxa"/>
            <w:shd w:val="clear" w:color="auto" w:fill="FFFFFF"/>
            <w:tcMar>
              <w:top w:w="75" w:type="dxa"/>
              <w:left w:w="85" w:type="dxa"/>
              <w:bottom w:w="75" w:type="dxa"/>
              <w:right w:w="85" w:type="dxa"/>
            </w:tcMar>
            <w:vAlign w:val="center"/>
          </w:tcPr>
          <w:p w14:paraId="542AC4DF" w14:textId="77777777" w:rsidR="00673E82" w:rsidRPr="009C650E" w:rsidRDefault="00000000">
            <w:pPr>
              <w:spacing w:after="0" w:line="240" w:lineRule="auto"/>
              <w:rPr>
                <w:noProof/>
                <w:lang w:val="ro-RO"/>
              </w:rPr>
            </w:pPr>
            <w:r w:rsidRPr="009C650E">
              <w:rPr>
                <w:noProof/>
                <w:lang w:val="ro-RO"/>
              </w:rPr>
              <w:t>ISO/IEC 27001:2022 + ISO/IEC 27001:2022/Amd 1:2024</w:t>
            </w:r>
          </w:p>
        </w:tc>
      </w:tr>
      <w:tr w:rsidR="00673E82" w:rsidRPr="009C650E" w14:paraId="793C2159" w14:textId="77777777">
        <w:trPr>
          <w:jc w:val="center"/>
        </w:trPr>
        <w:tc>
          <w:tcPr>
            <w:tcW w:w="2721" w:type="dxa"/>
            <w:shd w:val="clear" w:color="auto" w:fill="F3F4F5"/>
            <w:tcMar>
              <w:top w:w="75" w:type="dxa"/>
              <w:left w:w="85" w:type="dxa"/>
              <w:bottom w:w="75" w:type="dxa"/>
              <w:right w:w="85" w:type="dxa"/>
            </w:tcMar>
            <w:vAlign w:val="center"/>
          </w:tcPr>
          <w:p w14:paraId="3C1D0339" w14:textId="77777777" w:rsidR="00673E82" w:rsidRPr="009C650E" w:rsidRDefault="00000000">
            <w:pPr>
              <w:spacing w:after="0" w:line="240" w:lineRule="auto"/>
              <w:rPr>
                <w:noProof/>
                <w:lang w:val="ro-RO"/>
              </w:rPr>
            </w:pPr>
            <w:r w:rsidRPr="009C650E">
              <w:rPr>
                <w:b/>
                <w:noProof/>
                <w:sz w:val="16"/>
                <w:lang w:val="ro-RO"/>
              </w:rPr>
              <w:t>UTILIZARE</w:t>
            </w:r>
          </w:p>
        </w:tc>
        <w:tc>
          <w:tcPr>
            <w:tcW w:w="7200" w:type="dxa"/>
            <w:shd w:val="clear" w:color="auto" w:fill="FFFFFF"/>
            <w:tcMar>
              <w:top w:w="75" w:type="dxa"/>
              <w:left w:w="85" w:type="dxa"/>
              <w:bottom w:w="75" w:type="dxa"/>
              <w:right w:w="85" w:type="dxa"/>
            </w:tcMar>
            <w:vAlign w:val="center"/>
          </w:tcPr>
          <w:p w14:paraId="4011782D" w14:textId="77777777" w:rsidR="00673E82" w:rsidRPr="009C650E" w:rsidRDefault="00000000">
            <w:pPr>
              <w:spacing w:after="0" w:line="240" w:lineRule="auto"/>
              <w:rPr>
                <w:noProof/>
                <w:lang w:val="ro-RO"/>
              </w:rPr>
            </w:pPr>
            <w:r w:rsidRPr="009C650E">
              <w:rPr>
                <w:noProof/>
                <w:lang w:val="ro-RO"/>
              </w:rPr>
              <w:t>Organizații din orice industrie și de orice dimensiune</w:t>
            </w:r>
          </w:p>
        </w:tc>
      </w:tr>
      <w:tr w:rsidR="00673E82" w:rsidRPr="009C650E" w14:paraId="2489A464" w14:textId="77777777">
        <w:trPr>
          <w:jc w:val="center"/>
        </w:trPr>
        <w:tc>
          <w:tcPr>
            <w:tcW w:w="2721" w:type="dxa"/>
            <w:shd w:val="clear" w:color="auto" w:fill="F3F4F5"/>
            <w:tcMar>
              <w:top w:w="75" w:type="dxa"/>
              <w:left w:w="85" w:type="dxa"/>
              <w:bottom w:w="75" w:type="dxa"/>
              <w:right w:w="85" w:type="dxa"/>
            </w:tcMar>
            <w:vAlign w:val="center"/>
          </w:tcPr>
          <w:p w14:paraId="12D84CB8" w14:textId="77777777" w:rsidR="00673E82" w:rsidRPr="009C650E" w:rsidRDefault="00000000">
            <w:pPr>
              <w:spacing w:after="0" w:line="240" w:lineRule="auto"/>
              <w:rPr>
                <w:noProof/>
                <w:lang w:val="ro-RO"/>
              </w:rPr>
            </w:pPr>
            <w:r w:rsidRPr="009C650E">
              <w:rPr>
                <w:b/>
                <w:noProof/>
                <w:sz w:val="16"/>
                <w:lang w:val="ro-RO"/>
              </w:rPr>
              <w:t>CONȚINUT</w:t>
            </w:r>
          </w:p>
        </w:tc>
        <w:tc>
          <w:tcPr>
            <w:tcW w:w="7200" w:type="dxa"/>
            <w:shd w:val="clear" w:color="auto" w:fill="FFFFFF"/>
            <w:tcMar>
              <w:top w:w="75" w:type="dxa"/>
              <w:left w:w="85" w:type="dxa"/>
              <w:bottom w:w="75" w:type="dxa"/>
              <w:right w:w="85" w:type="dxa"/>
            </w:tcMar>
            <w:vAlign w:val="center"/>
          </w:tcPr>
          <w:p w14:paraId="0F03EC37" w14:textId="77777777" w:rsidR="00673E82" w:rsidRPr="009C650E" w:rsidRDefault="00000000">
            <w:pPr>
              <w:spacing w:after="0" w:line="240" w:lineRule="auto"/>
              <w:rPr>
                <w:noProof/>
                <w:lang w:val="ro-RO"/>
              </w:rPr>
            </w:pPr>
            <w:r w:rsidRPr="009C650E">
              <w:rPr>
                <w:noProof/>
                <w:lang w:val="ro-RO"/>
              </w:rPr>
              <w:t>Model necompletat + exemplu completat + bibliotecă de obiective și KPI</w:t>
            </w:r>
          </w:p>
        </w:tc>
      </w:tr>
      <w:tr w:rsidR="00673E82" w:rsidRPr="009C650E" w14:paraId="00BE1E5B" w14:textId="77777777">
        <w:trPr>
          <w:jc w:val="center"/>
        </w:trPr>
        <w:tc>
          <w:tcPr>
            <w:tcW w:w="2721" w:type="dxa"/>
            <w:shd w:val="clear" w:color="auto" w:fill="F3F4F5"/>
            <w:tcMar>
              <w:top w:w="75" w:type="dxa"/>
              <w:left w:w="85" w:type="dxa"/>
              <w:bottom w:w="75" w:type="dxa"/>
              <w:right w:w="85" w:type="dxa"/>
            </w:tcMar>
            <w:vAlign w:val="center"/>
          </w:tcPr>
          <w:p w14:paraId="4F7462D3" w14:textId="77777777" w:rsidR="00673E82" w:rsidRPr="009C650E" w:rsidRDefault="00000000">
            <w:pPr>
              <w:spacing w:after="0" w:line="240" w:lineRule="auto"/>
              <w:rPr>
                <w:noProof/>
                <w:lang w:val="ro-RO"/>
              </w:rPr>
            </w:pPr>
            <w:r w:rsidRPr="009C650E">
              <w:rPr>
                <w:b/>
                <w:noProof/>
                <w:sz w:val="16"/>
                <w:lang w:val="ro-RO"/>
              </w:rPr>
              <w:t>EDIȚIE DOCUMENT</w:t>
            </w:r>
          </w:p>
        </w:tc>
        <w:tc>
          <w:tcPr>
            <w:tcW w:w="7200" w:type="dxa"/>
            <w:shd w:val="clear" w:color="auto" w:fill="FFFFFF"/>
            <w:tcMar>
              <w:top w:w="75" w:type="dxa"/>
              <w:left w:w="85" w:type="dxa"/>
              <w:bottom w:w="75" w:type="dxa"/>
              <w:right w:w="85" w:type="dxa"/>
            </w:tcMar>
            <w:vAlign w:val="center"/>
          </w:tcPr>
          <w:p w14:paraId="3F0011F8" w14:textId="77777777" w:rsidR="00673E82" w:rsidRPr="009C650E" w:rsidRDefault="00000000">
            <w:pPr>
              <w:spacing w:after="0" w:line="240" w:lineRule="auto"/>
              <w:rPr>
                <w:noProof/>
                <w:lang w:val="ro-RO"/>
              </w:rPr>
            </w:pPr>
            <w:r w:rsidRPr="009C650E">
              <w:rPr>
                <w:noProof/>
                <w:lang w:val="ro-RO"/>
              </w:rPr>
              <w:t>Certify | iulie 2026</w:t>
            </w:r>
          </w:p>
        </w:tc>
      </w:tr>
    </w:tbl>
    <w:p w14:paraId="189F3292" w14:textId="77777777" w:rsidR="00673E82" w:rsidRPr="009C650E" w:rsidRDefault="00673E82">
      <w:pPr>
        <w:spacing w:after="16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26F873BA" w14:textId="77777777">
        <w:trPr>
          <w:cantSplit/>
          <w:jc w:val="center"/>
        </w:trPr>
        <w:tc>
          <w:tcPr>
            <w:tcW w:w="567" w:type="dxa"/>
            <w:shd w:val="clear" w:color="auto" w:fill="D71920"/>
            <w:tcMar>
              <w:top w:w="75" w:type="dxa"/>
              <w:left w:w="85" w:type="dxa"/>
              <w:bottom w:w="75" w:type="dxa"/>
              <w:right w:w="85" w:type="dxa"/>
            </w:tcMar>
            <w:vAlign w:val="center"/>
          </w:tcPr>
          <w:p w14:paraId="2E63D6A5" w14:textId="77777777" w:rsidR="00673E82" w:rsidRPr="009C650E" w:rsidRDefault="00000000">
            <w:pPr>
              <w:spacing w:after="0" w:line="240" w:lineRule="auto"/>
              <w:jc w:val="center"/>
              <w:rPr>
                <w:noProof/>
                <w:lang w:val="ro-RO"/>
              </w:rPr>
            </w:pPr>
            <w:r w:rsidRPr="009C650E">
              <w:rPr>
                <w:b/>
                <w:noProof/>
                <w:color w:val="FFFFFF"/>
                <w:sz w:val="30"/>
                <w:lang w:val="ro-RO"/>
              </w:rPr>
              <w:t>i</w:t>
            </w:r>
          </w:p>
        </w:tc>
        <w:tc>
          <w:tcPr>
            <w:tcW w:w="9354" w:type="dxa"/>
            <w:shd w:val="clear" w:color="auto" w:fill="FCEBEC"/>
          </w:tcPr>
          <w:p w14:paraId="472E417C" w14:textId="77777777" w:rsidR="00673E82" w:rsidRPr="009C650E" w:rsidRDefault="00000000">
            <w:pPr>
              <w:spacing w:after="40"/>
              <w:rPr>
                <w:noProof/>
                <w:lang w:val="ro-RO"/>
              </w:rPr>
            </w:pPr>
            <w:r w:rsidRPr="009C650E">
              <w:rPr>
                <w:b/>
                <w:noProof/>
                <w:color w:val="D71920"/>
                <w:lang w:val="ro-RO"/>
              </w:rPr>
              <w:t>DOCUMENT ADAPTABIL</w:t>
            </w:r>
          </w:p>
          <w:p w14:paraId="54930375" w14:textId="77777777" w:rsidR="00673E82" w:rsidRPr="009C650E" w:rsidRDefault="00000000">
            <w:pPr>
              <w:spacing w:after="0" w:line="252" w:lineRule="auto"/>
              <w:rPr>
                <w:noProof/>
                <w:lang w:val="ro-RO"/>
              </w:rPr>
            </w:pPr>
            <w:r w:rsidRPr="009C650E">
              <w:rPr>
                <w:noProof/>
                <w:sz w:val="17"/>
                <w:lang w:val="ro-RO"/>
              </w:rPr>
              <w:t>Exemplele și țintele sunt orientative. Organizația trebuie să aleagă obiective relevante pentru politica SMSI, riscurile informaționale, obligațiile legale și contractuale, Declarația de aplicabilitate și performanța controalelor. Obiectivele nu trebuie să încurajeze ascunderea incidentelor, clasificarea favorabilă a vulnerabilităților sau compromisuri neaprobate privind confidențialitatea, integritatea și disponibilitatea.</w:t>
            </w:r>
          </w:p>
        </w:tc>
      </w:tr>
    </w:tbl>
    <w:p w14:paraId="247C6058" w14:textId="77777777" w:rsidR="00673E82" w:rsidRPr="009C650E" w:rsidRDefault="00673E82">
      <w:pPr>
        <w:spacing w:after="0"/>
        <w:rPr>
          <w:noProof/>
          <w:lang w:val="ro-RO"/>
        </w:rPr>
      </w:pPr>
    </w:p>
    <w:p w14:paraId="6400DB1C"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002CA065" w14:textId="77777777">
        <w:trPr>
          <w:jc w:val="center"/>
        </w:trPr>
        <w:tc>
          <w:tcPr>
            <w:tcW w:w="1020" w:type="dxa"/>
            <w:shd w:val="clear" w:color="auto" w:fill="D71920"/>
            <w:tcMar>
              <w:top w:w="75" w:type="dxa"/>
              <w:left w:w="85" w:type="dxa"/>
              <w:bottom w:w="75" w:type="dxa"/>
              <w:right w:w="85" w:type="dxa"/>
            </w:tcMar>
            <w:vAlign w:val="center"/>
          </w:tcPr>
          <w:p w14:paraId="0FE2AEDF"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1</w:t>
            </w:r>
          </w:p>
        </w:tc>
        <w:tc>
          <w:tcPr>
            <w:tcW w:w="8901" w:type="dxa"/>
            <w:shd w:val="clear" w:color="auto" w:fill="F3F4F5"/>
          </w:tcPr>
          <w:p w14:paraId="065B517F" w14:textId="77777777" w:rsidR="00673E82" w:rsidRPr="009C650E" w:rsidRDefault="00000000">
            <w:pPr>
              <w:spacing w:after="20"/>
              <w:rPr>
                <w:noProof/>
                <w:lang w:val="ro-RO"/>
              </w:rPr>
            </w:pPr>
            <w:r w:rsidRPr="009C650E">
              <w:rPr>
                <w:b/>
                <w:noProof/>
                <w:sz w:val="28"/>
                <w:lang w:val="ro-RO"/>
              </w:rPr>
              <w:t>Cum se utilizează modelul</w:t>
            </w:r>
          </w:p>
          <w:p w14:paraId="78521640" w14:textId="77777777" w:rsidR="00673E82" w:rsidRPr="009C650E" w:rsidRDefault="00000000">
            <w:pPr>
              <w:spacing w:after="0"/>
              <w:rPr>
                <w:noProof/>
                <w:lang w:val="ro-RO"/>
              </w:rPr>
            </w:pPr>
            <w:r w:rsidRPr="009C650E">
              <w:rPr>
                <w:noProof/>
                <w:color w:val="666666"/>
                <w:sz w:val="16"/>
                <w:lang w:val="ro-RO"/>
              </w:rPr>
              <w:t>De la riscuri și controale selectate la reducerea demonstrabilă a expunerii informaționale</w:t>
            </w:r>
          </w:p>
        </w:tc>
      </w:tr>
    </w:tbl>
    <w:p w14:paraId="4B120201" w14:textId="77777777" w:rsidR="00673E82" w:rsidRPr="009C650E" w:rsidRDefault="00673E82">
      <w:pPr>
        <w:spacing w:after="0"/>
        <w:rPr>
          <w:noProof/>
          <w:lang w:val="ro-RO"/>
        </w:rPr>
      </w:pPr>
    </w:p>
    <w:p w14:paraId="0CE3CCDD" w14:textId="77777777" w:rsidR="00673E82" w:rsidRPr="009C650E" w:rsidRDefault="00000000">
      <w:pPr>
        <w:spacing w:line="259" w:lineRule="auto"/>
        <w:rPr>
          <w:noProof/>
          <w:lang w:val="ro-RO"/>
        </w:rPr>
      </w:pPr>
      <w:r w:rsidRPr="009C650E">
        <w:rPr>
          <w:noProof/>
          <w:lang w:val="ro-RO"/>
        </w:rPr>
        <w:t>Scop. Acest document ajută organizația să transforme prioritățile de securitate a informației în obiective măsurabile, să planifice tratamente și să evalueze eficacitatea controalelor și reducerea riscurilor.</w:t>
      </w:r>
    </w:p>
    <w:p w14:paraId="1A36FCC0" w14:textId="77777777" w:rsidR="00673E82" w:rsidRPr="009C650E" w:rsidRDefault="00000000">
      <w:pPr>
        <w:pStyle w:val="Heading2"/>
        <w:rPr>
          <w:noProof/>
          <w:lang w:val="ro-RO"/>
        </w:rPr>
      </w:pPr>
      <w:r w:rsidRPr="009C650E">
        <w:rPr>
          <w:noProof/>
          <w:lang w:val="ro-RO"/>
        </w:rPr>
        <w:t>Flux recomandat de lucru</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551"/>
        <w:gridCol w:w="6520"/>
      </w:tblGrid>
      <w:tr w:rsidR="00673E82" w:rsidRPr="009C650E" w14:paraId="305E21B3" w14:textId="77777777">
        <w:trPr>
          <w:tblHeader/>
          <w:jc w:val="center"/>
        </w:trPr>
        <w:tc>
          <w:tcPr>
            <w:tcW w:w="850" w:type="dxa"/>
            <w:shd w:val="clear" w:color="auto" w:fill="D71920"/>
            <w:tcMar>
              <w:top w:w="75" w:type="dxa"/>
              <w:left w:w="85" w:type="dxa"/>
              <w:bottom w:w="75" w:type="dxa"/>
              <w:right w:w="85" w:type="dxa"/>
            </w:tcMar>
            <w:vAlign w:val="center"/>
          </w:tcPr>
          <w:p w14:paraId="4A8B09A5" w14:textId="77777777" w:rsidR="00673E82" w:rsidRPr="009C650E" w:rsidRDefault="00000000">
            <w:pPr>
              <w:spacing w:after="0" w:line="240" w:lineRule="auto"/>
              <w:jc w:val="center"/>
              <w:rPr>
                <w:noProof/>
                <w:lang w:val="ro-RO"/>
              </w:rPr>
            </w:pPr>
            <w:r w:rsidRPr="009C650E">
              <w:rPr>
                <w:b/>
                <w:noProof/>
                <w:color w:val="FFFFFF"/>
                <w:sz w:val="16"/>
                <w:lang w:val="ro-RO"/>
              </w:rPr>
              <w:t>PAS</w:t>
            </w:r>
          </w:p>
        </w:tc>
        <w:tc>
          <w:tcPr>
            <w:tcW w:w="2551" w:type="dxa"/>
            <w:shd w:val="clear" w:color="auto" w:fill="D71920"/>
            <w:tcMar>
              <w:top w:w="75" w:type="dxa"/>
              <w:left w:w="85" w:type="dxa"/>
              <w:bottom w:w="75" w:type="dxa"/>
              <w:right w:w="85" w:type="dxa"/>
            </w:tcMar>
            <w:vAlign w:val="center"/>
          </w:tcPr>
          <w:p w14:paraId="52FDEC1C" w14:textId="77777777" w:rsidR="00673E82" w:rsidRPr="009C650E" w:rsidRDefault="00000000">
            <w:pPr>
              <w:spacing w:after="0" w:line="240" w:lineRule="auto"/>
              <w:jc w:val="center"/>
              <w:rPr>
                <w:noProof/>
                <w:lang w:val="ro-RO"/>
              </w:rPr>
            </w:pPr>
            <w:r w:rsidRPr="009C650E">
              <w:rPr>
                <w:b/>
                <w:noProof/>
                <w:color w:val="FFFFFF"/>
                <w:sz w:val="16"/>
                <w:lang w:val="ro-RO"/>
              </w:rPr>
              <w:t>ACTIVITATE</w:t>
            </w:r>
          </w:p>
        </w:tc>
        <w:tc>
          <w:tcPr>
            <w:tcW w:w="6520" w:type="dxa"/>
            <w:shd w:val="clear" w:color="auto" w:fill="D71920"/>
            <w:tcMar>
              <w:top w:w="75" w:type="dxa"/>
              <w:left w:w="85" w:type="dxa"/>
              <w:bottom w:w="75" w:type="dxa"/>
              <w:right w:w="85" w:type="dxa"/>
            </w:tcMar>
            <w:vAlign w:val="center"/>
          </w:tcPr>
          <w:p w14:paraId="7257E0F6" w14:textId="77777777" w:rsidR="00673E82" w:rsidRPr="009C650E" w:rsidRDefault="00000000">
            <w:pPr>
              <w:spacing w:after="0" w:line="240" w:lineRule="auto"/>
              <w:jc w:val="center"/>
              <w:rPr>
                <w:noProof/>
                <w:lang w:val="ro-RO"/>
              </w:rPr>
            </w:pPr>
            <w:r w:rsidRPr="009C650E">
              <w:rPr>
                <w:b/>
                <w:noProof/>
                <w:color w:val="FFFFFF"/>
                <w:sz w:val="16"/>
                <w:lang w:val="ro-RO"/>
              </w:rPr>
              <w:t>REZULTAT AȘTEPTAT</w:t>
            </w:r>
          </w:p>
        </w:tc>
      </w:tr>
      <w:tr w:rsidR="00673E82" w:rsidRPr="009C650E" w14:paraId="14DDABE8" w14:textId="77777777">
        <w:trPr>
          <w:cantSplit/>
          <w:jc w:val="center"/>
        </w:trPr>
        <w:tc>
          <w:tcPr>
            <w:tcW w:w="850" w:type="dxa"/>
            <w:shd w:val="clear" w:color="auto" w:fill="FFFFFF"/>
            <w:tcMar>
              <w:top w:w="75" w:type="dxa"/>
              <w:left w:w="85" w:type="dxa"/>
              <w:bottom w:w="75" w:type="dxa"/>
              <w:right w:w="85" w:type="dxa"/>
            </w:tcMar>
            <w:vAlign w:val="center"/>
          </w:tcPr>
          <w:p w14:paraId="263F8BE6" w14:textId="77777777" w:rsidR="00673E82" w:rsidRPr="009C650E" w:rsidRDefault="00000000">
            <w:pPr>
              <w:spacing w:after="0" w:line="240" w:lineRule="auto"/>
              <w:jc w:val="center"/>
              <w:rPr>
                <w:noProof/>
                <w:lang w:val="ro-RO"/>
              </w:rPr>
            </w:pPr>
            <w:r w:rsidRPr="009C650E">
              <w:rPr>
                <w:noProof/>
                <w:sz w:val="16"/>
                <w:lang w:val="ro-RO"/>
              </w:rPr>
              <w:t>1</w:t>
            </w:r>
          </w:p>
        </w:tc>
        <w:tc>
          <w:tcPr>
            <w:tcW w:w="2551" w:type="dxa"/>
            <w:shd w:val="clear" w:color="auto" w:fill="FFFFFF"/>
            <w:tcMar>
              <w:top w:w="75" w:type="dxa"/>
              <w:left w:w="85" w:type="dxa"/>
              <w:bottom w:w="75" w:type="dxa"/>
              <w:right w:w="85" w:type="dxa"/>
            </w:tcMar>
            <w:vAlign w:val="center"/>
          </w:tcPr>
          <w:p w14:paraId="6EE6AF0C" w14:textId="77777777" w:rsidR="00673E82" w:rsidRPr="009C650E" w:rsidRDefault="00000000">
            <w:pPr>
              <w:spacing w:after="0" w:line="240" w:lineRule="auto"/>
              <w:rPr>
                <w:noProof/>
                <w:lang w:val="ro-RO"/>
              </w:rPr>
            </w:pPr>
            <w:r w:rsidRPr="009C650E">
              <w:rPr>
                <w:noProof/>
                <w:sz w:val="16"/>
                <w:lang w:val="ro-RO"/>
              </w:rPr>
              <w:t>Selectați prioritățile</w:t>
            </w:r>
          </w:p>
        </w:tc>
        <w:tc>
          <w:tcPr>
            <w:tcW w:w="6520" w:type="dxa"/>
            <w:shd w:val="clear" w:color="auto" w:fill="FFFFFF"/>
            <w:tcMar>
              <w:top w:w="75" w:type="dxa"/>
              <w:left w:w="85" w:type="dxa"/>
              <w:bottom w:w="75" w:type="dxa"/>
              <w:right w:w="85" w:type="dxa"/>
            </w:tcMar>
            <w:vAlign w:val="center"/>
          </w:tcPr>
          <w:p w14:paraId="22D65DEA" w14:textId="77777777" w:rsidR="00673E82" w:rsidRPr="009C650E" w:rsidRDefault="00000000">
            <w:pPr>
              <w:spacing w:after="0" w:line="240" w:lineRule="auto"/>
              <w:rPr>
                <w:noProof/>
                <w:lang w:val="ro-RO"/>
              </w:rPr>
            </w:pPr>
            <w:r w:rsidRPr="009C650E">
              <w:rPr>
                <w:noProof/>
                <w:sz w:val="16"/>
                <w:lang w:val="ro-RO"/>
              </w:rPr>
              <w:t>Porniți de la evaluarea riscurilor, planul de tratare, Declarația de aplicabilitate, incidente, vulnerabilități, audituri, cerințe legale și contractuale, active critice, furnizori, continuitate și schimbări tehnologice.</w:t>
            </w:r>
          </w:p>
        </w:tc>
      </w:tr>
      <w:tr w:rsidR="00673E82" w:rsidRPr="009C650E" w14:paraId="5DB744BE" w14:textId="77777777">
        <w:trPr>
          <w:cantSplit/>
          <w:jc w:val="center"/>
        </w:trPr>
        <w:tc>
          <w:tcPr>
            <w:tcW w:w="850" w:type="dxa"/>
            <w:shd w:val="clear" w:color="auto" w:fill="FAFAFA"/>
            <w:tcMar>
              <w:top w:w="75" w:type="dxa"/>
              <w:left w:w="85" w:type="dxa"/>
              <w:bottom w:w="75" w:type="dxa"/>
              <w:right w:w="85" w:type="dxa"/>
            </w:tcMar>
            <w:vAlign w:val="center"/>
          </w:tcPr>
          <w:p w14:paraId="1718AB37" w14:textId="77777777" w:rsidR="00673E82" w:rsidRPr="009C650E" w:rsidRDefault="00000000">
            <w:pPr>
              <w:spacing w:after="0" w:line="240" w:lineRule="auto"/>
              <w:jc w:val="center"/>
              <w:rPr>
                <w:noProof/>
                <w:lang w:val="ro-RO"/>
              </w:rPr>
            </w:pPr>
            <w:r w:rsidRPr="009C650E">
              <w:rPr>
                <w:noProof/>
                <w:sz w:val="16"/>
                <w:lang w:val="ro-RO"/>
              </w:rPr>
              <w:t>2</w:t>
            </w:r>
          </w:p>
        </w:tc>
        <w:tc>
          <w:tcPr>
            <w:tcW w:w="2551" w:type="dxa"/>
            <w:shd w:val="clear" w:color="auto" w:fill="FAFAFA"/>
            <w:tcMar>
              <w:top w:w="75" w:type="dxa"/>
              <w:left w:w="85" w:type="dxa"/>
              <w:bottom w:w="75" w:type="dxa"/>
              <w:right w:w="85" w:type="dxa"/>
            </w:tcMar>
            <w:vAlign w:val="center"/>
          </w:tcPr>
          <w:p w14:paraId="286D1ED8" w14:textId="77777777" w:rsidR="00673E82" w:rsidRPr="009C650E" w:rsidRDefault="00000000">
            <w:pPr>
              <w:spacing w:after="0" w:line="240" w:lineRule="auto"/>
              <w:rPr>
                <w:noProof/>
                <w:lang w:val="ro-RO"/>
              </w:rPr>
            </w:pPr>
            <w:r w:rsidRPr="009C650E">
              <w:rPr>
                <w:noProof/>
                <w:sz w:val="16"/>
                <w:lang w:val="ro-RO"/>
              </w:rPr>
              <w:t>Formulați obiectivul</w:t>
            </w:r>
          </w:p>
        </w:tc>
        <w:tc>
          <w:tcPr>
            <w:tcW w:w="6520" w:type="dxa"/>
            <w:shd w:val="clear" w:color="auto" w:fill="FAFAFA"/>
            <w:tcMar>
              <w:top w:w="75" w:type="dxa"/>
              <w:left w:w="85" w:type="dxa"/>
              <w:bottom w:w="75" w:type="dxa"/>
              <w:right w:w="85" w:type="dxa"/>
            </w:tcMar>
            <w:vAlign w:val="center"/>
          </w:tcPr>
          <w:p w14:paraId="7D451157" w14:textId="77777777" w:rsidR="00673E82" w:rsidRPr="009C650E" w:rsidRDefault="00000000">
            <w:pPr>
              <w:spacing w:after="0" w:line="240" w:lineRule="auto"/>
              <w:rPr>
                <w:noProof/>
                <w:lang w:val="ro-RO"/>
              </w:rPr>
            </w:pPr>
            <w:r w:rsidRPr="009C650E">
              <w:rPr>
                <w:noProof/>
                <w:sz w:val="16"/>
                <w:lang w:val="ro-RO"/>
              </w:rPr>
              <w:t>Precizați rezultatul, indicatorul, baza de referință, ținta, termenul și domeniul de aplicare.</w:t>
            </w:r>
          </w:p>
        </w:tc>
      </w:tr>
      <w:tr w:rsidR="00673E82" w:rsidRPr="009C650E" w14:paraId="577E2187" w14:textId="77777777">
        <w:trPr>
          <w:cantSplit/>
          <w:jc w:val="center"/>
        </w:trPr>
        <w:tc>
          <w:tcPr>
            <w:tcW w:w="850" w:type="dxa"/>
            <w:shd w:val="clear" w:color="auto" w:fill="FFFFFF"/>
            <w:tcMar>
              <w:top w:w="75" w:type="dxa"/>
              <w:left w:w="85" w:type="dxa"/>
              <w:bottom w:w="75" w:type="dxa"/>
              <w:right w:w="85" w:type="dxa"/>
            </w:tcMar>
            <w:vAlign w:val="center"/>
          </w:tcPr>
          <w:p w14:paraId="5AD51CE4" w14:textId="77777777" w:rsidR="00673E82" w:rsidRPr="009C650E" w:rsidRDefault="00000000">
            <w:pPr>
              <w:spacing w:after="0" w:line="240" w:lineRule="auto"/>
              <w:jc w:val="center"/>
              <w:rPr>
                <w:noProof/>
                <w:lang w:val="ro-RO"/>
              </w:rPr>
            </w:pPr>
            <w:r w:rsidRPr="009C650E">
              <w:rPr>
                <w:noProof/>
                <w:sz w:val="16"/>
                <w:lang w:val="ro-RO"/>
              </w:rPr>
              <w:t>3</w:t>
            </w:r>
          </w:p>
        </w:tc>
        <w:tc>
          <w:tcPr>
            <w:tcW w:w="2551" w:type="dxa"/>
            <w:shd w:val="clear" w:color="auto" w:fill="FFFFFF"/>
            <w:tcMar>
              <w:top w:w="75" w:type="dxa"/>
              <w:left w:w="85" w:type="dxa"/>
              <w:bottom w:w="75" w:type="dxa"/>
              <w:right w:w="85" w:type="dxa"/>
            </w:tcMar>
            <w:vAlign w:val="center"/>
          </w:tcPr>
          <w:p w14:paraId="3CC237F0" w14:textId="77777777" w:rsidR="00673E82" w:rsidRPr="009C650E" w:rsidRDefault="00000000">
            <w:pPr>
              <w:spacing w:after="0" w:line="240" w:lineRule="auto"/>
              <w:rPr>
                <w:noProof/>
                <w:lang w:val="ro-RO"/>
              </w:rPr>
            </w:pPr>
            <w:r w:rsidRPr="009C650E">
              <w:rPr>
                <w:noProof/>
                <w:sz w:val="16"/>
                <w:lang w:val="ro-RO"/>
              </w:rPr>
              <w:t>Planificați realizarea</w:t>
            </w:r>
          </w:p>
        </w:tc>
        <w:tc>
          <w:tcPr>
            <w:tcW w:w="6520" w:type="dxa"/>
            <w:shd w:val="clear" w:color="auto" w:fill="FFFFFF"/>
            <w:tcMar>
              <w:top w:w="75" w:type="dxa"/>
              <w:left w:w="85" w:type="dxa"/>
              <w:bottom w:w="75" w:type="dxa"/>
              <w:right w:w="85" w:type="dxa"/>
            </w:tcMar>
            <w:vAlign w:val="center"/>
          </w:tcPr>
          <w:p w14:paraId="01E8B541" w14:textId="77777777" w:rsidR="00673E82" w:rsidRPr="009C650E" w:rsidRDefault="00000000">
            <w:pPr>
              <w:spacing w:after="0" w:line="240" w:lineRule="auto"/>
              <w:rPr>
                <w:noProof/>
                <w:lang w:val="ro-RO"/>
              </w:rPr>
            </w:pPr>
            <w:r w:rsidRPr="009C650E">
              <w:rPr>
                <w:noProof/>
                <w:sz w:val="16"/>
                <w:lang w:val="ro-RO"/>
              </w:rPr>
              <w:t>Stabiliți acțiuni, proprietari de risc și control, resurse, termene, dependențe, criterii de acceptare a riscului, surse de date și metoda de verificare tehnică și operațională.</w:t>
            </w:r>
          </w:p>
        </w:tc>
      </w:tr>
      <w:tr w:rsidR="00673E82" w:rsidRPr="009C650E" w14:paraId="5079845C" w14:textId="77777777">
        <w:trPr>
          <w:cantSplit/>
          <w:jc w:val="center"/>
        </w:trPr>
        <w:tc>
          <w:tcPr>
            <w:tcW w:w="850" w:type="dxa"/>
            <w:shd w:val="clear" w:color="auto" w:fill="FAFAFA"/>
            <w:tcMar>
              <w:top w:w="75" w:type="dxa"/>
              <w:left w:w="85" w:type="dxa"/>
              <w:bottom w:w="75" w:type="dxa"/>
              <w:right w:w="85" w:type="dxa"/>
            </w:tcMar>
            <w:vAlign w:val="center"/>
          </w:tcPr>
          <w:p w14:paraId="1CD92A9D" w14:textId="77777777" w:rsidR="00673E82" w:rsidRPr="009C650E" w:rsidRDefault="00000000">
            <w:pPr>
              <w:spacing w:after="0" w:line="240" w:lineRule="auto"/>
              <w:jc w:val="center"/>
              <w:rPr>
                <w:noProof/>
                <w:lang w:val="ro-RO"/>
              </w:rPr>
            </w:pPr>
            <w:r w:rsidRPr="009C650E">
              <w:rPr>
                <w:noProof/>
                <w:sz w:val="16"/>
                <w:lang w:val="ro-RO"/>
              </w:rPr>
              <w:t>4</w:t>
            </w:r>
          </w:p>
        </w:tc>
        <w:tc>
          <w:tcPr>
            <w:tcW w:w="2551" w:type="dxa"/>
            <w:shd w:val="clear" w:color="auto" w:fill="FAFAFA"/>
            <w:tcMar>
              <w:top w:w="75" w:type="dxa"/>
              <w:left w:w="85" w:type="dxa"/>
              <w:bottom w:w="75" w:type="dxa"/>
              <w:right w:w="85" w:type="dxa"/>
            </w:tcMar>
            <w:vAlign w:val="center"/>
          </w:tcPr>
          <w:p w14:paraId="52448919" w14:textId="77777777" w:rsidR="00673E82" w:rsidRPr="009C650E" w:rsidRDefault="00000000">
            <w:pPr>
              <w:spacing w:after="0" w:line="240" w:lineRule="auto"/>
              <w:rPr>
                <w:noProof/>
                <w:lang w:val="ro-RO"/>
              </w:rPr>
            </w:pPr>
            <w:r w:rsidRPr="009C650E">
              <w:rPr>
                <w:noProof/>
                <w:sz w:val="16"/>
                <w:lang w:val="ro-RO"/>
              </w:rPr>
              <w:t>Monitorizați</w:t>
            </w:r>
          </w:p>
        </w:tc>
        <w:tc>
          <w:tcPr>
            <w:tcW w:w="6520" w:type="dxa"/>
            <w:shd w:val="clear" w:color="auto" w:fill="FAFAFA"/>
            <w:tcMar>
              <w:top w:w="75" w:type="dxa"/>
              <w:left w:w="85" w:type="dxa"/>
              <w:bottom w:w="75" w:type="dxa"/>
              <w:right w:w="85" w:type="dxa"/>
            </w:tcMar>
            <w:vAlign w:val="center"/>
          </w:tcPr>
          <w:p w14:paraId="2A4C6989" w14:textId="77777777" w:rsidR="00673E82" w:rsidRPr="009C650E" w:rsidRDefault="00000000">
            <w:pPr>
              <w:spacing w:after="0" w:line="240" w:lineRule="auto"/>
              <w:rPr>
                <w:noProof/>
                <w:lang w:val="ro-RO"/>
              </w:rPr>
            </w:pPr>
            <w:r w:rsidRPr="009C650E">
              <w:rPr>
                <w:noProof/>
                <w:sz w:val="16"/>
                <w:lang w:val="ro-RO"/>
              </w:rPr>
              <w:t>Colectați și validați datele la frecvența stabilită. Analizați atât rezultatul, cât și progresul acțiunilor.</w:t>
            </w:r>
          </w:p>
        </w:tc>
      </w:tr>
      <w:tr w:rsidR="00673E82" w:rsidRPr="009C650E" w14:paraId="335ABAFD" w14:textId="77777777">
        <w:trPr>
          <w:cantSplit/>
          <w:jc w:val="center"/>
        </w:trPr>
        <w:tc>
          <w:tcPr>
            <w:tcW w:w="850" w:type="dxa"/>
            <w:shd w:val="clear" w:color="auto" w:fill="FFFFFF"/>
            <w:tcMar>
              <w:top w:w="75" w:type="dxa"/>
              <w:left w:w="85" w:type="dxa"/>
              <w:bottom w:w="75" w:type="dxa"/>
              <w:right w:w="85" w:type="dxa"/>
            </w:tcMar>
            <w:vAlign w:val="center"/>
          </w:tcPr>
          <w:p w14:paraId="60D7A439" w14:textId="77777777" w:rsidR="00673E82" w:rsidRPr="009C650E" w:rsidRDefault="00000000">
            <w:pPr>
              <w:spacing w:after="0" w:line="240" w:lineRule="auto"/>
              <w:jc w:val="center"/>
              <w:rPr>
                <w:noProof/>
                <w:lang w:val="ro-RO"/>
              </w:rPr>
            </w:pPr>
            <w:r w:rsidRPr="009C650E">
              <w:rPr>
                <w:noProof/>
                <w:sz w:val="16"/>
                <w:lang w:val="ro-RO"/>
              </w:rPr>
              <w:t>5</w:t>
            </w:r>
          </w:p>
        </w:tc>
        <w:tc>
          <w:tcPr>
            <w:tcW w:w="2551" w:type="dxa"/>
            <w:shd w:val="clear" w:color="auto" w:fill="FFFFFF"/>
            <w:tcMar>
              <w:top w:w="75" w:type="dxa"/>
              <w:left w:w="85" w:type="dxa"/>
              <w:bottom w:w="75" w:type="dxa"/>
              <w:right w:w="85" w:type="dxa"/>
            </w:tcMar>
            <w:vAlign w:val="center"/>
          </w:tcPr>
          <w:p w14:paraId="4BC400A3" w14:textId="77777777" w:rsidR="00673E82" w:rsidRPr="009C650E" w:rsidRDefault="00000000">
            <w:pPr>
              <w:spacing w:after="0" w:line="240" w:lineRule="auto"/>
              <w:rPr>
                <w:noProof/>
                <w:lang w:val="ro-RO"/>
              </w:rPr>
            </w:pPr>
            <w:r w:rsidRPr="009C650E">
              <w:rPr>
                <w:noProof/>
                <w:sz w:val="16"/>
                <w:lang w:val="ro-RO"/>
              </w:rPr>
              <w:t>Decideți și actualizați</w:t>
            </w:r>
          </w:p>
        </w:tc>
        <w:tc>
          <w:tcPr>
            <w:tcW w:w="6520" w:type="dxa"/>
            <w:shd w:val="clear" w:color="auto" w:fill="FFFFFF"/>
            <w:tcMar>
              <w:top w:w="75" w:type="dxa"/>
              <w:left w:w="85" w:type="dxa"/>
              <w:bottom w:w="75" w:type="dxa"/>
              <w:right w:w="85" w:type="dxa"/>
            </w:tcMar>
            <w:vAlign w:val="center"/>
          </w:tcPr>
          <w:p w14:paraId="39595691" w14:textId="77777777" w:rsidR="00673E82" w:rsidRPr="009C650E" w:rsidRDefault="00000000">
            <w:pPr>
              <w:spacing w:after="0" w:line="240" w:lineRule="auto"/>
              <w:rPr>
                <w:noProof/>
                <w:lang w:val="ro-RO"/>
              </w:rPr>
            </w:pPr>
            <w:r w:rsidRPr="009C650E">
              <w:rPr>
                <w:noProof/>
                <w:sz w:val="16"/>
                <w:lang w:val="ro-RO"/>
              </w:rPr>
              <w:t>La abatere, analizați cauzele și eficacitatea măsurilor. Actualizați obiectivul când contextul, riscurile sau cerințele se schimbă.</w:t>
            </w:r>
          </w:p>
        </w:tc>
      </w:tr>
    </w:tbl>
    <w:p w14:paraId="3AC44C3C" w14:textId="77777777" w:rsidR="00673E82" w:rsidRPr="009C650E" w:rsidRDefault="00673E82">
      <w:pPr>
        <w:spacing w:after="20"/>
        <w:rPr>
          <w:noProof/>
          <w:lang w:val="ro-RO"/>
        </w:rPr>
      </w:pPr>
    </w:p>
    <w:p w14:paraId="17AD68D9" w14:textId="77777777" w:rsidR="00673E82" w:rsidRPr="009C650E" w:rsidRDefault="00000000">
      <w:pPr>
        <w:pStyle w:val="Heading2"/>
        <w:rPr>
          <w:noProof/>
          <w:lang w:val="ro-RO"/>
        </w:rPr>
      </w:pPr>
      <w:r w:rsidRPr="009C650E">
        <w:rPr>
          <w:noProof/>
          <w:lang w:val="ro-RO"/>
        </w:rPr>
        <w:t>Ce trebuie să poată demonstra organizația</w:t>
      </w:r>
    </w:p>
    <w:p w14:paraId="729C1882" w14:textId="77777777" w:rsidR="00673E82" w:rsidRPr="009C650E" w:rsidRDefault="00000000">
      <w:pPr>
        <w:pStyle w:val="ListBullet"/>
        <w:spacing w:after="40"/>
        <w:ind w:left="283" w:hanging="170"/>
        <w:rPr>
          <w:noProof/>
          <w:lang w:val="ro-RO"/>
        </w:rPr>
      </w:pPr>
      <w:r w:rsidRPr="009C650E">
        <w:rPr>
          <w:noProof/>
          <w:lang w:val="ro-RO"/>
        </w:rPr>
        <w:t>Obiectivele sunt coerente cu politica SMSI și cu prioritățile de confidențialitate, integritate și disponibilitate.</w:t>
      </w:r>
    </w:p>
    <w:p w14:paraId="69651E99" w14:textId="77777777" w:rsidR="00673E82" w:rsidRPr="009C650E" w:rsidRDefault="00000000">
      <w:pPr>
        <w:pStyle w:val="ListBullet"/>
        <w:spacing w:after="40"/>
        <w:ind w:left="283" w:hanging="170"/>
        <w:rPr>
          <w:noProof/>
          <w:lang w:val="ro-RO"/>
        </w:rPr>
      </w:pPr>
      <w:r w:rsidRPr="009C650E">
        <w:rPr>
          <w:noProof/>
          <w:lang w:val="ro-RO"/>
        </w:rPr>
        <w:t>Prioritățile provin din riscuri, obligații, incidente, active critice, furnizori și rezultatele evaluării controalelor.</w:t>
      </w:r>
    </w:p>
    <w:p w14:paraId="6753B8A9" w14:textId="77777777" w:rsidR="00673E82" w:rsidRPr="009C650E" w:rsidRDefault="00000000">
      <w:pPr>
        <w:pStyle w:val="ListBullet"/>
        <w:spacing w:after="40"/>
        <w:ind w:left="283" w:hanging="170"/>
        <w:rPr>
          <w:noProof/>
          <w:lang w:val="ro-RO"/>
        </w:rPr>
      </w:pPr>
      <w:r w:rsidRPr="009C650E">
        <w:rPr>
          <w:noProof/>
          <w:lang w:val="ro-RO"/>
        </w:rPr>
        <w:t>Indicatorii măsoară reducerea expunerii și eficacitatea controlului, nu doar instalarea unei tehnologii sau finalizarea instruirii.</w:t>
      </w:r>
    </w:p>
    <w:p w14:paraId="11E00683" w14:textId="77777777" w:rsidR="00673E82" w:rsidRPr="009C650E" w:rsidRDefault="00000000">
      <w:pPr>
        <w:pStyle w:val="ListBullet"/>
        <w:spacing w:after="40"/>
        <w:ind w:left="283" w:hanging="170"/>
        <w:rPr>
          <w:noProof/>
          <w:lang w:val="ro-RO"/>
        </w:rPr>
      </w:pPr>
      <w:r w:rsidRPr="009C650E">
        <w:rPr>
          <w:noProof/>
          <w:lang w:val="ro-RO"/>
        </w:rPr>
        <w:t>Riscul rezidual, excepțiile și acceptările sunt transparente și aprobate de autoritatea competentă.</w:t>
      </w:r>
    </w:p>
    <w:p w14:paraId="5A667E45" w14:textId="77777777" w:rsidR="00673E82" w:rsidRPr="009C650E" w:rsidRDefault="00000000">
      <w:pPr>
        <w:pStyle w:val="ListBullet"/>
        <w:spacing w:after="40"/>
        <w:ind w:left="283" w:hanging="170"/>
        <w:rPr>
          <w:noProof/>
          <w:lang w:val="ro-RO"/>
        </w:rPr>
      </w:pPr>
      <w:r w:rsidRPr="009C650E">
        <w:rPr>
          <w:noProof/>
          <w:lang w:val="ro-RO"/>
        </w:rPr>
        <w:t>Există formule, baze de referință, surse de date, proprietari, ținte, termene și criterii de verificare independente.</w:t>
      </w:r>
    </w:p>
    <w:p w14:paraId="2906FD20" w14:textId="77777777" w:rsidR="00673E82" w:rsidRPr="009C650E" w:rsidRDefault="00000000">
      <w:pPr>
        <w:pStyle w:val="ListBullet"/>
        <w:spacing w:after="40"/>
        <w:ind w:left="283" w:hanging="170"/>
        <w:rPr>
          <w:noProof/>
          <w:lang w:val="ro-RO"/>
        </w:rPr>
      </w:pPr>
      <w:r w:rsidRPr="009C650E">
        <w:rPr>
          <w:noProof/>
          <w:lang w:val="ro-RO"/>
        </w:rPr>
        <w:t>Obiectivele sunt monitorizate și actualizate când se schimbă amenințările, tehnologia, furnizorii, cerințele ori contextul climatic relevant.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23810DBC" w14:textId="77777777">
        <w:trPr>
          <w:cantSplit/>
          <w:jc w:val="center"/>
        </w:trPr>
        <w:tc>
          <w:tcPr>
            <w:tcW w:w="567" w:type="dxa"/>
            <w:shd w:val="clear" w:color="auto" w:fill="D71920"/>
            <w:tcMar>
              <w:top w:w="75" w:type="dxa"/>
              <w:left w:w="85" w:type="dxa"/>
              <w:bottom w:w="75" w:type="dxa"/>
              <w:right w:w="85" w:type="dxa"/>
            </w:tcMar>
            <w:vAlign w:val="center"/>
          </w:tcPr>
          <w:p w14:paraId="0C298939" w14:textId="77777777" w:rsidR="00673E82" w:rsidRPr="009C650E" w:rsidRDefault="00000000">
            <w:pPr>
              <w:spacing w:after="0" w:line="240" w:lineRule="auto"/>
              <w:jc w:val="center"/>
              <w:rPr>
                <w:noProof/>
                <w:lang w:val="ro-RO"/>
              </w:rPr>
            </w:pPr>
            <w:r w:rsidRPr="009C650E">
              <w:rPr>
                <w:b/>
                <w:noProof/>
                <w:color w:val="FFFFFF"/>
                <w:sz w:val="30"/>
                <w:lang w:val="ro-RO"/>
              </w:rPr>
              <w:t>!</w:t>
            </w:r>
          </w:p>
        </w:tc>
        <w:tc>
          <w:tcPr>
            <w:tcW w:w="9354" w:type="dxa"/>
            <w:shd w:val="clear" w:color="auto" w:fill="FCEBEC"/>
          </w:tcPr>
          <w:p w14:paraId="308205F5" w14:textId="77777777" w:rsidR="00673E82" w:rsidRPr="009C650E" w:rsidRDefault="00000000">
            <w:pPr>
              <w:spacing w:after="40"/>
              <w:rPr>
                <w:noProof/>
                <w:lang w:val="ro-RO"/>
              </w:rPr>
            </w:pPr>
            <w:r w:rsidRPr="009C650E">
              <w:rPr>
                <w:b/>
                <w:noProof/>
                <w:color w:val="D71920"/>
                <w:lang w:val="ro-RO"/>
              </w:rPr>
              <w:t>BAZA NORMATIVĂ</w:t>
            </w:r>
          </w:p>
          <w:p w14:paraId="072B4EF7" w14:textId="77777777" w:rsidR="00673E82" w:rsidRPr="009C650E" w:rsidRDefault="00000000">
            <w:pPr>
              <w:spacing w:after="0" w:line="252" w:lineRule="auto"/>
              <w:rPr>
                <w:noProof/>
                <w:lang w:val="ro-RO"/>
              </w:rPr>
            </w:pPr>
            <w:r w:rsidRPr="009C650E">
              <w:rPr>
                <w:noProof/>
                <w:sz w:val="17"/>
                <w:lang w:val="ro-RO"/>
              </w:rPr>
              <w:t>Modelul este aliniat ISO/IEC 27001:2022 și Amendamentului 1:2024 privind schimbările climatice. Selecția controalelor trebuie justificată prin evaluarea și tratarea riscurilor și documentată în Declarația de aplicabilitate.</w:t>
            </w:r>
          </w:p>
        </w:tc>
      </w:tr>
    </w:tbl>
    <w:p w14:paraId="28F89B06" w14:textId="77777777" w:rsidR="00673E82" w:rsidRPr="009C650E" w:rsidRDefault="00673E82">
      <w:pPr>
        <w:spacing w:after="0"/>
        <w:rPr>
          <w:noProof/>
          <w:lang w:val="ro-RO"/>
        </w:rPr>
      </w:pPr>
    </w:p>
    <w:p w14:paraId="645FF1B8" w14:textId="77777777" w:rsidR="00673E82" w:rsidRPr="009C650E" w:rsidRDefault="00000000">
      <w:pPr>
        <w:pStyle w:val="Heading2"/>
        <w:rPr>
          <w:noProof/>
          <w:lang w:val="ro-RO"/>
        </w:rPr>
      </w:pPr>
      <w:r w:rsidRPr="009C650E">
        <w:rPr>
          <w:noProof/>
          <w:lang w:val="ro-RO"/>
        </w:rPr>
        <w:t>Formula orientativă într-o singură propoziție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1984"/>
        <w:gridCol w:w="1984"/>
        <w:gridCol w:w="1984"/>
        <w:gridCol w:w="1984"/>
      </w:tblGrid>
      <w:tr w:rsidR="00673E82" w:rsidRPr="009C650E" w14:paraId="4925CB01" w14:textId="77777777">
        <w:trPr>
          <w:jc w:val="center"/>
        </w:trPr>
        <w:tc>
          <w:tcPr>
            <w:tcW w:w="1984" w:type="dxa"/>
            <w:shd w:val="clear" w:color="auto" w:fill="F3F4F5"/>
          </w:tcPr>
          <w:p w14:paraId="4FC9170E" w14:textId="77777777" w:rsidR="00673E82" w:rsidRPr="009C650E" w:rsidRDefault="00000000">
            <w:pPr>
              <w:spacing w:after="40"/>
              <w:jc w:val="center"/>
              <w:rPr>
                <w:noProof/>
                <w:lang w:val="ro-RO"/>
              </w:rPr>
            </w:pPr>
            <w:r w:rsidRPr="009C650E">
              <w:rPr>
                <w:b/>
                <w:noProof/>
                <w:color w:val="D71920"/>
                <w:sz w:val="16"/>
                <w:lang w:val="ro-RO"/>
              </w:rPr>
              <w:t>VERB</w:t>
            </w:r>
          </w:p>
          <w:p w14:paraId="70864D8C" w14:textId="77777777" w:rsidR="00673E82" w:rsidRPr="009C650E" w:rsidRDefault="00000000">
            <w:pPr>
              <w:spacing w:after="0"/>
              <w:jc w:val="center"/>
              <w:rPr>
                <w:noProof/>
                <w:lang w:val="ro-RO"/>
              </w:rPr>
            </w:pPr>
            <w:r w:rsidRPr="009C650E">
              <w:rPr>
                <w:noProof/>
                <w:sz w:val="14"/>
                <w:lang w:val="ro-RO"/>
              </w:rPr>
              <w:t>Reducerea / creșterea / eliminarea / menținerea</w:t>
            </w:r>
          </w:p>
        </w:tc>
        <w:tc>
          <w:tcPr>
            <w:tcW w:w="1984" w:type="dxa"/>
            <w:shd w:val="clear" w:color="auto" w:fill="FCEBEC"/>
          </w:tcPr>
          <w:p w14:paraId="6B59EF6A" w14:textId="77777777" w:rsidR="00673E82" w:rsidRPr="009C650E" w:rsidRDefault="00000000">
            <w:pPr>
              <w:spacing w:after="40"/>
              <w:jc w:val="center"/>
              <w:rPr>
                <w:noProof/>
                <w:lang w:val="ro-RO"/>
              </w:rPr>
            </w:pPr>
            <w:r w:rsidRPr="009C650E">
              <w:rPr>
                <w:b/>
                <w:noProof/>
                <w:color w:val="D71920"/>
                <w:sz w:val="16"/>
                <w:lang w:val="ro-RO"/>
              </w:rPr>
              <w:t>REZULTAT</w:t>
            </w:r>
          </w:p>
          <w:p w14:paraId="7442A393" w14:textId="77777777" w:rsidR="00673E82" w:rsidRPr="009C650E" w:rsidRDefault="00000000">
            <w:pPr>
              <w:spacing w:after="0"/>
              <w:jc w:val="center"/>
              <w:rPr>
                <w:noProof/>
                <w:lang w:val="ro-RO"/>
              </w:rPr>
            </w:pPr>
            <w:r w:rsidRPr="009C650E">
              <w:rPr>
                <w:noProof/>
                <w:sz w:val="14"/>
                <w:lang w:val="ro-RO"/>
              </w:rPr>
              <w:t>a expunerii, riscului sau rezilienței informaționale prioritare</w:t>
            </w:r>
          </w:p>
        </w:tc>
        <w:tc>
          <w:tcPr>
            <w:tcW w:w="1984" w:type="dxa"/>
            <w:shd w:val="clear" w:color="auto" w:fill="F3F4F5"/>
          </w:tcPr>
          <w:p w14:paraId="3B8A3829" w14:textId="77777777" w:rsidR="00673E82" w:rsidRPr="009C650E" w:rsidRDefault="00000000">
            <w:pPr>
              <w:spacing w:after="40"/>
              <w:jc w:val="center"/>
              <w:rPr>
                <w:noProof/>
                <w:lang w:val="ro-RO"/>
              </w:rPr>
            </w:pPr>
            <w:r w:rsidRPr="009C650E">
              <w:rPr>
                <w:b/>
                <w:noProof/>
                <w:color w:val="D71920"/>
                <w:sz w:val="16"/>
                <w:lang w:val="ro-RO"/>
              </w:rPr>
              <w:t>INDICATOR</w:t>
            </w:r>
          </w:p>
          <w:p w14:paraId="40995D2D" w14:textId="77777777" w:rsidR="00673E82" w:rsidRPr="009C650E" w:rsidRDefault="00000000">
            <w:pPr>
              <w:spacing w:after="0"/>
              <w:jc w:val="center"/>
              <w:rPr>
                <w:noProof/>
                <w:lang w:val="ro-RO"/>
              </w:rPr>
            </w:pPr>
            <w:r w:rsidRPr="009C650E">
              <w:rPr>
                <w:noProof/>
                <w:sz w:val="14"/>
                <w:lang w:val="ro-RO"/>
              </w:rPr>
              <w:t>măsurat printr-un KPI definit</w:t>
            </w:r>
          </w:p>
        </w:tc>
        <w:tc>
          <w:tcPr>
            <w:tcW w:w="1984" w:type="dxa"/>
            <w:shd w:val="clear" w:color="auto" w:fill="FCEBEC"/>
          </w:tcPr>
          <w:p w14:paraId="569870D8" w14:textId="77777777" w:rsidR="00673E82" w:rsidRPr="009C650E" w:rsidRDefault="00000000">
            <w:pPr>
              <w:spacing w:after="40"/>
              <w:jc w:val="center"/>
              <w:rPr>
                <w:noProof/>
                <w:lang w:val="ro-RO"/>
              </w:rPr>
            </w:pPr>
            <w:r w:rsidRPr="009C650E">
              <w:rPr>
                <w:b/>
                <w:noProof/>
                <w:color w:val="D71920"/>
                <w:sz w:val="16"/>
                <w:lang w:val="ro-RO"/>
              </w:rPr>
              <w:t>ȚINTĂ</w:t>
            </w:r>
          </w:p>
          <w:p w14:paraId="312E0515" w14:textId="77777777" w:rsidR="00673E82" w:rsidRPr="009C650E" w:rsidRDefault="00000000">
            <w:pPr>
              <w:spacing w:after="0"/>
              <w:jc w:val="center"/>
              <w:rPr>
                <w:noProof/>
                <w:lang w:val="ro-RO"/>
              </w:rPr>
            </w:pPr>
            <w:r w:rsidRPr="009C650E">
              <w:rPr>
                <w:noProof/>
                <w:sz w:val="14"/>
                <w:lang w:val="ro-RO"/>
              </w:rPr>
              <w:t>de la baza X la valoarea Y</w:t>
            </w:r>
          </w:p>
        </w:tc>
        <w:tc>
          <w:tcPr>
            <w:tcW w:w="1984" w:type="dxa"/>
            <w:shd w:val="clear" w:color="auto" w:fill="F3F4F5"/>
          </w:tcPr>
          <w:p w14:paraId="4D85BEB6" w14:textId="77777777" w:rsidR="00673E82" w:rsidRPr="009C650E" w:rsidRDefault="00000000">
            <w:pPr>
              <w:spacing w:after="40"/>
              <w:jc w:val="center"/>
              <w:rPr>
                <w:noProof/>
                <w:lang w:val="ro-RO"/>
              </w:rPr>
            </w:pPr>
            <w:r w:rsidRPr="009C650E">
              <w:rPr>
                <w:b/>
                <w:noProof/>
                <w:color w:val="D71920"/>
                <w:sz w:val="16"/>
                <w:lang w:val="ro-RO"/>
              </w:rPr>
              <w:t>TERMEN + DOMENIU</w:t>
            </w:r>
          </w:p>
          <w:p w14:paraId="1EF21BEB" w14:textId="77777777" w:rsidR="00673E82" w:rsidRPr="009C650E" w:rsidRDefault="00000000">
            <w:pPr>
              <w:spacing w:after="0"/>
              <w:jc w:val="center"/>
              <w:rPr>
                <w:noProof/>
                <w:lang w:val="ro-RO"/>
              </w:rPr>
            </w:pPr>
            <w:r w:rsidRPr="009C650E">
              <w:rPr>
                <w:noProof/>
                <w:sz w:val="14"/>
                <w:lang w:val="ro-RO"/>
              </w:rPr>
              <w:t>până la data Z, în aria vizată</w:t>
            </w:r>
          </w:p>
        </w:tc>
      </w:tr>
    </w:tbl>
    <w:p w14:paraId="49E9CDE3" w14:textId="77777777" w:rsidR="00673E82" w:rsidRPr="009C650E" w:rsidRDefault="00000000">
      <w:pPr>
        <w:spacing w:line="259" w:lineRule="auto"/>
        <w:rPr>
          <w:noProof/>
          <w:lang w:val="ro-RO"/>
        </w:rPr>
      </w:pPr>
      <w:r w:rsidRPr="009C650E">
        <w:rPr>
          <w:b/>
          <w:noProof/>
          <w:lang w:val="ro-RO"/>
        </w:rPr>
        <w:t>Exemplu:</w:t>
      </w:r>
      <w:r w:rsidRPr="009C650E">
        <w:rPr>
          <w:noProof/>
          <w:lang w:val="ro-RO"/>
        </w:rPr>
        <w:t xml:space="preserve"> Creșterea proporției vulnerabilităților critice ale activelor expuse la internet remediate în maximum 7 zile de la 61% la minimum 95% până la 31 decembrie 2027, cu excepții documentate, aprobate și protejate prin măsuri compensatorii.</w:t>
      </w:r>
    </w:p>
    <w:p w14:paraId="298C6637"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0ACF61E3" w14:textId="77777777">
        <w:trPr>
          <w:jc w:val="center"/>
        </w:trPr>
        <w:tc>
          <w:tcPr>
            <w:tcW w:w="1020" w:type="dxa"/>
            <w:shd w:val="clear" w:color="auto" w:fill="D71920"/>
            <w:tcMar>
              <w:top w:w="75" w:type="dxa"/>
              <w:left w:w="85" w:type="dxa"/>
              <w:bottom w:w="75" w:type="dxa"/>
              <w:right w:w="85" w:type="dxa"/>
            </w:tcMar>
            <w:vAlign w:val="center"/>
          </w:tcPr>
          <w:p w14:paraId="0A3A2347"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2</w:t>
            </w:r>
          </w:p>
        </w:tc>
        <w:tc>
          <w:tcPr>
            <w:tcW w:w="8901" w:type="dxa"/>
            <w:shd w:val="clear" w:color="auto" w:fill="F3F4F5"/>
          </w:tcPr>
          <w:p w14:paraId="7367FF5B" w14:textId="77777777" w:rsidR="00673E82" w:rsidRPr="009C650E" w:rsidRDefault="00000000">
            <w:pPr>
              <w:spacing w:after="20"/>
              <w:rPr>
                <w:noProof/>
                <w:lang w:val="ro-RO"/>
              </w:rPr>
            </w:pPr>
            <w:r w:rsidRPr="009C650E">
              <w:rPr>
                <w:b/>
                <w:noProof/>
                <w:sz w:val="28"/>
                <w:lang w:val="ro-RO"/>
              </w:rPr>
              <w:t>Selectarea obiectivelor potrivite</w:t>
            </w:r>
          </w:p>
          <w:p w14:paraId="77BC3879" w14:textId="77777777" w:rsidR="00673E82" w:rsidRPr="009C650E" w:rsidRDefault="00000000">
            <w:pPr>
              <w:spacing w:after="0"/>
              <w:rPr>
                <w:noProof/>
                <w:lang w:val="ro-RO"/>
              </w:rPr>
            </w:pPr>
            <w:r w:rsidRPr="009C650E">
              <w:rPr>
                <w:noProof/>
                <w:color w:val="666666"/>
                <w:sz w:val="16"/>
                <w:lang w:val="ro-RO"/>
              </w:rPr>
              <w:t>Obiective puține, relevante și susținute de date sunt mai utile decât o listă lungă și formală</w:t>
            </w:r>
          </w:p>
        </w:tc>
      </w:tr>
    </w:tbl>
    <w:p w14:paraId="50EAF28B" w14:textId="77777777" w:rsidR="00673E82" w:rsidRPr="009C650E" w:rsidRDefault="00673E82">
      <w:pPr>
        <w:spacing w:after="0"/>
        <w:rPr>
          <w:noProof/>
          <w:lang w:val="ro-RO"/>
        </w:rPr>
      </w:pPr>
    </w:p>
    <w:p w14:paraId="6067975C" w14:textId="77777777" w:rsidR="00673E82" w:rsidRPr="009C650E" w:rsidRDefault="00000000">
      <w:pPr>
        <w:pStyle w:val="Heading2"/>
        <w:rPr>
          <w:noProof/>
          <w:lang w:val="ro-RO"/>
        </w:rPr>
      </w:pPr>
      <w:r w:rsidRPr="009C650E">
        <w:rPr>
          <w:noProof/>
          <w:lang w:val="ro-RO"/>
        </w:rPr>
        <w:t>Surse de intrare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4082"/>
        <w:gridCol w:w="3458"/>
      </w:tblGrid>
      <w:tr w:rsidR="00673E82" w:rsidRPr="009C650E" w14:paraId="72C76293" w14:textId="77777777">
        <w:trPr>
          <w:tblHeader/>
          <w:jc w:val="center"/>
        </w:trPr>
        <w:tc>
          <w:tcPr>
            <w:tcW w:w="2381" w:type="dxa"/>
            <w:shd w:val="clear" w:color="auto" w:fill="D71920"/>
            <w:tcMar>
              <w:top w:w="75" w:type="dxa"/>
              <w:left w:w="85" w:type="dxa"/>
              <w:bottom w:w="75" w:type="dxa"/>
              <w:right w:w="85" w:type="dxa"/>
            </w:tcMar>
            <w:vAlign w:val="center"/>
          </w:tcPr>
          <w:p w14:paraId="01268E99" w14:textId="77777777" w:rsidR="00673E82" w:rsidRPr="009C650E" w:rsidRDefault="00000000">
            <w:pPr>
              <w:spacing w:after="0" w:line="240" w:lineRule="auto"/>
              <w:jc w:val="center"/>
              <w:rPr>
                <w:noProof/>
                <w:lang w:val="ro-RO"/>
              </w:rPr>
            </w:pPr>
            <w:r w:rsidRPr="009C650E">
              <w:rPr>
                <w:b/>
                <w:noProof/>
                <w:color w:val="FFFFFF"/>
                <w:sz w:val="15"/>
                <w:lang w:val="ro-RO"/>
              </w:rPr>
              <w:t>SURSA</w:t>
            </w:r>
          </w:p>
        </w:tc>
        <w:tc>
          <w:tcPr>
            <w:tcW w:w="4082" w:type="dxa"/>
            <w:shd w:val="clear" w:color="auto" w:fill="D71920"/>
            <w:tcMar>
              <w:top w:w="75" w:type="dxa"/>
              <w:left w:w="85" w:type="dxa"/>
              <w:bottom w:w="75" w:type="dxa"/>
              <w:right w:w="85" w:type="dxa"/>
            </w:tcMar>
            <w:vAlign w:val="center"/>
          </w:tcPr>
          <w:p w14:paraId="3F3945D2" w14:textId="77777777" w:rsidR="00673E82" w:rsidRPr="009C650E" w:rsidRDefault="00000000">
            <w:pPr>
              <w:spacing w:after="0" w:line="240" w:lineRule="auto"/>
              <w:jc w:val="center"/>
              <w:rPr>
                <w:noProof/>
                <w:lang w:val="ro-RO"/>
              </w:rPr>
            </w:pPr>
            <w:r w:rsidRPr="009C650E">
              <w:rPr>
                <w:b/>
                <w:noProof/>
                <w:color w:val="FFFFFF"/>
                <w:sz w:val="15"/>
                <w:lang w:val="ro-RO"/>
              </w:rPr>
              <w:t>EXEMPLE DE INFORMAȚII</w:t>
            </w:r>
          </w:p>
        </w:tc>
        <w:tc>
          <w:tcPr>
            <w:tcW w:w="3458" w:type="dxa"/>
            <w:shd w:val="clear" w:color="auto" w:fill="D71920"/>
            <w:tcMar>
              <w:top w:w="75" w:type="dxa"/>
              <w:left w:w="85" w:type="dxa"/>
              <w:bottom w:w="75" w:type="dxa"/>
              <w:right w:w="85" w:type="dxa"/>
            </w:tcMar>
            <w:vAlign w:val="center"/>
          </w:tcPr>
          <w:p w14:paraId="133852A6" w14:textId="77777777" w:rsidR="00673E82" w:rsidRPr="009C650E" w:rsidRDefault="00000000">
            <w:pPr>
              <w:spacing w:after="0" w:line="240" w:lineRule="auto"/>
              <w:jc w:val="center"/>
              <w:rPr>
                <w:noProof/>
                <w:lang w:val="ro-RO"/>
              </w:rPr>
            </w:pPr>
            <w:r w:rsidRPr="009C650E">
              <w:rPr>
                <w:b/>
                <w:noProof/>
                <w:color w:val="FFFFFF"/>
                <w:sz w:val="15"/>
                <w:lang w:val="ro-RO"/>
              </w:rPr>
              <w:t>ÎNTREBARE DE SELECȚIE</w:t>
            </w:r>
          </w:p>
        </w:tc>
      </w:tr>
      <w:tr w:rsidR="00673E82" w:rsidRPr="009C650E" w14:paraId="6D960260" w14:textId="77777777">
        <w:trPr>
          <w:cantSplit/>
          <w:jc w:val="center"/>
        </w:trPr>
        <w:tc>
          <w:tcPr>
            <w:tcW w:w="2381" w:type="dxa"/>
            <w:shd w:val="clear" w:color="auto" w:fill="FFFFFF"/>
            <w:tcMar>
              <w:top w:w="75" w:type="dxa"/>
              <w:left w:w="85" w:type="dxa"/>
              <w:bottom w:w="75" w:type="dxa"/>
              <w:right w:w="85" w:type="dxa"/>
            </w:tcMar>
            <w:vAlign w:val="center"/>
          </w:tcPr>
          <w:p w14:paraId="661D8B0D" w14:textId="77777777" w:rsidR="00673E82" w:rsidRPr="009C650E" w:rsidRDefault="00000000">
            <w:pPr>
              <w:spacing w:after="0" w:line="240" w:lineRule="auto"/>
              <w:rPr>
                <w:noProof/>
                <w:lang w:val="ro-RO"/>
              </w:rPr>
            </w:pPr>
            <w:r w:rsidRPr="009C650E">
              <w:rPr>
                <w:noProof/>
                <w:sz w:val="15"/>
                <w:lang w:val="ro-RO"/>
              </w:rPr>
              <w:t>Politica și strategia</w:t>
            </w:r>
          </w:p>
        </w:tc>
        <w:tc>
          <w:tcPr>
            <w:tcW w:w="4082" w:type="dxa"/>
            <w:shd w:val="clear" w:color="auto" w:fill="FFFFFF"/>
            <w:tcMar>
              <w:top w:w="75" w:type="dxa"/>
              <w:left w:w="85" w:type="dxa"/>
              <w:bottom w:w="75" w:type="dxa"/>
              <w:right w:w="85" w:type="dxa"/>
            </w:tcMar>
            <w:vAlign w:val="center"/>
          </w:tcPr>
          <w:p w14:paraId="166C500F" w14:textId="77777777" w:rsidR="00673E82" w:rsidRPr="009C650E" w:rsidRDefault="00000000">
            <w:pPr>
              <w:spacing w:after="0" w:line="240" w:lineRule="auto"/>
              <w:rPr>
                <w:noProof/>
                <w:lang w:val="ro-RO"/>
              </w:rPr>
            </w:pPr>
            <w:r w:rsidRPr="009C650E">
              <w:rPr>
                <w:noProof/>
                <w:sz w:val="15"/>
                <w:lang w:val="ro-RO"/>
              </w:rPr>
              <w:t>Confidențialitate, integritate, disponibilitate, conformare, reziliență și risc acceptabil.</w:t>
            </w:r>
          </w:p>
        </w:tc>
        <w:tc>
          <w:tcPr>
            <w:tcW w:w="3458" w:type="dxa"/>
            <w:shd w:val="clear" w:color="auto" w:fill="FFFFFF"/>
            <w:tcMar>
              <w:top w:w="75" w:type="dxa"/>
              <w:left w:w="85" w:type="dxa"/>
              <w:bottom w:w="75" w:type="dxa"/>
              <w:right w:w="85" w:type="dxa"/>
            </w:tcMar>
            <w:vAlign w:val="center"/>
          </w:tcPr>
          <w:p w14:paraId="54481D39" w14:textId="77777777" w:rsidR="00673E82" w:rsidRPr="009C650E" w:rsidRDefault="00000000">
            <w:pPr>
              <w:spacing w:after="0" w:line="240" w:lineRule="auto"/>
              <w:rPr>
                <w:noProof/>
                <w:lang w:val="ro-RO"/>
              </w:rPr>
            </w:pPr>
            <w:r w:rsidRPr="009C650E">
              <w:rPr>
                <w:noProof/>
                <w:sz w:val="15"/>
                <w:lang w:val="ro-RO"/>
              </w:rPr>
              <w:t>Ce rezultat ar demonstra aplicarea concretă a politicii?</w:t>
            </w:r>
          </w:p>
        </w:tc>
      </w:tr>
      <w:tr w:rsidR="00673E82" w:rsidRPr="009C650E" w14:paraId="34787294" w14:textId="77777777">
        <w:trPr>
          <w:cantSplit/>
          <w:jc w:val="center"/>
        </w:trPr>
        <w:tc>
          <w:tcPr>
            <w:tcW w:w="2381" w:type="dxa"/>
            <w:shd w:val="clear" w:color="auto" w:fill="FAFAFA"/>
            <w:tcMar>
              <w:top w:w="75" w:type="dxa"/>
              <w:left w:w="85" w:type="dxa"/>
              <w:bottom w:w="75" w:type="dxa"/>
              <w:right w:w="85" w:type="dxa"/>
            </w:tcMar>
            <w:vAlign w:val="center"/>
          </w:tcPr>
          <w:p w14:paraId="2EE60194" w14:textId="77777777" w:rsidR="00673E82" w:rsidRPr="009C650E" w:rsidRDefault="00000000">
            <w:pPr>
              <w:spacing w:after="0" w:line="240" w:lineRule="auto"/>
              <w:rPr>
                <w:noProof/>
                <w:lang w:val="ro-RO"/>
              </w:rPr>
            </w:pPr>
            <w:r w:rsidRPr="009C650E">
              <w:rPr>
                <w:noProof/>
                <w:sz w:val="15"/>
                <w:lang w:val="ro-RO"/>
              </w:rPr>
              <w:t>Evaluarea riscurilor</w:t>
            </w:r>
          </w:p>
        </w:tc>
        <w:tc>
          <w:tcPr>
            <w:tcW w:w="4082" w:type="dxa"/>
            <w:shd w:val="clear" w:color="auto" w:fill="FAFAFA"/>
            <w:tcMar>
              <w:top w:w="75" w:type="dxa"/>
              <w:left w:w="85" w:type="dxa"/>
              <w:bottom w:w="75" w:type="dxa"/>
              <w:right w:w="85" w:type="dxa"/>
            </w:tcMar>
            <w:vAlign w:val="center"/>
          </w:tcPr>
          <w:p w14:paraId="48D76966" w14:textId="77777777" w:rsidR="00673E82" w:rsidRPr="009C650E" w:rsidRDefault="00000000">
            <w:pPr>
              <w:spacing w:after="0" w:line="240" w:lineRule="auto"/>
              <w:rPr>
                <w:noProof/>
                <w:lang w:val="ro-RO"/>
              </w:rPr>
            </w:pPr>
            <w:r w:rsidRPr="009C650E">
              <w:rPr>
                <w:noProof/>
                <w:sz w:val="15"/>
                <w:lang w:val="ro-RO"/>
              </w:rPr>
              <w:t>Scenarii, amenințări, vulnerabilități, consecințe, proprietari și risc rezidual.</w:t>
            </w:r>
          </w:p>
        </w:tc>
        <w:tc>
          <w:tcPr>
            <w:tcW w:w="3458" w:type="dxa"/>
            <w:shd w:val="clear" w:color="auto" w:fill="FAFAFA"/>
            <w:tcMar>
              <w:top w:w="75" w:type="dxa"/>
              <w:left w:w="85" w:type="dxa"/>
              <w:bottom w:w="75" w:type="dxa"/>
              <w:right w:w="85" w:type="dxa"/>
            </w:tcMar>
            <w:vAlign w:val="center"/>
          </w:tcPr>
          <w:p w14:paraId="0AF357B5" w14:textId="77777777" w:rsidR="00673E82" w:rsidRPr="009C650E" w:rsidRDefault="00000000">
            <w:pPr>
              <w:spacing w:after="0" w:line="240" w:lineRule="auto"/>
              <w:rPr>
                <w:noProof/>
                <w:lang w:val="ro-RO"/>
              </w:rPr>
            </w:pPr>
            <w:r w:rsidRPr="009C650E">
              <w:rPr>
                <w:noProof/>
                <w:sz w:val="15"/>
                <w:lang w:val="ro-RO"/>
              </w:rPr>
              <w:t>Care risc peste criteriul acceptat necesită un obiectiv?</w:t>
            </w:r>
          </w:p>
        </w:tc>
      </w:tr>
      <w:tr w:rsidR="00673E82" w:rsidRPr="009C650E" w14:paraId="5850D544" w14:textId="77777777">
        <w:trPr>
          <w:cantSplit/>
          <w:jc w:val="center"/>
        </w:trPr>
        <w:tc>
          <w:tcPr>
            <w:tcW w:w="2381" w:type="dxa"/>
            <w:shd w:val="clear" w:color="auto" w:fill="FFFFFF"/>
            <w:tcMar>
              <w:top w:w="75" w:type="dxa"/>
              <w:left w:w="85" w:type="dxa"/>
              <w:bottom w:w="75" w:type="dxa"/>
              <w:right w:w="85" w:type="dxa"/>
            </w:tcMar>
            <w:vAlign w:val="center"/>
          </w:tcPr>
          <w:p w14:paraId="0BD0579C" w14:textId="77777777" w:rsidR="00673E82" w:rsidRPr="009C650E" w:rsidRDefault="00000000">
            <w:pPr>
              <w:spacing w:after="0" w:line="240" w:lineRule="auto"/>
              <w:rPr>
                <w:noProof/>
                <w:lang w:val="ro-RO"/>
              </w:rPr>
            </w:pPr>
            <w:r w:rsidRPr="009C650E">
              <w:rPr>
                <w:noProof/>
                <w:sz w:val="15"/>
                <w:lang w:val="ro-RO"/>
              </w:rPr>
              <w:t>Planul de tratare și SoA</w:t>
            </w:r>
          </w:p>
        </w:tc>
        <w:tc>
          <w:tcPr>
            <w:tcW w:w="4082" w:type="dxa"/>
            <w:shd w:val="clear" w:color="auto" w:fill="FFFFFF"/>
            <w:tcMar>
              <w:top w:w="75" w:type="dxa"/>
              <w:left w:w="85" w:type="dxa"/>
              <w:bottom w:w="75" w:type="dxa"/>
              <w:right w:w="85" w:type="dxa"/>
            </w:tcMar>
            <w:vAlign w:val="center"/>
          </w:tcPr>
          <w:p w14:paraId="52BDA5DB" w14:textId="77777777" w:rsidR="00673E82" w:rsidRPr="009C650E" w:rsidRDefault="00000000">
            <w:pPr>
              <w:spacing w:after="0" w:line="240" w:lineRule="auto"/>
              <w:rPr>
                <w:noProof/>
                <w:lang w:val="ro-RO"/>
              </w:rPr>
            </w:pPr>
            <w:r w:rsidRPr="009C650E">
              <w:rPr>
                <w:noProof/>
                <w:sz w:val="15"/>
                <w:lang w:val="ro-RO"/>
              </w:rPr>
              <w:t>Controale selectate, justificări, starea implementării, excluderi și dependențe.</w:t>
            </w:r>
          </w:p>
        </w:tc>
        <w:tc>
          <w:tcPr>
            <w:tcW w:w="3458" w:type="dxa"/>
            <w:shd w:val="clear" w:color="auto" w:fill="FFFFFF"/>
            <w:tcMar>
              <w:top w:w="75" w:type="dxa"/>
              <w:left w:w="85" w:type="dxa"/>
              <w:bottom w:w="75" w:type="dxa"/>
              <w:right w:w="85" w:type="dxa"/>
            </w:tcMar>
            <w:vAlign w:val="center"/>
          </w:tcPr>
          <w:p w14:paraId="5090A683" w14:textId="77777777" w:rsidR="00673E82" w:rsidRPr="009C650E" w:rsidRDefault="00000000">
            <w:pPr>
              <w:spacing w:after="0" w:line="240" w:lineRule="auto"/>
              <w:rPr>
                <w:noProof/>
                <w:lang w:val="ro-RO"/>
              </w:rPr>
            </w:pPr>
            <w:r w:rsidRPr="009C650E">
              <w:rPr>
                <w:noProof/>
                <w:sz w:val="15"/>
                <w:lang w:val="ro-RO"/>
              </w:rPr>
              <w:t>Ce control trebuie făcut eficace, nu doar implementat?</w:t>
            </w:r>
          </w:p>
        </w:tc>
      </w:tr>
      <w:tr w:rsidR="00673E82" w:rsidRPr="009C650E" w14:paraId="0758EFCF" w14:textId="77777777">
        <w:trPr>
          <w:cantSplit/>
          <w:jc w:val="center"/>
        </w:trPr>
        <w:tc>
          <w:tcPr>
            <w:tcW w:w="2381" w:type="dxa"/>
            <w:shd w:val="clear" w:color="auto" w:fill="FAFAFA"/>
            <w:tcMar>
              <w:top w:w="75" w:type="dxa"/>
              <w:left w:w="85" w:type="dxa"/>
              <w:bottom w:w="75" w:type="dxa"/>
              <w:right w:w="85" w:type="dxa"/>
            </w:tcMar>
            <w:vAlign w:val="center"/>
          </w:tcPr>
          <w:p w14:paraId="30127E33" w14:textId="77777777" w:rsidR="00673E82" w:rsidRPr="009C650E" w:rsidRDefault="00000000">
            <w:pPr>
              <w:spacing w:after="0" w:line="240" w:lineRule="auto"/>
              <w:rPr>
                <w:noProof/>
                <w:lang w:val="ro-RO"/>
              </w:rPr>
            </w:pPr>
            <w:r w:rsidRPr="009C650E">
              <w:rPr>
                <w:noProof/>
                <w:sz w:val="15"/>
                <w:lang w:val="ro-RO"/>
              </w:rPr>
              <w:t>Incidente și monitorizare</w:t>
            </w:r>
          </w:p>
        </w:tc>
        <w:tc>
          <w:tcPr>
            <w:tcW w:w="4082" w:type="dxa"/>
            <w:shd w:val="clear" w:color="auto" w:fill="FAFAFA"/>
            <w:tcMar>
              <w:top w:w="75" w:type="dxa"/>
              <w:left w:w="85" w:type="dxa"/>
              <w:bottom w:w="75" w:type="dxa"/>
              <w:right w:w="85" w:type="dxa"/>
            </w:tcMar>
            <w:vAlign w:val="center"/>
          </w:tcPr>
          <w:p w14:paraId="508044F7" w14:textId="77777777" w:rsidR="00673E82" w:rsidRPr="009C650E" w:rsidRDefault="00000000">
            <w:pPr>
              <w:spacing w:after="0" w:line="240" w:lineRule="auto"/>
              <w:rPr>
                <w:noProof/>
                <w:lang w:val="ro-RO"/>
              </w:rPr>
            </w:pPr>
            <w:r w:rsidRPr="009C650E">
              <w:rPr>
                <w:noProof/>
                <w:sz w:val="15"/>
                <w:lang w:val="ro-RO"/>
              </w:rPr>
              <w:t>Incidente, alerte, timpi de detectare/răspuns, cauze, recurență, teste și audituri.</w:t>
            </w:r>
          </w:p>
        </w:tc>
        <w:tc>
          <w:tcPr>
            <w:tcW w:w="3458" w:type="dxa"/>
            <w:shd w:val="clear" w:color="auto" w:fill="FAFAFA"/>
            <w:tcMar>
              <w:top w:w="75" w:type="dxa"/>
              <w:left w:w="85" w:type="dxa"/>
              <w:bottom w:w="75" w:type="dxa"/>
              <w:right w:w="85" w:type="dxa"/>
            </w:tcMar>
            <w:vAlign w:val="center"/>
          </w:tcPr>
          <w:p w14:paraId="63E29AC9" w14:textId="77777777" w:rsidR="00673E82" w:rsidRPr="009C650E" w:rsidRDefault="00000000">
            <w:pPr>
              <w:spacing w:after="0" w:line="240" w:lineRule="auto"/>
              <w:rPr>
                <w:noProof/>
                <w:lang w:val="ro-RO"/>
              </w:rPr>
            </w:pPr>
            <w:r w:rsidRPr="009C650E">
              <w:rPr>
                <w:noProof/>
                <w:sz w:val="15"/>
                <w:lang w:val="ro-RO"/>
              </w:rPr>
              <w:t>Ce tendință indică expunere sau control slab?</w:t>
            </w:r>
          </w:p>
        </w:tc>
      </w:tr>
      <w:tr w:rsidR="00673E82" w:rsidRPr="009C650E" w14:paraId="0564F689" w14:textId="77777777">
        <w:trPr>
          <w:cantSplit/>
          <w:jc w:val="center"/>
        </w:trPr>
        <w:tc>
          <w:tcPr>
            <w:tcW w:w="2381" w:type="dxa"/>
            <w:shd w:val="clear" w:color="auto" w:fill="FFFFFF"/>
            <w:tcMar>
              <w:top w:w="75" w:type="dxa"/>
              <w:left w:w="85" w:type="dxa"/>
              <w:bottom w:w="75" w:type="dxa"/>
              <w:right w:w="85" w:type="dxa"/>
            </w:tcMar>
            <w:vAlign w:val="center"/>
          </w:tcPr>
          <w:p w14:paraId="79F4830E" w14:textId="77777777" w:rsidR="00673E82" w:rsidRPr="009C650E" w:rsidRDefault="00000000">
            <w:pPr>
              <w:spacing w:after="0" w:line="240" w:lineRule="auto"/>
              <w:rPr>
                <w:noProof/>
                <w:lang w:val="ro-RO"/>
              </w:rPr>
            </w:pPr>
            <w:r w:rsidRPr="009C650E">
              <w:rPr>
                <w:noProof/>
                <w:sz w:val="15"/>
                <w:lang w:val="ro-RO"/>
              </w:rPr>
              <w:t>Obligații și părți interesate</w:t>
            </w:r>
          </w:p>
        </w:tc>
        <w:tc>
          <w:tcPr>
            <w:tcW w:w="4082" w:type="dxa"/>
            <w:shd w:val="clear" w:color="auto" w:fill="FFFFFF"/>
            <w:tcMar>
              <w:top w:w="75" w:type="dxa"/>
              <w:left w:w="85" w:type="dxa"/>
              <w:bottom w:w="75" w:type="dxa"/>
              <w:right w:w="85" w:type="dxa"/>
            </w:tcMar>
            <w:vAlign w:val="center"/>
          </w:tcPr>
          <w:p w14:paraId="3454AC65" w14:textId="77777777" w:rsidR="00673E82" w:rsidRPr="009C650E" w:rsidRDefault="00000000">
            <w:pPr>
              <w:spacing w:after="0" w:line="240" w:lineRule="auto"/>
              <w:rPr>
                <w:noProof/>
                <w:lang w:val="ro-RO"/>
              </w:rPr>
            </w:pPr>
            <w:r w:rsidRPr="009C650E">
              <w:rPr>
                <w:noProof/>
                <w:sz w:val="15"/>
                <w:lang w:val="ro-RO"/>
              </w:rPr>
              <w:t>Legislație, contracte, clienți, autorități, asiguratori și cerințe de confidențialitate.</w:t>
            </w:r>
          </w:p>
        </w:tc>
        <w:tc>
          <w:tcPr>
            <w:tcW w:w="3458" w:type="dxa"/>
            <w:shd w:val="clear" w:color="auto" w:fill="FFFFFF"/>
            <w:tcMar>
              <w:top w:w="75" w:type="dxa"/>
              <w:left w:w="85" w:type="dxa"/>
              <w:bottom w:w="75" w:type="dxa"/>
              <w:right w:w="85" w:type="dxa"/>
            </w:tcMar>
            <w:vAlign w:val="center"/>
          </w:tcPr>
          <w:p w14:paraId="2F665F5B" w14:textId="77777777" w:rsidR="00673E82" w:rsidRPr="009C650E" w:rsidRDefault="00000000">
            <w:pPr>
              <w:spacing w:after="0" w:line="240" w:lineRule="auto"/>
              <w:rPr>
                <w:noProof/>
                <w:lang w:val="ro-RO"/>
              </w:rPr>
            </w:pPr>
            <w:r w:rsidRPr="009C650E">
              <w:rPr>
                <w:noProof/>
                <w:sz w:val="15"/>
                <w:lang w:val="ro-RO"/>
              </w:rPr>
              <w:t>Unde există risc de neconformare sau pierdere de încredere?</w:t>
            </w:r>
          </w:p>
        </w:tc>
      </w:tr>
      <w:tr w:rsidR="00673E82" w:rsidRPr="009C650E" w14:paraId="6DF59A58" w14:textId="77777777">
        <w:trPr>
          <w:cantSplit/>
          <w:jc w:val="center"/>
        </w:trPr>
        <w:tc>
          <w:tcPr>
            <w:tcW w:w="2381" w:type="dxa"/>
            <w:shd w:val="clear" w:color="auto" w:fill="FAFAFA"/>
            <w:tcMar>
              <w:top w:w="75" w:type="dxa"/>
              <w:left w:w="85" w:type="dxa"/>
              <w:bottom w:w="75" w:type="dxa"/>
              <w:right w:w="85" w:type="dxa"/>
            </w:tcMar>
            <w:vAlign w:val="center"/>
          </w:tcPr>
          <w:p w14:paraId="0D529C65" w14:textId="77777777" w:rsidR="00673E82" w:rsidRPr="009C650E" w:rsidRDefault="00000000">
            <w:pPr>
              <w:spacing w:after="0" w:line="240" w:lineRule="auto"/>
              <w:rPr>
                <w:noProof/>
                <w:lang w:val="ro-RO"/>
              </w:rPr>
            </w:pPr>
            <w:r w:rsidRPr="009C650E">
              <w:rPr>
                <w:noProof/>
                <w:sz w:val="15"/>
                <w:lang w:val="ro-RO"/>
              </w:rPr>
              <w:t>Schimbări și furnizori</w:t>
            </w:r>
          </w:p>
        </w:tc>
        <w:tc>
          <w:tcPr>
            <w:tcW w:w="4082" w:type="dxa"/>
            <w:shd w:val="clear" w:color="auto" w:fill="FAFAFA"/>
            <w:tcMar>
              <w:top w:w="75" w:type="dxa"/>
              <w:left w:w="85" w:type="dxa"/>
              <w:bottom w:w="75" w:type="dxa"/>
              <w:right w:w="85" w:type="dxa"/>
            </w:tcMar>
            <w:vAlign w:val="center"/>
          </w:tcPr>
          <w:p w14:paraId="35469221" w14:textId="77777777" w:rsidR="00673E82" w:rsidRPr="009C650E" w:rsidRDefault="00000000">
            <w:pPr>
              <w:spacing w:after="0" w:line="240" w:lineRule="auto"/>
              <w:rPr>
                <w:noProof/>
                <w:lang w:val="ro-RO"/>
              </w:rPr>
            </w:pPr>
            <w:r w:rsidRPr="009C650E">
              <w:rPr>
                <w:noProof/>
                <w:sz w:val="15"/>
                <w:lang w:val="ro-RO"/>
              </w:rPr>
              <w:t>Cloud, dezvoltare, AI, externalizare, lucru la distanță, achiziții, incidente de furnizor și climă.</w:t>
            </w:r>
          </w:p>
        </w:tc>
        <w:tc>
          <w:tcPr>
            <w:tcW w:w="3458" w:type="dxa"/>
            <w:shd w:val="clear" w:color="auto" w:fill="FAFAFA"/>
            <w:tcMar>
              <w:top w:w="75" w:type="dxa"/>
              <w:left w:w="85" w:type="dxa"/>
              <w:bottom w:w="75" w:type="dxa"/>
              <w:right w:w="85" w:type="dxa"/>
            </w:tcMar>
            <w:vAlign w:val="center"/>
          </w:tcPr>
          <w:p w14:paraId="6F60C1BE" w14:textId="77777777" w:rsidR="00673E82" w:rsidRPr="009C650E" w:rsidRDefault="00000000">
            <w:pPr>
              <w:spacing w:after="0" w:line="240" w:lineRule="auto"/>
              <w:rPr>
                <w:noProof/>
                <w:lang w:val="ro-RO"/>
              </w:rPr>
            </w:pPr>
            <w:r w:rsidRPr="009C650E">
              <w:rPr>
                <w:noProof/>
                <w:sz w:val="15"/>
                <w:lang w:val="ro-RO"/>
              </w:rPr>
              <w:t>Ce dependență sau schimbare modifică profilul de risc?</w:t>
            </w:r>
          </w:p>
        </w:tc>
      </w:tr>
    </w:tbl>
    <w:p w14:paraId="022F19C8" w14:textId="77777777" w:rsidR="00673E82" w:rsidRPr="009C650E" w:rsidRDefault="00673E82">
      <w:pPr>
        <w:spacing w:after="20"/>
        <w:rPr>
          <w:noProof/>
          <w:lang w:val="ro-RO"/>
        </w:rPr>
      </w:pPr>
    </w:p>
    <w:p w14:paraId="63FCD237" w14:textId="77777777" w:rsidR="00673E82" w:rsidRPr="009C650E" w:rsidRDefault="00000000">
      <w:pPr>
        <w:pStyle w:val="Heading2"/>
        <w:rPr>
          <w:noProof/>
          <w:lang w:val="ro-RO"/>
        </w:rPr>
      </w:pPr>
      <w:r w:rsidRPr="009C650E">
        <w:rPr>
          <w:noProof/>
          <w:lang w:val="ro-RO"/>
        </w:rPr>
        <w:t>Matrice de prioritizare</w:t>
      </w:r>
    </w:p>
    <w:p w14:paraId="75196989" w14:textId="77777777" w:rsidR="00673E82" w:rsidRPr="009C650E" w:rsidRDefault="00000000">
      <w:pPr>
        <w:spacing w:line="259" w:lineRule="auto"/>
        <w:rPr>
          <w:noProof/>
          <w:lang w:val="ro-RO"/>
        </w:rPr>
      </w:pPr>
      <w:r w:rsidRPr="009C650E">
        <w:rPr>
          <w:noProof/>
          <w:lang w:val="ro-RO"/>
        </w:rPr>
        <w:t>Acordați fiecărui obiectiv candidat un scor de la 1 la 5. Selectați obiectivele cu impact ridicat și fezabilitate rezonabilă; documentați motivele pentru amânarea unei priorități importante.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402"/>
        <w:gridCol w:w="3231"/>
        <w:gridCol w:w="3288"/>
      </w:tblGrid>
      <w:tr w:rsidR="00673E82" w:rsidRPr="009C650E" w14:paraId="62E65E58" w14:textId="77777777">
        <w:trPr>
          <w:tblHeader/>
          <w:jc w:val="center"/>
        </w:trPr>
        <w:tc>
          <w:tcPr>
            <w:tcW w:w="3402" w:type="dxa"/>
            <w:shd w:val="clear" w:color="auto" w:fill="D71920"/>
            <w:tcMar>
              <w:top w:w="75" w:type="dxa"/>
              <w:left w:w="85" w:type="dxa"/>
              <w:bottom w:w="75" w:type="dxa"/>
              <w:right w:w="85" w:type="dxa"/>
            </w:tcMar>
            <w:vAlign w:val="center"/>
          </w:tcPr>
          <w:p w14:paraId="6AF2B0A4" w14:textId="77777777" w:rsidR="00673E82" w:rsidRPr="009C650E" w:rsidRDefault="00000000">
            <w:pPr>
              <w:spacing w:after="0" w:line="240" w:lineRule="auto"/>
              <w:jc w:val="center"/>
              <w:rPr>
                <w:noProof/>
                <w:lang w:val="ro-RO"/>
              </w:rPr>
            </w:pPr>
            <w:r w:rsidRPr="009C650E">
              <w:rPr>
                <w:b/>
                <w:noProof/>
                <w:color w:val="FFFFFF"/>
                <w:sz w:val="16"/>
                <w:lang w:val="ro-RO"/>
              </w:rPr>
              <w:t>CRITERIU</w:t>
            </w:r>
          </w:p>
        </w:tc>
        <w:tc>
          <w:tcPr>
            <w:tcW w:w="3231" w:type="dxa"/>
            <w:shd w:val="clear" w:color="auto" w:fill="D71920"/>
            <w:tcMar>
              <w:top w:w="75" w:type="dxa"/>
              <w:left w:w="85" w:type="dxa"/>
              <w:bottom w:w="75" w:type="dxa"/>
              <w:right w:w="85" w:type="dxa"/>
            </w:tcMar>
            <w:vAlign w:val="center"/>
          </w:tcPr>
          <w:p w14:paraId="7B6F77CA" w14:textId="77777777" w:rsidR="00673E82" w:rsidRPr="009C650E" w:rsidRDefault="00000000">
            <w:pPr>
              <w:spacing w:after="0" w:line="240" w:lineRule="auto"/>
              <w:jc w:val="center"/>
              <w:rPr>
                <w:noProof/>
                <w:lang w:val="ro-RO"/>
              </w:rPr>
            </w:pPr>
            <w:r w:rsidRPr="009C650E">
              <w:rPr>
                <w:b/>
                <w:noProof/>
                <w:color w:val="FFFFFF"/>
                <w:sz w:val="16"/>
                <w:lang w:val="ro-RO"/>
              </w:rPr>
              <w:t>SCOR 1</w:t>
            </w:r>
          </w:p>
        </w:tc>
        <w:tc>
          <w:tcPr>
            <w:tcW w:w="3288" w:type="dxa"/>
            <w:shd w:val="clear" w:color="auto" w:fill="D71920"/>
            <w:tcMar>
              <w:top w:w="75" w:type="dxa"/>
              <w:left w:w="85" w:type="dxa"/>
              <w:bottom w:w="75" w:type="dxa"/>
              <w:right w:w="85" w:type="dxa"/>
            </w:tcMar>
            <w:vAlign w:val="center"/>
          </w:tcPr>
          <w:p w14:paraId="7E537617" w14:textId="77777777" w:rsidR="00673E82" w:rsidRPr="009C650E" w:rsidRDefault="00000000">
            <w:pPr>
              <w:spacing w:after="0" w:line="240" w:lineRule="auto"/>
              <w:jc w:val="center"/>
              <w:rPr>
                <w:noProof/>
                <w:lang w:val="ro-RO"/>
              </w:rPr>
            </w:pPr>
            <w:r w:rsidRPr="009C650E">
              <w:rPr>
                <w:b/>
                <w:noProof/>
                <w:color w:val="FFFFFF"/>
                <w:sz w:val="16"/>
                <w:lang w:val="ro-RO"/>
              </w:rPr>
              <w:t>SCOR 5</w:t>
            </w:r>
          </w:p>
        </w:tc>
      </w:tr>
      <w:tr w:rsidR="00673E82" w:rsidRPr="009C650E" w14:paraId="110CB88C" w14:textId="77777777">
        <w:trPr>
          <w:cantSplit/>
          <w:jc w:val="center"/>
        </w:trPr>
        <w:tc>
          <w:tcPr>
            <w:tcW w:w="3402" w:type="dxa"/>
            <w:shd w:val="clear" w:color="auto" w:fill="FFFFFF"/>
            <w:tcMar>
              <w:top w:w="75" w:type="dxa"/>
              <w:left w:w="85" w:type="dxa"/>
              <w:bottom w:w="75" w:type="dxa"/>
              <w:right w:w="85" w:type="dxa"/>
            </w:tcMar>
            <w:vAlign w:val="center"/>
          </w:tcPr>
          <w:p w14:paraId="3ABE37E7" w14:textId="77777777" w:rsidR="00673E82" w:rsidRPr="009C650E" w:rsidRDefault="00000000">
            <w:pPr>
              <w:spacing w:after="0" w:line="240" w:lineRule="auto"/>
              <w:rPr>
                <w:noProof/>
                <w:lang w:val="ro-RO"/>
              </w:rPr>
            </w:pPr>
            <w:r w:rsidRPr="009C650E">
              <w:rPr>
                <w:noProof/>
                <w:sz w:val="16"/>
                <w:lang w:val="ro-RO"/>
              </w:rPr>
              <w:t>Nivelul riscului</w:t>
            </w:r>
          </w:p>
        </w:tc>
        <w:tc>
          <w:tcPr>
            <w:tcW w:w="3231" w:type="dxa"/>
            <w:shd w:val="clear" w:color="auto" w:fill="FFFFFF"/>
            <w:tcMar>
              <w:top w:w="75" w:type="dxa"/>
              <w:left w:w="85" w:type="dxa"/>
              <w:bottom w:w="75" w:type="dxa"/>
              <w:right w:w="85" w:type="dxa"/>
            </w:tcMar>
            <w:vAlign w:val="center"/>
          </w:tcPr>
          <w:p w14:paraId="2E735BE8" w14:textId="77777777" w:rsidR="00673E82" w:rsidRPr="009C650E" w:rsidRDefault="00000000">
            <w:pPr>
              <w:spacing w:after="0" w:line="240" w:lineRule="auto"/>
              <w:rPr>
                <w:noProof/>
                <w:lang w:val="ro-RO"/>
              </w:rPr>
            </w:pPr>
            <w:r w:rsidRPr="009C650E">
              <w:rPr>
                <w:noProof/>
                <w:sz w:val="16"/>
                <w:lang w:val="ro-RO"/>
              </w:rPr>
              <w:t>1 = risc redus / acceptat</w:t>
            </w:r>
          </w:p>
        </w:tc>
        <w:tc>
          <w:tcPr>
            <w:tcW w:w="3288" w:type="dxa"/>
            <w:shd w:val="clear" w:color="auto" w:fill="FFFFFF"/>
            <w:tcMar>
              <w:top w:w="75" w:type="dxa"/>
              <w:left w:w="85" w:type="dxa"/>
              <w:bottom w:w="75" w:type="dxa"/>
              <w:right w:w="85" w:type="dxa"/>
            </w:tcMar>
            <w:vAlign w:val="center"/>
          </w:tcPr>
          <w:p w14:paraId="1A999598" w14:textId="77777777" w:rsidR="00673E82" w:rsidRPr="009C650E" w:rsidRDefault="00000000">
            <w:pPr>
              <w:spacing w:after="0" w:line="240" w:lineRule="auto"/>
              <w:rPr>
                <w:noProof/>
                <w:lang w:val="ro-RO"/>
              </w:rPr>
            </w:pPr>
            <w:r w:rsidRPr="009C650E">
              <w:rPr>
                <w:noProof/>
                <w:sz w:val="16"/>
                <w:lang w:val="ro-RO"/>
              </w:rPr>
              <w:t>5 = risc critic peste criteriul de acceptare</w:t>
            </w:r>
          </w:p>
        </w:tc>
      </w:tr>
      <w:tr w:rsidR="00673E82" w:rsidRPr="009C650E" w14:paraId="1567EE16" w14:textId="77777777">
        <w:trPr>
          <w:cantSplit/>
          <w:jc w:val="center"/>
        </w:trPr>
        <w:tc>
          <w:tcPr>
            <w:tcW w:w="3402" w:type="dxa"/>
            <w:shd w:val="clear" w:color="auto" w:fill="FAFAFA"/>
            <w:tcMar>
              <w:top w:w="75" w:type="dxa"/>
              <w:left w:w="85" w:type="dxa"/>
              <w:bottom w:w="75" w:type="dxa"/>
              <w:right w:w="85" w:type="dxa"/>
            </w:tcMar>
            <w:vAlign w:val="center"/>
          </w:tcPr>
          <w:p w14:paraId="30107B8C" w14:textId="77777777" w:rsidR="00673E82" w:rsidRPr="009C650E" w:rsidRDefault="00000000">
            <w:pPr>
              <w:spacing w:after="0" w:line="240" w:lineRule="auto"/>
              <w:rPr>
                <w:noProof/>
                <w:lang w:val="ro-RO"/>
              </w:rPr>
            </w:pPr>
            <w:r w:rsidRPr="009C650E">
              <w:rPr>
                <w:noProof/>
                <w:sz w:val="16"/>
                <w:lang w:val="ro-RO"/>
              </w:rPr>
              <w:t>Obligații / impact</w:t>
            </w:r>
          </w:p>
        </w:tc>
        <w:tc>
          <w:tcPr>
            <w:tcW w:w="3231" w:type="dxa"/>
            <w:shd w:val="clear" w:color="auto" w:fill="FAFAFA"/>
            <w:tcMar>
              <w:top w:w="75" w:type="dxa"/>
              <w:left w:w="85" w:type="dxa"/>
              <w:bottom w:w="75" w:type="dxa"/>
              <w:right w:w="85" w:type="dxa"/>
            </w:tcMar>
            <w:vAlign w:val="center"/>
          </w:tcPr>
          <w:p w14:paraId="0360758A" w14:textId="77777777" w:rsidR="00673E82" w:rsidRPr="009C650E" w:rsidRDefault="00000000">
            <w:pPr>
              <w:spacing w:after="0" w:line="240" w:lineRule="auto"/>
              <w:rPr>
                <w:noProof/>
                <w:lang w:val="ro-RO"/>
              </w:rPr>
            </w:pPr>
            <w:r w:rsidRPr="009C650E">
              <w:rPr>
                <w:noProof/>
                <w:sz w:val="16"/>
                <w:lang w:val="ro-RO"/>
              </w:rPr>
              <w:t>1 = impact limitat</w:t>
            </w:r>
          </w:p>
        </w:tc>
        <w:tc>
          <w:tcPr>
            <w:tcW w:w="3288" w:type="dxa"/>
            <w:shd w:val="clear" w:color="auto" w:fill="FAFAFA"/>
            <w:tcMar>
              <w:top w:w="75" w:type="dxa"/>
              <w:left w:w="85" w:type="dxa"/>
              <w:bottom w:w="75" w:type="dxa"/>
              <w:right w:w="85" w:type="dxa"/>
            </w:tcMar>
            <w:vAlign w:val="center"/>
          </w:tcPr>
          <w:p w14:paraId="2689F425" w14:textId="77777777" w:rsidR="00673E82" w:rsidRPr="009C650E" w:rsidRDefault="00000000">
            <w:pPr>
              <w:spacing w:after="0" w:line="240" w:lineRule="auto"/>
              <w:rPr>
                <w:noProof/>
                <w:lang w:val="ro-RO"/>
              </w:rPr>
            </w:pPr>
            <w:r w:rsidRPr="009C650E">
              <w:rPr>
                <w:noProof/>
                <w:sz w:val="16"/>
                <w:lang w:val="ro-RO"/>
              </w:rPr>
              <w:t>5 = impact legal, contractual sau operațional major</w:t>
            </w:r>
          </w:p>
        </w:tc>
      </w:tr>
      <w:tr w:rsidR="00673E82" w:rsidRPr="009C650E" w14:paraId="1CEE7789" w14:textId="77777777">
        <w:trPr>
          <w:cantSplit/>
          <w:jc w:val="center"/>
        </w:trPr>
        <w:tc>
          <w:tcPr>
            <w:tcW w:w="3402" w:type="dxa"/>
            <w:shd w:val="clear" w:color="auto" w:fill="FFFFFF"/>
            <w:tcMar>
              <w:top w:w="75" w:type="dxa"/>
              <w:left w:w="85" w:type="dxa"/>
              <w:bottom w:w="75" w:type="dxa"/>
              <w:right w:w="85" w:type="dxa"/>
            </w:tcMar>
            <w:vAlign w:val="center"/>
          </w:tcPr>
          <w:p w14:paraId="4F256FC6" w14:textId="77777777" w:rsidR="00673E82" w:rsidRPr="009C650E" w:rsidRDefault="00000000">
            <w:pPr>
              <w:spacing w:after="0" w:line="240" w:lineRule="auto"/>
              <w:rPr>
                <w:noProof/>
                <w:lang w:val="ro-RO"/>
              </w:rPr>
            </w:pPr>
            <w:r w:rsidRPr="009C650E">
              <w:rPr>
                <w:noProof/>
                <w:sz w:val="16"/>
                <w:lang w:val="ro-RO"/>
              </w:rPr>
              <w:t>Expunere și amenințare</w:t>
            </w:r>
          </w:p>
        </w:tc>
        <w:tc>
          <w:tcPr>
            <w:tcW w:w="3231" w:type="dxa"/>
            <w:shd w:val="clear" w:color="auto" w:fill="FFFFFF"/>
            <w:tcMar>
              <w:top w:w="75" w:type="dxa"/>
              <w:left w:w="85" w:type="dxa"/>
              <w:bottom w:w="75" w:type="dxa"/>
              <w:right w:w="85" w:type="dxa"/>
            </w:tcMar>
            <w:vAlign w:val="center"/>
          </w:tcPr>
          <w:p w14:paraId="6A3DD818" w14:textId="77777777" w:rsidR="00673E82" w:rsidRPr="009C650E" w:rsidRDefault="00000000">
            <w:pPr>
              <w:spacing w:after="0" w:line="240" w:lineRule="auto"/>
              <w:rPr>
                <w:noProof/>
                <w:lang w:val="ro-RO"/>
              </w:rPr>
            </w:pPr>
            <w:r w:rsidRPr="009C650E">
              <w:rPr>
                <w:noProof/>
                <w:sz w:val="16"/>
                <w:lang w:val="ro-RO"/>
              </w:rPr>
              <w:t>1 = expunere rară</w:t>
            </w:r>
          </w:p>
        </w:tc>
        <w:tc>
          <w:tcPr>
            <w:tcW w:w="3288" w:type="dxa"/>
            <w:shd w:val="clear" w:color="auto" w:fill="FFFFFF"/>
            <w:tcMar>
              <w:top w:w="75" w:type="dxa"/>
              <w:left w:w="85" w:type="dxa"/>
              <w:bottom w:w="75" w:type="dxa"/>
              <w:right w:w="85" w:type="dxa"/>
            </w:tcMar>
            <w:vAlign w:val="center"/>
          </w:tcPr>
          <w:p w14:paraId="6197F067" w14:textId="77777777" w:rsidR="00673E82" w:rsidRPr="009C650E" w:rsidRDefault="00000000">
            <w:pPr>
              <w:spacing w:after="0" w:line="240" w:lineRule="auto"/>
              <w:rPr>
                <w:noProof/>
                <w:lang w:val="ro-RO"/>
              </w:rPr>
            </w:pPr>
            <w:r w:rsidRPr="009C650E">
              <w:rPr>
                <w:noProof/>
                <w:sz w:val="16"/>
                <w:lang w:val="ro-RO"/>
              </w:rPr>
              <w:t>5 = activ critic, expus și amenințare activă</w:t>
            </w:r>
          </w:p>
        </w:tc>
      </w:tr>
      <w:tr w:rsidR="00673E82" w:rsidRPr="009C650E" w14:paraId="129B822C" w14:textId="77777777">
        <w:trPr>
          <w:cantSplit/>
          <w:jc w:val="center"/>
        </w:trPr>
        <w:tc>
          <w:tcPr>
            <w:tcW w:w="3402" w:type="dxa"/>
            <w:shd w:val="clear" w:color="auto" w:fill="FAFAFA"/>
            <w:tcMar>
              <w:top w:w="75" w:type="dxa"/>
              <w:left w:w="85" w:type="dxa"/>
              <w:bottom w:w="75" w:type="dxa"/>
              <w:right w:w="85" w:type="dxa"/>
            </w:tcMar>
            <w:vAlign w:val="center"/>
          </w:tcPr>
          <w:p w14:paraId="036C8DA0" w14:textId="77777777" w:rsidR="00673E82" w:rsidRPr="009C650E" w:rsidRDefault="00000000">
            <w:pPr>
              <w:spacing w:after="0" w:line="240" w:lineRule="auto"/>
              <w:rPr>
                <w:noProof/>
                <w:lang w:val="ro-RO"/>
              </w:rPr>
            </w:pPr>
            <w:r w:rsidRPr="009C650E">
              <w:rPr>
                <w:noProof/>
                <w:sz w:val="16"/>
                <w:lang w:val="ro-RO"/>
              </w:rPr>
              <w:t>Eficacitatea controlului</w:t>
            </w:r>
          </w:p>
        </w:tc>
        <w:tc>
          <w:tcPr>
            <w:tcW w:w="3231" w:type="dxa"/>
            <w:shd w:val="clear" w:color="auto" w:fill="FAFAFA"/>
            <w:tcMar>
              <w:top w:w="75" w:type="dxa"/>
              <w:left w:w="85" w:type="dxa"/>
              <w:bottom w:w="75" w:type="dxa"/>
              <w:right w:w="85" w:type="dxa"/>
            </w:tcMar>
            <w:vAlign w:val="center"/>
          </w:tcPr>
          <w:p w14:paraId="7681F835" w14:textId="77777777" w:rsidR="00673E82" w:rsidRPr="009C650E" w:rsidRDefault="00000000">
            <w:pPr>
              <w:spacing w:after="0" w:line="240" w:lineRule="auto"/>
              <w:rPr>
                <w:noProof/>
                <w:lang w:val="ro-RO"/>
              </w:rPr>
            </w:pPr>
            <w:r w:rsidRPr="009C650E">
              <w:rPr>
                <w:noProof/>
                <w:sz w:val="16"/>
                <w:lang w:val="ro-RO"/>
              </w:rPr>
              <w:t>1 = control testat și robust</w:t>
            </w:r>
          </w:p>
        </w:tc>
        <w:tc>
          <w:tcPr>
            <w:tcW w:w="3288" w:type="dxa"/>
            <w:shd w:val="clear" w:color="auto" w:fill="FAFAFA"/>
            <w:tcMar>
              <w:top w:w="75" w:type="dxa"/>
              <w:left w:w="85" w:type="dxa"/>
              <w:bottom w:w="75" w:type="dxa"/>
              <w:right w:w="85" w:type="dxa"/>
            </w:tcMar>
            <w:vAlign w:val="center"/>
          </w:tcPr>
          <w:p w14:paraId="731BF539" w14:textId="77777777" w:rsidR="00673E82" w:rsidRPr="009C650E" w:rsidRDefault="00000000">
            <w:pPr>
              <w:spacing w:after="0" w:line="240" w:lineRule="auto"/>
              <w:rPr>
                <w:noProof/>
                <w:lang w:val="ro-RO"/>
              </w:rPr>
            </w:pPr>
            <w:r w:rsidRPr="009C650E">
              <w:rPr>
                <w:noProof/>
                <w:sz w:val="16"/>
                <w:lang w:val="ro-RO"/>
              </w:rPr>
              <w:t>5 = lipsă, defect sau eficacitate necunoscută</w:t>
            </w:r>
          </w:p>
        </w:tc>
      </w:tr>
      <w:tr w:rsidR="00673E82" w:rsidRPr="009C650E" w14:paraId="55DB3927" w14:textId="77777777">
        <w:trPr>
          <w:cantSplit/>
          <w:jc w:val="center"/>
        </w:trPr>
        <w:tc>
          <w:tcPr>
            <w:tcW w:w="3402" w:type="dxa"/>
            <w:shd w:val="clear" w:color="auto" w:fill="FFFFFF"/>
            <w:tcMar>
              <w:top w:w="75" w:type="dxa"/>
              <w:left w:w="85" w:type="dxa"/>
              <w:bottom w:w="75" w:type="dxa"/>
              <w:right w:w="85" w:type="dxa"/>
            </w:tcMar>
            <w:vAlign w:val="center"/>
          </w:tcPr>
          <w:p w14:paraId="72DD8C33" w14:textId="77777777" w:rsidR="00673E82" w:rsidRPr="009C650E" w:rsidRDefault="00000000">
            <w:pPr>
              <w:spacing w:after="0" w:line="240" w:lineRule="auto"/>
              <w:rPr>
                <w:noProof/>
                <w:lang w:val="ro-RO"/>
              </w:rPr>
            </w:pPr>
            <w:r w:rsidRPr="009C650E">
              <w:rPr>
                <w:noProof/>
                <w:sz w:val="16"/>
                <w:lang w:val="ro-RO"/>
              </w:rPr>
              <w:t>Fezabilitate / influență</w:t>
            </w:r>
          </w:p>
        </w:tc>
        <w:tc>
          <w:tcPr>
            <w:tcW w:w="3231" w:type="dxa"/>
            <w:shd w:val="clear" w:color="auto" w:fill="FFFFFF"/>
            <w:tcMar>
              <w:top w:w="75" w:type="dxa"/>
              <w:left w:w="85" w:type="dxa"/>
              <w:bottom w:w="75" w:type="dxa"/>
              <w:right w:w="85" w:type="dxa"/>
            </w:tcMar>
            <w:vAlign w:val="center"/>
          </w:tcPr>
          <w:p w14:paraId="385885E7" w14:textId="77777777" w:rsidR="00673E82" w:rsidRPr="009C650E" w:rsidRDefault="00000000">
            <w:pPr>
              <w:spacing w:after="0" w:line="240" w:lineRule="auto"/>
              <w:rPr>
                <w:noProof/>
                <w:lang w:val="ro-RO"/>
              </w:rPr>
            </w:pPr>
            <w:r w:rsidRPr="009C650E">
              <w:rPr>
                <w:noProof/>
                <w:sz w:val="16"/>
                <w:lang w:val="ro-RO"/>
              </w:rPr>
              <w:t>1 = dependență externă majoră</w:t>
            </w:r>
          </w:p>
        </w:tc>
        <w:tc>
          <w:tcPr>
            <w:tcW w:w="3288" w:type="dxa"/>
            <w:shd w:val="clear" w:color="auto" w:fill="FFFFFF"/>
            <w:tcMar>
              <w:top w:w="75" w:type="dxa"/>
              <w:left w:w="85" w:type="dxa"/>
              <w:bottom w:w="75" w:type="dxa"/>
              <w:right w:w="85" w:type="dxa"/>
            </w:tcMar>
            <w:vAlign w:val="center"/>
          </w:tcPr>
          <w:p w14:paraId="3715AEAF" w14:textId="77777777" w:rsidR="00673E82" w:rsidRPr="009C650E" w:rsidRDefault="00000000">
            <w:pPr>
              <w:spacing w:after="0" w:line="240" w:lineRule="auto"/>
              <w:rPr>
                <w:noProof/>
                <w:lang w:val="ro-RO"/>
              </w:rPr>
            </w:pPr>
            <w:r w:rsidRPr="009C650E">
              <w:rPr>
                <w:noProof/>
                <w:sz w:val="16"/>
                <w:lang w:val="ro-RO"/>
              </w:rPr>
              <w:t>5 = tratament realist și cu efect important</w:t>
            </w:r>
          </w:p>
        </w:tc>
      </w:tr>
      <w:tr w:rsidR="00673E82" w:rsidRPr="009C650E" w14:paraId="26CE552B" w14:textId="77777777">
        <w:trPr>
          <w:cantSplit/>
          <w:jc w:val="center"/>
        </w:trPr>
        <w:tc>
          <w:tcPr>
            <w:tcW w:w="3402" w:type="dxa"/>
            <w:shd w:val="clear" w:color="auto" w:fill="FAFAFA"/>
            <w:tcMar>
              <w:top w:w="75" w:type="dxa"/>
              <w:left w:w="85" w:type="dxa"/>
              <w:bottom w:w="75" w:type="dxa"/>
              <w:right w:w="85" w:type="dxa"/>
            </w:tcMar>
            <w:vAlign w:val="center"/>
          </w:tcPr>
          <w:p w14:paraId="562C753E" w14:textId="77777777" w:rsidR="00673E82" w:rsidRPr="009C650E" w:rsidRDefault="00000000">
            <w:pPr>
              <w:spacing w:after="0" w:line="240" w:lineRule="auto"/>
              <w:rPr>
                <w:noProof/>
                <w:lang w:val="ro-RO"/>
              </w:rPr>
            </w:pPr>
            <w:r w:rsidRPr="009C650E">
              <w:rPr>
                <w:noProof/>
                <w:sz w:val="16"/>
                <w:lang w:val="ro-RO"/>
              </w:rPr>
              <w:t>Calitatea datelor</w:t>
            </w:r>
          </w:p>
        </w:tc>
        <w:tc>
          <w:tcPr>
            <w:tcW w:w="3231" w:type="dxa"/>
            <w:shd w:val="clear" w:color="auto" w:fill="FAFAFA"/>
            <w:tcMar>
              <w:top w:w="75" w:type="dxa"/>
              <w:left w:w="85" w:type="dxa"/>
              <w:bottom w:w="75" w:type="dxa"/>
              <w:right w:w="85" w:type="dxa"/>
            </w:tcMar>
            <w:vAlign w:val="center"/>
          </w:tcPr>
          <w:p w14:paraId="029AB0D5" w14:textId="77777777" w:rsidR="00673E82" w:rsidRPr="009C650E" w:rsidRDefault="00000000">
            <w:pPr>
              <w:spacing w:after="0" w:line="240" w:lineRule="auto"/>
              <w:rPr>
                <w:noProof/>
                <w:lang w:val="ro-RO"/>
              </w:rPr>
            </w:pPr>
            <w:r w:rsidRPr="009C650E">
              <w:rPr>
                <w:noProof/>
                <w:sz w:val="16"/>
                <w:lang w:val="ro-RO"/>
              </w:rPr>
              <w:t>1 = vizibilitate redusă</w:t>
            </w:r>
          </w:p>
        </w:tc>
        <w:tc>
          <w:tcPr>
            <w:tcW w:w="3288" w:type="dxa"/>
            <w:shd w:val="clear" w:color="auto" w:fill="FAFAFA"/>
            <w:tcMar>
              <w:top w:w="75" w:type="dxa"/>
              <w:left w:w="85" w:type="dxa"/>
              <w:bottom w:w="75" w:type="dxa"/>
              <w:right w:w="85" w:type="dxa"/>
            </w:tcMar>
            <w:vAlign w:val="center"/>
          </w:tcPr>
          <w:p w14:paraId="037E7EAD" w14:textId="77777777" w:rsidR="00673E82" w:rsidRPr="009C650E" w:rsidRDefault="00000000">
            <w:pPr>
              <w:spacing w:after="0" w:line="240" w:lineRule="auto"/>
              <w:rPr>
                <w:noProof/>
                <w:lang w:val="ro-RO"/>
              </w:rPr>
            </w:pPr>
            <w:r w:rsidRPr="009C650E">
              <w:rPr>
                <w:noProof/>
                <w:sz w:val="16"/>
                <w:lang w:val="ro-RO"/>
              </w:rPr>
              <w:t>5 = telemetrie și surse validate</w:t>
            </w:r>
          </w:p>
        </w:tc>
      </w:tr>
    </w:tbl>
    <w:p w14:paraId="54A6246F" w14:textId="77777777" w:rsidR="00673E82" w:rsidRPr="009C650E" w:rsidRDefault="00673E82">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685"/>
        <w:gridCol w:w="1020"/>
        <w:gridCol w:w="1020"/>
        <w:gridCol w:w="1020"/>
        <w:gridCol w:w="907"/>
        <w:gridCol w:w="907"/>
        <w:gridCol w:w="794"/>
        <w:gridCol w:w="1134"/>
      </w:tblGrid>
      <w:tr w:rsidR="00673E82" w:rsidRPr="009C650E" w14:paraId="60465B00" w14:textId="77777777">
        <w:trPr>
          <w:tblHeader/>
          <w:jc w:val="center"/>
        </w:trPr>
        <w:tc>
          <w:tcPr>
            <w:tcW w:w="567" w:type="dxa"/>
            <w:shd w:val="clear" w:color="auto" w:fill="D71920"/>
            <w:tcMar>
              <w:top w:w="75" w:type="dxa"/>
              <w:left w:w="85" w:type="dxa"/>
              <w:bottom w:w="75" w:type="dxa"/>
              <w:right w:w="85" w:type="dxa"/>
            </w:tcMar>
            <w:vAlign w:val="center"/>
          </w:tcPr>
          <w:p w14:paraId="04D08E68" w14:textId="77777777" w:rsidR="00673E82" w:rsidRPr="009C650E" w:rsidRDefault="00000000">
            <w:pPr>
              <w:spacing w:after="0" w:line="240" w:lineRule="auto"/>
              <w:jc w:val="center"/>
              <w:rPr>
                <w:noProof/>
                <w:lang w:val="ro-RO"/>
              </w:rPr>
            </w:pPr>
            <w:r w:rsidRPr="009C650E">
              <w:rPr>
                <w:b/>
                <w:noProof/>
                <w:color w:val="FFFFFF"/>
                <w:sz w:val="14"/>
                <w:lang w:val="ro-RO"/>
              </w:rPr>
              <w:t>#</w:t>
            </w:r>
          </w:p>
        </w:tc>
        <w:tc>
          <w:tcPr>
            <w:tcW w:w="3685" w:type="dxa"/>
            <w:shd w:val="clear" w:color="auto" w:fill="D71920"/>
            <w:tcMar>
              <w:top w:w="75" w:type="dxa"/>
              <w:left w:w="85" w:type="dxa"/>
              <w:bottom w:w="75" w:type="dxa"/>
              <w:right w:w="85" w:type="dxa"/>
            </w:tcMar>
            <w:vAlign w:val="center"/>
          </w:tcPr>
          <w:p w14:paraId="4FF3DFEE" w14:textId="77777777" w:rsidR="00673E82" w:rsidRPr="009C650E" w:rsidRDefault="00000000">
            <w:pPr>
              <w:spacing w:after="0" w:line="240" w:lineRule="auto"/>
              <w:jc w:val="center"/>
              <w:rPr>
                <w:noProof/>
                <w:lang w:val="ro-RO"/>
              </w:rPr>
            </w:pPr>
            <w:r w:rsidRPr="009C650E">
              <w:rPr>
                <w:b/>
                <w:noProof/>
                <w:color w:val="FFFFFF"/>
                <w:sz w:val="14"/>
                <w:lang w:val="ro-RO"/>
              </w:rPr>
              <w:t>OBIECTIV CANDIDAT</w:t>
            </w:r>
          </w:p>
        </w:tc>
        <w:tc>
          <w:tcPr>
            <w:tcW w:w="1020" w:type="dxa"/>
            <w:shd w:val="clear" w:color="auto" w:fill="D71920"/>
            <w:tcMar>
              <w:top w:w="75" w:type="dxa"/>
              <w:left w:w="85" w:type="dxa"/>
              <w:bottom w:w="75" w:type="dxa"/>
              <w:right w:w="85" w:type="dxa"/>
            </w:tcMar>
            <w:vAlign w:val="center"/>
          </w:tcPr>
          <w:p w14:paraId="59E2977C" w14:textId="77777777" w:rsidR="00673E82" w:rsidRPr="009C650E" w:rsidRDefault="00000000">
            <w:pPr>
              <w:spacing w:after="0" w:line="240" w:lineRule="auto"/>
              <w:jc w:val="center"/>
              <w:rPr>
                <w:noProof/>
                <w:lang w:val="ro-RO"/>
              </w:rPr>
            </w:pPr>
            <w:r w:rsidRPr="009C650E">
              <w:rPr>
                <w:b/>
                <w:noProof/>
                <w:color w:val="FFFFFF"/>
                <w:sz w:val="14"/>
                <w:lang w:val="ro-RO"/>
              </w:rPr>
              <w:t>RISC</w:t>
            </w:r>
          </w:p>
        </w:tc>
        <w:tc>
          <w:tcPr>
            <w:tcW w:w="1020" w:type="dxa"/>
            <w:shd w:val="clear" w:color="auto" w:fill="D71920"/>
            <w:tcMar>
              <w:top w:w="75" w:type="dxa"/>
              <w:left w:w="85" w:type="dxa"/>
              <w:bottom w:w="75" w:type="dxa"/>
              <w:right w:w="85" w:type="dxa"/>
            </w:tcMar>
            <w:vAlign w:val="center"/>
          </w:tcPr>
          <w:p w14:paraId="64DA4AB5" w14:textId="77777777" w:rsidR="00673E82" w:rsidRPr="009C650E" w:rsidRDefault="00000000">
            <w:pPr>
              <w:spacing w:after="0" w:line="240" w:lineRule="auto"/>
              <w:jc w:val="center"/>
              <w:rPr>
                <w:noProof/>
                <w:lang w:val="ro-RO"/>
              </w:rPr>
            </w:pPr>
            <w:r w:rsidRPr="009C650E">
              <w:rPr>
                <w:b/>
                <w:noProof/>
                <w:color w:val="FFFFFF"/>
                <w:sz w:val="14"/>
                <w:lang w:val="ro-RO"/>
              </w:rPr>
              <w:t>OBLIG.</w:t>
            </w:r>
          </w:p>
        </w:tc>
        <w:tc>
          <w:tcPr>
            <w:tcW w:w="1020" w:type="dxa"/>
            <w:shd w:val="clear" w:color="auto" w:fill="D71920"/>
            <w:tcMar>
              <w:top w:w="75" w:type="dxa"/>
              <w:left w:w="85" w:type="dxa"/>
              <w:bottom w:w="75" w:type="dxa"/>
              <w:right w:w="85" w:type="dxa"/>
            </w:tcMar>
            <w:vAlign w:val="center"/>
          </w:tcPr>
          <w:p w14:paraId="2570F9B7" w14:textId="77777777" w:rsidR="00673E82" w:rsidRPr="009C650E" w:rsidRDefault="00000000">
            <w:pPr>
              <w:spacing w:after="0" w:line="240" w:lineRule="auto"/>
              <w:jc w:val="center"/>
              <w:rPr>
                <w:noProof/>
                <w:lang w:val="ro-RO"/>
              </w:rPr>
            </w:pPr>
            <w:r w:rsidRPr="009C650E">
              <w:rPr>
                <w:b/>
                <w:noProof/>
                <w:color w:val="FFFFFF"/>
                <w:sz w:val="14"/>
                <w:lang w:val="ro-RO"/>
              </w:rPr>
              <w:t>EXPUN.</w:t>
            </w:r>
          </w:p>
        </w:tc>
        <w:tc>
          <w:tcPr>
            <w:tcW w:w="907" w:type="dxa"/>
            <w:shd w:val="clear" w:color="auto" w:fill="D71920"/>
            <w:tcMar>
              <w:top w:w="75" w:type="dxa"/>
              <w:left w:w="85" w:type="dxa"/>
              <w:bottom w:w="75" w:type="dxa"/>
              <w:right w:w="85" w:type="dxa"/>
            </w:tcMar>
            <w:vAlign w:val="center"/>
          </w:tcPr>
          <w:p w14:paraId="7A28B3E6" w14:textId="77777777" w:rsidR="00673E82" w:rsidRPr="009C650E" w:rsidRDefault="00000000">
            <w:pPr>
              <w:spacing w:after="0" w:line="240" w:lineRule="auto"/>
              <w:jc w:val="center"/>
              <w:rPr>
                <w:noProof/>
                <w:lang w:val="ro-RO"/>
              </w:rPr>
            </w:pPr>
            <w:r w:rsidRPr="009C650E">
              <w:rPr>
                <w:b/>
                <w:noProof/>
                <w:color w:val="FFFFFF"/>
                <w:sz w:val="14"/>
                <w:lang w:val="ro-RO"/>
              </w:rPr>
              <w:t>CONTROL</w:t>
            </w:r>
          </w:p>
        </w:tc>
        <w:tc>
          <w:tcPr>
            <w:tcW w:w="907" w:type="dxa"/>
            <w:shd w:val="clear" w:color="auto" w:fill="D71920"/>
            <w:tcMar>
              <w:top w:w="75" w:type="dxa"/>
              <w:left w:w="85" w:type="dxa"/>
              <w:bottom w:w="75" w:type="dxa"/>
              <w:right w:w="85" w:type="dxa"/>
            </w:tcMar>
            <w:vAlign w:val="center"/>
          </w:tcPr>
          <w:p w14:paraId="068A7745" w14:textId="77777777" w:rsidR="00673E82" w:rsidRPr="009C650E" w:rsidRDefault="00000000">
            <w:pPr>
              <w:spacing w:after="0" w:line="240" w:lineRule="auto"/>
              <w:jc w:val="center"/>
              <w:rPr>
                <w:noProof/>
                <w:lang w:val="ro-RO"/>
              </w:rPr>
            </w:pPr>
            <w:r w:rsidRPr="009C650E">
              <w:rPr>
                <w:b/>
                <w:noProof/>
                <w:color w:val="FFFFFF"/>
                <w:sz w:val="14"/>
                <w:lang w:val="ro-RO"/>
              </w:rPr>
              <w:t>FEZAB.</w:t>
            </w:r>
          </w:p>
        </w:tc>
        <w:tc>
          <w:tcPr>
            <w:tcW w:w="794" w:type="dxa"/>
            <w:shd w:val="clear" w:color="auto" w:fill="D71920"/>
            <w:tcMar>
              <w:top w:w="75" w:type="dxa"/>
              <w:left w:w="85" w:type="dxa"/>
              <w:bottom w:w="75" w:type="dxa"/>
              <w:right w:w="85" w:type="dxa"/>
            </w:tcMar>
            <w:vAlign w:val="center"/>
          </w:tcPr>
          <w:p w14:paraId="090E3729" w14:textId="77777777" w:rsidR="00673E82" w:rsidRPr="009C650E" w:rsidRDefault="00000000">
            <w:pPr>
              <w:spacing w:after="0" w:line="240" w:lineRule="auto"/>
              <w:jc w:val="center"/>
              <w:rPr>
                <w:noProof/>
                <w:lang w:val="ro-RO"/>
              </w:rPr>
            </w:pPr>
            <w:r w:rsidRPr="009C650E">
              <w:rPr>
                <w:b/>
                <w:noProof/>
                <w:color w:val="FFFFFF"/>
                <w:sz w:val="14"/>
                <w:lang w:val="ro-RO"/>
              </w:rPr>
              <w:t>DATE</w:t>
            </w:r>
          </w:p>
        </w:tc>
        <w:tc>
          <w:tcPr>
            <w:tcW w:w="1134" w:type="dxa"/>
            <w:shd w:val="clear" w:color="auto" w:fill="D71920"/>
            <w:tcMar>
              <w:top w:w="75" w:type="dxa"/>
              <w:left w:w="85" w:type="dxa"/>
              <w:bottom w:w="75" w:type="dxa"/>
              <w:right w:w="85" w:type="dxa"/>
            </w:tcMar>
            <w:vAlign w:val="center"/>
          </w:tcPr>
          <w:p w14:paraId="0166D001" w14:textId="77777777" w:rsidR="00673E82" w:rsidRPr="009C650E" w:rsidRDefault="00000000">
            <w:pPr>
              <w:spacing w:after="0" w:line="240" w:lineRule="auto"/>
              <w:jc w:val="center"/>
              <w:rPr>
                <w:noProof/>
                <w:lang w:val="ro-RO"/>
              </w:rPr>
            </w:pPr>
            <w:r w:rsidRPr="009C650E">
              <w:rPr>
                <w:b/>
                <w:noProof/>
                <w:color w:val="FFFFFF"/>
                <w:sz w:val="14"/>
                <w:lang w:val="ro-RO"/>
              </w:rPr>
              <w:t>TOTAL / 30</w:t>
            </w:r>
          </w:p>
        </w:tc>
      </w:tr>
      <w:tr w:rsidR="00673E82" w:rsidRPr="009C650E" w14:paraId="073ECEC3" w14:textId="77777777">
        <w:trPr>
          <w:cantSplit/>
          <w:jc w:val="center"/>
        </w:trPr>
        <w:tc>
          <w:tcPr>
            <w:tcW w:w="567" w:type="dxa"/>
            <w:shd w:val="clear" w:color="auto" w:fill="FFFFFF"/>
            <w:tcMar>
              <w:top w:w="75" w:type="dxa"/>
              <w:left w:w="85" w:type="dxa"/>
              <w:bottom w:w="75" w:type="dxa"/>
              <w:right w:w="85" w:type="dxa"/>
            </w:tcMar>
            <w:vAlign w:val="center"/>
          </w:tcPr>
          <w:p w14:paraId="061E0864" w14:textId="77777777" w:rsidR="00673E82" w:rsidRPr="009C650E" w:rsidRDefault="00000000">
            <w:pPr>
              <w:spacing w:after="0" w:line="240" w:lineRule="auto"/>
              <w:jc w:val="center"/>
              <w:rPr>
                <w:noProof/>
                <w:lang w:val="ro-RO"/>
              </w:rPr>
            </w:pPr>
            <w:r w:rsidRPr="009C650E">
              <w:rPr>
                <w:noProof/>
                <w:sz w:val="15"/>
                <w:lang w:val="ro-RO"/>
              </w:rPr>
              <w:t>1</w:t>
            </w:r>
          </w:p>
        </w:tc>
        <w:tc>
          <w:tcPr>
            <w:tcW w:w="3685" w:type="dxa"/>
            <w:shd w:val="clear" w:color="auto" w:fill="FFFFFF"/>
            <w:tcMar>
              <w:top w:w="75" w:type="dxa"/>
              <w:left w:w="85" w:type="dxa"/>
              <w:bottom w:w="75" w:type="dxa"/>
              <w:right w:w="85" w:type="dxa"/>
            </w:tcMar>
            <w:vAlign w:val="center"/>
          </w:tcPr>
          <w:p w14:paraId="493486CB" w14:textId="77777777" w:rsidR="00673E82" w:rsidRPr="009C650E" w:rsidRDefault="00673E82">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7F2408DC"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2474EE70"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34EC04BF" w14:textId="77777777" w:rsidR="00673E82" w:rsidRPr="009C650E" w:rsidRDefault="00673E82">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5D7EE6DB" w14:textId="77777777" w:rsidR="00673E82" w:rsidRPr="009C650E" w:rsidRDefault="00673E82">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686B46BC" w14:textId="77777777" w:rsidR="00673E82" w:rsidRPr="009C650E" w:rsidRDefault="00673E82">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768578B4" w14:textId="77777777" w:rsidR="00673E82" w:rsidRPr="009C650E" w:rsidRDefault="00673E82">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79748C7F" w14:textId="77777777" w:rsidR="00673E82" w:rsidRPr="009C650E" w:rsidRDefault="00673E82">
            <w:pPr>
              <w:spacing w:after="0" w:line="240" w:lineRule="auto"/>
              <w:jc w:val="center"/>
              <w:rPr>
                <w:noProof/>
                <w:lang w:val="ro-RO"/>
              </w:rPr>
            </w:pPr>
          </w:p>
        </w:tc>
      </w:tr>
      <w:tr w:rsidR="00673E82" w:rsidRPr="009C650E" w14:paraId="52020962" w14:textId="77777777">
        <w:trPr>
          <w:cantSplit/>
          <w:jc w:val="center"/>
        </w:trPr>
        <w:tc>
          <w:tcPr>
            <w:tcW w:w="567" w:type="dxa"/>
            <w:shd w:val="clear" w:color="auto" w:fill="FAFAFA"/>
            <w:tcMar>
              <w:top w:w="75" w:type="dxa"/>
              <w:left w:w="85" w:type="dxa"/>
              <w:bottom w:w="75" w:type="dxa"/>
              <w:right w:w="85" w:type="dxa"/>
            </w:tcMar>
            <w:vAlign w:val="center"/>
          </w:tcPr>
          <w:p w14:paraId="0F8ED49A" w14:textId="77777777" w:rsidR="00673E82" w:rsidRPr="009C650E" w:rsidRDefault="00000000">
            <w:pPr>
              <w:spacing w:after="0" w:line="240" w:lineRule="auto"/>
              <w:jc w:val="center"/>
              <w:rPr>
                <w:noProof/>
                <w:lang w:val="ro-RO"/>
              </w:rPr>
            </w:pPr>
            <w:r w:rsidRPr="009C650E">
              <w:rPr>
                <w:noProof/>
                <w:sz w:val="15"/>
                <w:lang w:val="ro-RO"/>
              </w:rPr>
              <w:t>2</w:t>
            </w:r>
          </w:p>
        </w:tc>
        <w:tc>
          <w:tcPr>
            <w:tcW w:w="3685" w:type="dxa"/>
            <w:shd w:val="clear" w:color="auto" w:fill="FAFAFA"/>
            <w:tcMar>
              <w:top w:w="75" w:type="dxa"/>
              <w:left w:w="85" w:type="dxa"/>
              <w:bottom w:w="75" w:type="dxa"/>
              <w:right w:w="85" w:type="dxa"/>
            </w:tcMar>
            <w:vAlign w:val="center"/>
          </w:tcPr>
          <w:p w14:paraId="757ECF8A" w14:textId="77777777" w:rsidR="00673E82" w:rsidRPr="009C650E" w:rsidRDefault="00673E82">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1CECD8CC"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4545C0BB"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1FFFAFBC" w14:textId="77777777" w:rsidR="00673E82" w:rsidRPr="009C650E" w:rsidRDefault="00673E82">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2F05850E" w14:textId="77777777" w:rsidR="00673E82" w:rsidRPr="009C650E" w:rsidRDefault="00673E82">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01CE480D" w14:textId="77777777" w:rsidR="00673E82" w:rsidRPr="009C650E" w:rsidRDefault="00673E82">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61AEC5A8" w14:textId="77777777" w:rsidR="00673E82" w:rsidRPr="009C650E" w:rsidRDefault="00673E82">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08E19AF3" w14:textId="77777777" w:rsidR="00673E82" w:rsidRPr="009C650E" w:rsidRDefault="00673E82">
            <w:pPr>
              <w:spacing w:after="0" w:line="240" w:lineRule="auto"/>
              <w:jc w:val="center"/>
              <w:rPr>
                <w:noProof/>
                <w:lang w:val="ro-RO"/>
              </w:rPr>
            </w:pPr>
          </w:p>
        </w:tc>
      </w:tr>
      <w:tr w:rsidR="00673E82" w:rsidRPr="009C650E" w14:paraId="47A9D674" w14:textId="77777777">
        <w:trPr>
          <w:cantSplit/>
          <w:jc w:val="center"/>
        </w:trPr>
        <w:tc>
          <w:tcPr>
            <w:tcW w:w="567" w:type="dxa"/>
            <w:shd w:val="clear" w:color="auto" w:fill="FFFFFF"/>
            <w:tcMar>
              <w:top w:w="75" w:type="dxa"/>
              <w:left w:w="85" w:type="dxa"/>
              <w:bottom w:w="75" w:type="dxa"/>
              <w:right w:w="85" w:type="dxa"/>
            </w:tcMar>
            <w:vAlign w:val="center"/>
          </w:tcPr>
          <w:p w14:paraId="332EDBC7" w14:textId="77777777" w:rsidR="00673E82" w:rsidRPr="009C650E" w:rsidRDefault="00000000">
            <w:pPr>
              <w:spacing w:after="0" w:line="240" w:lineRule="auto"/>
              <w:jc w:val="center"/>
              <w:rPr>
                <w:noProof/>
                <w:lang w:val="ro-RO"/>
              </w:rPr>
            </w:pPr>
            <w:r w:rsidRPr="009C650E">
              <w:rPr>
                <w:noProof/>
                <w:sz w:val="15"/>
                <w:lang w:val="ro-RO"/>
              </w:rPr>
              <w:t>3</w:t>
            </w:r>
          </w:p>
        </w:tc>
        <w:tc>
          <w:tcPr>
            <w:tcW w:w="3685" w:type="dxa"/>
            <w:shd w:val="clear" w:color="auto" w:fill="FFFFFF"/>
            <w:tcMar>
              <w:top w:w="75" w:type="dxa"/>
              <w:left w:w="85" w:type="dxa"/>
              <w:bottom w:w="75" w:type="dxa"/>
              <w:right w:w="85" w:type="dxa"/>
            </w:tcMar>
            <w:vAlign w:val="center"/>
          </w:tcPr>
          <w:p w14:paraId="27B23FB4" w14:textId="77777777" w:rsidR="00673E82" w:rsidRPr="009C650E" w:rsidRDefault="00673E82">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7C42B122"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25924FE7"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79100FC8" w14:textId="77777777" w:rsidR="00673E82" w:rsidRPr="009C650E" w:rsidRDefault="00673E82">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783A54B4" w14:textId="77777777" w:rsidR="00673E82" w:rsidRPr="009C650E" w:rsidRDefault="00673E82">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70D070B4" w14:textId="77777777" w:rsidR="00673E82" w:rsidRPr="009C650E" w:rsidRDefault="00673E82">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07809837" w14:textId="77777777" w:rsidR="00673E82" w:rsidRPr="009C650E" w:rsidRDefault="00673E82">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6B5C1BF8" w14:textId="77777777" w:rsidR="00673E82" w:rsidRPr="009C650E" w:rsidRDefault="00673E82">
            <w:pPr>
              <w:spacing w:after="0" w:line="240" w:lineRule="auto"/>
              <w:jc w:val="center"/>
              <w:rPr>
                <w:noProof/>
                <w:lang w:val="ro-RO"/>
              </w:rPr>
            </w:pPr>
          </w:p>
        </w:tc>
      </w:tr>
      <w:tr w:rsidR="00673E82" w:rsidRPr="009C650E" w14:paraId="0C31737A" w14:textId="77777777">
        <w:trPr>
          <w:cantSplit/>
          <w:jc w:val="center"/>
        </w:trPr>
        <w:tc>
          <w:tcPr>
            <w:tcW w:w="567" w:type="dxa"/>
            <w:shd w:val="clear" w:color="auto" w:fill="FAFAFA"/>
            <w:tcMar>
              <w:top w:w="75" w:type="dxa"/>
              <w:left w:w="85" w:type="dxa"/>
              <w:bottom w:w="75" w:type="dxa"/>
              <w:right w:w="85" w:type="dxa"/>
            </w:tcMar>
            <w:vAlign w:val="center"/>
          </w:tcPr>
          <w:p w14:paraId="59950691" w14:textId="77777777" w:rsidR="00673E82" w:rsidRPr="009C650E" w:rsidRDefault="00000000">
            <w:pPr>
              <w:spacing w:after="0" w:line="240" w:lineRule="auto"/>
              <w:jc w:val="center"/>
              <w:rPr>
                <w:noProof/>
                <w:lang w:val="ro-RO"/>
              </w:rPr>
            </w:pPr>
            <w:r w:rsidRPr="009C650E">
              <w:rPr>
                <w:noProof/>
                <w:sz w:val="15"/>
                <w:lang w:val="ro-RO"/>
              </w:rPr>
              <w:t>4</w:t>
            </w:r>
          </w:p>
        </w:tc>
        <w:tc>
          <w:tcPr>
            <w:tcW w:w="3685" w:type="dxa"/>
            <w:shd w:val="clear" w:color="auto" w:fill="FAFAFA"/>
            <w:tcMar>
              <w:top w:w="75" w:type="dxa"/>
              <w:left w:w="85" w:type="dxa"/>
              <w:bottom w:w="75" w:type="dxa"/>
              <w:right w:w="85" w:type="dxa"/>
            </w:tcMar>
            <w:vAlign w:val="center"/>
          </w:tcPr>
          <w:p w14:paraId="4529CE21" w14:textId="77777777" w:rsidR="00673E82" w:rsidRPr="009C650E" w:rsidRDefault="00673E82">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6FD59F94"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7157D791"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51F5B79B" w14:textId="77777777" w:rsidR="00673E82" w:rsidRPr="009C650E" w:rsidRDefault="00673E82">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5A919EBB" w14:textId="77777777" w:rsidR="00673E82" w:rsidRPr="009C650E" w:rsidRDefault="00673E82">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1F835B94" w14:textId="77777777" w:rsidR="00673E82" w:rsidRPr="009C650E" w:rsidRDefault="00673E82">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0D5D08F9" w14:textId="77777777" w:rsidR="00673E82" w:rsidRPr="009C650E" w:rsidRDefault="00673E82">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452DE185" w14:textId="77777777" w:rsidR="00673E82" w:rsidRPr="009C650E" w:rsidRDefault="00673E82">
            <w:pPr>
              <w:spacing w:after="0" w:line="240" w:lineRule="auto"/>
              <w:jc w:val="center"/>
              <w:rPr>
                <w:noProof/>
                <w:lang w:val="ro-RO"/>
              </w:rPr>
            </w:pPr>
          </w:p>
        </w:tc>
      </w:tr>
      <w:tr w:rsidR="00673E82" w:rsidRPr="009C650E" w14:paraId="660E22FE" w14:textId="77777777">
        <w:trPr>
          <w:cantSplit/>
          <w:jc w:val="center"/>
        </w:trPr>
        <w:tc>
          <w:tcPr>
            <w:tcW w:w="567" w:type="dxa"/>
            <w:shd w:val="clear" w:color="auto" w:fill="FFFFFF"/>
            <w:tcMar>
              <w:top w:w="75" w:type="dxa"/>
              <w:left w:w="85" w:type="dxa"/>
              <w:bottom w:w="75" w:type="dxa"/>
              <w:right w:w="85" w:type="dxa"/>
            </w:tcMar>
            <w:vAlign w:val="center"/>
          </w:tcPr>
          <w:p w14:paraId="6027BFB9" w14:textId="77777777" w:rsidR="00673E82" w:rsidRPr="009C650E" w:rsidRDefault="00000000">
            <w:pPr>
              <w:spacing w:after="0" w:line="240" w:lineRule="auto"/>
              <w:jc w:val="center"/>
              <w:rPr>
                <w:noProof/>
                <w:lang w:val="ro-RO"/>
              </w:rPr>
            </w:pPr>
            <w:r w:rsidRPr="009C650E">
              <w:rPr>
                <w:noProof/>
                <w:sz w:val="15"/>
                <w:lang w:val="ro-RO"/>
              </w:rPr>
              <w:t>5</w:t>
            </w:r>
          </w:p>
        </w:tc>
        <w:tc>
          <w:tcPr>
            <w:tcW w:w="3685" w:type="dxa"/>
            <w:shd w:val="clear" w:color="auto" w:fill="FFFFFF"/>
            <w:tcMar>
              <w:top w:w="75" w:type="dxa"/>
              <w:left w:w="85" w:type="dxa"/>
              <w:bottom w:w="75" w:type="dxa"/>
              <w:right w:w="85" w:type="dxa"/>
            </w:tcMar>
            <w:vAlign w:val="center"/>
          </w:tcPr>
          <w:p w14:paraId="6FF30315" w14:textId="77777777" w:rsidR="00673E82" w:rsidRPr="009C650E" w:rsidRDefault="00673E82">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58CA2587"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5E0E9145"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6FE7ED1D" w14:textId="77777777" w:rsidR="00673E82" w:rsidRPr="009C650E" w:rsidRDefault="00673E82">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2F8064B4" w14:textId="77777777" w:rsidR="00673E82" w:rsidRPr="009C650E" w:rsidRDefault="00673E82">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6BA407E8" w14:textId="77777777" w:rsidR="00673E82" w:rsidRPr="009C650E" w:rsidRDefault="00673E82">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0ED04A2B" w14:textId="77777777" w:rsidR="00673E82" w:rsidRPr="009C650E" w:rsidRDefault="00673E82">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67BA02E6" w14:textId="77777777" w:rsidR="00673E82" w:rsidRPr="009C650E" w:rsidRDefault="00673E82">
            <w:pPr>
              <w:spacing w:after="0" w:line="240" w:lineRule="auto"/>
              <w:jc w:val="center"/>
              <w:rPr>
                <w:noProof/>
                <w:lang w:val="ro-RO"/>
              </w:rPr>
            </w:pPr>
          </w:p>
        </w:tc>
      </w:tr>
      <w:tr w:rsidR="00673E82" w:rsidRPr="009C650E" w14:paraId="03D85E43" w14:textId="77777777">
        <w:trPr>
          <w:cantSplit/>
          <w:jc w:val="center"/>
        </w:trPr>
        <w:tc>
          <w:tcPr>
            <w:tcW w:w="567" w:type="dxa"/>
            <w:shd w:val="clear" w:color="auto" w:fill="FAFAFA"/>
            <w:tcMar>
              <w:top w:w="75" w:type="dxa"/>
              <w:left w:w="85" w:type="dxa"/>
              <w:bottom w:w="75" w:type="dxa"/>
              <w:right w:w="85" w:type="dxa"/>
            </w:tcMar>
            <w:vAlign w:val="center"/>
          </w:tcPr>
          <w:p w14:paraId="47616AA0" w14:textId="77777777" w:rsidR="00673E82" w:rsidRPr="009C650E" w:rsidRDefault="00000000">
            <w:pPr>
              <w:spacing w:after="0" w:line="240" w:lineRule="auto"/>
              <w:jc w:val="center"/>
              <w:rPr>
                <w:noProof/>
                <w:lang w:val="ro-RO"/>
              </w:rPr>
            </w:pPr>
            <w:r w:rsidRPr="009C650E">
              <w:rPr>
                <w:noProof/>
                <w:sz w:val="15"/>
                <w:lang w:val="ro-RO"/>
              </w:rPr>
              <w:t>6</w:t>
            </w:r>
          </w:p>
        </w:tc>
        <w:tc>
          <w:tcPr>
            <w:tcW w:w="3685" w:type="dxa"/>
            <w:shd w:val="clear" w:color="auto" w:fill="FAFAFA"/>
            <w:tcMar>
              <w:top w:w="75" w:type="dxa"/>
              <w:left w:w="85" w:type="dxa"/>
              <w:bottom w:w="75" w:type="dxa"/>
              <w:right w:w="85" w:type="dxa"/>
            </w:tcMar>
            <w:vAlign w:val="center"/>
          </w:tcPr>
          <w:p w14:paraId="7F445BBB" w14:textId="77777777" w:rsidR="00673E82" w:rsidRPr="009C650E" w:rsidRDefault="00673E82">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7C800C71"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576A4076"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2237E0FC" w14:textId="77777777" w:rsidR="00673E82" w:rsidRPr="009C650E" w:rsidRDefault="00673E82">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54BEEF86" w14:textId="77777777" w:rsidR="00673E82" w:rsidRPr="009C650E" w:rsidRDefault="00673E82">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3BF7C890" w14:textId="77777777" w:rsidR="00673E82" w:rsidRPr="009C650E" w:rsidRDefault="00673E82">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2BD610D5" w14:textId="77777777" w:rsidR="00673E82" w:rsidRPr="009C650E" w:rsidRDefault="00673E82">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4E509105" w14:textId="77777777" w:rsidR="00673E82" w:rsidRPr="009C650E" w:rsidRDefault="00673E82">
            <w:pPr>
              <w:spacing w:after="0" w:line="240" w:lineRule="auto"/>
              <w:jc w:val="center"/>
              <w:rPr>
                <w:noProof/>
                <w:lang w:val="ro-RO"/>
              </w:rPr>
            </w:pPr>
          </w:p>
        </w:tc>
      </w:tr>
    </w:tbl>
    <w:p w14:paraId="1EA4E3F8" w14:textId="77777777" w:rsidR="00673E82" w:rsidRPr="009C650E" w:rsidRDefault="00673E8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047D1212" w14:textId="77777777">
        <w:trPr>
          <w:cantSplit/>
          <w:jc w:val="center"/>
        </w:trPr>
        <w:tc>
          <w:tcPr>
            <w:tcW w:w="567" w:type="dxa"/>
            <w:shd w:val="clear" w:color="auto" w:fill="D71920"/>
            <w:tcMar>
              <w:top w:w="75" w:type="dxa"/>
              <w:left w:w="85" w:type="dxa"/>
              <w:bottom w:w="75" w:type="dxa"/>
              <w:right w:w="85" w:type="dxa"/>
            </w:tcMar>
            <w:vAlign w:val="center"/>
          </w:tcPr>
          <w:p w14:paraId="36CA5A57" w14:textId="77777777" w:rsidR="00673E82" w:rsidRPr="009C650E" w:rsidRDefault="00000000">
            <w:pPr>
              <w:spacing w:after="0" w:line="240" w:lineRule="auto"/>
              <w:jc w:val="center"/>
              <w:rPr>
                <w:noProof/>
                <w:lang w:val="ro-RO"/>
              </w:rPr>
            </w:pPr>
            <w:r w:rsidRPr="009C650E">
              <w:rPr>
                <w:b/>
                <w:noProof/>
                <w:color w:val="FFFFFF"/>
                <w:sz w:val="30"/>
                <w:lang w:val="ro-RO"/>
              </w:rPr>
              <w:t>i</w:t>
            </w:r>
          </w:p>
        </w:tc>
        <w:tc>
          <w:tcPr>
            <w:tcW w:w="9354" w:type="dxa"/>
            <w:shd w:val="clear" w:color="auto" w:fill="FCEBEC"/>
          </w:tcPr>
          <w:p w14:paraId="0BF88CC2" w14:textId="77777777" w:rsidR="00673E82" w:rsidRPr="009C650E" w:rsidRDefault="00000000">
            <w:pPr>
              <w:spacing w:after="40"/>
              <w:rPr>
                <w:noProof/>
                <w:lang w:val="ro-RO"/>
              </w:rPr>
            </w:pPr>
            <w:r w:rsidRPr="009C650E">
              <w:rPr>
                <w:b/>
                <w:noProof/>
                <w:color w:val="D71920"/>
                <w:lang w:val="ro-RO"/>
              </w:rPr>
              <w:t>RECOMANDARE DE CONSULTANT</w:t>
            </w:r>
          </w:p>
          <w:p w14:paraId="593C9716" w14:textId="77777777" w:rsidR="00673E82" w:rsidRPr="009C650E" w:rsidRDefault="00000000">
            <w:pPr>
              <w:spacing w:after="0" w:line="252" w:lineRule="auto"/>
              <w:rPr>
                <w:noProof/>
                <w:lang w:val="ro-RO"/>
              </w:rPr>
            </w:pPr>
            <w:r w:rsidRPr="009C650E">
              <w:rPr>
                <w:noProof/>
                <w:sz w:val="17"/>
                <w:lang w:val="ro-RO"/>
              </w:rPr>
              <w:t>Nu confundați „implementat” cu „eficace”. Un control poate exista în inventar și totuși să nu reducă riscul: MFA poate avea excepții, backupul poate fi nerecuperabil, iar logurile pot exista fără monitorizare și reacție.</w:t>
            </w:r>
          </w:p>
        </w:tc>
      </w:tr>
    </w:tbl>
    <w:p w14:paraId="4D2ADF4E" w14:textId="77777777" w:rsidR="00673E82" w:rsidRPr="009C650E" w:rsidRDefault="00673E82">
      <w:pPr>
        <w:spacing w:after="0"/>
        <w:rPr>
          <w:noProof/>
          <w:lang w:val="ro-RO"/>
        </w:rPr>
      </w:pPr>
    </w:p>
    <w:p w14:paraId="00C597F8" w14:textId="77777777" w:rsidR="00673E82" w:rsidRPr="009C650E" w:rsidRDefault="00000000">
      <w:pPr>
        <w:pStyle w:val="Heading2"/>
        <w:rPr>
          <w:noProof/>
          <w:lang w:val="ro-RO"/>
        </w:rPr>
      </w:pPr>
      <w:r w:rsidRPr="009C650E">
        <w:rPr>
          <w:noProof/>
          <w:lang w:val="ro-RO"/>
        </w:rPr>
        <w:t>Test de calitate înainte de aprobare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673E82" w:rsidRPr="009C650E" w14:paraId="03584E25" w14:textId="77777777">
        <w:trPr>
          <w:tblHeader/>
          <w:jc w:val="center"/>
        </w:trPr>
        <w:tc>
          <w:tcPr>
            <w:tcW w:w="1020" w:type="dxa"/>
            <w:shd w:val="clear" w:color="auto" w:fill="D71920"/>
            <w:tcMar>
              <w:top w:w="75" w:type="dxa"/>
              <w:left w:w="85" w:type="dxa"/>
              <w:bottom w:w="75" w:type="dxa"/>
              <w:right w:w="85" w:type="dxa"/>
            </w:tcMar>
            <w:vAlign w:val="center"/>
          </w:tcPr>
          <w:p w14:paraId="3763B666" w14:textId="77777777" w:rsidR="00673E82" w:rsidRPr="009C650E" w:rsidRDefault="00000000">
            <w:pPr>
              <w:spacing w:after="0" w:line="240" w:lineRule="auto"/>
              <w:jc w:val="center"/>
              <w:rPr>
                <w:noProof/>
                <w:lang w:val="ro-RO"/>
              </w:rPr>
            </w:pPr>
            <w:r w:rsidRPr="009C650E">
              <w:rPr>
                <w:b/>
                <w:noProof/>
                <w:color w:val="FFFFFF"/>
                <w:sz w:val="16"/>
                <w:lang w:val="ro-RO"/>
              </w:rPr>
              <w:t>OK</w:t>
            </w:r>
          </w:p>
        </w:tc>
        <w:tc>
          <w:tcPr>
            <w:tcW w:w="8901" w:type="dxa"/>
            <w:shd w:val="clear" w:color="auto" w:fill="D71920"/>
            <w:tcMar>
              <w:top w:w="75" w:type="dxa"/>
              <w:left w:w="85" w:type="dxa"/>
              <w:bottom w:w="75" w:type="dxa"/>
              <w:right w:w="85" w:type="dxa"/>
            </w:tcMar>
            <w:vAlign w:val="center"/>
          </w:tcPr>
          <w:p w14:paraId="07592E77" w14:textId="77777777" w:rsidR="00673E82" w:rsidRPr="009C650E" w:rsidRDefault="00000000">
            <w:pPr>
              <w:spacing w:after="0" w:line="240" w:lineRule="auto"/>
              <w:jc w:val="center"/>
              <w:rPr>
                <w:noProof/>
                <w:lang w:val="ro-RO"/>
              </w:rPr>
            </w:pPr>
            <w:r w:rsidRPr="009C650E">
              <w:rPr>
                <w:b/>
                <w:noProof/>
                <w:color w:val="FFFFFF"/>
                <w:sz w:val="16"/>
                <w:lang w:val="ro-RO"/>
              </w:rPr>
              <w:t>ÎNTREBARE</w:t>
            </w:r>
          </w:p>
        </w:tc>
      </w:tr>
      <w:tr w:rsidR="00673E82" w:rsidRPr="009C650E" w14:paraId="2A7B66FB" w14:textId="77777777">
        <w:trPr>
          <w:cantSplit/>
          <w:jc w:val="center"/>
        </w:trPr>
        <w:tc>
          <w:tcPr>
            <w:tcW w:w="1020" w:type="dxa"/>
            <w:shd w:val="clear" w:color="auto" w:fill="FFFFFF"/>
            <w:tcMar>
              <w:top w:w="75" w:type="dxa"/>
              <w:left w:w="85" w:type="dxa"/>
              <w:bottom w:w="75" w:type="dxa"/>
              <w:right w:w="85" w:type="dxa"/>
            </w:tcMar>
            <w:vAlign w:val="center"/>
          </w:tcPr>
          <w:p w14:paraId="6DBA9CC8" w14:textId="77777777" w:rsidR="00673E82" w:rsidRPr="009C650E" w:rsidRDefault="00000000">
            <w:pPr>
              <w:spacing w:after="0" w:line="240" w:lineRule="auto"/>
              <w:jc w:val="center"/>
              <w:rPr>
                <w:noProof/>
                <w:lang w:val="ro-RO"/>
              </w:rPr>
            </w:pPr>
            <w:r w:rsidRPr="009C650E">
              <w:rPr>
                <w:noProof/>
                <w:sz w:val="17"/>
                <w:lang w:val="ro-RO"/>
              </w:rPr>
              <w:t>[ ]</w:t>
            </w:r>
          </w:p>
        </w:tc>
        <w:tc>
          <w:tcPr>
            <w:tcW w:w="8901" w:type="dxa"/>
            <w:shd w:val="clear" w:color="auto" w:fill="FFFFFF"/>
            <w:tcMar>
              <w:top w:w="75" w:type="dxa"/>
              <w:left w:w="85" w:type="dxa"/>
              <w:bottom w:w="75" w:type="dxa"/>
              <w:right w:w="85" w:type="dxa"/>
            </w:tcMar>
            <w:vAlign w:val="center"/>
          </w:tcPr>
          <w:p w14:paraId="2B1D9F77" w14:textId="77777777" w:rsidR="00673E82" w:rsidRPr="009C650E" w:rsidRDefault="00000000">
            <w:pPr>
              <w:spacing w:after="0" w:line="240" w:lineRule="auto"/>
              <w:rPr>
                <w:noProof/>
                <w:lang w:val="ro-RO"/>
              </w:rPr>
            </w:pPr>
            <w:r w:rsidRPr="009C650E">
              <w:rPr>
                <w:noProof/>
                <w:sz w:val="17"/>
                <w:lang w:val="ro-RO"/>
              </w:rPr>
              <w:t>Obiectivul descrie un rezultat relevant, nu doar o activitate sau un document?</w:t>
            </w:r>
          </w:p>
        </w:tc>
      </w:tr>
      <w:tr w:rsidR="00673E82" w:rsidRPr="009C650E" w14:paraId="106C27F2" w14:textId="77777777">
        <w:trPr>
          <w:cantSplit/>
          <w:jc w:val="center"/>
        </w:trPr>
        <w:tc>
          <w:tcPr>
            <w:tcW w:w="1020" w:type="dxa"/>
            <w:shd w:val="clear" w:color="auto" w:fill="FAFAFA"/>
            <w:tcMar>
              <w:top w:w="75" w:type="dxa"/>
              <w:left w:w="85" w:type="dxa"/>
              <w:bottom w:w="75" w:type="dxa"/>
              <w:right w:w="85" w:type="dxa"/>
            </w:tcMar>
            <w:vAlign w:val="center"/>
          </w:tcPr>
          <w:p w14:paraId="5B2A815A" w14:textId="77777777" w:rsidR="00673E82" w:rsidRPr="009C650E" w:rsidRDefault="00000000">
            <w:pPr>
              <w:spacing w:after="0" w:line="240" w:lineRule="auto"/>
              <w:jc w:val="center"/>
              <w:rPr>
                <w:noProof/>
                <w:lang w:val="ro-RO"/>
              </w:rPr>
            </w:pPr>
            <w:r w:rsidRPr="009C650E">
              <w:rPr>
                <w:noProof/>
                <w:sz w:val="17"/>
                <w:lang w:val="ro-RO"/>
              </w:rPr>
              <w:t>[ ]</w:t>
            </w:r>
          </w:p>
        </w:tc>
        <w:tc>
          <w:tcPr>
            <w:tcW w:w="8901" w:type="dxa"/>
            <w:shd w:val="clear" w:color="auto" w:fill="FAFAFA"/>
            <w:tcMar>
              <w:top w:w="75" w:type="dxa"/>
              <w:left w:w="85" w:type="dxa"/>
              <w:bottom w:w="75" w:type="dxa"/>
              <w:right w:w="85" w:type="dxa"/>
            </w:tcMar>
            <w:vAlign w:val="center"/>
          </w:tcPr>
          <w:p w14:paraId="08B12F31" w14:textId="77777777" w:rsidR="00673E82" w:rsidRPr="009C650E" w:rsidRDefault="00000000">
            <w:pPr>
              <w:spacing w:after="0" w:line="240" w:lineRule="auto"/>
              <w:rPr>
                <w:noProof/>
                <w:lang w:val="ro-RO"/>
              </w:rPr>
            </w:pPr>
            <w:r w:rsidRPr="009C650E">
              <w:rPr>
                <w:noProof/>
                <w:sz w:val="17"/>
                <w:lang w:val="ro-RO"/>
              </w:rPr>
              <w:t>Indicatorul are definiție, formulă, sursă de date, responsabil și frecvență clare?</w:t>
            </w:r>
          </w:p>
        </w:tc>
      </w:tr>
      <w:tr w:rsidR="00673E82" w:rsidRPr="009C650E" w14:paraId="11EAB526" w14:textId="77777777">
        <w:trPr>
          <w:cantSplit/>
          <w:jc w:val="center"/>
        </w:trPr>
        <w:tc>
          <w:tcPr>
            <w:tcW w:w="1020" w:type="dxa"/>
            <w:shd w:val="clear" w:color="auto" w:fill="FFFFFF"/>
            <w:tcMar>
              <w:top w:w="75" w:type="dxa"/>
              <w:left w:w="85" w:type="dxa"/>
              <w:bottom w:w="75" w:type="dxa"/>
              <w:right w:w="85" w:type="dxa"/>
            </w:tcMar>
            <w:vAlign w:val="center"/>
          </w:tcPr>
          <w:p w14:paraId="20452AC9" w14:textId="77777777" w:rsidR="00673E82" w:rsidRPr="009C650E" w:rsidRDefault="00000000">
            <w:pPr>
              <w:spacing w:after="0" w:line="240" w:lineRule="auto"/>
              <w:jc w:val="center"/>
              <w:rPr>
                <w:noProof/>
                <w:lang w:val="ro-RO"/>
              </w:rPr>
            </w:pPr>
            <w:r w:rsidRPr="009C650E">
              <w:rPr>
                <w:noProof/>
                <w:sz w:val="17"/>
                <w:lang w:val="ro-RO"/>
              </w:rPr>
              <w:lastRenderedPageBreak/>
              <w:t>[ ]</w:t>
            </w:r>
          </w:p>
        </w:tc>
        <w:tc>
          <w:tcPr>
            <w:tcW w:w="8901" w:type="dxa"/>
            <w:shd w:val="clear" w:color="auto" w:fill="FFFFFF"/>
            <w:tcMar>
              <w:top w:w="75" w:type="dxa"/>
              <w:left w:w="85" w:type="dxa"/>
              <w:bottom w:w="75" w:type="dxa"/>
              <w:right w:w="85" w:type="dxa"/>
            </w:tcMar>
            <w:vAlign w:val="center"/>
          </w:tcPr>
          <w:p w14:paraId="18871985" w14:textId="77777777" w:rsidR="00673E82" w:rsidRPr="009C650E" w:rsidRDefault="00000000">
            <w:pPr>
              <w:spacing w:after="0" w:line="240" w:lineRule="auto"/>
              <w:rPr>
                <w:noProof/>
                <w:lang w:val="ro-RO"/>
              </w:rPr>
            </w:pPr>
            <w:r w:rsidRPr="009C650E">
              <w:rPr>
                <w:noProof/>
                <w:sz w:val="17"/>
                <w:lang w:val="ro-RO"/>
              </w:rPr>
              <w:t>Baza de referință și domeniul de aplicare sunt cunoscute și comparabile?</w:t>
            </w:r>
          </w:p>
        </w:tc>
      </w:tr>
      <w:tr w:rsidR="00673E82" w:rsidRPr="009C650E" w14:paraId="7353812D" w14:textId="77777777">
        <w:trPr>
          <w:cantSplit/>
          <w:jc w:val="center"/>
        </w:trPr>
        <w:tc>
          <w:tcPr>
            <w:tcW w:w="1020" w:type="dxa"/>
            <w:shd w:val="clear" w:color="auto" w:fill="FAFAFA"/>
            <w:tcMar>
              <w:top w:w="75" w:type="dxa"/>
              <w:left w:w="85" w:type="dxa"/>
              <w:bottom w:w="75" w:type="dxa"/>
              <w:right w:w="85" w:type="dxa"/>
            </w:tcMar>
            <w:vAlign w:val="center"/>
          </w:tcPr>
          <w:p w14:paraId="74341E43" w14:textId="77777777" w:rsidR="00673E82" w:rsidRPr="009C650E" w:rsidRDefault="00000000">
            <w:pPr>
              <w:spacing w:after="0" w:line="240" w:lineRule="auto"/>
              <w:jc w:val="center"/>
              <w:rPr>
                <w:noProof/>
                <w:lang w:val="ro-RO"/>
              </w:rPr>
            </w:pPr>
            <w:r w:rsidRPr="009C650E">
              <w:rPr>
                <w:noProof/>
                <w:sz w:val="17"/>
                <w:lang w:val="ro-RO"/>
              </w:rPr>
              <w:t>[ ]</w:t>
            </w:r>
          </w:p>
        </w:tc>
        <w:tc>
          <w:tcPr>
            <w:tcW w:w="8901" w:type="dxa"/>
            <w:shd w:val="clear" w:color="auto" w:fill="FAFAFA"/>
            <w:tcMar>
              <w:top w:w="75" w:type="dxa"/>
              <w:left w:w="85" w:type="dxa"/>
              <w:bottom w:w="75" w:type="dxa"/>
              <w:right w:w="85" w:type="dxa"/>
            </w:tcMar>
            <w:vAlign w:val="center"/>
          </w:tcPr>
          <w:p w14:paraId="0E79D7AB" w14:textId="77777777" w:rsidR="00673E82" w:rsidRPr="009C650E" w:rsidRDefault="00000000">
            <w:pPr>
              <w:spacing w:after="0" w:line="240" w:lineRule="auto"/>
              <w:rPr>
                <w:noProof/>
                <w:lang w:val="ro-RO"/>
              </w:rPr>
            </w:pPr>
            <w:r w:rsidRPr="009C650E">
              <w:rPr>
                <w:noProof/>
                <w:sz w:val="17"/>
                <w:lang w:val="ro-RO"/>
              </w:rPr>
              <w:t>Ținta este ambițioasă, dar realistă și nu compromite conformitatea sau controlul riscului?</w:t>
            </w:r>
          </w:p>
        </w:tc>
      </w:tr>
      <w:tr w:rsidR="00673E82" w:rsidRPr="009C650E" w14:paraId="4B445E9E" w14:textId="77777777">
        <w:trPr>
          <w:cantSplit/>
          <w:jc w:val="center"/>
        </w:trPr>
        <w:tc>
          <w:tcPr>
            <w:tcW w:w="1020" w:type="dxa"/>
            <w:shd w:val="clear" w:color="auto" w:fill="FFFFFF"/>
            <w:tcMar>
              <w:top w:w="75" w:type="dxa"/>
              <w:left w:w="85" w:type="dxa"/>
              <w:bottom w:w="75" w:type="dxa"/>
              <w:right w:w="85" w:type="dxa"/>
            </w:tcMar>
            <w:vAlign w:val="center"/>
          </w:tcPr>
          <w:p w14:paraId="658F952E" w14:textId="77777777" w:rsidR="00673E82" w:rsidRPr="009C650E" w:rsidRDefault="00000000">
            <w:pPr>
              <w:spacing w:after="0" w:line="240" w:lineRule="auto"/>
              <w:jc w:val="center"/>
              <w:rPr>
                <w:noProof/>
                <w:lang w:val="ro-RO"/>
              </w:rPr>
            </w:pPr>
            <w:r w:rsidRPr="009C650E">
              <w:rPr>
                <w:noProof/>
                <w:sz w:val="17"/>
                <w:lang w:val="ro-RO"/>
              </w:rPr>
              <w:t>[ ]</w:t>
            </w:r>
          </w:p>
        </w:tc>
        <w:tc>
          <w:tcPr>
            <w:tcW w:w="8901" w:type="dxa"/>
            <w:shd w:val="clear" w:color="auto" w:fill="FFFFFF"/>
            <w:tcMar>
              <w:top w:w="75" w:type="dxa"/>
              <w:left w:w="85" w:type="dxa"/>
              <w:bottom w:w="75" w:type="dxa"/>
              <w:right w:w="85" w:type="dxa"/>
            </w:tcMar>
            <w:vAlign w:val="center"/>
          </w:tcPr>
          <w:p w14:paraId="505AED09" w14:textId="77777777" w:rsidR="00673E82" w:rsidRPr="009C650E" w:rsidRDefault="00000000">
            <w:pPr>
              <w:spacing w:after="0" w:line="240" w:lineRule="auto"/>
              <w:rPr>
                <w:noProof/>
                <w:lang w:val="ro-RO"/>
              </w:rPr>
            </w:pPr>
            <w:r w:rsidRPr="009C650E">
              <w:rPr>
                <w:noProof/>
                <w:sz w:val="17"/>
                <w:lang w:val="ro-RO"/>
              </w:rPr>
              <w:t>Planul precizează acțiuni, resurse, responsabilități, termene și criterii de eficacitate?</w:t>
            </w:r>
          </w:p>
        </w:tc>
      </w:tr>
      <w:tr w:rsidR="00673E82" w:rsidRPr="009C650E" w14:paraId="63ADFA3A" w14:textId="77777777">
        <w:trPr>
          <w:cantSplit/>
          <w:jc w:val="center"/>
        </w:trPr>
        <w:tc>
          <w:tcPr>
            <w:tcW w:w="1020" w:type="dxa"/>
            <w:shd w:val="clear" w:color="auto" w:fill="FAFAFA"/>
            <w:tcMar>
              <w:top w:w="75" w:type="dxa"/>
              <w:left w:w="85" w:type="dxa"/>
              <w:bottom w:w="75" w:type="dxa"/>
              <w:right w:w="85" w:type="dxa"/>
            </w:tcMar>
            <w:vAlign w:val="center"/>
          </w:tcPr>
          <w:p w14:paraId="18EE9FE7" w14:textId="77777777" w:rsidR="00673E82" w:rsidRPr="009C650E" w:rsidRDefault="00000000">
            <w:pPr>
              <w:spacing w:after="0" w:line="240" w:lineRule="auto"/>
              <w:jc w:val="center"/>
              <w:rPr>
                <w:noProof/>
                <w:lang w:val="ro-RO"/>
              </w:rPr>
            </w:pPr>
            <w:r w:rsidRPr="009C650E">
              <w:rPr>
                <w:noProof/>
                <w:sz w:val="17"/>
                <w:lang w:val="ro-RO"/>
              </w:rPr>
              <w:t>[ ]</w:t>
            </w:r>
          </w:p>
        </w:tc>
        <w:tc>
          <w:tcPr>
            <w:tcW w:w="8901" w:type="dxa"/>
            <w:shd w:val="clear" w:color="auto" w:fill="FAFAFA"/>
            <w:tcMar>
              <w:top w:w="75" w:type="dxa"/>
              <w:left w:w="85" w:type="dxa"/>
              <w:bottom w:w="75" w:type="dxa"/>
              <w:right w:w="85" w:type="dxa"/>
            </w:tcMar>
            <w:vAlign w:val="center"/>
          </w:tcPr>
          <w:p w14:paraId="157925DB" w14:textId="77777777" w:rsidR="00673E82" w:rsidRPr="009C650E" w:rsidRDefault="00000000">
            <w:pPr>
              <w:spacing w:after="0" w:line="240" w:lineRule="auto"/>
              <w:rPr>
                <w:noProof/>
                <w:lang w:val="ro-RO"/>
              </w:rPr>
            </w:pPr>
            <w:r w:rsidRPr="009C650E">
              <w:rPr>
                <w:noProof/>
                <w:sz w:val="17"/>
                <w:lang w:val="ro-RO"/>
              </w:rPr>
              <w:t>Sunt analizate efectele nedorite, stimulentele greșite și riscurile transferate?</w:t>
            </w:r>
          </w:p>
        </w:tc>
      </w:tr>
    </w:tbl>
    <w:p w14:paraId="246581B3" w14:textId="77777777" w:rsidR="00673E82" w:rsidRPr="009C650E" w:rsidRDefault="00673E82">
      <w:pPr>
        <w:spacing w:after="20"/>
        <w:rPr>
          <w:noProof/>
          <w:lang w:val="ro-RO"/>
        </w:rPr>
      </w:pPr>
    </w:p>
    <w:p w14:paraId="652D88D1" w14:textId="77777777" w:rsidR="00673E82" w:rsidRPr="009C650E" w:rsidRDefault="00000000">
      <w:pPr>
        <w:pStyle w:val="Heading2"/>
        <w:rPr>
          <w:noProof/>
          <w:lang w:val="ro-RO"/>
        </w:rPr>
      </w:pPr>
      <w:r w:rsidRPr="009C650E">
        <w:rPr>
          <w:noProof/>
          <w:lang w:val="ro-RO"/>
        </w:rPr>
        <w:t>Roluri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948"/>
        <w:gridCol w:w="6973"/>
      </w:tblGrid>
      <w:tr w:rsidR="00673E82" w:rsidRPr="009C650E" w14:paraId="3F93FA19" w14:textId="77777777">
        <w:trPr>
          <w:tblHeader/>
          <w:jc w:val="center"/>
        </w:trPr>
        <w:tc>
          <w:tcPr>
            <w:tcW w:w="2948" w:type="dxa"/>
            <w:shd w:val="clear" w:color="auto" w:fill="D71920"/>
            <w:tcMar>
              <w:top w:w="75" w:type="dxa"/>
              <w:left w:w="85" w:type="dxa"/>
              <w:bottom w:w="75" w:type="dxa"/>
              <w:right w:w="85" w:type="dxa"/>
            </w:tcMar>
            <w:vAlign w:val="center"/>
          </w:tcPr>
          <w:p w14:paraId="1EE69D22" w14:textId="77777777" w:rsidR="00673E82" w:rsidRPr="009C650E" w:rsidRDefault="00000000">
            <w:pPr>
              <w:spacing w:after="0" w:line="240" w:lineRule="auto"/>
              <w:jc w:val="center"/>
              <w:rPr>
                <w:noProof/>
                <w:lang w:val="ro-RO"/>
              </w:rPr>
            </w:pPr>
            <w:r w:rsidRPr="009C650E">
              <w:rPr>
                <w:b/>
                <w:noProof/>
                <w:color w:val="FFFFFF"/>
                <w:sz w:val="15"/>
                <w:lang w:val="ro-RO"/>
              </w:rPr>
              <w:t>ROL</w:t>
            </w:r>
          </w:p>
        </w:tc>
        <w:tc>
          <w:tcPr>
            <w:tcW w:w="6973" w:type="dxa"/>
            <w:shd w:val="clear" w:color="auto" w:fill="D71920"/>
            <w:tcMar>
              <w:top w:w="75" w:type="dxa"/>
              <w:left w:w="85" w:type="dxa"/>
              <w:bottom w:w="75" w:type="dxa"/>
              <w:right w:w="85" w:type="dxa"/>
            </w:tcMar>
            <w:vAlign w:val="center"/>
          </w:tcPr>
          <w:p w14:paraId="1026E7B6" w14:textId="77777777" w:rsidR="00673E82" w:rsidRPr="009C650E" w:rsidRDefault="00000000">
            <w:pPr>
              <w:spacing w:after="0" w:line="240" w:lineRule="auto"/>
              <w:jc w:val="center"/>
              <w:rPr>
                <w:noProof/>
                <w:lang w:val="ro-RO"/>
              </w:rPr>
            </w:pPr>
            <w:r w:rsidRPr="009C650E">
              <w:rPr>
                <w:b/>
                <w:noProof/>
                <w:color w:val="FFFFFF"/>
                <w:sz w:val="15"/>
                <w:lang w:val="ro-RO"/>
              </w:rPr>
              <w:t>RESPONSABILITATE</w:t>
            </w:r>
          </w:p>
        </w:tc>
      </w:tr>
      <w:tr w:rsidR="00673E82" w:rsidRPr="009C650E" w14:paraId="5A7D5CC3" w14:textId="77777777">
        <w:trPr>
          <w:cantSplit/>
          <w:jc w:val="center"/>
        </w:trPr>
        <w:tc>
          <w:tcPr>
            <w:tcW w:w="2948" w:type="dxa"/>
            <w:shd w:val="clear" w:color="auto" w:fill="FFFFFF"/>
            <w:tcMar>
              <w:top w:w="75" w:type="dxa"/>
              <w:left w:w="85" w:type="dxa"/>
              <w:bottom w:w="75" w:type="dxa"/>
              <w:right w:w="85" w:type="dxa"/>
            </w:tcMar>
            <w:vAlign w:val="center"/>
          </w:tcPr>
          <w:p w14:paraId="2AEE67C7" w14:textId="77777777" w:rsidR="00673E82" w:rsidRPr="009C650E" w:rsidRDefault="00000000">
            <w:pPr>
              <w:spacing w:after="0" w:line="240" w:lineRule="auto"/>
              <w:rPr>
                <w:noProof/>
                <w:lang w:val="ro-RO"/>
              </w:rPr>
            </w:pPr>
            <w:r w:rsidRPr="009C650E">
              <w:rPr>
                <w:noProof/>
                <w:sz w:val="15"/>
                <w:lang w:val="ro-RO"/>
              </w:rPr>
              <w:t>Conducerea de vârf</w:t>
            </w:r>
          </w:p>
        </w:tc>
        <w:tc>
          <w:tcPr>
            <w:tcW w:w="6973" w:type="dxa"/>
            <w:shd w:val="clear" w:color="auto" w:fill="FFFFFF"/>
            <w:tcMar>
              <w:top w:w="75" w:type="dxa"/>
              <w:left w:w="85" w:type="dxa"/>
              <w:bottom w:w="75" w:type="dxa"/>
              <w:right w:w="85" w:type="dxa"/>
            </w:tcMar>
            <w:vAlign w:val="center"/>
          </w:tcPr>
          <w:p w14:paraId="170FF6D7" w14:textId="77777777" w:rsidR="00673E82" w:rsidRPr="009C650E" w:rsidRDefault="00000000">
            <w:pPr>
              <w:spacing w:after="0" w:line="240" w:lineRule="auto"/>
              <w:rPr>
                <w:noProof/>
                <w:lang w:val="ro-RO"/>
              </w:rPr>
            </w:pPr>
            <w:r w:rsidRPr="009C650E">
              <w:rPr>
                <w:noProof/>
                <w:sz w:val="15"/>
                <w:lang w:val="ro-RO"/>
              </w:rPr>
              <w:t>Aprobă obiectivele, resursele, nivelurile de risc acceptabil și deciziile de escaladare.</w:t>
            </w:r>
          </w:p>
        </w:tc>
      </w:tr>
      <w:tr w:rsidR="00673E82" w:rsidRPr="009C650E" w14:paraId="6A3B476B" w14:textId="77777777">
        <w:trPr>
          <w:cantSplit/>
          <w:jc w:val="center"/>
        </w:trPr>
        <w:tc>
          <w:tcPr>
            <w:tcW w:w="2948" w:type="dxa"/>
            <w:shd w:val="clear" w:color="auto" w:fill="FAFAFA"/>
            <w:tcMar>
              <w:top w:w="75" w:type="dxa"/>
              <w:left w:w="85" w:type="dxa"/>
              <w:bottom w:w="75" w:type="dxa"/>
              <w:right w:w="85" w:type="dxa"/>
            </w:tcMar>
            <w:vAlign w:val="center"/>
          </w:tcPr>
          <w:p w14:paraId="165C89B2" w14:textId="77777777" w:rsidR="00673E82" w:rsidRPr="009C650E" w:rsidRDefault="00000000">
            <w:pPr>
              <w:spacing w:after="0" w:line="240" w:lineRule="auto"/>
              <w:rPr>
                <w:noProof/>
                <w:lang w:val="ro-RO"/>
              </w:rPr>
            </w:pPr>
            <w:r w:rsidRPr="009C650E">
              <w:rPr>
                <w:noProof/>
                <w:sz w:val="15"/>
                <w:lang w:val="ro-RO"/>
              </w:rPr>
              <w:t>Managerul SMSI / CISO</w:t>
            </w:r>
          </w:p>
        </w:tc>
        <w:tc>
          <w:tcPr>
            <w:tcW w:w="6973" w:type="dxa"/>
            <w:shd w:val="clear" w:color="auto" w:fill="FAFAFA"/>
            <w:tcMar>
              <w:top w:w="75" w:type="dxa"/>
              <w:left w:w="85" w:type="dxa"/>
              <w:bottom w:w="75" w:type="dxa"/>
              <w:right w:w="85" w:type="dxa"/>
            </w:tcMar>
            <w:vAlign w:val="center"/>
          </w:tcPr>
          <w:p w14:paraId="771B37DE" w14:textId="77777777" w:rsidR="00673E82" w:rsidRPr="009C650E" w:rsidRDefault="00000000">
            <w:pPr>
              <w:spacing w:after="0" w:line="240" w:lineRule="auto"/>
              <w:rPr>
                <w:noProof/>
                <w:lang w:val="ro-RO"/>
              </w:rPr>
            </w:pPr>
            <w:r w:rsidRPr="009C650E">
              <w:rPr>
                <w:noProof/>
                <w:sz w:val="15"/>
                <w:lang w:val="ro-RO"/>
              </w:rPr>
              <w:t>Coordonează selecția, monitorizarea, raportarea și coerența cu riscurile și SoA.</w:t>
            </w:r>
          </w:p>
        </w:tc>
      </w:tr>
      <w:tr w:rsidR="00673E82" w:rsidRPr="009C650E" w14:paraId="59016F7C" w14:textId="77777777">
        <w:trPr>
          <w:cantSplit/>
          <w:jc w:val="center"/>
        </w:trPr>
        <w:tc>
          <w:tcPr>
            <w:tcW w:w="2948" w:type="dxa"/>
            <w:shd w:val="clear" w:color="auto" w:fill="FFFFFF"/>
            <w:tcMar>
              <w:top w:w="75" w:type="dxa"/>
              <w:left w:w="85" w:type="dxa"/>
              <w:bottom w:w="75" w:type="dxa"/>
              <w:right w:w="85" w:type="dxa"/>
            </w:tcMar>
            <w:vAlign w:val="center"/>
          </w:tcPr>
          <w:p w14:paraId="7F2FB2CD" w14:textId="77777777" w:rsidR="00673E82" w:rsidRPr="009C650E" w:rsidRDefault="00000000">
            <w:pPr>
              <w:spacing w:after="0" w:line="240" w:lineRule="auto"/>
              <w:rPr>
                <w:noProof/>
                <w:lang w:val="ro-RO"/>
              </w:rPr>
            </w:pPr>
            <w:r w:rsidRPr="009C650E">
              <w:rPr>
                <w:noProof/>
                <w:sz w:val="15"/>
                <w:lang w:val="ro-RO"/>
              </w:rPr>
              <w:t>Proprietarul riscului</w:t>
            </w:r>
          </w:p>
        </w:tc>
        <w:tc>
          <w:tcPr>
            <w:tcW w:w="6973" w:type="dxa"/>
            <w:shd w:val="clear" w:color="auto" w:fill="FFFFFF"/>
            <w:tcMar>
              <w:top w:w="75" w:type="dxa"/>
              <w:left w:w="85" w:type="dxa"/>
              <w:bottom w:w="75" w:type="dxa"/>
              <w:right w:w="85" w:type="dxa"/>
            </w:tcMar>
            <w:vAlign w:val="center"/>
          </w:tcPr>
          <w:p w14:paraId="63EB67FE" w14:textId="77777777" w:rsidR="00673E82" w:rsidRPr="009C650E" w:rsidRDefault="00000000">
            <w:pPr>
              <w:spacing w:after="0" w:line="240" w:lineRule="auto"/>
              <w:rPr>
                <w:noProof/>
                <w:lang w:val="ro-RO"/>
              </w:rPr>
            </w:pPr>
            <w:r w:rsidRPr="009C650E">
              <w:rPr>
                <w:noProof/>
                <w:sz w:val="15"/>
                <w:lang w:val="ro-RO"/>
              </w:rPr>
              <w:t>Aprobă tratamentul, riscul rezidual, excepțiile și acțiunile la abatere.</w:t>
            </w:r>
          </w:p>
        </w:tc>
      </w:tr>
      <w:tr w:rsidR="00673E82" w:rsidRPr="009C650E" w14:paraId="2987D48B" w14:textId="77777777">
        <w:trPr>
          <w:cantSplit/>
          <w:jc w:val="center"/>
        </w:trPr>
        <w:tc>
          <w:tcPr>
            <w:tcW w:w="2948" w:type="dxa"/>
            <w:shd w:val="clear" w:color="auto" w:fill="FAFAFA"/>
            <w:tcMar>
              <w:top w:w="75" w:type="dxa"/>
              <w:left w:w="85" w:type="dxa"/>
              <w:bottom w:w="75" w:type="dxa"/>
              <w:right w:w="85" w:type="dxa"/>
            </w:tcMar>
            <w:vAlign w:val="center"/>
          </w:tcPr>
          <w:p w14:paraId="271EDDB0" w14:textId="77777777" w:rsidR="00673E82" w:rsidRPr="009C650E" w:rsidRDefault="00000000">
            <w:pPr>
              <w:spacing w:after="0" w:line="240" w:lineRule="auto"/>
              <w:rPr>
                <w:noProof/>
                <w:lang w:val="ro-RO"/>
              </w:rPr>
            </w:pPr>
            <w:r w:rsidRPr="009C650E">
              <w:rPr>
                <w:noProof/>
                <w:sz w:val="15"/>
                <w:lang w:val="ro-RO"/>
              </w:rPr>
              <w:t>Proprietarul controlului / procesului</w:t>
            </w:r>
          </w:p>
        </w:tc>
        <w:tc>
          <w:tcPr>
            <w:tcW w:w="6973" w:type="dxa"/>
            <w:shd w:val="clear" w:color="auto" w:fill="FAFAFA"/>
            <w:tcMar>
              <w:top w:w="75" w:type="dxa"/>
              <w:left w:w="85" w:type="dxa"/>
              <w:bottom w:w="75" w:type="dxa"/>
              <w:right w:w="85" w:type="dxa"/>
            </w:tcMar>
            <w:vAlign w:val="center"/>
          </w:tcPr>
          <w:p w14:paraId="662B6328" w14:textId="77777777" w:rsidR="00673E82" w:rsidRPr="009C650E" w:rsidRDefault="00000000">
            <w:pPr>
              <w:spacing w:after="0" w:line="240" w:lineRule="auto"/>
              <w:rPr>
                <w:noProof/>
                <w:lang w:val="ro-RO"/>
              </w:rPr>
            </w:pPr>
            <w:r w:rsidRPr="009C650E">
              <w:rPr>
                <w:noProof/>
                <w:sz w:val="15"/>
                <w:lang w:val="ro-RO"/>
              </w:rPr>
              <w:t>Implementează, operează și demonstrează eficacitatea controlului.</w:t>
            </w:r>
          </w:p>
        </w:tc>
      </w:tr>
      <w:tr w:rsidR="00673E82" w:rsidRPr="009C650E" w14:paraId="02B51E73" w14:textId="77777777">
        <w:trPr>
          <w:cantSplit/>
          <w:jc w:val="center"/>
        </w:trPr>
        <w:tc>
          <w:tcPr>
            <w:tcW w:w="2948" w:type="dxa"/>
            <w:shd w:val="clear" w:color="auto" w:fill="FFFFFF"/>
            <w:tcMar>
              <w:top w:w="75" w:type="dxa"/>
              <w:left w:w="85" w:type="dxa"/>
              <w:bottom w:w="75" w:type="dxa"/>
              <w:right w:w="85" w:type="dxa"/>
            </w:tcMar>
            <w:vAlign w:val="center"/>
          </w:tcPr>
          <w:p w14:paraId="5AF19842" w14:textId="77777777" w:rsidR="00673E82" w:rsidRPr="009C650E" w:rsidRDefault="00000000">
            <w:pPr>
              <w:spacing w:after="0" w:line="240" w:lineRule="auto"/>
              <w:rPr>
                <w:noProof/>
                <w:lang w:val="ro-RO"/>
              </w:rPr>
            </w:pPr>
            <w:r w:rsidRPr="009C650E">
              <w:rPr>
                <w:noProof/>
                <w:sz w:val="15"/>
                <w:lang w:val="ro-RO"/>
              </w:rPr>
              <w:t>IT / securitate / dezvoltare</w:t>
            </w:r>
          </w:p>
        </w:tc>
        <w:tc>
          <w:tcPr>
            <w:tcW w:w="6973" w:type="dxa"/>
            <w:shd w:val="clear" w:color="auto" w:fill="FFFFFF"/>
            <w:tcMar>
              <w:top w:w="75" w:type="dxa"/>
              <w:left w:w="85" w:type="dxa"/>
              <w:bottom w:w="75" w:type="dxa"/>
              <w:right w:w="85" w:type="dxa"/>
            </w:tcMar>
            <w:vAlign w:val="center"/>
          </w:tcPr>
          <w:p w14:paraId="016B0BEC" w14:textId="77777777" w:rsidR="00673E82" w:rsidRPr="009C650E" w:rsidRDefault="00000000">
            <w:pPr>
              <w:spacing w:after="0" w:line="240" w:lineRule="auto"/>
              <w:rPr>
                <w:noProof/>
                <w:lang w:val="ro-RO"/>
              </w:rPr>
            </w:pPr>
            <w:r w:rsidRPr="009C650E">
              <w:rPr>
                <w:noProof/>
                <w:sz w:val="15"/>
                <w:lang w:val="ro-RO"/>
              </w:rPr>
              <w:t>Furnizează măsuri tehnice, telemetrie, remediere și teste.</w:t>
            </w:r>
          </w:p>
        </w:tc>
      </w:tr>
      <w:tr w:rsidR="00673E82" w:rsidRPr="009C650E" w14:paraId="313F685D" w14:textId="77777777">
        <w:trPr>
          <w:cantSplit/>
          <w:jc w:val="center"/>
        </w:trPr>
        <w:tc>
          <w:tcPr>
            <w:tcW w:w="2948" w:type="dxa"/>
            <w:shd w:val="clear" w:color="auto" w:fill="FAFAFA"/>
            <w:tcMar>
              <w:top w:w="75" w:type="dxa"/>
              <w:left w:w="85" w:type="dxa"/>
              <w:bottom w:w="75" w:type="dxa"/>
              <w:right w:w="85" w:type="dxa"/>
            </w:tcMar>
            <w:vAlign w:val="center"/>
          </w:tcPr>
          <w:p w14:paraId="795DE0B7" w14:textId="77777777" w:rsidR="00673E82" w:rsidRPr="009C650E" w:rsidRDefault="00000000">
            <w:pPr>
              <w:spacing w:after="0" w:line="240" w:lineRule="auto"/>
              <w:rPr>
                <w:noProof/>
                <w:lang w:val="ro-RO"/>
              </w:rPr>
            </w:pPr>
            <w:r w:rsidRPr="009C650E">
              <w:rPr>
                <w:noProof/>
                <w:sz w:val="15"/>
                <w:lang w:val="ro-RO"/>
              </w:rPr>
              <w:t>Responsabilul datelor / asigurare</w:t>
            </w:r>
          </w:p>
        </w:tc>
        <w:tc>
          <w:tcPr>
            <w:tcW w:w="6973" w:type="dxa"/>
            <w:shd w:val="clear" w:color="auto" w:fill="FAFAFA"/>
            <w:tcMar>
              <w:top w:w="75" w:type="dxa"/>
              <w:left w:w="85" w:type="dxa"/>
              <w:bottom w:w="75" w:type="dxa"/>
              <w:right w:w="85" w:type="dxa"/>
            </w:tcMar>
            <w:vAlign w:val="center"/>
          </w:tcPr>
          <w:p w14:paraId="2182C800" w14:textId="77777777" w:rsidR="00673E82" w:rsidRPr="009C650E" w:rsidRDefault="00000000">
            <w:pPr>
              <w:spacing w:after="0" w:line="240" w:lineRule="auto"/>
              <w:rPr>
                <w:noProof/>
                <w:lang w:val="ro-RO"/>
              </w:rPr>
            </w:pPr>
            <w:r w:rsidRPr="009C650E">
              <w:rPr>
                <w:noProof/>
                <w:sz w:val="15"/>
                <w:lang w:val="ro-RO"/>
              </w:rPr>
              <w:t>Validează definițiile KPI/KRI, calitatea datelor și verificarea independentă.</w:t>
            </w:r>
          </w:p>
        </w:tc>
      </w:tr>
    </w:tbl>
    <w:p w14:paraId="689392BF" w14:textId="77777777" w:rsidR="00673E82" w:rsidRPr="009C650E" w:rsidRDefault="00673E82">
      <w:pPr>
        <w:spacing w:after="20"/>
        <w:rPr>
          <w:noProof/>
          <w:lang w:val="ro-RO"/>
        </w:rPr>
      </w:pPr>
    </w:p>
    <w:p w14:paraId="007196DC" w14:textId="77777777" w:rsidR="00673E82" w:rsidRPr="009C650E" w:rsidRDefault="00000000">
      <w:pPr>
        <w:pStyle w:val="Heading2"/>
        <w:rPr>
          <w:noProof/>
          <w:lang w:val="ro-RO"/>
        </w:rPr>
      </w:pPr>
      <w:r w:rsidRPr="009C650E">
        <w:rPr>
          <w:noProof/>
          <w:lang w:val="ro-RO"/>
        </w:rPr>
        <w:t>Aprobarea setului anual de obiective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969"/>
        <w:gridCol w:w="1417"/>
        <w:gridCol w:w="2551"/>
      </w:tblGrid>
      <w:tr w:rsidR="00673E82" w:rsidRPr="009C650E" w14:paraId="461C9178" w14:textId="77777777">
        <w:trPr>
          <w:tblHeader/>
          <w:jc w:val="center"/>
        </w:trPr>
        <w:tc>
          <w:tcPr>
            <w:tcW w:w="1984" w:type="dxa"/>
            <w:shd w:val="clear" w:color="auto" w:fill="D71920"/>
            <w:tcMar>
              <w:top w:w="75" w:type="dxa"/>
              <w:left w:w="85" w:type="dxa"/>
              <w:bottom w:w="75" w:type="dxa"/>
              <w:right w:w="85" w:type="dxa"/>
            </w:tcMar>
            <w:vAlign w:val="center"/>
          </w:tcPr>
          <w:p w14:paraId="20B537DC" w14:textId="77777777" w:rsidR="00673E82" w:rsidRPr="009C650E" w:rsidRDefault="00000000">
            <w:pPr>
              <w:spacing w:after="0" w:line="240" w:lineRule="auto"/>
              <w:jc w:val="center"/>
              <w:rPr>
                <w:noProof/>
                <w:lang w:val="ro-RO"/>
              </w:rPr>
            </w:pPr>
            <w:r w:rsidRPr="009C650E">
              <w:rPr>
                <w:b/>
                <w:noProof/>
                <w:color w:val="FFFFFF"/>
                <w:sz w:val="15"/>
                <w:lang w:val="ro-RO"/>
              </w:rPr>
              <w:t>ROL</w:t>
            </w:r>
          </w:p>
        </w:tc>
        <w:tc>
          <w:tcPr>
            <w:tcW w:w="3969" w:type="dxa"/>
            <w:shd w:val="clear" w:color="auto" w:fill="D71920"/>
            <w:tcMar>
              <w:top w:w="75" w:type="dxa"/>
              <w:left w:w="85" w:type="dxa"/>
              <w:bottom w:w="75" w:type="dxa"/>
              <w:right w:w="85" w:type="dxa"/>
            </w:tcMar>
            <w:vAlign w:val="center"/>
          </w:tcPr>
          <w:p w14:paraId="632CC6C4" w14:textId="77777777" w:rsidR="00673E82" w:rsidRPr="009C650E" w:rsidRDefault="00000000">
            <w:pPr>
              <w:spacing w:after="0" w:line="240" w:lineRule="auto"/>
              <w:jc w:val="center"/>
              <w:rPr>
                <w:noProof/>
                <w:lang w:val="ro-RO"/>
              </w:rPr>
            </w:pPr>
            <w:r w:rsidRPr="009C650E">
              <w:rPr>
                <w:b/>
                <w:noProof/>
                <w:color w:val="FFFFFF"/>
                <w:sz w:val="15"/>
                <w:lang w:val="ro-RO"/>
              </w:rPr>
              <w:t>NUME / SEMNĂTURĂ</w:t>
            </w:r>
          </w:p>
        </w:tc>
        <w:tc>
          <w:tcPr>
            <w:tcW w:w="1417" w:type="dxa"/>
            <w:shd w:val="clear" w:color="auto" w:fill="D71920"/>
            <w:tcMar>
              <w:top w:w="75" w:type="dxa"/>
              <w:left w:w="85" w:type="dxa"/>
              <w:bottom w:w="75" w:type="dxa"/>
              <w:right w:w="85" w:type="dxa"/>
            </w:tcMar>
            <w:vAlign w:val="center"/>
          </w:tcPr>
          <w:p w14:paraId="47D23C5C" w14:textId="77777777" w:rsidR="00673E82" w:rsidRPr="009C650E" w:rsidRDefault="00000000">
            <w:pPr>
              <w:spacing w:after="0" w:line="240" w:lineRule="auto"/>
              <w:jc w:val="center"/>
              <w:rPr>
                <w:noProof/>
                <w:lang w:val="ro-RO"/>
              </w:rPr>
            </w:pPr>
            <w:r w:rsidRPr="009C650E">
              <w:rPr>
                <w:b/>
                <w:noProof/>
                <w:color w:val="FFFFFF"/>
                <w:sz w:val="15"/>
                <w:lang w:val="ro-RO"/>
              </w:rPr>
              <w:t>CÂMP</w:t>
            </w:r>
          </w:p>
        </w:tc>
        <w:tc>
          <w:tcPr>
            <w:tcW w:w="2551" w:type="dxa"/>
            <w:shd w:val="clear" w:color="auto" w:fill="D71920"/>
            <w:tcMar>
              <w:top w:w="75" w:type="dxa"/>
              <w:left w:w="85" w:type="dxa"/>
              <w:bottom w:w="75" w:type="dxa"/>
              <w:right w:w="85" w:type="dxa"/>
            </w:tcMar>
            <w:vAlign w:val="center"/>
          </w:tcPr>
          <w:p w14:paraId="67626DD6" w14:textId="77777777" w:rsidR="00673E82" w:rsidRPr="009C650E" w:rsidRDefault="00000000">
            <w:pPr>
              <w:spacing w:after="0" w:line="240" w:lineRule="auto"/>
              <w:jc w:val="center"/>
              <w:rPr>
                <w:noProof/>
                <w:lang w:val="ro-RO"/>
              </w:rPr>
            </w:pPr>
            <w:r w:rsidRPr="009C650E">
              <w:rPr>
                <w:b/>
                <w:noProof/>
                <w:color w:val="FFFFFF"/>
                <w:sz w:val="15"/>
                <w:lang w:val="ro-RO"/>
              </w:rPr>
              <w:t>COMPLETARE</w:t>
            </w:r>
          </w:p>
        </w:tc>
      </w:tr>
      <w:tr w:rsidR="00673E82" w:rsidRPr="009C650E" w14:paraId="4E1B12EE" w14:textId="77777777">
        <w:trPr>
          <w:cantSplit/>
          <w:jc w:val="center"/>
        </w:trPr>
        <w:tc>
          <w:tcPr>
            <w:tcW w:w="1984" w:type="dxa"/>
            <w:shd w:val="clear" w:color="auto" w:fill="FFFFFF"/>
            <w:tcMar>
              <w:top w:w="75" w:type="dxa"/>
              <w:left w:w="85" w:type="dxa"/>
              <w:bottom w:w="75" w:type="dxa"/>
              <w:right w:w="85" w:type="dxa"/>
            </w:tcMar>
            <w:vAlign w:val="center"/>
          </w:tcPr>
          <w:p w14:paraId="5105838E" w14:textId="77777777" w:rsidR="00673E82" w:rsidRPr="009C650E" w:rsidRDefault="00000000">
            <w:pPr>
              <w:spacing w:after="0" w:line="240" w:lineRule="auto"/>
              <w:rPr>
                <w:noProof/>
                <w:lang w:val="ro-RO"/>
              </w:rPr>
            </w:pPr>
            <w:r w:rsidRPr="009C650E">
              <w:rPr>
                <w:noProof/>
                <w:sz w:val="16"/>
                <w:lang w:val="ro-RO"/>
              </w:rPr>
              <w:t>Propus de</w:t>
            </w:r>
          </w:p>
        </w:tc>
        <w:tc>
          <w:tcPr>
            <w:tcW w:w="3969" w:type="dxa"/>
            <w:shd w:val="clear" w:color="auto" w:fill="FFFFFF"/>
            <w:tcMar>
              <w:top w:w="75" w:type="dxa"/>
              <w:left w:w="85" w:type="dxa"/>
              <w:bottom w:w="75" w:type="dxa"/>
              <w:right w:w="85" w:type="dxa"/>
            </w:tcMar>
            <w:vAlign w:val="center"/>
          </w:tcPr>
          <w:p w14:paraId="5B94CC0E" w14:textId="77777777" w:rsidR="00673E82" w:rsidRPr="009C650E" w:rsidRDefault="00000000">
            <w:pPr>
              <w:spacing w:after="0" w:line="240" w:lineRule="auto"/>
              <w:rPr>
                <w:noProof/>
                <w:lang w:val="ro-RO"/>
              </w:rPr>
            </w:pPr>
            <w:r w:rsidRPr="009C650E">
              <w:rPr>
                <w:noProof/>
                <w:sz w:val="16"/>
                <w:lang w:val="ro-RO"/>
              </w:rPr>
              <w:t>________________________</w:t>
            </w:r>
          </w:p>
        </w:tc>
        <w:tc>
          <w:tcPr>
            <w:tcW w:w="1417" w:type="dxa"/>
            <w:shd w:val="clear" w:color="auto" w:fill="FFFFFF"/>
            <w:tcMar>
              <w:top w:w="75" w:type="dxa"/>
              <w:left w:w="85" w:type="dxa"/>
              <w:bottom w:w="75" w:type="dxa"/>
              <w:right w:w="85" w:type="dxa"/>
            </w:tcMar>
            <w:vAlign w:val="center"/>
          </w:tcPr>
          <w:p w14:paraId="76651D62" w14:textId="77777777" w:rsidR="00673E82" w:rsidRPr="009C650E" w:rsidRDefault="00000000">
            <w:pPr>
              <w:spacing w:after="0" w:line="240" w:lineRule="auto"/>
              <w:rPr>
                <w:noProof/>
                <w:lang w:val="ro-RO"/>
              </w:rPr>
            </w:pPr>
            <w:r w:rsidRPr="009C650E">
              <w:rPr>
                <w:noProof/>
                <w:sz w:val="16"/>
                <w:lang w:val="ro-RO"/>
              </w:rPr>
              <w:t>Data</w:t>
            </w:r>
          </w:p>
        </w:tc>
        <w:tc>
          <w:tcPr>
            <w:tcW w:w="2551" w:type="dxa"/>
            <w:shd w:val="clear" w:color="auto" w:fill="FFFFFF"/>
            <w:tcMar>
              <w:top w:w="75" w:type="dxa"/>
              <w:left w:w="85" w:type="dxa"/>
              <w:bottom w:w="75" w:type="dxa"/>
              <w:right w:w="85" w:type="dxa"/>
            </w:tcMar>
            <w:vAlign w:val="center"/>
          </w:tcPr>
          <w:p w14:paraId="202532D0" w14:textId="77777777" w:rsidR="00673E82" w:rsidRPr="009C650E" w:rsidRDefault="00000000">
            <w:pPr>
              <w:spacing w:after="0" w:line="240" w:lineRule="auto"/>
              <w:rPr>
                <w:noProof/>
                <w:lang w:val="ro-RO"/>
              </w:rPr>
            </w:pPr>
            <w:r w:rsidRPr="009C650E">
              <w:rPr>
                <w:noProof/>
                <w:sz w:val="16"/>
                <w:lang w:val="ro-RO"/>
              </w:rPr>
              <w:t>____________</w:t>
            </w:r>
          </w:p>
        </w:tc>
      </w:tr>
      <w:tr w:rsidR="00673E82" w:rsidRPr="009C650E" w14:paraId="78D674AC" w14:textId="77777777">
        <w:trPr>
          <w:cantSplit/>
          <w:jc w:val="center"/>
        </w:trPr>
        <w:tc>
          <w:tcPr>
            <w:tcW w:w="1984" w:type="dxa"/>
            <w:shd w:val="clear" w:color="auto" w:fill="FAFAFA"/>
            <w:tcMar>
              <w:top w:w="75" w:type="dxa"/>
              <w:left w:w="85" w:type="dxa"/>
              <w:bottom w:w="75" w:type="dxa"/>
              <w:right w:w="85" w:type="dxa"/>
            </w:tcMar>
            <w:vAlign w:val="center"/>
          </w:tcPr>
          <w:p w14:paraId="7FB2053B" w14:textId="77777777" w:rsidR="00673E82" w:rsidRPr="009C650E" w:rsidRDefault="00000000">
            <w:pPr>
              <w:spacing w:after="0" w:line="240" w:lineRule="auto"/>
              <w:rPr>
                <w:noProof/>
                <w:lang w:val="ro-RO"/>
              </w:rPr>
            </w:pPr>
            <w:r w:rsidRPr="009C650E">
              <w:rPr>
                <w:noProof/>
                <w:sz w:val="16"/>
                <w:lang w:val="ro-RO"/>
              </w:rPr>
              <w:t>Revizuit de</w:t>
            </w:r>
          </w:p>
        </w:tc>
        <w:tc>
          <w:tcPr>
            <w:tcW w:w="3969" w:type="dxa"/>
            <w:shd w:val="clear" w:color="auto" w:fill="FAFAFA"/>
            <w:tcMar>
              <w:top w:w="75" w:type="dxa"/>
              <w:left w:w="85" w:type="dxa"/>
              <w:bottom w:w="75" w:type="dxa"/>
              <w:right w:w="85" w:type="dxa"/>
            </w:tcMar>
            <w:vAlign w:val="center"/>
          </w:tcPr>
          <w:p w14:paraId="6B7FA14A" w14:textId="77777777" w:rsidR="00673E82" w:rsidRPr="009C650E" w:rsidRDefault="00000000">
            <w:pPr>
              <w:spacing w:after="0" w:line="240" w:lineRule="auto"/>
              <w:rPr>
                <w:noProof/>
                <w:lang w:val="ro-RO"/>
              </w:rPr>
            </w:pPr>
            <w:r w:rsidRPr="009C650E">
              <w:rPr>
                <w:noProof/>
                <w:sz w:val="16"/>
                <w:lang w:val="ro-RO"/>
              </w:rPr>
              <w:t>________________________</w:t>
            </w:r>
          </w:p>
        </w:tc>
        <w:tc>
          <w:tcPr>
            <w:tcW w:w="1417" w:type="dxa"/>
            <w:shd w:val="clear" w:color="auto" w:fill="FAFAFA"/>
            <w:tcMar>
              <w:top w:w="75" w:type="dxa"/>
              <w:left w:w="85" w:type="dxa"/>
              <w:bottom w:w="75" w:type="dxa"/>
              <w:right w:w="85" w:type="dxa"/>
            </w:tcMar>
            <w:vAlign w:val="center"/>
          </w:tcPr>
          <w:p w14:paraId="1A5B93A3" w14:textId="77777777" w:rsidR="00673E82" w:rsidRPr="009C650E" w:rsidRDefault="00000000">
            <w:pPr>
              <w:spacing w:after="0" w:line="240" w:lineRule="auto"/>
              <w:rPr>
                <w:noProof/>
                <w:lang w:val="ro-RO"/>
              </w:rPr>
            </w:pPr>
            <w:r w:rsidRPr="009C650E">
              <w:rPr>
                <w:noProof/>
                <w:sz w:val="16"/>
                <w:lang w:val="ro-RO"/>
              </w:rPr>
              <w:t>Data</w:t>
            </w:r>
          </w:p>
        </w:tc>
        <w:tc>
          <w:tcPr>
            <w:tcW w:w="2551" w:type="dxa"/>
            <w:shd w:val="clear" w:color="auto" w:fill="FAFAFA"/>
            <w:tcMar>
              <w:top w:w="75" w:type="dxa"/>
              <w:left w:w="85" w:type="dxa"/>
              <w:bottom w:w="75" w:type="dxa"/>
              <w:right w:w="85" w:type="dxa"/>
            </w:tcMar>
            <w:vAlign w:val="center"/>
          </w:tcPr>
          <w:p w14:paraId="463BA284" w14:textId="77777777" w:rsidR="00673E82" w:rsidRPr="009C650E" w:rsidRDefault="00000000">
            <w:pPr>
              <w:spacing w:after="0" w:line="240" w:lineRule="auto"/>
              <w:rPr>
                <w:noProof/>
                <w:lang w:val="ro-RO"/>
              </w:rPr>
            </w:pPr>
            <w:r w:rsidRPr="009C650E">
              <w:rPr>
                <w:noProof/>
                <w:sz w:val="16"/>
                <w:lang w:val="ro-RO"/>
              </w:rPr>
              <w:t>____________</w:t>
            </w:r>
          </w:p>
        </w:tc>
      </w:tr>
      <w:tr w:rsidR="00673E82" w:rsidRPr="009C650E" w14:paraId="132EDFC6" w14:textId="77777777">
        <w:trPr>
          <w:cantSplit/>
          <w:jc w:val="center"/>
        </w:trPr>
        <w:tc>
          <w:tcPr>
            <w:tcW w:w="1984" w:type="dxa"/>
            <w:shd w:val="clear" w:color="auto" w:fill="FFFFFF"/>
            <w:tcMar>
              <w:top w:w="75" w:type="dxa"/>
              <w:left w:w="85" w:type="dxa"/>
              <w:bottom w:w="75" w:type="dxa"/>
              <w:right w:w="85" w:type="dxa"/>
            </w:tcMar>
            <w:vAlign w:val="center"/>
          </w:tcPr>
          <w:p w14:paraId="5646D8B4" w14:textId="77777777" w:rsidR="00673E82" w:rsidRPr="009C650E" w:rsidRDefault="00000000">
            <w:pPr>
              <w:spacing w:after="0" w:line="240" w:lineRule="auto"/>
              <w:rPr>
                <w:noProof/>
                <w:lang w:val="ro-RO"/>
              </w:rPr>
            </w:pPr>
            <w:r w:rsidRPr="009C650E">
              <w:rPr>
                <w:noProof/>
                <w:sz w:val="16"/>
                <w:lang w:val="ro-RO"/>
              </w:rPr>
              <w:t>Aprobat de</w:t>
            </w:r>
          </w:p>
        </w:tc>
        <w:tc>
          <w:tcPr>
            <w:tcW w:w="3969" w:type="dxa"/>
            <w:shd w:val="clear" w:color="auto" w:fill="FFFFFF"/>
            <w:tcMar>
              <w:top w:w="75" w:type="dxa"/>
              <w:left w:w="85" w:type="dxa"/>
              <w:bottom w:w="75" w:type="dxa"/>
              <w:right w:w="85" w:type="dxa"/>
            </w:tcMar>
            <w:vAlign w:val="center"/>
          </w:tcPr>
          <w:p w14:paraId="76F452B8" w14:textId="77777777" w:rsidR="00673E82" w:rsidRPr="009C650E" w:rsidRDefault="00000000">
            <w:pPr>
              <w:spacing w:after="0" w:line="240" w:lineRule="auto"/>
              <w:rPr>
                <w:noProof/>
                <w:lang w:val="ro-RO"/>
              </w:rPr>
            </w:pPr>
            <w:r w:rsidRPr="009C650E">
              <w:rPr>
                <w:noProof/>
                <w:sz w:val="16"/>
                <w:lang w:val="ro-RO"/>
              </w:rPr>
              <w:t>________________________</w:t>
            </w:r>
          </w:p>
        </w:tc>
        <w:tc>
          <w:tcPr>
            <w:tcW w:w="1417" w:type="dxa"/>
            <w:shd w:val="clear" w:color="auto" w:fill="FFFFFF"/>
            <w:tcMar>
              <w:top w:w="75" w:type="dxa"/>
              <w:left w:w="85" w:type="dxa"/>
              <w:bottom w:w="75" w:type="dxa"/>
              <w:right w:w="85" w:type="dxa"/>
            </w:tcMar>
            <w:vAlign w:val="center"/>
          </w:tcPr>
          <w:p w14:paraId="16165B2D" w14:textId="77777777" w:rsidR="00673E82" w:rsidRPr="009C650E" w:rsidRDefault="00000000">
            <w:pPr>
              <w:spacing w:after="0" w:line="240" w:lineRule="auto"/>
              <w:rPr>
                <w:noProof/>
                <w:lang w:val="ro-RO"/>
              </w:rPr>
            </w:pPr>
            <w:r w:rsidRPr="009C650E">
              <w:rPr>
                <w:noProof/>
                <w:sz w:val="16"/>
                <w:lang w:val="ro-RO"/>
              </w:rPr>
              <w:t>Data</w:t>
            </w:r>
          </w:p>
        </w:tc>
        <w:tc>
          <w:tcPr>
            <w:tcW w:w="2551" w:type="dxa"/>
            <w:shd w:val="clear" w:color="auto" w:fill="FFFFFF"/>
            <w:tcMar>
              <w:top w:w="75" w:type="dxa"/>
              <w:left w:w="85" w:type="dxa"/>
              <w:bottom w:w="75" w:type="dxa"/>
              <w:right w:w="85" w:type="dxa"/>
            </w:tcMar>
            <w:vAlign w:val="center"/>
          </w:tcPr>
          <w:p w14:paraId="72B48A69" w14:textId="77777777" w:rsidR="00673E82" w:rsidRPr="009C650E" w:rsidRDefault="00000000">
            <w:pPr>
              <w:spacing w:after="0" w:line="240" w:lineRule="auto"/>
              <w:rPr>
                <w:noProof/>
                <w:lang w:val="ro-RO"/>
              </w:rPr>
            </w:pPr>
            <w:r w:rsidRPr="009C650E">
              <w:rPr>
                <w:noProof/>
                <w:sz w:val="16"/>
                <w:lang w:val="ro-RO"/>
              </w:rPr>
              <w:t>____________</w:t>
            </w:r>
          </w:p>
        </w:tc>
      </w:tr>
    </w:tbl>
    <w:p w14:paraId="084B6BB3" w14:textId="77777777" w:rsidR="00673E82" w:rsidRPr="009C650E" w:rsidRDefault="00673E82">
      <w:pPr>
        <w:spacing w:after="20"/>
        <w:rPr>
          <w:noProof/>
          <w:lang w:val="ro-RO"/>
        </w:rPr>
      </w:pPr>
    </w:p>
    <w:p w14:paraId="506F716A"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43A2D7C2" w14:textId="77777777">
        <w:trPr>
          <w:jc w:val="center"/>
        </w:trPr>
        <w:tc>
          <w:tcPr>
            <w:tcW w:w="1020" w:type="dxa"/>
            <w:shd w:val="clear" w:color="auto" w:fill="D71920"/>
            <w:tcMar>
              <w:top w:w="75" w:type="dxa"/>
              <w:left w:w="85" w:type="dxa"/>
              <w:bottom w:w="75" w:type="dxa"/>
              <w:right w:w="85" w:type="dxa"/>
            </w:tcMar>
            <w:vAlign w:val="center"/>
          </w:tcPr>
          <w:p w14:paraId="5E5EE2F9"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3</w:t>
            </w:r>
          </w:p>
        </w:tc>
        <w:tc>
          <w:tcPr>
            <w:tcW w:w="8901" w:type="dxa"/>
            <w:shd w:val="clear" w:color="auto" w:fill="F3F4F5"/>
          </w:tcPr>
          <w:p w14:paraId="793640C5" w14:textId="77777777" w:rsidR="00673E82" w:rsidRPr="009C650E" w:rsidRDefault="00000000">
            <w:pPr>
              <w:spacing w:after="20"/>
              <w:rPr>
                <w:noProof/>
                <w:lang w:val="ro-RO"/>
              </w:rPr>
            </w:pPr>
            <w:r w:rsidRPr="009C650E">
              <w:rPr>
                <w:b/>
                <w:noProof/>
                <w:sz w:val="28"/>
                <w:lang w:val="ro-RO"/>
              </w:rPr>
              <w:t>Registrul anual al obiectivelor</w:t>
            </w:r>
          </w:p>
          <w:p w14:paraId="315FCF5C" w14:textId="77777777" w:rsidR="00673E82" w:rsidRPr="009C650E" w:rsidRDefault="00000000">
            <w:pPr>
              <w:spacing w:after="0"/>
              <w:rPr>
                <w:noProof/>
                <w:lang w:val="ro-RO"/>
              </w:rPr>
            </w:pPr>
            <w:r w:rsidRPr="009C650E">
              <w:rPr>
                <w:noProof/>
                <w:color w:val="666666"/>
                <w:sz w:val="16"/>
                <w:lang w:val="ro-RO"/>
              </w:rPr>
              <w:t>Centralizați obiectivele aprobate și statusul lor într-o singură imagine de management</w:t>
            </w:r>
          </w:p>
        </w:tc>
      </w:tr>
    </w:tbl>
    <w:p w14:paraId="593C176D" w14:textId="77777777" w:rsidR="00673E82" w:rsidRPr="009C650E" w:rsidRDefault="00673E82">
      <w:pPr>
        <w:spacing w:after="0"/>
        <w:rPr>
          <w:noProof/>
          <w:lang w:val="ro-RO"/>
        </w:rPr>
      </w:pPr>
    </w:p>
    <w:p w14:paraId="715B844A" w14:textId="77777777" w:rsidR="00673E82" w:rsidRPr="009C650E" w:rsidRDefault="00000000">
      <w:pPr>
        <w:spacing w:line="259" w:lineRule="auto"/>
        <w:rPr>
          <w:noProof/>
          <w:lang w:val="ro-RO"/>
        </w:rPr>
      </w:pPr>
      <w:r w:rsidRPr="009C650E">
        <w:rPr>
          <w:noProof/>
          <w:lang w:val="ro-RO"/>
        </w:rPr>
        <w:t>Completați aceeași identificare în ambele tabele. Pentru obiectivele complexe, utilizați și Fișa individuală din secțiunea 5.</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2438"/>
        <w:gridCol w:w="2098"/>
        <w:gridCol w:w="964"/>
        <w:gridCol w:w="964"/>
        <w:gridCol w:w="1134"/>
        <w:gridCol w:w="1644"/>
      </w:tblGrid>
      <w:tr w:rsidR="00673E82" w:rsidRPr="009C650E" w14:paraId="5899B970" w14:textId="77777777">
        <w:trPr>
          <w:tblHeader/>
          <w:jc w:val="center"/>
        </w:trPr>
        <w:tc>
          <w:tcPr>
            <w:tcW w:w="680" w:type="dxa"/>
            <w:shd w:val="clear" w:color="auto" w:fill="D71920"/>
            <w:tcMar>
              <w:top w:w="75" w:type="dxa"/>
              <w:left w:w="85" w:type="dxa"/>
              <w:bottom w:w="75" w:type="dxa"/>
              <w:right w:w="85" w:type="dxa"/>
            </w:tcMar>
            <w:vAlign w:val="center"/>
          </w:tcPr>
          <w:p w14:paraId="5EEF06F6" w14:textId="77777777" w:rsidR="00673E82" w:rsidRPr="009C650E" w:rsidRDefault="00000000">
            <w:pPr>
              <w:spacing w:after="0" w:line="240" w:lineRule="auto"/>
              <w:jc w:val="center"/>
              <w:rPr>
                <w:noProof/>
                <w:lang w:val="ro-RO"/>
              </w:rPr>
            </w:pPr>
            <w:r w:rsidRPr="009C650E">
              <w:rPr>
                <w:b/>
                <w:noProof/>
                <w:color w:val="FFFFFF"/>
                <w:sz w:val="13"/>
                <w:lang w:val="ro-RO"/>
              </w:rPr>
              <w:t>ID</w:t>
            </w:r>
          </w:p>
        </w:tc>
        <w:tc>
          <w:tcPr>
            <w:tcW w:w="2438" w:type="dxa"/>
            <w:shd w:val="clear" w:color="auto" w:fill="D71920"/>
            <w:tcMar>
              <w:top w:w="75" w:type="dxa"/>
              <w:left w:w="85" w:type="dxa"/>
              <w:bottom w:w="75" w:type="dxa"/>
              <w:right w:w="85" w:type="dxa"/>
            </w:tcMar>
            <w:vAlign w:val="center"/>
          </w:tcPr>
          <w:p w14:paraId="12EB03C8" w14:textId="77777777" w:rsidR="00673E82" w:rsidRPr="009C650E" w:rsidRDefault="00000000">
            <w:pPr>
              <w:spacing w:after="0" w:line="240" w:lineRule="auto"/>
              <w:jc w:val="center"/>
              <w:rPr>
                <w:noProof/>
                <w:lang w:val="ro-RO"/>
              </w:rPr>
            </w:pPr>
            <w:r w:rsidRPr="009C650E">
              <w:rPr>
                <w:b/>
                <w:noProof/>
                <w:color w:val="FFFFFF"/>
                <w:sz w:val="13"/>
                <w:lang w:val="ro-RO"/>
              </w:rPr>
              <w:t>OBIECTIV / REZULTAT</w:t>
            </w:r>
          </w:p>
        </w:tc>
        <w:tc>
          <w:tcPr>
            <w:tcW w:w="2098" w:type="dxa"/>
            <w:shd w:val="clear" w:color="auto" w:fill="D71920"/>
            <w:tcMar>
              <w:top w:w="75" w:type="dxa"/>
              <w:left w:w="85" w:type="dxa"/>
              <w:bottom w:w="75" w:type="dxa"/>
              <w:right w:w="85" w:type="dxa"/>
            </w:tcMar>
            <w:vAlign w:val="center"/>
          </w:tcPr>
          <w:p w14:paraId="5CFCBF29" w14:textId="77777777" w:rsidR="00673E82" w:rsidRPr="009C650E" w:rsidRDefault="00000000">
            <w:pPr>
              <w:spacing w:after="0" w:line="240" w:lineRule="auto"/>
              <w:jc w:val="center"/>
              <w:rPr>
                <w:noProof/>
                <w:lang w:val="ro-RO"/>
              </w:rPr>
            </w:pPr>
            <w:r w:rsidRPr="009C650E">
              <w:rPr>
                <w:b/>
                <w:noProof/>
                <w:color w:val="FFFFFF"/>
                <w:sz w:val="13"/>
                <w:lang w:val="ro-RO"/>
              </w:rPr>
              <w:t>KPI + FORMULĂ</w:t>
            </w:r>
          </w:p>
        </w:tc>
        <w:tc>
          <w:tcPr>
            <w:tcW w:w="964" w:type="dxa"/>
            <w:shd w:val="clear" w:color="auto" w:fill="D71920"/>
            <w:tcMar>
              <w:top w:w="75" w:type="dxa"/>
              <w:left w:w="85" w:type="dxa"/>
              <w:bottom w:w="75" w:type="dxa"/>
              <w:right w:w="85" w:type="dxa"/>
            </w:tcMar>
            <w:vAlign w:val="center"/>
          </w:tcPr>
          <w:p w14:paraId="673E67E0" w14:textId="77777777" w:rsidR="00673E82" w:rsidRPr="009C650E" w:rsidRDefault="00000000">
            <w:pPr>
              <w:spacing w:after="0" w:line="240" w:lineRule="auto"/>
              <w:jc w:val="center"/>
              <w:rPr>
                <w:noProof/>
                <w:lang w:val="ro-RO"/>
              </w:rPr>
            </w:pPr>
            <w:r w:rsidRPr="009C650E">
              <w:rPr>
                <w:b/>
                <w:noProof/>
                <w:color w:val="FFFFFF"/>
                <w:sz w:val="13"/>
                <w:lang w:val="ro-RO"/>
              </w:rPr>
              <w:t>BAZĂ</w:t>
            </w:r>
          </w:p>
        </w:tc>
        <w:tc>
          <w:tcPr>
            <w:tcW w:w="964" w:type="dxa"/>
            <w:shd w:val="clear" w:color="auto" w:fill="D71920"/>
            <w:tcMar>
              <w:top w:w="75" w:type="dxa"/>
              <w:left w:w="85" w:type="dxa"/>
              <w:bottom w:w="75" w:type="dxa"/>
              <w:right w:w="85" w:type="dxa"/>
            </w:tcMar>
            <w:vAlign w:val="center"/>
          </w:tcPr>
          <w:p w14:paraId="6023F05D" w14:textId="77777777" w:rsidR="00673E82" w:rsidRPr="009C650E" w:rsidRDefault="00000000">
            <w:pPr>
              <w:spacing w:after="0" w:line="240" w:lineRule="auto"/>
              <w:jc w:val="center"/>
              <w:rPr>
                <w:noProof/>
                <w:lang w:val="ro-RO"/>
              </w:rPr>
            </w:pPr>
            <w:r w:rsidRPr="009C650E">
              <w:rPr>
                <w:b/>
                <w:noProof/>
                <w:color w:val="FFFFFF"/>
                <w:sz w:val="13"/>
                <w:lang w:val="ro-RO"/>
              </w:rPr>
              <w:t>ȚINTĂ</w:t>
            </w:r>
          </w:p>
        </w:tc>
        <w:tc>
          <w:tcPr>
            <w:tcW w:w="1134" w:type="dxa"/>
            <w:shd w:val="clear" w:color="auto" w:fill="D71920"/>
            <w:tcMar>
              <w:top w:w="75" w:type="dxa"/>
              <w:left w:w="85" w:type="dxa"/>
              <w:bottom w:w="75" w:type="dxa"/>
              <w:right w:w="85" w:type="dxa"/>
            </w:tcMar>
            <w:vAlign w:val="center"/>
          </w:tcPr>
          <w:p w14:paraId="5DC90084" w14:textId="77777777" w:rsidR="00673E82" w:rsidRPr="009C650E" w:rsidRDefault="00000000">
            <w:pPr>
              <w:spacing w:after="0" w:line="240" w:lineRule="auto"/>
              <w:jc w:val="center"/>
              <w:rPr>
                <w:noProof/>
                <w:lang w:val="ro-RO"/>
              </w:rPr>
            </w:pPr>
            <w:r w:rsidRPr="009C650E">
              <w:rPr>
                <w:b/>
                <w:noProof/>
                <w:color w:val="FFFFFF"/>
                <w:sz w:val="13"/>
                <w:lang w:val="ro-RO"/>
              </w:rPr>
              <w:t>TERMEN</w:t>
            </w:r>
          </w:p>
        </w:tc>
        <w:tc>
          <w:tcPr>
            <w:tcW w:w="1644" w:type="dxa"/>
            <w:shd w:val="clear" w:color="auto" w:fill="D71920"/>
            <w:tcMar>
              <w:top w:w="75" w:type="dxa"/>
              <w:left w:w="85" w:type="dxa"/>
              <w:bottom w:w="75" w:type="dxa"/>
              <w:right w:w="85" w:type="dxa"/>
            </w:tcMar>
            <w:vAlign w:val="center"/>
          </w:tcPr>
          <w:p w14:paraId="0325B4E7" w14:textId="77777777" w:rsidR="00673E82" w:rsidRPr="009C650E" w:rsidRDefault="00000000">
            <w:pPr>
              <w:spacing w:after="0" w:line="240" w:lineRule="auto"/>
              <w:jc w:val="center"/>
              <w:rPr>
                <w:noProof/>
                <w:lang w:val="ro-RO"/>
              </w:rPr>
            </w:pPr>
            <w:r w:rsidRPr="009C650E">
              <w:rPr>
                <w:b/>
                <w:noProof/>
                <w:color w:val="FFFFFF"/>
                <w:sz w:val="13"/>
                <w:lang w:val="ro-RO"/>
              </w:rPr>
              <w:t>RESP.</w:t>
            </w:r>
          </w:p>
        </w:tc>
      </w:tr>
      <w:tr w:rsidR="00673E82" w:rsidRPr="009C650E" w14:paraId="66FEB0AF" w14:textId="77777777">
        <w:trPr>
          <w:cantSplit/>
          <w:jc w:val="center"/>
        </w:trPr>
        <w:tc>
          <w:tcPr>
            <w:tcW w:w="680" w:type="dxa"/>
            <w:shd w:val="clear" w:color="auto" w:fill="FFFFFF"/>
            <w:tcMar>
              <w:top w:w="75" w:type="dxa"/>
              <w:left w:w="85" w:type="dxa"/>
              <w:bottom w:w="75" w:type="dxa"/>
              <w:right w:w="85" w:type="dxa"/>
            </w:tcMar>
            <w:vAlign w:val="center"/>
          </w:tcPr>
          <w:p w14:paraId="1C6BEE62" w14:textId="77777777" w:rsidR="00673E82" w:rsidRPr="009C650E" w:rsidRDefault="00000000">
            <w:pPr>
              <w:spacing w:after="0" w:line="240" w:lineRule="auto"/>
              <w:jc w:val="center"/>
              <w:rPr>
                <w:noProof/>
                <w:lang w:val="ro-RO"/>
              </w:rPr>
            </w:pPr>
            <w:r w:rsidRPr="009C650E">
              <w:rPr>
                <w:noProof/>
                <w:sz w:val="14"/>
                <w:lang w:val="ro-RO"/>
              </w:rPr>
              <w:t>O-01</w:t>
            </w:r>
          </w:p>
        </w:tc>
        <w:tc>
          <w:tcPr>
            <w:tcW w:w="2438" w:type="dxa"/>
            <w:shd w:val="clear" w:color="auto" w:fill="FFFFFF"/>
            <w:tcMar>
              <w:top w:w="75" w:type="dxa"/>
              <w:left w:w="85" w:type="dxa"/>
              <w:bottom w:w="75" w:type="dxa"/>
              <w:right w:w="85" w:type="dxa"/>
            </w:tcMar>
            <w:vAlign w:val="center"/>
          </w:tcPr>
          <w:p w14:paraId="73A4F745" w14:textId="77777777" w:rsidR="00673E82" w:rsidRPr="009C650E" w:rsidRDefault="00673E82">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1AAF11D2"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494B7397"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E9E3A93"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473A079F"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18434019" w14:textId="77777777" w:rsidR="00673E82" w:rsidRPr="009C650E" w:rsidRDefault="00673E82">
            <w:pPr>
              <w:spacing w:after="0" w:line="240" w:lineRule="auto"/>
              <w:rPr>
                <w:noProof/>
                <w:lang w:val="ro-RO"/>
              </w:rPr>
            </w:pPr>
          </w:p>
        </w:tc>
      </w:tr>
      <w:tr w:rsidR="00673E82" w:rsidRPr="009C650E" w14:paraId="25271EC8" w14:textId="77777777">
        <w:trPr>
          <w:cantSplit/>
          <w:jc w:val="center"/>
        </w:trPr>
        <w:tc>
          <w:tcPr>
            <w:tcW w:w="680" w:type="dxa"/>
            <w:shd w:val="clear" w:color="auto" w:fill="FAFAFA"/>
            <w:tcMar>
              <w:top w:w="75" w:type="dxa"/>
              <w:left w:w="85" w:type="dxa"/>
              <w:bottom w:w="75" w:type="dxa"/>
              <w:right w:w="85" w:type="dxa"/>
            </w:tcMar>
            <w:vAlign w:val="center"/>
          </w:tcPr>
          <w:p w14:paraId="53CD0CDA" w14:textId="77777777" w:rsidR="00673E82" w:rsidRPr="009C650E" w:rsidRDefault="00000000">
            <w:pPr>
              <w:spacing w:after="0" w:line="240" w:lineRule="auto"/>
              <w:jc w:val="center"/>
              <w:rPr>
                <w:noProof/>
                <w:lang w:val="ro-RO"/>
              </w:rPr>
            </w:pPr>
            <w:r w:rsidRPr="009C650E">
              <w:rPr>
                <w:noProof/>
                <w:sz w:val="14"/>
                <w:lang w:val="ro-RO"/>
              </w:rPr>
              <w:t>O-02</w:t>
            </w:r>
          </w:p>
        </w:tc>
        <w:tc>
          <w:tcPr>
            <w:tcW w:w="2438" w:type="dxa"/>
            <w:shd w:val="clear" w:color="auto" w:fill="FAFAFA"/>
            <w:tcMar>
              <w:top w:w="75" w:type="dxa"/>
              <w:left w:w="85" w:type="dxa"/>
              <w:bottom w:w="75" w:type="dxa"/>
              <w:right w:w="85" w:type="dxa"/>
            </w:tcMar>
            <w:vAlign w:val="center"/>
          </w:tcPr>
          <w:p w14:paraId="7C72FAE2" w14:textId="77777777" w:rsidR="00673E82" w:rsidRPr="009C650E" w:rsidRDefault="00673E82">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620F9B52"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0BC6964C"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5C809E99"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D514E3D"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43336143" w14:textId="77777777" w:rsidR="00673E82" w:rsidRPr="009C650E" w:rsidRDefault="00673E82">
            <w:pPr>
              <w:spacing w:after="0" w:line="240" w:lineRule="auto"/>
              <w:rPr>
                <w:noProof/>
                <w:lang w:val="ro-RO"/>
              </w:rPr>
            </w:pPr>
          </w:p>
        </w:tc>
      </w:tr>
      <w:tr w:rsidR="00673E82" w:rsidRPr="009C650E" w14:paraId="3B938C9B" w14:textId="77777777">
        <w:trPr>
          <w:cantSplit/>
          <w:jc w:val="center"/>
        </w:trPr>
        <w:tc>
          <w:tcPr>
            <w:tcW w:w="680" w:type="dxa"/>
            <w:shd w:val="clear" w:color="auto" w:fill="FFFFFF"/>
            <w:tcMar>
              <w:top w:w="75" w:type="dxa"/>
              <w:left w:w="85" w:type="dxa"/>
              <w:bottom w:w="75" w:type="dxa"/>
              <w:right w:w="85" w:type="dxa"/>
            </w:tcMar>
            <w:vAlign w:val="center"/>
          </w:tcPr>
          <w:p w14:paraId="68D4B785" w14:textId="77777777" w:rsidR="00673E82" w:rsidRPr="009C650E" w:rsidRDefault="00000000">
            <w:pPr>
              <w:spacing w:after="0" w:line="240" w:lineRule="auto"/>
              <w:jc w:val="center"/>
              <w:rPr>
                <w:noProof/>
                <w:lang w:val="ro-RO"/>
              </w:rPr>
            </w:pPr>
            <w:r w:rsidRPr="009C650E">
              <w:rPr>
                <w:noProof/>
                <w:sz w:val="14"/>
                <w:lang w:val="ro-RO"/>
              </w:rPr>
              <w:t>O-03</w:t>
            </w:r>
          </w:p>
        </w:tc>
        <w:tc>
          <w:tcPr>
            <w:tcW w:w="2438" w:type="dxa"/>
            <w:shd w:val="clear" w:color="auto" w:fill="FFFFFF"/>
            <w:tcMar>
              <w:top w:w="75" w:type="dxa"/>
              <w:left w:w="85" w:type="dxa"/>
              <w:bottom w:w="75" w:type="dxa"/>
              <w:right w:w="85" w:type="dxa"/>
            </w:tcMar>
            <w:vAlign w:val="center"/>
          </w:tcPr>
          <w:p w14:paraId="4391537D" w14:textId="77777777" w:rsidR="00673E82" w:rsidRPr="009C650E" w:rsidRDefault="00673E82">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393CCB03"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C44FB71"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2D6F1796"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19E8A0F3"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0C733A63" w14:textId="77777777" w:rsidR="00673E82" w:rsidRPr="009C650E" w:rsidRDefault="00673E82">
            <w:pPr>
              <w:spacing w:after="0" w:line="240" w:lineRule="auto"/>
              <w:rPr>
                <w:noProof/>
                <w:lang w:val="ro-RO"/>
              </w:rPr>
            </w:pPr>
          </w:p>
        </w:tc>
      </w:tr>
      <w:tr w:rsidR="00673E82" w:rsidRPr="009C650E" w14:paraId="5FB7D142" w14:textId="77777777">
        <w:trPr>
          <w:cantSplit/>
          <w:jc w:val="center"/>
        </w:trPr>
        <w:tc>
          <w:tcPr>
            <w:tcW w:w="680" w:type="dxa"/>
            <w:shd w:val="clear" w:color="auto" w:fill="FAFAFA"/>
            <w:tcMar>
              <w:top w:w="75" w:type="dxa"/>
              <w:left w:w="85" w:type="dxa"/>
              <w:bottom w:w="75" w:type="dxa"/>
              <w:right w:w="85" w:type="dxa"/>
            </w:tcMar>
            <w:vAlign w:val="center"/>
          </w:tcPr>
          <w:p w14:paraId="2685E955" w14:textId="77777777" w:rsidR="00673E82" w:rsidRPr="009C650E" w:rsidRDefault="00000000">
            <w:pPr>
              <w:spacing w:after="0" w:line="240" w:lineRule="auto"/>
              <w:jc w:val="center"/>
              <w:rPr>
                <w:noProof/>
                <w:lang w:val="ro-RO"/>
              </w:rPr>
            </w:pPr>
            <w:r w:rsidRPr="009C650E">
              <w:rPr>
                <w:noProof/>
                <w:sz w:val="14"/>
                <w:lang w:val="ro-RO"/>
              </w:rPr>
              <w:t>O-04</w:t>
            </w:r>
          </w:p>
        </w:tc>
        <w:tc>
          <w:tcPr>
            <w:tcW w:w="2438" w:type="dxa"/>
            <w:shd w:val="clear" w:color="auto" w:fill="FAFAFA"/>
            <w:tcMar>
              <w:top w:w="75" w:type="dxa"/>
              <w:left w:w="85" w:type="dxa"/>
              <w:bottom w:w="75" w:type="dxa"/>
              <w:right w:w="85" w:type="dxa"/>
            </w:tcMar>
            <w:vAlign w:val="center"/>
          </w:tcPr>
          <w:p w14:paraId="7A551F3E" w14:textId="77777777" w:rsidR="00673E82" w:rsidRPr="009C650E" w:rsidRDefault="00673E82">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2E9C84A9"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459A1A0A"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43E5D8E2"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63BE3B7A"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13FCAE4F" w14:textId="77777777" w:rsidR="00673E82" w:rsidRPr="009C650E" w:rsidRDefault="00673E82">
            <w:pPr>
              <w:spacing w:after="0" w:line="240" w:lineRule="auto"/>
              <w:rPr>
                <w:noProof/>
                <w:lang w:val="ro-RO"/>
              </w:rPr>
            </w:pPr>
          </w:p>
        </w:tc>
      </w:tr>
      <w:tr w:rsidR="00673E82" w:rsidRPr="009C650E" w14:paraId="7CB1F647" w14:textId="77777777">
        <w:trPr>
          <w:cantSplit/>
          <w:jc w:val="center"/>
        </w:trPr>
        <w:tc>
          <w:tcPr>
            <w:tcW w:w="680" w:type="dxa"/>
            <w:shd w:val="clear" w:color="auto" w:fill="FFFFFF"/>
            <w:tcMar>
              <w:top w:w="75" w:type="dxa"/>
              <w:left w:w="85" w:type="dxa"/>
              <w:bottom w:w="75" w:type="dxa"/>
              <w:right w:w="85" w:type="dxa"/>
            </w:tcMar>
            <w:vAlign w:val="center"/>
          </w:tcPr>
          <w:p w14:paraId="29E3B289" w14:textId="77777777" w:rsidR="00673E82" w:rsidRPr="009C650E" w:rsidRDefault="00000000">
            <w:pPr>
              <w:spacing w:after="0" w:line="240" w:lineRule="auto"/>
              <w:jc w:val="center"/>
              <w:rPr>
                <w:noProof/>
                <w:lang w:val="ro-RO"/>
              </w:rPr>
            </w:pPr>
            <w:r w:rsidRPr="009C650E">
              <w:rPr>
                <w:noProof/>
                <w:sz w:val="14"/>
                <w:lang w:val="ro-RO"/>
              </w:rPr>
              <w:t>O-05</w:t>
            </w:r>
          </w:p>
        </w:tc>
        <w:tc>
          <w:tcPr>
            <w:tcW w:w="2438" w:type="dxa"/>
            <w:shd w:val="clear" w:color="auto" w:fill="FFFFFF"/>
            <w:tcMar>
              <w:top w:w="75" w:type="dxa"/>
              <w:left w:w="85" w:type="dxa"/>
              <w:bottom w:w="75" w:type="dxa"/>
              <w:right w:w="85" w:type="dxa"/>
            </w:tcMar>
            <w:vAlign w:val="center"/>
          </w:tcPr>
          <w:p w14:paraId="1F44F848" w14:textId="77777777" w:rsidR="00673E82" w:rsidRPr="009C650E" w:rsidRDefault="00673E82">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33F592B6"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F0A1E91"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72438155"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22C58002"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0DCC9662" w14:textId="77777777" w:rsidR="00673E82" w:rsidRPr="009C650E" w:rsidRDefault="00673E82">
            <w:pPr>
              <w:spacing w:after="0" w:line="240" w:lineRule="auto"/>
              <w:rPr>
                <w:noProof/>
                <w:lang w:val="ro-RO"/>
              </w:rPr>
            </w:pPr>
          </w:p>
        </w:tc>
      </w:tr>
      <w:tr w:rsidR="00673E82" w:rsidRPr="009C650E" w14:paraId="058CFAF2" w14:textId="77777777">
        <w:trPr>
          <w:cantSplit/>
          <w:jc w:val="center"/>
        </w:trPr>
        <w:tc>
          <w:tcPr>
            <w:tcW w:w="680" w:type="dxa"/>
            <w:shd w:val="clear" w:color="auto" w:fill="FAFAFA"/>
            <w:tcMar>
              <w:top w:w="75" w:type="dxa"/>
              <w:left w:w="85" w:type="dxa"/>
              <w:bottom w:w="75" w:type="dxa"/>
              <w:right w:w="85" w:type="dxa"/>
            </w:tcMar>
            <w:vAlign w:val="center"/>
          </w:tcPr>
          <w:p w14:paraId="52420956" w14:textId="77777777" w:rsidR="00673E82" w:rsidRPr="009C650E" w:rsidRDefault="00000000">
            <w:pPr>
              <w:spacing w:after="0" w:line="240" w:lineRule="auto"/>
              <w:jc w:val="center"/>
              <w:rPr>
                <w:noProof/>
                <w:lang w:val="ro-RO"/>
              </w:rPr>
            </w:pPr>
            <w:r w:rsidRPr="009C650E">
              <w:rPr>
                <w:noProof/>
                <w:sz w:val="14"/>
                <w:lang w:val="ro-RO"/>
              </w:rPr>
              <w:t>O-06</w:t>
            </w:r>
          </w:p>
        </w:tc>
        <w:tc>
          <w:tcPr>
            <w:tcW w:w="2438" w:type="dxa"/>
            <w:shd w:val="clear" w:color="auto" w:fill="FAFAFA"/>
            <w:tcMar>
              <w:top w:w="75" w:type="dxa"/>
              <w:left w:w="85" w:type="dxa"/>
              <w:bottom w:w="75" w:type="dxa"/>
              <w:right w:w="85" w:type="dxa"/>
            </w:tcMar>
            <w:vAlign w:val="center"/>
          </w:tcPr>
          <w:p w14:paraId="4A6D18B6" w14:textId="77777777" w:rsidR="00673E82" w:rsidRPr="009C650E" w:rsidRDefault="00673E82">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5659CA3E"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4DB09B58"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0B444B40"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56078647"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79B73C30" w14:textId="77777777" w:rsidR="00673E82" w:rsidRPr="009C650E" w:rsidRDefault="00673E82">
            <w:pPr>
              <w:spacing w:after="0" w:line="240" w:lineRule="auto"/>
              <w:rPr>
                <w:noProof/>
                <w:lang w:val="ro-RO"/>
              </w:rPr>
            </w:pPr>
          </w:p>
        </w:tc>
      </w:tr>
      <w:tr w:rsidR="00673E82" w:rsidRPr="009C650E" w14:paraId="49C1C482" w14:textId="77777777">
        <w:trPr>
          <w:cantSplit/>
          <w:jc w:val="center"/>
        </w:trPr>
        <w:tc>
          <w:tcPr>
            <w:tcW w:w="680" w:type="dxa"/>
            <w:shd w:val="clear" w:color="auto" w:fill="FFFFFF"/>
            <w:tcMar>
              <w:top w:w="75" w:type="dxa"/>
              <w:left w:w="85" w:type="dxa"/>
              <w:bottom w:w="75" w:type="dxa"/>
              <w:right w:w="85" w:type="dxa"/>
            </w:tcMar>
            <w:vAlign w:val="center"/>
          </w:tcPr>
          <w:p w14:paraId="0C83D2FC" w14:textId="77777777" w:rsidR="00673E82" w:rsidRPr="009C650E" w:rsidRDefault="00000000">
            <w:pPr>
              <w:spacing w:after="0" w:line="240" w:lineRule="auto"/>
              <w:jc w:val="center"/>
              <w:rPr>
                <w:noProof/>
                <w:lang w:val="ro-RO"/>
              </w:rPr>
            </w:pPr>
            <w:r w:rsidRPr="009C650E">
              <w:rPr>
                <w:noProof/>
                <w:sz w:val="14"/>
                <w:lang w:val="ro-RO"/>
              </w:rPr>
              <w:t>O-07</w:t>
            </w:r>
          </w:p>
        </w:tc>
        <w:tc>
          <w:tcPr>
            <w:tcW w:w="2438" w:type="dxa"/>
            <w:shd w:val="clear" w:color="auto" w:fill="FFFFFF"/>
            <w:tcMar>
              <w:top w:w="75" w:type="dxa"/>
              <w:left w:w="85" w:type="dxa"/>
              <w:bottom w:w="75" w:type="dxa"/>
              <w:right w:w="85" w:type="dxa"/>
            </w:tcMar>
            <w:vAlign w:val="center"/>
          </w:tcPr>
          <w:p w14:paraId="3841C272" w14:textId="77777777" w:rsidR="00673E82" w:rsidRPr="009C650E" w:rsidRDefault="00673E82">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4DCD7265"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5DAA6482" w14:textId="77777777" w:rsidR="00673E82" w:rsidRPr="009C650E" w:rsidRDefault="00673E82">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CDEA491"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345C4A9C"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53A706EE" w14:textId="77777777" w:rsidR="00673E82" w:rsidRPr="009C650E" w:rsidRDefault="00673E82">
            <w:pPr>
              <w:spacing w:after="0" w:line="240" w:lineRule="auto"/>
              <w:rPr>
                <w:noProof/>
                <w:lang w:val="ro-RO"/>
              </w:rPr>
            </w:pPr>
          </w:p>
        </w:tc>
      </w:tr>
      <w:tr w:rsidR="00673E82" w:rsidRPr="009C650E" w14:paraId="35E0D718" w14:textId="77777777">
        <w:trPr>
          <w:cantSplit/>
          <w:jc w:val="center"/>
        </w:trPr>
        <w:tc>
          <w:tcPr>
            <w:tcW w:w="680" w:type="dxa"/>
            <w:shd w:val="clear" w:color="auto" w:fill="FAFAFA"/>
            <w:tcMar>
              <w:top w:w="75" w:type="dxa"/>
              <w:left w:w="85" w:type="dxa"/>
              <w:bottom w:w="75" w:type="dxa"/>
              <w:right w:w="85" w:type="dxa"/>
            </w:tcMar>
            <w:vAlign w:val="center"/>
          </w:tcPr>
          <w:p w14:paraId="299C8638" w14:textId="77777777" w:rsidR="00673E82" w:rsidRPr="009C650E" w:rsidRDefault="00000000">
            <w:pPr>
              <w:spacing w:after="0" w:line="240" w:lineRule="auto"/>
              <w:jc w:val="center"/>
              <w:rPr>
                <w:noProof/>
                <w:lang w:val="ro-RO"/>
              </w:rPr>
            </w:pPr>
            <w:r w:rsidRPr="009C650E">
              <w:rPr>
                <w:noProof/>
                <w:sz w:val="14"/>
                <w:lang w:val="ro-RO"/>
              </w:rPr>
              <w:t>O-08</w:t>
            </w:r>
          </w:p>
        </w:tc>
        <w:tc>
          <w:tcPr>
            <w:tcW w:w="2438" w:type="dxa"/>
            <w:shd w:val="clear" w:color="auto" w:fill="FAFAFA"/>
            <w:tcMar>
              <w:top w:w="75" w:type="dxa"/>
              <w:left w:w="85" w:type="dxa"/>
              <w:bottom w:w="75" w:type="dxa"/>
              <w:right w:w="85" w:type="dxa"/>
            </w:tcMar>
            <w:vAlign w:val="center"/>
          </w:tcPr>
          <w:p w14:paraId="74D5E7C2" w14:textId="77777777" w:rsidR="00673E82" w:rsidRPr="009C650E" w:rsidRDefault="00673E82">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4D290060"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3900494D" w14:textId="77777777" w:rsidR="00673E82" w:rsidRPr="009C650E" w:rsidRDefault="00673E82">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5B08F46D"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0195D131"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B87053D" w14:textId="77777777" w:rsidR="00673E82" w:rsidRPr="009C650E" w:rsidRDefault="00673E82">
            <w:pPr>
              <w:spacing w:after="0" w:line="240" w:lineRule="auto"/>
              <w:rPr>
                <w:noProof/>
                <w:lang w:val="ro-RO"/>
              </w:rPr>
            </w:pPr>
          </w:p>
        </w:tc>
      </w:tr>
    </w:tbl>
    <w:p w14:paraId="0DA88252" w14:textId="77777777" w:rsidR="00673E82" w:rsidRPr="009C650E" w:rsidRDefault="00673E82">
      <w:pPr>
        <w:spacing w:after="20"/>
        <w:rPr>
          <w:noProof/>
          <w:lang w:val="ro-RO"/>
        </w:rPr>
      </w:pPr>
    </w:p>
    <w:p w14:paraId="149C4C06" w14:textId="77777777" w:rsidR="00673E82" w:rsidRPr="009C650E" w:rsidRDefault="00000000">
      <w:pPr>
        <w:pStyle w:val="Heading2"/>
        <w:rPr>
          <w:noProof/>
          <w:lang w:val="ro-RO"/>
        </w:rPr>
      </w:pPr>
      <w:r w:rsidRPr="009C650E">
        <w:rPr>
          <w:noProof/>
          <w:lang w:val="ro-RO"/>
        </w:rPr>
        <w:t>Plan, monitorizare și decizie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1531"/>
        <w:gridCol w:w="3572"/>
        <w:gridCol w:w="1134"/>
        <w:gridCol w:w="3005"/>
      </w:tblGrid>
      <w:tr w:rsidR="00673E82" w:rsidRPr="009C650E" w14:paraId="2FC398AC" w14:textId="77777777">
        <w:trPr>
          <w:tblHeader/>
          <w:jc w:val="center"/>
        </w:trPr>
        <w:tc>
          <w:tcPr>
            <w:tcW w:w="680" w:type="dxa"/>
            <w:shd w:val="clear" w:color="auto" w:fill="D71920"/>
            <w:tcMar>
              <w:top w:w="75" w:type="dxa"/>
              <w:left w:w="85" w:type="dxa"/>
              <w:bottom w:w="75" w:type="dxa"/>
              <w:right w:w="85" w:type="dxa"/>
            </w:tcMar>
            <w:vAlign w:val="center"/>
          </w:tcPr>
          <w:p w14:paraId="4B1D398D" w14:textId="77777777" w:rsidR="00673E82" w:rsidRPr="009C650E" w:rsidRDefault="00000000">
            <w:pPr>
              <w:spacing w:after="0" w:line="240" w:lineRule="auto"/>
              <w:jc w:val="center"/>
              <w:rPr>
                <w:noProof/>
                <w:lang w:val="ro-RO"/>
              </w:rPr>
            </w:pPr>
            <w:r w:rsidRPr="009C650E">
              <w:rPr>
                <w:b/>
                <w:noProof/>
                <w:color w:val="FFFFFF"/>
                <w:sz w:val="14"/>
                <w:lang w:val="ro-RO"/>
              </w:rPr>
              <w:t>ID</w:t>
            </w:r>
          </w:p>
        </w:tc>
        <w:tc>
          <w:tcPr>
            <w:tcW w:w="1531" w:type="dxa"/>
            <w:shd w:val="clear" w:color="auto" w:fill="D71920"/>
            <w:tcMar>
              <w:top w:w="75" w:type="dxa"/>
              <w:left w:w="85" w:type="dxa"/>
              <w:bottom w:w="75" w:type="dxa"/>
              <w:right w:w="85" w:type="dxa"/>
            </w:tcMar>
            <w:vAlign w:val="center"/>
          </w:tcPr>
          <w:p w14:paraId="3B35B8FB" w14:textId="77777777" w:rsidR="00673E82" w:rsidRPr="009C650E" w:rsidRDefault="00000000">
            <w:pPr>
              <w:spacing w:after="0" w:line="240" w:lineRule="auto"/>
              <w:jc w:val="center"/>
              <w:rPr>
                <w:noProof/>
                <w:lang w:val="ro-RO"/>
              </w:rPr>
            </w:pPr>
            <w:r w:rsidRPr="009C650E">
              <w:rPr>
                <w:b/>
                <w:noProof/>
                <w:color w:val="FFFFFF"/>
                <w:sz w:val="14"/>
                <w:lang w:val="ro-RO"/>
              </w:rPr>
              <w:t>FRECVENȚĂ</w:t>
            </w:r>
          </w:p>
        </w:tc>
        <w:tc>
          <w:tcPr>
            <w:tcW w:w="3572" w:type="dxa"/>
            <w:shd w:val="clear" w:color="auto" w:fill="D71920"/>
            <w:tcMar>
              <w:top w:w="75" w:type="dxa"/>
              <w:left w:w="85" w:type="dxa"/>
              <w:bottom w:w="75" w:type="dxa"/>
              <w:right w:w="85" w:type="dxa"/>
            </w:tcMar>
            <w:vAlign w:val="center"/>
          </w:tcPr>
          <w:p w14:paraId="17063819" w14:textId="77777777" w:rsidR="00673E82" w:rsidRPr="009C650E" w:rsidRDefault="00000000">
            <w:pPr>
              <w:spacing w:after="0" w:line="240" w:lineRule="auto"/>
              <w:jc w:val="center"/>
              <w:rPr>
                <w:noProof/>
                <w:lang w:val="ro-RO"/>
              </w:rPr>
            </w:pPr>
            <w:r w:rsidRPr="009C650E">
              <w:rPr>
                <w:b/>
                <w:noProof/>
                <w:color w:val="FFFFFF"/>
                <w:sz w:val="14"/>
                <w:lang w:val="ro-RO"/>
              </w:rPr>
              <w:t>ACȚIUNI-CHEIE</w:t>
            </w:r>
          </w:p>
        </w:tc>
        <w:tc>
          <w:tcPr>
            <w:tcW w:w="1134" w:type="dxa"/>
            <w:shd w:val="clear" w:color="auto" w:fill="D71920"/>
            <w:tcMar>
              <w:top w:w="75" w:type="dxa"/>
              <w:left w:w="85" w:type="dxa"/>
              <w:bottom w:w="75" w:type="dxa"/>
              <w:right w:w="85" w:type="dxa"/>
            </w:tcMar>
            <w:vAlign w:val="center"/>
          </w:tcPr>
          <w:p w14:paraId="64A2D26C" w14:textId="77777777" w:rsidR="00673E82" w:rsidRPr="009C650E" w:rsidRDefault="00000000">
            <w:pPr>
              <w:spacing w:after="0" w:line="240" w:lineRule="auto"/>
              <w:jc w:val="center"/>
              <w:rPr>
                <w:noProof/>
                <w:lang w:val="ro-RO"/>
              </w:rPr>
            </w:pPr>
            <w:r w:rsidRPr="009C650E">
              <w:rPr>
                <w:b/>
                <w:noProof/>
                <w:color w:val="FFFFFF"/>
                <w:sz w:val="14"/>
                <w:lang w:val="ro-RO"/>
              </w:rPr>
              <w:t>STATUS</w:t>
            </w:r>
          </w:p>
        </w:tc>
        <w:tc>
          <w:tcPr>
            <w:tcW w:w="3005" w:type="dxa"/>
            <w:shd w:val="clear" w:color="auto" w:fill="D71920"/>
            <w:tcMar>
              <w:top w:w="75" w:type="dxa"/>
              <w:left w:w="85" w:type="dxa"/>
              <w:bottom w:w="75" w:type="dxa"/>
              <w:right w:w="85" w:type="dxa"/>
            </w:tcMar>
            <w:vAlign w:val="center"/>
          </w:tcPr>
          <w:p w14:paraId="556F740A" w14:textId="77777777" w:rsidR="00673E82" w:rsidRPr="009C650E" w:rsidRDefault="00000000">
            <w:pPr>
              <w:spacing w:after="0" w:line="240" w:lineRule="auto"/>
              <w:jc w:val="center"/>
              <w:rPr>
                <w:noProof/>
                <w:lang w:val="ro-RO"/>
              </w:rPr>
            </w:pPr>
            <w:r w:rsidRPr="009C650E">
              <w:rPr>
                <w:b/>
                <w:noProof/>
                <w:color w:val="FFFFFF"/>
                <w:sz w:val="14"/>
                <w:lang w:val="ro-RO"/>
              </w:rPr>
              <w:t>REZULTAT / DECIZIE</w:t>
            </w:r>
          </w:p>
        </w:tc>
      </w:tr>
      <w:tr w:rsidR="00673E82" w:rsidRPr="009C650E" w14:paraId="5198896D" w14:textId="77777777">
        <w:trPr>
          <w:cantSplit/>
          <w:jc w:val="center"/>
        </w:trPr>
        <w:tc>
          <w:tcPr>
            <w:tcW w:w="680" w:type="dxa"/>
            <w:shd w:val="clear" w:color="auto" w:fill="FFFFFF"/>
            <w:tcMar>
              <w:top w:w="75" w:type="dxa"/>
              <w:left w:w="85" w:type="dxa"/>
              <w:bottom w:w="75" w:type="dxa"/>
              <w:right w:w="85" w:type="dxa"/>
            </w:tcMar>
            <w:vAlign w:val="center"/>
          </w:tcPr>
          <w:p w14:paraId="7DC4CDAE" w14:textId="77777777" w:rsidR="00673E82" w:rsidRPr="009C650E" w:rsidRDefault="00000000">
            <w:pPr>
              <w:spacing w:after="0" w:line="240" w:lineRule="auto"/>
              <w:jc w:val="center"/>
              <w:rPr>
                <w:noProof/>
                <w:lang w:val="ro-RO"/>
              </w:rPr>
            </w:pPr>
            <w:r w:rsidRPr="009C650E">
              <w:rPr>
                <w:noProof/>
                <w:sz w:val="14"/>
                <w:lang w:val="ro-RO"/>
              </w:rPr>
              <w:t>O-01</w:t>
            </w:r>
          </w:p>
        </w:tc>
        <w:tc>
          <w:tcPr>
            <w:tcW w:w="1531" w:type="dxa"/>
            <w:shd w:val="clear" w:color="auto" w:fill="FFFFFF"/>
            <w:tcMar>
              <w:top w:w="75" w:type="dxa"/>
              <w:left w:w="85" w:type="dxa"/>
              <w:bottom w:w="75" w:type="dxa"/>
              <w:right w:w="85" w:type="dxa"/>
            </w:tcMar>
            <w:vAlign w:val="center"/>
          </w:tcPr>
          <w:p w14:paraId="02138C31" w14:textId="77777777" w:rsidR="00673E82" w:rsidRPr="009C650E" w:rsidRDefault="00673E82">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42F5F091"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701AD06E"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FFFFF"/>
            <w:tcMar>
              <w:top w:w="75" w:type="dxa"/>
              <w:left w:w="85" w:type="dxa"/>
              <w:bottom w:w="75" w:type="dxa"/>
              <w:right w:w="85" w:type="dxa"/>
            </w:tcMar>
            <w:vAlign w:val="center"/>
          </w:tcPr>
          <w:p w14:paraId="4FBAF011" w14:textId="77777777" w:rsidR="00673E82" w:rsidRPr="009C650E" w:rsidRDefault="00673E82">
            <w:pPr>
              <w:spacing w:after="0" w:line="240" w:lineRule="auto"/>
              <w:rPr>
                <w:noProof/>
                <w:lang w:val="ro-RO"/>
              </w:rPr>
            </w:pPr>
          </w:p>
        </w:tc>
      </w:tr>
      <w:tr w:rsidR="00673E82" w:rsidRPr="009C650E" w14:paraId="7812D4D6" w14:textId="77777777">
        <w:trPr>
          <w:cantSplit/>
          <w:jc w:val="center"/>
        </w:trPr>
        <w:tc>
          <w:tcPr>
            <w:tcW w:w="680" w:type="dxa"/>
            <w:shd w:val="clear" w:color="auto" w:fill="FAFAFA"/>
            <w:tcMar>
              <w:top w:w="75" w:type="dxa"/>
              <w:left w:w="85" w:type="dxa"/>
              <w:bottom w:w="75" w:type="dxa"/>
              <w:right w:w="85" w:type="dxa"/>
            </w:tcMar>
            <w:vAlign w:val="center"/>
          </w:tcPr>
          <w:p w14:paraId="63DCFEDA" w14:textId="77777777" w:rsidR="00673E82" w:rsidRPr="009C650E" w:rsidRDefault="00000000">
            <w:pPr>
              <w:spacing w:after="0" w:line="240" w:lineRule="auto"/>
              <w:jc w:val="center"/>
              <w:rPr>
                <w:noProof/>
                <w:lang w:val="ro-RO"/>
              </w:rPr>
            </w:pPr>
            <w:r w:rsidRPr="009C650E">
              <w:rPr>
                <w:noProof/>
                <w:sz w:val="14"/>
                <w:lang w:val="ro-RO"/>
              </w:rPr>
              <w:t>O-02</w:t>
            </w:r>
          </w:p>
        </w:tc>
        <w:tc>
          <w:tcPr>
            <w:tcW w:w="1531" w:type="dxa"/>
            <w:shd w:val="clear" w:color="auto" w:fill="FAFAFA"/>
            <w:tcMar>
              <w:top w:w="75" w:type="dxa"/>
              <w:left w:w="85" w:type="dxa"/>
              <w:bottom w:w="75" w:type="dxa"/>
              <w:right w:w="85" w:type="dxa"/>
            </w:tcMar>
            <w:vAlign w:val="center"/>
          </w:tcPr>
          <w:p w14:paraId="3029CC62" w14:textId="77777777" w:rsidR="00673E82" w:rsidRPr="009C650E" w:rsidRDefault="00673E82">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4E92A79D"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6B350DF8"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AFAFA"/>
            <w:tcMar>
              <w:top w:w="75" w:type="dxa"/>
              <w:left w:w="85" w:type="dxa"/>
              <w:bottom w:w="75" w:type="dxa"/>
              <w:right w:w="85" w:type="dxa"/>
            </w:tcMar>
            <w:vAlign w:val="center"/>
          </w:tcPr>
          <w:p w14:paraId="6D65DE6C" w14:textId="77777777" w:rsidR="00673E82" w:rsidRPr="009C650E" w:rsidRDefault="00673E82">
            <w:pPr>
              <w:spacing w:after="0" w:line="240" w:lineRule="auto"/>
              <w:rPr>
                <w:noProof/>
                <w:lang w:val="ro-RO"/>
              </w:rPr>
            </w:pPr>
          </w:p>
        </w:tc>
      </w:tr>
      <w:tr w:rsidR="00673E82" w:rsidRPr="009C650E" w14:paraId="4E5DC56F" w14:textId="77777777">
        <w:trPr>
          <w:cantSplit/>
          <w:jc w:val="center"/>
        </w:trPr>
        <w:tc>
          <w:tcPr>
            <w:tcW w:w="680" w:type="dxa"/>
            <w:shd w:val="clear" w:color="auto" w:fill="FFFFFF"/>
            <w:tcMar>
              <w:top w:w="75" w:type="dxa"/>
              <w:left w:w="85" w:type="dxa"/>
              <w:bottom w:w="75" w:type="dxa"/>
              <w:right w:w="85" w:type="dxa"/>
            </w:tcMar>
            <w:vAlign w:val="center"/>
          </w:tcPr>
          <w:p w14:paraId="057BFC79" w14:textId="77777777" w:rsidR="00673E82" w:rsidRPr="009C650E" w:rsidRDefault="00000000">
            <w:pPr>
              <w:spacing w:after="0" w:line="240" w:lineRule="auto"/>
              <w:jc w:val="center"/>
              <w:rPr>
                <w:noProof/>
                <w:lang w:val="ro-RO"/>
              </w:rPr>
            </w:pPr>
            <w:r w:rsidRPr="009C650E">
              <w:rPr>
                <w:noProof/>
                <w:sz w:val="14"/>
                <w:lang w:val="ro-RO"/>
              </w:rPr>
              <w:t>O-03</w:t>
            </w:r>
          </w:p>
        </w:tc>
        <w:tc>
          <w:tcPr>
            <w:tcW w:w="1531" w:type="dxa"/>
            <w:shd w:val="clear" w:color="auto" w:fill="FFFFFF"/>
            <w:tcMar>
              <w:top w:w="75" w:type="dxa"/>
              <w:left w:w="85" w:type="dxa"/>
              <w:bottom w:w="75" w:type="dxa"/>
              <w:right w:w="85" w:type="dxa"/>
            </w:tcMar>
            <w:vAlign w:val="center"/>
          </w:tcPr>
          <w:p w14:paraId="009162A3" w14:textId="77777777" w:rsidR="00673E82" w:rsidRPr="009C650E" w:rsidRDefault="00673E82">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6481AEED"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5E209E47"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FFFFF"/>
            <w:tcMar>
              <w:top w:w="75" w:type="dxa"/>
              <w:left w:w="85" w:type="dxa"/>
              <w:bottom w:w="75" w:type="dxa"/>
              <w:right w:w="85" w:type="dxa"/>
            </w:tcMar>
            <w:vAlign w:val="center"/>
          </w:tcPr>
          <w:p w14:paraId="2464E97A" w14:textId="77777777" w:rsidR="00673E82" w:rsidRPr="009C650E" w:rsidRDefault="00673E82">
            <w:pPr>
              <w:spacing w:after="0" w:line="240" w:lineRule="auto"/>
              <w:rPr>
                <w:noProof/>
                <w:lang w:val="ro-RO"/>
              </w:rPr>
            </w:pPr>
          </w:p>
        </w:tc>
      </w:tr>
      <w:tr w:rsidR="00673E82" w:rsidRPr="009C650E" w14:paraId="20D5281B" w14:textId="77777777">
        <w:trPr>
          <w:cantSplit/>
          <w:jc w:val="center"/>
        </w:trPr>
        <w:tc>
          <w:tcPr>
            <w:tcW w:w="680" w:type="dxa"/>
            <w:shd w:val="clear" w:color="auto" w:fill="FAFAFA"/>
            <w:tcMar>
              <w:top w:w="75" w:type="dxa"/>
              <w:left w:w="85" w:type="dxa"/>
              <w:bottom w:w="75" w:type="dxa"/>
              <w:right w:w="85" w:type="dxa"/>
            </w:tcMar>
            <w:vAlign w:val="center"/>
          </w:tcPr>
          <w:p w14:paraId="7E6C248A" w14:textId="77777777" w:rsidR="00673E82" w:rsidRPr="009C650E" w:rsidRDefault="00000000">
            <w:pPr>
              <w:spacing w:after="0" w:line="240" w:lineRule="auto"/>
              <w:jc w:val="center"/>
              <w:rPr>
                <w:noProof/>
                <w:lang w:val="ro-RO"/>
              </w:rPr>
            </w:pPr>
            <w:r w:rsidRPr="009C650E">
              <w:rPr>
                <w:noProof/>
                <w:sz w:val="14"/>
                <w:lang w:val="ro-RO"/>
              </w:rPr>
              <w:t>O-04</w:t>
            </w:r>
          </w:p>
        </w:tc>
        <w:tc>
          <w:tcPr>
            <w:tcW w:w="1531" w:type="dxa"/>
            <w:shd w:val="clear" w:color="auto" w:fill="FAFAFA"/>
            <w:tcMar>
              <w:top w:w="75" w:type="dxa"/>
              <w:left w:w="85" w:type="dxa"/>
              <w:bottom w:w="75" w:type="dxa"/>
              <w:right w:w="85" w:type="dxa"/>
            </w:tcMar>
            <w:vAlign w:val="center"/>
          </w:tcPr>
          <w:p w14:paraId="15C2AD95" w14:textId="77777777" w:rsidR="00673E82" w:rsidRPr="009C650E" w:rsidRDefault="00673E82">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6889F2E3"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0F37CC6E"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AFAFA"/>
            <w:tcMar>
              <w:top w:w="75" w:type="dxa"/>
              <w:left w:w="85" w:type="dxa"/>
              <w:bottom w:w="75" w:type="dxa"/>
              <w:right w:w="85" w:type="dxa"/>
            </w:tcMar>
            <w:vAlign w:val="center"/>
          </w:tcPr>
          <w:p w14:paraId="6AAA42E4" w14:textId="77777777" w:rsidR="00673E82" w:rsidRPr="009C650E" w:rsidRDefault="00673E82">
            <w:pPr>
              <w:spacing w:after="0" w:line="240" w:lineRule="auto"/>
              <w:rPr>
                <w:noProof/>
                <w:lang w:val="ro-RO"/>
              </w:rPr>
            </w:pPr>
          </w:p>
        </w:tc>
      </w:tr>
      <w:tr w:rsidR="00673E82" w:rsidRPr="009C650E" w14:paraId="507E361F" w14:textId="77777777">
        <w:trPr>
          <w:cantSplit/>
          <w:jc w:val="center"/>
        </w:trPr>
        <w:tc>
          <w:tcPr>
            <w:tcW w:w="680" w:type="dxa"/>
            <w:shd w:val="clear" w:color="auto" w:fill="FFFFFF"/>
            <w:tcMar>
              <w:top w:w="75" w:type="dxa"/>
              <w:left w:w="85" w:type="dxa"/>
              <w:bottom w:w="75" w:type="dxa"/>
              <w:right w:w="85" w:type="dxa"/>
            </w:tcMar>
            <w:vAlign w:val="center"/>
          </w:tcPr>
          <w:p w14:paraId="2C705047" w14:textId="77777777" w:rsidR="00673E82" w:rsidRPr="009C650E" w:rsidRDefault="00000000">
            <w:pPr>
              <w:spacing w:after="0" w:line="240" w:lineRule="auto"/>
              <w:jc w:val="center"/>
              <w:rPr>
                <w:noProof/>
                <w:lang w:val="ro-RO"/>
              </w:rPr>
            </w:pPr>
            <w:r w:rsidRPr="009C650E">
              <w:rPr>
                <w:noProof/>
                <w:sz w:val="14"/>
                <w:lang w:val="ro-RO"/>
              </w:rPr>
              <w:t>O-05</w:t>
            </w:r>
          </w:p>
        </w:tc>
        <w:tc>
          <w:tcPr>
            <w:tcW w:w="1531" w:type="dxa"/>
            <w:shd w:val="clear" w:color="auto" w:fill="FFFFFF"/>
            <w:tcMar>
              <w:top w:w="75" w:type="dxa"/>
              <w:left w:w="85" w:type="dxa"/>
              <w:bottom w:w="75" w:type="dxa"/>
              <w:right w:w="85" w:type="dxa"/>
            </w:tcMar>
            <w:vAlign w:val="center"/>
          </w:tcPr>
          <w:p w14:paraId="6BC47DAB" w14:textId="77777777" w:rsidR="00673E82" w:rsidRPr="009C650E" w:rsidRDefault="00673E82">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6C160D11"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2500406F"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FFFFF"/>
            <w:tcMar>
              <w:top w:w="75" w:type="dxa"/>
              <w:left w:w="85" w:type="dxa"/>
              <w:bottom w:w="75" w:type="dxa"/>
              <w:right w:w="85" w:type="dxa"/>
            </w:tcMar>
            <w:vAlign w:val="center"/>
          </w:tcPr>
          <w:p w14:paraId="15B4B486" w14:textId="77777777" w:rsidR="00673E82" w:rsidRPr="009C650E" w:rsidRDefault="00673E82">
            <w:pPr>
              <w:spacing w:after="0" w:line="240" w:lineRule="auto"/>
              <w:rPr>
                <w:noProof/>
                <w:lang w:val="ro-RO"/>
              </w:rPr>
            </w:pPr>
          </w:p>
        </w:tc>
      </w:tr>
      <w:tr w:rsidR="00673E82" w:rsidRPr="009C650E" w14:paraId="4E95ACB2" w14:textId="77777777">
        <w:trPr>
          <w:cantSplit/>
          <w:jc w:val="center"/>
        </w:trPr>
        <w:tc>
          <w:tcPr>
            <w:tcW w:w="680" w:type="dxa"/>
            <w:shd w:val="clear" w:color="auto" w:fill="FAFAFA"/>
            <w:tcMar>
              <w:top w:w="75" w:type="dxa"/>
              <w:left w:w="85" w:type="dxa"/>
              <w:bottom w:w="75" w:type="dxa"/>
              <w:right w:w="85" w:type="dxa"/>
            </w:tcMar>
            <w:vAlign w:val="center"/>
          </w:tcPr>
          <w:p w14:paraId="14EF1B01" w14:textId="77777777" w:rsidR="00673E82" w:rsidRPr="009C650E" w:rsidRDefault="00000000">
            <w:pPr>
              <w:spacing w:after="0" w:line="240" w:lineRule="auto"/>
              <w:jc w:val="center"/>
              <w:rPr>
                <w:noProof/>
                <w:lang w:val="ro-RO"/>
              </w:rPr>
            </w:pPr>
            <w:r w:rsidRPr="009C650E">
              <w:rPr>
                <w:noProof/>
                <w:sz w:val="14"/>
                <w:lang w:val="ro-RO"/>
              </w:rPr>
              <w:t>O-06</w:t>
            </w:r>
          </w:p>
        </w:tc>
        <w:tc>
          <w:tcPr>
            <w:tcW w:w="1531" w:type="dxa"/>
            <w:shd w:val="clear" w:color="auto" w:fill="FAFAFA"/>
            <w:tcMar>
              <w:top w:w="75" w:type="dxa"/>
              <w:left w:w="85" w:type="dxa"/>
              <w:bottom w:w="75" w:type="dxa"/>
              <w:right w:w="85" w:type="dxa"/>
            </w:tcMar>
            <w:vAlign w:val="center"/>
          </w:tcPr>
          <w:p w14:paraId="33EBC3BD" w14:textId="77777777" w:rsidR="00673E82" w:rsidRPr="009C650E" w:rsidRDefault="00673E82">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76C10359"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65AA576E"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AFAFA"/>
            <w:tcMar>
              <w:top w:w="75" w:type="dxa"/>
              <w:left w:w="85" w:type="dxa"/>
              <w:bottom w:w="75" w:type="dxa"/>
              <w:right w:w="85" w:type="dxa"/>
            </w:tcMar>
            <w:vAlign w:val="center"/>
          </w:tcPr>
          <w:p w14:paraId="52E8F897" w14:textId="77777777" w:rsidR="00673E82" w:rsidRPr="009C650E" w:rsidRDefault="00673E82">
            <w:pPr>
              <w:spacing w:after="0" w:line="240" w:lineRule="auto"/>
              <w:rPr>
                <w:noProof/>
                <w:lang w:val="ro-RO"/>
              </w:rPr>
            </w:pPr>
          </w:p>
        </w:tc>
      </w:tr>
      <w:tr w:rsidR="00673E82" w:rsidRPr="009C650E" w14:paraId="433F30F7" w14:textId="77777777">
        <w:trPr>
          <w:cantSplit/>
          <w:jc w:val="center"/>
        </w:trPr>
        <w:tc>
          <w:tcPr>
            <w:tcW w:w="680" w:type="dxa"/>
            <w:shd w:val="clear" w:color="auto" w:fill="FFFFFF"/>
            <w:tcMar>
              <w:top w:w="75" w:type="dxa"/>
              <w:left w:w="85" w:type="dxa"/>
              <w:bottom w:w="75" w:type="dxa"/>
              <w:right w:w="85" w:type="dxa"/>
            </w:tcMar>
            <w:vAlign w:val="center"/>
          </w:tcPr>
          <w:p w14:paraId="5F0EFB75" w14:textId="77777777" w:rsidR="00673E82" w:rsidRPr="009C650E" w:rsidRDefault="00000000">
            <w:pPr>
              <w:spacing w:after="0" w:line="240" w:lineRule="auto"/>
              <w:jc w:val="center"/>
              <w:rPr>
                <w:noProof/>
                <w:lang w:val="ro-RO"/>
              </w:rPr>
            </w:pPr>
            <w:r w:rsidRPr="009C650E">
              <w:rPr>
                <w:noProof/>
                <w:sz w:val="14"/>
                <w:lang w:val="ro-RO"/>
              </w:rPr>
              <w:t>O-07</w:t>
            </w:r>
          </w:p>
        </w:tc>
        <w:tc>
          <w:tcPr>
            <w:tcW w:w="1531" w:type="dxa"/>
            <w:shd w:val="clear" w:color="auto" w:fill="FFFFFF"/>
            <w:tcMar>
              <w:top w:w="75" w:type="dxa"/>
              <w:left w:w="85" w:type="dxa"/>
              <w:bottom w:w="75" w:type="dxa"/>
              <w:right w:w="85" w:type="dxa"/>
            </w:tcMar>
            <w:vAlign w:val="center"/>
          </w:tcPr>
          <w:p w14:paraId="5CD1ACB1" w14:textId="77777777" w:rsidR="00673E82" w:rsidRPr="009C650E" w:rsidRDefault="00673E82">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72DADF6F"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51BA9D0F"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FFFFF"/>
            <w:tcMar>
              <w:top w:w="75" w:type="dxa"/>
              <w:left w:w="85" w:type="dxa"/>
              <w:bottom w:w="75" w:type="dxa"/>
              <w:right w:w="85" w:type="dxa"/>
            </w:tcMar>
            <w:vAlign w:val="center"/>
          </w:tcPr>
          <w:p w14:paraId="7F282C7A" w14:textId="77777777" w:rsidR="00673E82" w:rsidRPr="009C650E" w:rsidRDefault="00673E82">
            <w:pPr>
              <w:spacing w:after="0" w:line="240" w:lineRule="auto"/>
              <w:rPr>
                <w:noProof/>
                <w:lang w:val="ro-RO"/>
              </w:rPr>
            </w:pPr>
          </w:p>
        </w:tc>
      </w:tr>
      <w:tr w:rsidR="00673E82" w:rsidRPr="009C650E" w14:paraId="1AF036D5" w14:textId="77777777">
        <w:trPr>
          <w:cantSplit/>
          <w:jc w:val="center"/>
        </w:trPr>
        <w:tc>
          <w:tcPr>
            <w:tcW w:w="680" w:type="dxa"/>
            <w:shd w:val="clear" w:color="auto" w:fill="FAFAFA"/>
            <w:tcMar>
              <w:top w:w="75" w:type="dxa"/>
              <w:left w:w="85" w:type="dxa"/>
              <w:bottom w:w="75" w:type="dxa"/>
              <w:right w:w="85" w:type="dxa"/>
            </w:tcMar>
            <w:vAlign w:val="center"/>
          </w:tcPr>
          <w:p w14:paraId="6A465C41" w14:textId="77777777" w:rsidR="00673E82" w:rsidRPr="009C650E" w:rsidRDefault="00000000">
            <w:pPr>
              <w:spacing w:after="0" w:line="240" w:lineRule="auto"/>
              <w:jc w:val="center"/>
              <w:rPr>
                <w:noProof/>
                <w:lang w:val="ro-RO"/>
              </w:rPr>
            </w:pPr>
            <w:r w:rsidRPr="009C650E">
              <w:rPr>
                <w:noProof/>
                <w:sz w:val="14"/>
                <w:lang w:val="ro-RO"/>
              </w:rPr>
              <w:t>O-08</w:t>
            </w:r>
          </w:p>
        </w:tc>
        <w:tc>
          <w:tcPr>
            <w:tcW w:w="1531" w:type="dxa"/>
            <w:shd w:val="clear" w:color="auto" w:fill="FAFAFA"/>
            <w:tcMar>
              <w:top w:w="75" w:type="dxa"/>
              <w:left w:w="85" w:type="dxa"/>
              <w:bottom w:w="75" w:type="dxa"/>
              <w:right w:w="85" w:type="dxa"/>
            </w:tcMar>
            <w:vAlign w:val="center"/>
          </w:tcPr>
          <w:p w14:paraId="284E125D" w14:textId="77777777" w:rsidR="00673E82" w:rsidRPr="009C650E" w:rsidRDefault="00673E82">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56235113"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23EA3732" w14:textId="77777777" w:rsidR="00673E82" w:rsidRPr="009C650E" w:rsidRDefault="00000000">
            <w:pPr>
              <w:spacing w:after="0" w:line="240" w:lineRule="auto"/>
              <w:jc w:val="center"/>
              <w:rPr>
                <w:noProof/>
                <w:lang w:val="ro-RO"/>
              </w:rPr>
            </w:pPr>
            <w:r w:rsidRPr="009C650E">
              <w:rPr>
                <w:noProof/>
                <w:sz w:val="14"/>
                <w:lang w:val="ro-RO"/>
              </w:rPr>
              <w:t>G/A/R</w:t>
            </w:r>
          </w:p>
        </w:tc>
        <w:tc>
          <w:tcPr>
            <w:tcW w:w="3005" w:type="dxa"/>
            <w:shd w:val="clear" w:color="auto" w:fill="FAFAFA"/>
            <w:tcMar>
              <w:top w:w="75" w:type="dxa"/>
              <w:left w:w="85" w:type="dxa"/>
              <w:bottom w:w="75" w:type="dxa"/>
              <w:right w:w="85" w:type="dxa"/>
            </w:tcMar>
            <w:vAlign w:val="center"/>
          </w:tcPr>
          <w:p w14:paraId="6B544537" w14:textId="77777777" w:rsidR="00673E82" w:rsidRPr="009C650E" w:rsidRDefault="00673E82">
            <w:pPr>
              <w:spacing w:after="0" w:line="240" w:lineRule="auto"/>
              <w:rPr>
                <w:noProof/>
                <w:lang w:val="ro-RO"/>
              </w:rPr>
            </w:pPr>
          </w:p>
        </w:tc>
      </w:tr>
    </w:tbl>
    <w:p w14:paraId="0C7459EE" w14:textId="77777777" w:rsidR="00673E82" w:rsidRPr="009C650E" w:rsidRDefault="00673E82">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701"/>
        <w:gridCol w:w="5102"/>
        <w:gridCol w:w="3118"/>
      </w:tblGrid>
      <w:tr w:rsidR="00673E82" w:rsidRPr="009C650E" w14:paraId="2C5C85AA" w14:textId="77777777">
        <w:trPr>
          <w:tblHeader/>
          <w:jc w:val="center"/>
        </w:trPr>
        <w:tc>
          <w:tcPr>
            <w:tcW w:w="1701" w:type="dxa"/>
            <w:shd w:val="clear" w:color="auto" w:fill="D71920"/>
            <w:tcMar>
              <w:top w:w="75" w:type="dxa"/>
              <w:left w:w="85" w:type="dxa"/>
              <w:bottom w:w="75" w:type="dxa"/>
              <w:right w:w="85" w:type="dxa"/>
            </w:tcMar>
            <w:vAlign w:val="center"/>
          </w:tcPr>
          <w:p w14:paraId="66AABD0D" w14:textId="77777777" w:rsidR="00673E82" w:rsidRPr="009C650E" w:rsidRDefault="00000000">
            <w:pPr>
              <w:spacing w:after="0" w:line="240" w:lineRule="auto"/>
              <w:jc w:val="center"/>
              <w:rPr>
                <w:noProof/>
                <w:lang w:val="ro-RO"/>
              </w:rPr>
            </w:pPr>
            <w:r w:rsidRPr="009C650E">
              <w:rPr>
                <w:b/>
                <w:noProof/>
                <w:color w:val="FFFFFF"/>
                <w:sz w:val="15"/>
                <w:lang w:val="ro-RO"/>
              </w:rPr>
              <w:t>STATUS</w:t>
            </w:r>
          </w:p>
        </w:tc>
        <w:tc>
          <w:tcPr>
            <w:tcW w:w="5102" w:type="dxa"/>
            <w:shd w:val="clear" w:color="auto" w:fill="D71920"/>
            <w:tcMar>
              <w:top w:w="75" w:type="dxa"/>
              <w:left w:w="85" w:type="dxa"/>
              <w:bottom w:w="75" w:type="dxa"/>
              <w:right w:w="85" w:type="dxa"/>
            </w:tcMar>
            <w:vAlign w:val="center"/>
          </w:tcPr>
          <w:p w14:paraId="3F238167" w14:textId="77777777" w:rsidR="00673E82" w:rsidRPr="009C650E" w:rsidRDefault="00000000">
            <w:pPr>
              <w:spacing w:after="0" w:line="240" w:lineRule="auto"/>
              <w:jc w:val="center"/>
              <w:rPr>
                <w:noProof/>
                <w:lang w:val="ro-RO"/>
              </w:rPr>
            </w:pPr>
            <w:r w:rsidRPr="009C650E">
              <w:rPr>
                <w:b/>
                <w:noProof/>
                <w:color w:val="FFFFFF"/>
                <w:sz w:val="15"/>
                <w:lang w:val="ro-RO"/>
              </w:rPr>
              <w:t>CRITERIU</w:t>
            </w:r>
          </w:p>
        </w:tc>
        <w:tc>
          <w:tcPr>
            <w:tcW w:w="3118" w:type="dxa"/>
            <w:shd w:val="clear" w:color="auto" w:fill="D71920"/>
            <w:tcMar>
              <w:top w:w="75" w:type="dxa"/>
              <w:left w:w="85" w:type="dxa"/>
              <w:bottom w:w="75" w:type="dxa"/>
              <w:right w:w="85" w:type="dxa"/>
            </w:tcMar>
            <w:vAlign w:val="center"/>
          </w:tcPr>
          <w:p w14:paraId="5028128D" w14:textId="77777777" w:rsidR="00673E82" w:rsidRPr="009C650E" w:rsidRDefault="00000000">
            <w:pPr>
              <w:spacing w:after="0" w:line="240" w:lineRule="auto"/>
              <w:jc w:val="center"/>
              <w:rPr>
                <w:noProof/>
                <w:lang w:val="ro-RO"/>
              </w:rPr>
            </w:pPr>
            <w:r w:rsidRPr="009C650E">
              <w:rPr>
                <w:b/>
                <w:noProof/>
                <w:color w:val="FFFFFF"/>
                <w:sz w:val="15"/>
                <w:lang w:val="ro-RO"/>
              </w:rPr>
              <w:t>ACȚIUNE MANAGERIALĂ</w:t>
            </w:r>
          </w:p>
        </w:tc>
      </w:tr>
      <w:tr w:rsidR="00673E82" w:rsidRPr="009C650E" w14:paraId="706FFB95" w14:textId="77777777">
        <w:trPr>
          <w:cantSplit/>
          <w:jc w:val="center"/>
        </w:trPr>
        <w:tc>
          <w:tcPr>
            <w:tcW w:w="1701" w:type="dxa"/>
            <w:shd w:val="clear" w:color="auto" w:fill="FFFFFF"/>
            <w:tcMar>
              <w:top w:w="75" w:type="dxa"/>
              <w:left w:w="85" w:type="dxa"/>
              <w:bottom w:w="75" w:type="dxa"/>
              <w:right w:w="85" w:type="dxa"/>
            </w:tcMar>
            <w:vAlign w:val="center"/>
          </w:tcPr>
          <w:p w14:paraId="74808772" w14:textId="77777777" w:rsidR="00673E82" w:rsidRPr="009C650E" w:rsidRDefault="00000000">
            <w:pPr>
              <w:spacing w:after="0" w:line="240" w:lineRule="auto"/>
              <w:rPr>
                <w:noProof/>
                <w:lang w:val="ro-RO"/>
              </w:rPr>
            </w:pPr>
            <w:r w:rsidRPr="009C650E">
              <w:rPr>
                <w:noProof/>
                <w:sz w:val="15"/>
                <w:lang w:val="ro-RO"/>
              </w:rPr>
              <w:t>VERDE</w:t>
            </w:r>
          </w:p>
        </w:tc>
        <w:tc>
          <w:tcPr>
            <w:tcW w:w="5102" w:type="dxa"/>
            <w:shd w:val="clear" w:color="auto" w:fill="FFFFFF"/>
            <w:tcMar>
              <w:top w:w="75" w:type="dxa"/>
              <w:left w:w="85" w:type="dxa"/>
              <w:bottom w:w="75" w:type="dxa"/>
              <w:right w:w="85" w:type="dxa"/>
            </w:tcMar>
            <w:vAlign w:val="center"/>
          </w:tcPr>
          <w:p w14:paraId="01D92591" w14:textId="77777777" w:rsidR="00673E82" w:rsidRPr="009C650E" w:rsidRDefault="00000000">
            <w:pPr>
              <w:spacing w:after="0" w:line="240" w:lineRule="auto"/>
              <w:rPr>
                <w:noProof/>
                <w:lang w:val="ro-RO"/>
              </w:rPr>
            </w:pPr>
            <w:r w:rsidRPr="009C650E">
              <w:rPr>
                <w:noProof/>
                <w:sz w:val="15"/>
                <w:lang w:val="ro-RO"/>
              </w:rPr>
              <w:t>Rezultatul curent este la țintă sau traiectoria confirmă atingerea la termen.</w:t>
            </w:r>
          </w:p>
        </w:tc>
        <w:tc>
          <w:tcPr>
            <w:tcW w:w="3118" w:type="dxa"/>
            <w:shd w:val="clear" w:color="auto" w:fill="FFFFFF"/>
            <w:tcMar>
              <w:top w:w="75" w:type="dxa"/>
              <w:left w:w="85" w:type="dxa"/>
              <w:bottom w:w="75" w:type="dxa"/>
              <w:right w:w="85" w:type="dxa"/>
            </w:tcMar>
            <w:vAlign w:val="center"/>
          </w:tcPr>
          <w:p w14:paraId="0282D69D" w14:textId="77777777" w:rsidR="00673E82" w:rsidRPr="009C650E" w:rsidRDefault="00000000">
            <w:pPr>
              <w:spacing w:after="0" w:line="240" w:lineRule="auto"/>
              <w:rPr>
                <w:noProof/>
                <w:lang w:val="ro-RO"/>
              </w:rPr>
            </w:pPr>
            <w:r w:rsidRPr="009C650E">
              <w:rPr>
                <w:noProof/>
                <w:sz w:val="15"/>
                <w:lang w:val="ro-RO"/>
              </w:rPr>
              <w:t>Continuați și verificați sustenabilitatea.</w:t>
            </w:r>
          </w:p>
        </w:tc>
      </w:tr>
      <w:tr w:rsidR="00673E82" w:rsidRPr="009C650E" w14:paraId="768C6DF0" w14:textId="77777777">
        <w:trPr>
          <w:cantSplit/>
          <w:jc w:val="center"/>
        </w:trPr>
        <w:tc>
          <w:tcPr>
            <w:tcW w:w="1701" w:type="dxa"/>
            <w:shd w:val="clear" w:color="auto" w:fill="FAFAFA"/>
            <w:tcMar>
              <w:top w:w="75" w:type="dxa"/>
              <w:left w:w="85" w:type="dxa"/>
              <w:bottom w:w="75" w:type="dxa"/>
              <w:right w:w="85" w:type="dxa"/>
            </w:tcMar>
            <w:vAlign w:val="center"/>
          </w:tcPr>
          <w:p w14:paraId="13137CF6" w14:textId="77777777" w:rsidR="00673E82" w:rsidRPr="009C650E" w:rsidRDefault="00000000">
            <w:pPr>
              <w:spacing w:after="0" w:line="240" w:lineRule="auto"/>
              <w:rPr>
                <w:noProof/>
                <w:lang w:val="ro-RO"/>
              </w:rPr>
            </w:pPr>
            <w:r w:rsidRPr="009C650E">
              <w:rPr>
                <w:noProof/>
                <w:sz w:val="15"/>
                <w:lang w:val="ro-RO"/>
              </w:rPr>
              <w:t>GALBEN</w:t>
            </w:r>
          </w:p>
        </w:tc>
        <w:tc>
          <w:tcPr>
            <w:tcW w:w="5102" w:type="dxa"/>
            <w:shd w:val="clear" w:color="auto" w:fill="FAFAFA"/>
            <w:tcMar>
              <w:top w:w="75" w:type="dxa"/>
              <w:left w:w="85" w:type="dxa"/>
              <w:bottom w:w="75" w:type="dxa"/>
              <w:right w:w="85" w:type="dxa"/>
            </w:tcMar>
            <w:vAlign w:val="center"/>
          </w:tcPr>
          <w:p w14:paraId="6DADA2AF" w14:textId="77777777" w:rsidR="00673E82" w:rsidRPr="009C650E" w:rsidRDefault="00000000">
            <w:pPr>
              <w:spacing w:after="0" w:line="240" w:lineRule="auto"/>
              <w:rPr>
                <w:noProof/>
                <w:lang w:val="ro-RO"/>
              </w:rPr>
            </w:pPr>
            <w:r w:rsidRPr="009C650E">
              <w:rPr>
                <w:noProof/>
                <w:sz w:val="15"/>
                <w:lang w:val="ro-RO"/>
              </w:rPr>
              <w:t>Există abatere sau risc, dar recuperarea este realistă cu măsuri definite.</w:t>
            </w:r>
          </w:p>
        </w:tc>
        <w:tc>
          <w:tcPr>
            <w:tcW w:w="3118" w:type="dxa"/>
            <w:shd w:val="clear" w:color="auto" w:fill="FAFAFA"/>
            <w:tcMar>
              <w:top w:w="75" w:type="dxa"/>
              <w:left w:w="85" w:type="dxa"/>
              <w:bottom w:w="75" w:type="dxa"/>
              <w:right w:w="85" w:type="dxa"/>
            </w:tcMar>
            <w:vAlign w:val="center"/>
          </w:tcPr>
          <w:p w14:paraId="3947120E" w14:textId="77777777" w:rsidR="00673E82" w:rsidRPr="009C650E" w:rsidRDefault="00000000">
            <w:pPr>
              <w:spacing w:after="0" w:line="240" w:lineRule="auto"/>
              <w:rPr>
                <w:noProof/>
                <w:lang w:val="ro-RO"/>
              </w:rPr>
            </w:pPr>
            <w:r w:rsidRPr="009C650E">
              <w:rPr>
                <w:noProof/>
                <w:sz w:val="15"/>
                <w:lang w:val="ro-RO"/>
              </w:rPr>
              <w:t>Stabiliți acțiuni și termen de revenire.</w:t>
            </w:r>
          </w:p>
        </w:tc>
      </w:tr>
      <w:tr w:rsidR="00673E82" w:rsidRPr="009C650E" w14:paraId="6A4E392B" w14:textId="77777777">
        <w:trPr>
          <w:cantSplit/>
          <w:jc w:val="center"/>
        </w:trPr>
        <w:tc>
          <w:tcPr>
            <w:tcW w:w="1701" w:type="dxa"/>
            <w:shd w:val="clear" w:color="auto" w:fill="FFFFFF"/>
            <w:tcMar>
              <w:top w:w="75" w:type="dxa"/>
              <w:left w:w="85" w:type="dxa"/>
              <w:bottom w:w="75" w:type="dxa"/>
              <w:right w:w="85" w:type="dxa"/>
            </w:tcMar>
            <w:vAlign w:val="center"/>
          </w:tcPr>
          <w:p w14:paraId="04627BA3" w14:textId="77777777" w:rsidR="00673E82" w:rsidRPr="009C650E" w:rsidRDefault="00000000">
            <w:pPr>
              <w:spacing w:after="0" w:line="240" w:lineRule="auto"/>
              <w:rPr>
                <w:noProof/>
                <w:lang w:val="ro-RO"/>
              </w:rPr>
            </w:pPr>
            <w:r w:rsidRPr="009C650E">
              <w:rPr>
                <w:noProof/>
                <w:sz w:val="15"/>
                <w:lang w:val="ro-RO"/>
              </w:rPr>
              <w:t>ROȘU</w:t>
            </w:r>
          </w:p>
        </w:tc>
        <w:tc>
          <w:tcPr>
            <w:tcW w:w="5102" w:type="dxa"/>
            <w:shd w:val="clear" w:color="auto" w:fill="FFFFFF"/>
            <w:tcMar>
              <w:top w:w="75" w:type="dxa"/>
              <w:left w:w="85" w:type="dxa"/>
              <w:bottom w:w="75" w:type="dxa"/>
              <w:right w:w="85" w:type="dxa"/>
            </w:tcMar>
            <w:vAlign w:val="center"/>
          </w:tcPr>
          <w:p w14:paraId="512DE1F9" w14:textId="77777777" w:rsidR="00673E82" w:rsidRPr="009C650E" w:rsidRDefault="00000000">
            <w:pPr>
              <w:spacing w:after="0" w:line="240" w:lineRule="auto"/>
              <w:rPr>
                <w:noProof/>
                <w:lang w:val="ro-RO"/>
              </w:rPr>
            </w:pPr>
            <w:r w:rsidRPr="009C650E">
              <w:rPr>
                <w:noProof/>
                <w:sz w:val="15"/>
                <w:lang w:val="ro-RO"/>
              </w:rPr>
              <w:t>Ținta este ratată, trendul este nefavorabil ori datele sunt insuficiente.</w:t>
            </w:r>
          </w:p>
        </w:tc>
        <w:tc>
          <w:tcPr>
            <w:tcW w:w="3118" w:type="dxa"/>
            <w:shd w:val="clear" w:color="auto" w:fill="FFFFFF"/>
            <w:tcMar>
              <w:top w:w="75" w:type="dxa"/>
              <w:left w:w="85" w:type="dxa"/>
              <w:bottom w:w="75" w:type="dxa"/>
              <w:right w:w="85" w:type="dxa"/>
            </w:tcMar>
            <w:vAlign w:val="center"/>
          </w:tcPr>
          <w:p w14:paraId="6842EB6A" w14:textId="77777777" w:rsidR="00673E82" w:rsidRPr="009C650E" w:rsidRDefault="00000000">
            <w:pPr>
              <w:spacing w:after="0" w:line="240" w:lineRule="auto"/>
              <w:rPr>
                <w:noProof/>
                <w:lang w:val="ro-RO"/>
              </w:rPr>
            </w:pPr>
            <w:r w:rsidRPr="009C650E">
              <w:rPr>
                <w:noProof/>
                <w:sz w:val="15"/>
                <w:lang w:val="ro-RO"/>
              </w:rPr>
              <w:t>Analizați cauza; escaladați și decideți resurse sau schimbări.</w:t>
            </w:r>
          </w:p>
        </w:tc>
      </w:tr>
      <w:tr w:rsidR="00673E82" w:rsidRPr="009C650E" w14:paraId="14C84639" w14:textId="77777777">
        <w:trPr>
          <w:cantSplit/>
          <w:jc w:val="center"/>
        </w:trPr>
        <w:tc>
          <w:tcPr>
            <w:tcW w:w="1701" w:type="dxa"/>
            <w:shd w:val="clear" w:color="auto" w:fill="FAFAFA"/>
            <w:tcMar>
              <w:top w:w="75" w:type="dxa"/>
              <w:left w:w="85" w:type="dxa"/>
              <w:bottom w:w="75" w:type="dxa"/>
              <w:right w:w="85" w:type="dxa"/>
            </w:tcMar>
            <w:vAlign w:val="center"/>
          </w:tcPr>
          <w:p w14:paraId="55F40388" w14:textId="77777777" w:rsidR="00673E82" w:rsidRPr="009C650E" w:rsidRDefault="00000000">
            <w:pPr>
              <w:spacing w:after="0" w:line="240" w:lineRule="auto"/>
              <w:rPr>
                <w:noProof/>
                <w:lang w:val="ro-RO"/>
              </w:rPr>
            </w:pPr>
            <w:r w:rsidRPr="009C650E">
              <w:rPr>
                <w:noProof/>
                <w:sz w:val="15"/>
                <w:lang w:val="ro-RO"/>
              </w:rPr>
              <w:t>GRI</w:t>
            </w:r>
          </w:p>
        </w:tc>
        <w:tc>
          <w:tcPr>
            <w:tcW w:w="5102" w:type="dxa"/>
            <w:shd w:val="clear" w:color="auto" w:fill="FAFAFA"/>
            <w:tcMar>
              <w:top w:w="75" w:type="dxa"/>
              <w:left w:w="85" w:type="dxa"/>
              <w:bottom w:w="75" w:type="dxa"/>
              <w:right w:w="85" w:type="dxa"/>
            </w:tcMar>
            <w:vAlign w:val="center"/>
          </w:tcPr>
          <w:p w14:paraId="0D385B3D" w14:textId="77777777" w:rsidR="00673E82" w:rsidRPr="009C650E" w:rsidRDefault="00000000">
            <w:pPr>
              <w:spacing w:after="0" w:line="240" w:lineRule="auto"/>
              <w:rPr>
                <w:noProof/>
                <w:lang w:val="ro-RO"/>
              </w:rPr>
            </w:pPr>
            <w:r w:rsidRPr="009C650E">
              <w:rPr>
                <w:noProof/>
                <w:sz w:val="15"/>
                <w:lang w:val="ro-RO"/>
              </w:rPr>
              <w:t>Obiectiv neînceput, suspendat ori date nevalidate.</w:t>
            </w:r>
          </w:p>
        </w:tc>
        <w:tc>
          <w:tcPr>
            <w:tcW w:w="3118" w:type="dxa"/>
            <w:shd w:val="clear" w:color="auto" w:fill="FAFAFA"/>
            <w:tcMar>
              <w:top w:w="75" w:type="dxa"/>
              <w:left w:w="85" w:type="dxa"/>
              <w:bottom w:w="75" w:type="dxa"/>
              <w:right w:w="85" w:type="dxa"/>
            </w:tcMar>
            <w:vAlign w:val="center"/>
          </w:tcPr>
          <w:p w14:paraId="4610FD0A" w14:textId="77777777" w:rsidR="00673E82" w:rsidRPr="009C650E" w:rsidRDefault="00000000">
            <w:pPr>
              <w:spacing w:after="0" w:line="240" w:lineRule="auto"/>
              <w:rPr>
                <w:noProof/>
                <w:lang w:val="ro-RO"/>
              </w:rPr>
            </w:pPr>
            <w:r w:rsidRPr="009C650E">
              <w:rPr>
                <w:noProof/>
                <w:sz w:val="15"/>
                <w:lang w:val="ro-RO"/>
              </w:rPr>
              <w:t>Clarificați motivul și data următoarei decizii.</w:t>
            </w:r>
          </w:p>
        </w:tc>
      </w:tr>
    </w:tbl>
    <w:p w14:paraId="623AA729" w14:textId="77777777" w:rsidR="00673E82" w:rsidRPr="009C650E" w:rsidRDefault="00673E8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36CF2C17" w14:textId="77777777">
        <w:trPr>
          <w:cantSplit/>
          <w:jc w:val="center"/>
        </w:trPr>
        <w:tc>
          <w:tcPr>
            <w:tcW w:w="567" w:type="dxa"/>
            <w:shd w:val="clear" w:color="auto" w:fill="D71920"/>
            <w:tcMar>
              <w:top w:w="75" w:type="dxa"/>
              <w:left w:w="85" w:type="dxa"/>
              <w:bottom w:w="75" w:type="dxa"/>
              <w:right w:w="85" w:type="dxa"/>
            </w:tcMar>
            <w:vAlign w:val="center"/>
          </w:tcPr>
          <w:p w14:paraId="7F2BC168" w14:textId="77777777" w:rsidR="00673E82" w:rsidRPr="009C650E" w:rsidRDefault="00000000">
            <w:pPr>
              <w:spacing w:after="0" w:line="240" w:lineRule="auto"/>
              <w:jc w:val="center"/>
              <w:rPr>
                <w:noProof/>
                <w:lang w:val="ro-RO"/>
              </w:rPr>
            </w:pPr>
            <w:r w:rsidRPr="009C650E">
              <w:rPr>
                <w:b/>
                <w:noProof/>
                <w:color w:val="FFFFFF"/>
                <w:sz w:val="30"/>
                <w:lang w:val="ro-RO"/>
              </w:rPr>
              <w:t>!</w:t>
            </w:r>
          </w:p>
        </w:tc>
        <w:tc>
          <w:tcPr>
            <w:tcW w:w="9354" w:type="dxa"/>
            <w:shd w:val="clear" w:color="auto" w:fill="FCEBEC"/>
          </w:tcPr>
          <w:p w14:paraId="4CA7BA1A" w14:textId="77777777" w:rsidR="00673E82" w:rsidRPr="009C650E" w:rsidRDefault="00000000">
            <w:pPr>
              <w:spacing w:after="40"/>
              <w:rPr>
                <w:noProof/>
                <w:lang w:val="ro-RO"/>
              </w:rPr>
            </w:pPr>
            <w:r w:rsidRPr="009C650E">
              <w:rPr>
                <w:b/>
                <w:noProof/>
                <w:color w:val="D71920"/>
                <w:lang w:val="ro-RO"/>
              </w:rPr>
              <w:t>CONTROLUL DATELOR</w:t>
            </w:r>
          </w:p>
          <w:p w14:paraId="599B5315" w14:textId="77777777" w:rsidR="00673E82" w:rsidRPr="009C650E" w:rsidRDefault="00000000">
            <w:pPr>
              <w:spacing w:after="0" w:line="252" w:lineRule="auto"/>
              <w:rPr>
                <w:noProof/>
                <w:lang w:val="ro-RO"/>
              </w:rPr>
            </w:pPr>
            <w:r w:rsidRPr="009C650E">
              <w:rPr>
                <w:noProof/>
                <w:sz w:val="17"/>
                <w:lang w:val="ro-RO"/>
              </w:rPr>
              <w:t>Stabiliți sursa unică, activele incluse, severitatea, momentul de pornire/oprire al SLA, tratamentul excepțiilor și regulile pentru active indisponibile sau descoperite târziu. Păstrați vizibile atât procentul, cât și numărul și vechimea elementelor restante.</w:t>
            </w:r>
          </w:p>
        </w:tc>
      </w:tr>
    </w:tbl>
    <w:p w14:paraId="44DB3191" w14:textId="77777777" w:rsidR="00673E82" w:rsidRPr="009C650E" w:rsidRDefault="00673E82">
      <w:pPr>
        <w:spacing w:after="0"/>
        <w:rPr>
          <w:noProof/>
          <w:lang w:val="ro-RO"/>
        </w:rPr>
      </w:pPr>
    </w:p>
    <w:p w14:paraId="28095EE5"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00BB95A1" w14:textId="77777777">
        <w:trPr>
          <w:jc w:val="center"/>
        </w:trPr>
        <w:tc>
          <w:tcPr>
            <w:tcW w:w="1020" w:type="dxa"/>
            <w:shd w:val="clear" w:color="auto" w:fill="D71920"/>
            <w:tcMar>
              <w:top w:w="75" w:type="dxa"/>
              <w:left w:w="85" w:type="dxa"/>
              <w:bottom w:w="75" w:type="dxa"/>
              <w:right w:w="85" w:type="dxa"/>
            </w:tcMar>
            <w:vAlign w:val="center"/>
          </w:tcPr>
          <w:p w14:paraId="0A8A3B28"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4</w:t>
            </w:r>
          </w:p>
        </w:tc>
        <w:tc>
          <w:tcPr>
            <w:tcW w:w="8901" w:type="dxa"/>
            <w:shd w:val="clear" w:color="auto" w:fill="F3F4F5"/>
          </w:tcPr>
          <w:p w14:paraId="740C1757" w14:textId="77777777" w:rsidR="00673E82" w:rsidRPr="009C650E" w:rsidRDefault="00000000">
            <w:pPr>
              <w:spacing w:after="20"/>
              <w:rPr>
                <w:noProof/>
                <w:lang w:val="ro-RO"/>
              </w:rPr>
            </w:pPr>
            <w:r w:rsidRPr="009C650E">
              <w:rPr>
                <w:b/>
                <w:noProof/>
                <w:sz w:val="28"/>
                <w:lang w:val="ro-RO"/>
              </w:rPr>
              <w:t>Bibliotecă de obiective și indicatori</w:t>
            </w:r>
          </w:p>
          <w:p w14:paraId="0EE84C16" w14:textId="77777777" w:rsidR="00673E82" w:rsidRPr="009C650E" w:rsidRDefault="00000000">
            <w:pPr>
              <w:spacing w:after="0"/>
              <w:rPr>
                <w:noProof/>
                <w:lang w:val="ro-RO"/>
              </w:rPr>
            </w:pPr>
            <w:r w:rsidRPr="009C650E">
              <w:rPr>
                <w:noProof/>
                <w:color w:val="666666"/>
                <w:sz w:val="16"/>
                <w:lang w:val="ro-RO"/>
              </w:rPr>
              <w:t>Exemple adaptabile; selectați numai domeniile relevante pentru contextul organizației</w:t>
            </w:r>
          </w:p>
        </w:tc>
      </w:tr>
    </w:tbl>
    <w:p w14:paraId="3767E65B" w14:textId="77777777" w:rsidR="00673E82" w:rsidRPr="009C650E" w:rsidRDefault="00673E8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644"/>
        <w:gridCol w:w="2381"/>
        <w:gridCol w:w="3231"/>
        <w:gridCol w:w="2665"/>
      </w:tblGrid>
      <w:tr w:rsidR="00673E82" w:rsidRPr="009C650E" w14:paraId="0A1819F2" w14:textId="77777777">
        <w:trPr>
          <w:tblHeader/>
          <w:jc w:val="center"/>
        </w:trPr>
        <w:tc>
          <w:tcPr>
            <w:tcW w:w="1644" w:type="dxa"/>
            <w:shd w:val="clear" w:color="auto" w:fill="D71920"/>
            <w:tcMar>
              <w:top w:w="75" w:type="dxa"/>
              <w:left w:w="85" w:type="dxa"/>
              <w:bottom w:w="75" w:type="dxa"/>
              <w:right w:w="85" w:type="dxa"/>
            </w:tcMar>
            <w:vAlign w:val="center"/>
          </w:tcPr>
          <w:p w14:paraId="27FCF2A0" w14:textId="77777777" w:rsidR="00673E82" w:rsidRPr="009C650E" w:rsidRDefault="00000000">
            <w:pPr>
              <w:spacing w:after="0" w:line="240" w:lineRule="auto"/>
              <w:jc w:val="center"/>
              <w:rPr>
                <w:noProof/>
                <w:lang w:val="ro-RO"/>
              </w:rPr>
            </w:pPr>
            <w:r w:rsidRPr="009C650E">
              <w:rPr>
                <w:b/>
                <w:noProof/>
                <w:color w:val="FFFFFF"/>
                <w:sz w:val="13"/>
                <w:lang w:val="ro-RO"/>
              </w:rPr>
              <w:t>DOMENIU</w:t>
            </w:r>
          </w:p>
        </w:tc>
        <w:tc>
          <w:tcPr>
            <w:tcW w:w="2381" w:type="dxa"/>
            <w:shd w:val="clear" w:color="auto" w:fill="D71920"/>
            <w:tcMar>
              <w:top w:w="75" w:type="dxa"/>
              <w:left w:w="85" w:type="dxa"/>
              <w:bottom w:w="75" w:type="dxa"/>
              <w:right w:w="85" w:type="dxa"/>
            </w:tcMar>
            <w:vAlign w:val="center"/>
          </w:tcPr>
          <w:p w14:paraId="2DF4A098" w14:textId="77777777" w:rsidR="00673E82" w:rsidRPr="009C650E" w:rsidRDefault="00000000">
            <w:pPr>
              <w:spacing w:after="0" w:line="240" w:lineRule="auto"/>
              <w:jc w:val="center"/>
              <w:rPr>
                <w:noProof/>
                <w:lang w:val="ro-RO"/>
              </w:rPr>
            </w:pPr>
            <w:r w:rsidRPr="009C650E">
              <w:rPr>
                <w:b/>
                <w:noProof/>
                <w:color w:val="FFFFFF"/>
                <w:sz w:val="13"/>
                <w:lang w:val="ro-RO"/>
              </w:rPr>
              <w:t>DIRECȚIE DE OBIECTIV</w:t>
            </w:r>
          </w:p>
        </w:tc>
        <w:tc>
          <w:tcPr>
            <w:tcW w:w="3231" w:type="dxa"/>
            <w:shd w:val="clear" w:color="auto" w:fill="D71920"/>
            <w:tcMar>
              <w:top w:w="75" w:type="dxa"/>
              <w:left w:w="85" w:type="dxa"/>
              <w:bottom w:w="75" w:type="dxa"/>
              <w:right w:w="85" w:type="dxa"/>
            </w:tcMar>
            <w:vAlign w:val="center"/>
          </w:tcPr>
          <w:p w14:paraId="1CC1B11A" w14:textId="77777777" w:rsidR="00673E82" w:rsidRPr="009C650E" w:rsidRDefault="00000000">
            <w:pPr>
              <w:spacing w:after="0" w:line="240" w:lineRule="auto"/>
              <w:jc w:val="center"/>
              <w:rPr>
                <w:noProof/>
                <w:lang w:val="ro-RO"/>
              </w:rPr>
            </w:pPr>
            <w:r w:rsidRPr="009C650E">
              <w:rPr>
                <w:b/>
                <w:noProof/>
                <w:color w:val="FFFFFF"/>
                <w:sz w:val="13"/>
                <w:lang w:val="ro-RO"/>
              </w:rPr>
              <w:t>INDICATORI / SURSE</w:t>
            </w:r>
          </w:p>
        </w:tc>
        <w:tc>
          <w:tcPr>
            <w:tcW w:w="2665" w:type="dxa"/>
            <w:shd w:val="clear" w:color="auto" w:fill="D71920"/>
            <w:tcMar>
              <w:top w:w="75" w:type="dxa"/>
              <w:left w:w="85" w:type="dxa"/>
              <w:bottom w:w="75" w:type="dxa"/>
              <w:right w:w="85" w:type="dxa"/>
            </w:tcMar>
            <w:vAlign w:val="center"/>
          </w:tcPr>
          <w:p w14:paraId="4DB3E9AB" w14:textId="77777777" w:rsidR="00673E82" w:rsidRPr="009C650E" w:rsidRDefault="00000000">
            <w:pPr>
              <w:spacing w:after="0" w:line="240" w:lineRule="auto"/>
              <w:jc w:val="center"/>
              <w:rPr>
                <w:noProof/>
                <w:lang w:val="ro-RO"/>
              </w:rPr>
            </w:pPr>
            <w:r w:rsidRPr="009C650E">
              <w:rPr>
                <w:b/>
                <w:noProof/>
                <w:color w:val="FFFFFF"/>
                <w:sz w:val="13"/>
                <w:lang w:val="ro-RO"/>
              </w:rPr>
              <w:t>PRECAUȚIE</w:t>
            </w:r>
          </w:p>
        </w:tc>
      </w:tr>
      <w:tr w:rsidR="00673E82" w:rsidRPr="009C650E" w14:paraId="7ADDC403" w14:textId="77777777">
        <w:trPr>
          <w:cantSplit/>
          <w:jc w:val="center"/>
        </w:trPr>
        <w:tc>
          <w:tcPr>
            <w:tcW w:w="1644" w:type="dxa"/>
            <w:shd w:val="clear" w:color="auto" w:fill="FFFFFF"/>
            <w:tcMar>
              <w:top w:w="75" w:type="dxa"/>
              <w:left w:w="85" w:type="dxa"/>
              <w:bottom w:w="75" w:type="dxa"/>
              <w:right w:w="85" w:type="dxa"/>
            </w:tcMar>
            <w:vAlign w:val="center"/>
          </w:tcPr>
          <w:p w14:paraId="59A7FDB4" w14:textId="77777777" w:rsidR="00673E82" w:rsidRPr="009C650E" w:rsidRDefault="00000000">
            <w:pPr>
              <w:spacing w:after="0" w:line="240" w:lineRule="auto"/>
              <w:rPr>
                <w:noProof/>
                <w:lang w:val="ro-RO"/>
              </w:rPr>
            </w:pPr>
            <w:r w:rsidRPr="009C650E">
              <w:rPr>
                <w:noProof/>
                <w:sz w:val="13"/>
                <w:lang w:val="ro-RO"/>
              </w:rPr>
              <w:t>Guvernanță și risc</w:t>
            </w:r>
          </w:p>
        </w:tc>
        <w:tc>
          <w:tcPr>
            <w:tcW w:w="2381" w:type="dxa"/>
            <w:shd w:val="clear" w:color="auto" w:fill="FFFFFF"/>
            <w:tcMar>
              <w:top w:w="75" w:type="dxa"/>
              <w:left w:w="85" w:type="dxa"/>
              <w:bottom w:w="75" w:type="dxa"/>
              <w:right w:w="85" w:type="dxa"/>
            </w:tcMar>
            <w:vAlign w:val="center"/>
          </w:tcPr>
          <w:p w14:paraId="1CBCC35A" w14:textId="77777777" w:rsidR="00673E82" w:rsidRPr="009C650E" w:rsidRDefault="00000000">
            <w:pPr>
              <w:spacing w:after="0" w:line="240" w:lineRule="auto"/>
              <w:rPr>
                <w:noProof/>
                <w:lang w:val="ro-RO"/>
              </w:rPr>
            </w:pPr>
            <w:r w:rsidRPr="009C650E">
              <w:rPr>
                <w:noProof/>
                <w:sz w:val="13"/>
                <w:lang w:val="ro-RO"/>
              </w:rPr>
              <w:t>Reducerea riscurilor peste criteriul de acceptare și închiderea tratamentelor prioritare.</w:t>
            </w:r>
          </w:p>
        </w:tc>
        <w:tc>
          <w:tcPr>
            <w:tcW w:w="3231" w:type="dxa"/>
            <w:shd w:val="clear" w:color="auto" w:fill="FFFFFF"/>
            <w:tcMar>
              <w:top w:w="75" w:type="dxa"/>
              <w:left w:w="85" w:type="dxa"/>
              <w:bottom w:w="75" w:type="dxa"/>
              <w:right w:w="85" w:type="dxa"/>
            </w:tcMar>
            <w:vAlign w:val="center"/>
          </w:tcPr>
          <w:p w14:paraId="109F08D3" w14:textId="77777777" w:rsidR="00673E82" w:rsidRPr="009C650E" w:rsidRDefault="00000000">
            <w:pPr>
              <w:spacing w:after="0" w:line="240" w:lineRule="auto"/>
              <w:rPr>
                <w:noProof/>
                <w:lang w:val="ro-RO"/>
              </w:rPr>
            </w:pPr>
            <w:r w:rsidRPr="009C650E">
              <w:rPr>
                <w:noProof/>
                <w:sz w:val="13"/>
                <w:lang w:val="ro-RO"/>
              </w:rPr>
              <w:t>% riscuri tratate eficace; risc rezidual; vechime acțiuni; excepții.</w:t>
            </w:r>
          </w:p>
        </w:tc>
        <w:tc>
          <w:tcPr>
            <w:tcW w:w="2665" w:type="dxa"/>
            <w:shd w:val="clear" w:color="auto" w:fill="FFFFFF"/>
            <w:tcMar>
              <w:top w:w="75" w:type="dxa"/>
              <w:left w:w="85" w:type="dxa"/>
              <w:bottom w:w="75" w:type="dxa"/>
              <w:right w:w="85" w:type="dxa"/>
            </w:tcMar>
            <w:vAlign w:val="center"/>
          </w:tcPr>
          <w:p w14:paraId="402231D0" w14:textId="77777777" w:rsidR="00673E82" w:rsidRPr="009C650E" w:rsidRDefault="00000000">
            <w:pPr>
              <w:spacing w:after="0" w:line="240" w:lineRule="auto"/>
              <w:rPr>
                <w:noProof/>
                <w:lang w:val="ro-RO"/>
              </w:rPr>
            </w:pPr>
            <w:r w:rsidRPr="009C650E">
              <w:rPr>
                <w:noProof/>
                <w:sz w:val="13"/>
                <w:lang w:val="ro-RO"/>
              </w:rPr>
              <w:t>Închiderea administrativă nu dovedește reducerea riscului.</w:t>
            </w:r>
          </w:p>
        </w:tc>
      </w:tr>
      <w:tr w:rsidR="00673E82" w:rsidRPr="009C650E" w14:paraId="6623D4BA" w14:textId="77777777">
        <w:trPr>
          <w:cantSplit/>
          <w:jc w:val="center"/>
        </w:trPr>
        <w:tc>
          <w:tcPr>
            <w:tcW w:w="1644" w:type="dxa"/>
            <w:shd w:val="clear" w:color="auto" w:fill="FAFAFA"/>
            <w:tcMar>
              <w:top w:w="75" w:type="dxa"/>
              <w:left w:w="85" w:type="dxa"/>
              <w:bottom w:w="75" w:type="dxa"/>
              <w:right w:w="85" w:type="dxa"/>
            </w:tcMar>
            <w:vAlign w:val="center"/>
          </w:tcPr>
          <w:p w14:paraId="28B5A3EC" w14:textId="77777777" w:rsidR="00673E82" w:rsidRPr="009C650E" w:rsidRDefault="00000000">
            <w:pPr>
              <w:spacing w:after="0" w:line="240" w:lineRule="auto"/>
              <w:rPr>
                <w:noProof/>
                <w:lang w:val="ro-RO"/>
              </w:rPr>
            </w:pPr>
            <w:r w:rsidRPr="009C650E">
              <w:rPr>
                <w:noProof/>
                <w:sz w:val="13"/>
                <w:lang w:val="ro-RO"/>
              </w:rPr>
              <w:t>Identitate și acces</w:t>
            </w:r>
          </w:p>
        </w:tc>
        <w:tc>
          <w:tcPr>
            <w:tcW w:w="2381" w:type="dxa"/>
            <w:shd w:val="clear" w:color="auto" w:fill="FAFAFA"/>
            <w:tcMar>
              <w:top w:w="75" w:type="dxa"/>
              <w:left w:w="85" w:type="dxa"/>
              <w:bottom w:w="75" w:type="dxa"/>
              <w:right w:w="85" w:type="dxa"/>
            </w:tcMar>
            <w:vAlign w:val="center"/>
          </w:tcPr>
          <w:p w14:paraId="5B5E5FE3" w14:textId="77777777" w:rsidR="00673E82" w:rsidRPr="009C650E" w:rsidRDefault="00000000">
            <w:pPr>
              <w:spacing w:after="0" w:line="240" w:lineRule="auto"/>
              <w:rPr>
                <w:noProof/>
                <w:lang w:val="ro-RO"/>
              </w:rPr>
            </w:pPr>
            <w:r w:rsidRPr="009C650E">
              <w:rPr>
                <w:noProof/>
                <w:sz w:val="13"/>
                <w:lang w:val="ro-RO"/>
              </w:rPr>
              <w:t>Reducerea accesului excesiv și creșterea autentificării robuste.</w:t>
            </w:r>
          </w:p>
        </w:tc>
        <w:tc>
          <w:tcPr>
            <w:tcW w:w="3231" w:type="dxa"/>
            <w:shd w:val="clear" w:color="auto" w:fill="FAFAFA"/>
            <w:tcMar>
              <w:top w:w="75" w:type="dxa"/>
              <w:left w:w="85" w:type="dxa"/>
              <w:bottom w:w="75" w:type="dxa"/>
              <w:right w:w="85" w:type="dxa"/>
            </w:tcMar>
            <w:vAlign w:val="center"/>
          </w:tcPr>
          <w:p w14:paraId="4E91686C" w14:textId="77777777" w:rsidR="00673E82" w:rsidRPr="009C650E" w:rsidRDefault="00000000">
            <w:pPr>
              <w:spacing w:after="0" w:line="240" w:lineRule="auto"/>
              <w:rPr>
                <w:noProof/>
                <w:lang w:val="ro-RO"/>
              </w:rPr>
            </w:pPr>
            <w:r w:rsidRPr="009C650E">
              <w:rPr>
                <w:noProof/>
                <w:sz w:val="13"/>
                <w:lang w:val="ro-RO"/>
              </w:rPr>
              <w:t>Acoperire MFA; conturi privilegiate; acces nejustificat; timp de revocare.</w:t>
            </w:r>
          </w:p>
        </w:tc>
        <w:tc>
          <w:tcPr>
            <w:tcW w:w="2665" w:type="dxa"/>
            <w:shd w:val="clear" w:color="auto" w:fill="FAFAFA"/>
            <w:tcMar>
              <w:top w:w="75" w:type="dxa"/>
              <w:left w:w="85" w:type="dxa"/>
              <w:bottom w:w="75" w:type="dxa"/>
              <w:right w:w="85" w:type="dxa"/>
            </w:tcMar>
            <w:vAlign w:val="center"/>
          </w:tcPr>
          <w:p w14:paraId="3B5FD2B9" w14:textId="77777777" w:rsidR="00673E82" w:rsidRPr="009C650E" w:rsidRDefault="00000000">
            <w:pPr>
              <w:spacing w:after="0" w:line="240" w:lineRule="auto"/>
              <w:rPr>
                <w:noProof/>
                <w:lang w:val="ro-RO"/>
              </w:rPr>
            </w:pPr>
            <w:r w:rsidRPr="009C650E">
              <w:rPr>
                <w:noProof/>
                <w:sz w:val="13"/>
                <w:lang w:val="ro-RO"/>
              </w:rPr>
              <w:t>Nu măsurați doar licențele sau conturile înscrise.</w:t>
            </w:r>
          </w:p>
        </w:tc>
      </w:tr>
      <w:tr w:rsidR="00673E82" w:rsidRPr="009C650E" w14:paraId="28B56680" w14:textId="77777777">
        <w:trPr>
          <w:cantSplit/>
          <w:jc w:val="center"/>
        </w:trPr>
        <w:tc>
          <w:tcPr>
            <w:tcW w:w="1644" w:type="dxa"/>
            <w:shd w:val="clear" w:color="auto" w:fill="FFFFFF"/>
            <w:tcMar>
              <w:top w:w="75" w:type="dxa"/>
              <w:left w:w="85" w:type="dxa"/>
              <w:bottom w:w="75" w:type="dxa"/>
              <w:right w:w="85" w:type="dxa"/>
            </w:tcMar>
            <w:vAlign w:val="center"/>
          </w:tcPr>
          <w:p w14:paraId="07A4D564" w14:textId="77777777" w:rsidR="00673E82" w:rsidRPr="009C650E" w:rsidRDefault="00000000">
            <w:pPr>
              <w:spacing w:after="0" w:line="240" w:lineRule="auto"/>
              <w:rPr>
                <w:noProof/>
                <w:lang w:val="ro-RO"/>
              </w:rPr>
            </w:pPr>
            <w:r w:rsidRPr="009C650E">
              <w:rPr>
                <w:noProof/>
                <w:sz w:val="13"/>
                <w:lang w:val="ro-RO"/>
              </w:rPr>
              <w:t>Vulnerabilități</w:t>
            </w:r>
          </w:p>
        </w:tc>
        <w:tc>
          <w:tcPr>
            <w:tcW w:w="2381" w:type="dxa"/>
            <w:shd w:val="clear" w:color="auto" w:fill="FFFFFF"/>
            <w:tcMar>
              <w:top w:w="75" w:type="dxa"/>
              <w:left w:w="85" w:type="dxa"/>
              <w:bottom w:w="75" w:type="dxa"/>
              <w:right w:w="85" w:type="dxa"/>
            </w:tcMar>
            <w:vAlign w:val="center"/>
          </w:tcPr>
          <w:p w14:paraId="599B0D6E" w14:textId="77777777" w:rsidR="00673E82" w:rsidRPr="009C650E" w:rsidRDefault="00000000">
            <w:pPr>
              <w:spacing w:after="0" w:line="240" w:lineRule="auto"/>
              <w:rPr>
                <w:noProof/>
                <w:lang w:val="ro-RO"/>
              </w:rPr>
            </w:pPr>
            <w:r w:rsidRPr="009C650E">
              <w:rPr>
                <w:noProof/>
                <w:sz w:val="13"/>
                <w:lang w:val="ro-RO"/>
              </w:rPr>
              <w:t>Reducerea ferestrei de expunere a activelor critice.</w:t>
            </w:r>
          </w:p>
        </w:tc>
        <w:tc>
          <w:tcPr>
            <w:tcW w:w="3231" w:type="dxa"/>
            <w:shd w:val="clear" w:color="auto" w:fill="FFFFFF"/>
            <w:tcMar>
              <w:top w:w="75" w:type="dxa"/>
              <w:left w:w="85" w:type="dxa"/>
              <w:bottom w:w="75" w:type="dxa"/>
              <w:right w:w="85" w:type="dxa"/>
            </w:tcMar>
            <w:vAlign w:val="center"/>
          </w:tcPr>
          <w:p w14:paraId="2C5F2654" w14:textId="77777777" w:rsidR="00673E82" w:rsidRPr="009C650E" w:rsidRDefault="00000000">
            <w:pPr>
              <w:spacing w:after="0" w:line="240" w:lineRule="auto"/>
              <w:rPr>
                <w:noProof/>
                <w:lang w:val="ro-RO"/>
              </w:rPr>
            </w:pPr>
            <w:r w:rsidRPr="009C650E">
              <w:rPr>
                <w:noProof/>
                <w:sz w:val="13"/>
                <w:lang w:val="ro-RO"/>
              </w:rPr>
              <w:t>% remediate în SLA; vârsta mediană/maximă; active neacoperite; excepții.</w:t>
            </w:r>
          </w:p>
        </w:tc>
        <w:tc>
          <w:tcPr>
            <w:tcW w:w="2665" w:type="dxa"/>
            <w:shd w:val="clear" w:color="auto" w:fill="FFFFFF"/>
            <w:tcMar>
              <w:top w:w="75" w:type="dxa"/>
              <w:left w:w="85" w:type="dxa"/>
              <w:bottom w:w="75" w:type="dxa"/>
              <w:right w:w="85" w:type="dxa"/>
            </w:tcMar>
            <w:vAlign w:val="center"/>
          </w:tcPr>
          <w:p w14:paraId="594E3789" w14:textId="77777777" w:rsidR="00673E82" w:rsidRPr="009C650E" w:rsidRDefault="00000000">
            <w:pPr>
              <w:spacing w:after="0" w:line="240" w:lineRule="auto"/>
              <w:rPr>
                <w:noProof/>
                <w:lang w:val="ro-RO"/>
              </w:rPr>
            </w:pPr>
            <w:r w:rsidRPr="009C650E">
              <w:rPr>
                <w:noProof/>
                <w:sz w:val="13"/>
                <w:lang w:val="ro-RO"/>
              </w:rPr>
              <w:t>Clasificarea severității și inventarul trebuie protejate de manipulare.</w:t>
            </w:r>
          </w:p>
        </w:tc>
      </w:tr>
      <w:tr w:rsidR="00673E82" w:rsidRPr="009C650E" w14:paraId="2007C114" w14:textId="77777777">
        <w:trPr>
          <w:cantSplit/>
          <w:jc w:val="center"/>
        </w:trPr>
        <w:tc>
          <w:tcPr>
            <w:tcW w:w="1644" w:type="dxa"/>
            <w:shd w:val="clear" w:color="auto" w:fill="FAFAFA"/>
            <w:tcMar>
              <w:top w:w="75" w:type="dxa"/>
              <w:left w:w="85" w:type="dxa"/>
              <w:bottom w:w="75" w:type="dxa"/>
              <w:right w:w="85" w:type="dxa"/>
            </w:tcMar>
            <w:vAlign w:val="center"/>
          </w:tcPr>
          <w:p w14:paraId="522A0D46" w14:textId="77777777" w:rsidR="00673E82" w:rsidRPr="009C650E" w:rsidRDefault="00000000">
            <w:pPr>
              <w:spacing w:after="0" w:line="240" w:lineRule="auto"/>
              <w:rPr>
                <w:noProof/>
                <w:lang w:val="ro-RO"/>
              </w:rPr>
            </w:pPr>
            <w:r w:rsidRPr="009C650E">
              <w:rPr>
                <w:noProof/>
                <w:sz w:val="13"/>
                <w:lang w:val="ro-RO"/>
              </w:rPr>
              <w:t>Configurare / endpoint</w:t>
            </w:r>
          </w:p>
        </w:tc>
        <w:tc>
          <w:tcPr>
            <w:tcW w:w="2381" w:type="dxa"/>
            <w:shd w:val="clear" w:color="auto" w:fill="FAFAFA"/>
            <w:tcMar>
              <w:top w:w="75" w:type="dxa"/>
              <w:left w:w="85" w:type="dxa"/>
              <w:bottom w:w="75" w:type="dxa"/>
              <w:right w:w="85" w:type="dxa"/>
            </w:tcMar>
            <w:vAlign w:val="center"/>
          </w:tcPr>
          <w:p w14:paraId="324C08ED" w14:textId="77777777" w:rsidR="00673E82" w:rsidRPr="009C650E" w:rsidRDefault="00000000">
            <w:pPr>
              <w:spacing w:after="0" w:line="240" w:lineRule="auto"/>
              <w:rPr>
                <w:noProof/>
                <w:lang w:val="ro-RO"/>
              </w:rPr>
            </w:pPr>
            <w:r w:rsidRPr="009C650E">
              <w:rPr>
                <w:noProof/>
                <w:sz w:val="13"/>
                <w:lang w:val="ro-RO"/>
              </w:rPr>
              <w:t>Creșterea conformării cu configurațiile securizate și detectarea abaterilor.</w:t>
            </w:r>
          </w:p>
        </w:tc>
        <w:tc>
          <w:tcPr>
            <w:tcW w:w="3231" w:type="dxa"/>
            <w:shd w:val="clear" w:color="auto" w:fill="FAFAFA"/>
            <w:tcMar>
              <w:top w:w="75" w:type="dxa"/>
              <w:left w:w="85" w:type="dxa"/>
              <w:bottom w:w="75" w:type="dxa"/>
              <w:right w:w="85" w:type="dxa"/>
            </w:tcMar>
            <w:vAlign w:val="center"/>
          </w:tcPr>
          <w:p w14:paraId="29FF456A" w14:textId="77777777" w:rsidR="00673E82" w:rsidRPr="009C650E" w:rsidRDefault="00000000">
            <w:pPr>
              <w:spacing w:after="0" w:line="240" w:lineRule="auto"/>
              <w:rPr>
                <w:noProof/>
                <w:lang w:val="ro-RO"/>
              </w:rPr>
            </w:pPr>
            <w:r w:rsidRPr="009C650E">
              <w:rPr>
                <w:noProof/>
                <w:sz w:val="13"/>
                <w:lang w:val="ro-RO"/>
              </w:rPr>
              <w:t>% active conforme; deviații critice; timp remediere; acoperire EDR.</w:t>
            </w:r>
          </w:p>
        </w:tc>
        <w:tc>
          <w:tcPr>
            <w:tcW w:w="2665" w:type="dxa"/>
            <w:shd w:val="clear" w:color="auto" w:fill="FAFAFA"/>
            <w:tcMar>
              <w:top w:w="75" w:type="dxa"/>
              <w:left w:w="85" w:type="dxa"/>
              <w:bottom w:w="75" w:type="dxa"/>
              <w:right w:w="85" w:type="dxa"/>
            </w:tcMar>
            <w:vAlign w:val="center"/>
          </w:tcPr>
          <w:p w14:paraId="4116BAC4" w14:textId="77777777" w:rsidR="00673E82" w:rsidRPr="009C650E" w:rsidRDefault="00000000">
            <w:pPr>
              <w:spacing w:after="0" w:line="240" w:lineRule="auto"/>
              <w:rPr>
                <w:noProof/>
                <w:lang w:val="ro-RO"/>
              </w:rPr>
            </w:pPr>
            <w:r w:rsidRPr="009C650E">
              <w:rPr>
                <w:noProof/>
                <w:sz w:val="13"/>
                <w:lang w:val="ro-RO"/>
              </w:rPr>
              <w:t>Acoperirea agentului nu demonstrează că politicile funcționează.</w:t>
            </w:r>
          </w:p>
        </w:tc>
      </w:tr>
      <w:tr w:rsidR="00673E82" w:rsidRPr="009C650E" w14:paraId="6D083FA1" w14:textId="77777777">
        <w:trPr>
          <w:cantSplit/>
          <w:jc w:val="center"/>
        </w:trPr>
        <w:tc>
          <w:tcPr>
            <w:tcW w:w="1644" w:type="dxa"/>
            <w:shd w:val="clear" w:color="auto" w:fill="FFFFFF"/>
            <w:tcMar>
              <w:top w:w="75" w:type="dxa"/>
              <w:left w:w="85" w:type="dxa"/>
              <w:bottom w:w="75" w:type="dxa"/>
              <w:right w:w="85" w:type="dxa"/>
            </w:tcMar>
            <w:vAlign w:val="center"/>
          </w:tcPr>
          <w:p w14:paraId="6486E7DE" w14:textId="77777777" w:rsidR="00673E82" w:rsidRPr="009C650E" w:rsidRDefault="00000000">
            <w:pPr>
              <w:spacing w:after="0" w:line="240" w:lineRule="auto"/>
              <w:rPr>
                <w:noProof/>
                <w:lang w:val="ro-RO"/>
              </w:rPr>
            </w:pPr>
            <w:r w:rsidRPr="009C650E">
              <w:rPr>
                <w:noProof/>
                <w:sz w:val="13"/>
                <w:lang w:val="ro-RO"/>
              </w:rPr>
              <w:t>Backup și recuperare</w:t>
            </w:r>
          </w:p>
        </w:tc>
        <w:tc>
          <w:tcPr>
            <w:tcW w:w="2381" w:type="dxa"/>
            <w:shd w:val="clear" w:color="auto" w:fill="FFFFFF"/>
            <w:tcMar>
              <w:top w:w="75" w:type="dxa"/>
              <w:left w:w="85" w:type="dxa"/>
              <w:bottom w:w="75" w:type="dxa"/>
              <w:right w:w="85" w:type="dxa"/>
            </w:tcMar>
            <w:vAlign w:val="center"/>
          </w:tcPr>
          <w:p w14:paraId="267A140E" w14:textId="77777777" w:rsidR="00673E82" w:rsidRPr="009C650E" w:rsidRDefault="00000000">
            <w:pPr>
              <w:spacing w:after="0" w:line="240" w:lineRule="auto"/>
              <w:rPr>
                <w:noProof/>
                <w:lang w:val="ro-RO"/>
              </w:rPr>
            </w:pPr>
            <w:r w:rsidRPr="009C650E">
              <w:rPr>
                <w:noProof/>
                <w:sz w:val="13"/>
                <w:lang w:val="ro-RO"/>
              </w:rPr>
              <w:t>Creșterea recuperabilității serviciilor și datelor critice.</w:t>
            </w:r>
          </w:p>
        </w:tc>
        <w:tc>
          <w:tcPr>
            <w:tcW w:w="3231" w:type="dxa"/>
            <w:shd w:val="clear" w:color="auto" w:fill="FFFFFF"/>
            <w:tcMar>
              <w:top w:w="75" w:type="dxa"/>
              <w:left w:w="85" w:type="dxa"/>
              <w:bottom w:w="75" w:type="dxa"/>
              <w:right w:w="85" w:type="dxa"/>
            </w:tcMar>
            <w:vAlign w:val="center"/>
          </w:tcPr>
          <w:p w14:paraId="34601FD9" w14:textId="77777777" w:rsidR="00673E82" w:rsidRPr="009C650E" w:rsidRDefault="00000000">
            <w:pPr>
              <w:spacing w:after="0" w:line="240" w:lineRule="auto"/>
              <w:rPr>
                <w:noProof/>
                <w:lang w:val="ro-RO"/>
              </w:rPr>
            </w:pPr>
            <w:r w:rsidRPr="009C650E">
              <w:rPr>
                <w:noProof/>
                <w:sz w:val="13"/>
                <w:lang w:val="ro-RO"/>
              </w:rPr>
              <w:t>% teste reușite; RPO/RTO realizat; copii izolate; defecte recurente.</w:t>
            </w:r>
          </w:p>
        </w:tc>
        <w:tc>
          <w:tcPr>
            <w:tcW w:w="2665" w:type="dxa"/>
            <w:shd w:val="clear" w:color="auto" w:fill="FFFFFF"/>
            <w:tcMar>
              <w:top w:w="75" w:type="dxa"/>
              <w:left w:w="85" w:type="dxa"/>
              <w:bottom w:w="75" w:type="dxa"/>
              <w:right w:w="85" w:type="dxa"/>
            </w:tcMar>
            <w:vAlign w:val="center"/>
          </w:tcPr>
          <w:p w14:paraId="66B29B9A" w14:textId="77777777" w:rsidR="00673E82" w:rsidRPr="009C650E" w:rsidRDefault="00000000">
            <w:pPr>
              <w:spacing w:after="0" w:line="240" w:lineRule="auto"/>
              <w:rPr>
                <w:noProof/>
                <w:lang w:val="ro-RO"/>
              </w:rPr>
            </w:pPr>
            <w:r w:rsidRPr="009C650E">
              <w:rPr>
                <w:noProof/>
                <w:sz w:val="13"/>
                <w:lang w:val="ro-RO"/>
              </w:rPr>
              <w:t>„Backup finalizat” fără restaurare testată este insuficient.</w:t>
            </w:r>
          </w:p>
        </w:tc>
      </w:tr>
      <w:tr w:rsidR="00673E82" w:rsidRPr="009C650E" w14:paraId="61B22F6C" w14:textId="77777777">
        <w:trPr>
          <w:cantSplit/>
          <w:jc w:val="center"/>
        </w:trPr>
        <w:tc>
          <w:tcPr>
            <w:tcW w:w="1644" w:type="dxa"/>
            <w:shd w:val="clear" w:color="auto" w:fill="FAFAFA"/>
            <w:tcMar>
              <w:top w:w="75" w:type="dxa"/>
              <w:left w:w="85" w:type="dxa"/>
              <w:bottom w:w="75" w:type="dxa"/>
              <w:right w:w="85" w:type="dxa"/>
            </w:tcMar>
            <w:vAlign w:val="center"/>
          </w:tcPr>
          <w:p w14:paraId="707DF7C6" w14:textId="77777777" w:rsidR="00673E82" w:rsidRPr="009C650E" w:rsidRDefault="00000000">
            <w:pPr>
              <w:spacing w:after="0" w:line="240" w:lineRule="auto"/>
              <w:rPr>
                <w:noProof/>
                <w:lang w:val="ro-RO"/>
              </w:rPr>
            </w:pPr>
            <w:r w:rsidRPr="009C650E">
              <w:rPr>
                <w:noProof/>
                <w:sz w:val="13"/>
                <w:lang w:val="ro-RO"/>
              </w:rPr>
              <w:t>Incidente</w:t>
            </w:r>
          </w:p>
        </w:tc>
        <w:tc>
          <w:tcPr>
            <w:tcW w:w="2381" w:type="dxa"/>
            <w:shd w:val="clear" w:color="auto" w:fill="FAFAFA"/>
            <w:tcMar>
              <w:top w:w="75" w:type="dxa"/>
              <w:left w:w="85" w:type="dxa"/>
              <w:bottom w:w="75" w:type="dxa"/>
              <w:right w:w="85" w:type="dxa"/>
            </w:tcMar>
            <w:vAlign w:val="center"/>
          </w:tcPr>
          <w:p w14:paraId="2B976389" w14:textId="77777777" w:rsidR="00673E82" w:rsidRPr="009C650E" w:rsidRDefault="00000000">
            <w:pPr>
              <w:spacing w:after="0" w:line="240" w:lineRule="auto"/>
              <w:rPr>
                <w:noProof/>
                <w:lang w:val="ro-RO"/>
              </w:rPr>
            </w:pPr>
            <w:r w:rsidRPr="009C650E">
              <w:rPr>
                <w:noProof/>
                <w:sz w:val="13"/>
                <w:lang w:val="ro-RO"/>
              </w:rPr>
              <w:t>Reducerea timpului de detectare, limitare și recuperare.</w:t>
            </w:r>
          </w:p>
        </w:tc>
        <w:tc>
          <w:tcPr>
            <w:tcW w:w="3231" w:type="dxa"/>
            <w:shd w:val="clear" w:color="auto" w:fill="FAFAFA"/>
            <w:tcMar>
              <w:top w:w="75" w:type="dxa"/>
              <w:left w:w="85" w:type="dxa"/>
              <w:bottom w:w="75" w:type="dxa"/>
              <w:right w:w="85" w:type="dxa"/>
            </w:tcMar>
            <w:vAlign w:val="center"/>
          </w:tcPr>
          <w:p w14:paraId="69D25B4E" w14:textId="77777777" w:rsidR="00673E82" w:rsidRPr="009C650E" w:rsidRDefault="00000000">
            <w:pPr>
              <w:spacing w:after="0" w:line="240" w:lineRule="auto"/>
              <w:rPr>
                <w:noProof/>
                <w:lang w:val="ro-RO"/>
              </w:rPr>
            </w:pPr>
            <w:r w:rsidRPr="009C650E">
              <w:rPr>
                <w:noProof/>
                <w:sz w:val="13"/>
                <w:lang w:val="ro-RO"/>
              </w:rPr>
              <w:t>MTTD/MTTC/MTTR; severitate; recurență; acțiuni post-incident.</w:t>
            </w:r>
          </w:p>
        </w:tc>
        <w:tc>
          <w:tcPr>
            <w:tcW w:w="2665" w:type="dxa"/>
            <w:shd w:val="clear" w:color="auto" w:fill="FAFAFA"/>
            <w:tcMar>
              <w:top w:w="75" w:type="dxa"/>
              <w:left w:w="85" w:type="dxa"/>
              <w:bottom w:w="75" w:type="dxa"/>
              <w:right w:w="85" w:type="dxa"/>
            </w:tcMar>
            <w:vAlign w:val="center"/>
          </w:tcPr>
          <w:p w14:paraId="4605A5B0" w14:textId="77777777" w:rsidR="00673E82" w:rsidRPr="009C650E" w:rsidRDefault="00000000">
            <w:pPr>
              <w:spacing w:after="0" w:line="240" w:lineRule="auto"/>
              <w:rPr>
                <w:noProof/>
                <w:lang w:val="ro-RO"/>
              </w:rPr>
            </w:pPr>
            <w:r w:rsidRPr="009C650E">
              <w:rPr>
                <w:noProof/>
                <w:sz w:val="13"/>
                <w:lang w:val="ro-RO"/>
              </w:rPr>
              <w:t>Nu urmăriți doar numărul incidentelor; detectarea mai bună poate crește volumul.</w:t>
            </w:r>
          </w:p>
        </w:tc>
      </w:tr>
      <w:tr w:rsidR="00673E82" w:rsidRPr="009C650E" w14:paraId="49BDE76F" w14:textId="77777777">
        <w:trPr>
          <w:cantSplit/>
          <w:jc w:val="center"/>
        </w:trPr>
        <w:tc>
          <w:tcPr>
            <w:tcW w:w="1644" w:type="dxa"/>
            <w:shd w:val="clear" w:color="auto" w:fill="FFFFFF"/>
            <w:tcMar>
              <w:top w:w="75" w:type="dxa"/>
              <w:left w:w="85" w:type="dxa"/>
              <w:bottom w:w="75" w:type="dxa"/>
              <w:right w:w="85" w:type="dxa"/>
            </w:tcMar>
            <w:vAlign w:val="center"/>
          </w:tcPr>
          <w:p w14:paraId="0BD21DF3" w14:textId="77777777" w:rsidR="00673E82" w:rsidRPr="009C650E" w:rsidRDefault="00000000">
            <w:pPr>
              <w:spacing w:after="0" w:line="240" w:lineRule="auto"/>
              <w:rPr>
                <w:noProof/>
                <w:lang w:val="ro-RO"/>
              </w:rPr>
            </w:pPr>
            <w:r w:rsidRPr="009C650E">
              <w:rPr>
                <w:noProof/>
                <w:sz w:val="13"/>
                <w:lang w:val="ro-RO"/>
              </w:rPr>
              <w:t>Monitorizare și logare</w:t>
            </w:r>
          </w:p>
        </w:tc>
        <w:tc>
          <w:tcPr>
            <w:tcW w:w="2381" w:type="dxa"/>
            <w:shd w:val="clear" w:color="auto" w:fill="FFFFFF"/>
            <w:tcMar>
              <w:top w:w="75" w:type="dxa"/>
              <w:left w:w="85" w:type="dxa"/>
              <w:bottom w:w="75" w:type="dxa"/>
              <w:right w:w="85" w:type="dxa"/>
            </w:tcMar>
            <w:vAlign w:val="center"/>
          </w:tcPr>
          <w:p w14:paraId="16D3B358" w14:textId="77777777" w:rsidR="00673E82" w:rsidRPr="009C650E" w:rsidRDefault="00000000">
            <w:pPr>
              <w:spacing w:after="0" w:line="240" w:lineRule="auto"/>
              <w:rPr>
                <w:noProof/>
                <w:lang w:val="ro-RO"/>
              </w:rPr>
            </w:pPr>
            <w:r w:rsidRPr="009C650E">
              <w:rPr>
                <w:noProof/>
                <w:sz w:val="13"/>
                <w:lang w:val="ro-RO"/>
              </w:rPr>
              <w:t>Creșterea vizibilității pentru scenarii de risc prioritare.</w:t>
            </w:r>
          </w:p>
        </w:tc>
        <w:tc>
          <w:tcPr>
            <w:tcW w:w="3231" w:type="dxa"/>
            <w:shd w:val="clear" w:color="auto" w:fill="FFFFFF"/>
            <w:tcMar>
              <w:top w:w="75" w:type="dxa"/>
              <w:left w:w="85" w:type="dxa"/>
              <w:bottom w:w="75" w:type="dxa"/>
              <w:right w:w="85" w:type="dxa"/>
            </w:tcMar>
            <w:vAlign w:val="center"/>
          </w:tcPr>
          <w:p w14:paraId="5293F60F" w14:textId="77777777" w:rsidR="00673E82" w:rsidRPr="009C650E" w:rsidRDefault="00000000">
            <w:pPr>
              <w:spacing w:after="0" w:line="240" w:lineRule="auto"/>
              <w:rPr>
                <w:noProof/>
                <w:lang w:val="ro-RO"/>
              </w:rPr>
            </w:pPr>
            <w:r w:rsidRPr="009C650E">
              <w:rPr>
                <w:noProof/>
                <w:sz w:val="13"/>
                <w:lang w:val="ro-RO"/>
              </w:rPr>
              <w:t>% surse critice; cazuri de detecție testate; alerte utile; timp triere.</w:t>
            </w:r>
          </w:p>
        </w:tc>
        <w:tc>
          <w:tcPr>
            <w:tcW w:w="2665" w:type="dxa"/>
            <w:shd w:val="clear" w:color="auto" w:fill="FFFFFF"/>
            <w:tcMar>
              <w:top w:w="75" w:type="dxa"/>
              <w:left w:w="85" w:type="dxa"/>
              <w:bottom w:w="75" w:type="dxa"/>
              <w:right w:w="85" w:type="dxa"/>
            </w:tcMar>
            <w:vAlign w:val="center"/>
          </w:tcPr>
          <w:p w14:paraId="1153750B" w14:textId="77777777" w:rsidR="00673E82" w:rsidRPr="009C650E" w:rsidRDefault="00000000">
            <w:pPr>
              <w:spacing w:after="0" w:line="240" w:lineRule="auto"/>
              <w:rPr>
                <w:noProof/>
                <w:lang w:val="ro-RO"/>
              </w:rPr>
            </w:pPr>
            <w:r w:rsidRPr="009C650E">
              <w:rPr>
                <w:noProof/>
                <w:sz w:val="13"/>
                <w:lang w:val="ro-RO"/>
              </w:rPr>
              <w:t>Volumul logurilor nu echivalează cu detectarea eficace.</w:t>
            </w:r>
          </w:p>
        </w:tc>
      </w:tr>
      <w:tr w:rsidR="00673E82" w:rsidRPr="009C650E" w14:paraId="32E949D7" w14:textId="77777777">
        <w:trPr>
          <w:cantSplit/>
          <w:jc w:val="center"/>
        </w:trPr>
        <w:tc>
          <w:tcPr>
            <w:tcW w:w="1644" w:type="dxa"/>
            <w:shd w:val="clear" w:color="auto" w:fill="FAFAFA"/>
            <w:tcMar>
              <w:top w:w="75" w:type="dxa"/>
              <w:left w:w="85" w:type="dxa"/>
              <w:bottom w:w="75" w:type="dxa"/>
              <w:right w:w="85" w:type="dxa"/>
            </w:tcMar>
            <w:vAlign w:val="center"/>
          </w:tcPr>
          <w:p w14:paraId="15646F42" w14:textId="77777777" w:rsidR="00673E82" w:rsidRPr="009C650E" w:rsidRDefault="00000000">
            <w:pPr>
              <w:spacing w:after="0" w:line="240" w:lineRule="auto"/>
              <w:rPr>
                <w:noProof/>
                <w:lang w:val="ro-RO"/>
              </w:rPr>
            </w:pPr>
            <w:r w:rsidRPr="009C650E">
              <w:rPr>
                <w:noProof/>
                <w:sz w:val="13"/>
                <w:lang w:val="ro-RO"/>
              </w:rPr>
              <w:t>Furnizori / cloud</w:t>
            </w:r>
          </w:p>
        </w:tc>
        <w:tc>
          <w:tcPr>
            <w:tcW w:w="2381" w:type="dxa"/>
            <w:shd w:val="clear" w:color="auto" w:fill="FAFAFA"/>
            <w:tcMar>
              <w:top w:w="75" w:type="dxa"/>
              <w:left w:w="85" w:type="dxa"/>
              <w:bottom w:w="75" w:type="dxa"/>
              <w:right w:w="85" w:type="dxa"/>
            </w:tcMar>
            <w:vAlign w:val="center"/>
          </w:tcPr>
          <w:p w14:paraId="490CF9F6" w14:textId="77777777" w:rsidR="00673E82" w:rsidRPr="009C650E" w:rsidRDefault="00000000">
            <w:pPr>
              <w:spacing w:after="0" w:line="240" w:lineRule="auto"/>
              <w:rPr>
                <w:noProof/>
                <w:lang w:val="ro-RO"/>
              </w:rPr>
            </w:pPr>
            <w:r w:rsidRPr="009C650E">
              <w:rPr>
                <w:noProof/>
                <w:sz w:val="13"/>
                <w:lang w:val="ro-RO"/>
              </w:rPr>
              <w:t>Reducerea riscului terților și urmărirea obligațiilor.</w:t>
            </w:r>
          </w:p>
        </w:tc>
        <w:tc>
          <w:tcPr>
            <w:tcW w:w="3231" w:type="dxa"/>
            <w:shd w:val="clear" w:color="auto" w:fill="FAFAFA"/>
            <w:tcMar>
              <w:top w:w="75" w:type="dxa"/>
              <w:left w:w="85" w:type="dxa"/>
              <w:bottom w:w="75" w:type="dxa"/>
              <w:right w:w="85" w:type="dxa"/>
            </w:tcMar>
            <w:vAlign w:val="center"/>
          </w:tcPr>
          <w:p w14:paraId="11DE3B0C" w14:textId="77777777" w:rsidR="00673E82" w:rsidRPr="009C650E" w:rsidRDefault="00000000">
            <w:pPr>
              <w:spacing w:after="0" w:line="240" w:lineRule="auto"/>
              <w:rPr>
                <w:noProof/>
                <w:lang w:val="ro-RO"/>
              </w:rPr>
            </w:pPr>
            <w:r w:rsidRPr="009C650E">
              <w:rPr>
                <w:noProof/>
                <w:sz w:val="13"/>
                <w:lang w:val="ro-RO"/>
              </w:rPr>
              <w:t>evaluări bazate pe risc; acțiuni; notificări; acces furnizor; incidente.</w:t>
            </w:r>
          </w:p>
        </w:tc>
        <w:tc>
          <w:tcPr>
            <w:tcW w:w="2665" w:type="dxa"/>
            <w:shd w:val="clear" w:color="auto" w:fill="FAFAFA"/>
            <w:tcMar>
              <w:top w:w="75" w:type="dxa"/>
              <w:left w:w="85" w:type="dxa"/>
              <w:bottom w:w="75" w:type="dxa"/>
              <w:right w:w="85" w:type="dxa"/>
            </w:tcMar>
            <w:vAlign w:val="center"/>
          </w:tcPr>
          <w:p w14:paraId="158BE552" w14:textId="77777777" w:rsidR="00673E82" w:rsidRPr="009C650E" w:rsidRDefault="00000000">
            <w:pPr>
              <w:spacing w:after="0" w:line="240" w:lineRule="auto"/>
              <w:rPr>
                <w:noProof/>
                <w:lang w:val="ro-RO"/>
              </w:rPr>
            </w:pPr>
            <w:r w:rsidRPr="009C650E">
              <w:rPr>
                <w:noProof/>
                <w:sz w:val="13"/>
                <w:lang w:val="ro-RO"/>
              </w:rPr>
              <w:t>Chestionarul completat nu dovedește controlul continuu.</w:t>
            </w:r>
          </w:p>
        </w:tc>
      </w:tr>
      <w:tr w:rsidR="00673E82" w:rsidRPr="009C650E" w14:paraId="066DE788" w14:textId="77777777">
        <w:trPr>
          <w:cantSplit/>
          <w:jc w:val="center"/>
        </w:trPr>
        <w:tc>
          <w:tcPr>
            <w:tcW w:w="1644" w:type="dxa"/>
            <w:shd w:val="clear" w:color="auto" w:fill="FFFFFF"/>
            <w:tcMar>
              <w:top w:w="75" w:type="dxa"/>
              <w:left w:w="85" w:type="dxa"/>
              <w:bottom w:w="75" w:type="dxa"/>
              <w:right w:w="85" w:type="dxa"/>
            </w:tcMar>
            <w:vAlign w:val="center"/>
          </w:tcPr>
          <w:p w14:paraId="3AC288C9" w14:textId="77777777" w:rsidR="00673E82" w:rsidRPr="009C650E" w:rsidRDefault="00000000">
            <w:pPr>
              <w:spacing w:after="0" w:line="240" w:lineRule="auto"/>
              <w:rPr>
                <w:noProof/>
                <w:lang w:val="ro-RO"/>
              </w:rPr>
            </w:pPr>
            <w:r w:rsidRPr="009C650E">
              <w:rPr>
                <w:noProof/>
                <w:sz w:val="13"/>
                <w:lang w:val="ro-RO"/>
              </w:rPr>
              <w:t>Dezvoltare sigură</w:t>
            </w:r>
          </w:p>
        </w:tc>
        <w:tc>
          <w:tcPr>
            <w:tcW w:w="2381" w:type="dxa"/>
            <w:shd w:val="clear" w:color="auto" w:fill="FFFFFF"/>
            <w:tcMar>
              <w:top w:w="75" w:type="dxa"/>
              <w:left w:w="85" w:type="dxa"/>
              <w:bottom w:w="75" w:type="dxa"/>
              <w:right w:w="85" w:type="dxa"/>
            </w:tcMar>
            <w:vAlign w:val="center"/>
          </w:tcPr>
          <w:p w14:paraId="54064C07" w14:textId="77777777" w:rsidR="00673E82" w:rsidRPr="009C650E" w:rsidRDefault="00000000">
            <w:pPr>
              <w:spacing w:after="0" w:line="240" w:lineRule="auto"/>
              <w:rPr>
                <w:noProof/>
                <w:lang w:val="ro-RO"/>
              </w:rPr>
            </w:pPr>
            <w:r w:rsidRPr="009C650E">
              <w:rPr>
                <w:noProof/>
                <w:sz w:val="13"/>
                <w:lang w:val="ro-RO"/>
              </w:rPr>
              <w:t>Reducerea defectelor de securitate introduse în producție.</w:t>
            </w:r>
          </w:p>
        </w:tc>
        <w:tc>
          <w:tcPr>
            <w:tcW w:w="3231" w:type="dxa"/>
            <w:shd w:val="clear" w:color="auto" w:fill="FFFFFF"/>
            <w:tcMar>
              <w:top w:w="75" w:type="dxa"/>
              <w:left w:w="85" w:type="dxa"/>
              <w:bottom w:w="75" w:type="dxa"/>
              <w:right w:w="85" w:type="dxa"/>
            </w:tcMar>
            <w:vAlign w:val="center"/>
          </w:tcPr>
          <w:p w14:paraId="109F8D8D" w14:textId="77777777" w:rsidR="00673E82" w:rsidRPr="009C650E" w:rsidRDefault="00000000">
            <w:pPr>
              <w:spacing w:after="0" w:line="240" w:lineRule="auto"/>
              <w:rPr>
                <w:noProof/>
                <w:lang w:val="ro-RO"/>
              </w:rPr>
            </w:pPr>
            <w:r w:rsidRPr="009C650E">
              <w:rPr>
                <w:noProof/>
                <w:sz w:val="13"/>
                <w:lang w:val="ro-RO"/>
              </w:rPr>
              <w:t>defecte critice pre-producție; remediere; acoperire review/test; recurență.</w:t>
            </w:r>
          </w:p>
        </w:tc>
        <w:tc>
          <w:tcPr>
            <w:tcW w:w="2665" w:type="dxa"/>
            <w:shd w:val="clear" w:color="auto" w:fill="FFFFFF"/>
            <w:tcMar>
              <w:top w:w="75" w:type="dxa"/>
              <w:left w:w="85" w:type="dxa"/>
              <w:bottom w:w="75" w:type="dxa"/>
              <w:right w:w="85" w:type="dxa"/>
            </w:tcMar>
            <w:vAlign w:val="center"/>
          </w:tcPr>
          <w:p w14:paraId="54060801" w14:textId="77777777" w:rsidR="00673E82" w:rsidRPr="009C650E" w:rsidRDefault="00000000">
            <w:pPr>
              <w:spacing w:after="0" w:line="240" w:lineRule="auto"/>
              <w:rPr>
                <w:noProof/>
                <w:lang w:val="ro-RO"/>
              </w:rPr>
            </w:pPr>
            <w:r w:rsidRPr="009C650E">
              <w:rPr>
                <w:noProof/>
                <w:sz w:val="13"/>
                <w:lang w:val="ro-RO"/>
              </w:rPr>
              <w:t>Numărul mare de teste nu indică automat calitate.</w:t>
            </w:r>
          </w:p>
        </w:tc>
      </w:tr>
      <w:tr w:rsidR="00673E82" w:rsidRPr="009C650E" w14:paraId="0361C2FE" w14:textId="77777777">
        <w:trPr>
          <w:cantSplit/>
          <w:jc w:val="center"/>
        </w:trPr>
        <w:tc>
          <w:tcPr>
            <w:tcW w:w="1644" w:type="dxa"/>
            <w:shd w:val="clear" w:color="auto" w:fill="FAFAFA"/>
            <w:tcMar>
              <w:top w:w="75" w:type="dxa"/>
              <w:left w:w="85" w:type="dxa"/>
              <w:bottom w:w="75" w:type="dxa"/>
              <w:right w:w="85" w:type="dxa"/>
            </w:tcMar>
            <w:vAlign w:val="center"/>
          </w:tcPr>
          <w:p w14:paraId="415805BA" w14:textId="77777777" w:rsidR="00673E82" w:rsidRPr="009C650E" w:rsidRDefault="00000000">
            <w:pPr>
              <w:spacing w:after="0" w:line="240" w:lineRule="auto"/>
              <w:rPr>
                <w:noProof/>
                <w:lang w:val="ro-RO"/>
              </w:rPr>
            </w:pPr>
            <w:r w:rsidRPr="009C650E">
              <w:rPr>
                <w:noProof/>
                <w:sz w:val="13"/>
                <w:lang w:val="ro-RO"/>
              </w:rPr>
              <w:t>Conștientizare și comportament</w:t>
            </w:r>
          </w:p>
        </w:tc>
        <w:tc>
          <w:tcPr>
            <w:tcW w:w="2381" w:type="dxa"/>
            <w:shd w:val="clear" w:color="auto" w:fill="FAFAFA"/>
            <w:tcMar>
              <w:top w:w="75" w:type="dxa"/>
              <w:left w:w="85" w:type="dxa"/>
              <w:bottom w:w="75" w:type="dxa"/>
              <w:right w:w="85" w:type="dxa"/>
            </w:tcMar>
            <w:vAlign w:val="center"/>
          </w:tcPr>
          <w:p w14:paraId="68E088AF" w14:textId="77777777" w:rsidR="00673E82" w:rsidRPr="009C650E" w:rsidRDefault="00000000">
            <w:pPr>
              <w:spacing w:after="0" w:line="240" w:lineRule="auto"/>
              <w:rPr>
                <w:noProof/>
                <w:lang w:val="ro-RO"/>
              </w:rPr>
            </w:pPr>
            <w:r w:rsidRPr="009C650E">
              <w:rPr>
                <w:noProof/>
                <w:sz w:val="13"/>
                <w:lang w:val="ro-RO"/>
              </w:rPr>
              <w:t>Creșterea deciziilor sigure și a raportării rapide.</w:t>
            </w:r>
          </w:p>
        </w:tc>
        <w:tc>
          <w:tcPr>
            <w:tcW w:w="3231" w:type="dxa"/>
            <w:shd w:val="clear" w:color="auto" w:fill="FAFAFA"/>
            <w:tcMar>
              <w:top w:w="75" w:type="dxa"/>
              <w:left w:w="85" w:type="dxa"/>
              <w:bottom w:w="75" w:type="dxa"/>
              <w:right w:w="85" w:type="dxa"/>
            </w:tcMar>
            <w:vAlign w:val="center"/>
          </w:tcPr>
          <w:p w14:paraId="08E892CB" w14:textId="77777777" w:rsidR="00673E82" w:rsidRPr="009C650E" w:rsidRDefault="00000000">
            <w:pPr>
              <w:spacing w:after="0" w:line="240" w:lineRule="auto"/>
              <w:rPr>
                <w:noProof/>
                <w:lang w:val="ro-RO"/>
              </w:rPr>
            </w:pPr>
            <w:r w:rsidRPr="009C650E">
              <w:rPr>
                <w:noProof/>
                <w:sz w:val="13"/>
                <w:lang w:val="ro-RO"/>
              </w:rPr>
              <w:t>raportări; simulări pe rol; comportamente observate; timp reacție.</w:t>
            </w:r>
          </w:p>
        </w:tc>
        <w:tc>
          <w:tcPr>
            <w:tcW w:w="2665" w:type="dxa"/>
            <w:shd w:val="clear" w:color="auto" w:fill="FAFAFA"/>
            <w:tcMar>
              <w:top w:w="75" w:type="dxa"/>
              <w:left w:w="85" w:type="dxa"/>
              <w:bottom w:w="75" w:type="dxa"/>
              <w:right w:w="85" w:type="dxa"/>
            </w:tcMar>
            <w:vAlign w:val="center"/>
          </w:tcPr>
          <w:p w14:paraId="5D543AD4" w14:textId="77777777" w:rsidR="00673E82" w:rsidRPr="009C650E" w:rsidRDefault="00000000">
            <w:pPr>
              <w:spacing w:after="0" w:line="240" w:lineRule="auto"/>
              <w:rPr>
                <w:noProof/>
                <w:lang w:val="ro-RO"/>
              </w:rPr>
            </w:pPr>
            <w:r w:rsidRPr="009C650E">
              <w:rPr>
                <w:noProof/>
                <w:sz w:val="13"/>
                <w:lang w:val="ro-RO"/>
              </w:rPr>
              <w:t>Nu folosiți doar procentul de participare sau rata de click.</w:t>
            </w:r>
          </w:p>
        </w:tc>
      </w:tr>
      <w:tr w:rsidR="00673E82" w:rsidRPr="009C650E" w14:paraId="7D32C31B" w14:textId="77777777">
        <w:trPr>
          <w:cantSplit/>
          <w:jc w:val="center"/>
        </w:trPr>
        <w:tc>
          <w:tcPr>
            <w:tcW w:w="1644" w:type="dxa"/>
            <w:shd w:val="clear" w:color="auto" w:fill="FFFFFF"/>
            <w:tcMar>
              <w:top w:w="75" w:type="dxa"/>
              <w:left w:w="85" w:type="dxa"/>
              <w:bottom w:w="75" w:type="dxa"/>
              <w:right w:w="85" w:type="dxa"/>
            </w:tcMar>
            <w:vAlign w:val="center"/>
          </w:tcPr>
          <w:p w14:paraId="588233EF" w14:textId="77777777" w:rsidR="00673E82" w:rsidRPr="009C650E" w:rsidRDefault="00000000">
            <w:pPr>
              <w:spacing w:after="0" w:line="240" w:lineRule="auto"/>
              <w:rPr>
                <w:noProof/>
                <w:lang w:val="ro-RO"/>
              </w:rPr>
            </w:pPr>
            <w:r w:rsidRPr="009C650E">
              <w:rPr>
                <w:noProof/>
                <w:sz w:val="13"/>
                <w:lang w:val="ro-RO"/>
              </w:rPr>
              <w:t>Clasificare / protecția datelor</w:t>
            </w:r>
          </w:p>
        </w:tc>
        <w:tc>
          <w:tcPr>
            <w:tcW w:w="2381" w:type="dxa"/>
            <w:shd w:val="clear" w:color="auto" w:fill="FFFFFF"/>
            <w:tcMar>
              <w:top w:w="75" w:type="dxa"/>
              <w:left w:w="85" w:type="dxa"/>
              <w:bottom w:w="75" w:type="dxa"/>
              <w:right w:w="85" w:type="dxa"/>
            </w:tcMar>
            <w:vAlign w:val="center"/>
          </w:tcPr>
          <w:p w14:paraId="160F315E" w14:textId="77777777" w:rsidR="00673E82" w:rsidRPr="009C650E" w:rsidRDefault="00000000">
            <w:pPr>
              <w:spacing w:after="0" w:line="240" w:lineRule="auto"/>
              <w:rPr>
                <w:noProof/>
                <w:lang w:val="ro-RO"/>
              </w:rPr>
            </w:pPr>
            <w:r w:rsidRPr="009C650E">
              <w:rPr>
                <w:noProof/>
                <w:sz w:val="13"/>
                <w:lang w:val="ro-RO"/>
              </w:rPr>
              <w:t>Reducerea expunerii neautorizate a informațiilor sensibile.</w:t>
            </w:r>
          </w:p>
        </w:tc>
        <w:tc>
          <w:tcPr>
            <w:tcW w:w="3231" w:type="dxa"/>
            <w:shd w:val="clear" w:color="auto" w:fill="FFFFFF"/>
            <w:tcMar>
              <w:top w:w="75" w:type="dxa"/>
              <w:left w:w="85" w:type="dxa"/>
              <w:bottom w:w="75" w:type="dxa"/>
              <w:right w:w="85" w:type="dxa"/>
            </w:tcMar>
            <w:vAlign w:val="center"/>
          </w:tcPr>
          <w:p w14:paraId="5FE598F2" w14:textId="77777777" w:rsidR="00673E82" w:rsidRPr="009C650E" w:rsidRDefault="00000000">
            <w:pPr>
              <w:spacing w:after="0" w:line="240" w:lineRule="auto"/>
              <w:rPr>
                <w:noProof/>
                <w:lang w:val="ro-RO"/>
              </w:rPr>
            </w:pPr>
            <w:r w:rsidRPr="009C650E">
              <w:rPr>
                <w:noProof/>
                <w:sz w:val="13"/>
                <w:lang w:val="ro-RO"/>
              </w:rPr>
              <w:t>date clasificate; acces; incidente DLP validate; criptare; retenție.</w:t>
            </w:r>
          </w:p>
        </w:tc>
        <w:tc>
          <w:tcPr>
            <w:tcW w:w="2665" w:type="dxa"/>
            <w:shd w:val="clear" w:color="auto" w:fill="FFFFFF"/>
            <w:tcMar>
              <w:top w:w="75" w:type="dxa"/>
              <w:left w:w="85" w:type="dxa"/>
              <w:bottom w:w="75" w:type="dxa"/>
              <w:right w:w="85" w:type="dxa"/>
            </w:tcMar>
            <w:vAlign w:val="center"/>
          </w:tcPr>
          <w:p w14:paraId="062965CB" w14:textId="77777777" w:rsidR="00673E82" w:rsidRPr="009C650E" w:rsidRDefault="00000000">
            <w:pPr>
              <w:spacing w:after="0" w:line="240" w:lineRule="auto"/>
              <w:rPr>
                <w:noProof/>
                <w:lang w:val="ro-RO"/>
              </w:rPr>
            </w:pPr>
            <w:r w:rsidRPr="009C650E">
              <w:rPr>
                <w:noProof/>
                <w:sz w:val="13"/>
                <w:lang w:val="ro-RO"/>
              </w:rPr>
              <w:t>Alertele numeroase pot reflecta reguli prost calibrate.</w:t>
            </w:r>
          </w:p>
        </w:tc>
      </w:tr>
      <w:tr w:rsidR="00673E82" w:rsidRPr="009C650E" w14:paraId="1B73295A" w14:textId="77777777">
        <w:trPr>
          <w:cantSplit/>
          <w:jc w:val="center"/>
        </w:trPr>
        <w:tc>
          <w:tcPr>
            <w:tcW w:w="1644" w:type="dxa"/>
            <w:shd w:val="clear" w:color="auto" w:fill="FAFAFA"/>
            <w:tcMar>
              <w:top w:w="75" w:type="dxa"/>
              <w:left w:w="85" w:type="dxa"/>
              <w:bottom w:w="75" w:type="dxa"/>
              <w:right w:w="85" w:type="dxa"/>
            </w:tcMar>
            <w:vAlign w:val="center"/>
          </w:tcPr>
          <w:p w14:paraId="1F73E303" w14:textId="77777777" w:rsidR="00673E82" w:rsidRPr="009C650E" w:rsidRDefault="00000000">
            <w:pPr>
              <w:spacing w:after="0" w:line="240" w:lineRule="auto"/>
              <w:rPr>
                <w:noProof/>
                <w:lang w:val="ro-RO"/>
              </w:rPr>
            </w:pPr>
            <w:r w:rsidRPr="009C650E">
              <w:rPr>
                <w:noProof/>
                <w:sz w:val="13"/>
                <w:lang w:val="ro-RO"/>
              </w:rPr>
              <w:t>Continuitate și reziliență</w:t>
            </w:r>
          </w:p>
        </w:tc>
        <w:tc>
          <w:tcPr>
            <w:tcW w:w="2381" w:type="dxa"/>
            <w:shd w:val="clear" w:color="auto" w:fill="FAFAFA"/>
            <w:tcMar>
              <w:top w:w="75" w:type="dxa"/>
              <w:left w:w="85" w:type="dxa"/>
              <w:bottom w:w="75" w:type="dxa"/>
              <w:right w:w="85" w:type="dxa"/>
            </w:tcMar>
            <w:vAlign w:val="center"/>
          </w:tcPr>
          <w:p w14:paraId="3BD8BBD6" w14:textId="77777777" w:rsidR="00673E82" w:rsidRPr="009C650E" w:rsidRDefault="00000000">
            <w:pPr>
              <w:spacing w:after="0" w:line="240" w:lineRule="auto"/>
              <w:rPr>
                <w:noProof/>
                <w:lang w:val="ro-RO"/>
              </w:rPr>
            </w:pPr>
            <w:r w:rsidRPr="009C650E">
              <w:rPr>
                <w:noProof/>
                <w:sz w:val="13"/>
                <w:lang w:val="ro-RO"/>
              </w:rPr>
              <w:t>Creșterea capacității serviciilor critice de a rezista și recupera.</w:t>
            </w:r>
          </w:p>
        </w:tc>
        <w:tc>
          <w:tcPr>
            <w:tcW w:w="3231" w:type="dxa"/>
            <w:shd w:val="clear" w:color="auto" w:fill="FAFAFA"/>
            <w:tcMar>
              <w:top w:w="75" w:type="dxa"/>
              <w:left w:w="85" w:type="dxa"/>
              <w:bottom w:w="75" w:type="dxa"/>
              <w:right w:w="85" w:type="dxa"/>
            </w:tcMar>
            <w:vAlign w:val="center"/>
          </w:tcPr>
          <w:p w14:paraId="04AAE11B" w14:textId="77777777" w:rsidR="00673E82" w:rsidRPr="009C650E" w:rsidRDefault="00000000">
            <w:pPr>
              <w:spacing w:after="0" w:line="240" w:lineRule="auto"/>
              <w:rPr>
                <w:noProof/>
                <w:lang w:val="ro-RO"/>
              </w:rPr>
            </w:pPr>
            <w:r w:rsidRPr="009C650E">
              <w:rPr>
                <w:noProof/>
                <w:sz w:val="13"/>
                <w:lang w:val="ro-RO"/>
              </w:rPr>
              <w:t>teste scenarii; RTO/RPO; dependențe; acțiuni verificate; disponibilitate.</w:t>
            </w:r>
          </w:p>
        </w:tc>
        <w:tc>
          <w:tcPr>
            <w:tcW w:w="2665" w:type="dxa"/>
            <w:shd w:val="clear" w:color="auto" w:fill="FAFAFA"/>
            <w:tcMar>
              <w:top w:w="75" w:type="dxa"/>
              <w:left w:w="85" w:type="dxa"/>
              <w:bottom w:w="75" w:type="dxa"/>
              <w:right w:w="85" w:type="dxa"/>
            </w:tcMar>
            <w:vAlign w:val="center"/>
          </w:tcPr>
          <w:p w14:paraId="2A8A6C8D" w14:textId="77777777" w:rsidR="00673E82" w:rsidRPr="009C650E" w:rsidRDefault="00000000">
            <w:pPr>
              <w:spacing w:after="0" w:line="240" w:lineRule="auto"/>
              <w:rPr>
                <w:noProof/>
                <w:lang w:val="ro-RO"/>
              </w:rPr>
            </w:pPr>
            <w:r w:rsidRPr="009C650E">
              <w:rPr>
                <w:noProof/>
                <w:sz w:val="13"/>
                <w:lang w:val="ro-RO"/>
              </w:rPr>
              <w:t>Un exercițiu de masă fără testarea dependențelor poate fi insuficient.</w:t>
            </w:r>
          </w:p>
        </w:tc>
      </w:tr>
    </w:tbl>
    <w:p w14:paraId="2C062A27" w14:textId="77777777" w:rsidR="00673E82" w:rsidRPr="009C650E" w:rsidRDefault="00673E82">
      <w:pPr>
        <w:spacing w:after="20"/>
        <w:rPr>
          <w:noProof/>
          <w:lang w:val="ro-RO"/>
        </w:rPr>
      </w:pPr>
    </w:p>
    <w:p w14:paraId="038BE673" w14:textId="77777777" w:rsidR="00673E82" w:rsidRPr="009C650E" w:rsidRDefault="00000000">
      <w:pPr>
        <w:pStyle w:val="Heading2"/>
        <w:rPr>
          <w:noProof/>
          <w:lang w:val="ro-RO"/>
        </w:rPr>
      </w:pPr>
      <w:r w:rsidRPr="009C650E">
        <w:rPr>
          <w:noProof/>
          <w:lang w:val="ro-RO"/>
        </w:rPr>
        <w:t>Exemple de formulare completă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7937"/>
      </w:tblGrid>
      <w:tr w:rsidR="00673E82" w:rsidRPr="009C650E" w14:paraId="1F3BDAF1" w14:textId="77777777">
        <w:trPr>
          <w:tblHeader/>
          <w:jc w:val="center"/>
        </w:trPr>
        <w:tc>
          <w:tcPr>
            <w:tcW w:w="1984" w:type="dxa"/>
            <w:shd w:val="clear" w:color="auto" w:fill="D71920"/>
            <w:tcMar>
              <w:top w:w="75" w:type="dxa"/>
              <w:left w:w="85" w:type="dxa"/>
              <w:bottom w:w="75" w:type="dxa"/>
              <w:right w:w="85" w:type="dxa"/>
            </w:tcMar>
            <w:vAlign w:val="center"/>
          </w:tcPr>
          <w:p w14:paraId="291479CF" w14:textId="77777777" w:rsidR="00673E82" w:rsidRPr="009C650E" w:rsidRDefault="00000000">
            <w:pPr>
              <w:spacing w:after="0" w:line="240" w:lineRule="auto"/>
              <w:jc w:val="center"/>
              <w:rPr>
                <w:noProof/>
                <w:lang w:val="ro-RO"/>
              </w:rPr>
            </w:pPr>
            <w:r w:rsidRPr="009C650E">
              <w:rPr>
                <w:b/>
                <w:noProof/>
                <w:color w:val="FFFFFF"/>
                <w:sz w:val="15"/>
                <w:lang w:val="ro-RO"/>
              </w:rPr>
              <w:t>TEMĂ</w:t>
            </w:r>
          </w:p>
        </w:tc>
        <w:tc>
          <w:tcPr>
            <w:tcW w:w="7937" w:type="dxa"/>
            <w:shd w:val="clear" w:color="auto" w:fill="D71920"/>
            <w:tcMar>
              <w:top w:w="75" w:type="dxa"/>
              <w:left w:w="85" w:type="dxa"/>
              <w:bottom w:w="75" w:type="dxa"/>
              <w:right w:w="85" w:type="dxa"/>
            </w:tcMar>
            <w:vAlign w:val="center"/>
          </w:tcPr>
          <w:p w14:paraId="1191BE3D" w14:textId="77777777" w:rsidR="00673E82" w:rsidRPr="009C650E" w:rsidRDefault="00000000">
            <w:pPr>
              <w:spacing w:after="0" w:line="240" w:lineRule="auto"/>
              <w:jc w:val="center"/>
              <w:rPr>
                <w:noProof/>
                <w:lang w:val="ro-RO"/>
              </w:rPr>
            </w:pPr>
            <w:r w:rsidRPr="009C650E">
              <w:rPr>
                <w:b/>
                <w:noProof/>
                <w:color w:val="FFFFFF"/>
                <w:sz w:val="15"/>
                <w:lang w:val="ro-RO"/>
              </w:rPr>
              <w:t>FORMULARE</w:t>
            </w:r>
          </w:p>
        </w:tc>
      </w:tr>
      <w:tr w:rsidR="00673E82" w:rsidRPr="009C650E" w14:paraId="121DA07D" w14:textId="77777777">
        <w:trPr>
          <w:cantSplit/>
          <w:jc w:val="center"/>
        </w:trPr>
        <w:tc>
          <w:tcPr>
            <w:tcW w:w="1984" w:type="dxa"/>
            <w:shd w:val="clear" w:color="auto" w:fill="FFFFFF"/>
            <w:tcMar>
              <w:top w:w="75" w:type="dxa"/>
              <w:left w:w="85" w:type="dxa"/>
              <w:bottom w:w="75" w:type="dxa"/>
              <w:right w:w="85" w:type="dxa"/>
            </w:tcMar>
            <w:vAlign w:val="center"/>
          </w:tcPr>
          <w:p w14:paraId="564B0C8B" w14:textId="77777777" w:rsidR="00673E82" w:rsidRPr="009C650E" w:rsidRDefault="00000000">
            <w:pPr>
              <w:spacing w:after="0" w:line="240" w:lineRule="auto"/>
              <w:rPr>
                <w:noProof/>
                <w:lang w:val="ro-RO"/>
              </w:rPr>
            </w:pPr>
            <w:r w:rsidRPr="009C650E">
              <w:rPr>
                <w:noProof/>
                <w:sz w:val="15"/>
                <w:lang w:val="ro-RO"/>
              </w:rPr>
              <w:t>Vulnerabilități</w:t>
            </w:r>
          </w:p>
        </w:tc>
        <w:tc>
          <w:tcPr>
            <w:tcW w:w="7937" w:type="dxa"/>
            <w:shd w:val="clear" w:color="auto" w:fill="FFFFFF"/>
            <w:tcMar>
              <w:top w:w="75" w:type="dxa"/>
              <w:left w:w="85" w:type="dxa"/>
              <w:bottom w:w="75" w:type="dxa"/>
              <w:right w:w="85" w:type="dxa"/>
            </w:tcMar>
            <w:vAlign w:val="center"/>
          </w:tcPr>
          <w:p w14:paraId="182D04CB" w14:textId="77777777" w:rsidR="00673E82" w:rsidRPr="009C650E" w:rsidRDefault="00000000">
            <w:pPr>
              <w:spacing w:after="0" w:line="240" w:lineRule="auto"/>
              <w:rPr>
                <w:noProof/>
                <w:lang w:val="ro-RO"/>
              </w:rPr>
            </w:pPr>
            <w:r w:rsidRPr="009C650E">
              <w:rPr>
                <w:noProof/>
                <w:sz w:val="15"/>
                <w:lang w:val="ro-RO"/>
              </w:rPr>
              <w:t>Creșterea vulnerabilităților critice ale activelor expuse la internet remediate în 7 zile de la 61% la minimum 95% până la 31.12.2027, cu excepții aprobate și controale compensatorii verificate.</w:t>
            </w:r>
          </w:p>
        </w:tc>
      </w:tr>
      <w:tr w:rsidR="00673E82" w:rsidRPr="009C650E" w14:paraId="1784179B" w14:textId="77777777">
        <w:trPr>
          <w:cantSplit/>
          <w:jc w:val="center"/>
        </w:trPr>
        <w:tc>
          <w:tcPr>
            <w:tcW w:w="1984" w:type="dxa"/>
            <w:shd w:val="clear" w:color="auto" w:fill="FAFAFA"/>
            <w:tcMar>
              <w:top w:w="75" w:type="dxa"/>
              <w:left w:w="85" w:type="dxa"/>
              <w:bottom w:w="75" w:type="dxa"/>
              <w:right w:w="85" w:type="dxa"/>
            </w:tcMar>
            <w:vAlign w:val="center"/>
          </w:tcPr>
          <w:p w14:paraId="15A28C7E" w14:textId="77777777" w:rsidR="00673E82" w:rsidRPr="009C650E" w:rsidRDefault="00000000">
            <w:pPr>
              <w:spacing w:after="0" w:line="240" w:lineRule="auto"/>
              <w:rPr>
                <w:noProof/>
                <w:lang w:val="ro-RO"/>
              </w:rPr>
            </w:pPr>
            <w:r w:rsidRPr="009C650E">
              <w:rPr>
                <w:noProof/>
                <w:sz w:val="15"/>
                <w:lang w:val="ro-RO"/>
              </w:rPr>
              <w:t>Acces</w:t>
            </w:r>
          </w:p>
        </w:tc>
        <w:tc>
          <w:tcPr>
            <w:tcW w:w="7937" w:type="dxa"/>
            <w:shd w:val="clear" w:color="auto" w:fill="FAFAFA"/>
            <w:tcMar>
              <w:top w:w="75" w:type="dxa"/>
              <w:left w:w="85" w:type="dxa"/>
              <w:bottom w:w="75" w:type="dxa"/>
              <w:right w:w="85" w:type="dxa"/>
            </w:tcMar>
            <w:vAlign w:val="center"/>
          </w:tcPr>
          <w:p w14:paraId="17F47047" w14:textId="77777777" w:rsidR="00673E82" w:rsidRPr="009C650E" w:rsidRDefault="00000000">
            <w:pPr>
              <w:spacing w:after="0" w:line="240" w:lineRule="auto"/>
              <w:rPr>
                <w:noProof/>
                <w:lang w:val="ro-RO"/>
              </w:rPr>
            </w:pPr>
            <w:r w:rsidRPr="009C650E">
              <w:rPr>
                <w:noProof/>
                <w:sz w:val="15"/>
                <w:lang w:val="ro-RO"/>
              </w:rPr>
              <w:t>Reducerea timpului median de revocare a accesului pentru plecări și schimbări de rol de la 18 ore la maximum 2 ore până la 30.06.2027, pentru sistemele critice.</w:t>
            </w:r>
          </w:p>
        </w:tc>
      </w:tr>
      <w:tr w:rsidR="00673E82" w:rsidRPr="009C650E" w14:paraId="7A4A9426" w14:textId="77777777">
        <w:trPr>
          <w:cantSplit/>
          <w:jc w:val="center"/>
        </w:trPr>
        <w:tc>
          <w:tcPr>
            <w:tcW w:w="1984" w:type="dxa"/>
            <w:shd w:val="clear" w:color="auto" w:fill="FFFFFF"/>
            <w:tcMar>
              <w:top w:w="75" w:type="dxa"/>
              <w:left w:w="85" w:type="dxa"/>
              <w:bottom w:w="75" w:type="dxa"/>
              <w:right w:w="85" w:type="dxa"/>
            </w:tcMar>
            <w:vAlign w:val="center"/>
          </w:tcPr>
          <w:p w14:paraId="418A578C" w14:textId="77777777" w:rsidR="00673E82" w:rsidRPr="009C650E" w:rsidRDefault="00000000">
            <w:pPr>
              <w:spacing w:after="0" w:line="240" w:lineRule="auto"/>
              <w:rPr>
                <w:noProof/>
                <w:lang w:val="ro-RO"/>
              </w:rPr>
            </w:pPr>
            <w:r w:rsidRPr="009C650E">
              <w:rPr>
                <w:noProof/>
                <w:sz w:val="15"/>
                <w:lang w:val="ro-RO"/>
              </w:rPr>
              <w:t>Recuperare</w:t>
            </w:r>
          </w:p>
        </w:tc>
        <w:tc>
          <w:tcPr>
            <w:tcW w:w="7937" w:type="dxa"/>
            <w:shd w:val="clear" w:color="auto" w:fill="FFFFFF"/>
            <w:tcMar>
              <w:top w:w="75" w:type="dxa"/>
              <w:left w:w="85" w:type="dxa"/>
              <w:bottom w:w="75" w:type="dxa"/>
              <w:right w:w="85" w:type="dxa"/>
            </w:tcMar>
            <w:vAlign w:val="center"/>
          </w:tcPr>
          <w:p w14:paraId="734D5F36" w14:textId="77777777" w:rsidR="00673E82" w:rsidRPr="009C650E" w:rsidRDefault="00000000">
            <w:pPr>
              <w:spacing w:after="0" w:line="240" w:lineRule="auto"/>
              <w:rPr>
                <w:noProof/>
                <w:lang w:val="ro-RO"/>
              </w:rPr>
            </w:pPr>
            <w:r w:rsidRPr="009C650E">
              <w:rPr>
                <w:noProof/>
                <w:sz w:val="15"/>
                <w:lang w:val="ro-RO"/>
              </w:rPr>
              <w:t>Demonstrarea trimestrială a recuperării serviciilor critice în RTO aprobat pentru minimum 95% dintre testele planificate până la T4 2027, fără excluderea testelor nereușite.</w:t>
            </w:r>
          </w:p>
        </w:tc>
      </w:tr>
      <w:tr w:rsidR="00673E82" w:rsidRPr="009C650E" w14:paraId="2CB4234F" w14:textId="77777777">
        <w:trPr>
          <w:cantSplit/>
          <w:jc w:val="center"/>
        </w:trPr>
        <w:tc>
          <w:tcPr>
            <w:tcW w:w="1984" w:type="dxa"/>
            <w:shd w:val="clear" w:color="auto" w:fill="FAFAFA"/>
            <w:tcMar>
              <w:top w:w="75" w:type="dxa"/>
              <w:left w:w="85" w:type="dxa"/>
              <w:bottom w:w="75" w:type="dxa"/>
              <w:right w:w="85" w:type="dxa"/>
            </w:tcMar>
            <w:vAlign w:val="center"/>
          </w:tcPr>
          <w:p w14:paraId="1A2267A0" w14:textId="77777777" w:rsidR="00673E82" w:rsidRPr="009C650E" w:rsidRDefault="00000000">
            <w:pPr>
              <w:spacing w:after="0" w:line="240" w:lineRule="auto"/>
              <w:rPr>
                <w:noProof/>
                <w:lang w:val="ro-RO"/>
              </w:rPr>
            </w:pPr>
            <w:r w:rsidRPr="009C650E">
              <w:rPr>
                <w:noProof/>
                <w:sz w:val="15"/>
                <w:lang w:val="ro-RO"/>
              </w:rPr>
              <w:t>Incidente</w:t>
            </w:r>
          </w:p>
        </w:tc>
        <w:tc>
          <w:tcPr>
            <w:tcW w:w="7937" w:type="dxa"/>
            <w:shd w:val="clear" w:color="auto" w:fill="FAFAFA"/>
            <w:tcMar>
              <w:top w:w="75" w:type="dxa"/>
              <w:left w:w="85" w:type="dxa"/>
              <w:bottom w:w="75" w:type="dxa"/>
              <w:right w:w="85" w:type="dxa"/>
            </w:tcMar>
            <w:vAlign w:val="center"/>
          </w:tcPr>
          <w:p w14:paraId="34EE154E" w14:textId="77777777" w:rsidR="00673E82" w:rsidRPr="009C650E" w:rsidRDefault="00000000">
            <w:pPr>
              <w:spacing w:after="0" w:line="240" w:lineRule="auto"/>
              <w:rPr>
                <w:noProof/>
                <w:lang w:val="ro-RO"/>
              </w:rPr>
            </w:pPr>
            <w:r w:rsidRPr="009C650E">
              <w:rPr>
                <w:noProof/>
                <w:sz w:val="15"/>
                <w:lang w:val="ro-RO"/>
              </w:rPr>
              <w:t>Reducerea timpului median de limitare a incidentelor de severitate ridicată de la 240 la maximum 60 de minute până la 31.12.2027, menținând criteriile de clasificare și raportare.</w:t>
            </w:r>
          </w:p>
        </w:tc>
      </w:tr>
    </w:tbl>
    <w:p w14:paraId="15BB5C9A" w14:textId="77777777" w:rsidR="00673E82" w:rsidRPr="009C650E" w:rsidRDefault="00673E82">
      <w:pPr>
        <w:spacing w:after="20"/>
        <w:rPr>
          <w:noProof/>
          <w:lang w:val="ro-RO"/>
        </w:rPr>
      </w:pPr>
    </w:p>
    <w:p w14:paraId="4FDC3DB0"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3B5DFF6C" w14:textId="77777777">
        <w:trPr>
          <w:jc w:val="center"/>
        </w:trPr>
        <w:tc>
          <w:tcPr>
            <w:tcW w:w="1020" w:type="dxa"/>
            <w:shd w:val="clear" w:color="auto" w:fill="D71920"/>
            <w:tcMar>
              <w:top w:w="75" w:type="dxa"/>
              <w:left w:w="85" w:type="dxa"/>
              <w:bottom w:w="75" w:type="dxa"/>
              <w:right w:w="85" w:type="dxa"/>
            </w:tcMar>
            <w:vAlign w:val="center"/>
          </w:tcPr>
          <w:p w14:paraId="4F375630"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4B</w:t>
            </w:r>
          </w:p>
        </w:tc>
        <w:tc>
          <w:tcPr>
            <w:tcW w:w="8901" w:type="dxa"/>
            <w:shd w:val="clear" w:color="auto" w:fill="F3F4F5"/>
          </w:tcPr>
          <w:p w14:paraId="18F253B2" w14:textId="77777777" w:rsidR="00673E82" w:rsidRPr="009C650E" w:rsidRDefault="00000000">
            <w:pPr>
              <w:spacing w:after="20"/>
              <w:rPr>
                <w:noProof/>
                <w:lang w:val="ro-RO"/>
              </w:rPr>
            </w:pPr>
            <w:r w:rsidRPr="009C650E">
              <w:rPr>
                <w:b/>
                <w:noProof/>
                <w:sz w:val="28"/>
                <w:lang w:val="ro-RO"/>
              </w:rPr>
              <w:t>Proiectarea indicatorilor</w:t>
            </w:r>
          </w:p>
          <w:p w14:paraId="2381887E" w14:textId="77777777" w:rsidR="00673E82" w:rsidRPr="009C650E" w:rsidRDefault="00000000">
            <w:pPr>
              <w:spacing w:after="0"/>
              <w:rPr>
                <w:noProof/>
                <w:lang w:val="ro-RO"/>
              </w:rPr>
            </w:pPr>
            <w:r w:rsidRPr="009C650E">
              <w:rPr>
                <w:noProof/>
                <w:color w:val="666666"/>
                <w:sz w:val="16"/>
                <w:lang w:val="ro-RO"/>
              </w:rPr>
              <w:t>Indicatorul trebuie să conducă la decizii corecte, nu doar la un procent ușor de raportat</w:t>
            </w:r>
          </w:p>
        </w:tc>
      </w:tr>
    </w:tbl>
    <w:p w14:paraId="201CAE2C" w14:textId="77777777" w:rsidR="00673E82" w:rsidRPr="009C650E" w:rsidRDefault="00673E82">
      <w:pPr>
        <w:spacing w:after="0"/>
        <w:rPr>
          <w:noProof/>
          <w:lang w:val="ro-RO"/>
        </w:rPr>
      </w:pPr>
    </w:p>
    <w:p w14:paraId="0752A2F5" w14:textId="77777777" w:rsidR="00673E82" w:rsidRPr="009C650E" w:rsidRDefault="00000000">
      <w:pPr>
        <w:pStyle w:val="Heading2"/>
        <w:rPr>
          <w:noProof/>
          <w:lang w:val="ro-RO"/>
        </w:rPr>
      </w:pPr>
      <w:r w:rsidRPr="009C650E">
        <w:rPr>
          <w:noProof/>
          <w:lang w:val="ro-RO"/>
        </w:rPr>
        <w:t>Fișa tehnică a indicatorului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288"/>
        <w:gridCol w:w="6633"/>
      </w:tblGrid>
      <w:tr w:rsidR="00673E82" w:rsidRPr="009C650E" w14:paraId="6E6FFD8A" w14:textId="77777777">
        <w:trPr>
          <w:tblHeader/>
          <w:jc w:val="center"/>
        </w:trPr>
        <w:tc>
          <w:tcPr>
            <w:tcW w:w="3288" w:type="dxa"/>
            <w:shd w:val="clear" w:color="auto" w:fill="D71920"/>
            <w:tcMar>
              <w:top w:w="75" w:type="dxa"/>
              <w:left w:w="85" w:type="dxa"/>
              <w:bottom w:w="75" w:type="dxa"/>
              <w:right w:w="85" w:type="dxa"/>
            </w:tcMar>
            <w:vAlign w:val="center"/>
          </w:tcPr>
          <w:p w14:paraId="084243BC" w14:textId="77777777" w:rsidR="00673E82" w:rsidRPr="009C650E" w:rsidRDefault="00000000">
            <w:pPr>
              <w:spacing w:after="0" w:line="240" w:lineRule="auto"/>
              <w:jc w:val="center"/>
              <w:rPr>
                <w:noProof/>
                <w:lang w:val="ro-RO"/>
              </w:rPr>
            </w:pPr>
            <w:r w:rsidRPr="009C650E">
              <w:rPr>
                <w:b/>
                <w:noProof/>
                <w:color w:val="FFFFFF"/>
                <w:sz w:val="16"/>
                <w:lang w:val="ro-RO"/>
              </w:rPr>
              <w:t>ELEMENT</w:t>
            </w:r>
          </w:p>
        </w:tc>
        <w:tc>
          <w:tcPr>
            <w:tcW w:w="6633" w:type="dxa"/>
            <w:shd w:val="clear" w:color="auto" w:fill="D71920"/>
            <w:tcMar>
              <w:top w:w="75" w:type="dxa"/>
              <w:left w:w="85" w:type="dxa"/>
              <w:bottom w:w="75" w:type="dxa"/>
              <w:right w:w="85" w:type="dxa"/>
            </w:tcMar>
            <w:vAlign w:val="center"/>
          </w:tcPr>
          <w:p w14:paraId="712D35A5" w14:textId="77777777" w:rsidR="00673E82" w:rsidRPr="009C650E" w:rsidRDefault="00000000">
            <w:pPr>
              <w:spacing w:after="0" w:line="240" w:lineRule="auto"/>
              <w:jc w:val="center"/>
              <w:rPr>
                <w:noProof/>
                <w:lang w:val="ro-RO"/>
              </w:rPr>
            </w:pPr>
            <w:r w:rsidRPr="009C650E">
              <w:rPr>
                <w:b/>
                <w:noProof/>
                <w:color w:val="FFFFFF"/>
                <w:sz w:val="16"/>
                <w:lang w:val="ro-RO"/>
              </w:rPr>
              <w:t>COMPLETARE</w:t>
            </w:r>
          </w:p>
        </w:tc>
      </w:tr>
      <w:tr w:rsidR="00673E82" w:rsidRPr="009C650E" w14:paraId="0DE45B93" w14:textId="77777777">
        <w:trPr>
          <w:cantSplit/>
          <w:jc w:val="center"/>
        </w:trPr>
        <w:tc>
          <w:tcPr>
            <w:tcW w:w="3288" w:type="dxa"/>
            <w:shd w:val="clear" w:color="auto" w:fill="FFFFFF"/>
            <w:tcMar>
              <w:top w:w="75" w:type="dxa"/>
              <w:left w:w="85" w:type="dxa"/>
              <w:bottom w:w="75" w:type="dxa"/>
              <w:right w:w="85" w:type="dxa"/>
            </w:tcMar>
            <w:vAlign w:val="center"/>
          </w:tcPr>
          <w:p w14:paraId="595E880C" w14:textId="77777777" w:rsidR="00673E82" w:rsidRPr="009C650E" w:rsidRDefault="00000000">
            <w:pPr>
              <w:spacing w:after="0" w:line="240" w:lineRule="auto"/>
              <w:rPr>
                <w:noProof/>
                <w:lang w:val="ro-RO"/>
              </w:rPr>
            </w:pPr>
            <w:r w:rsidRPr="009C650E">
              <w:rPr>
                <w:noProof/>
                <w:sz w:val="16"/>
                <w:lang w:val="ro-RO"/>
              </w:rPr>
              <w:t>Denumire și scop</w:t>
            </w:r>
          </w:p>
        </w:tc>
        <w:tc>
          <w:tcPr>
            <w:tcW w:w="6633" w:type="dxa"/>
            <w:shd w:val="clear" w:color="auto" w:fill="FFFFFF"/>
            <w:tcMar>
              <w:top w:w="75" w:type="dxa"/>
              <w:left w:w="85" w:type="dxa"/>
              <w:bottom w:w="75" w:type="dxa"/>
              <w:right w:w="85" w:type="dxa"/>
            </w:tcMar>
            <w:vAlign w:val="center"/>
          </w:tcPr>
          <w:p w14:paraId="1A962A60" w14:textId="77777777" w:rsidR="00673E82" w:rsidRPr="009C650E" w:rsidRDefault="00673E82">
            <w:pPr>
              <w:spacing w:after="0" w:line="240" w:lineRule="auto"/>
              <w:rPr>
                <w:noProof/>
                <w:lang w:val="ro-RO"/>
              </w:rPr>
            </w:pPr>
          </w:p>
        </w:tc>
      </w:tr>
      <w:tr w:rsidR="00673E82" w:rsidRPr="009C650E" w14:paraId="18A8BE14" w14:textId="77777777">
        <w:trPr>
          <w:cantSplit/>
          <w:jc w:val="center"/>
        </w:trPr>
        <w:tc>
          <w:tcPr>
            <w:tcW w:w="3288" w:type="dxa"/>
            <w:shd w:val="clear" w:color="auto" w:fill="FAFAFA"/>
            <w:tcMar>
              <w:top w:w="75" w:type="dxa"/>
              <w:left w:w="85" w:type="dxa"/>
              <w:bottom w:w="75" w:type="dxa"/>
              <w:right w:w="85" w:type="dxa"/>
            </w:tcMar>
            <w:vAlign w:val="center"/>
          </w:tcPr>
          <w:p w14:paraId="0C99E0CF" w14:textId="77777777" w:rsidR="00673E82" w:rsidRPr="009C650E" w:rsidRDefault="00000000">
            <w:pPr>
              <w:spacing w:after="0" w:line="240" w:lineRule="auto"/>
              <w:rPr>
                <w:noProof/>
                <w:lang w:val="ro-RO"/>
              </w:rPr>
            </w:pPr>
            <w:r w:rsidRPr="009C650E">
              <w:rPr>
                <w:noProof/>
                <w:sz w:val="16"/>
                <w:lang w:val="ro-RO"/>
              </w:rPr>
              <w:t>Risc / activ / control asociat</w:t>
            </w:r>
          </w:p>
        </w:tc>
        <w:tc>
          <w:tcPr>
            <w:tcW w:w="6633" w:type="dxa"/>
            <w:shd w:val="clear" w:color="auto" w:fill="FAFAFA"/>
            <w:tcMar>
              <w:top w:w="75" w:type="dxa"/>
              <w:left w:w="85" w:type="dxa"/>
              <w:bottom w:w="75" w:type="dxa"/>
              <w:right w:w="85" w:type="dxa"/>
            </w:tcMar>
            <w:vAlign w:val="center"/>
          </w:tcPr>
          <w:p w14:paraId="065226D7" w14:textId="77777777" w:rsidR="00673E82" w:rsidRPr="009C650E" w:rsidRDefault="00673E82">
            <w:pPr>
              <w:spacing w:after="0" w:line="240" w:lineRule="auto"/>
              <w:rPr>
                <w:noProof/>
                <w:lang w:val="ro-RO"/>
              </w:rPr>
            </w:pPr>
          </w:p>
        </w:tc>
      </w:tr>
      <w:tr w:rsidR="00673E82" w:rsidRPr="009C650E" w14:paraId="5A270FAD" w14:textId="77777777">
        <w:trPr>
          <w:cantSplit/>
          <w:jc w:val="center"/>
        </w:trPr>
        <w:tc>
          <w:tcPr>
            <w:tcW w:w="3288" w:type="dxa"/>
            <w:shd w:val="clear" w:color="auto" w:fill="FFFFFF"/>
            <w:tcMar>
              <w:top w:w="75" w:type="dxa"/>
              <w:left w:w="85" w:type="dxa"/>
              <w:bottom w:w="75" w:type="dxa"/>
              <w:right w:w="85" w:type="dxa"/>
            </w:tcMar>
            <w:vAlign w:val="center"/>
          </w:tcPr>
          <w:p w14:paraId="1C90D30B" w14:textId="77777777" w:rsidR="00673E82" w:rsidRPr="009C650E" w:rsidRDefault="00000000">
            <w:pPr>
              <w:spacing w:after="0" w:line="240" w:lineRule="auto"/>
              <w:rPr>
                <w:noProof/>
                <w:lang w:val="ro-RO"/>
              </w:rPr>
            </w:pPr>
            <w:r w:rsidRPr="009C650E">
              <w:rPr>
                <w:noProof/>
                <w:sz w:val="16"/>
                <w:lang w:val="ro-RO"/>
              </w:rPr>
              <w:t>Sisteme, date și locații acoperite</w:t>
            </w:r>
          </w:p>
        </w:tc>
        <w:tc>
          <w:tcPr>
            <w:tcW w:w="6633" w:type="dxa"/>
            <w:shd w:val="clear" w:color="auto" w:fill="FFFFFF"/>
            <w:tcMar>
              <w:top w:w="75" w:type="dxa"/>
              <w:left w:w="85" w:type="dxa"/>
              <w:bottom w:w="75" w:type="dxa"/>
              <w:right w:w="85" w:type="dxa"/>
            </w:tcMar>
            <w:vAlign w:val="center"/>
          </w:tcPr>
          <w:p w14:paraId="7AFD154C" w14:textId="77777777" w:rsidR="00673E82" w:rsidRPr="009C650E" w:rsidRDefault="00673E82">
            <w:pPr>
              <w:spacing w:after="0" w:line="240" w:lineRule="auto"/>
              <w:rPr>
                <w:noProof/>
                <w:lang w:val="ro-RO"/>
              </w:rPr>
            </w:pPr>
          </w:p>
        </w:tc>
      </w:tr>
      <w:tr w:rsidR="00673E82" w:rsidRPr="009C650E" w14:paraId="2A5C4111" w14:textId="77777777">
        <w:trPr>
          <w:cantSplit/>
          <w:jc w:val="center"/>
        </w:trPr>
        <w:tc>
          <w:tcPr>
            <w:tcW w:w="3288" w:type="dxa"/>
            <w:shd w:val="clear" w:color="auto" w:fill="FAFAFA"/>
            <w:tcMar>
              <w:top w:w="75" w:type="dxa"/>
              <w:left w:w="85" w:type="dxa"/>
              <w:bottom w:w="75" w:type="dxa"/>
              <w:right w:w="85" w:type="dxa"/>
            </w:tcMar>
            <w:vAlign w:val="center"/>
          </w:tcPr>
          <w:p w14:paraId="27913E7C" w14:textId="77777777" w:rsidR="00673E82" w:rsidRPr="009C650E" w:rsidRDefault="00000000">
            <w:pPr>
              <w:spacing w:after="0" w:line="240" w:lineRule="auto"/>
              <w:rPr>
                <w:noProof/>
                <w:lang w:val="ro-RO"/>
              </w:rPr>
            </w:pPr>
            <w:r w:rsidRPr="009C650E">
              <w:rPr>
                <w:noProof/>
                <w:sz w:val="16"/>
                <w:lang w:val="ro-RO"/>
              </w:rPr>
              <w:t>KPI de performanță control</w:t>
            </w:r>
          </w:p>
        </w:tc>
        <w:tc>
          <w:tcPr>
            <w:tcW w:w="6633" w:type="dxa"/>
            <w:shd w:val="clear" w:color="auto" w:fill="FAFAFA"/>
            <w:tcMar>
              <w:top w:w="75" w:type="dxa"/>
              <w:left w:w="85" w:type="dxa"/>
              <w:bottom w:w="75" w:type="dxa"/>
              <w:right w:w="85" w:type="dxa"/>
            </w:tcMar>
            <w:vAlign w:val="center"/>
          </w:tcPr>
          <w:p w14:paraId="0A16DE56" w14:textId="77777777" w:rsidR="00673E82" w:rsidRPr="009C650E" w:rsidRDefault="00673E82">
            <w:pPr>
              <w:spacing w:after="0" w:line="240" w:lineRule="auto"/>
              <w:rPr>
                <w:noProof/>
                <w:lang w:val="ro-RO"/>
              </w:rPr>
            </w:pPr>
          </w:p>
        </w:tc>
      </w:tr>
      <w:tr w:rsidR="00673E82" w:rsidRPr="009C650E" w14:paraId="245C56F5" w14:textId="77777777">
        <w:trPr>
          <w:cantSplit/>
          <w:jc w:val="center"/>
        </w:trPr>
        <w:tc>
          <w:tcPr>
            <w:tcW w:w="3288" w:type="dxa"/>
            <w:shd w:val="clear" w:color="auto" w:fill="FFFFFF"/>
            <w:tcMar>
              <w:top w:w="75" w:type="dxa"/>
              <w:left w:w="85" w:type="dxa"/>
              <w:bottom w:w="75" w:type="dxa"/>
              <w:right w:w="85" w:type="dxa"/>
            </w:tcMar>
            <w:vAlign w:val="center"/>
          </w:tcPr>
          <w:p w14:paraId="3038E904" w14:textId="77777777" w:rsidR="00673E82" w:rsidRPr="009C650E" w:rsidRDefault="00000000">
            <w:pPr>
              <w:spacing w:after="0" w:line="240" w:lineRule="auto"/>
              <w:rPr>
                <w:noProof/>
                <w:lang w:val="ro-RO"/>
              </w:rPr>
            </w:pPr>
            <w:r w:rsidRPr="009C650E">
              <w:rPr>
                <w:noProof/>
                <w:sz w:val="16"/>
                <w:lang w:val="ro-RO"/>
              </w:rPr>
              <w:t>KRI / indicator de rezultat</w:t>
            </w:r>
          </w:p>
        </w:tc>
        <w:tc>
          <w:tcPr>
            <w:tcW w:w="6633" w:type="dxa"/>
            <w:shd w:val="clear" w:color="auto" w:fill="FFFFFF"/>
            <w:tcMar>
              <w:top w:w="75" w:type="dxa"/>
              <w:left w:w="85" w:type="dxa"/>
              <w:bottom w:w="75" w:type="dxa"/>
              <w:right w:w="85" w:type="dxa"/>
            </w:tcMar>
            <w:vAlign w:val="center"/>
          </w:tcPr>
          <w:p w14:paraId="12500F01" w14:textId="77777777" w:rsidR="00673E82" w:rsidRPr="009C650E" w:rsidRDefault="00673E82">
            <w:pPr>
              <w:spacing w:after="0" w:line="240" w:lineRule="auto"/>
              <w:rPr>
                <w:noProof/>
                <w:lang w:val="ro-RO"/>
              </w:rPr>
            </w:pPr>
          </w:p>
        </w:tc>
      </w:tr>
      <w:tr w:rsidR="00673E82" w:rsidRPr="009C650E" w14:paraId="4E75FF2C" w14:textId="77777777">
        <w:trPr>
          <w:cantSplit/>
          <w:jc w:val="center"/>
        </w:trPr>
        <w:tc>
          <w:tcPr>
            <w:tcW w:w="3288" w:type="dxa"/>
            <w:shd w:val="clear" w:color="auto" w:fill="FAFAFA"/>
            <w:tcMar>
              <w:top w:w="75" w:type="dxa"/>
              <w:left w:w="85" w:type="dxa"/>
              <w:bottom w:w="75" w:type="dxa"/>
              <w:right w:w="85" w:type="dxa"/>
            </w:tcMar>
            <w:vAlign w:val="center"/>
          </w:tcPr>
          <w:p w14:paraId="0580B452" w14:textId="77777777" w:rsidR="00673E82" w:rsidRPr="009C650E" w:rsidRDefault="00000000">
            <w:pPr>
              <w:spacing w:after="0" w:line="240" w:lineRule="auto"/>
              <w:rPr>
                <w:noProof/>
                <w:lang w:val="ro-RO"/>
              </w:rPr>
            </w:pPr>
            <w:r w:rsidRPr="009C650E">
              <w:rPr>
                <w:noProof/>
                <w:sz w:val="16"/>
                <w:lang w:val="ro-RO"/>
              </w:rPr>
              <w:t>Formula și unitatea</w:t>
            </w:r>
          </w:p>
        </w:tc>
        <w:tc>
          <w:tcPr>
            <w:tcW w:w="6633" w:type="dxa"/>
            <w:shd w:val="clear" w:color="auto" w:fill="FAFAFA"/>
            <w:tcMar>
              <w:top w:w="75" w:type="dxa"/>
              <w:left w:w="85" w:type="dxa"/>
              <w:bottom w:w="75" w:type="dxa"/>
              <w:right w:w="85" w:type="dxa"/>
            </w:tcMar>
            <w:vAlign w:val="center"/>
          </w:tcPr>
          <w:p w14:paraId="359273EC" w14:textId="77777777" w:rsidR="00673E82" w:rsidRPr="009C650E" w:rsidRDefault="00673E82">
            <w:pPr>
              <w:spacing w:after="0" w:line="240" w:lineRule="auto"/>
              <w:rPr>
                <w:noProof/>
                <w:lang w:val="ro-RO"/>
              </w:rPr>
            </w:pPr>
          </w:p>
        </w:tc>
      </w:tr>
      <w:tr w:rsidR="00673E82" w:rsidRPr="009C650E" w14:paraId="5EE98E18" w14:textId="77777777">
        <w:trPr>
          <w:cantSplit/>
          <w:jc w:val="center"/>
        </w:trPr>
        <w:tc>
          <w:tcPr>
            <w:tcW w:w="3288" w:type="dxa"/>
            <w:shd w:val="clear" w:color="auto" w:fill="FFFFFF"/>
            <w:tcMar>
              <w:top w:w="75" w:type="dxa"/>
              <w:left w:w="85" w:type="dxa"/>
              <w:bottom w:w="75" w:type="dxa"/>
              <w:right w:w="85" w:type="dxa"/>
            </w:tcMar>
            <w:vAlign w:val="center"/>
          </w:tcPr>
          <w:p w14:paraId="1FCB1E0B" w14:textId="77777777" w:rsidR="00673E82" w:rsidRPr="009C650E" w:rsidRDefault="00000000">
            <w:pPr>
              <w:spacing w:after="0" w:line="240" w:lineRule="auto"/>
              <w:rPr>
                <w:noProof/>
                <w:lang w:val="ro-RO"/>
              </w:rPr>
            </w:pPr>
            <w:r w:rsidRPr="009C650E">
              <w:rPr>
                <w:noProof/>
                <w:sz w:val="16"/>
                <w:lang w:val="ro-RO"/>
              </w:rPr>
              <w:t>Sursa datelor / telemetrie</w:t>
            </w:r>
          </w:p>
        </w:tc>
        <w:tc>
          <w:tcPr>
            <w:tcW w:w="6633" w:type="dxa"/>
            <w:shd w:val="clear" w:color="auto" w:fill="FFFFFF"/>
            <w:tcMar>
              <w:top w:w="75" w:type="dxa"/>
              <w:left w:w="85" w:type="dxa"/>
              <w:bottom w:w="75" w:type="dxa"/>
              <w:right w:w="85" w:type="dxa"/>
            </w:tcMar>
            <w:vAlign w:val="center"/>
          </w:tcPr>
          <w:p w14:paraId="4E4C446B" w14:textId="77777777" w:rsidR="00673E82" w:rsidRPr="009C650E" w:rsidRDefault="00673E82">
            <w:pPr>
              <w:spacing w:after="0" w:line="240" w:lineRule="auto"/>
              <w:rPr>
                <w:noProof/>
                <w:lang w:val="ro-RO"/>
              </w:rPr>
            </w:pPr>
          </w:p>
        </w:tc>
      </w:tr>
      <w:tr w:rsidR="00673E82" w:rsidRPr="009C650E" w14:paraId="733555D5" w14:textId="77777777">
        <w:trPr>
          <w:cantSplit/>
          <w:jc w:val="center"/>
        </w:trPr>
        <w:tc>
          <w:tcPr>
            <w:tcW w:w="3288" w:type="dxa"/>
            <w:shd w:val="clear" w:color="auto" w:fill="FAFAFA"/>
            <w:tcMar>
              <w:top w:w="75" w:type="dxa"/>
              <w:left w:w="85" w:type="dxa"/>
              <w:bottom w:w="75" w:type="dxa"/>
              <w:right w:w="85" w:type="dxa"/>
            </w:tcMar>
            <w:vAlign w:val="center"/>
          </w:tcPr>
          <w:p w14:paraId="40FD04A9" w14:textId="77777777" w:rsidR="00673E82" w:rsidRPr="009C650E" w:rsidRDefault="00000000">
            <w:pPr>
              <w:spacing w:after="0" w:line="240" w:lineRule="auto"/>
              <w:rPr>
                <w:noProof/>
                <w:lang w:val="ro-RO"/>
              </w:rPr>
            </w:pPr>
            <w:r w:rsidRPr="009C650E">
              <w:rPr>
                <w:noProof/>
                <w:sz w:val="16"/>
                <w:lang w:val="ro-RO"/>
              </w:rPr>
              <w:t>Frecvență și responsabil</w:t>
            </w:r>
          </w:p>
        </w:tc>
        <w:tc>
          <w:tcPr>
            <w:tcW w:w="6633" w:type="dxa"/>
            <w:shd w:val="clear" w:color="auto" w:fill="FAFAFA"/>
            <w:tcMar>
              <w:top w:w="75" w:type="dxa"/>
              <w:left w:w="85" w:type="dxa"/>
              <w:bottom w:w="75" w:type="dxa"/>
              <w:right w:w="85" w:type="dxa"/>
            </w:tcMar>
            <w:vAlign w:val="center"/>
          </w:tcPr>
          <w:p w14:paraId="45A8AE59" w14:textId="77777777" w:rsidR="00673E82" w:rsidRPr="009C650E" w:rsidRDefault="00673E82">
            <w:pPr>
              <w:spacing w:after="0" w:line="240" w:lineRule="auto"/>
              <w:rPr>
                <w:noProof/>
                <w:lang w:val="ro-RO"/>
              </w:rPr>
            </w:pPr>
          </w:p>
        </w:tc>
      </w:tr>
      <w:tr w:rsidR="00673E82" w:rsidRPr="009C650E" w14:paraId="45524E42" w14:textId="77777777">
        <w:trPr>
          <w:cantSplit/>
          <w:jc w:val="center"/>
        </w:trPr>
        <w:tc>
          <w:tcPr>
            <w:tcW w:w="3288" w:type="dxa"/>
            <w:shd w:val="clear" w:color="auto" w:fill="FFFFFF"/>
            <w:tcMar>
              <w:top w:w="75" w:type="dxa"/>
              <w:left w:w="85" w:type="dxa"/>
              <w:bottom w:w="75" w:type="dxa"/>
              <w:right w:w="85" w:type="dxa"/>
            </w:tcMar>
            <w:vAlign w:val="center"/>
          </w:tcPr>
          <w:p w14:paraId="602AD3D9" w14:textId="77777777" w:rsidR="00673E82" w:rsidRPr="009C650E" w:rsidRDefault="00000000">
            <w:pPr>
              <w:spacing w:after="0" w:line="240" w:lineRule="auto"/>
              <w:rPr>
                <w:noProof/>
                <w:lang w:val="ro-RO"/>
              </w:rPr>
            </w:pPr>
            <w:r w:rsidRPr="009C650E">
              <w:rPr>
                <w:noProof/>
                <w:sz w:val="16"/>
                <w:lang w:val="ro-RO"/>
              </w:rPr>
              <w:t>Baza de referință</w:t>
            </w:r>
          </w:p>
        </w:tc>
        <w:tc>
          <w:tcPr>
            <w:tcW w:w="6633" w:type="dxa"/>
            <w:shd w:val="clear" w:color="auto" w:fill="FFFFFF"/>
            <w:tcMar>
              <w:top w:w="75" w:type="dxa"/>
              <w:left w:w="85" w:type="dxa"/>
              <w:bottom w:w="75" w:type="dxa"/>
              <w:right w:w="85" w:type="dxa"/>
            </w:tcMar>
            <w:vAlign w:val="center"/>
          </w:tcPr>
          <w:p w14:paraId="660E1541" w14:textId="77777777" w:rsidR="00673E82" w:rsidRPr="009C650E" w:rsidRDefault="00673E82">
            <w:pPr>
              <w:spacing w:after="0" w:line="240" w:lineRule="auto"/>
              <w:rPr>
                <w:noProof/>
                <w:lang w:val="ro-RO"/>
              </w:rPr>
            </w:pPr>
          </w:p>
        </w:tc>
      </w:tr>
      <w:tr w:rsidR="00673E82" w:rsidRPr="009C650E" w14:paraId="243E20E0" w14:textId="77777777">
        <w:trPr>
          <w:cantSplit/>
          <w:jc w:val="center"/>
        </w:trPr>
        <w:tc>
          <w:tcPr>
            <w:tcW w:w="3288" w:type="dxa"/>
            <w:shd w:val="clear" w:color="auto" w:fill="FAFAFA"/>
            <w:tcMar>
              <w:top w:w="75" w:type="dxa"/>
              <w:left w:w="85" w:type="dxa"/>
              <w:bottom w:w="75" w:type="dxa"/>
              <w:right w:w="85" w:type="dxa"/>
            </w:tcMar>
            <w:vAlign w:val="center"/>
          </w:tcPr>
          <w:p w14:paraId="0191062F" w14:textId="77777777" w:rsidR="00673E82" w:rsidRPr="009C650E" w:rsidRDefault="00000000">
            <w:pPr>
              <w:spacing w:after="0" w:line="240" w:lineRule="auto"/>
              <w:rPr>
                <w:noProof/>
                <w:lang w:val="ro-RO"/>
              </w:rPr>
            </w:pPr>
            <w:r w:rsidRPr="009C650E">
              <w:rPr>
                <w:noProof/>
                <w:sz w:val="16"/>
                <w:lang w:val="ro-RO"/>
              </w:rPr>
              <w:t>Țintă, SLA și praguri</w:t>
            </w:r>
          </w:p>
        </w:tc>
        <w:tc>
          <w:tcPr>
            <w:tcW w:w="6633" w:type="dxa"/>
            <w:shd w:val="clear" w:color="auto" w:fill="FAFAFA"/>
            <w:tcMar>
              <w:top w:w="75" w:type="dxa"/>
              <w:left w:w="85" w:type="dxa"/>
              <w:bottom w:w="75" w:type="dxa"/>
              <w:right w:w="85" w:type="dxa"/>
            </w:tcMar>
            <w:vAlign w:val="center"/>
          </w:tcPr>
          <w:p w14:paraId="33A6E223" w14:textId="77777777" w:rsidR="00673E82" w:rsidRPr="009C650E" w:rsidRDefault="00673E82">
            <w:pPr>
              <w:spacing w:after="0" w:line="240" w:lineRule="auto"/>
              <w:rPr>
                <w:noProof/>
                <w:lang w:val="ro-RO"/>
              </w:rPr>
            </w:pPr>
          </w:p>
        </w:tc>
      </w:tr>
      <w:tr w:rsidR="00673E82" w:rsidRPr="009C650E" w14:paraId="0ACBB6DA" w14:textId="77777777">
        <w:trPr>
          <w:cantSplit/>
          <w:jc w:val="center"/>
        </w:trPr>
        <w:tc>
          <w:tcPr>
            <w:tcW w:w="3288" w:type="dxa"/>
            <w:shd w:val="clear" w:color="auto" w:fill="FFFFFF"/>
            <w:tcMar>
              <w:top w:w="75" w:type="dxa"/>
              <w:left w:w="85" w:type="dxa"/>
              <w:bottom w:w="75" w:type="dxa"/>
              <w:right w:w="85" w:type="dxa"/>
            </w:tcMar>
            <w:vAlign w:val="center"/>
          </w:tcPr>
          <w:p w14:paraId="7E7FED47" w14:textId="77777777" w:rsidR="00673E82" w:rsidRPr="009C650E" w:rsidRDefault="00000000">
            <w:pPr>
              <w:spacing w:after="0" w:line="240" w:lineRule="auto"/>
              <w:rPr>
                <w:noProof/>
                <w:lang w:val="ro-RO"/>
              </w:rPr>
            </w:pPr>
            <w:r w:rsidRPr="009C650E">
              <w:rPr>
                <w:noProof/>
                <w:sz w:val="16"/>
                <w:lang w:val="ro-RO"/>
              </w:rPr>
              <w:t>Excepții și risc rezidual</w:t>
            </w:r>
          </w:p>
        </w:tc>
        <w:tc>
          <w:tcPr>
            <w:tcW w:w="6633" w:type="dxa"/>
            <w:shd w:val="clear" w:color="auto" w:fill="FFFFFF"/>
            <w:tcMar>
              <w:top w:w="75" w:type="dxa"/>
              <w:left w:w="85" w:type="dxa"/>
              <w:bottom w:w="75" w:type="dxa"/>
              <w:right w:w="85" w:type="dxa"/>
            </w:tcMar>
            <w:vAlign w:val="center"/>
          </w:tcPr>
          <w:p w14:paraId="0CBEB252" w14:textId="77777777" w:rsidR="00673E82" w:rsidRPr="009C650E" w:rsidRDefault="00673E82">
            <w:pPr>
              <w:spacing w:after="0" w:line="240" w:lineRule="auto"/>
              <w:rPr>
                <w:noProof/>
                <w:lang w:val="ro-RO"/>
              </w:rPr>
            </w:pPr>
          </w:p>
        </w:tc>
      </w:tr>
      <w:tr w:rsidR="00673E82" w:rsidRPr="009C650E" w14:paraId="61E1CA1A" w14:textId="77777777">
        <w:trPr>
          <w:cantSplit/>
          <w:jc w:val="center"/>
        </w:trPr>
        <w:tc>
          <w:tcPr>
            <w:tcW w:w="3288" w:type="dxa"/>
            <w:shd w:val="clear" w:color="auto" w:fill="FAFAFA"/>
            <w:tcMar>
              <w:top w:w="75" w:type="dxa"/>
              <w:left w:w="85" w:type="dxa"/>
              <w:bottom w:w="75" w:type="dxa"/>
              <w:right w:w="85" w:type="dxa"/>
            </w:tcMar>
            <w:vAlign w:val="center"/>
          </w:tcPr>
          <w:p w14:paraId="4432927A" w14:textId="77777777" w:rsidR="00673E82" w:rsidRPr="009C650E" w:rsidRDefault="00000000">
            <w:pPr>
              <w:spacing w:after="0" w:line="240" w:lineRule="auto"/>
              <w:rPr>
                <w:noProof/>
                <w:lang w:val="ro-RO"/>
              </w:rPr>
            </w:pPr>
            <w:r w:rsidRPr="009C650E">
              <w:rPr>
                <w:noProof/>
                <w:sz w:val="16"/>
                <w:lang w:val="ro-RO"/>
              </w:rPr>
              <w:t>Metoda de testare / asigurare</w:t>
            </w:r>
          </w:p>
        </w:tc>
        <w:tc>
          <w:tcPr>
            <w:tcW w:w="6633" w:type="dxa"/>
            <w:shd w:val="clear" w:color="auto" w:fill="FAFAFA"/>
            <w:tcMar>
              <w:top w:w="75" w:type="dxa"/>
              <w:left w:w="85" w:type="dxa"/>
              <w:bottom w:w="75" w:type="dxa"/>
              <w:right w:w="85" w:type="dxa"/>
            </w:tcMar>
            <w:vAlign w:val="center"/>
          </w:tcPr>
          <w:p w14:paraId="632A1E85" w14:textId="77777777" w:rsidR="00673E82" w:rsidRPr="009C650E" w:rsidRDefault="00673E82">
            <w:pPr>
              <w:spacing w:after="0" w:line="240" w:lineRule="auto"/>
              <w:rPr>
                <w:noProof/>
                <w:lang w:val="ro-RO"/>
              </w:rPr>
            </w:pPr>
          </w:p>
        </w:tc>
      </w:tr>
      <w:tr w:rsidR="00673E82" w:rsidRPr="009C650E" w14:paraId="48CDBE03" w14:textId="77777777">
        <w:trPr>
          <w:cantSplit/>
          <w:jc w:val="center"/>
        </w:trPr>
        <w:tc>
          <w:tcPr>
            <w:tcW w:w="3288" w:type="dxa"/>
            <w:shd w:val="clear" w:color="auto" w:fill="FFFFFF"/>
            <w:tcMar>
              <w:top w:w="75" w:type="dxa"/>
              <w:left w:w="85" w:type="dxa"/>
              <w:bottom w:w="75" w:type="dxa"/>
              <w:right w:w="85" w:type="dxa"/>
            </w:tcMar>
            <w:vAlign w:val="center"/>
          </w:tcPr>
          <w:p w14:paraId="2E1335F7" w14:textId="77777777" w:rsidR="00673E82" w:rsidRPr="009C650E" w:rsidRDefault="00000000">
            <w:pPr>
              <w:spacing w:after="0" w:line="240" w:lineRule="auto"/>
              <w:rPr>
                <w:noProof/>
                <w:lang w:val="ro-RO"/>
              </w:rPr>
            </w:pPr>
            <w:r w:rsidRPr="009C650E">
              <w:rPr>
                <w:noProof/>
                <w:sz w:val="16"/>
                <w:lang w:val="ro-RO"/>
              </w:rPr>
              <w:t>Efecte nedorite și reguli anti-manipulare</w:t>
            </w:r>
          </w:p>
        </w:tc>
        <w:tc>
          <w:tcPr>
            <w:tcW w:w="6633" w:type="dxa"/>
            <w:shd w:val="clear" w:color="auto" w:fill="FFFFFF"/>
            <w:tcMar>
              <w:top w:w="75" w:type="dxa"/>
              <w:left w:w="85" w:type="dxa"/>
              <w:bottom w:w="75" w:type="dxa"/>
              <w:right w:w="85" w:type="dxa"/>
            </w:tcMar>
            <w:vAlign w:val="center"/>
          </w:tcPr>
          <w:p w14:paraId="320A1B80" w14:textId="77777777" w:rsidR="00673E82" w:rsidRPr="009C650E" w:rsidRDefault="00673E82">
            <w:pPr>
              <w:spacing w:after="0" w:line="240" w:lineRule="auto"/>
              <w:rPr>
                <w:noProof/>
                <w:lang w:val="ro-RO"/>
              </w:rPr>
            </w:pPr>
          </w:p>
        </w:tc>
      </w:tr>
    </w:tbl>
    <w:p w14:paraId="17FF61FE" w14:textId="77777777" w:rsidR="00673E82" w:rsidRPr="009C650E" w:rsidRDefault="00673E82">
      <w:pPr>
        <w:spacing w:after="20"/>
        <w:rPr>
          <w:noProof/>
          <w:lang w:val="ro-RO"/>
        </w:rPr>
      </w:pPr>
    </w:p>
    <w:p w14:paraId="3B5F0C24" w14:textId="77777777" w:rsidR="00673E82" w:rsidRPr="009C650E" w:rsidRDefault="00000000">
      <w:pPr>
        <w:pStyle w:val="Heading2"/>
        <w:rPr>
          <w:noProof/>
          <w:lang w:val="ro-RO"/>
        </w:rPr>
      </w:pPr>
      <w:r w:rsidRPr="009C650E">
        <w:rPr>
          <w:noProof/>
          <w:lang w:val="ro-RO"/>
        </w:rPr>
        <w:t>Combinați indicatori de control cu indicatori de risc și rezultat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3402"/>
        <w:gridCol w:w="4082"/>
      </w:tblGrid>
      <w:tr w:rsidR="00673E82" w:rsidRPr="009C650E" w14:paraId="39B10B89" w14:textId="77777777">
        <w:trPr>
          <w:tblHeader/>
          <w:jc w:val="center"/>
        </w:trPr>
        <w:tc>
          <w:tcPr>
            <w:tcW w:w="2438" w:type="dxa"/>
            <w:shd w:val="clear" w:color="auto" w:fill="D71920"/>
            <w:tcMar>
              <w:top w:w="75" w:type="dxa"/>
              <w:left w:w="85" w:type="dxa"/>
              <w:bottom w:w="75" w:type="dxa"/>
              <w:right w:w="85" w:type="dxa"/>
            </w:tcMar>
            <w:vAlign w:val="center"/>
          </w:tcPr>
          <w:p w14:paraId="486183C4" w14:textId="77777777" w:rsidR="00673E82" w:rsidRPr="009C650E" w:rsidRDefault="00000000">
            <w:pPr>
              <w:spacing w:after="0" w:line="240" w:lineRule="auto"/>
              <w:jc w:val="center"/>
              <w:rPr>
                <w:noProof/>
                <w:lang w:val="ro-RO"/>
              </w:rPr>
            </w:pPr>
            <w:r w:rsidRPr="009C650E">
              <w:rPr>
                <w:b/>
                <w:noProof/>
                <w:color w:val="FFFFFF"/>
                <w:sz w:val="15"/>
                <w:lang w:val="ro-RO"/>
              </w:rPr>
              <w:t>DOMENIU</w:t>
            </w:r>
          </w:p>
        </w:tc>
        <w:tc>
          <w:tcPr>
            <w:tcW w:w="3402" w:type="dxa"/>
            <w:shd w:val="clear" w:color="auto" w:fill="D71920"/>
            <w:tcMar>
              <w:top w:w="75" w:type="dxa"/>
              <w:left w:w="85" w:type="dxa"/>
              <w:bottom w:w="75" w:type="dxa"/>
              <w:right w:w="85" w:type="dxa"/>
            </w:tcMar>
            <w:vAlign w:val="center"/>
          </w:tcPr>
          <w:p w14:paraId="6008C301" w14:textId="77777777" w:rsidR="00673E82" w:rsidRPr="009C650E" w:rsidRDefault="00000000">
            <w:pPr>
              <w:spacing w:after="0" w:line="240" w:lineRule="auto"/>
              <w:jc w:val="center"/>
              <w:rPr>
                <w:noProof/>
                <w:lang w:val="ro-RO"/>
              </w:rPr>
            </w:pPr>
            <w:r w:rsidRPr="009C650E">
              <w:rPr>
                <w:b/>
                <w:noProof/>
                <w:color w:val="FFFFFF"/>
                <w:sz w:val="15"/>
                <w:lang w:val="ro-RO"/>
              </w:rPr>
              <w:t>INDICATOR DE CONTROL / KPI</w:t>
            </w:r>
          </w:p>
        </w:tc>
        <w:tc>
          <w:tcPr>
            <w:tcW w:w="4082" w:type="dxa"/>
            <w:shd w:val="clear" w:color="auto" w:fill="D71920"/>
            <w:tcMar>
              <w:top w:w="75" w:type="dxa"/>
              <w:left w:w="85" w:type="dxa"/>
              <w:bottom w:w="75" w:type="dxa"/>
              <w:right w:w="85" w:type="dxa"/>
            </w:tcMar>
            <w:vAlign w:val="center"/>
          </w:tcPr>
          <w:p w14:paraId="4B2DDE2C" w14:textId="77777777" w:rsidR="00673E82" w:rsidRPr="009C650E" w:rsidRDefault="00000000">
            <w:pPr>
              <w:spacing w:after="0" w:line="240" w:lineRule="auto"/>
              <w:jc w:val="center"/>
              <w:rPr>
                <w:noProof/>
                <w:lang w:val="ro-RO"/>
              </w:rPr>
            </w:pPr>
            <w:r w:rsidRPr="009C650E">
              <w:rPr>
                <w:b/>
                <w:noProof/>
                <w:color w:val="FFFFFF"/>
                <w:sz w:val="15"/>
                <w:lang w:val="ro-RO"/>
              </w:rPr>
              <w:t>INDICATOR DE RISC / REZULTAT</w:t>
            </w:r>
          </w:p>
        </w:tc>
      </w:tr>
      <w:tr w:rsidR="00673E82" w:rsidRPr="009C650E" w14:paraId="6754AE71" w14:textId="77777777">
        <w:trPr>
          <w:cantSplit/>
          <w:jc w:val="center"/>
        </w:trPr>
        <w:tc>
          <w:tcPr>
            <w:tcW w:w="2438" w:type="dxa"/>
            <w:shd w:val="clear" w:color="auto" w:fill="FFFFFF"/>
            <w:tcMar>
              <w:top w:w="75" w:type="dxa"/>
              <w:left w:w="85" w:type="dxa"/>
              <w:bottom w:w="75" w:type="dxa"/>
              <w:right w:w="85" w:type="dxa"/>
            </w:tcMar>
            <w:vAlign w:val="center"/>
          </w:tcPr>
          <w:p w14:paraId="58146088" w14:textId="77777777" w:rsidR="00673E82" w:rsidRPr="009C650E" w:rsidRDefault="00000000">
            <w:pPr>
              <w:spacing w:after="0" w:line="240" w:lineRule="auto"/>
              <w:rPr>
                <w:noProof/>
                <w:lang w:val="ro-RO"/>
              </w:rPr>
            </w:pPr>
            <w:r w:rsidRPr="009C650E">
              <w:rPr>
                <w:noProof/>
                <w:sz w:val="15"/>
                <w:lang w:val="ro-RO"/>
              </w:rPr>
              <w:t>Vulnerabilități</w:t>
            </w:r>
          </w:p>
        </w:tc>
        <w:tc>
          <w:tcPr>
            <w:tcW w:w="3402" w:type="dxa"/>
            <w:shd w:val="clear" w:color="auto" w:fill="FFFFFF"/>
            <w:tcMar>
              <w:top w:w="75" w:type="dxa"/>
              <w:left w:w="85" w:type="dxa"/>
              <w:bottom w:w="75" w:type="dxa"/>
              <w:right w:w="85" w:type="dxa"/>
            </w:tcMar>
            <w:vAlign w:val="center"/>
          </w:tcPr>
          <w:p w14:paraId="20C8327A" w14:textId="77777777" w:rsidR="00673E82" w:rsidRPr="009C650E" w:rsidRDefault="00000000">
            <w:pPr>
              <w:spacing w:after="0" w:line="240" w:lineRule="auto"/>
              <w:rPr>
                <w:noProof/>
                <w:lang w:val="ro-RO"/>
              </w:rPr>
            </w:pPr>
            <w:r w:rsidRPr="009C650E">
              <w:rPr>
                <w:noProof/>
                <w:sz w:val="15"/>
                <w:lang w:val="ro-RO"/>
              </w:rPr>
              <w:t>% remediate în SLA; acoperirea scanării; excepții revizuite</w:t>
            </w:r>
          </w:p>
        </w:tc>
        <w:tc>
          <w:tcPr>
            <w:tcW w:w="4082" w:type="dxa"/>
            <w:shd w:val="clear" w:color="auto" w:fill="FFFFFF"/>
            <w:tcMar>
              <w:top w:w="75" w:type="dxa"/>
              <w:left w:w="85" w:type="dxa"/>
              <w:bottom w:w="75" w:type="dxa"/>
              <w:right w:w="85" w:type="dxa"/>
            </w:tcMar>
            <w:vAlign w:val="center"/>
          </w:tcPr>
          <w:p w14:paraId="3B452978" w14:textId="77777777" w:rsidR="00673E82" w:rsidRPr="009C650E" w:rsidRDefault="00000000">
            <w:pPr>
              <w:spacing w:after="0" w:line="240" w:lineRule="auto"/>
              <w:rPr>
                <w:noProof/>
                <w:lang w:val="ro-RO"/>
              </w:rPr>
            </w:pPr>
            <w:r w:rsidRPr="009C650E">
              <w:rPr>
                <w:noProof/>
                <w:sz w:val="15"/>
                <w:lang w:val="ro-RO"/>
              </w:rPr>
              <w:t>vârsta maximă; active critice expuse; exploatări / incidente</w:t>
            </w:r>
          </w:p>
        </w:tc>
      </w:tr>
      <w:tr w:rsidR="00673E82" w:rsidRPr="009C650E" w14:paraId="5C5C9147" w14:textId="77777777">
        <w:trPr>
          <w:cantSplit/>
          <w:jc w:val="center"/>
        </w:trPr>
        <w:tc>
          <w:tcPr>
            <w:tcW w:w="2438" w:type="dxa"/>
            <w:shd w:val="clear" w:color="auto" w:fill="FAFAFA"/>
            <w:tcMar>
              <w:top w:w="75" w:type="dxa"/>
              <w:left w:w="85" w:type="dxa"/>
              <w:bottom w:w="75" w:type="dxa"/>
              <w:right w:w="85" w:type="dxa"/>
            </w:tcMar>
            <w:vAlign w:val="center"/>
          </w:tcPr>
          <w:p w14:paraId="36B51AB0" w14:textId="77777777" w:rsidR="00673E82" w:rsidRPr="009C650E" w:rsidRDefault="00000000">
            <w:pPr>
              <w:spacing w:after="0" w:line="240" w:lineRule="auto"/>
              <w:rPr>
                <w:noProof/>
                <w:lang w:val="ro-RO"/>
              </w:rPr>
            </w:pPr>
            <w:r w:rsidRPr="009C650E">
              <w:rPr>
                <w:noProof/>
                <w:sz w:val="15"/>
                <w:lang w:val="ro-RO"/>
              </w:rPr>
              <w:t>Acces</w:t>
            </w:r>
          </w:p>
        </w:tc>
        <w:tc>
          <w:tcPr>
            <w:tcW w:w="3402" w:type="dxa"/>
            <w:shd w:val="clear" w:color="auto" w:fill="FAFAFA"/>
            <w:tcMar>
              <w:top w:w="75" w:type="dxa"/>
              <w:left w:w="85" w:type="dxa"/>
              <w:bottom w:w="75" w:type="dxa"/>
              <w:right w:w="85" w:type="dxa"/>
            </w:tcMar>
            <w:vAlign w:val="center"/>
          </w:tcPr>
          <w:p w14:paraId="5CCDB285" w14:textId="77777777" w:rsidR="00673E82" w:rsidRPr="009C650E" w:rsidRDefault="00000000">
            <w:pPr>
              <w:spacing w:after="0" w:line="240" w:lineRule="auto"/>
              <w:rPr>
                <w:noProof/>
                <w:lang w:val="ro-RO"/>
              </w:rPr>
            </w:pPr>
            <w:r w:rsidRPr="009C650E">
              <w:rPr>
                <w:noProof/>
                <w:sz w:val="15"/>
                <w:lang w:val="ro-RO"/>
              </w:rPr>
              <w:t>acoperire MFA; recertificări; timp deprovisionare</w:t>
            </w:r>
          </w:p>
        </w:tc>
        <w:tc>
          <w:tcPr>
            <w:tcW w:w="4082" w:type="dxa"/>
            <w:shd w:val="clear" w:color="auto" w:fill="FAFAFA"/>
            <w:tcMar>
              <w:top w:w="75" w:type="dxa"/>
              <w:left w:w="85" w:type="dxa"/>
              <w:bottom w:w="75" w:type="dxa"/>
              <w:right w:w="85" w:type="dxa"/>
            </w:tcMar>
            <w:vAlign w:val="center"/>
          </w:tcPr>
          <w:p w14:paraId="5A467753" w14:textId="77777777" w:rsidR="00673E82" w:rsidRPr="009C650E" w:rsidRDefault="00000000">
            <w:pPr>
              <w:spacing w:after="0" w:line="240" w:lineRule="auto"/>
              <w:rPr>
                <w:noProof/>
                <w:lang w:val="ro-RO"/>
              </w:rPr>
            </w:pPr>
            <w:r w:rsidRPr="009C650E">
              <w:rPr>
                <w:noProof/>
                <w:sz w:val="15"/>
                <w:lang w:val="ro-RO"/>
              </w:rPr>
              <w:t>conturi orfane; acces excesiv; utilizări neautorizate</w:t>
            </w:r>
          </w:p>
        </w:tc>
      </w:tr>
      <w:tr w:rsidR="00673E82" w:rsidRPr="009C650E" w14:paraId="6F290C94" w14:textId="77777777">
        <w:trPr>
          <w:cantSplit/>
          <w:jc w:val="center"/>
        </w:trPr>
        <w:tc>
          <w:tcPr>
            <w:tcW w:w="2438" w:type="dxa"/>
            <w:shd w:val="clear" w:color="auto" w:fill="FFFFFF"/>
            <w:tcMar>
              <w:top w:w="75" w:type="dxa"/>
              <w:left w:w="85" w:type="dxa"/>
              <w:bottom w:w="75" w:type="dxa"/>
              <w:right w:w="85" w:type="dxa"/>
            </w:tcMar>
            <w:vAlign w:val="center"/>
          </w:tcPr>
          <w:p w14:paraId="663E40BC" w14:textId="77777777" w:rsidR="00673E82" w:rsidRPr="009C650E" w:rsidRDefault="00000000">
            <w:pPr>
              <w:spacing w:after="0" w:line="240" w:lineRule="auto"/>
              <w:rPr>
                <w:noProof/>
                <w:lang w:val="ro-RO"/>
              </w:rPr>
            </w:pPr>
            <w:r w:rsidRPr="009C650E">
              <w:rPr>
                <w:noProof/>
                <w:sz w:val="15"/>
                <w:lang w:val="ro-RO"/>
              </w:rPr>
              <w:t>Backup</w:t>
            </w:r>
          </w:p>
        </w:tc>
        <w:tc>
          <w:tcPr>
            <w:tcW w:w="3402" w:type="dxa"/>
            <w:shd w:val="clear" w:color="auto" w:fill="FFFFFF"/>
            <w:tcMar>
              <w:top w:w="75" w:type="dxa"/>
              <w:left w:w="85" w:type="dxa"/>
              <w:bottom w:w="75" w:type="dxa"/>
              <w:right w:w="85" w:type="dxa"/>
            </w:tcMar>
            <w:vAlign w:val="center"/>
          </w:tcPr>
          <w:p w14:paraId="7D46545E" w14:textId="77777777" w:rsidR="00673E82" w:rsidRPr="009C650E" w:rsidRDefault="00000000">
            <w:pPr>
              <w:spacing w:after="0" w:line="240" w:lineRule="auto"/>
              <w:rPr>
                <w:noProof/>
                <w:lang w:val="ro-RO"/>
              </w:rPr>
            </w:pPr>
            <w:r w:rsidRPr="009C650E">
              <w:rPr>
                <w:noProof/>
                <w:sz w:val="15"/>
                <w:lang w:val="ro-RO"/>
              </w:rPr>
              <w:t>teste de restaurare; copii izolate; monitorizare joburi</w:t>
            </w:r>
          </w:p>
        </w:tc>
        <w:tc>
          <w:tcPr>
            <w:tcW w:w="4082" w:type="dxa"/>
            <w:shd w:val="clear" w:color="auto" w:fill="FFFFFF"/>
            <w:tcMar>
              <w:top w:w="75" w:type="dxa"/>
              <w:left w:w="85" w:type="dxa"/>
              <w:bottom w:w="75" w:type="dxa"/>
              <w:right w:w="85" w:type="dxa"/>
            </w:tcMar>
            <w:vAlign w:val="center"/>
          </w:tcPr>
          <w:p w14:paraId="0E1FA5D1" w14:textId="77777777" w:rsidR="00673E82" w:rsidRPr="009C650E" w:rsidRDefault="00000000">
            <w:pPr>
              <w:spacing w:after="0" w:line="240" w:lineRule="auto"/>
              <w:rPr>
                <w:noProof/>
                <w:lang w:val="ro-RO"/>
              </w:rPr>
            </w:pPr>
            <w:r w:rsidRPr="009C650E">
              <w:rPr>
                <w:noProof/>
                <w:sz w:val="15"/>
                <w:lang w:val="ro-RO"/>
              </w:rPr>
              <w:t>RPO/RTO realizat; pierdere de date; restaurări eșuate</w:t>
            </w:r>
          </w:p>
        </w:tc>
      </w:tr>
      <w:tr w:rsidR="00673E82" w:rsidRPr="009C650E" w14:paraId="0ACEC2CC" w14:textId="77777777">
        <w:trPr>
          <w:cantSplit/>
          <w:jc w:val="center"/>
        </w:trPr>
        <w:tc>
          <w:tcPr>
            <w:tcW w:w="2438" w:type="dxa"/>
            <w:shd w:val="clear" w:color="auto" w:fill="FAFAFA"/>
            <w:tcMar>
              <w:top w:w="75" w:type="dxa"/>
              <w:left w:w="85" w:type="dxa"/>
              <w:bottom w:w="75" w:type="dxa"/>
              <w:right w:w="85" w:type="dxa"/>
            </w:tcMar>
            <w:vAlign w:val="center"/>
          </w:tcPr>
          <w:p w14:paraId="14D478D0" w14:textId="77777777" w:rsidR="00673E82" w:rsidRPr="009C650E" w:rsidRDefault="00000000">
            <w:pPr>
              <w:spacing w:after="0" w:line="240" w:lineRule="auto"/>
              <w:rPr>
                <w:noProof/>
                <w:lang w:val="ro-RO"/>
              </w:rPr>
            </w:pPr>
            <w:r w:rsidRPr="009C650E">
              <w:rPr>
                <w:noProof/>
                <w:sz w:val="15"/>
                <w:lang w:val="ro-RO"/>
              </w:rPr>
              <w:t>Incidente</w:t>
            </w:r>
          </w:p>
        </w:tc>
        <w:tc>
          <w:tcPr>
            <w:tcW w:w="3402" w:type="dxa"/>
            <w:shd w:val="clear" w:color="auto" w:fill="FAFAFA"/>
            <w:tcMar>
              <w:top w:w="75" w:type="dxa"/>
              <w:left w:w="85" w:type="dxa"/>
              <w:bottom w:w="75" w:type="dxa"/>
              <w:right w:w="85" w:type="dxa"/>
            </w:tcMar>
            <w:vAlign w:val="center"/>
          </w:tcPr>
          <w:p w14:paraId="362B7E88" w14:textId="77777777" w:rsidR="00673E82" w:rsidRPr="009C650E" w:rsidRDefault="00000000">
            <w:pPr>
              <w:spacing w:after="0" w:line="240" w:lineRule="auto"/>
              <w:rPr>
                <w:noProof/>
                <w:lang w:val="ro-RO"/>
              </w:rPr>
            </w:pPr>
            <w:r w:rsidRPr="009C650E">
              <w:rPr>
                <w:noProof/>
                <w:sz w:val="15"/>
                <w:lang w:val="ro-RO"/>
              </w:rPr>
              <w:t>cazuri de detecție testate; exerciții; on-call disponibil</w:t>
            </w:r>
          </w:p>
        </w:tc>
        <w:tc>
          <w:tcPr>
            <w:tcW w:w="4082" w:type="dxa"/>
            <w:shd w:val="clear" w:color="auto" w:fill="FAFAFA"/>
            <w:tcMar>
              <w:top w:w="75" w:type="dxa"/>
              <w:left w:w="85" w:type="dxa"/>
              <w:bottom w:w="75" w:type="dxa"/>
              <w:right w:w="85" w:type="dxa"/>
            </w:tcMar>
            <w:vAlign w:val="center"/>
          </w:tcPr>
          <w:p w14:paraId="3DA1FF5F" w14:textId="77777777" w:rsidR="00673E82" w:rsidRPr="009C650E" w:rsidRDefault="00000000">
            <w:pPr>
              <w:spacing w:after="0" w:line="240" w:lineRule="auto"/>
              <w:rPr>
                <w:noProof/>
                <w:lang w:val="ro-RO"/>
              </w:rPr>
            </w:pPr>
            <w:r w:rsidRPr="009C650E">
              <w:rPr>
                <w:noProof/>
                <w:sz w:val="15"/>
                <w:lang w:val="ro-RO"/>
              </w:rPr>
              <w:t>MTTD/MTTC/MTTR; severitate; recurență și impact</w:t>
            </w:r>
          </w:p>
        </w:tc>
      </w:tr>
      <w:tr w:rsidR="00673E82" w:rsidRPr="009C650E" w14:paraId="2B16D7AB" w14:textId="77777777">
        <w:trPr>
          <w:cantSplit/>
          <w:jc w:val="center"/>
        </w:trPr>
        <w:tc>
          <w:tcPr>
            <w:tcW w:w="2438" w:type="dxa"/>
            <w:shd w:val="clear" w:color="auto" w:fill="FFFFFF"/>
            <w:tcMar>
              <w:top w:w="75" w:type="dxa"/>
              <w:left w:w="85" w:type="dxa"/>
              <w:bottom w:w="75" w:type="dxa"/>
              <w:right w:w="85" w:type="dxa"/>
            </w:tcMar>
            <w:vAlign w:val="center"/>
          </w:tcPr>
          <w:p w14:paraId="3913B313" w14:textId="77777777" w:rsidR="00673E82" w:rsidRPr="009C650E" w:rsidRDefault="00000000">
            <w:pPr>
              <w:spacing w:after="0" w:line="240" w:lineRule="auto"/>
              <w:rPr>
                <w:noProof/>
                <w:lang w:val="ro-RO"/>
              </w:rPr>
            </w:pPr>
            <w:r w:rsidRPr="009C650E">
              <w:rPr>
                <w:noProof/>
                <w:sz w:val="15"/>
                <w:lang w:val="ro-RO"/>
              </w:rPr>
              <w:t>Furnizori</w:t>
            </w:r>
          </w:p>
        </w:tc>
        <w:tc>
          <w:tcPr>
            <w:tcW w:w="3402" w:type="dxa"/>
            <w:shd w:val="clear" w:color="auto" w:fill="FFFFFF"/>
            <w:tcMar>
              <w:top w:w="75" w:type="dxa"/>
              <w:left w:w="85" w:type="dxa"/>
              <w:bottom w:w="75" w:type="dxa"/>
              <w:right w:w="85" w:type="dxa"/>
            </w:tcMar>
            <w:vAlign w:val="center"/>
          </w:tcPr>
          <w:p w14:paraId="43C9A4C3" w14:textId="77777777" w:rsidR="00673E82" w:rsidRPr="009C650E" w:rsidRDefault="00000000">
            <w:pPr>
              <w:spacing w:after="0" w:line="240" w:lineRule="auto"/>
              <w:rPr>
                <w:noProof/>
                <w:lang w:val="ro-RO"/>
              </w:rPr>
            </w:pPr>
            <w:r w:rsidRPr="009C650E">
              <w:rPr>
                <w:noProof/>
                <w:sz w:val="15"/>
                <w:lang w:val="ro-RO"/>
              </w:rPr>
              <w:t>evaluări și clauze; acțiuni urmărite; acces controlat</w:t>
            </w:r>
          </w:p>
        </w:tc>
        <w:tc>
          <w:tcPr>
            <w:tcW w:w="4082" w:type="dxa"/>
            <w:shd w:val="clear" w:color="auto" w:fill="FFFFFF"/>
            <w:tcMar>
              <w:top w:w="75" w:type="dxa"/>
              <w:left w:w="85" w:type="dxa"/>
              <w:bottom w:w="75" w:type="dxa"/>
              <w:right w:w="85" w:type="dxa"/>
            </w:tcMar>
            <w:vAlign w:val="center"/>
          </w:tcPr>
          <w:p w14:paraId="29C2A3E8" w14:textId="77777777" w:rsidR="00673E82" w:rsidRPr="009C650E" w:rsidRDefault="00000000">
            <w:pPr>
              <w:spacing w:after="0" w:line="240" w:lineRule="auto"/>
              <w:rPr>
                <w:noProof/>
                <w:lang w:val="ro-RO"/>
              </w:rPr>
            </w:pPr>
            <w:r w:rsidRPr="009C650E">
              <w:rPr>
                <w:noProof/>
                <w:sz w:val="15"/>
                <w:lang w:val="ro-RO"/>
              </w:rPr>
              <w:t>incidente, neconformități și riscuri reziduale ale terților</w:t>
            </w:r>
          </w:p>
        </w:tc>
      </w:tr>
      <w:tr w:rsidR="00673E82" w:rsidRPr="009C650E" w14:paraId="7A74608D" w14:textId="77777777">
        <w:trPr>
          <w:cantSplit/>
          <w:jc w:val="center"/>
        </w:trPr>
        <w:tc>
          <w:tcPr>
            <w:tcW w:w="2438" w:type="dxa"/>
            <w:shd w:val="clear" w:color="auto" w:fill="FAFAFA"/>
            <w:tcMar>
              <w:top w:w="75" w:type="dxa"/>
              <w:left w:w="85" w:type="dxa"/>
              <w:bottom w:w="75" w:type="dxa"/>
              <w:right w:w="85" w:type="dxa"/>
            </w:tcMar>
            <w:vAlign w:val="center"/>
          </w:tcPr>
          <w:p w14:paraId="265C938A" w14:textId="77777777" w:rsidR="00673E82" w:rsidRPr="009C650E" w:rsidRDefault="00000000">
            <w:pPr>
              <w:spacing w:after="0" w:line="240" w:lineRule="auto"/>
              <w:rPr>
                <w:noProof/>
                <w:lang w:val="ro-RO"/>
              </w:rPr>
            </w:pPr>
            <w:r w:rsidRPr="009C650E">
              <w:rPr>
                <w:noProof/>
                <w:sz w:val="15"/>
                <w:lang w:val="ro-RO"/>
              </w:rPr>
              <w:t>Conștientizare</w:t>
            </w:r>
          </w:p>
        </w:tc>
        <w:tc>
          <w:tcPr>
            <w:tcW w:w="3402" w:type="dxa"/>
            <w:shd w:val="clear" w:color="auto" w:fill="FAFAFA"/>
            <w:tcMar>
              <w:top w:w="75" w:type="dxa"/>
              <w:left w:w="85" w:type="dxa"/>
              <w:bottom w:w="75" w:type="dxa"/>
              <w:right w:w="85" w:type="dxa"/>
            </w:tcMar>
            <w:vAlign w:val="center"/>
          </w:tcPr>
          <w:p w14:paraId="4894D57F" w14:textId="77777777" w:rsidR="00673E82" w:rsidRPr="009C650E" w:rsidRDefault="00000000">
            <w:pPr>
              <w:spacing w:after="0" w:line="240" w:lineRule="auto"/>
              <w:rPr>
                <w:noProof/>
                <w:lang w:val="ro-RO"/>
              </w:rPr>
            </w:pPr>
            <w:r w:rsidRPr="009C650E">
              <w:rPr>
                <w:noProof/>
                <w:sz w:val="15"/>
                <w:lang w:val="ro-RO"/>
              </w:rPr>
              <w:t>evaluări pe rol; raportare; simulări și coaching</w:t>
            </w:r>
          </w:p>
        </w:tc>
        <w:tc>
          <w:tcPr>
            <w:tcW w:w="4082" w:type="dxa"/>
            <w:shd w:val="clear" w:color="auto" w:fill="FAFAFA"/>
            <w:tcMar>
              <w:top w:w="75" w:type="dxa"/>
              <w:left w:w="85" w:type="dxa"/>
              <w:bottom w:w="75" w:type="dxa"/>
              <w:right w:w="85" w:type="dxa"/>
            </w:tcMar>
            <w:vAlign w:val="center"/>
          </w:tcPr>
          <w:p w14:paraId="10CF441A" w14:textId="77777777" w:rsidR="00673E82" w:rsidRPr="009C650E" w:rsidRDefault="00000000">
            <w:pPr>
              <w:spacing w:after="0" w:line="240" w:lineRule="auto"/>
              <w:rPr>
                <w:noProof/>
                <w:lang w:val="ro-RO"/>
              </w:rPr>
            </w:pPr>
            <w:r w:rsidRPr="009C650E">
              <w:rPr>
                <w:noProof/>
                <w:sz w:val="15"/>
                <w:lang w:val="ro-RO"/>
              </w:rPr>
              <w:t>erori repetate, incidente umane, timp de raportare</w:t>
            </w:r>
          </w:p>
        </w:tc>
      </w:tr>
    </w:tbl>
    <w:p w14:paraId="5DA8E985" w14:textId="77777777" w:rsidR="00673E82" w:rsidRPr="009C650E" w:rsidRDefault="00673E82">
      <w:pPr>
        <w:spacing w:after="20"/>
        <w:rPr>
          <w:noProof/>
          <w:lang w:val="ro-RO"/>
        </w:rPr>
      </w:pPr>
    </w:p>
    <w:p w14:paraId="34138D87" w14:textId="77777777" w:rsidR="00673E82" w:rsidRPr="009C650E" w:rsidRDefault="00000000">
      <w:pPr>
        <w:pStyle w:val="Heading2"/>
        <w:rPr>
          <w:noProof/>
          <w:lang w:val="ro-RO"/>
        </w:rPr>
      </w:pPr>
      <w:r w:rsidRPr="009C650E">
        <w:rPr>
          <w:noProof/>
          <w:lang w:val="ro-RO"/>
        </w:rPr>
        <w:t>Reguli de interpretare</w:t>
      </w:r>
    </w:p>
    <w:p w14:paraId="6D293155" w14:textId="77777777" w:rsidR="00673E82" w:rsidRPr="009C650E" w:rsidRDefault="00000000">
      <w:pPr>
        <w:pStyle w:val="ListBullet"/>
        <w:spacing w:after="40"/>
        <w:ind w:left="283" w:hanging="170"/>
        <w:rPr>
          <w:noProof/>
          <w:lang w:val="ro-RO"/>
        </w:rPr>
      </w:pPr>
      <w:r w:rsidRPr="009C650E">
        <w:rPr>
          <w:noProof/>
          <w:lang w:val="ro-RO"/>
        </w:rPr>
        <w:t>Analizați procentele împreună cu numărul, severitatea, criticitatea activelor și vechimea elementelor restante.</w:t>
      </w:r>
    </w:p>
    <w:p w14:paraId="60567A0B" w14:textId="77777777" w:rsidR="00673E82" w:rsidRPr="009C650E" w:rsidRDefault="00000000">
      <w:pPr>
        <w:pStyle w:val="ListBullet"/>
        <w:spacing w:after="40"/>
        <w:ind w:left="283" w:hanging="170"/>
        <w:rPr>
          <w:noProof/>
          <w:lang w:val="ro-RO"/>
        </w:rPr>
      </w:pPr>
      <w:r w:rsidRPr="009C650E">
        <w:rPr>
          <w:noProof/>
          <w:lang w:val="ro-RO"/>
        </w:rPr>
        <w:t>O creștere a incidentelor detectate sau a raportărilor poate însemna vizibilitate și cultură mai bune; evaluați impactul și timpul de răspuns.</w:t>
      </w:r>
    </w:p>
    <w:p w14:paraId="7094F50C" w14:textId="77777777" w:rsidR="00673E82" w:rsidRPr="009C650E" w:rsidRDefault="00000000">
      <w:pPr>
        <w:pStyle w:val="ListBullet"/>
        <w:spacing w:after="40"/>
        <w:ind w:left="283" w:hanging="170"/>
        <w:rPr>
          <w:noProof/>
          <w:lang w:val="ro-RO"/>
        </w:rPr>
      </w:pPr>
      <w:r w:rsidRPr="009C650E">
        <w:rPr>
          <w:noProof/>
          <w:lang w:val="ro-RO"/>
        </w:rPr>
        <w:t>Segmentați rezultatele pe active critice, internet-facing, producție, furnizori și tipuri de date.</w:t>
      </w:r>
    </w:p>
    <w:p w14:paraId="1D89D3A2" w14:textId="77777777" w:rsidR="00673E82" w:rsidRPr="009C650E" w:rsidRDefault="00000000">
      <w:pPr>
        <w:pStyle w:val="ListBullet"/>
        <w:spacing w:after="40"/>
        <w:ind w:left="283" w:hanging="170"/>
        <w:rPr>
          <w:noProof/>
          <w:lang w:val="ro-RO"/>
        </w:rPr>
      </w:pPr>
      <w:r w:rsidRPr="009C650E">
        <w:rPr>
          <w:noProof/>
          <w:lang w:val="ro-RO"/>
        </w:rPr>
        <w:t>Mențineți criteriile de severitate și SLA stabile sau documentați clar orice schimbare pentru comparabilitate.</w:t>
      </w:r>
    </w:p>
    <w:p w14:paraId="4B88B482" w14:textId="77777777" w:rsidR="00673E82" w:rsidRPr="009C650E" w:rsidRDefault="00000000">
      <w:pPr>
        <w:pStyle w:val="ListBullet"/>
        <w:spacing w:after="40"/>
        <w:ind w:left="283" w:hanging="170"/>
        <w:rPr>
          <w:noProof/>
          <w:lang w:val="ro-RO"/>
        </w:rPr>
      </w:pPr>
      <w:r w:rsidRPr="009C650E">
        <w:rPr>
          <w:noProof/>
          <w:lang w:val="ro-RO"/>
        </w:rPr>
        <w:t>Verificați eficacitatea prin teste tehnice și scenarii reale, nu numai prin capturi de ecran, politici sau declarații ale furnizorului.</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19202EBE" w14:textId="77777777">
        <w:trPr>
          <w:cantSplit/>
          <w:jc w:val="center"/>
        </w:trPr>
        <w:tc>
          <w:tcPr>
            <w:tcW w:w="567" w:type="dxa"/>
            <w:shd w:val="clear" w:color="auto" w:fill="D71920"/>
            <w:tcMar>
              <w:top w:w="75" w:type="dxa"/>
              <w:left w:w="85" w:type="dxa"/>
              <w:bottom w:w="75" w:type="dxa"/>
              <w:right w:w="85" w:type="dxa"/>
            </w:tcMar>
            <w:vAlign w:val="center"/>
          </w:tcPr>
          <w:p w14:paraId="5681C414" w14:textId="77777777" w:rsidR="00673E82" w:rsidRPr="009C650E" w:rsidRDefault="00000000">
            <w:pPr>
              <w:spacing w:after="0" w:line="240" w:lineRule="auto"/>
              <w:jc w:val="center"/>
              <w:rPr>
                <w:noProof/>
                <w:lang w:val="ro-RO"/>
              </w:rPr>
            </w:pPr>
            <w:r w:rsidRPr="009C650E">
              <w:rPr>
                <w:b/>
                <w:noProof/>
                <w:color w:val="FFFFFF"/>
                <w:sz w:val="30"/>
                <w:lang w:val="ro-RO"/>
              </w:rPr>
              <w:t>!</w:t>
            </w:r>
          </w:p>
        </w:tc>
        <w:tc>
          <w:tcPr>
            <w:tcW w:w="9354" w:type="dxa"/>
            <w:shd w:val="clear" w:color="auto" w:fill="FCEBEC"/>
          </w:tcPr>
          <w:p w14:paraId="4B4C1FD6" w14:textId="77777777" w:rsidR="00673E82" w:rsidRPr="009C650E" w:rsidRDefault="00000000">
            <w:pPr>
              <w:spacing w:after="40"/>
              <w:rPr>
                <w:noProof/>
                <w:lang w:val="ro-RO"/>
              </w:rPr>
            </w:pPr>
            <w:r w:rsidRPr="009C650E">
              <w:rPr>
                <w:b/>
                <w:noProof/>
                <w:color w:val="D71920"/>
                <w:lang w:val="ro-RO"/>
              </w:rPr>
              <w:t>ATENȚIE LA EFECTE NEDORITE</w:t>
            </w:r>
          </w:p>
          <w:p w14:paraId="426E3626" w14:textId="77777777" w:rsidR="00673E82" w:rsidRPr="009C650E" w:rsidRDefault="00000000">
            <w:pPr>
              <w:spacing w:after="0" w:line="252" w:lineRule="auto"/>
              <w:rPr>
                <w:noProof/>
                <w:lang w:val="ro-RO"/>
              </w:rPr>
            </w:pPr>
            <w:r w:rsidRPr="009C650E">
              <w:rPr>
                <w:noProof/>
                <w:sz w:val="17"/>
                <w:lang w:val="ro-RO"/>
              </w:rPr>
              <w:t>Țintele pentru „zero incidente”, „100% conform” sau timpi foarte mici pot încuraja reclasificarea, închiderea prematură, excluderea activelor ori reducerea raportării. Folosiți verificare independentă, reguli de date și indicatori echilibrați.</w:t>
            </w:r>
          </w:p>
        </w:tc>
      </w:tr>
    </w:tbl>
    <w:p w14:paraId="02ADE7D3" w14:textId="77777777" w:rsidR="00673E82" w:rsidRPr="009C650E" w:rsidRDefault="00673E82">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3079ECB2" w14:textId="77777777">
        <w:trPr>
          <w:jc w:val="center"/>
        </w:trPr>
        <w:tc>
          <w:tcPr>
            <w:tcW w:w="1020" w:type="dxa"/>
            <w:shd w:val="clear" w:color="auto" w:fill="D71920"/>
            <w:tcMar>
              <w:top w:w="75" w:type="dxa"/>
              <w:left w:w="85" w:type="dxa"/>
              <w:bottom w:w="75" w:type="dxa"/>
              <w:right w:w="85" w:type="dxa"/>
            </w:tcMar>
            <w:vAlign w:val="center"/>
          </w:tcPr>
          <w:p w14:paraId="64A330FD" w14:textId="77777777" w:rsidR="00673E82" w:rsidRPr="009C650E" w:rsidRDefault="00000000">
            <w:pPr>
              <w:spacing w:after="0" w:line="240" w:lineRule="auto"/>
              <w:jc w:val="center"/>
              <w:rPr>
                <w:noProof/>
                <w:lang w:val="ro-RO"/>
              </w:rPr>
            </w:pPr>
            <w:r w:rsidRPr="009C650E">
              <w:rPr>
                <w:b/>
                <w:noProof/>
                <w:color w:val="FFFFFF"/>
                <w:sz w:val="34"/>
                <w:lang w:val="ro-RO"/>
              </w:rPr>
              <w:t>5</w:t>
            </w:r>
          </w:p>
        </w:tc>
        <w:tc>
          <w:tcPr>
            <w:tcW w:w="8901" w:type="dxa"/>
            <w:shd w:val="clear" w:color="auto" w:fill="F3F4F5"/>
          </w:tcPr>
          <w:p w14:paraId="639B419D" w14:textId="77777777" w:rsidR="00673E82" w:rsidRPr="009C650E" w:rsidRDefault="00000000">
            <w:pPr>
              <w:spacing w:after="20"/>
              <w:rPr>
                <w:noProof/>
                <w:lang w:val="ro-RO"/>
              </w:rPr>
            </w:pPr>
            <w:r w:rsidRPr="009C650E">
              <w:rPr>
                <w:b/>
                <w:noProof/>
                <w:sz w:val="28"/>
                <w:lang w:val="ro-RO"/>
              </w:rPr>
              <w:t>Fișa individuală a obiectivului</w:t>
            </w:r>
          </w:p>
          <w:p w14:paraId="5630FD80" w14:textId="77777777" w:rsidR="00673E82" w:rsidRPr="009C650E" w:rsidRDefault="00000000">
            <w:pPr>
              <w:spacing w:after="0"/>
              <w:rPr>
                <w:noProof/>
                <w:lang w:val="ro-RO"/>
              </w:rPr>
            </w:pPr>
            <w:r w:rsidRPr="009C650E">
              <w:rPr>
                <w:noProof/>
                <w:color w:val="666666"/>
                <w:sz w:val="16"/>
                <w:lang w:val="ro-RO"/>
              </w:rPr>
              <w:t>Folosiți fișa când obiectivul implică mai multe acțiuni, riscuri, niveluri de monitorizare sau părți responsabile</w:t>
            </w:r>
          </w:p>
        </w:tc>
      </w:tr>
    </w:tbl>
    <w:p w14:paraId="507A304B" w14:textId="77777777" w:rsidR="00673E82" w:rsidRPr="009C650E" w:rsidRDefault="00673E8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855"/>
        <w:gridCol w:w="1587"/>
        <w:gridCol w:w="2494"/>
      </w:tblGrid>
      <w:tr w:rsidR="00673E82" w:rsidRPr="009C650E" w14:paraId="3F8B93F2" w14:textId="77777777">
        <w:trPr>
          <w:tblHeader/>
          <w:jc w:val="center"/>
        </w:trPr>
        <w:tc>
          <w:tcPr>
            <w:tcW w:w="1984" w:type="dxa"/>
            <w:shd w:val="clear" w:color="auto" w:fill="D71920"/>
            <w:tcMar>
              <w:top w:w="75" w:type="dxa"/>
              <w:left w:w="85" w:type="dxa"/>
              <w:bottom w:w="75" w:type="dxa"/>
              <w:right w:w="85" w:type="dxa"/>
            </w:tcMar>
            <w:vAlign w:val="center"/>
          </w:tcPr>
          <w:p w14:paraId="7A9B9FF5" w14:textId="77777777" w:rsidR="00673E82" w:rsidRPr="009C650E" w:rsidRDefault="00000000">
            <w:pPr>
              <w:spacing w:after="0" w:line="240" w:lineRule="auto"/>
              <w:jc w:val="center"/>
              <w:rPr>
                <w:noProof/>
                <w:lang w:val="ro-RO"/>
              </w:rPr>
            </w:pPr>
            <w:r w:rsidRPr="009C650E">
              <w:rPr>
                <w:b/>
                <w:noProof/>
                <w:color w:val="FFFFFF"/>
                <w:sz w:val="15"/>
                <w:lang w:val="ro-RO"/>
              </w:rPr>
              <w:lastRenderedPageBreak/>
              <w:t>CÂMP</w:t>
            </w:r>
          </w:p>
        </w:tc>
        <w:tc>
          <w:tcPr>
            <w:tcW w:w="3855" w:type="dxa"/>
            <w:shd w:val="clear" w:color="auto" w:fill="D71920"/>
            <w:tcMar>
              <w:top w:w="75" w:type="dxa"/>
              <w:left w:w="85" w:type="dxa"/>
              <w:bottom w:w="75" w:type="dxa"/>
              <w:right w:w="85" w:type="dxa"/>
            </w:tcMar>
            <w:vAlign w:val="center"/>
          </w:tcPr>
          <w:p w14:paraId="3F547DBA" w14:textId="77777777" w:rsidR="00673E82" w:rsidRPr="009C650E" w:rsidRDefault="00000000">
            <w:pPr>
              <w:spacing w:after="0" w:line="240" w:lineRule="auto"/>
              <w:jc w:val="center"/>
              <w:rPr>
                <w:noProof/>
                <w:lang w:val="ro-RO"/>
              </w:rPr>
            </w:pPr>
            <w:r w:rsidRPr="009C650E">
              <w:rPr>
                <w:b/>
                <w:noProof/>
                <w:color w:val="FFFFFF"/>
                <w:sz w:val="15"/>
                <w:lang w:val="ro-RO"/>
              </w:rPr>
              <w:t>COMPLETARE</w:t>
            </w:r>
          </w:p>
        </w:tc>
        <w:tc>
          <w:tcPr>
            <w:tcW w:w="1587" w:type="dxa"/>
            <w:shd w:val="clear" w:color="auto" w:fill="D71920"/>
            <w:tcMar>
              <w:top w:w="75" w:type="dxa"/>
              <w:left w:w="85" w:type="dxa"/>
              <w:bottom w:w="75" w:type="dxa"/>
              <w:right w:w="85" w:type="dxa"/>
            </w:tcMar>
            <w:vAlign w:val="center"/>
          </w:tcPr>
          <w:p w14:paraId="27682F00" w14:textId="77777777" w:rsidR="00673E82" w:rsidRPr="009C650E" w:rsidRDefault="00000000">
            <w:pPr>
              <w:spacing w:after="0" w:line="240" w:lineRule="auto"/>
              <w:jc w:val="center"/>
              <w:rPr>
                <w:noProof/>
                <w:lang w:val="ro-RO"/>
              </w:rPr>
            </w:pPr>
            <w:r w:rsidRPr="009C650E">
              <w:rPr>
                <w:b/>
                <w:noProof/>
                <w:color w:val="FFFFFF"/>
                <w:sz w:val="15"/>
                <w:lang w:val="ro-RO"/>
              </w:rPr>
              <w:t>CÂMP</w:t>
            </w:r>
          </w:p>
        </w:tc>
        <w:tc>
          <w:tcPr>
            <w:tcW w:w="2494" w:type="dxa"/>
            <w:shd w:val="clear" w:color="auto" w:fill="D71920"/>
            <w:tcMar>
              <w:top w:w="75" w:type="dxa"/>
              <w:left w:w="85" w:type="dxa"/>
              <w:bottom w:w="75" w:type="dxa"/>
              <w:right w:w="85" w:type="dxa"/>
            </w:tcMar>
            <w:vAlign w:val="center"/>
          </w:tcPr>
          <w:p w14:paraId="62DFD216" w14:textId="77777777" w:rsidR="00673E82" w:rsidRPr="009C650E" w:rsidRDefault="00000000">
            <w:pPr>
              <w:spacing w:after="0" w:line="240" w:lineRule="auto"/>
              <w:jc w:val="center"/>
              <w:rPr>
                <w:noProof/>
                <w:lang w:val="ro-RO"/>
              </w:rPr>
            </w:pPr>
            <w:r w:rsidRPr="009C650E">
              <w:rPr>
                <w:b/>
                <w:noProof/>
                <w:color w:val="FFFFFF"/>
                <w:sz w:val="15"/>
                <w:lang w:val="ro-RO"/>
              </w:rPr>
              <w:t>COMPLETARE</w:t>
            </w:r>
          </w:p>
        </w:tc>
      </w:tr>
      <w:tr w:rsidR="00673E82" w:rsidRPr="009C650E" w14:paraId="7FE2E219" w14:textId="77777777">
        <w:trPr>
          <w:cantSplit/>
          <w:jc w:val="center"/>
        </w:trPr>
        <w:tc>
          <w:tcPr>
            <w:tcW w:w="1984" w:type="dxa"/>
            <w:shd w:val="clear" w:color="auto" w:fill="FFFFFF"/>
            <w:tcMar>
              <w:top w:w="75" w:type="dxa"/>
              <w:left w:w="85" w:type="dxa"/>
              <w:bottom w:w="75" w:type="dxa"/>
              <w:right w:w="85" w:type="dxa"/>
            </w:tcMar>
            <w:vAlign w:val="center"/>
          </w:tcPr>
          <w:p w14:paraId="68B791B7" w14:textId="77777777" w:rsidR="00673E82" w:rsidRPr="009C650E" w:rsidRDefault="00000000">
            <w:pPr>
              <w:spacing w:after="0" w:line="240" w:lineRule="auto"/>
              <w:rPr>
                <w:noProof/>
                <w:lang w:val="ro-RO"/>
              </w:rPr>
            </w:pPr>
            <w:r w:rsidRPr="009C650E">
              <w:rPr>
                <w:noProof/>
                <w:sz w:val="16"/>
                <w:lang w:val="ro-RO"/>
              </w:rPr>
              <w:t>Cod obiectiv</w:t>
            </w:r>
          </w:p>
        </w:tc>
        <w:tc>
          <w:tcPr>
            <w:tcW w:w="3855" w:type="dxa"/>
            <w:shd w:val="clear" w:color="auto" w:fill="FFFFFF"/>
            <w:tcMar>
              <w:top w:w="75" w:type="dxa"/>
              <w:left w:w="85" w:type="dxa"/>
              <w:bottom w:w="75" w:type="dxa"/>
              <w:right w:w="85" w:type="dxa"/>
            </w:tcMar>
            <w:vAlign w:val="center"/>
          </w:tcPr>
          <w:p w14:paraId="655DFB69" w14:textId="77777777" w:rsidR="00673E82" w:rsidRPr="009C650E" w:rsidRDefault="00000000">
            <w:pPr>
              <w:spacing w:after="0" w:line="240" w:lineRule="auto"/>
              <w:rPr>
                <w:noProof/>
                <w:lang w:val="ro-RO"/>
              </w:rPr>
            </w:pPr>
            <w:r w:rsidRPr="009C650E">
              <w:rPr>
                <w:noProof/>
                <w:sz w:val="16"/>
                <w:lang w:val="ro-RO"/>
              </w:rPr>
              <w:t>_____________________</w:t>
            </w:r>
          </w:p>
        </w:tc>
        <w:tc>
          <w:tcPr>
            <w:tcW w:w="1587" w:type="dxa"/>
            <w:shd w:val="clear" w:color="auto" w:fill="FFFFFF"/>
            <w:tcMar>
              <w:top w:w="75" w:type="dxa"/>
              <w:left w:w="85" w:type="dxa"/>
              <w:bottom w:w="75" w:type="dxa"/>
              <w:right w:w="85" w:type="dxa"/>
            </w:tcMar>
            <w:vAlign w:val="center"/>
          </w:tcPr>
          <w:p w14:paraId="6182D47E" w14:textId="77777777" w:rsidR="00673E82" w:rsidRPr="009C650E" w:rsidRDefault="00000000">
            <w:pPr>
              <w:spacing w:after="0" w:line="240" w:lineRule="auto"/>
              <w:rPr>
                <w:noProof/>
                <w:lang w:val="ro-RO"/>
              </w:rPr>
            </w:pPr>
            <w:r w:rsidRPr="009C650E">
              <w:rPr>
                <w:noProof/>
                <w:sz w:val="16"/>
                <w:lang w:val="ro-RO"/>
              </w:rPr>
              <w:t>Perioadă</w:t>
            </w:r>
          </w:p>
        </w:tc>
        <w:tc>
          <w:tcPr>
            <w:tcW w:w="2494" w:type="dxa"/>
            <w:shd w:val="clear" w:color="auto" w:fill="FFFFFF"/>
            <w:tcMar>
              <w:top w:w="75" w:type="dxa"/>
              <w:left w:w="85" w:type="dxa"/>
              <w:bottom w:w="75" w:type="dxa"/>
              <w:right w:w="85" w:type="dxa"/>
            </w:tcMar>
            <w:vAlign w:val="center"/>
          </w:tcPr>
          <w:p w14:paraId="731ECE72" w14:textId="77777777" w:rsidR="00673E82" w:rsidRPr="009C650E" w:rsidRDefault="00000000">
            <w:pPr>
              <w:spacing w:after="0" w:line="240" w:lineRule="auto"/>
              <w:rPr>
                <w:noProof/>
                <w:lang w:val="ro-RO"/>
              </w:rPr>
            </w:pPr>
            <w:r w:rsidRPr="009C650E">
              <w:rPr>
                <w:noProof/>
                <w:sz w:val="16"/>
                <w:lang w:val="ro-RO"/>
              </w:rPr>
              <w:t>_____________________</w:t>
            </w:r>
          </w:p>
        </w:tc>
      </w:tr>
      <w:tr w:rsidR="00673E82" w:rsidRPr="009C650E" w14:paraId="4372FD1B" w14:textId="77777777">
        <w:trPr>
          <w:cantSplit/>
          <w:jc w:val="center"/>
        </w:trPr>
        <w:tc>
          <w:tcPr>
            <w:tcW w:w="1984" w:type="dxa"/>
            <w:shd w:val="clear" w:color="auto" w:fill="FAFAFA"/>
            <w:tcMar>
              <w:top w:w="75" w:type="dxa"/>
              <w:left w:w="85" w:type="dxa"/>
              <w:bottom w:w="75" w:type="dxa"/>
              <w:right w:w="85" w:type="dxa"/>
            </w:tcMar>
            <w:vAlign w:val="center"/>
          </w:tcPr>
          <w:p w14:paraId="3E08CE7F" w14:textId="77777777" w:rsidR="00673E82" w:rsidRPr="009C650E" w:rsidRDefault="00000000">
            <w:pPr>
              <w:spacing w:after="0" w:line="240" w:lineRule="auto"/>
              <w:rPr>
                <w:noProof/>
                <w:lang w:val="ro-RO"/>
              </w:rPr>
            </w:pPr>
            <w:r w:rsidRPr="009C650E">
              <w:rPr>
                <w:noProof/>
                <w:sz w:val="16"/>
                <w:lang w:val="ro-RO"/>
              </w:rPr>
              <w:t>Titlu scurt</w:t>
            </w:r>
          </w:p>
        </w:tc>
        <w:tc>
          <w:tcPr>
            <w:tcW w:w="3855" w:type="dxa"/>
            <w:shd w:val="clear" w:color="auto" w:fill="FAFAFA"/>
            <w:tcMar>
              <w:top w:w="75" w:type="dxa"/>
              <w:left w:w="85" w:type="dxa"/>
              <w:bottom w:w="75" w:type="dxa"/>
              <w:right w:w="85" w:type="dxa"/>
            </w:tcMar>
            <w:vAlign w:val="center"/>
          </w:tcPr>
          <w:p w14:paraId="72E6A9E3" w14:textId="77777777" w:rsidR="00673E82" w:rsidRPr="009C650E" w:rsidRDefault="00000000">
            <w:pPr>
              <w:spacing w:after="0" w:line="240" w:lineRule="auto"/>
              <w:rPr>
                <w:noProof/>
                <w:lang w:val="ro-RO"/>
              </w:rPr>
            </w:pPr>
            <w:r w:rsidRPr="009C650E">
              <w:rPr>
                <w:noProof/>
                <w:sz w:val="16"/>
                <w:lang w:val="ro-RO"/>
              </w:rPr>
              <w:t>________________________________</w:t>
            </w:r>
          </w:p>
        </w:tc>
        <w:tc>
          <w:tcPr>
            <w:tcW w:w="1587" w:type="dxa"/>
            <w:shd w:val="clear" w:color="auto" w:fill="FAFAFA"/>
            <w:tcMar>
              <w:top w:w="75" w:type="dxa"/>
              <w:left w:w="85" w:type="dxa"/>
              <w:bottom w:w="75" w:type="dxa"/>
              <w:right w:w="85" w:type="dxa"/>
            </w:tcMar>
            <w:vAlign w:val="center"/>
          </w:tcPr>
          <w:p w14:paraId="16105BCF" w14:textId="77777777" w:rsidR="00673E82" w:rsidRPr="009C650E" w:rsidRDefault="00000000">
            <w:pPr>
              <w:spacing w:after="0" w:line="240" w:lineRule="auto"/>
              <w:rPr>
                <w:noProof/>
                <w:lang w:val="ro-RO"/>
              </w:rPr>
            </w:pPr>
            <w:r w:rsidRPr="009C650E">
              <w:rPr>
                <w:noProof/>
                <w:sz w:val="16"/>
                <w:lang w:val="ro-RO"/>
              </w:rPr>
              <w:t>Sponsor</w:t>
            </w:r>
          </w:p>
        </w:tc>
        <w:tc>
          <w:tcPr>
            <w:tcW w:w="2494" w:type="dxa"/>
            <w:shd w:val="clear" w:color="auto" w:fill="FAFAFA"/>
            <w:tcMar>
              <w:top w:w="75" w:type="dxa"/>
              <w:left w:w="85" w:type="dxa"/>
              <w:bottom w:w="75" w:type="dxa"/>
              <w:right w:w="85" w:type="dxa"/>
            </w:tcMar>
            <w:vAlign w:val="center"/>
          </w:tcPr>
          <w:p w14:paraId="0C9ECEDF" w14:textId="77777777" w:rsidR="00673E82" w:rsidRPr="009C650E" w:rsidRDefault="00000000">
            <w:pPr>
              <w:spacing w:after="0" w:line="240" w:lineRule="auto"/>
              <w:rPr>
                <w:noProof/>
                <w:lang w:val="ro-RO"/>
              </w:rPr>
            </w:pPr>
            <w:r w:rsidRPr="009C650E">
              <w:rPr>
                <w:noProof/>
                <w:sz w:val="16"/>
                <w:lang w:val="ro-RO"/>
              </w:rPr>
              <w:t>_____________________</w:t>
            </w:r>
          </w:p>
        </w:tc>
      </w:tr>
      <w:tr w:rsidR="00673E82" w:rsidRPr="009C650E" w14:paraId="2A3A26F8" w14:textId="77777777">
        <w:trPr>
          <w:cantSplit/>
          <w:jc w:val="center"/>
        </w:trPr>
        <w:tc>
          <w:tcPr>
            <w:tcW w:w="1984" w:type="dxa"/>
            <w:shd w:val="clear" w:color="auto" w:fill="FFFFFF"/>
            <w:tcMar>
              <w:top w:w="75" w:type="dxa"/>
              <w:left w:w="85" w:type="dxa"/>
              <w:bottom w:w="75" w:type="dxa"/>
              <w:right w:w="85" w:type="dxa"/>
            </w:tcMar>
            <w:vAlign w:val="center"/>
          </w:tcPr>
          <w:p w14:paraId="2D64C236" w14:textId="77777777" w:rsidR="00673E82" w:rsidRPr="009C650E" w:rsidRDefault="00000000">
            <w:pPr>
              <w:spacing w:after="0" w:line="240" w:lineRule="auto"/>
              <w:rPr>
                <w:noProof/>
                <w:lang w:val="ro-RO"/>
              </w:rPr>
            </w:pPr>
            <w:r w:rsidRPr="009C650E">
              <w:rPr>
                <w:noProof/>
                <w:sz w:val="16"/>
                <w:lang w:val="ro-RO"/>
              </w:rPr>
              <w:t>Proces / locație</w:t>
            </w:r>
          </w:p>
        </w:tc>
        <w:tc>
          <w:tcPr>
            <w:tcW w:w="3855" w:type="dxa"/>
            <w:shd w:val="clear" w:color="auto" w:fill="FFFFFF"/>
            <w:tcMar>
              <w:top w:w="75" w:type="dxa"/>
              <w:left w:w="85" w:type="dxa"/>
              <w:bottom w:w="75" w:type="dxa"/>
              <w:right w:w="85" w:type="dxa"/>
            </w:tcMar>
            <w:vAlign w:val="center"/>
          </w:tcPr>
          <w:p w14:paraId="0D7B5D73" w14:textId="77777777" w:rsidR="00673E82" w:rsidRPr="009C650E" w:rsidRDefault="00000000">
            <w:pPr>
              <w:spacing w:after="0" w:line="240" w:lineRule="auto"/>
              <w:rPr>
                <w:noProof/>
                <w:lang w:val="ro-RO"/>
              </w:rPr>
            </w:pPr>
            <w:r w:rsidRPr="009C650E">
              <w:rPr>
                <w:noProof/>
                <w:sz w:val="16"/>
                <w:lang w:val="ro-RO"/>
              </w:rPr>
              <w:t>________________________________</w:t>
            </w:r>
          </w:p>
        </w:tc>
        <w:tc>
          <w:tcPr>
            <w:tcW w:w="1587" w:type="dxa"/>
            <w:shd w:val="clear" w:color="auto" w:fill="FFFFFF"/>
            <w:tcMar>
              <w:top w:w="75" w:type="dxa"/>
              <w:left w:w="85" w:type="dxa"/>
              <w:bottom w:w="75" w:type="dxa"/>
              <w:right w:w="85" w:type="dxa"/>
            </w:tcMar>
            <w:vAlign w:val="center"/>
          </w:tcPr>
          <w:p w14:paraId="50BCB15C" w14:textId="77777777" w:rsidR="00673E82" w:rsidRPr="009C650E" w:rsidRDefault="00000000">
            <w:pPr>
              <w:spacing w:after="0" w:line="240" w:lineRule="auto"/>
              <w:rPr>
                <w:noProof/>
                <w:lang w:val="ro-RO"/>
              </w:rPr>
            </w:pPr>
            <w:r w:rsidRPr="009C650E">
              <w:rPr>
                <w:noProof/>
                <w:sz w:val="16"/>
                <w:lang w:val="ro-RO"/>
              </w:rPr>
              <w:t>Responsabil</w:t>
            </w:r>
          </w:p>
        </w:tc>
        <w:tc>
          <w:tcPr>
            <w:tcW w:w="2494" w:type="dxa"/>
            <w:shd w:val="clear" w:color="auto" w:fill="FFFFFF"/>
            <w:tcMar>
              <w:top w:w="75" w:type="dxa"/>
              <w:left w:w="85" w:type="dxa"/>
              <w:bottom w:w="75" w:type="dxa"/>
              <w:right w:w="85" w:type="dxa"/>
            </w:tcMar>
            <w:vAlign w:val="center"/>
          </w:tcPr>
          <w:p w14:paraId="71ECF32E" w14:textId="77777777" w:rsidR="00673E82" w:rsidRPr="009C650E" w:rsidRDefault="00000000">
            <w:pPr>
              <w:spacing w:after="0" w:line="240" w:lineRule="auto"/>
              <w:rPr>
                <w:noProof/>
                <w:lang w:val="ro-RO"/>
              </w:rPr>
            </w:pPr>
            <w:r w:rsidRPr="009C650E">
              <w:rPr>
                <w:noProof/>
                <w:sz w:val="16"/>
                <w:lang w:val="ro-RO"/>
              </w:rPr>
              <w:t>_____________________</w:t>
            </w:r>
          </w:p>
        </w:tc>
      </w:tr>
      <w:tr w:rsidR="00673E82" w:rsidRPr="009C650E" w14:paraId="4CC60C2E" w14:textId="77777777">
        <w:trPr>
          <w:cantSplit/>
          <w:jc w:val="center"/>
        </w:trPr>
        <w:tc>
          <w:tcPr>
            <w:tcW w:w="1984" w:type="dxa"/>
            <w:shd w:val="clear" w:color="auto" w:fill="FAFAFA"/>
            <w:tcMar>
              <w:top w:w="75" w:type="dxa"/>
              <w:left w:w="85" w:type="dxa"/>
              <w:bottom w:w="75" w:type="dxa"/>
              <w:right w:w="85" w:type="dxa"/>
            </w:tcMar>
            <w:vAlign w:val="center"/>
          </w:tcPr>
          <w:p w14:paraId="13F5CA4B" w14:textId="77777777" w:rsidR="00673E82" w:rsidRPr="009C650E" w:rsidRDefault="00000000">
            <w:pPr>
              <w:spacing w:after="0" w:line="240" w:lineRule="auto"/>
              <w:rPr>
                <w:noProof/>
                <w:lang w:val="ro-RO"/>
              </w:rPr>
            </w:pPr>
            <w:r w:rsidRPr="009C650E">
              <w:rPr>
                <w:noProof/>
                <w:sz w:val="16"/>
                <w:lang w:val="ro-RO"/>
              </w:rPr>
              <w:t>Legătura cu politica</w:t>
            </w:r>
          </w:p>
        </w:tc>
        <w:tc>
          <w:tcPr>
            <w:tcW w:w="3855" w:type="dxa"/>
            <w:shd w:val="clear" w:color="auto" w:fill="FAFAFA"/>
            <w:tcMar>
              <w:top w:w="75" w:type="dxa"/>
              <w:left w:w="85" w:type="dxa"/>
              <w:bottom w:w="75" w:type="dxa"/>
              <w:right w:w="85" w:type="dxa"/>
            </w:tcMar>
            <w:vAlign w:val="center"/>
          </w:tcPr>
          <w:p w14:paraId="575E5CB0" w14:textId="77777777" w:rsidR="00673E82" w:rsidRPr="009C650E" w:rsidRDefault="00000000">
            <w:pPr>
              <w:spacing w:after="0" w:line="240" w:lineRule="auto"/>
              <w:rPr>
                <w:noProof/>
                <w:lang w:val="ro-RO"/>
              </w:rPr>
            </w:pPr>
            <w:r w:rsidRPr="009C650E">
              <w:rPr>
                <w:noProof/>
                <w:sz w:val="16"/>
                <w:lang w:val="ro-RO"/>
              </w:rPr>
              <w:t>________________________________</w:t>
            </w:r>
          </w:p>
        </w:tc>
        <w:tc>
          <w:tcPr>
            <w:tcW w:w="1587" w:type="dxa"/>
            <w:shd w:val="clear" w:color="auto" w:fill="FAFAFA"/>
            <w:tcMar>
              <w:top w:w="75" w:type="dxa"/>
              <w:left w:w="85" w:type="dxa"/>
              <w:bottom w:w="75" w:type="dxa"/>
              <w:right w:w="85" w:type="dxa"/>
            </w:tcMar>
            <w:vAlign w:val="center"/>
          </w:tcPr>
          <w:p w14:paraId="5A16A3AD" w14:textId="77777777" w:rsidR="00673E82" w:rsidRPr="009C650E" w:rsidRDefault="00000000">
            <w:pPr>
              <w:spacing w:after="0" w:line="240" w:lineRule="auto"/>
              <w:rPr>
                <w:noProof/>
                <w:lang w:val="ro-RO"/>
              </w:rPr>
            </w:pPr>
            <w:r w:rsidRPr="009C650E">
              <w:rPr>
                <w:noProof/>
                <w:sz w:val="16"/>
                <w:lang w:val="ro-RO"/>
              </w:rPr>
              <w:t>Aprobat de</w:t>
            </w:r>
          </w:p>
        </w:tc>
        <w:tc>
          <w:tcPr>
            <w:tcW w:w="2494" w:type="dxa"/>
            <w:shd w:val="clear" w:color="auto" w:fill="FAFAFA"/>
            <w:tcMar>
              <w:top w:w="75" w:type="dxa"/>
              <w:left w:w="85" w:type="dxa"/>
              <w:bottom w:w="75" w:type="dxa"/>
              <w:right w:w="85" w:type="dxa"/>
            </w:tcMar>
            <w:vAlign w:val="center"/>
          </w:tcPr>
          <w:p w14:paraId="31921896" w14:textId="77777777" w:rsidR="00673E82" w:rsidRPr="009C650E" w:rsidRDefault="00000000">
            <w:pPr>
              <w:spacing w:after="0" w:line="240" w:lineRule="auto"/>
              <w:rPr>
                <w:noProof/>
                <w:lang w:val="ro-RO"/>
              </w:rPr>
            </w:pPr>
            <w:r w:rsidRPr="009C650E">
              <w:rPr>
                <w:noProof/>
                <w:sz w:val="16"/>
                <w:lang w:val="ro-RO"/>
              </w:rPr>
              <w:t>_____________________</w:t>
            </w:r>
          </w:p>
        </w:tc>
      </w:tr>
    </w:tbl>
    <w:p w14:paraId="64CE2ACF" w14:textId="77777777" w:rsidR="00673E82" w:rsidRPr="009C650E" w:rsidRDefault="00673E82">
      <w:pPr>
        <w:spacing w:after="20"/>
        <w:rPr>
          <w:noProof/>
          <w:lang w:val="ro-RO"/>
        </w:rPr>
      </w:pPr>
    </w:p>
    <w:p w14:paraId="544D28D4" w14:textId="77777777" w:rsidR="00673E82" w:rsidRPr="009C650E" w:rsidRDefault="00000000">
      <w:pPr>
        <w:pStyle w:val="Heading2"/>
        <w:rPr>
          <w:noProof/>
          <w:lang w:val="ro-RO"/>
        </w:rPr>
      </w:pPr>
      <w:r w:rsidRPr="009C650E">
        <w:rPr>
          <w:noProof/>
          <w:lang w:val="ro-RO"/>
        </w:rPr>
        <w:t>A. Formularea și justificarea</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673E82" w:rsidRPr="009C650E" w14:paraId="47BD45E2" w14:textId="77777777">
        <w:trPr>
          <w:tblHeader/>
          <w:jc w:val="center"/>
        </w:trPr>
        <w:tc>
          <w:tcPr>
            <w:tcW w:w="3118" w:type="dxa"/>
            <w:shd w:val="clear" w:color="auto" w:fill="D71920"/>
            <w:tcMar>
              <w:top w:w="75" w:type="dxa"/>
              <w:left w:w="85" w:type="dxa"/>
              <w:bottom w:w="75" w:type="dxa"/>
              <w:right w:w="85" w:type="dxa"/>
            </w:tcMar>
            <w:vAlign w:val="center"/>
          </w:tcPr>
          <w:p w14:paraId="2F2440DB" w14:textId="77777777" w:rsidR="00673E82" w:rsidRPr="009C650E" w:rsidRDefault="00000000">
            <w:pPr>
              <w:spacing w:after="0" w:line="240" w:lineRule="auto"/>
              <w:jc w:val="center"/>
              <w:rPr>
                <w:noProof/>
                <w:lang w:val="ro-RO"/>
              </w:rPr>
            </w:pPr>
            <w:r w:rsidRPr="009C650E">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1CD8E45B" w14:textId="77777777" w:rsidR="00673E82" w:rsidRPr="009C650E" w:rsidRDefault="00000000">
            <w:pPr>
              <w:spacing w:after="0" w:line="240" w:lineRule="auto"/>
              <w:jc w:val="center"/>
              <w:rPr>
                <w:noProof/>
                <w:lang w:val="ro-RO"/>
              </w:rPr>
            </w:pPr>
            <w:r w:rsidRPr="009C650E">
              <w:rPr>
                <w:b/>
                <w:noProof/>
                <w:color w:val="FFFFFF"/>
                <w:sz w:val="15"/>
                <w:lang w:val="ro-RO"/>
              </w:rPr>
              <w:t>COMPLETARE</w:t>
            </w:r>
          </w:p>
        </w:tc>
      </w:tr>
      <w:tr w:rsidR="00673E82" w:rsidRPr="009C650E" w14:paraId="34D37249" w14:textId="77777777">
        <w:trPr>
          <w:cantSplit/>
          <w:jc w:val="center"/>
        </w:trPr>
        <w:tc>
          <w:tcPr>
            <w:tcW w:w="3118" w:type="dxa"/>
            <w:shd w:val="clear" w:color="auto" w:fill="FFFFFF"/>
            <w:tcMar>
              <w:top w:w="75" w:type="dxa"/>
              <w:left w:w="85" w:type="dxa"/>
              <w:bottom w:w="75" w:type="dxa"/>
              <w:right w:w="85" w:type="dxa"/>
            </w:tcMar>
            <w:vAlign w:val="center"/>
          </w:tcPr>
          <w:p w14:paraId="432ECC3D" w14:textId="77777777" w:rsidR="00673E82" w:rsidRPr="009C650E" w:rsidRDefault="00000000">
            <w:pPr>
              <w:spacing w:after="0" w:line="240" w:lineRule="auto"/>
              <w:rPr>
                <w:noProof/>
                <w:lang w:val="ro-RO"/>
              </w:rPr>
            </w:pPr>
            <w:r w:rsidRPr="009C650E">
              <w:rPr>
                <w:noProof/>
                <w:sz w:val="15"/>
                <w:lang w:val="ro-RO"/>
              </w:rPr>
              <w:t>Obiectiv formulat complet</w:t>
            </w:r>
          </w:p>
        </w:tc>
        <w:tc>
          <w:tcPr>
            <w:tcW w:w="6803" w:type="dxa"/>
            <w:shd w:val="clear" w:color="auto" w:fill="FFFFFF"/>
            <w:tcMar>
              <w:top w:w="75" w:type="dxa"/>
              <w:left w:w="85" w:type="dxa"/>
              <w:bottom w:w="75" w:type="dxa"/>
              <w:right w:w="85" w:type="dxa"/>
            </w:tcMar>
            <w:vAlign w:val="center"/>
          </w:tcPr>
          <w:p w14:paraId="755E1188"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0FE4E1E5" w14:textId="77777777">
        <w:trPr>
          <w:cantSplit/>
          <w:jc w:val="center"/>
        </w:trPr>
        <w:tc>
          <w:tcPr>
            <w:tcW w:w="3118" w:type="dxa"/>
            <w:shd w:val="clear" w:color="auto" w:fill="FAFAFA"/>
            <w:tcMar>
              <w:top w:w="75" w:type="dxa"/>
              <w:left w:w="85" w:type="dxa"/>
              <w:bottom w:w="75" w:type="dxa"/>
              <w:right w:w="85" w:type="dxa"/>
            </w:tcMar>
            <w:vAlign w:val="center"/>
          </w:tcPr>
          <w:p w14:paraId="2ED4394E" w14:textId="77777777" w:rsidR="00673E82" w:rsidRPr="009C650E" w:rsidRDefault="00000000">
            <w:pPr>
              <w:spacing w:after="0" w:line="240" w:lineRule="auto"/>
              <w:rPr>
                <w:noProof/>
                <w:lang w:val="ro-RO"/>
              </w:rPr>
            </w:pPr>
            <w:r w:rsidRPr="009C650E">
              <w:rPr>
                <w:noProof/>
                <w:sz w:val="15"/>
                <w:lang w:val="ro-RO"/>
              </w:rPr>
              <w:t>Risc / scenariu și justificare</w:t>
            </w:r>
          </w:p>
        </w:tc>
        <w:tc>
          <w:tcPr>
            <w:tcW w:w="6803" w:type="dxa"/>
            <w:shd w:val="clear" w:color="auto" w:fill="FAFAFA"/>
            <w:tcMar>
              <w:top w:w="75" w:type="dxa"/>
              <w:left w:w="85" w:type="dxa"/>
              <w:bottom w:w="75" w:type="dxa"/>
              <w:right w:w="85" w:type="dxa"/>
            </w:tcMar>
            <w:vAlign w:val="center"/>
          </w:tcPr>
          <w:p w14:paraId="1EA73690"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2B293E01" w14:textId="77777777">
        <w:trPr>
          <w:cantSplit/>
          <w:jc w:val="center"/>
        </w:trPr>
        <w:tc>
          <w:tcPr>
            <w:tcW w:w="3118" w:type="dxa"/>
            <w:shd w:val="clear" w:color="auto" w:fill="FFFFFF"/>
            <w:tcMar>
              <w:top w:w="75" w:type="dxa"/>
              <w:left w:w="85" w:type="dxa"/>
              <w:bottom w:w="75" w:type="dxa"/>
              <w:right w:w="85" w:type="dxa"/>
            </w:tcMar>
            <w:vAlign w:val="center"/>
          </w:tcPr>
          <w:p w14:paraId="5ABACEC7" w14:textId="77777777" w:rsidR="00673E82" w:rsidRPr="009C650E" w:rsidRDefault="00000000">
            <w:pPr>
              <w:spacing w:after="0" w:line="240" w:lineRule="auto"/>
              <w:rPr>
                <w:noProof/>
                <w:lang w:val="ro-RO"/>
              </w:rPr>
            </w:pPr>
            <w:r w:rsidRPr="009C650E">
              <w:rPr>
                <w:noProof/>
                <w:sz w:val="15"/>
                <w:lang w:val="ro-RO"/>
              </w:rPr>
              <w:t>Active, date și procese critice</w:t>
            </w:r>
          </w:p>
        </w:tc>
        <w:tc>
          <w:tcPr>
            <w:tcW w:w="6803" w:type="dxa"/>
            <w:shd w:val="clear" w:color="auto" w:fill="FFFFFF"/>
            <w:tcMar>
              <w:top w:w="75" w:type="dxa"/>
              <w:left w:w="85" w:type="dxa"/>
              <w:bottom w:w="75" w:type="dxa"/>
              <w:right w:w="85" w:type="dxa"/>
            </w:tcMar>
            <w:vAlign w:val="center"/>
          </w:tcPr>
          <w:p w14:paraId="4B9B9829"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0D9C90F2" w14:textId="77777777">
        <w:trPr>
          <w:cantSplit/>
          <w:jc w:val="center"/>
        </w:trPr>
        <w:tc>
          <w:tcPr>
            <w:tcW w:w="3118" w:type="dxa"/>
            <w:shd w:val="clear" w:color="auto" w:fill="FAFAFA"/>
            <w:tcMar>
              <w:top w:w="75" w:type="dxa"/>
              <w:left w:w="85" w:type="dxa"/>
              <w:bottom w:w="75" w:type="dxa"/>
              <w:right w:w="85" w:type="dxa"/>
            </w:tcMar>
            <w:vAlign w:val="center"/>
          </w:tcPr>
          <w:p w14:paraId="683C6F6C" w14:textId="77777777" w:rsidR="00673E82" w:rsidRPr="009C650E" w:rsidRDefault="00000000">
            <w:pPr>
              <w:spacing w:after="0" w:line="240" w:lineRule="auto"/>
              <w:rPr>
                <w:noProof/>
                <w:lang w:val="ro-RO"/>
              </w:rPr>
            </w:pPr>
            <w:r w:rsidRPr="009C650E">
              <w:rPr>
                <w:noProof/>
                <w:sz w:val="15"/>
                <w:lang w:val="ro-RO"/>
              </w:rPr>
              <w:t>Obligații legale / contractuale</w:t>
            </w:r>
          </w:p>
        </w:tc>
        <w:tc>
          <w:tcPr>
            <w:tcW w:w="6803" w:type="dxa"/>
            <w:shd w:val="clear" w:color="auto" w:fill="FAFAFA"/>
            <w:tcMar>
              <w:top w:w="75" w:type="dxa"/>
              <w:left w:w="85" w:type="dxa"/>
              <w:bottom w:w="75" w:type="dxa"/>
              <w:right w:w="85" w:type="dxa"/>
            </w:tcMar>
            <w:vAlign w:val="center"/>
          </w:tcPr>
          <w:p w14:paraId="718B71E0"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3021597B" w14:textId="77777777">
        <w:trPr>
          <w:cantSplit/>
          <w:jc w:val="center"/>
        </w:trPr>
        <w:tc>
          <w:tcPr>
            <w:tcW w:w="3118" w:type="dxa"/>
            <w:shd w:val="clear" w:color="auto" w:fill="FFFFFF"/>
            <w:tcMar>
              <w:top w:w="75" w:type="dxa"/>
              <w:left w:w="85" w:type="dxa"/>
              <w:bottom w:w="75" w:type="dxa"/>
              <w:right w:w="85" w:type="dxa"/>
            </w:tcMar>
            <w:vAlign w:val="center"/>
          </w:tcPr>
          <w:p w14:paraId="4A713D0D" w14:textId="77777777" w:rsidR="00673E82" w:rsidRPr="009C650E" w:rsidRDefault="00000000">
            <w:pPr>
              <w:spacing w:after="0" w:line="240" w:lineRule="auto"/>
              <w:rPr>
                <w:noProof/>
                <w:lang w:val="ro-RO"/>
              </w:rPr>
            </w:pPr>
            <w:r w:rsidRPr="009C650E">
              <w:rPr>
                <w:noProof/>
                <w:sz w:val="15"/>
                <w:lang w:val="ro-RO"/>
              </w:rPr>
              <w:t>Controale existente și deficiențe</w:t>
            </w:r>
          </w:p>
        </w:tc>
        <w:tc>
          <w:tcPr>
            <w:tcW w:w="6803" w:type="dxa"/>
            <w:shd w:val="clear" w:color="auto" w:fill="FFFFFF"/>
            <w:tcMar>
              <w:top w:w="75" w:type="dxa"/>
              <w:left w:w="85" w:type="dxa"/>
              <w:bottom w:w="75" w:type="dxa"/>
              <w:right w:w="85" w:type="dxa"/>
            </w:tcMar>
            <w:vAlign w:val="center"/>
          </w:tcPr>
          <w:p w14:paraId="753FEAD8"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49C6D562" w14:textId="77777777">
        <w:trPr>
          <w:cantSplit/>
          <w:jc w:val="center"/>
        </w:trPr>
        <w:tc>
          <w:tcPr>
            <w:tcW w:w="3118" w:type="dxa"/>
            <w:shd w:val="clear" w:color="auto" w:fill="FAFAFA"/>
            <w:tcMar>
              <w:top w:w="75" w:type="dxa"/>
              <w:left w:w="85" w:type="dxa"/>
              <w:bottom w:w="75" w:type="dxa"/>
              <w:right w:w="85" w:type="dxa"/>
            </w:tcMar>
            <w:vAlign w:val="center"/>
          </w:tcPr>
          <w:p w14:paraId="0A7284A6" w14:textId="77777777" w:rsidR="00673E82" w:rsidRPr="009C650E" w:rsidRDefault="00000000">
            <w:pPr>
              <w:spacing w:after="0" w:line="240" w:lineRule="auto"/>
              <w:rPr>
                <w:noProof/>
                <w:lang w:val="ro-RO"/>
              </w:rPr>
            </w:pPr>
            <w:r w:rsidRPr="009C650E">
              <w:rPr>
                <w:noProof/>
                <w:sz w:val="15"/>
                <w:lang w:val="ro-RO"/>
              </w:rPr>
              <w:t>Legătura cu planul de tratare și SoA</w:t>
            </w:r>
          </w:p>
        </w:tc>
        <w:tc>
          <w:tcPr>
            <w:tcW w:w="6803" w:type="dxa"/>
            <w:shd w:val="clear" w:color="auto" w:fill="FAFAFA"/>
            <w:tcMar>
              <w:top w:w="75" w:type="dxa"/>
              <w:left w:w="85" w:type="dxa"/>
              <w:bottom w:w="75" w:type="dxa"/>
              <w:right w:w="85" w:type="dxa"/>
            </w:tcMar>
            <w:vAlign w:val="center"/>
          </w:tcPr>
          <w:p w14:paraId="66579A49"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679B6D32" w14:textId="77777777">
        <w:trPr>
          <w:cantSplit/>
          <w:jc w:val="center"/>
        </w:trPr>
        <w:tc>
          <w:tcPr>
            <w:tcW w:w="3118" w:type="dxa"/>
            <w:shd w:val="clear" w:color="auto" w:fill="FFFFFF"/>
            <w:tcMar>
              <w:top w:w="75" w:type="dxa"/>
              <w:left w:w="85" w:type="dxa"/>
              <w:bottom w:w="75" w:type="dxa"/>
              <w:right w:w="85" w:type="dxa"/>
            </w:tcMar>
            <w:vAlign w:val="center"/>
          </w:tcPr>
          <w:p w14:paraId="6BF4FBE6" w14:textId="77777777" w:rsidR="00673E82" w:rsidRPr="009C650E" w:rsidRDefault="00000000">
            <w:pPr>
              <w:spacing w:after="0" w:line="240" w:lineRule="auto"/>
              <w:rPr>
                <w:noProof/>
                <w:lang w:val="ro-RO"/>
              </w:rPr>
            </w:pPr>
            <w:r w:rsidRPr="009C650E">
              <w:rPr>
                <w:noProof/>
                <w:sz w:val="15"/>
                <w:lang w:val="ro-RO"/>
              </w:rPr>
              <w:t>Risc dacă obiectivul nu este atins</w:t>
            </w:r>
          </w:p>
        </w:tc>
        <w:tc>
          <w:tcPr>
            <w:tcW w:w="6803" w:type="dxa"/>
            <w:shd w:val="clear" w:color="auto" w:fill="FFFFFF"/>
            <w:tcMar>
              <w:top w:w="75" w:type="dxa"/>
              <w:left w:w="85" w:type="dxa"/>
              <w:bottom w:w="75" w:type="dxa"/>
              <w:right w:w="85" w:type="dxa"/>
            </w:tcMar>
            <w:vAlign w:val="center"/>
          </w:tcPr>
          <w:p w14:paraId="30708497"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r w:rsidR="00673E82" w:rsidRPr="009C650E" w14:paraId="1D713106" w14:textId="77777777">
        <w:trPr>
          <w:cantSplit/>
          <w:jc w:val="center"/>
        </w:trPr>
        <w:tc>
          <w:tcPr>
            <w:tcW w:w="3118" w:type="dxa"/>
            <w:shd w:val="clear" w:color="auto" w:fill="FAFAFA"/>
            <w:tcMar>
              <w:top w:w="75" w:type="dxa"/>
              <w:left w:w="85" w:type="dxa"/>
              <w:bottom w:w="75" w:type="dxa"/>
              <w:right w:w="85" w:type="dxa"/>
            </w:tcMar>
            <w:vAlign w:val="center"/>
          </w:tcPr>
          <w:p w14:paraId="50B8F6EC" w14:textId="77777777" w:rsidR="00673E82" w:rsidRPr="009C650E" w:rsidRDefault="00000000">
            <w:pPr>
              <w:spacing w:after="0" w:line="240" w:lineRule="auto"/>
              <w:rPr>
                <w:noProof/>
                <w:lang w:val="ro-RO"/>
              </w:rPr>
            </w:pPr>
            <w:r w:rsidRPr="009C650E">
              <w:rPr>
                <w:noProof/>
                <w:sz w:val="15"/>
                <w:lang w:val="ro-RO"/>
              </w:rPr>
              <w:t>Dependențe, excepții și riscuri introduse</w:t>
            </w:r>
          </w:p>
        </w:tc>
        <w:tc>
          <w:tcPr>
            <w:tcW w:w="6803" w:type="dxa"/>
            <w:shd w:val="clear" w:color="auto" w:fill="FAFAFA"/>
            <w:tcMar>
              <w:top w:w="75" w:type="dxa"/>
              <w:left w:w="85" w:type="dxa"/>
              <w:bottom w:w="75" w:type="dxa"/>
              <w:right w:w="85" w:type="dxa"/>
            </w:tcMar>
            <w:vAlign w:val="center"/>
          </w:tcPr>
          <w:p w14:paraId="62E59AD1" w14:textId="77777777" w:rsidR="00673E82" w:rsidRPr="009C650E" w:rsidRDefault="00000000">
            <w:pPr>
              <w:spacing w:after="0" w:line="240" w:lineRule="auto"/>
              <w:rPr>
                <w:noProof/>
                <w:lang w:val="ro-RO"/>
              </w:rPr>
            </w:pPr>
            <w:r w:rsidRPr="009C650E">
              <w:rPr>
                <w:noProof/>
                <w:sz w:val="15"/>
                <w:lang w:val="ro-RO"/>
              </w:rPr>
              <w:t>________________________________________________________________________________</w:t>
            </w:r>
            <w:r w:rsidRPr="009C650E">
              <w:rPr>
                <w:noProof/>
                <w:sz w:val="15"/>
                <w:lang w:val="ro-RO"/>
              </w:rPr>
              <w:br/>
              <w:t>________________________________________________________________________________</w:t>
            </w:r>
          </w:p>
        </w:tc>
      </w:tr>
    </w:tbl>
    <w:p w14:paraId="1A7278A4" w14:textId="77777777" w:rsidR="00673E82" w:rsidRPr="009C650E" w:rsidRDefault="00673E82">
      <w:pPr>
        <w:spacing w:after="20"/>
        <w:rPr>
          <w:noProof/>
          <w:lang w:val="ro-RO"/>
        </w:rPr>
      </w:pPr>
    </w:p>
    <w:p w14:paraId="348AEDAA" w14:textId="77777777" w:rsidR="00673E82" w:rsidRPr="009C650E" w:rsidRDefault="00000000">
      <w:pPr>
        <w:pStyle w:val="Heading2"/>
        <w:rPr>
          <w:noProof/>
          <w:lang w:val="ro-RO"/>
        </w:rPr>
      </w:pPr>
      <w:r w:rsidRPr="009C650E">
        <w:rPr>
          <w:noProof/>
          <w:lang w:val="ro-RO"/>
        </w:rPr>
        <w:t>B. Indicator și criterii de evaluare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673E82" w:rsidRPr="009C650E" w14:paraId="5ED19E69" w14:textId="77777777">
        <w:trPr>
          <w:tblHeader/>
          <w:jc w:val="center"/>
        </w:trPr>
        <w:tc>
          <w:tcPr>
            <w:tcW w:w="3118" w:type="dxa"/>
            <w:shd w:val="clear" w:color="auto" w:fill="D71920"/>
            <w:tcMar>
              <w:top w:w="75" w:type="dxa"/>
              <w:left w:w="85" w:type="dxa"/>
              <w:bottom w:w="75" w:type="dxa"/>
              <w:right w:w="85" w:type="dxa"/>
            </w:tcMar>
            <w:vAlign w:val="center"/>
          </w:tcPr>
          <w:p w14:paraId="50CC748A" w14:textId="77777777" w:rsidR="00673E82" w:rsidRPr="009C650E" w:rsidRDefault="00000000">
            <w:pPr>
              <w:spacing w:after="0" w:line="240" w:lineRule="auto"/>
              <w:jc w:val="center"/>
              <w:rPr>
                <w:noProof/>
                <w:lang w:val="ro-RO"/>
              </w:rPr>
            </w:pPr>
            <w:r w:rsidRPr="009C650E">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4E9FAD8B" w14:textId="77777777" w:rsidR="00673E82" w:rsidRPr="009C650E" w:rsidRDefault="00000000">
            <w:pPr>
              <w:spacing w:after="0" w:line="240" w:lineRule="auto"/>
              <w:jc w:val="center"/>
              <w:rPr>
                <w:noProof/>
                <w:lang w:val="ro-RO"/>
              </w:rPr>
            </w:pPr>
            <w:r w:rsidRPr="009C650E">
              <w:rPr>
                <w:b/>
                <w:noProof/>
                <w:color w:val="FFFFFF"/>
                <w:sz w:val="15"/>
                <w:lang w:val="ro-RO"/>
              </w:rPr>
              <w:t>COMPLETARE</w:t>
            </w:r>
          </w:p>
        </w:tc>
      </w:tr>
      <w:tr w:rsidR="00673E82" w:rsidRPr="009C650E" w14:paraId="6DB28EBB" w14:textId="77777777">
        <w:trPr>
          <w:cantSplit/>
          <w:jc w:val="center"/>
        </w:trPr>
        <w:tc>
          <w:tcPr>
            <w:tcW w:w="3118" w:type="dxa"/>
            <w:shd w:val="clear" w:color="auto" w:fill="FFFFFF"/>
            <w:tcMar>
              <w:top w:w="75" w:type="dxa"/>
              <w:left w:w="85" w:type="dxa"/>
              <w:bottom w:w="75" w:type="dxa"/>
              <w:right w:w="85" w:type="dxa"/>
            </w:tcMar>
            <w:vAlign w:val="center"/>
          </w:tcPr>
          <w:p w14:paraId="2AB71815" w14:textId="77777777" w:rsidR="00673E82" w:rsidRPr="009C650E" w:rsidRDefault="00000000">
            <w:pPr>
              <w:spacing w:after="0" w:line="240" w:lineRule="auto"/>
              <w:rPr>
                <w:noProof/>
                <w:lang w:val="ro-RO"/>
              </w:rPr>
            </w:pPr>
            <w:r w:rsidRPr="009C650E">
              <w:rPr>
                <w:noProof/>
                <w:sz w:val="15"/>
                <w:lang w:val="ro-RO"/>
              </w:rPr>
              <w:t>KPI de control principal</w:t>
            </w:r>
          </w:p>
        </w:tc>
        <w:tc>
          <w:tcPr>
            <w:tcW w:w="6803" w:type="dxa"/>
            <w:shd w:val="clear" w:color="auto" w:fill="FFFFFF"/>
            <w:tcMar>
              <w:top w:w="75" w:type="dxa"/>
              <w:left w:w="85" w:type="dxa"/>
              <w:bottom w:w="75" w:type="dxa"/>
              <w:right w:w="85" w:type="dxa"/>
            </w:tcMar>
            <w:vAlign w:val="center"/>
          </w:tcPr>
          <w:p w14:paraId="4D23B3B9" w14:textId="77777777" w:rsidR="00673E82" w:rsidRPr="009C650E" w:rsidRDefault="00673E82">
            <w:pPr>
              <w:spacing w:after="0" w:line="240" w:lineRule="auto"/>
              <w:rPr>
                <w:noProof/>
                <w:lang w:val="ro-RO"/>
              </w:rPr>
            </w:pPr>
          </w:p>
        </w:tc>
      </w:tr>
      <w:tr w:rsidR="00673E82" w:rsidRPr="009C650E" w14:paraId="18E72F2A" w14:textId="77777777">
        <w:trPr>
          <w:cantSplit/>
          <w:jc w:val="center"/>
        </w:trPr>
        <w:tc>
          <w:tcPr>
            <w:tcW w:w="3118" w:type="dxa"/>
            <w:shd w:val="clear" w:color="auto" w:fill="FAFAFA"/>
            <w:tcMar>
              <w:top w:w="75" w:type="dxa"/>
              <w:left w:w="85" w:type="dxa"/>
              <w:bottom w:w="75" w:type="dxa"/>
              <w:right w:w="85" w:type="dxa"/>
            </w:tcMar>
            <w:vAlign w:val="center"/>
          </w:tcPr>
          <w:p w14:paraId="761A838E" w14:textId="77777777" w:rsidR="00673E82" w:rsidRPr="009C650E" w:rsidRDefault="00000000">
            <w:pPr>
              <w:spacing w:after="0" w:line="240" w:lineRule="auto"/>
              <w:rPr>
                <w:noProof/>
                <w:lang w:val="ro-RO"/>
              </w:rPr>
            </w:pPr>
            <w:r w:rsidRPr="009C650E">
              <w:rPr>
                <w:noProof/>
                <w:sz w:val="15"/>
                <w:lang w:val="ro-RO"/>
              </w:rPr>
              <w:t>KRI / indicator de rezultat</w:t>
            </w:r>
          </w:p>
        </w:tc>
        <w:tc>
          <w:tcPr>
            <w:tcW w:w="6803" w:type="dxa"/>
            <w:shd w:val="clear" w:color="auto" w:fill="FAFAFA"/>
            <w:tcMar>
              <w:top w:w="75" w:type="dxa"/>
              <w:left w:w="85" w:type="dxa"/>
              <w:bottom w:w="75" w:type="dxa"/>
              <w:right w:w="85" w:type="dxa"/>
            </w:tcMar>
            <w:vAlign w:val="center"/>
          </w:tcPr>
          <w:p w14:paraId="7235E6E1" w14:textId="77777777" w:rsidR="00673E82" w:rsidRPr="009C650E" w:rsidRDefault="00673E82">
            <w:pPr>
              <w:spacing w:after="0" w:line="240" w:lineRule="auto"/>
              <w:rPr>
                <w:noProof/>
                <w:lang w:val="ro-RO"/>
              </w:rPr>
            </w:pPr>
          </w:p>
        </w:tc>
      </w:tr>
      <w:tr w:rsidR="00673E82" w:rsidRPr="009C650E" w14:paraId="76A00DB4" w14:textId="77777777">
        <w:trPr>
          <w:cantSplit/>
          <w:jc w:val="center"/>
        </w:trPr>
        <w:tc>
          <w:tcPr>
            <w:tcW w:w="3118" w:type="dxa"/>
            <w:shd w:val="clear" w:color="auto" w:fill="FFFFFF"/>
            <w:tcMar>
              <w:top w:w="75" w:type="dxa"/>
              <w:left w:w="85" w:type="dxa"/>
              <w:bottom w:w="75" w:type="dxa"/>
              <w:right w:w="85" w:type="dxa"/>
            </w:tcMar>
            <w:vAlign w:val="center"/>
          </w:tcPr>
          <w:p w14:paraId="7809279C" w14:textId="77777777" w:rsidR="00673E82" w:rsidRPr="009C650E" w:rsidRDefault="00000000">
            <w:pPr>
              <w:spacing w:after="0" w:line="240" w:lineRule="auto"/>
              <w:rPr>
                <w:noProof/>
                <w:lang w:val="ro-RO"/>
              </w:rPr>
            </w:pPr>
            <w:r w:rsidRPr="009C650E">
              <w:rPr>
                <w:noProof/>
                <w:sz w:val="15"/>
                <w:lang w:val="ro-RO"/>
              </w:rPr>
              <w:t>Definiție și formulă</w:t>
            </w:r>
          </w:p>
        </w:tc>
        <w:tc>
          <w:tcPr>
            <w:tcW w:w="6803" w:type="dxa"/>
            <w:shd w:val="clear" w:color="auto" w:fill="FFFFFF"/>
            <w:tcMar>
              <w:top w:w="75" w:type="dxa"/>
              <w:left w:w="85" w:type="dxa"/>
              <w:bottom w:w="75" w:type="dxa"/>
              <w:right w:w="85" w:type="dxa"/>
            </w:tcMar>
            <w:vAlign w:val="center"/>
          </w:tcPr>
          <w:p w14:paraId="12418535" w14:textId="77777777" w:rsidR="00673E82" w:rsidRPr="009C650E" w:rsidRDefault="00673E82">
            <w:pPr>
              <w:spacing w:after="0" w:line="240" w:lineRule="auto"/>
              <w:rPr>
                <w:noProof/>
                <w:lang w:val="ro-RO"/>
              </w:rPr>
            </w:pPr>
          </w:p>
        </w:tc>
      </w:tr>
      <w:tr w:rsidR="00673E82" w:rsidRPr="009C650E" w14:paraId="0BD220F5" w14:textId="77777777">
        <w:trPr>
          <w:cantSplit/>
          <w:jc w:val="center"/>
        </w:trPr>
        <w:tc>
          <w:tcPr>
            <w:tcW w:w="3118" w:type="dxa"/>
            <w:shd w:val="clear" w:color="auto" w:fill="FAFAFA"/>
            <w:tcMar>
              <w:top w:w="75" w:type="dxa"/>
              <w:left w:w="85" w:type="dxa"/>
              <w:bottom w:w="75" w:type="dxa"/>
              <w:right w:w="85" w:type="dxa"/>
            </w:tcMar>
            <w:vAlign w:val="center"/>
          </w:tcPr>
          <w:p w14:paraId="753AAF38" w14:textId="77777777" w:rsidR="00673E82" w:rsidRPr="009C650E" w:rsidRDefault="00000000">
            <w:pPr>
              <w:spacing w:after="0" w:line="240" w:lineRule="auto"/>
              <w:rPr>
                <w:noProof/>
                <w:lang w:val="ro-RO"/>
              </w:rPr>
            </w:pPr>
            <w:r w:rsidRPr="009C650E">
              <w:rPr>
                <w:noProof/>
                <w:sz w:val="15"/>
                <w:lang w:val="ro-RO"/>
              </w:rPr>
              <w:t>Active / evenimente incluse</w:t>
            </w:r>
          </w:p>
        </w:tc>
        <w:tc>
          <w:tcPr>
            <w:tcW w:w="6803" w:type="dxa"/>
            <w:shd w:val="clear" w:color="auto" w:fill="FAFAFA"/>
            <w:tcMar>
              <w:top w:w="75" w:type="dxa"/>
              <w:left w:w="85" w:type="dxa"/>
              <w:bottom w:w="75" w:type="dxa"/>
              <w:right w:w="85" w:type="dxa"/>
            </w:tcMar>
            <w:vAlign w:val="center"/>
          </w:tcPr>
          <w:p w14:paraId="6760E8DC" w14:textId="77777777" w:rsidR="00673E82" w:rsidRPr="009C650E" w:rsidRDefault="00673E82">
            <w:pPr>
              <w:spacing w:after="0" w:line="240" w:lineRule="auto"/>
              <w:rPr>
                <w:noProof/>
                <w:lang w:val="ro-RO"/>
              </w:rPr>
            </w:pPr>
          </w:p>
        </w:tc>
      </w:tr>
      <w:tr w:rsidR="00673E82" w:rsidRPr="009C650E" w14:paraId="51BF27E0" w14:textId="77777777">
        <w:trPr>
          <w:cantSplit/>
          <w:jc w:val="center"/>
        </w:trPr>
        <w:tc>
          <w:tcPr>
            <w:tcW w:w="3118" w:type="dxa"/>
            <w:shd w:val="clear" w:color="auto" w:fill="FFFFFF"/>
            <w:tcMar>
              <w:top w:w="75" w:type="dxa"/>
              <w:left w:w="85" w:type="dxa"/>
              <w:bottom w:w="75" w:type="dxa"/>
              <w:right w:w="85" w:type="dxa"/>
            </w:tcMar>
            <w:vAlign w:val="center"/>
          </w:tcPr>
          <w:p w14:paraId="17471319" w14:textId="77777777" w:rsidR="00673E82" w:rsidRPr="009C650E" w:rsidRDefault="00000000">
            <w:pPr>
              <w:spacing w:after="0" w:line="240" w:lineRule="auto"/>
              <w:rPr>
                <w:noProof/>
                <w:lang w:val="ro-RO"/>
              </w:rPr>
            </w:pPr>
            <w:r w:rsidRPr="009C650E">
              <w:rPr>
                <w:noProof/>
                <w:sz w:val="15"/>
                <w:lang w:val="ro-RO"/>
              </w:rPr>
              <w:t>Sursa datelor și integritatea ei</w:t>
            </w:r>
          </w:p>
        </w:tc>
        <w:tc>
          <w:tcPr>
            <w:tcW w:w="6803" w:type="dxa"/>
            <w:shd w:val="clear" w:color="auto" w:fill="FFFFFF"/>
            <w:tcMar>
              <w:top w:w="75" w:type="dxa"/>
              <w:left w:w="85" w:type="dxa"/>
              <w:bottom w:w="75" w:type="dxa"/>
              <w:right w:w="85" w:type="dxa"/>
            </w:tcMar>
            <w:vAlign w:val="center"/>
          </w:tcPr>
          <w:p w14:paraId="1CB4737C" w14:textId="77777777" w:rsidR="00673E82" w:rsidRPr="009C650E" w:rsidRDefault="00673E82">
            <w:pPr>
              <w:spacing w:after="0" w:line="240" w:lineRule="auto"/>
              <w:rPr>
                <w:noProof/>
                <w:lang w:val="ro-RO"/>
              </w:rPr>
            </w:pPr>
          </w:p>
        </w:tc>
      </w:tr>
      <w:tr w:rsidR="00673E82" w:rsidRPr="009C650E" w14:paraId="765D0B1D" w14:textId="77777777">
        <w:trPr>
          <w:cantSplit/>
          <w:jc w:val="center"/>
        </w:trPr>
        <w:tc>
          <w:tcPr>
            <w:tcW w:w="3118" w:type="dxa"/>
            <w:shd w:val="clear" w:color="auto" w:fill="FAFAFA"/>
            <w:tcMar>
              <w:top w:w="75" w:type="dxa"/>
              <w:left w:w="85" w:type="dxa"/>
              <w:bottom w:w="75" w:type="dxa"/>
              <w:right w:w="85" w:type="dxa"/>
            </w:tcMar>
            <w:vAlign w:val="center"/>
          </w:tcPr>
          <w:p w14:paraId="2D698F52" w14:textId="77777777" w:rsidR="00673E82" w:rsidRPr="009C650E" w:rsidRDefault="00000000">
            <w:pPr>
              <w:spacing w:after="0" w:line="240" w:lineRule="auto"/>
              <w:rPr>
                <w:noProof/>
                <w:lang w:val="ro-RO"/>
              </w:rPr>
            </w:pPr>
            <w:r w:rsidRPr="009C650E">
              <w:rPr>
                <w:noProof/>
                <w:sz w:val="15"/>
                <w:lang w:val="ro-RO"/>
              </w:rPr>
              <w:t>Responsabil date</w:t>
            </w:r>
          </w:p>
        </w:tc>
        <w:tc>
          <w:tcPr>
            <w:tcW w:w="6803" w:type="dxa"/>
            <w:shd w:val="clear" w:color="auto" w:fill="FAFAFA"/>
            <w:tcMar>
              <w:top w:w="75" w:type="dxa"/>
              <w:left w:w="85" w:type="dxa"/>
              <w:bottom w:w="75" w:type="dxa"/>
              <w:right w:w="85" w:type="dxa"/>
            </w:tcMar>
            <w:vAlign w:val="center"/>
          </w:tcPr>
          <w:p w14:paraId="45AC198D" w14:textId="77777777" w:rsidR="00673E82" w:rsidRPr="009C650E" w:rsidRDefault="00673E82">
            <w:pPr>
              <w:spacing w:after="0" w:line="240" w:lineRule="auto"/>
              <w:rPr>
                <w:noProof/>
                <w:lang w:val="ro-RO"/>
              </w:rPr>
            </w:pPr>
          </w:p>
        </w:tc>
      </w:tr>
      <w:tr w:rsidR="00673E82" w:rsidRPr="009C650E" w14:paraId="7E0E5E87" w14:textId="77777777">
        <w:trPr>
          <w:cantSplit/>
          <w:jc w:val="center"/>
        </w:trPr>
        <w:tc>
          <w:tcPr>
            <w:tcW w:w="3118" w:type="dxa"/>
            <w:shd w:val="clear" w:color="auto" w:fill="FFFFFF"/>
            <w:tcMar>
              <w:top w:w="75" w:type="dxa"/>
              <w:left w:w="85" w:type="dxa"/>
              <w:bottom w:w="75" w:type="dxa"/>
              <w:right w:w="85" w:type="dxa"/>
            </w:tcMar>
            <w:vAlign w:val="center"/>
          </w:tcPr>
          <w:p w14:paraId="6A805004" w14:textId="77777777" w:rsidR="00673E82" w:rsidRPr="009C650E" w:rsidRDefault="00000000">
            <w:pPr>
              <w:spacing w:after="0" w:line="240" w:lineRule="auto"/>
              <w:rPr>
                <w:noProof/>
                <w:lang w:val="ro-RO"/>
              </w:rPr>
            </w:pPr>
            <w:r w:rsidRPr="009C650E">
              <w:rPr>
                <w:noProof/>
                <w:sz w:val="15"/>
                <w:lang w:val="ro-RO"/>
              </w:rPr>
              <w:t>Baza de referință</w:t>
            </w:r>
          </w:p>
        </w:tc>
        <w:tc>
          <w:tcPr>
            <w:tcW w:w="6803" w:type="dxa"/>
            <w:shd w:val="clear" w:color="auto" w:fill="FFFFFF"/>
            <w:tcMar>
              <w:top w:w="75" w:type="dxa"/>
              <w:left w:w="85" w:type="dxa"/>
              <w:bottom w:w="75" w:type="dxa"/>
              <w:right w:w="85" w:type="dxa"/>
            </w:tcMar>
            <w:vAlign w:val="center"/>
          </w:tcPr>
          <w:p w14:paraId="578AACA7" w14:textId="77777777" w:rsidR="00673E82" w:rsidRPr="009C650E" w:rsidRDefault="00673E82">
            <w:pPr>
              <w:spacing w:after="0" w:line="240" w:lineRule="auto"/>
              <w:rPr>
                <w:noProof/>
                <w:lang w:val="ro-RO"/>
              </w:rPr>
            </w:pPr>
          </w:p>
        </w:tc>
      </w:tr>
      <w:tr w:rsidR="00673E82" w:rsidRPr="009C650E" w14:paraId="34EFEF7C" w14:textId="77777777">
        <w:trPr>
          <w:cantSplit/>
          <w:jc w:val="center"/>
        </w:trPr>
        <w:tc>
          <w:tcPr>
            <w:tcW w:w="3118" w:type="dxa"/>
            <w:shd w:val="clear" w:color="auto" w:fill="FAFAFA"/>
            <w:tcMar>
              <w:top w:w="75" w:type="dxa"/>
              <w:left w:w="85" w:type="dxa"/>
              <w:bottom w:w="75" w:type="dxa"/>
              <w:right w:w="85" w:type="dxa"/>
            </w:tcMar>
            <w:vAlign w:val="center"/>
          </w:tcPr>
          <w:p w14:paraId="084D5569" w14:textId="77777777" w:rsidR="00673E82" w:rsidRPr="009C650E" w:rsidRDefault="00000000">
            <w:pPr>
              <w:spacing w:after="0" w:line="240" w:lineRule="auto"/>
              <w:rPr>
                <w:noProof/>
                <w:lang w:val="ro-RO"/>
              </w:rPr>
            </w:pPr>
            <w:r w:rsidRPr="009C650E">
              <w:rPr>
                <w:noProof/>
                <w:sz w:val="15"/>
                <w:lang w:val="ro-RO"/>
              </w:rPr>
              <w:t>Țintă finală și intermediară</w:t>
            </w:r>
          </w:p>
        </w:tc>
        <w:tc>
          <w:tcPr>
            <w:tcW w:w="6803" w:type="dxa"/>
            <w:shd w:val="clear" w:color="auto" w:fill="FAFAFA"/>
            <w:tcMar>
              <w:top w:w="75" w:type="dxa"/>
              <w:left w:w="85" w:type="dxa"/>
              <w:bottom w:w="75" w:type="dxa"/>
              <w:right w:w="85" w:type="dxa"/>
            </w:tcMar>
            <w:vAlign w:val="center"/>
          </w:tcPr>
          <w:p w14:paraId="19D25412" w14:textId="77777777" w:rsidR="00673E82" w:rsidRPr="009C650E" w:rsidRDefault="00673E82">
            <w:pPr>
              <w:spacing w:after="0" w:line="240" w:lineRule="auto"/>
              <w:rPr>
                <w:noProof/>
                <w:lang w:val="ro-RO"/>
              </w:rPr>
            </w:pPr>
          </w:p>
        </w:tc>
      </w:tr>
      <w:tr w:rsidR="00673E82" w:rsidRPr="009C650E" w14:paraId="4FBECCA1" w14:textId="77777777">
        <w:trPr>
          <w:cantSplit/>
          <w:jc w:val="center"/>
        </w:trPr>
        <w:tc>
          <w:tcPr>
            <w:tcW w:w="3118" w:type="dxa"/>
            <w:shd w:val="clear" w:color="auto" w:fill="FFFFFF"/>
            <w:tcMar>
              <w:top w:w="75" w:type="dxa"/>
              <w:left w:w="85" w:type="dxa"/>
              <w:bottom w:w="75" w:type="dxa"/>
              <w:right w:w="85" w:type="dxa"/>
            </w:tcMar>
            <w:vAlign w:val="center"/>
          </w:tcPr>
          <w:p w14:paraId="73C343AE" w14:textId="77777777" w:rsidR="00673E82" w:rsidRPr="009C650E" w:rsidRDefault="00000000">
            <w:pPr>
              <w:spacing w:after="0" w:line="240" w:lineRule="auto"/>
              <w:rPr>
                <w:noProof/>
                <w:lang w:val="ro-RO"/>
              </w:rPr>
            </w:pPr>
            <w:r w:rsidRPr="009C650E">
              <w:rPr>
                <w:noProof/>
                <w:sz w:val="15"/>
                <w:lang w:val="ro-RO"/>
              </w:rPr>
              <w:t>Prag galben / roșu</w:t>
            </w:r>
          </w:p>
        </w:tc>
        <w:tc>
          <w:tcPr>
            <w:tcW w:w="6803" w:type="dxa"/>
            <w:shd w:val="clear" w:color="auto" w:fill="FFFFFF"/>
            <w:tcMar>
              <w:top w:w="75" w:type="dxa"/>
              <w:left w:w="85" w:type="dxa"/>
              <w:bottom w:w="75" w:type="dxa"/>
              <w:right w:w="85" w:type="dxa"/>
            </w:tcMar>
            <w:vAlign w:val="center"/>
          </w:tcPr>
          <w:p w14:paraId="25087009" w14:textId="77777777" w:rsidR="00673E82" w:rsidRPr="009C650E" w:rsidRDefault="00673E82">
            <w:pPr>
              <w:spacing w:after="0" w:line="240" w:lineRule="auto"/>
              <w:rPr>
                <w:noProof/>
                <w:lang w:val="ro-RO"/>
              </w:rPr>
            </w:pPr>
          </w:p>
        </w:tc>
      </w:tr>
      <w:tr w:rsidR="00673E82" w:rsidRPr="009C650E" w14:paraId="28FB8E52" w14:textId="77777777">
        <w:trPr>
          <w:cantSplit/>
          <w:jc w:val="center"/>
        </w:trPr>
        <w:tc>
          <w:tcPr>
            <w:tcW w:w="3118" w:type="dxa"/>
            <w:shd w:val="clear" w:color="auto" w:fill="FAFAFA"/>
            <w:tcMar>
              <w:top w:w="75" w:type="dxa"/>
              <w:left w:w="85" w:type="dxa"/>
              <w:bottom w:w="75" w:type="dxa"/>
              <w:right w:w="85" w:type="dxa"/>
            </w:tcMar>
            <w:vAlign w:val="center"/>
          </w:tcPr>
          <w:p w14:paraId="65BD21A4" w14:textId="77777777" w:rsidR="00673E82" w:rsidRPr="009C650E" w:rsidRDefault="00000000">
            <w:pPr>
              <w:spacing w:after="0" w:line="240" w:lineRule="auto"/>
              <w:rPr>
                <w:noProof/>
                <w:lang w:val="ro-RO"/>
              </w:rPr>
            </w:pPr>
            <w:r w:rsidRPr="009C650E">
              <w:rPr>
                <w:noProof/>
                <w:sz w:val="15"/>
                <w:lang w:val="ro-RO"/>
              </w:rPr>
              <w:t>Frecvență monitorizare</w:t>
            </w:r>
          </w:p>
        </w:tc>
        <w:tc>
          <w:tcPr>
            <w:tcW w:w="6803" w:type="dxa"/>
            <w:shd w:val="clear" w:color="auto" w:fill="FAFAFA"/>
            <w:tcMar>
              <w:top w:w="75" w:type="dxa"/>
              <w:left w:w="85" w:type="dxa"/>
              <w:bottom w:w="75" w:type="dxa"/>
              <w:right w:w="85" w:type="dxa"/>
            </w:tcMar>
            <w:vAlign w:val="center"/>
          </w:tcPr>
          <w:p w14:paraId="23C072A9" w14:textId="77777777" w:rsidR="00673E82" w:rsidRPr="009C650E" w:rsidRDefault="00673E82">
            <w:pPr>
              <w:spacing w:after="0" w:line="240" w:lineRule="auto"/>
              <w:rPr>
                <w:noProof/>
                <w:lang w:val="ro-RO"/>
              </w:rPr>
            </w:pPr>
          </w:p>
        </w:tc>
      </w:tr>
      <w:tr w:rsidR="00673E82" w:rsidRPr="009C650E" w14:paraId="1F38C7A5" w14:textId="77777777">
        <w:trPr>
          <w:cantSplit/>
          <w:jc w:val="center"/>
        </w:trPr>
        <w:tc>
          <w:tcPr>
            <w:tcW w:w="3118" w:type="dxa"/>
            <w:shd w:val="clear" w:color="auto" w:fill="FFFFFF"/>
            <w:tcMar>
              <w:top w:w="75" w:type="dxa"/>
              <w:left w:w="85" w:type="dxa"/>
              <w:bottom w:w="75" w:type="dxa"/>
              <w:right w:w="85" w:type="dxa"/>
            </w:tcMar>
            <w:vAlign w:val="center"/>
          </w:tcPr>
          <w:p w14:paraId="558F99DC" w14:textId="77777777" w:rsidR="00673E82" w:rsidRPr="009C650E" w:rsidRDefault="00000000">
            <w:pPr>
              <w:spacing w:after="0" w:line="240" w:lineRule="auto"/>
              <w:rPr>
                <w:noProof/>
                <w:lang w:val="ro-RO"/>
              </w:rPr>
            </w:pPr>
            <w:r w:rsidRPr="009C650E">
              <w:rPr>
                <w:noProof/>
                <w:sz w:val="15"/>
                <w:lang w:val="ro-RO"/>
              </w:rPr>
              <w:t>Reguli pentru excepții / SLA</w:t>
            </w:r>
          </w:p>
        </w:tc>
        <w:tc>
          <w:tcPr>
            <w:tcW w:w="6803" w:type="dxa"/>
            <w:shd w:val="clear" w:color="auto" w:fill="FFFFFF"/>
            <w:tcMar>
              <w:top w:w="75" w:type="dxa"/>
              <w:left w:w="85" w:type="dxa"/>
              <w:bottom w:w="75" w:type="dxa"/>
              <w:right w:w="85" w:type="dxa"/>
            </w:tcMar>
            <w:vAlign w:val="center"/>
          </w:tcPr>
          <w:p w14:paraId="010E5E00" w14:textId="77777777" w:rsidR="00673E82" w:rsidRPr="009C650E" w:rsidRDefault="00673E82">
            <w:pPr>
              <w:spacing w:after="0" w:line="240" w:lineRule="auto"/>
              <w:rPr>
                <w:noProof/>
                <w:lang w:val="ro-RO"/>
              </w:rPr>
            </w:pPr>
          </w:p>
        </w:tc>
      </w:tr>
      <w:tr w:rsidR="00673E82" w:rsidRPr="009C650E" w14:paraId="448576E9" w14:textId="77777777">
        <w:trPr>
          <w:cantSplit/>
          <w:jc w:val="center"/>
        </w:trPr>
        <w:tc>
          <w:tcPr>
            <w:tcW w:w="3118" w:type="dxa"/>
            <w:shd w:val="clear" w:color="auto" w:fill="FAFAFA"/>
            <w:tcMar>
              <w:top w:w="75" w:type="dxa"/>
              <w:left w:w="85" w:type="dxa"/>
              <w:bottom w:w="75" w:type="dxa"/>
              <w:right w:w="85" w:type="dxa"/>
            </w:tcMar>
            <w:vAlign w:val="center"/>
          </w:tcPr>
          <w:p w14:paraId="604FCDC5" w14:textId="77777777" w:rsidR="00673E82" w:rsidRPr="009C650E" w:rsidRDefault="00000000">
            <w:pPr>
              <w:spacing w:after="0" w:line="240" w:lineRule="auto"/>
              <w:rPr>
                <w:noProof/>
                <w:lang w:val="ro-RO"/>
              </w:rPr>
            </w:pPr>
            <w:r w:rsidRPr="009C650E">
              <w:rPr>
                <w:noProof/>
                <w:sz w:val="15"/>
                <w:lang w:val="ro-RO"/>
              </w:rPr>
              <w:lastRenderedPageBreak/>
              <w:t>Metoda de testare și asigurare</w:t>
            </w:r>
          </w:p>
        </w:tc>
        <w:tc>
          <w:tcPr>
            <w:tcW w:w="6803" w:type="dxa"/>
            <w:shd w:val="clear" w:color="auto" w:fill="FAFAFA"/>
            <w:tcMar>
              <w:top w:w="75" w:type="dxa"/>
              <w:left w:w="85" w:type="dxa"/>
              <w:bottom w:w="75" w:type="dxa"/>
              <w:right w:w="85" w:type="dxa"/>
            </w:tcMar>
            <w:vAlign w:val="center"/>
          </w:tcPr>
          <w:p w14:paraId="7095F92F" w14:textId="77777777" w:rsidR="00673E82" w:rsidRPr="009C650E" w:rsidRDefault="00673E82">
            <w:pPr>
              <w:spacing w:after="0" w:line="240" w:lineRule="auto"/>
              <w:rPr>
                <w:noProof/>
                <w:lang w:val="ro-RO"/>
              </w:rPr>
            </w:pPr>
          </w:p>
        </w:tc>
      </w:tr>
    </w:tbl>
    <w:p w14:paraId="4F2FA5C8" w14:textId="77777777" w:rsidR="00673E82" w:rsidRPr="009C650E" w:rsidRDefault="00673E82">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41BFBE0A" w14:textId="77777777">
        <w:trPr>
          <w:jc w:val="center"/>
        </w:trPr>
        <w:tc>
          <w:tcPr>
            <w:tcW w:w="1020" w:type="dxa"/>
            <w:shd w:val="clear" w:color="auto" w:fill="D71920"/>
            <w:tcMar>
              <w:top w:w="75" w:type="dxa"/>
              <w:left w:w="85" w:type="dxa"/>
              <w:bottom w:w="75" w:type="dxa"/>
              <w:right w:w="85" w:type="dxa"/>
            </w:tcMar>
            <w:vAlign w:val="center"/>
          </w:tcPr>
          <w:p w14:paraId="71F7BB07" w14:textId="77777777" w:rsidR="00673E82" w:rsidRPr="009C650E" w:rsidRDefault="00000000">
            <w:pPr>
              <w:spacing w:after="0" w:line="240" w:lineRule="auto"/>
              <w:jc w:val="center"/>
              <w:rPr>
                <w:noProof/>
                <w:lang w:val="ro-RO"/>
              </w:rPr>
            </w:pPr>
            <w:r w:rsidRPr="009C650E">
              <w:rPr>
                <w:b/>
                <w:noProof/>
                <w:color w:val="FFFFFF"/>
                <w:sz w:val="34"/>
                <w:lang w:val="ro-RO"/>
              </w:rPr>
              <w:t>5B</w:t>
            </w:r>
          </w:p>
        </w:tc>
        <w:tc>
          <w:tcPr>
            <w:tcW w:w="8901" w:type="dxa"/>
            <w:shd w:val="clear" w:color="auto" w:fill="F3F4F5"/>
          </w:tcPr>
          <w:p w14:paraId="47CEDF6C" w14:textId="77777777" w:rsidR="00673E82" w:rsidRPr="009C650E" w:rsidRDefault="00000000">
            <w:pPr>
              <w:spacing w:after="20"/>
              <w:rPr>
                <w:noProof/>
                <w:lang w:val="ro-RO"/>
              </w:rPr>
            </w:pPr>
            <w:r w:rsidRPr="009C650E">
              <w:rPr>
                <w:b/>
                <w:noProof/>
                <w:sz w:val="28"/>
                <w:lang w:val="ro-RO"/>
              </w:rPr>
              <w:t>Planul de realizare și monitorizare</w:t>
            </w:r>
          </w:p>
          <w:p w14:paraId="665E1104" w14:textId="77777777" w:rsidR="00673E82" w:rsidRPr="009C650E" w:rsidRDefault="00000000">
            <w:pPr>
              <w:spacing w:after="0"/>
              <w:rPr>
                <w:noProof/>
                <w:lang w:val="ro-RO"/>
              </w:rPr>
            </w:pPr>
            <w:r w:rsidRPr="009C650E">
              <w:rPr>
                <w:noProof/>
                <w:color w:val="666666"/>
                <w:sz w:val="16"/>
                <w:lang w:val="ro-RO"/>
              </w:rPr>
              <w:t>Transformați ținta într-un plan executabil, cu resurse, responsabilități și criterii de verificare</w:t>
            </w:r>
          </w:p>
        </w:tc>
      </w:tr>
    </w:tbl>
    <w:p w14:paraId="73EA5B93" w14:textId="77777777" w:rsidR="00673E82" w:rsidRPr="009C650E" w:rsidRDefault="00673E8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288"/>
        <w:gridCol w:w="1474"/>
        <w:gridCol w:w="1361"/>
        <w:gridCol w:w="1134"/>
        <w:gridCol w:w="1644"/>
        <w:gridCol w:w="510"/>
      </w:tblGrid>
      <w:tr w:rsidR="00673E82" w:rsidRPr="009C650E" w14:paraId="2B720596" w14:textId="77777777">
        <w:trPr>
          <w:tblHeader/>
          <w:jc w:val="center"/>
        </w:trPr>
        <w:tc>
          <w:tcPr>
            <w:tcW w:w="510" w:type="dxa"/>
            <w:shd w:val="clear" w:color="auto" w:fill="D71920"/>
            <w:tcMar>
              <w:top w:w="75" w:type="dxa"/>
              <w:left w:w="85" w:type="dxa"/>
              <w:bottom w:w="75" w:type="dxa"/>
              <w:right w:w="85" w:type="dxa"/>
            </w:tcMar>
            <w:vAlign w:val="center"/>
          </w:tcPr>
          <w:p w14:paraId="00C7FD5C" w14:textId="77777777" w:rsidR="00673E82" w:rsidRPr="009C650E" w:rsidRDefault="00000000">
            <w:pPr>
              <w:spacing w:after="0" w:line="240" w:lineRule="auto"/>
              <w:jc w:val="center"/>
              <w:rPr>
                <w:noProof/>
                <w:lang w:val="ro-RO"/>
              </w:rPr>
            </w:pPr>
            <w:r w:rsidRPr="009C650E">
              <w:rPr>
                <w:b/>
                <w:noProof/>
                <w:color w:val="FFFFFF"/>
                <w:sz w:val="14"/>
                <w:lang w:val="ro-RO"/>
              </w:rPr>
              <w:t>#</w:t>
            </w:r>
          </w:p>
        </w:tc>
        <w:tc>
          <w:tcPr>
            <w:tcW w:w="3288" w:type="dxa"/>
            <w:shd w:val="clear" w:color="auto" w:fill="D71920"/>
            <w:tcMar>
              <w:top w:w="75" w:type="dxa"/>
              <w:left w:w="85" w:type="dxa"/>
              <w:bottom w:w="75" w:type="dxa"/>
              <w:right w:w="85" w:type="dxa"/>
            </w:tcMar>
            <w:vAlign w:val="center"/>
          </w:tcPr>
          <w:p w14:paraId="134F55B7" w14:textId="77777777" w:rsidR="00673E82" w:rsidRPr="009C650E" w:rsidRDefault="00000000">
            <w:pPr>
              <w:spacing w:after="0" w:line="240" w:lineRule="auto"/>
              <w:jc w:val="center"/>
              <w:rPr>
                <w:noProof/>
                <w:lang w:val="ro-RO"/>
              </w:rPr>
            </w:pPr>
            <w:r w:rsidRPr="009C650E">
              <w:rPr>
                <w:b/>
                <w:noProof/>
                <w:color w:val="FFFFFF"/>
                <w:sz w:val="14"/>
                <w:lang w:val="ro-RO"/>
              </w:rPr>
              <w:t>ACȚIUNE / LIVRABIL</w:t>
            </w:r>
          </w:p>
        </w:tc>
        <w:tc>
          <w:tcPr>
            <w:tcW w:w="1474" w:type="dxa"/>
            <w:shd w:val="clear" w:color="auto" w:fill="D71920"/>
            <w:tcMar>
              <w:top w:w="75" w:type="dxa"/>
              <w:left w:w="85" w:type="dxa"/>
              <w:bottom w:w="75" w:type="dxa"/>
              <w:right w:w="85" w:type="dxa"/>
            </w:tcMar>
            <w:vAlign w:val="center"/>
          </w:tcPr>
          <w:p w14:paraId="65981629" w14:textId="77777777" w:rsidR="00673E82" w:rsidRPr="009C650E" w:rsidRDefault="00000000">
            <w:pPr>
              <w:spacing w:after="0" w:line="240" w:lineRule="auto"/>
              <w:jc w:val="center"/>
              <w:rPr>
                <w:noProof/>
                <w:lang w:val="ro-RO"/>
              </w:rPr>
            </w:pPr>
            <w:r w:rsidRPr="009C650E">
              <w:rPr>
                <w:b/>
                <w:noProof/>
                <w:color w:val="FFFFFF"/>
                <w:sz w:val="14"/>
                <w:lang w:val="ro-RO"/>
              </w:rPr>
              <w:t>RESPONSABIL</w:t>
            </w:r>
          </w:p>
        </w:tc>
        <w:tc>
          <w:tcPr>
            <w:tcW w:w="1361" w:type="dxa"/>
            <w:shd w:val="clear" w:color="auto" w:fill="D71920"/>
            <w:tcMar>
              <w:top w:w="75" w:type="dxa"/>
              <w:left w:w="85" w:type="dxa"/>
              <w:bottom w:w="75" w:type="dxa"/>
              <w:right w:w="85" w:type="dxa"/>
            </w:tcMar>
            <w:vAlign w:val="center"/>
          </w:tcPr>
          <w:p w14:paraId="16970F95" w14:textId="77777777" w:rsidR="00673E82" w:rsidRPr="009C650E" w:rsidRDefault="00000000">
            <w:pPr>
              <w:spacing w:after="0" w:line="240" w:lineRule="auto"/>
              <w:jc w:val="center"/>
              <w:rPr>
                <w:noProof/>
                <w:lang w:val="ro-RO"/>
              </w:rPr>
            </w:pPr>
            <w:r w:rsidRPr="009C650E">
              <w:rPr>
                <w:b/>
                <w:noProof/>
                <w:color w:val="FFFFFF"/>
                <w:sz w:val="14"/>
                <w:lang w:val="ro-RO"/>
              </w:rPr>
              <w:t>RESURSE</w:t>
            </w:r>
          </w:p>
        </w:tc>
        <w:tc>
          <w:tcPr>
            <w:tcW w:w="1134" w:type="dxa"/>
            <w:shd w:val="clear" w:color="auto" w:fill="D71920"/>
            <w:tcMar>
              <w:top w:w="75" w:type="dxa"/>
              <w:left w:w="85" w:type="dxa"/>
              <w:bottom w:w="75" w:type="dxa"/>
              <w:right w:w="85" w:type="dxa"/>
            </w:tcMar>
            <w:vAlign w:val="center"/>
          </w:tcPr>
          <w:p w14:paraId="3C3D797B" w14:textId="77777777" w:rsidR="00673E82" w:rsidRPr="009C650E" w:rsidRDefault="00000000">
            <w:pPr>
              <w:spacing w:after="0" w:line="240" w:lineRule="auto"/>
              <w:jc w:val="center"/>
              <w:rPr>
                <w:noProof/>
                <w:lang w:val="ro-RO"/>
              </w:rPr>
            </w:pPr>
            <w:r w:rsidRPr="009C650E">
              <w:rPr>
                <w:b/>
                <w:noProof/>
                <w:color w:val="FFFFFF"/>
                <w:sz w:val="14"/>
                <w:lang w:val="ro-RO"/>
              </w:rPr>
              <w:t>TERMEN</w:t>
            </w:r>
          </w:p>
        </w:tc>
        <w:tc>
          <w:tcPr>
            <w:tcW w:w="1644" w:type="dxa"/>
            <w:shd w:val="clear" w:color="auto" w:fill="D71920"/>
            <w:tcMar>
              <w:top w:w="75" w:type="dxa"/>
              <w:left w:w="85" w:type="dxa"/>
              <w:bottom w:w="75" w:type="dxa"/>
              <w:right w:w="85" w:type="dxa"/>
            </w:tcMar>
            <w:vAlign w:val="center"/>
          </w:tcPr>
          <w:p w14:paraId="1D6A3FEC" w14:textId="77777777" w:rsidR="00673E82" w:rsidRPr="009C650E" w:rsidRDefault="00000000">
            <w:pPr>
              <w:spacing w:after="0" w:line="240" w:lineRule="auto"/>
              <w:jc w:val="center"/>
              <w:rPr>
                <w:noProof/>
                <w:lang w:val="ro-RO"/>
              </w:rPr>
            </w:pPr>
            <w:r w:rsidRPr="009C650E">
              <w:rPr>
                <w:b/>
                <w:noProof/>
                <w:color w:val="FFFFFF"/>
                <w:sz w:val="14"/>
                <w:lang w:val="ro-RO"/>
              </w:rPr>
              <w:t>DOVADĂ / CRITERIU</w:t>
            </w:r>
          </w:p>
        </w:tc>
        <w:tc>
          <w:tcPr>
            <w:tcW w:w="510" w:type="dxa"/>
            <w:shd w:val="clear" w:color="auto" w:fill="D71920"/>
            <w:tcMar>
              <w:top w:w="75" w:type="dxa"/>
              <w:left w:w="85" w:type="dxa"/>
              <w:bottom w:w="75" w:type="dxa"/>
              <w:right w:w="85" w:type="dxa"/>
            </w:tcMar>
            <w:vAlign w:val="center"/>
          </w:tcPr>
          <w:p w14:paraId="10230B37" w14:textId="77777777" w:rsidR="00673E82" w:rsidRPr="009C650E" w:rsidRDefault="00000000">
            <w:pPr>
              <w:spacing w:after="0" w:line="240" w:lineRule="auto"/>
              <w:jc w:val="center"/>
              <w:rPr>
                <w:noProof/>
                <w:lang w:val="ro-RO"/>
              </w:rPr>
            </w:pPr>
            <w:r w:rsidRPr="009C650E">
              <w:rPr>
                <w:b/>
                <w:noProof/>
                <w:color w:val="FFFFFF"/>
                <w:sz w:val="14"/>
                <w:lang w:val="ro-RO"/>
              </w:rPr>
              <w:t>STATUS</w:t>
            </w:r>
          </w:p>
        </w:tc>
      </w:tr>
      <w:tr w:rsidR="00673E82" w:rsidRPr="009C650E" w14:paraId="2A4F3F52" w14:textId="77777777">
        <w:trPr>
          <w:cantSplit/>
          <w:jc w:val="center"/>
        </w:trPr>
        <w:tc>
          <w:tcPr>
            <w:tcW w:w="510" w:type="dxa"/>
            <w:shd w:val="clear" w:color="auto" w:fill="FFFFFF"/>
            <w:tcMar>
              <w:top w:w="75" w:type="dxa"/>
              <w:left w:w="85" w:type="dxa"/>
              <w:bottom w:w="75" w:type="dxa"/>
              <w:right w:w="85" w:type="dxa"/>
            </w:tcMar>
            <w:vAlign w:val="center"/>
          </w:tcPr>
          <w:p w14:paraId="504D25B5" w14:textId="77777777" w:rsidR="00673E82" w:rsidRPr="009C650E" w:rsidRDefault="00000000">
            <w:pPr>
              <w:spacing w:after="0" w:line="240" w:lineRule="auto"/>
              <w:jc w:val="center"/>
              <w:rPr>
                <w:noProof/>
                <w:lang w:val="ro-RO"/>
              </w:rPr>
            </w:pPr>
            <w:r w:rsidRPr="009C650E">
              <w:rPr>
                <w:noProof/>
                <w:sz w:val="14"/>
                <w:lang w:val="ro-RO"/>
              </w:rPr>
              <w:t>1</w:t>
            </w:r>
          </w:p>
        </w:tc>
        <w:tc>
          <w:tcPr>
            <w:tcW w:w="3288" w:type="dxa"/>
            <w:shd w:val="clear" w:color="auto" w:fill="FFFFFF"/>
            <w:tcMar>
              <w:top w:w="75" w:type="dxa"/>
              <w:left w:w="85" w:type="dxa"/>
              <w:bottom w:w="75" w:type="dxa"/>
              <w:right w:w="85" w:type="dxa"/>
            </w:tcMar>
            <w:vAlign w:val="center"/>
          </w:tcPr>
          <w:p w14:paraId="3AAC5EE8" w14:textId="77777777" w:rsidR="00673E82" w:rsidRPr="009C650E" w:rsidRDefault="00673E82">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01C1AF12" w14:textId="77777777" w:rsidR="00673E82" w:rsidRPr="009C650E" w:rsidRDefault="00673E82">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7E65EF45"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279930F1"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3AF7564F" w14:textId="77777777" w:rsidR="00673E82" w:rsidRPr="009C650E" w:rsidRDefault="00673E82">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3DB6D67D" w14:textId="77777777" w:rsidR="00673E82" w:rsidRPr="009C650E" w:rsidRDefault="00673E82">
            <w:pPr>
              <w:spacing w:after="0" w:line="240" w:lineRule="auto"/>
              <w:jc w:val="center"/>
              <w:rPr>
                <w:noProof/>
                <w:lang w:val="ro-RO"/>
              </w:rPr>
            </w:pPr>
          </w:p>
        </w:tc>
      </w:tr>
      <w:tr w:rsidR="00673E82" w:rsidRPr="009C650E" w14:paraId="58E55973" w14:textId="77777777">
        <w:trPr>
          <w:cantSplit/>
          <w:jc w:val="center"/>
        </w:trPr>
        <w:tc>
          <w:tcPr>
            <w:tcW w:w="510" w:type="dxa"/>
            <w:shd w:val="clear" w:color="auto" w:fill="FAFAFA"/>
            <w:tcMar>
              <w:top w:w="75" w:type="dxa"/>
              <w:left w:w="85" w:type="dxa"/>
              <w:bottom w:w="75" w:type="dxa"/>
              <w:right w:w="85" w:type="dxa"/>
            </w:tcMar>
            <w:vAlign w:val="center"/>
          </w:tcPr>
          <w:p w14:paraId="3D3CF253" w14:textId="77777777" w:rsidR="00673E82" w:rsidRPr="009C650E" w:rsidRDefault="00000000">
            <w:pPr>
              <w:spacing w:after="0" w:line="240" w:lineRule="auto"/>
              <w:jc w:val="center"/>
              <w:rPr>
                <w:noProof/>
                <w:lang w:val="ro-RO"/>
              </w:rPr>
            </w:pPr>
            <w:r w:rsidRPr="009C650E">
              <w:rPr>
                <w:noProof/>
                <w:sz w:val="14"/>
                <w:lang w:val="ro-RO"/>
              </w:rPr>
              <w:t>2</w:t>
            </w:r>
          </w:p>
        </w:tc>
        <w:tc>
          <w:tcPr>
            <w:tcW w:w="3288" w:type="dxa"/>
            <w:shd w:val="clear" w:color="auto" w:fill="FAFAFA"/>
            <w:tcMar>
              <w:top w:w="75" w:type="dxa"/>
              <w:left w:w="85" w:type="dxa"/>
              <w:bottom w:w="75" w:type="dxa"/>
              <w:right w:w="85" w:type="dxa"/>
            </w:tcMar>
            <w:vAlign w:val="center"/>
          </w:tcPr>
          <w:p w14:paraId="66292335" w14:textId="77777777" w:rsidR="00673E82" w:rsidRPr="009C650E" w:rsidRDefault="00673E82">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533885EA" w14:textId="77777777" w:rsidR="00673E82" w:rsidRPr="009C650E" w:rsidRDefault="00673E82">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3A763DCC"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652D8224"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1DE6806A" w14:textId="77777777" w:rsidR="00673E82" w:rsidRPr="009C650E" w:rsidRDefault="00673E82">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2ED9141D" w14:textId="77777777" w:rsidR="00673E82" w:rsidRPr="009C650E" w:rsidRDefault="00673E82">
            <w:pPr>
              <w:spacing w:after="0" w:line="240" w:lineRule="auto"/>
              <w:jc w:val="center"/>
              <w:rPr>
                <w:noProof/>
                <w:lang w:val="ro-RO"/>
              </w:rPr>
            </w:pPr>
          </w:p>
        </w:tc>
      </w:tr>
      <w:tr w:rsidR="00673E82" w:rsidRPr="009C650E" w14:paraId="4FDC2351" w14:textId="77777777">
        <w:trPr>
          <w:cantSplit/>
          <w:jc w:val="center"/>
        </w:trPr>
        <w:tc>
          <w:tcPr>
            <w:tcW w:w="510" w:type="dxa"/>
            <w:shd w:val="clear" w:color="auto" w:fill="FFFFFF"/>
            <w:tcMar>
              <w:top w:w="75" w:type="dxa"/>
              <w:left w:w="85" w:type="dxa"/>
              <w:bottom w:w="75" w:type="dxa"/>
              <w:right w:w="85" w:type="dxa"/>
            </w:tcMar>
            <w:vAlign w:val="center"/>
          </w:tcPr>
          <w:p w14:paraId="71A58477" w14:textId="77777777" w:rsidR="00673E82" w:rsidRPr="009C650E" w:rsidRDefault="00000000">
            <w:pPr>
              <w:spacing w:after="0" w:line="240" w:lineRule="auto"/>
              <w:jc w:val="center"/>
              <w:rPr>
                <w:noProof/>
                <w:lang w:val="ro-RO"/>
              </w:rPr>
            </w:pPr>
            <w:r w:rsidRPr="009C650E">
              <w:rPr>
                <w:noProof/>
                <w:sz w:val="14"/>
                <w:lang w:val="ro-RO"/>
              </w:rPr>
              <w:t>3</w:t>
            </w:r>
          </w:p>
        </w:tc>
        <w:tc>
          <w:tcPr>
            <w:tcW w:w="3288" w:type="dxa"/>
            <w:shd w:val="clear" w:color="auto" w:fill="FFFFFF"/>
            <w:tcMar>
              <w:top w:w="75" w:type="dxa"/>
              <w:left w:w="85" w:type="dxa"/>
              <w:bottom w:w="75" w:type="dxa"/>
              <w:right w:w="85" w:type="dxa"/>
            </w:tcMar>
            <w:vAlign w:val="center"/>
          </w:tcPr>
          <w:p w14:paraId="75D7B473" w14:textId="77777777" w:rsidR="00673E82" w:rsidRPr="009C650E" w:rsidRDefault="00673E82">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6F329D48" w14:textId="77777777" w:rsidR="00673E82" w:rsidRPr="009C650E" w:rsidRDefault="00673E82">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03C8B697"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461173D4"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269575F7" w14:textId="77777777" w:rsidR="00673E82" w:rsidRPr="009C650E" w:rsidRDefault="00673E82">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4EDB586D" w14:textId="77777777" w:rsidR="00673E82" w:rsidRPr="009C650E" w:rsidRDefault="00673E82">
            <w:pPr>
              <w:spacing w:after="0" w:line="240" w:lineRule="auto"/>
              <w:jc w:val="center"/>
              <w:rPr>
                <w:noProof/>
                <w:lang w:val="ro-RO"/>
              </w:rPr>
            </w:pPr>
          </w:p>
        </w:tc>
      </w:tr>
      <w:tr w:rsidR="00673E82" w:rsidRPr="009C650E" w14:paraId="7CADDA8D" w14:textId="77777777">
        <w:trPr>
          <w:cantSplit/>
          <w:jc w:val="center"/>
        </w:trPr>
        <w:tc>
          <w:tcPr>
            <w:tcW w:w="510" w:type="dxa"/>
            <w:shd w:val="clear" w:color="auto" w:fill="FAFAFA"/>
            <w:tcMar>
              <w:top w:w="75" w:type="dxa"/>
              <w:left w:w="85" w:type="dxa"/>
              <w:bottom w:w="75" w:type="dxa"/>
              <w:right w:w="85" w:type="dxa"/>
            </w:tcMar>
            <w:vAlign w:val="center"/>
          </w:tcPr>
          <w:p w14:paraId="4B43AC79" w14:textId="77777777" w:rsidR="00673E82" w:rsidRPr="009C650E" w:rsidRDefault="00000000">
            <w:pPr>
              <w:spacing w:after="0" w:line="240" w:lineRule="auto"/>
              <w:jc w:val="center"/>
              <w:rPr>
                <w:noProof/>
                <w:lang w:val="ro-RO"/>
              </w:rPr>
            </w:pPr>
            <w:r w:rsidRPr="009C650E">
              <w:rPr>
                <w:noProof/>
                <w:sz w:val="14"/>
                <w:lang w:val="ro-RO"/>
              </w:rPr>
              <w:t>4</w:t>
            </w:r>
          </w:p>
        </w:tc>
        <w:tc>
          <w:tcPr>
            <w:tcW w:w="3288" w:type="dxa"/>
            <w:shd w:val="clear" w:color="auto" w:fill="FAFAFA"/>
            <w:tcMar>
              <w:top w:w="75" w:type="dxa"/>
              <w:left w:w="85" w:type="dxa"/>
              <w:bottom w:w="75" w:type="dxa"/>
              <w:right w:w="85" w:type="dxa"/>
            </w:tcMar>
            <w:vAlign w:val="center"/>
          </w:tcPr>
          <w:p w14:paraId="7E3C73D2" w14:textId="77777777" w:rsidR="00673E82" w:rsidRPr="009C650E" w:rsidRDefault="00673E82">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703445A2" w14:textId="77777777" w:rsidR="00673E82" w:rsidRPr="009C650E" w:rsidRDefault="00673E82">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20604BEB"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294D37C9"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1261E374" w14:textId="77777777" w:rsidR="00673E82" w:rsidRPr="009C650E" w:rsidRDefault="00673E82">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505F8CEA" w14:textId="77777777" w:rsidR="00673E82" w:rsidRPr="009C650E" w:rsidRDefault="00673E82">
            <w:pPr>
              <w:spacing w:after="0" w:line="240" w:lineRule="auto"/>
              <w:jc w:val="center"/>
              <w:rPr>
                <w:noProof/>
                <w:lang w:val="ro-RO"/>
              </w:rPr>
            </w:pPr>
          </w:p>
        </w:tc>
      </w:tr>
      <w:tr w:rsidR="00673E82" w:rsidRPr="009C650E" w14:paraId="655E1015" w14:textId="77777777">
        <w:trPr>
          <w:cantSplit/>
          <w:jc w:val="center"/>
        </w:trPr>
        <w:tc>
          <w:tcPr>
            <w:tcW w:w="510" w:type="dxa"/>
            <w:shd w:val="clear" w:color="auto" w:fill="FFFFFF"/>
            <w:tcMar>
              <w:top w:w="75" w:type="dxa"/>
              <w:left w:w="85" w:type="dxa"/>
              <w:bottom w:w="75" w:type="dxa"/>
              <w:right w:w="85" w:type="dxa"/>
            </w:tcMar>
            <w:vAlign w:val="center"/>
          </w:tcPr>
          <w:p w14:paraId="34A6427E" w14:textId="77777777" w:rsidR="00673E82" w:rsidRPr="009C650E" w:rsidRDefault="00000000">
            <w:pPr>
              <w:spacing w:after="0" w:line="240" w:lineRule="auto"/>
              <w:jc w:val="center"/>
              <w:rPr>
                <w:noProof/>
                <w:lang w:val="ro-RO"/>
              </w:rPr>
            </w:pPr>
            <w:r w:rsidRPr="009C650E">
              <w:rPr>
                <w:noProof/>
                <w:sz w:val="14"/>
                <w:lang w:val="ro-RO"/>
              </w:rPr>
              <w:t>5</w:t>
            </w:r>
          </w:p>
        </w:tc>
        <w:tc>
          <w:tcPr>
            <w:tcW w:w="3288" w:type="dxa"/>
            <w:shd w:val="clear" w:color="auto" w:fill="FFFFFF"/>
            <w:tcMar>
              <w:top w:w="75" w:type="dxa"/>
              <w:left w:w="85" w:type="dxa"/>
              <w:bottom w:w="75" w:type="dxa"/>
              <w:right w:w="85" w:type="dxa"/>
            </w:tcMar>
            <w:vAlign w:val="center"/>
          </w:tcPr>
          <w:p w14:paraId="6951AB92" w14:textId="77777777" w:rsidR="00673E82" w:rsidRPr="009C650E" w:rsidRDefault="00673E82">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7D2FEB09" w14:textId="77777777" w:rsidR="00673E82" w:rsidRPr="009C650E" w:rsidRDefault="00673E82">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3258A0CC"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0D1D7493"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3E0DE34D" w14:textId="77777777" w:rsidR="00673E82" w:rsidRPr="009C650E" w:rsidRDefault="00673E82">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35D5C7C8" w14:textId="77777777" w:rsidR="00673E82" w:rsidRPr="009C650E" w:rsidRDefault="00673E82">
            <w:pPr>
              <w:spacing w:after="0" w:line="240" w:lineRule="auto"/>
              <w:jc w:val="center"/>
              <w:rPr>
                <w:noProof/>
                <w:lang w:val="ro-RO"/>
              </w:rPr>
            </w:pPr>
          </w:p>
        </w:tc>
      </w:tr>
      <w:tr w:rsidR="00673E82" w:rsidRPr="009C650E" w14:paraId="1E9A1540" w14:textId="77777777">
        <w:trPr>
          <w:cantSplit/>
          <w:jc w:val="center"/>
        </w:trPr>
        <w:tc>
          <w:tcPr>
            <w:tcW w:w="510" w:type="dxa"/>
            <w:shd w:val="clear" w:color="auto" w:fill="FAFAFA"/>
            <w:tcMar>
              <w:top w:w="75" w:type="dxa"/>
              <w:left w:w="85" w:type="dxa"/>
              <w:bottom w:w="75" w:type="dxa"/>
              <w:right w:w="85" w:type="dxa"/>
            </w:tcMar>
            <w:vAlign w:val="center"/>
          </w:tcPr>
          <w:p w14:paraId="649BD9F5" w14:textId="77777777" w:rsidR="00673E82" w:rsidRPr="009C650E" w:rsidRDefault="00000000">
            <w:pPr>
              <w:spacing w:after="0" w:line="240" w:lineRule="auto"/>
              <w:jc w:val="center"/>
              <w:rPr>
                <w:noProof/>
                <w:lang w:val="ro-RO"/>
              </w:rPr>
            </w:pPr>
            <w:r w:rsidRPr="009C650E">
              <w:rPr>
                <w:noProof/>
                <w:sz w:val="14"/>
                <w:lang w:val="ro-RO"/>
              </w:rPr>
              <w:t>6</w:t>
            </w:r>
          </w:p>
        </w:tc>
        <w:tc>
          <w:tcPr>
            <w:tcW w:w="3288" w:type="dxa"/>
            <w:shd w:val="clear" w:color="auto" w:fill="FAFAFA"/>
            <w:tcMar>
              <w:top w:w="75" w:type="dxa"/>
              <w:left w:w="85" w:type="dxa"/>
              <w:bottom w:w="75" w:type="dxa"/>
              <w:right w:w="85" w:type="dxa"/>
            </w:tcMar>
            <w:vAlign w:val="center"/>
          </w:tcPr>
          <w:p w14:paraId="4A056E29" w14:textId="77777777" w:rsidR="00673E82" w:rsidRPr="009C650E" w:rsidRDefault="00673E82">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4D5FF2C9" w14:textId="77777777" w:rsidR="00673E82" w:rsidRPr="009C650E" w:rsidRDefault="00673E82">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74F1E554"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7EF7BF53"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0173BE14" w14:textId="77777777" w:rsidR="00673E82" w:rsidRPr="009C650E" w:rsidRDefault="00673E82">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504FC089" w14:textId="77777777" w:rsidR="00673E82" w:rsidRPr="009C650E" w:rsidRDefault="00673E82">
            <w:pPr>
              <w:spacing w:after="0" w:line="240" w:lineRule="auto"/>
              <w:jc w:val="center"/>
              <w:rPr>
                <w:noProof/>
                <w:lang w:val="ro-RO"/>
              </w:rPr>
            </w:pPr>
          </w:p>
        </w:tc>
      </w:tr>
    </w:tbl>
    <w:p w14:paraId="182DF026" w14:textId="77777777" w:rsidR="00673E82" w:rsidRPr="009C650E" w:rsidRDefault="00673E82">
      <w:pPr>
        <w:spacing w:after="20"/>
        <w:rPr>
          <w:noProof/>
          <w:lang w:val="ro-RO"/>
        </w:rPr>
      </w:pPr>
    </w:p>
    <w:p w14:paraId="3562A89D" w14:textId="77777777" w:rsidR="00673E82" w:rsidRPr="009C650E" w:rsidRDefault="00000000">
      <w:pPr>
        <w:pStyle w:val="Heading2"/>
        <w:rPr>
          <w:noProof/>
          <w:lang w:val="ro-RO"/>
        </w:rPr>
      </w:pPr>
      <w:r w:rsidRPr="009C650E">
        <w:rPr>
          <w:noProof/>
          <w:lang w:val="ro-RO"/>
        </w:rPr>
        <w:t>Riscuri, dependențe și măsuri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118"/>
        <w:gridCol w:w="1020"/>
        <w:gridCol w:w="1020"/>
        <w:gridCol w:w="3118"/>
        <w:gridCol w:w="1134"/>
      </w:tblGrid>
      <w:tr w:rsidR="00673E82" w:rsidRPr="009C650E" w14:paraId="7F7C8AE0" w14:textId="77777777">
        <w:trPr>
          <w:tblHeader/>
          <w:jc w:val="center"/>
        </w:trPr>
        <w:tc>
          <w:tcPr>
            <w:tcW w:w="510" w:type="dxa"/>
            <w:shd w:val="clear" w:color="auto" w:fill="D71920"/>
            <w:tcMar>
              <w:top w:w="75" w:type="dxa"/>
              <w:left w:w="85" w:type="dxa"/>
              <w:bottom w:w="75" w:type="dxa"/>
              <w:right w:w="85" w:type="dxa"/>
            </w:tcMar>
            <w:vAlign w:val="center"/>
          </w:tcPr>
          <w:p w14:paraId="24EB5B77" w14:textId="77777777" w:rsidR="00673E82" w:rsidRPr="009C650E" w:rsidRDefault="00000000">
            <w:pPr>
              <w:spacing w:after="0" w:line="240" w:lineRule="auto"/>
              <w:jc w:val="center"/>
              <w:rPr>
                <w:noProof/>
                <w:lang w:val="ro-RO"/>
              </w:rPr>
            </w:pPr>
            <w:r w:rsidRPr="009C650E">
              <w:rPr>
                <w:b/>
                <w:noProof/>
                <w:color w:val="FFFFFF"/>
                <w:sz w:val="14"/>
                <w:lang w:val="ro-RO"/>
              </w:rPr>
              <w:t>#</w:t>
            </w:r>
          </w:p>
        </w:tc>
        <w:tc>
          <w:tcPr>
            <w:tcW w:w="3118" w:type="dxa"/>
            <w:shd w:val="clear" w:color="auto" w:fill="D71920"/>
            <w:tcMar>
              <w:top w:w="75" w:type="dxa"/>
              <w:left w:w="85" w:type="dxa"/>
              <w:bottom w:w="75" w:type="dxa"/>
              <w:right w:w="85" w:type="dxa"/>
            </w:tcMar>
            <w:vAlign w:val="center"/>
          </w:tcPr>
          <w:p w14:paraId="7420A231" w14:textId="77777777" w:rsidR="00673E82" w:rsidRPr="009C650E" w:rsidRDefault="00000000">
            <w:pPr>
              <w:spacing w:after="0" w:line="240" w:lineRule="auto"/>
              <w:jc w:val="center"/>
              <w:rPr>
                <w:noProof/>
                <w:lang w:val="ro-RO"/>
              </w:rPr>
            </w:pPr>
            <w:r w:rsidRPr="009C650E">
              <w:rPr>
                <w:b/>
                <w:noProof/>
                <w:color w:val="FFFFFF"/>
                <w:sz w:val="14"/>
                <w:lang w:val="ro-RO"/>
              </w:rPr>
              <w:t>RISC / DEPENDENȚĂ</w:t>
            </w:r>
          </w:p>
        </w:tc>
        <w:tc>
          <w:tcPr>
            <w:tcW w:w="1020" w:type="dxa"/>
            <w:shd w:val="clear" w:color="auto" w:fill="D71920"/>
            <w:tcMar>
              <w:top w:w="75" w:type="dxa"/>
              <w:left w:w="85" w:type="dxa"/>
              <w:bottom w:w="75" w:type="dxa"/>
              <w:right w:w="85" w:type="dxa"/>
            </w:tcMar>
            <w:vAlign w:val="center"/>
          </w:tcPr>
          <w:p w14:paraId="22FB3A52" w14:textId="77777777" w:rsidR="00673E82" w:rsidRPr="009C650E" w:rsidRDefault="00000000">
            <w:pPr>
              <w:spacing w:after="0" w:line="240" w:lineRule="auto"/>
              <w:jc w:val="center"/>
              <w:rPr>
                <w:noProof/>
                <w:lang w:val="ro-RO"/>
              </w:rPr>
            </w:pPr>
            <w:r w:rsidRPr="009C650E">
              <w:rPr>
                <w:b/>
                <w:noProof/>
                <w:color w:val="FFFFFF"/>
                <w:sz w:val="14"/>
                <w:lang w:val="ro-RO"/>
              </w:rPr>
              <w:t>PROB.</w:t>
            </w:r>
          </w:p>
        </w:tc>
        <w:tc>
          <w:tcPr>
            <w:tcW w:w="1020" w:type="dxa"/>
            <w:shd w:val="clear" w:color="auto" w:fill="D71920"/>
            <w:tcMar>
              <w:top w:w="75" w:type="dxa"/>
              <w:left w:w="85" w:type="dxa"/>
              <w:bottom w:w="75" w:type="dxa"/>
              <w:right w:w="85" w:type="dxa"/>
            </w:tcMar>
            <w:vAlign w:val="center"/>
          </w:tcPr>
          <w:p w14:paraId="1AF933D5" w14:textId="77777777" w:rsidR="00673E82" w:rsidRPr="009C650E" w:rsidRDefault="00000000">
            <w:pPr>
              <w:spacing w:after="0" w:line="240" w:lineRule="auto"/>
              <w:jc w:val="center"/>
              <w:rPr>
                <w:noProof/>
                <w:lang w:val="ro-RO"/>
              </w:rPr>
            </w:pPr>
            <w:r w:rsidRPr="009C650E">
              <w:rPr>
                <w:b/>
                <w:noProof/>
                <w:color w:val="FFFFFF"/>
                <w:sz w:val="14"/>
                <w:lang w:val="ro-RO"/>
              </w:rPr>
              <w:t>IMPACT</w:t>
            </w:r>
          </w:p>
        </w:tc>
        <w:tc>
          <w:tcPr>
            <w:tcW w:w="3118" w:type="dxa"/>
            <w:shd w:val="clear" w:color="auto" w:fill="D71920"/>
            <w:tcMar>
              <w:top w:w="75" w:type="dxa"/>
              <w:left w:w="85" w:type="dxa"/>
              <w:bottom w:w="75" w:type="dxa"/>
              <w:right w:w="85" w:type="dxa"/>
            </w:tcMar>
            <w:vAlign w:val="center"/>
          </w:tcPr>
          <w:p w14:paraId="65463643" w14:textId="77777777" w:rsidR="00673E82" w:rsidRPr="009C650E" w:rsidRDefault="00000000">
            <w:pPr>
              <w:spacing w:after="0" w:line="240" w:lineRule="auto"/>
              <w:jc w:val="center"/>
              <w:rPr>
                <w:noProof/>
                <w:lang w:val="ro-RO"/>
              </w:rPr>
            </w:pPr>
            <w:r w:rsidRPr="009C650E">
              <w:rPr>
                <w:b/>
                <w:noProof/>
                <w:color w:val="FFFFFF"/>
                <w:sz w:val="14"/>
                <w:lang w:val="ro-RO"/>
              </w:rPr>
              <w:t>MĂSURĂ / CONTINGENȚĂ</w:t>
            </w:r>
          </w:p>
        </w:tc>
        <w:tc>
          <w:tcPr>
            <w:tcW w:w="1134" w:type="dxa"/>
            <w:shd w:val="clear" w:color="auto" w:fill="D71920"/>
            <w:tcMar>
              <w:top w:w="75" w:type="dxa"/>
              <w:left w:w="85" w:type="dxa"/>
              <w:bottom w:w="75" w:type="dxa"/>
              <w:right w:w="85" w:type="dxa"/>
            </w:tcMar>
            <w:vAlign w:val="center"/>
          </w:tcPr>
          <w:p w14:paraId="519C97E8" w14:textId="77777777" w:rsidR="00673E82" w:rsidRPr="009C650E" w:rsidRDefault="00000000">
            <w:pPr>
              <w:spacing w:after="0" w:line="240" w:lineRule="auto"/>
              <w:jc w:val="center"/>
              <w:rPr>
                <w:noProof/>
                <w:lang w:val="ro-RO"/>
              </w:rPr>
            </w:pPr>
            <w:r w:rsidRPr="009C650E">
              <w:rPr>
                <w:b/>
                <w:noProof/>
                <w:color w:val="FFFFFF"/>
                <w:sz w:val="14"/>
                <w:lang w:val="ro-RO"/>
              </w:rPr>
              <w:t>RESP.</w:t>
            </w:r>
          </w:p>
        </w:tc>
      </w:tr>
      <w:tr w:rsidR="00673E82" w:rsidRPr="009C650E" w14:paraId="04F007A2" w14:textId="77777777">
        <w:trPr>
          <w:cantSplit/>
          <w:jc w:val="center"/>
        </w:trPr>
        <w:tc>
          <w:tcPr>
            <w:tcW w:w="510" w:type="dxa"/>
            <w:shd w:val="clear" w:color="auto" w:fill="FFFFFF"/>
            <w:tcMar>
              <w:top w:w="75" w:type="dxa"/>
              <w:left w:w="85" w:type="dxa"/>
              <w:bottom w:w="75" w:type="dxa"/>
              <w:right w:w="85" w:type="dxa"/>
            </w:tcMar>
            <w:vAlign w:val="center"/>
          </w:tcPr>
          <w:p w14:paraId="67E8AD48" w14:textId="77777777" w:rsidR="00673E82" w:rsidRPr="009C650E" w:rsidRDefault="00000000">
            <w:pPr>
              <w:spacing w:after="0" w:line="240" w:lineRule="auto"/>
              <w:jc w:val="center"/>
              <w:rPr>
                <w:noProof/>
                <w:lang w:val="ro-RO"/>
              </w:rPr>
            </w:pPr>
            <w:r w:rsidRPr="009C650E">
              <w:rPr>
                <w:noProof/>
                <w:sz w:val="15"/>
                <w:lang w:val="ro-RO"/>
              </w:rPr>
              <w:t>1</w:t>
            </w:r>
          </w:p>
        </w:tc>
        <w:tc>
          <w:tcPr>
            <w:tcW w:w="3118" w:type="dxa"/>
            <w:shd w:val="clear" w:color="auto" w:fill="FFFFFF"/>
            <w:tcMar>
              <w:top w:w="75" w:type="dxa"/>
              <w:left w:w="85" w:type="dxa"/>
              <w:bottom w:w="75" w:type="dxa"/>
              <w:right w:w="85" w:type="dxa"/>
            </w:tcMar>
            <w:vAlign w:val="center"/>
          </w:tcPr>
          <w:p w14:paraId="644C9160" w14:textId="77777777" w:rsidR="00673E82" w:rsidRPr="009C650E" w:rsidRDefault="00673E82">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6871F121"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763C7659" w14:textId="77777777" w:rsidR="00673E82" w:rsidRPr="009C650E" w:rsidRDefault="00673E82">
            <w:pPr>
              <w:spacing w:after="0" w:line="240" w:lineRule="auto"/>
              <w:jc w:val="center"/>
              <w:rPr>
                <w:noProof/>
                <w:lang w:val="ro-RO"/>
              </w:rPr>
            </w:pPr>
          </w:p>
        </w:tc>
        <w:tc>
          <w:tcPr>
            <w:tcW w:w="3118" w:type="dxa"/>
            <w:shd w:val="clear" w:color="auto" w:fill="FFFFFF"/>
            <w:tcMar>
              <w:top w:w="75" w:type="dxa"/>
              <w:left w:w="85" w:type="dxa"/>
              <w:bottom w:w="75" w:type="dxa"/>
              <w:right w:w="85" w:type="dxa"/>
            </w:tcMar>
            <w:vAlign w:val="center"/>
          </w:tcPr>
          <w:p w14:paraId="08951BBD"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5B55C83F" w14:textId="77777777" w:rsidR="00673E82" w:rsidRPr="009C650E" w:rsidRDefault="00673E82">
            <w:pPr>
              <w:spacing w:after="0" w:line="240" w:lineRule="auto"/>
              <w:rPr>
                <w:noProof/>
                <w:lang w:val="ro-RO"/>
              </w:rPr>
            </w:pPr>
          </w:p>
        </w:tc>
      </w:tr>
      <w:tr w:rsidR="00673E82" w:rsidRPr="009C650E" w14:paraId="429BF236" w14:textId="77777777">
        <w:trPr>
          <w:cantSplit/>
          <w:jc w:val="center"/>
        </w:trPr>
        <w:tc>
          <w:tcPr>
            <w:tcW w:w="510" w:type="dxa"/>
            <w:shd w:val="clear" w:color="auto" w:fill="FAFAFA"/>
            <w:tcMar>
              <w:top w:w="75" w:type="dxa"/>
              <w:left w:w="85" w:type="dxa"/>
              <w:bottom w:w="75" w:type="dxa"/>
              <w:right w:w="85" w:type="dxa"/>
            </w:tcMar>
            <w:vAlign w:val="center"/>
          </w:tcPr>
          <w:p w14:paraId="0761972A" w14:textId="77777777" w:rsidR="00673E82" w:rsidRPr="009C650E" w:rsidRDefault="00000000">
            <w:pPr>
              <w:spacing w:after="0" w:line="240" w:lineRule="auto"/>
              <w:jc w:val="center"/>
              <w:rPr>
                <w:noProof/>
                <w:lang w:val="ro-RO"/>
              </w:rPr>
            </w:pPr>
            <w:r w:rsidRPr="009C650E">
              <w:rPr>
                <w:noProof/>
                <w:sz w:val="15"/>
                <w:lang w:val="ro-RO"/>
              </w:rPr>
              <w:t>2</w:t>
            </w:r>
          </w:p>
        </w:tc>
        <w:tc>
          <w:tcPr>
            <w:tcW w:w="3118" w:type="dxa"/>
            <w:shd w:val="clear" w:color="auto" w:fill="FAFAFA"/>
            <w:tcMar>
              <w:top w:w="75" w:type="dxa"/>
              <w:left w:w="85" w:type="dxa"/>
              <w:bottom w:w="75" w:type="dxa"/>
              <w:right w:w="85" w:type="dxa"/>
            </w:tcMar>
            <w:vAlign w:val="center"/>
          </w:tcPr>
          <w:p w14:paraId="45F0DA68" w14:textId="77777777" w:rsidR="00673E82" w:rsidRPr="009C650E" w:rsidRDefault="00673E82">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43F7B1CE"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106D0681" w14:textId="77777777" w:rsidR="00673E82" w:rsidRPr="009C650E" w:rsidRDefault="00673E82">
            <w:pPr>
              <w:spacing w:after="0" w:line="240" w:lineRule="auto"/>
              <w:jc w:val="center"/>
              <w:rPr>
                <w:noProof/>
                <w:lang w:val="ro-RO"/>
              </w:rPr>
            </w:pPr>
          </w:p>
        </w:tc>
        <w:tc>
          <w:tcPr>
            <w:tcW w:w="3118" w:type="dxa"/>
            <w:shd w:val="clear" w:color="auto" w:fill="FAFAFA"/>
            <w:tcMar>
              <w:top w:w="75" w:type="dxa"/>
              <w:left w:w="85" w:type="dxa"/>
              <w:bottom w:w="75" w:type="dxa"/>
              <w:right w:w="85" w:type="dxa"/>
            </w:tcMar>
            <w:vAlign w:val="center"/>
          </w:tcPr>
          <w:p w14:paraId="419F2E19"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12B84782" w14:textId="77777777" w:rsidR="00673E82" w:rsidRPr="009C650E" w:rsidRDefault="00673E82">
            <w:pPr>
              <w:spacing w:after="0" w:line="240" w:lineRule="auto"/>
              <w:rPr>
                <w:noProof/>
                <w:lang w:val="ro-RO"/>
              </w:rPr>
            </w:pPr>
          </w:p>
        </w:tc>
      </w:tr>
      <w:tr w:rsidR="00673E82" w:rsidRPr="009C650E" w14:paraId="554B803B" w14:textId="77777777">
        <w:trPr>
          <w:cantSplit/>
          <w:jc w:val="center"/>
        </w:trPr>
        <w:tc>
          <w:tcPr>
            <w:tcW w:w="510" w:type="dxa"/>
            <w:shd w:val="clear" w:color="auto" w:fill="FFFFFF"/>
            <w:tcMar>
              <w:top w:w="75" w:type="dxa"/>
              <w:left w:w="85" w:type="dxa"/>
              <w:bottom w:w="75" w:type="dxa"/>
              <w:right w:w="85" w:type="dxa"/>
            </w:tcMar>
            <w:vAlign w:val="center"/>
          </w:tcPr>
          <w:p w14:paraId="73A7CCFE" w14:textId="77777777" w:rsidR="00673E82" w:rsidRPr="009C650E" w:rsidRDefault="00000000">
            <w:pPr>
              <w:spacing w:after="0" w:line="240" w:lineRule="auto"/>
              <w:jc w:val="center"/>
              <w:rPr>
                <w:noProof/>
                <w:lang w:val="ro-RO"/>
              </w:rPr>
            </w:pPr>
            <w:r w:rsidRPr="009C650E">
              <w:rPr>
                <w:noProof/>
                <w:sz w:val="15"/>
                <w:lang w:val="ro-RO"/>
              </w:rPr>
              <w:t>3</w:t>
            </w:r>
          </w:p>
        </w:tc>
        <w:tc>
          <w:tcPr>
            <w:tcW w:w="3118" w:type="dxa"/>
            <w:shd w:val="clear" w:color="auto" w:fill="FFFFFF"/>
            <w:tcMar>
              <w:top w:w="75" w:type="dxa"/>
              <w:left w:w="85" w:type="dxa"/>
              <w:bottom w:w="75" w:type="dxa"/>
              <w:right w:w="85" w:type="dxa"/>
            </w:tcMar>
            <w:vAlign w:val="center"/>
          </w:tcPr>
          <w:p w14:paraId="07702224" w14:textId="77777777" w:rsidR="00673E82" w:rsidRPr="009C650E" w:rsidRDefault="00673E82">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73DA67E9" w14:textId="77777777" w:rsidR="00673E82" w:rsidRPr="009C650E" w:rsidRDefault="00673E82">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1CD155A0" w14:textId="77777777" w:rsidR="00673E82" w:rsidRPr="009C650E" w:rsidRDefault="00673E82">
            <w:pPr>
              <w:spacing w:after="0" w:line="240" w:lineRule="auto"/>
              <w:jc w:val="center"/>
              <w:rPr>
                <w:noProof/>
                <w:lang w:val="ro-RO"/>
              </w:rPr>
            </w:pPr>
          </w:p>
        </w:tc>
        <w:tc>
          <w:tcPr>
            <w:tcW w:w="3118" w:type="dxa"/>
            <w:shd w:val="clear" w:color="auto" w:fill="FFFFFF"/>
            <w:tcMar>
              <w:top w:w="75" w:type="dxa"/>
              <w:left w:w="85" w:type="dxa"/>
              <w:bottom w:w="75" w:type="dxa"/>
              <w:right w:w="85" w:type="dxa"/>
            </w:tcMar>
            <w:vAlign w:val="center"/>
          </w:tcPr>
          <w:p w14:paraId="25CE97E5" w14:textId="77777777" w:rsidR="00673E82" w:rsidRPr="009C650E" w:rsidRDefault="00673E82">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01A5EB96" w14:textId="77777777" w:rsidR="00673E82" w:rsidRPr="009C650E" w:rsidRDefault="00673E82">
            <w:pPr>
              <w:spacing w:after="0" w:line="240" w:lineRule="auto"/>
              <w:rPr>
                <w:noProof/>
                <w:lang w:val="ro-RO"/>
              </w:rPr>
            </w:pPr>
          </w:p>
        </w:tc>
      </w:tr>
      <w:tr w:rsidR="00673E82" w:rsidRPr="009C650E" w14:paraId="4A586D82" w14:textId="77777777">
        <w:trPr>
          <w:cantSplit/>
          <w:jc w:val="center"/>
        </w:trPr>
        <w:tc>
          <w:tcPr>
            <w:tcW w:w="510" w:type="dxa"/>
            <w:shd w:val="clear" w:color="auto" w:fill="FAFAFA"/>
            <w:tcMar>
              <w:top w:w="75" w:type="dxa"/>
              <w:left w:w="85" w:type="dxa"/>
              <w:bottom w:w="75" w:type="dxa"/>
              <w:right w:w="85" w:type="dxa"/>
            </w:tcMar>
            <w:vAlign w:val="center"/>
          </w:tcPr>
          <w:p w14:paraId="4C832DC0" w14:textId="77777777" w:rsidR="00673E82" w:rsidRPr="009C650E" w:rsidRDefault="00000000">
            <w:pPr>
              <w:spacing w:after="0" w:line="240" w:lineRule="auto"/>
              <w:jc w:val="center"/>
              <w:rPr>
                <w:noProof/>
                <w:lang w:val="ro-RO"/>
              </w:rPr>
            </w:pPr>
            <w:r w:rsidRPr="009C650E">
              <w:rPr>
                <w:noProof/>
                <w:sz w:val="15"/>
                <w:lang w:val="ro-RO"/>
              </w:rPr>
              <w:t>4</w:t>
            </w:r>
          </w:p>
        </w:tc>
        <w:tc>
          <w:tcPr>
            <w:tcW w:w="3118" w:type="dxa"/>
            <w:shd w:val="clear" w:color="auto" w:fill="FAFAFA"/>
            <w:tcMar>
              <w:top w:w="75" w:type="dxa"/>
              <w:left w:w="85" w:type="dxa"/>
              <w:bottom w:w="75" w:type="dxa"/>
              <w:right w:w="85" w:type="dxa"/>
            </w:tcMar>
            <w:vAlign w:val="center"/>
          </w:tcPr>
          <w:p w14:paraId="5F7F0DA4" w14:textId="77777777" w:rsidR="00673E82" w:rsidRPr="009C650E" w:rsidRDefault="00673E82">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283B4630" w14:textId="77777777" w:rsidR="00673E82" w:rsidRPr="009C650E" w:rsidRDefault="00673E82">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050071B6" w14:textId="77777777" w:rsidR="00673E82" w:rsidRPr="009C650E" w:rsidRDefault="00673E82">
            <w:pPr>
              <w:spacing w:after="0" w:line="240" w:lineRule="auto"/>
              <w:jc w:val="center"/>
              <w:rPr>
                <w:noProof/>
                <w:lang w:val="ro-RO"/>
              </w:rPr>
            </w:pPr>
          </w:p>
        </w:tc>
        <w:tc>
          <w:tcPr>
            <w:tcW w:w="3118" w:type="dxa"/>
            <w:shd w:val="clear" w:color="auto" w:fill="FAFAFA"/>
            <w:tcMar>
              <w:top w:w="75" w:type="dxa"/>
              <w:left w:w="85" w:type="dxa"/>
              <w:bottom w:w="75" w:type="dxa"/>
              <w:right w:w="85" w:type="dxa"/>
            </w:tcMar>
            <w:vAlign w:val="center"/>
          </w:tcPr>
          <w:p w14:paraId="7D171786" w14:textId="77777777" w:rsidR="00673E82" w:rsidRPr="009C650E" w:rsidRDefault="00673E82">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79EE69A9" w14:textId="77777777" w:rsidR="00673E82" w:rsidRPr="009C650E" w:rsidRDefault="00673E82">
            <w:pPr>
              <w:spacing w:after="0" w:line="240" w:lineRule="auto"/>
              <w:rPr>
                <w:noProof/>
                <w:lang w:val="ro-RO"/>
              </w:rPr>
            </w:pPr>
          </w:p>
        </w:tc>
      </w:tr>
    </w:tbl>
    <w:p w14:paraId="3D6DEA78" w14:textId="77777777" w:rsidR="00673E82" w:rsidRPr="009C650E" w:rsidRDefault="00673E82">
      <w:pPr>
        <w:spacing w:after="20"/>
        <w:rPr>
          <w:noProof/>
          <w:lang w:val="ro-RO"/>
        </w:rPr>
      </w:pPr>
    </w:p>
    <w:p w14:paraId="3CC8DA0E" w14:textId="77777777" w:rsidR="00673E82" w:rsidRPr="009C650E" w:rsidRDefault="00000000">
      <w:pPr>
        <w:pStyle w:val="Heading2"/>
        <w:rPr>
          <w:noProof/>
          <w:lang w:val="ro-RO"/>
        </w:rPr>
      </w:pPr>
      <w:r w:rsidRPr="009C650E">
        <w:rPr>
          <w:noProof/>
          <w:lang w:val="ro-RO"/>
        </w:rPr>
        <w:t>Monitorizarea periodică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61"/>
        <w:gridCol w:w="1644"/>
        <w:gridCol w:w="1814"/>
        <w:gridCol w:w="907"/>
        <w:gridCol w:w="2211"/>
        <w:gridCol w:w="1984"/>
      </w:tblGrid>
      <w:tr w:rsidR="00673E82" w:rsidRPr="009C650E" w14:paraId="0BC5E5C1" w14:textId="77777777">
        <w:trPr>
          <w:tblHeader/>
          <w:jc w:val="center"/>
        </w:trPr>
        <w:tc>
          <w:tcPr>
            <w:tcW w:w="1361" w:type="dxa"/>
            <w:shd w:val="clear" w:color="auto" w:fill="D71920"/>
            <w:tcMar>
              <w:top w:w="75" w:type="dxa"/>
              <w:left w:w="85" w:type="dxa"/>
              <w:bottom w:w="75" w:type="dxa"/>
              <w:right w:w="85" w:type="dxa"/>
            </w:tcMar>
            <w:vAlign w:val="center"/>
          </w:tcPr>
          <w:p w14:paraId="00622A79" w14:textId="77777777" w:rsidR="00673E82" w:rsidRPr="009C650E" w:rsidRDefault="00000000">
            <w:pPr>
              <w:spacing w:after="0" w:line="240" w:lineRule="auto"/>
              <w:jc w:val="center"/>
              <w:rPr>
                <w:noProof/>
                <w:lang w:val="ro-RO"/>
              </w:rPr>
            </w:pPr>
            <w:r w:rsidRPr="009C650E">
              <w:rPr>
                <w:b/>
                <w:noProof/>
                <w:color w:val="FFFFFF"/>
                <w:sz w:val="14"/>
                <w:lang w:val="ro-RO"/>
              </w:rPr>
              <w:t>PERIOADĂ</w:t>
            </w:r>
          </w:p>
        </w:tc>
        <w:tc>
          <w:tcPr>
            <w:tcW w:w="1644" w:type="dxa"/>
            <w:shd w:val="clear" w:color="auto" w:fill="D71920"/>
            <w:tcMar>
              <w:top w:w="75" w:type="dxa"/>
              <w:left w:w="85" w:type="dxa"/>
              <w:bottom w:w="75" w:type="dxa"/>
              <w:right w:w="85" w:type="dxa"/>
            </w:tcMar>
            <w:vAlign w:val="center"/>
          </w:tcPr>
          <w:p w14:paraId="51042033" w14:textId="77777777" w:rsidR="00673E82" w:rsidRPr="009C650E" w:rsidRDefault="00000000">
            <w:pPr>
              <w:spacing w:after="0" w:line="240" w:lineRule="auto"/>
              <w:jc w:val="center"/>
              <w:rPr>
                <w:noProof/>
                <w:lang w:val="ro-RO"/>
              </w:rPr>
            </w:pPr>
            <w:r w:rsidRPr="009C650E">
              <w:rPr>
                <w:b/>
                <w:noProof/>
                <w:color w:val="FFFFFF"/>
                <w:sz w:val="14"/>
                <w:lang w:val="ro-RO"/>
              </w:rPr>
              <w:t>REZULTAT KPI</w:t>
            </w:r>
          </w:p>
        </w:tc>
        <w:tc>
          <w:tcPr>
            <w:tcW w:w="1814" w:type="dxa"/>
            <w:shd w:val="clear" w:color="auto" w:fill="D71920"/>
            <w:tcMar>
              <w:top w:w="75" w:type="dxa"/>
              <w:left w:w="85" w:type="dxa"/>
              <w:bottom w:w="75" w:type="dxa"/>
              <w:right w:w="85" w:type="dxa"/>
            </w:tcMar>
            <w:vAlign w:val="center"/>
          </w:tcPr>
          <w:p w14:paraId="26541FDE" w14:textId="77777777" w:rsidR="00673E82" w:rsidRPr="009C650E" w:rsidRDefault="00000000">
            <w:pPr>
              <w:spacing w:after="0" w:line="240" w:lineRule="auto"/>
              <w:jc w:val="center"/>
              <w:rPr>
                <w:noProof/>
                <w:lang w:val="ro-RO"/>
              </w:rPr>
            </w:pPr>
            <w:r w:rsidRPr="009C650E">
              <w:rPr>
                <w:b/>
                <w:noProof/>
                <w:color w:val="FFFFFF"/>
                <w:sz w:val="14"/>
                <w:lang w:val="ro-RO"/>
              </w:rPr>
              <w:t>ȚINTĂ INTERMEDIARĂ</w:t>
            </w:r>
          </w:p>
        </w:tc>
        <w:tc>
          <w:tcPr>
            <w:tcW w:w="907" w:type="dxa"/>
            <w:shd w:val="clear" w:color="auto" w:fill="D71920"/>
            <w:tcMar>
              <w:top w:w="75" w:type="dxa"/>
              <w:left w:w="85" w:type="dxa"/>
              <w:bottom w:w="75" w:type="dxa"/>
              <w:right w:w="85" w:type="dxa"/>
            </w:tcMar>
            <w:vAlign w:val="center"/>
          </w:tcPr>
          <w:p w14:paraId="045759A0" w14:textId="77777777" w:rsidR="00673E82" w:rsidRPr="009C650E" w:rsidRDefault="00000000">
            <w:pPr>
              <w:spacing w:after="0" w:line="240" w:lineRule="auto"/>
              <w:jc w:val="center"/>
              <w:rPr>
                <w:noProof/>
                <w:lang w:val="ro-RO"/>
              </w:rPr>
            </w:pPr>
            <w:r w:rsidRPr="009C650E">
              <w:rPr>
                <w:b/>
                <w:noProof/>
                <w:color w:val="FFFFFF"/>
                <w:sz w:val="14"/>
                <w:lang w:val="ro-RO"/>
              </w:rPr>
              <w:t>STATUS</w:t>
            </w:r>
          </w:p>
        </w:tc>
        <w:tc>
          <w:tcPr>
            <w:tcW w:w="2211" w:type="dxa"/>
            <w:shd w:val="clear" w:color="auto" w:fill="D71920"/>
            <w:tcMar>
              <w:top w:w="75" w:type="dxa"/>
              <w:left w:w="85" w:type="dxa"/>
              <w:bottom w:w="75" w:type="dxa"/>
              <w:right w:w="85" w:type="dxa"/>
            </w:tcMar>
            <w:vAlign w:val="center"/>
          </w:tcPr>
          <w:p w14:paraId="2615F7AA" w14:textId="77777777" w:rsidR="00673E82" w:rsidRPr="009C650E" w:rsidRDefault="00000000">
            <w:pPr>
              <w:spacing w:after="0" w:line="240" w:lineRule="auto"/>
              <w:jc w:val="center"/>
              <w:rPr>
                <w:noProof/>
                <w:lang w:val="ro-RO"/>
              </w:rPr>
            </w:pPr>
            <w:r w:rsidRPr="009C650E">
              <w:rPr>
                <w:b/>
                <w:noProof/>
                <w:color w:val="FFFFFF"/>
                <w:sz w:val="14"/>
                <w:lang w:val="ro-RO"/>
              </w:rPr>
              <w:t>ANALIZĂ / CAUZĂ</w:t>
            </w:r>
          </w:p>
        </w:tc>
        <w:tc>
          <w:tcPr>
            <w:tcW w:w="1984" w:type="dxa"/>
            <w:shd w:val="clear" w:color="auto" w:fill="D71920"/>
            <w:tcMar>
              <w:top w:w="75" w:type="dxa"/>
              <w:left w:w="85" w:type="dxa"/>
              <w:bottom w:w="75" w:type="dxa"/>
              <w:right w:w="85" w:type="dxa"/>
            </w:tcMar>
            <w:vAlign w:val="center"/>
          </w:tcPr>
          <w:p w14:paraId="33CAF280" w14:textId="77777777" w:rsidR="00673E82" w:rsidRPr="009C650E" w:rsidRDefault="00000000">
            <w:pPr>
              <w:spacing w:after="0" w:line="240" w:lineRule="auto"/>
              <w:jc w:val="center"/>
              <w:rPr>
                <w:noProof/>
                <w:lang w:val="ro-RO"/>
              </w:rPr>
            </w:pPr>
            <w:r w:rsidRPr="009C650E">
              <w:rPr>
                <w:b/>
                <w:noProof/>
                <w:color w:val="FFFFFF"/>
                <w:sz w:val="14"/>
                <w:lang w:val="ro-RO"/>
              </w:rPr>
              <w:t>DECIZIE / ACȚIUNE</w:t>
            </w:r>
          </w:p>
        </w:tc>
      </w:tr>
      <w:tr w:rsidR="00673E82" w:rsidRPr="009C650E" w14:paraId="3F2C6C89" w14:textId="77777777">
        <w:trPr>
          <w:cantSplit/>
          <w:jc w:val="center"/>
        </w:trPr>
        <w:tc>
          <w:tcPr>
            <w:tcW w:w="1361" w:type="dxa"/>
            <w:shd w:val="clear" w:color="auto" w:fill="FFFFFF"/>
            <w:tcMar>
              <w:top w:w="75" w:type="dxa"/>
              <w:left w:w="85" w:type="dxa"/>
              <w:bottom w:w="75" w:type="dxa"/>
              <w:right w:w="85" w:type="dxa"/>
            </w:tcMar>
            <w:vAlign w:val="center"/>
          </w:tcPr>
          <w:p w14:paraId="420BDB01"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5BDD908D" w14:textId="77777777" w:rsidR="00673E82" w:rsidRPr="009C650E" w:rsidRDefault="00673E82">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5DFF4D3C" w14:textId="77777777" w:rsidR="00673E82" w:rsidRPr="009C650E" w:rsidRDefault="00673E82">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2642D2BC" w14:textId="77777777" w:rsidR="00673E82" w:rsidRPr="009C650E" w:rsidRDefault="00000000">
            <w:pPr>
              <w:spacing w:after="0" w:line="240" w:lineRule="auto"/>
              <w:jc w:val="center"/>
              <w:rPr>
                <w:noProof/>
                <w:lang w:val="ro-RO"/>
              </w:rPr>
            </w:pPr>
            <w:r w:rsidRPr="009C650E">
              <w:rPr>
                <w:noProof/>
                <w:sz w:val="14"/>
                <w:lang w:val="ro-RO"/>
              </w:rPr>
              <w:t>G/A/R</w:t>
            </w:r>
          </w:p>
        </w:tc>
        <w:tc>
          <w:tcPr>
            <w:tcW w:w="2211" w:type="dxa"/>
            <w:shd w:val="clear" w:color="auto" w:fill="FFFFFF"/>
            <w:tcMar>
              <w:top w:w="75" w:type="dxa"/>
              <w:left w:w="85" w:type="dxa"/>
              <w:bottom w:w="75" w:type="dxa"/>
              <w:right w:w="85" w:type="dxa"/>
            </w:tcMar>
            <w:vAlign w:val="center"/>
          </w:tcPr>
          <w:p w14:paraId="6C9B4B43" w14:textId="77777777" w:rsidR="00673E82" w:rsidRPr="009C650E" w:rsidRDefault="00673E82">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1CA348CC" w14:textId="77777777" w:rsidR="00673E82" w:rsidRPr="009C650E" w:rsidRDefault="00673E82">
            <w:pPr>
              <w:spacing w:after="0" w:line="240" w:lineRule="auto"/>
              <w:rPr>
                <w:noProof/>
                <w:lang w:val="ro-RO"/>
              </w:rPr>
            </w:pPr>
          </w:p>
        </w:tc>
      </w:tr>
      <w:tr w:rsidR="00673E82" w:rsidRPr="009C650E" w14:paraId="62D169AD" w14:textId="77777777">
        <w:trPr>
          <w:cantSplit/>
          <w:jc w:val="center"/>
        </w:trPr>
        <w:tc>
          <w:tcPr>
            <w:tcW w:w="1361" w:type="dxa"/>
            <w:shd w:val="clear" w:color="auto" w:fill="FAFAFA"/>
            <w:tcMar>
              <w:top w:w="75" w:type="dxa"/>
              <w:left w:w="85" w:type="dxa"/>
              <w:bottom w:w="75" w:type="dxa"/>
              <w:right w:w="85" w:type="dxa"/>
            </w:tcMar>
            <w:vAlign w:val="center"/>
          </w:tcPr>
          <w:p w14:paraId="264CA6FA"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5AE8B2D" w14:textId="77777777" w:rsidR="00673E82" w:rsidRPr="009C650E" w:rsidRDefault="00673E82">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741E2CB0" w14:textId="77777777" w:rsidR="00673E82" w:rsidRPr="009C650E" w:rsidRDefault="00673E82">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44A558FE" w14:textId="77777777" w:rsidR="00673E82" w:rsidRPr="009C650E" w:rsidRDefault="00000000">
            <w:pPr>
              <w:spacing w:after="0" w:line="240" w:lineRule="auto"/>
              <w:jc w:val="center"/>
              <w:rPr>
                <w:noProof/>
                <w:lang w:val="ro-RO"/>
              </w:rPr>
            </w:pPr>
            <w:r w:rsidRPr="009C650E">
              <w:rPr>
                <w:noProof/>
                <w:sz w:val="14"/>
                <w:lang w:val="ro-RO"/>
              </w:rPr>
              <w:t>G/A/R</w:t>
            </w:r>
          </w:p>
        </w:tc>
        <w:tc>
          <w:tcPr>
            <w:tcW w:w="2211" w:type="dxa"/>
            <w:shd w:val="clear" w:color="auto" w:fill="FAFAFA"/>
            <w:tcMar>
              <w:top w:w="75" w:type="dxa"/>
              <w:left w:w="85" w:type="dxa"/>
              <w:bottom w:w="75" w:type="dxa"/>
              <w:right w:w="85" w:type="dxa"/>
            </w:tcMar>
            <w:vAlign w:val="center"/>
          </w:tcPr>
          <w:p w14:paraId="1653E842" w14:textId="77777777" w:rsidR="00673E82" w:rsidRPr="009C650E" w:rsidRDefault="00673E82">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2C01F99B" w14:textId="77777777" w:rsidR="00673E82" w:rsidRPr="009C650E" w:rsidRDefault="00673E82">
            <w:pPr>
              <w:spacing w:after="0" w:line="240" w:lineRule="auto"/>
              <w:rPr>
                <w:noProof/>
                <w:lang w:val="ro-RO"/>
              </w:rPr>
            </w:pPr>
          </w:p>
        </w:tc>
      </w:tr>
      <w:tr w:rsidR="00673E82" w:rsidRPr="009C650E" w14:paraId="21BB73D2" w14:textId="77777777">
        <w:trPr>
          <w:cantSplit/>
          <w:jc w:val="center"/>
        </w:trPr>
        <w:tc>
          <w:tcPr>
            <w:tcW w:w="1361" w:type="dxa"/>
            <w:shd w:val="clear" w:color="auto" w:fill="FFFFFF"/>
            <w:tcMar>
              <w:top w:w="75" w:type="dxa"/>
              <w:left w:w="85" w:type="dxa"/>
              <w:bottom w:w="75" w:type="dxa"/>
              <w:right w:w="85" w:type="dxa"/>
            </w:tcMar>
            <w:vAlign w:val="center"/>
          </w:tcPr>
          <w:p w14:paraId="16CFFECC"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46E8FA2" w14:textId="77777777" w:rsidR="00673E82" w:rsidRPr="009C650E" w:rsidRDefault="00673E82">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6089042E" w14:textId="77777777" w:rsidR="00673E82" w:rsidRPr="009C650E" w:rsidRDefault="00673E82">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037239BF" w14:textId="77777777" w:rsidR="00673E82" w:rsidRPr="009C650E" w:rsidRDefault="00000000">
            <w:pPr>
              <w:spacing w:after="0" w:line="240" w:lineRule="auto"/>
              <w:jc w:val="center"/>
              <w:rPr>
                <w:noProof/>
                <w:lang w:val="ro-RO"/>
              </w:rPr>
            </w:pPr>
            <w:r w:rsidRPr="009C650E">
              <w:rPr>
                <w:noProof/>
                <w:sz w:val="14"/>
                <w:lang w:val="ro-RO"/>
              </w:rPr>
              <w:t>G/A/R</w:t>
            </w:r>
          </w:p>
        </w:tc>
        <w:tc>
          <w:tcPr>
            <w:tcW w:w="2211" w:type="dxa"/>
            <w:shd w:val="clear" w:color="auto" w:fill="FFFFFF"/>
            <w:tcMar>
              <w:top w:w="75" w:type="dxa"/>
              <w:left w:w="85" w:type="dxa"/>
              <w:bottom w:w="75" w:type="dxa"/>
              <w:right w:w="85" w:type="dxa"/>
            </w:tcMar>
            <w:vAlign w:val="center"/>
          </w:tcPr>
          <w:p w14:paraId="501E107B" w14:textId="77777777" w:rsidR="00673E82" w:rsidRPr="009C650E" w:rsidRDefault="00673E82">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2C6B0C16" w14:textId="77777777" w:rsidR="00673E82" w:rsidRPr="009C650E" w:rsidRDefault="00673E82">
            <w:pPr>
              <w:spacing w:after="0" w:line="240" w:lineRule="auto"/>
              <w:rPr>
                <w:noProof/>
                <w:lang w:val="ro-RO"/>
              </w:rPr>
            </w:pPr>
          </w:p>
        </w:tc>
      </w:tr>
      <w:tr w:rsidR="00673E82" w:rsidRPr="009C650E" w14:paraId="2E6F3E42" w14:textId="77777777">
        <w:trPr>
          <w:cantSplit/>
          <w:jc w:val="center"/>
        </w:trPr>
        <w:tc>
          <w:tcPr>
            <w:tcW w:w="1361" w:type="dxa"/>
            <w:shd w:val="clear" w:color="auto" w:fill="FAFAFA"/>
            <w:tcMar>
              <w:top w:w="75" w:type="dxa"/>
              <w:left w:w="85" w:type="dxa"/>
              <w:bottom w:w="75" w:type="dxa"/>
              <w:right w:w="85" w:type="dxa"/>
            </w:tcMar>
            <w:vAlign w:val="center"/>
          </w:tcPr>
          <w:p w14:paraId="2F57123C"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3A63648F" w14:textId="77777777" w:rsidR="00673E82" w:rsidRPr="009C650E" w:rsidRDefault="00673E82">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121596D9" w14:textId="77777777" w:rsidR="00673E82" w:rsidRPr="009C650E" w:rsidRDefault="00673E82">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6148AE97" w14:textId="77777777" w:rsidR="00673E82" w:rsidRPr="009C650E" w:rsidRDefault="00000000">
            <w:pPr>
              <w:spacing w:after="0" w:line="240" w:lineRule="auto"/>
              <w:jc w:val="center"/>
              <w:rPr>
                <w:noProof/>
                <w:lang w:val="ro-RO"/>
              </w:rPr>
            </w:pPr>
            <w:r w:rsidRPr="009C650E">
              <w:rPr>
                <w:noProof/>
                <w:sz w:val="14"/>
                <w:lang w:val="ro-RO"/>
              </w:rPr>
              <w:t>G/A/R</w:t>
            </w:r>
          </w:p>
        </w:tc>
        <w:tc>
          <w:tcPr>
            <w:tcW w:w="2211" w:type="dxa"/>
            <w:shd w:val="clear" w:color="auto" w:fill="FAFAFA"/>
            <w:tcMar>
              <w:top w:w="75" w:type="dxa"/>
              <w:left w:w="85" w:type="dxa"/>
              <w:bottom w:w="75" w:type="dxa"/>
              <w:right w:w="85" w:type="dxa"/>
            </w:tcMar>
            <w:vAlign w:val="center"/>
          </w:tcPr>
          <w:p w14:paraId="3C5EB3B1" w14:textId="77777777" w:rsidR="00673E82" w:rsidRPr="009C650E" w:rsidRDefault="00673E82">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1820692A" w14:textId="77777777" w:rsidR="00673E82" w:rsidRPr="009C650E" w:rsidRDefault="00673E82">
            <w:pPr>
              <w:spacing w:after="0" w:line="240" w:lineRule="auto"/>
              <w:rPr>
                <w:noProof/>
                <w:lang w:val="ro-RO"/>
              </w:rPr>
            </w:pPr>
          </w:p>
        </w:tc>
      </w:tr>
      <w:tr w:rsidR="00673E82" w:rsidRPr="009C650E" w14:paraId="416315FA" w14:textId="77777777">
        <w:trPr>
          <w:cantSplit/>
          <w:jc w:val="center"/>
        </w:trPr>
        <w:tc>
          <w:tcPr>
            <w:tcW w:w="1361" w:type="dxa"/>
            <w:shd w:val="clear" w:color="auto" w:fill="FFFFFF"/>
            <w:tcMar>
              <w:top w:w="75" w:type="dxa"/>
              <w:left w:w="85" w:type="dxa"/>
              <w:bottom w:w="75" w:type="dxa"/>
              <w:right w:w="85" w:type="dxa"/>
            </w:tcMar>
            <w:vAlign w:val="center"/>
          </w:tcPr>
          <w:p w14:paraId="7CB4472F" w14:textId="77777777" w:rsidR="00673E82" w:rsidRPr="009C650E" w:rsidRDefault="00673E82">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2B1BD4C8" w14:textId="77777777" w:rsidR="00673E82" w:rsidRPr="009C650E" w:rsidRDefault="00673E82">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65BEB620" w14:textId="77777777" w:rsidR="00673E82" w:rsidRPr="009C650E" w:rsidRDefault="00673E82">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605DCFAD" w14:textId="77777777" w:rsidR="00673E82" w:rsidRPr="009C650E" w:rsidRDefault="00000000">
            <w:pPr>
              <w:spacing w:after="0" w:line="240" w:lineRule="auto"/>
              <w:jc w:val="center"/>
              <w:rPr>
                <w:noProof/>
                <w:lang w:val="ro-RO"/>
              </w:rPr>
            </w:pPr>
            <w:r w:rsidRPr="009C650E">
              <w:rPr>
                <w:noProof/>
                <w:sz w:val="14"/>
                <w:lang w:val="ro-RO"/>
              </w:rPr>
              <w:t>G/A/R</w:t>
            </w:r>
          </w:p>
        </w:tc>
        <w:tc>
          <w:tcPr>
            <w:tcW w:w="2211" w:type="dxa"/>
            <w:shd w:val="clear" w:color="auto" w:fill="FFFFFF"/>
            <w:tcMar>
              <w:top w:w="75" w:type="dxa"/>
              <w:left w:w="85" w:type="dxa"/>
              <w:bottom w:w="75" w:type="dxa"/>
              <w:right w:w="85" w:type="dxa"/>
            </w:tcMar>
            <w:vAlign w:val="center"/>
          </w:tcPr>
          <w:p w14:paraId="09F508D3" w14:textId="77777777" w:rsidR="00673E82" w:rsidRPr="009C650E" w:rsidRDefault="00673E82">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18604C7D" w14:textId="77777777" w:rsidR="00673E82" w:rsidRPr="009C650E" w:rsidRDefault="00673E82">
            <w:pPr>
              <w:spacing w:after="0" w:line="240" w:lineRule="auto"/>
              <w:rPr>
                <w:noProof/>
                <w:lang w:val="ro-RO"/>
              </w:rPr>
            </w:pPr>
          </w:p>
        </w:tc>
      </w:tr>
      <w:tr w:rsidR="00673E82" w:rsidRPr="009C650E" w14:paraId="7C6E8FF1" w14:textId="77777777">
        <w:trPr>
          <w:cantSplit/>
          <w:jc w:val="center"/>
        </w:trPr>
        <w:tc>
          <w:tcPr>
            <w:tcW w:w="1361" w:type="dxa"/>
            <w:shd w:val="clear" w:color="auto" w:fill="FAFAFA"/>
            <w:tcMar>
              <w:top w:w="75" w:type="dxa"/>
              <w:left w:w="85" w:type="dxa"/>
              <w:bottom w:w="75" w:type="dxa"/>
              <w:right w:w="85" w:type="dxa"/>
            </w:tcMar>
            <w:vAlign w:val="center"/>
          </w:tcPr>
          <w:p w14:paraId="114EE500" w14:textId="77777777" w:rsidR="00673E82" w:rsidRPr="009C650E" w:rsidRDefault="00673E82">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1AB3E7ED" w14:textId="77777777" w:rsidR="00673E82" w:rsidRPr="009C650E" w:rsidRDefault="00673E82">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02D5280C" w14:textId="77777777" w:rsidR="00673E82" w:rsidRPr="009C650E" w:rsidRDefault="00673E82">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466E09A2" w14:textId="77777777" w:rsidR="00673E82" w:rsidRPr="009C650E" w:rsidRDefault="00000000">
            <w:pPr>
              <w:spacing w:after="0" w:line="240" w:lineRule="auto"/>
              <w:jc w:val="center"/>
              <w:rPr>
                <w:noProof/>
                <w:lang w:val="ro-RO"/>
              </w:rPr>
            </w:pPr>
            <w:r w:rsidRPr="009C650E">
              <w:rPr>
                <w:noProof/>
                <w:sz w:val="14"/>
                <w:lang w:val="ro-RO"/>
              </w:rPr>
              <w:t>G/A/R</w:t>
            </w:r>
          </w:p>
        </w:tc>
        <w:tc>
          <w:tcPr>
            <w:tcW w:w="2211" w:type="dxa"/>
            <w:shd w:val="clear" w:color="auto" w:fill="FAFAFA"/>
            <w:tcMar>
              <w:top w:w="75" w:type="dxa"/>
              <w:left w:w="85" w:type="dxa"/>
              <w:bottom w:w="75" w:type="dxa"/>
              <w:right w:w="85" w:type="dxa"/>
            </w:tcMar>
            <w:vAlign w:val="center"/>
          </w:tcPr>
          <w:p w14:paraId="06746B51" w14:textId="77777777" w:rsidR="00673E82" w:rsidRPr="009C650E" w:rsidRDefault="00673E82">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3B45B647" w14:textId="77777777" w:rsidR="00673E82" w:rsidRPr="009C650E" w:rsidRDefault="00673E82">
            <w:pPr>
              <w:spacing w:after="0" w:line="240" w:lineRule="auto"/>
              <w:rPr>
                <w:noProof/>
                <w:lang w:val="ro-RO"/>
              </w:rPr>
            </w:pPr>
          </w:p>
        </w:tc>
      </w:tr>
    </w:tbl>
    <w:p w14:paraId="3894FBB3" w14:textId="77777777" w:rsidR="00673E82" w:rsidRPr="009C650E" w:rsidRDefault="00673E82">
      <w:pPr>
        <w:spacing w:after="20"/>
        <w:rPr>
          <w:noProof/>
          <w:lang w:val="ro-RO"/>
        </w:rPr>
      </w:pPr>
    </w:p>
    <w:p w14:paraId="4688D247" w14:textId="77777777" w:rsidR="00673E82" w:rsidRPr="009C650E" w:rsidRDefault="00000000">
      <w:pPr>
        <w:pStyle w:val="Heading2"/>
        <w:rPr>
          <w:noProof/>
          <w:lang w:val="ro-RO"/>
        </w:rPr>
      </w:pPr>
      <w:r w:rsidRPr="009C650E">
        <w:rPr>
          <w:noProof/>
          <w:lang w:val="ro-RO"/>
        </w:rPr>
        <w:t>Evaluarea finală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673E82" w:rsidRPr="009C650E" w14:paraId="1C70DCFC" w14:textId="77777777">
        <w:trPr>
          <w:tblHeader/>
          <w:jc w:val="center"/>
        </w:trPr>
        <w:tc>
          <w:tcPr>
            <w:tcW w:w="3118" w:type="dxa"/>
            <w:shd w:val="clear" w:color="auto" w:fill="D71920"/>
            <w:tcMar>
              <w:top w:w="75" w:type="dxa"/>
              <w:left w:w="85" w:type="dxa"/>
              <w:bottom w:w="75" w:type="dxa"/>
              <w:right w:w="85" w:type="dxa"/>
            </w:tcMar>
            <w:vAlign w:val="center"/>
          </w:tcPr>
          <w:p w14:paraId="09F7B5E1" w14:textId="77777777" w:rsidR="00673E82" w:rsidRPr="009C650E" w:rsidRDefault="00000000">
            <w:pPr>
              <w:spacing w:after="0" w:line="240" w:lineRule="auto"/>
              <w:jc w:val="center"/>
              <w:rPr>
                <w:noProof/>
                <w:lang w:val="ro-RO"/>
              </w:rPr>
            </w:pPr>
            <w:r w:rsidRPr="009C650E">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7F09222C" w14:textId="77777777" w:rsidR="00673E82" w:rsidRPr="009C650E" w:rsidRDefault="00000000">
            <w:pPr>
              <w:spacing w:after="0" w:line="240" w:lineRule="auto"/>
              <w:jc w:val="center"/>
              <w:rPr>
                <w:noProof/>
                <w:lang w:val="ro-RO"/>
              </w:rPr>
            </w:pPr>
            <w:r w:rsidRPr="009C650E">
              <w:rPr>
                <w:b/>
                <w:noProof/>
                <w:color w:val="FFFFFF"/>
                <w:sz w:val="15"/>
                <w:lang w:val="ro-RO"/>
              </w:rPr>
              <w:t>CONCLUZIE</w:t>
            </w:r>
          </w:p>
        </w:tc>
      </w:tr>
      <w:tr w:rsidR="00673E82" w:rsidRPr="009C650E" w14:paraId="59CACD27" w14:textId="77777777">
        <w:trPr>
          <w:cantSplit/>
          <w:jc w:val="center"/>
        </w:trPr>
        <w:tc>
          <w:tcPr>
            <w:tcW w:w="3118" w:type="dxa"/>
            <w:shd w:val="clear" w:color="auto" w:fill="FFFFFF"/>
            <w:tcMar>
              <w:top w:w="75" w:type="dxa"/>
              <w:left w:w="85" w:type="dxa"/>
              <w:bottom w:w="75" w:type="dxa"/>
              <w:right w:w="85" w:type="dxa"/>
            </w:tcMar>
            <w:vAlign w:val="center"/>
          </w:tcPr>
          <w:p w14:paraId="30DA71B6" w14:textId="77777777" w:rsidR="00673E82" w:rsidRPr="009C650E" w:rsidRDefault="00000000">
            <w:pPr>
              <w:spacing w:after="0" w:line="240" w:lineRule="auto"/>
              <w:rPr>
                <w:noProof/>
                <w:lang w:val="ro-RO"/>
              </w:rPr>
            </w:pPr>
            <w:r w:rsidRPr="009C650E">
              <w:rPr>
                <w:noProof/>
                <w:sz w:val="15"/>
                <w:lang w:val="ro-RO"/>
              </w:rPr>
              <w:t>Rezultat final</w:t>
            </w:r>
          </w:p>
        </w:tc>
        <w:tc>
          <w:tcPr>
            <w:tcW w:w="6803" w:type="dxa"/>
            <w:shd w:val="clear" w:color="auto" w:fill="FFFFFF"/>
            <w:tcMar>
              <w:top w:w="75" w:type="dxa"/>
              <w:left w:w="85" w:type="dxa"/>
              <w:bottom w:w="75" w:type="dxa"/>
              <w:right w:w="85" w:type="dxa"/>
            </w:tcMar>
            <w:vAlign w:val="center"/>
          </w:tcPr>
          <w:p w14:paraId="47491581" w14:textId="77777777" w:rsidR="00673E82" w:rsidRPr="009C650E" w:rsidRDefault="00673E82">
            <w:pPr>
              <w:spacing w:after="0" w:line="240" w:lineRule="auto"/>
              <w:rPr>
                <w:noProof/>
                <w:lang w:val="ro-RO"/>
              </w:rPr>
            </w:pPr>
          </w:p>
        </w:tc>
      </w:tr>
      <w:tr w:rsidR="00673E82" w:rsidRPr="009C650E" w14:paraId="3AA14339" w14:textId="77777777">
        <w:trPr>
          <w:cantSplit/>
          <w:jc w:val="center"/>
        </w:trPr>
        <w:tc>
          <w:tcPr>
            <w:tcW w:w="3118" w:type="dxa"/>
            <w:shd w:val="clear" w:color="auto" w:fill="FAFAFA"/>
            <w:tcMar>
              <w:top w:w="75" w:type="dxa"/>
              <w:left w:w="85" w:type="dxa"/>
              <w:bottom w:w="75" w:type="dxa"/>
              <w:right w:w="85" w:type="dxa"/>
            </w:tcMar>
            <w:vAlign w:val="center"/>
          </w:tcPr>
          <w:p w14:paraId="542D4275" w14:textId="77777777" w:rsidR="00673E82" w:rsidRPr="009C650E" w:rsidRDefault="00000000">
            <w:pPr>
              <w:spacing w:after="0" w:line="240" w:lineRule="auto"/>
              <w:rPr>
                <w:noProof/>
                <w:lang w:val="ro-RO"/>
              </w:rPr>
            </w:pPr>
            <w:r w:rsidRPr="009C650E">
              <w:rPr>
                <w:noProof/>
                <w:sz w:val="15"/>
                <w:lang w:val="ro-RO"/>
              </w:rPr>
              <w:t>Obiectiv</w:t>
            </w:r>
          </w:p>
        </w:tc>
        <w:tc>
          <w:tcPr>
            <w:tcW w:w="6803" w:type="dxa"/>
            <w:shd w:val="clear" w:color="auto" w:fill="FAFAFA"/>
            <w:tcMar>
              <w:top w:w="75" w:type="dxa"/>
              <w:left w:w="85" w:type="dxa"/>
              <w:bottom w:w="75" w:type="dxa"/>
              <w:right w:w="85" w:type="dxa"/>
            </w:tcMar>
            <w:vAlign w:val="center"/>
          </w:tcPr>
          <w:p w14:paraId="675B74EB" w14:textId="77777777" w:rsidR="00673E82" w:rsidRPr="009C650E" w:rsidRDefault="00000000">
            <w:pPr>
              <w:spacing w:after="0" w:line="240" w:lineRule="auto"/>
              <w:rPr>
                <w:noProof/>
                <w:lang w:val="ro-RO"/>
              </w:rPr>
            </w:pPr>
            <w:r w:rsidRPr="009C650E">
              <w:rPr>
                <w:noProof/>
                <w:sz w:val="15"/>
                <w:lang w:val="ro-RO"/>
              </w:rPr>
              <w:t>[ ] Atins   [ ] Parțial atins   [ ] Neatins   [ ] Anulat justificat</w:t>
            </w:r>
          </w:p>
        </w:tc>
      </w:tr>
      <w:tr w:rsidR="00673E82" w:rsidRPr="009C650E" w14:paraId="39260B93" w14:textId="77777777">
        <w:trPr>
          <w:cantSplit/>
          <w:jc w:val="center"/>
        </w:trPr>
        <w:tc>
          <w:tcPr>
            <w:tcW w:w="3118" w:type="dxa"/>
            <w:shd w:val="clear" w:color="auto" w:fill="FFFFFF"/>
            <w:tcMar>
              <w:top w:w="75" w:type="dxa"/>
              <w:left w:w="85" w:type="dxa"/>
              <w:bottom w:w="75" w:type="dxa"/>
              <w:right w:w="85" w:type="dxa"/>
            </w:tcMar>
            <w:vAlign w:val="center"/>
          </w:tcPr>
          <w:p w14:paraId="579CB21B" w14:textId="77777777" w:rsidR="00673E82" w:rsidRPr="009C650E" w:rsidRDefault="00000000">
            <w:pPr>
              <w:spacing w:after="0" w:line="240" w:lineRule="auto"/>
              <w:rPr>
                <w:noProof/>
                <w:lang w:val="ro-RO"/>
              </w:rPr>
            </w:pPr>
            <w:r w:rsidRPr="009C650E">
              <w:rPr>
                <w:noProof/>
                <w:sz w:val="15"/>
                <w:lang w:val="ro-RO"/>
              </w:rPr>
              <w:t>Eficacitatea măsurilor</w:t>
            </w:r>
          </w:p>
        </w:tc>
        <w:tc>
          <w:tcPr>
            <w:tcW w:w="6803" w:type="dxa"/>
            <w:shd w:val="clear" w:color="auto" w:fill="FFFFFF"/>
            <w:tcMar>
              <w:top w:w="75" w:type="dxa"/>
              <w:left w:w="85" w:type="dxa"/>
              <w:bottom w:w="75" w:type="dxa"/>
              <w:right w:w="85" w:type="dxa"/>
            </w:tcMar>
            <w:vAlign w:val="center"/>
          </w:tcPr>
          <w:p w14:paraId="31698BD4" w14:textId="77777777" w:rsidR="00673E82" w:rsidRPr="009C650E" w:rsidRDefault="00673E82">
            <w:pPr>
              <w:spacing w:after="0" w:line="240" w:lineRule="auto"/>
              <w:rPr>
                <w:noProof/>
                <w:lang w:val="ro-RO"/>
              </w:rPr>
            </w:pPr>
          </w:p>
        </w:tc>
      </w:tr>
      <w:tr w:rsidR="00673E82" w:rsidRPr="009C650E" w14:paraId="76037766" w14:textId="77777777">
        <w:trPr>
          <w:cantSplit/>
          <w:jc w:val="center"/>
        </w:trPr>
        <w:tc>
          <w:tcPr>
            <w:tcW w:w="3118" w:type="dxa"/>
            <w:shd w:val="clear" w:color="auto" w:fill="FAFAFA"/>
            <w:tcMar>
              <w:top w:w="75" w:type="dxa"/>
              <w:left w:w="85" w:type="dxa"/>
              <w:bottom w:w="75" w:type="dxa"/>
              <w:right w:w="85" w:type="dxa"/>
            </w:tcMar>
            <w:vAlign w:val="center"/>
          </w:tcPr>
          <w:p w14:paraId="0396CBCA" w14:textId="77777777" w:rsidR="00673E82" w:rsidRPr="009C650E" w:rsidRDefault="00000000">
            <w:pPr>
              <w:spacing w:after="0" w:line="240" w:lineRule="auto"/>
              <w:rPr>
                <w:noProof/>
                <w:lang w:val="ro-RO"/>
              </w:rPr>
            </w:pPr>
            <w:r w:rsidRPr="009C650E">
              <w:rPr>
                <w:noProof/>
                <w:sz w:val="15"/>
                <w:lang w:val="ro-RO"/>
              </w:rPr>
              <w:t>Efecte secundare / compromisuri</w:t>
            </w:r>
          </w:p>
        </w:tc>
        <w:tc>
          <w:tcPr>
            <w:tcW w:w="6803" w:type="dxa"/>
            <w:shd w:val="clear" w:color="auto" w:fill="FAFAFA"/>
            <w:tcMar>
              <w:top w:w="75" w:type="dxa"/>
              <w:left w:w="85" w:type="dxa"/>
              <w:bottom w:w="75" w:type="dxa"/>
              <w:right w:w="85" w:type="dxa"/>
            </w:tcMar>
            <w:vAlign w:val="center"/>
          </w:tcPr>
          <w:p w14:paraId="4B14BF80" w14:textId="77777777" w:rsidR="00673E82" w:rsidRPr="009C650E" w:rsidRDefault="00673E82">
            <w:pPr>
              <w:spacing w:after="0" w:line="240" w:lineRule="auto"/>
              <w:rPr>
                <w:noProof/>
                <w:lang w:val="ro-RO"/>
              </w:rPr>
            </w:pPr>
          </w:p>
        </w:tc>
      </w:tr>
      <w:tr w:rsidR="00673E82" w:rsidRPr="009C650E" w14:paraId="6FD09CE3" w14:textId="77777777">
        <w:trPr>
          <w:cantSplit/>
          <w:jc w:val="center"/>
        </w:trPr>
        <w:tc>
          <w:tcPr>
            <w:tcW w:w="3118" w:type="dxa"/>
            <w:shd w:val="clear" w:color="auto" w:fill="FFFFFF"/>
            <w:tcMar>
              <w:top w:w="75" w:type="dxa"/>
              <w:left w:w="85" w:type="dxa"/>
              <w:bottom w:w="75" w:type="dxa"/>
              <w:right w:w="85" w:type="dxa"/>
            </w:tcMar>
            <w:vAlign w:val="center"/>
          </w:tcPr>
          <w:p w14:paraId="7E088574" w14:textId="77777777" w:rsidR="00673E82" w:rsidRPr="009C650E" w:rsidRDefault="00000000">
            <w:pPr>
              <w:spacing w:after="0" w:line="240" w:lineRule="auto"/>
              <w:rPr>
                <w:noProof/>
                <w:lang w:val="ro-RO"/>
              </w:rPr>
            </w:pPr>
            <w:r w:rsidRPr="009C650E">
              <w:rPr>
                <w:noProof/>
                <w:sz w:val="15"/>
                <w:lang w:val="ro-RO"/>
              </w:rPr>
              <w:t>Lecții învățate</w:t>
            </w:r>
          </w:p>
        </w:tc>
        <w:tc>
          <w:tcPr>
            <w:tcW w:w="6803" w:type="dxa"/>
            <w:shd w:val="clear" w:color="auto" w:fill="FFFFFF"/>
            <w:tcMar>
              <w:top w:w="75" w:type="dxa"/>
              <w:left w:w="85" w:type="dxa"/>
              <w:bottom w:w="75" w:type="dxa"/>
              <w:right w:w="85" w:type="dxa"/>
            </w:tcMar>
            <w:vAlign w:val="center"/>
          </w:tcPr>
          <w:p w14:paraId="27F4A7A8" w14:textId="77777777" w:rsidR="00673E82" w:rsidRPr="009C650E" w:rsidRDefault="00673E82">
            <w:pPr>
              <w:spacing w:after="0" w:line="240" w:lineRule="auto"/>
              <w:rPr>
                <w:noProof/>
                <w:lang w:val="ro-RO"/>
              </w:rPr>
            </w:pPr>
          </w:p>
        </w:tc>
      </w:tr>
      <w:tr w:rsidR="00673E82" w:rsidRPr="009C650E" w14:paraId="0391F3ED" w14:textId="77777777">
        <w:trPr>
          <w:cantSplit/>
          <w:jc w:val="center"/>
        </w:trPr>
        <w:tc>
          <w:tcPr>
            <w:tcW w:w="3118" w:type="dxa"/>
            <w:shd w:val="clear" w:color="auto" w:fill="FAFAFA"/>
            <w:tcMar>
              <w:top w:w="75" w:type="dxa"/>
              <w:left w:w="85" w:type="dxa"/>
              <w:bottom w:w="75" w:type="dxa"/>
              <w:right w:w="85" w:type="dxa"/>
            </w:tcMar>
            <w:vAlign w:val="center"/>
          </w:tcPr>
          <w:p w14:paraId="311FADE5" w14:textId="77777777" w:rsidR="00673E82" w:rsidRPr="009C650E" w:rsidRDefault="00000000">
            <w:pPr>
              <w:spacing w:after="0" w:line="240" w:lineRule="auto"/>
              <w:rPr>
                <w:noProof/>
                <w:lang w:val="ro-RO"/>
              </w:rPr>
            </w:pPr>
            <w:r w:rsidRPr="009C650E">
              <w:rPr>
                <w:noProof/>
                <w:sz w:val="15"/>
                <w:lang w:val="ro-RO"/>
              </w:rPr>
              <w:t>Decizie</w:t>
            </w:r>
          </w:p>
        </w:tc>
        <w:tc>
          <w:tcPr>
            <w:tcW w:w="6803" w:type="dxa"/>
            <w:shd w:val="clear" w:color="auto" w:fill="FAFAFA"/>
            <w:tcMar>
              <w:top w:w="75" w:type="dxa"/>
              <w:left w:w="85" w:type="dxa"/>
              <w:bottom w:w="75" w:type="dxa"/>
              <w:right w:w="85" w:type="dxa"/>
            </w:tcMar>
            <w:vAlign w:val="center"/>
          </w:tcPr>
          <w:p w14:paraId="275F06BB" w14:textId="77777777" w:rsidR="00673E82" w:rsidRPr="009C650E" w:rsidRDefault="00000000">
            <w:pPr>
              <w:spacing w:after="0" w:line="240" w:lineRule="auto"/>
              <w:rPr>
                <w:noProof/>
                <w:lang w:val="ro-RO"/>
              </w:rPr>
            </w:pPr>
            <w:r w:rsidRPr="009C650E">
              <w:rPr>
                <w:noProof/>
                <w:sz w:val="15"/>
                <w:lang w:val="ro-RO"/>
              </w:rPr>
              <w:t>[ ] Menținere   [ ] Continuare   [ ] Revizuire   [ ] Înlocuire   [ ] Închidere</w:t>
            </w:r>
          </w:p>
        </w:tc>
      </w:tr>
      <w:tr w:rsidR="00673E82" w:rsidRPr="009C650E" w14:paraId="33241A84" w14:textId="77777777">
        <w:trPr>
          <w:cantSplit/>
          <w:jc w:val="center"/>
        </w:trPr>
        <w:tc>
          <w:tcPr>
            <w:tcW w:w="3118" w:type="dxa"/>
            <w:shd w:val="clear" w:color="auto" w:fill="FFFFFF"/>
            <w:tcMar>
              <w:top w:w="75" w:type="dxa"/>
              <w:left w:w="85" w:type="dxa"/>
              <w:bottom w:w="75" w:type="dxa"/>
              <w:right w:w="85" w:type="dxa"/>
            </w:tcMar>
            <w:vAlign w:val="center"/>
          </w:tcPr>
          <w:p w14:paraId="11478339" w14:textId="77777777" w:rsidR="00673E82" w:rsidRPr="009C650E" w:rsidRDefault="00000000">
            <w:pPr>
              <w:spacing w:after="0" w:line="240" w:lineRule="auto"/>
              <w:rPr>
                <w:noProof/>
                <w:lang w:val="ro-RO"/>
              </w:rPr>
            </w:pPr>
            <w:r w:rsidRPr="009C650E">
              <w:rPr>
                <w:noProof/>
                <w:sz w:val="15"/>
                <w:lang w:val="ro-RO"/>
              </w:rPr>
              <w:t>Aprobare / dată</w:t>
            </w:r>
          </w:p>
        </w:tc>
        <w:tc>
          <w:tcPr>
            <w:tcW w:w="6803" w:type="dxa"/>
            <w:shd w:val="clear" w:color="auto" w:fill="FFFFFF"/>
            <w:tcMar>
              <w:top w:w="75" w:type="dxa"/>
              <w:left w:w="85" w:type="dxa"/>
              <w:bottom w:w="75" w:type="dxa"/>
              <w:right w:w="85" w:type="dxa"/>
            </w:tcMar>
            <w:vAlign w:val="center"/>
          </w:tcPr>
          <w:p w14:paraId="7F81D70D" w14:textId="77777777" w:rsidR="00673E82" w:rsidRPr="009C650E" w:rsidRDefault="00673E82">
            <w:pPr>
              <w:spacing w:after="0" w:line="240" w:lineRule="auto"/>
              <w:rPr>
                <w:noProof/>
                <w:lang w:val="ro-RO"/>
              </w:rPr>
            </w:pPr>
          </w:p>
        </w:tc>
      </w:tr>
    </w:tbl>
    <w:p w14:paraId="0B19F91F" w14:textId="77777777" w:rsidR="00673E82" w:rsidRPr="009C650E" w:rsidRDefault="00673E82">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5DCC84EF" w14:textId="77777777">
        <w:trPr>
          <w:jc w:val="center"/>
        </w:trPr>
        <w:tc>
          <w:tcPr>
            <w:tcW w:w="1020" w:type="dxa"/>
            <w:shd w:val="clear" w:color="auto" w:fill="D71920"/>
            <w:tcMar>
              <w:top w:w="75" w:type="dxa"/>
              <w:left w:w="85" w:type="dxa"/>
              <w:bottom w:w="75" w:type="dxa"/>
              <w:right w:w="85" w:type="dxa"/>
            </w:tcMar>
            <w:vAlign w:val="center"/>
          </w:tcPr>
          <w:p w14:paraId="7E76D274" w14:textId="77777777" w:rsidR="00673E82" w:rsidRPr="009C650E" w:rsidRDefault="00000000">
            <w:pPr>
              <w:spacing w:after="0" w:line="240" w:lineRule="auto"/>
              <w:jc w:val="center"/>
              <w:rPr>
                <w:noProof/>
                <w:lang w:val="ro-RO"/>
              </w:rPr>
            </w:pPr>
            <w:r w:rsidRPr="009C650E">
              <w:rPr>
                <w:b/>
                <w:noProof/>
                <w:color w:val="FFFFFF"/>
                <w:sz w:val="34"/>
                <w:lang w:val="ro-RO"/>
              </w:rPr>
              <w:t>6</w:t>
            </w:r>
          </w:p>
        </w:tc>
        <w:tc>
          <w:tcPr>
            <w:tcW w:w="8901" w:type="dxa"/>
            <w:shd w:val="clear" w:color="auto" w:fill="F3F4F5"/>
          </w:tcPr>
          <w:p w14:paraId="2F74B530" w14:textId="77777777" w:rsidR="00673E82" w:rsidRPr="009C650E" w:rsidRDefault="00000000">
            <w:pPr>
              <w:spacing w:after="20"/>
              <w:rPr>
                <w:noProof/>
                <w:lang w:val="ro-RO"/>
              </w:rPr>
            </w:pPr>
            <w:r w:rsidRPr="009C650E">
              <w:rPr>
                <w:b/>
                <w:noProof/>
                <w:sz w:val="28"/>
                <w:lang w:val="ro-RO"/>
              </w:rPr>
              <w:t>Exemplu completat</w:t>
            </w:r>
          </w:p>
          <w:p w14:paraId="2B57AE75" w14:textId="77777777" w:rsidR="00673E82" w:rsidRPr="009C650E" w:rsidRDefault="00000000">
            <w:pPr>
              <w:spacing w:after="0"/>
              <w:rPr>
                <w:noProof/>
                <w:lang w:val="ro-RO"/>
              </w:rPr>
            </w:pPr>
            <w:r w:rsidRPr="009C650E">
              <w:rPr>
                <w:noProof/>
                <w:color w:val="666666"/>
                <w:sz w:val="16"/>
                <w:lang w:val="ro-RO"/>
              </w:rPr>
              <w:lastRenderedPageBreak/>
              <w:t>Obiectiv: reducerea ferestrei de expunere pentru vulnerabilități critice - exemplu generic, de adaptat</w:t>
            </w:r>
          </w:p>
        </w:tc>
      </w:tr>
    </w:tbl>
    <w:p w14:paraId="0A14BB24" w14:textId="77777777" w:rsidR="00673E82" w:rsidRPr="009C650E" w:rsidRDefault="00673E82">
      <w:pPr>
        <w:spacing w:after="0"/>
        <w:rPr>
          <w:noProof/>
          <w:lang w:val="ro-RO"/>
        </w:rPr>
      </w:pPr>
    </w:p>
    <w:p w14:paraId="585C0049" w14:textId="77777777" w:rsidR="00673E82" w:rsidRPr="009C650E" w:rsidRDefault="00000000">
      <w:pPr>
        <w:pStyle w:val="Heading2"/>
        <w:rPr>
          <w:noProof/>
          <w:lang w:val="ro-RO"/>
        </w:rPr>
      </w:pPr>
      <w:r w:rsidRPr="009C650E">
        <w:rPr>
          <w:noProof/>
          <w:lang w:val="ro-RO"/>
        </w:rPr>
        <w:t>A. Formulare și indicator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673E82" w:rsidRPr="009C650E" w14:paraId="17FFEDB5" w14:textId="77777777">
        <w:trPr>
          <w:tblHeader/>
          <w:jc w:val="center"/>
        </w:trPr>
        <w:tc>
          <w:tcPr>
            <w:tcW w:w="2551" w:type="dxa"/>
            <w:shd w:val="clear" w:color="auto" w:fill="D71920"/>
            <w:tcMar>
              <w:top w:w="75" w:type="dxa"/>
              <w:left w:w="85" w:type="dxa"/>
              <w:bottom w:w="75" w:type="dxa"/>
              <w:right w:w="85" w:type="dxa"/>
            </w:tcMar>
            <w:vAlign w:val="center"/>
          </w:tcPr>
          <w:p w14:paraId="5C83D0CD" w14:textId="77777777" w:rsidR="00673E82" w:rsidRPr="009C650E" w:rsidRDefault="00000000">
            <w:pPr>
              <w:spacing w:after="0" w:line="240" w:lineRule="auto"/>
              <w:jc w:val="center"/>
              <w:rPr>
                <w:noProof/>
                <w:lang w:val="ro-RO"/>
              </w:rPr>
            </w:pPr>
            <w:r w:rsidRPr="009C650E">
              <w:rPr>
                <w:b/>
                <w:noProof/>
                <w:color w:val="FFFFFF"/>
                <w:sz w:val="15"/>
                <w:lang w:val="ro-RO"/>
              </w:rPr>
              <w:t>ELEMENT</w:t>
            </w:r>
          </w:p>
        </w:tc>
        <w:tc>
          <w:tcPr>
            <w:tcW w:w="7370" w:type="dxa"/>
            <w:shd w:val="clear" w:color="auto" w:fill="D71920"/>
            <w:tcMar>
              <w:top w:w="75" w:type="dxa"/>
              <w:left w:w="85" w:type="dxa"/>
              <w:bottom w:w="75" w:type="dxa"/>
              <w:right w:w="85" w:type="dxa"/>
            </w:tcMar>
            <w:vAlign w:val="center"/>
          </w:tcPr>
          <w:p w14:paraId="47EE31F9" w14:textId="77777777" w:rsidR="00673E82" w:rsidRPr="009C650E" w:rsidRDefault="00000000">
            <w:pPr>
              <w:spacing w:after="0" w:line="240" w:lineRule="auto"/>
              <w:jc w:val="center"/>
              <w:rPr>
                <w:noProof/>
                <w:lang w:val="ro-RO"/>
              </w:rPr>
            </w:pPr>
            <w:r w:rsidRPr="009C650E">
              <w:rPr>
                <w:b/>
                <w:noProof/>
                <w:color w:val="FFFFFF"/>
                <w:sz w:val="15"/>
                <w:lang w:val="ro-RO"/>
              </w:rPr>
              <w:t>EXEMPLU COMPLETAT</w:t>
            </w:r>
          </w:p>
        </w:tc>
      </w:tr>
      <w:tr w:rsidR="00673E82" w:rsidRPr="009C650E" w14:paraId="04DC5622" w14:textId="77777777">
        <w:trPr>
          <w:cantSplit/>
          <w:jc w:val="center"/>
        </w:trPr>
        <w:tc>
          <w:tcPr>
            <w:tcW w:w="2551" w:type="dxa"/>
            <w:shd w:val="clear" w:color="auto" w:fill="FFFFFF"/>
            <w:tcMar>
              <w:top w:w="75" w:type="dxa"/>
              <w:left w:w="85" w:type="dxa"/>
              <w:bottom w:w="75" w:type="dxa"/>
              <w:right w:w="85" w:type="dxa"/>
            </w:tcMar>
            <w:vAlign w:val="center"/>
          </w:tcPr>
          <w:p w14:paraId="504F00D6" w14:textId="77777777" w:rsidR="00673E82" w:rsidRPr="009C650E" w:rsidRDefault="00000000">
            <w:pPr>
              <w:spacing w:after="0" w:line="240" w:lineRule="auto"/>
              <w:rPr>
                <w:noProof/>
                <w:lang w:val="ro-RO"/>
              </w:rPr>
            </w:pPr>
            <w:r w:rsidRPr="009C650E">
              <w:rPr>
                <w:noProof/>
                <w:sz w:val="15"/>
                <w:lang w:val="ro-RO"/>
              </w:rPr>
              <w:t>Cod / perioadă</w:t>
            </w:r>
          </w:p>
        </w:tc>
        <w:tc>
          <w:tcPr>
            <w:tcW w:w="7370" w:type="dxa"/>
            <w:shd w:val="clear" w:color="auto" w:fill="FFFFFF"/>
            <w:tcMar>
              <w:top w:w="75" w:type="dxa"/>
              <w:left w:w="85" w:type="dxa"/>
              <w:bottom w:w="75" w:type="dxa"/>
              <w:right w:w="85" w:type="dxa"/>
            </w:tcMar>
            <w:vAlign w:val="center"/>
          </w:tcPr>
          <w:p w14:paraId="01DFE18C" w14:textId="77777777" w:rsidR="00673E82" w:rsidRPr="009C650E" w:rsidRDefault="00000000">
            <w:pPr>
              <w:spacing w:after="0" w:line="240" w:lineRule="auto"/>
              <w:rPr>
                <w:noProof/>
                <w:lang w:val="ro-RO"/>
              </w:rPr>
            </w:pPr>
            <w:r w:rsidRPr="009C650E">
              <w:rPr>
                <w:noProof/>
                <w:sz w:val="15"/>
                <w:lang w:val="ro-RO"/>
              </w:rPr>
              <w:t>IS-05 / 2027</w:t>
            </w:r>
          </w:p>
        </w:tc>
      </w:tr>
      <w:tr w:rsidR="00673E82" w:rsidRPr="009C650E" w14:paraId="004DF739" w14:textId="77777777">
        <w:trPr>
          <w:cantSplit/>
          <w:jc w:val="center"/>
        </w:trPr>
        <w:tc>
          <w:tcPr>
            <w:tcW w:w="2551" w:type="dxa"/>
            <w:shd w:val="clear" w:color="auto" w:fill="FAFAFA"/>
            <w:tcMar>
              <w:top w:w="75" w:type="dxa"/>
              <w:left w:w="85" w:type="dxa"/>
              <w:bottom w:w="75" w:type="dxa"/>
              <w:right w:w="85" w:type="dxa"/>
            </w:tcMar>
            <w:vAlign w:val="center"/>
          </w:tcPr>
          <w:p w14:paraId="13E11885" w14:textId="77777777" w:rsidR="00673E82" w:rsidRPr="009C650E" w:rsidRDefault="00000000">
            <w:pPr>
              <w:spacing w:after="0" w:line="240" w:lineRule="auto"/>
              <w:rPr>
                <w:noProof/>
                <w:lang w:val="ro-RO"/>
              </w:rPr>
            </w:pPr>
            <w:r w:rsidRPr="009C650E">
              <w:rPr>
                <w:noProof/>
                <w:sz w:val="15"/>
                <w:lang w:val="ro-RO"/>
              </w:rPr>
              <w:t>Obiectiv</w:t>
            </w:r>
          </w:p>
        </w:tc>
        <w:tc>
          <w:tcPr>
            <w:tcW w:w="7370" w:type="dxa"/>
            <w:shd w:val="clear" w:color="auto" w:fill="FAFAFA"/>
            <w:tcMar>
              <w:top w:w="75" w:type="dxa"/>
              <w:left w:w="85" w:type="dxa"/>
              <w:bottom w:w="75" w:type="dxa"/>
              <w:right w:w="85" w:type="dxa"/>
            </w:tcMar>
            <w:vAlign w:val="center"/>
          </w:tcPr>
          <w:p w14:paraId="3D765955" w14:textId="77777777" w:rsidR="00673E82" w:rsidRPr="009C650E" w:rsidRDefault="00000000">
            <w:pPr>
              <w:spacing w:after="0" w:line="240" w:lineRule="auto"/>
              <w:rPr>
                <w:noProof/>
                <w:lang w:val="ro-RO"/>
              </w:rPr>
            </w:pPr>
            <w:r w:rsidRPr="009C650E">
              <w:rPr>
                <w:noProof/>
                <w:sz w:val="15"/>
                <w:lang w:val="ro-RO"/>
              </w:rPr>
              <w:t>Creșterea proporției vulnerabilităților critice ale activelor expuse la internet remediate în maximum 7 zile de la 61% la minimum 95% până la 31.12.2027, cu excepții aprobate și controale compensatorii verificate.</w:t>
            </w:r>
          </w:p>
        </w:tc>
      </w:tr>
      <w:tr w:rsidR="00673E82" w:rsidRPr="009C650E" w14:paraId="11E7F0A7" w14:textId="77777777">
        <w:trPr>
          <w:cantSplit/>
          <w:jc w:val="center"/>
        </w:trPr>
        <w:tc>
          <w:tcPr>
            <w:tcW w:w="2551" w:type="dxa"/>
            <w:shd w:val="clear" w:color="auto" w:fill="FFFFFF"/>
            <w:tcMar>
              <w:top w:w="75" w:type="dxa"/>
              <w:left w:w="85" w:type="dxa"/>
              <w:bottom w:w="75" w:type="dxa"/>
              <w:right w:w="85" w:type="dxa"/>
            </w:tcMar>
            <w:vAlign w:val="center"/>
          </w:tcPr>
          <w:p w14:paraId="4A11FFB4" w14:textId="77777777" w:rsidR="00673E82" w:rsidRPr="009C650E" w:rsidRDefault="00000000">
            <w:pPr>
              <w:spacing w:after="0" w:line="240" w:lineRule="auto"/>
              <w:rPr>
                <w:noProof/>
                <w:lang w:val="ro-RO"/>
              </w:rPr>
            </w:pPr>
            <w:r w:rsidRPr="009C650E">
              <w:rPr>
                <w:noProof/>
                <w:sz w:val="15"/>
                <w:lang w:val="ro-RO"/>
              </w:rPr>
              <w:t>Justificare</w:t>
            </w:r>
          </w:p>
        </w:tc>
        <w:tc>
          <w:tcPr>
            <w:tcW w:w="7370" w:type="dxa"/>
            <w:shd w:val="clear" w:color="auto" w:fill="FFFFFF"/>
            <w:tcMar>
              <w:top w:w="75" w:type="dxa"/>
              <w:left w:w="85" w:type="dxa"/>
              <w:bottom w:w="75" w:type="dxa"/>
              <w:right w:w="85" w:type="dxa"/>
            </w:tcMar>
            <w:vAlign w:val="center"/>
          </w:tcPr>
          <w:p w14:paraId="2F8B667F" w14:textId="77777777" w:rsidR="00673E82" w:rsidRPr="009C650E" w:rsidRDefault="00000000">
            <w:pPr>
              <w:spacing w:after="0" w:line="240" w:lineRule="auto"/>
              <w:rPr>
                <w:noProof/>
                <w:lang w:val="ro-RO"/>
              </w:rPr>
            </w:pPr>
            <w:r w:rsidRPr="009C650E">
              <w:rPr>
                <w:noProof/>
                <w:sz w:val="15"/>
                <w:lang w:val="ro-RO"/>
              </w:rPr>
              <w:t>Evaluarea riscului și testele tehnice arată active critice cu expunere prelungită, inventar incomplet și dependențe de furnizori. Amenințările relevante includ exploatarea rapidă după publicarea vulnerabilității.</w:t>
            </w:r>
          </w:p>
        </w:tc>
      </w:tr>
      <w:tr w:rsidR="00673E82" w:rsidRPr="009C650E" w14:paraId="03ED0D50" w14:textId="77777777">
        <w:trPr>
          <w:cantSplit/>
          <w:jc w:val="center"/>
        </w:trPr>
        <w:tc>
          <w:tcPr>
            <w:tcW w:w="2551" w:type="dxa"/>
            <w:shd w:val="clear" w:color="auto" w:fill="FAFAFA"/>
            <w:tcMar>
              <w:top w:w="75" w:type="dxa"/>
              <w:left w:w="85" w:type="dxa"/>
              <w:bottom w:w="75" w:type="dxa"/>
              <w:right w:w="85" w:type="dxa"/>
            </w:tcMar>
            <w:vAlign w:val="center"/>
          </w:tcPr>
          <w:p w14:paraId="0A07FA55" w14:textId="77777777" w:rsidR="00673E82" w:rsidRPr="009C650E" w:rsidRDefault="00000000">
            <w:pPr>
              <w:spacing w:after="0" w:line="240" w:lineRule="auto"/>
              <w:rPr>
                <w:noProof/>
                <w:lang w:val="ro-RO"/>
              </w:rPr>
            </w:pPr>
            <w:r w:rsidRPr="009C650E">
              <w:rPr>
                <w:noProof/>
                <w:sz w:val="15"/>
                <w:lang w:val="ro-RO"/>
              </w:rPr>
              <w:t>Legătura cu politica</w:t>
            </w:r>
          </w:p>
        </w:tc>
        <w:tc>
          <w:tcPr>
            <w:tcW w:w="7370" w:type="dxa"/>
            <w:shd w:val="clear" w:color="auto" w:fill="FAFAFA"/>
            <w:tcMar>
              <w:top w:w="75" w:type="dxa"/>
              <w:left w:w="85" w:type="dxa"/>
              <w:bottom w:w="75" w:type="dxa"/>
              <w:right w:w="85" w:type="dxa"/>
            </w:tcMar>
            <w:vAlign w:val="center"/>
          </w:tcPr>
          <w:p w14:paraId="6F1B432D" w14:textId="77777777" w:rsidR="00673E82" w:rsidRPr="009C650E" w:rsidRDefault="00000000">
            <w:pPr>
              <w:spacing w:after="0" w:line="240" w:lineRule="auto"/>
              <w:rPr>
                <w:noProof/>
                <w:lang w:val="ro-RO"/>
              </w:rPr>
            </w:pPr>
            <w:r w:rsidRPr="009C650E">
              <w:rPr>
                <w:noProof/>
                <w:sz w:val="15"/>
                <w:lang w:val="ro-RO"/>
              </w:rPr>
              <w:t>Gestionarea riscului, protecția serviciilor critice și îmbunătățirea continuă a SMSI.</w:t>
            </w:r>
          </w:p>
        </w:tc>
      </w:tr>
      <w:tr w:rsidR="00673E82" w:rsidRPr="009C650E" w14:paraId="0557C2F2" w14:textId="77777777">
        <w:trPr>
          <w:cantSplit/>
          <w:jc w:val="center"/>
        </w:trPr>
        <w:tc>
          <w:tcPr>
            <w:tcW w:w="2551" w:type="dxa"/>
            <w:shd w:val="clear" w:color="auto" w:fill="FFFFFF"/>
            <w:tcMar>
              <w:top w:w="75" w:type="dxa"/>
              <w:left w:w="85" w:type="dxa"/>
              <w:bottom w:w="75" w:type="dxa"/>
              <w:right w:w="85" w:type="dxa"/>
            </w:tcMar>
            <w:vAlign w:val="center"/>
          </w:tcPr>
          <w:p w14:paraId="38246232" w14:textId="77777777" w:rsidR="00673E82" w:rsidRPr="009C650E" w:rsidRDefault="00000000">
            <w:pPr>
              <w:spacing w:after="0" w:line="240" w:lineRule="auto"/>
              <w:rPr>
                <w:noProof/>
                <w:lang w:val="ro-RO"/>
              </w:rPr>
            </w:pPr>
            <w:r w:rsidRPr="009C650E">
              <w:rPr>
                <w:noProof/>
                <w:sz w:val="15"/>
                <w:lang w:val="ro-RO"/>
              </w:rPr>
              <w:t>Responsabil</w:t>
            </w:r>
          </w:p>
        </w:tc>
        <w:tc>
          <w:tcPr>
            <w:tcW w:w="7370" w:type="dxa"/>
            <w:shd w:val="clear" w:color="auto" w:fill="FFFFFF"/>
            <w:tcMar>
              <w:top w:w="75" w:type="dxa"/>
              <w:left w:w="85" w:type="dxa"/>
              <w:bottom w:w="75" w:type="dxa"/>
              <w:right w:w="85" w:type="dxa"/>
            </w:tcMar>
            <w:vAlign w:val="center"/>
          </w:tcPr>
          <w:p w14:paraId="66D7F17A" w14:textId="77777777" w:rsidR="00673E82" w:rsidRPr="009C650E" w:rsidRDefault="00000000">
            <w:pPr>
              <w:spacing w:after="0" w:line="240" w:lineRule="auto"/>
              <w:rPr>
                <w:noProof/>
                <w:lang w:val="ro-RO"/>
              </w:rPr>
            </w:pPr>
            <w:r w:rsidRPr="009C650E">
              <w:rPr>
                <w:noProof/>
                <w:sz w:val="15"/>
                <w:lang w:val="ro-RO"/>
              </w:rPr>
              <w:t>Proprietar risc: director IT; coordonator: manager securitate; proprietari aplicații implicați.</w:t>
            </w:r>
          </w:p>
        </w:tc>
      </w:tr>
      <w:tr w:rsidR="00673E82" w:rsidRPr="009C650E" w14:paraId="233964EF" w14:textId="77777777">
        <w:trPr>
          <w:cantSplit/>
          <w:jc w:val="center"/>
        </w:trPr>
        <w:tc>
          <w:tcPr>
            <w:tcW w:w="2551" w:type="dxa"/>
            <w:shd w:val="clear" w:color="auto" w:fill="FAFAFA"/>
            <w:tcMar>
              <w:top w:w="75" w:type="dxa"/>
              <w:left w:w="85" w:type="dxa"/>
              <w:bottom w:w="75" w:type="dxa"/>
              <w:right w:w="85" w:type="dxa"/>
            </w:tcMar>
            <w:vAlign w:val="center"/>
          </w:tcPr>
          <w:p w14:paraId="12DE676D" w14:textId="77777777" w:rsidR="00673E82" w:rsidRPr="009C650E" w:rsidRDefault="00000000">
            <w:pPr>
              <w:spacing w:after="0" w:line="240" w:lineRule="auto"/>
              <w:rPr>
                <w:noProof/>
                <w:lang w:val="ro-RO"/>
              </w:rPr>
            </w:pPr>
            <w:r w:rsidRPr="009C650E">
              <w:rPr>
                <w:noProof/>
                <w:sz w:val="15"/>
                <w:lang w:val="ro-RO"/>
              </w:rPr>
              <w:t>Criteriu de risc</w:t>
            </w:r>
          </w:p>
        </w:tc>
        <w:tc>
          <w:tcPr>
            <w:tcW w:w="7370" w:type="dxa"/>
            <w:shd w:val="clear" w:color="auto" w:fill="FAFAFA"/>
            <w:tcMar>
              <w:top w:w="75" w:type="dxa"/>
              <w:left w:w="85" w:type="dxa"/>
              <w:bottom w:w="75" w:type="dxa"/>
              <w:right w:w="85" w:type="dxa"/>
            </w:tcMar>
            <w:vAlign w:val="center"/>
          </w:tcPr>
          <w:p w14:paraId="79328C32" w14:textId="77777777" w:rsidR="00673E82" w:rsidRPr="009C650E" w:rsidRDefault="00000000">
            <w:pPr>
              <w:spacing w:after="0" w:line="240" w:lineRule="auto"/>
              <w:rPr>
                <w:noProof/>
                <w:lang w:val="ro-RO"/>
              </w:rPr>
            </w:pPr>
            <w:r w:rsidRPr="009C650E">
              <w:rPr>
                <w:noProof/>
                <w:sz w:val="15"/>
                <w:lang w:val="ro-RO"/>
              </w:rPr>
              <w:t>Excepțiile peste 7 zile necesită justificare, termen, aprobare de risc și măsuri compensatorii testate.</w:t>
            </w:r>
          </w:p>
        </w:tc>
      </w:tr>
    </w:tbl>
    <w:p w14:paraId="6BE1E795" w14:textId="77777777" w:rsidR="00673E82" w:rsidRPr="009C650E" w:rsidRDefault="00673E82">
      <w:pPr>
        <w:spacing w:after="20"/>
        <w:rPr>
          <w:noProof/>
          <w:lang w:val="ro-RO"/>
        </w:rPr>
      </w:pPr>
    </w:p>
    <w:p w14:paraId="547E3943" w14:textId="77777777" w:rsidR="00673E82" w:rsidRPr="009C650E" w:rsidRDefault="00000000">
      <w:pPr>
        <w:pStyle w:val="Heading2"/>
        <w:rPr>
          <w:noProof/>
          <w:lang w:val="ro-RO"/>
        </w:rPr>
      </w:pPr>
      <w:r w:rsidRPr="009C650E">
        <w:rPr>
          <w:noProof/>
          <w:lang w:val="ro-RO"/>
        </w:rPr>
        <w:t>B. Reguli de calcul și validare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673E82" w:rsidRPr="009C650E" w14:paraId="1E95539F" w14:textId="77777777">
        <w:trPr>
          <w:tblHeader/>
          <w:jc w:val="center"/>
        </w:trPr>
        <w:tc>
          <w:tcPr>
            <w:tcW w:w="2551" w:type="dxa"/>
            <w:shd w:val="clear" w:color="auto" w:fill="D71920"/>
            <w:tcMar>
              <w:top w:w="75" w:type="dxa"/>
              <w:left w:w="85" w:type="dxa"/>
              <w:bottom w:w="75" w:type="dxa"/>
              <w:right w:w="85" w:type="dxa"/>
            </w:tcMar>
            <w:vAlign w:val="center"/>
          </w:tcPr>
          <w:p w14:paraId="09679C2E" w14:textId="77777777" w:rsidR="00673E82" w:rsidRPr="009C650E" w:rsidRDefault="00000000">
            <w:pPr>
              <w:spacing w:after="0" w:line="240" w:lineRule="auto"/>
              <w:jc w:val="center"/>
              <w:rPr>
                <w:noProof/>
                <w:lang w:val="ro-RO"/>
              </w:rPr>
            </w:pPr>
            <w:r w:rsidRPr="009C650E">
              <w:rPr>
                <w:b/>
                <w:noProof/>
                <w:color w:val="FFFFFF"/>
                <w:sz w:val="15"/>
                <w:lang w:val="ro-RO"/>
              </w:rPr>
              <w:t>ELEMENT</w:t>
            </w:r>
          </w:p>
        </w:tc>
        <w:tc>
          <w:tcPr>
            <w:tcW w:w="7370" w:type="dxa"/>
            <w:shd w:val="clear" w:color="auto" w:fill="D71920"/>
            <w:tcMar>
              <w:top w:w="75" w:type="dxa"/>
              <w:left w:w="85" w:type="dxa"/>
              <w:bottom w:w="75" w:type="dxa"/>
              <w:right w:w="85" w:type="dxa"/>
            </w:tcMar>
            <w:vAlign w:val="center"/>
          </w:tcPr>
          <w:p w14:paraId="66DF4635" w14:textId="77777777" w:rsidR="00673E82" w:rsidRPr="009C650E" w:rsidRDefault="00000000">
            <w:pPr>
              <w:spacing w:after="0" w:line="240" w:lineRule="auto"/>
              <w:jc w:val="center"/>
              <w:rPr>
                <w:noProof/>
                <w:lang w:val="ro-RO"/>
              </w:rPr>
            </w:pPr>
            <w:r w:rsidRPr="009C650E">
              <w:rPr>
                <w:b/>
                <w:noProof/>
                <w:color w:val="FFFFFF"/>
                <w:sz w:val="15"/>
                <w:lang w:val="ro-RO"/>
              </w:rPr>
              <w:t>DEFINIȚIE</w:t>
            </w:r>
          </w:p>
        </w:tc>
      </w:tr>
      <w:tr w:rsidR="00673E82" w:rsidRPr="009C650E" w14:paraId="420100D9" w14:textId="77777777">
        <w:trPr>
          <w:cantSplit/>
          <w:jc w:val="center"/>
        </w:trPr>
        <w:tc>
          <w:tcPr>
            <w:tcW w:w="2551" w:type="dxa"/>
            <w:shd w:val="clear" w:color="auto" w:fill="FFFFFF"/>
            <w:tcMar>
              <w:top w:w="75" w:type="dxa"/>
              <w:left w:w="85" w:type="dxa"/>
              <w:bottom w:w="75" w:type="dxa"/>
              <w:right w:w="85" w:type="dxa"/>
            </w:tcMar>
            <w:vAlign w:val="center"/>
          </w:tcPr>
          <w:p w14:paraId="61B5B19C" w14:textId="77777777" w:rsidR="00673E82" w:rsidRPr="009C650E" w:rsidRDefault="00000000">
            <w:pPr>
              <w:spacing w:after="0" w:line="240" w:lineRule="auto"/>
              <w:rPr>
                <w:noProof/>
                <w:lang w:val="ro-RO"/>
              </w:rPr>
            </w:pPr>
            <w:r w:rsidRPr="009C650E">
              <w:rPr>
                <w:noProof/>
                <w:sz w:val="15"/>
                <w:lang w:val="ro-RO"/>
              </w:rPr>
              <w:t>KPI principal</w:t>
            </w:r>
          </w:p>
        </w:tc>
        <w:tc>
          <w:tcPr>
            <w:tcW w:w="7370" w:type="dxa"/>
            <w:shd w:val="clear" w:color="auto" w:fill="FFFFFF"/>
            <w:tcMar>
              <w:top w:w="75" w:type="dxa"/>
              <w:left w:w="85" w:type="dxa"/>
              <w:bottom w:w="75" w:type="dxa"/>
              <w:right w:w="85" w:type="dxa"/>
            </w:tcMar>
            <w:vAlign w:val="center"/>
          </w:tcPr>
          <w:p w14:paraId="126B8604" w14:textId="77777777" w:rsidR="00673E82" w:rsidRPr="009C650E" w:rsidRDefault="00000000">
            <w:pPr>
              <w:spacing w:after="0" w:line="240" w:lineRule="auto"/>
              <w:rPr>
                <w:noProof/>
                <w:lang w:val="ro-RO"/>
              </w:rPr>
            </w:pPr>
            <w:r w:rsidRPr="009C650E">
              <w:rPr>
                <w:noProof/>
                <w:sz w:val="15"/>
                <w:lang w:val="ro-RO"/>
              </w:rPr>
              <w:t>Numărul vulnerabilităților critice internet-facing remediate în maximum 7 zile / numărul total eligibil x 100.</w:t>
            </w:r>
          </w:p>
        </w:tc>
      </w:tr>
      <w:tr w:rsidR="00673E82" w:rsidRPr="009C650E" w14:paraId="62F2D244" w14:textId="77777777">
        <w:trPr>
          <w:cantSplit/>
          <w:jc w:val="center"/>
        </w:trPr>
        <w:tc>
          <w:tcPr>
            <w:tcW w:w="2551" w:type="dxa"/>
            <w:shd w:val="clear" w:color="auto" w:fill="FAFAFA"/>
            <w:tcMar>
              <w:top w:w="75" w:type="dxa"/>
              <w:left w:w="85" w:type="dxa"/>
              <w:bottom w:w="75" w:type="dxa"/>
              <w:right w:w="85" w:type="dxa"/>
            </w:tcMar>
            <w:vAlign w:val="center"/>
          </w:tcPr>
          <w:p w14:paraId="3B8A63EB" w14:textId="77777777" w:rsidR="00673E82" w:rsidRPr="009C650E" w:rsidRDefault="00000000">
            <w:pPr>
              <w:spacing w:after="0" w:line="240" w:lineRule="auto"/>
              <w:rPr>
                <w:noProof/>
                <w:lang w:val="ro-RO"/>
              </w:rPr>
            </w:pPr>
            <w:r w:rsidRPr="009C650E">
              <w:rPr>
                <w:noProof/>
                <w:sz w:val="15"/>
                <w:lang w:val="ro-RO"/>
              </w:rPr>
              <w:t>Bază</w:t>
            </w:r>
          </w:p>
        </w:tc>
        <w:tc>
          <w:tcPr>
            <w:tcW w:w="7370" w:type="dxa"/>
            <w:shd w:val="clear" w:color="auto" w:fill="FAFAFA"/>
            <w:tcMar>
              <w:top w:w="75" w:type="dxa"/>
              <w:left w:w="85" w:type="dxa"/>
              <w:bottom w:w="75" w:type="dxa"/>
              <w:right w:w="85" w:type="dxa"/>
            </w:tcMar>
            <w:vAlign w:val="center"/>
          </w:tcPr>
          <w:p w14:paraId="4727F51A" w14:textId="77777777" w:rsidR="00673E82" w:rsidRPr="009C650E" w:rsidRDefault="00000000">
            <w:pPr>
              <w:spacing w:after="0" w:line="240" w:lineRule="auto"/>
              <w:rPr>
                <w:noProof/>
                <w:lang w:val="ro-RO"/>
              </w:rPr>
            </w:pPr>
            <w:r w:rsidRPr="009C650E">
              <w:rPr>
                <w:noProof/>
                <w:sz w:val="15"/>
                <w:lang w:val="ro-RO"/>
              </w:rPr>
              <w:t>61% în 2026; inventar reconciliat între CMDB, scanare externă și proprietarii serviciilor.</w:t>
            </w:r>
          </w:p>
        </w:tc>
      </w:tr>
      <w:tr w:rsidR="00673E82" w:rsidRPr="009C650E" w14:paraId="6ADA35B0" w14:textId="77777777">
        <w:trPr>
          <w:cantSplit/>
          <w:jc w:val="center"/>
        </w:trPr>
        <w:tc>
          <w:tcPr>
            <w:tcW w:w="2551" w:type="dxa"/>
            <w:shd w:val="clear" w:color="auto" w:fill="FFFFFF"/>
            <w:tcMar>
              <w:top w:w="75" w:type="dxa"/>
              <w:left w:w="85" w:type="dxa"/>
              <w:bottom w:w="75" w:type="dxa"/>
              <w:right w:w="85" w:type="dxa"/>
            </w:tcMar>
            <w:vAlign w:val="center"/>
          </w:tcPr>
          <w:p w14:paraId="18796328" w14:textId="77777777" w:rsidR="00673E82" w:rsidRPr="009C650E" w:rsidRDefault="00000000">
            <w:pPr>
              <w:spacing w:after="0" w:line="240" w:lineRule="auto"/>
              <w:rPr>
                <w:noProof/>
                <w:lang w:val="ro-RO"/>
              </w:rPr>
            </w:pPr>
            <w:r w:rsidRPr="009C650E">
              <w:rPr>
                <w:noProof/>
                <w:sz w:val="15"/>
                <w:lang w:val="ro-RO"/>
              </w:rPr>
              <w:t>Țintă</w:t>
            </w:r>
          </w:p>
        </w:tc>
        <w:tc>
          <w:tcPr>
            <w:tcW w:w="7370" w:type="dxa"/>
            <w:shd w:val="clear" w:color="auto" w:fill="FFFFFF"/>
            <w:tcMar>
              <w:top w:w="75" w:type="dxa"/>
              <w:left w:w="85" w:type="dxa"/>
              <w:bottom w:w="75" w:type="dxa"/>
              <w:right w:w="85" w:type="dxa"/>
            </w:tcMar>
            <w:vAlign w:val="center"/>
          </w:tcPr>
          <w:p w14:paraId="03DDB0F4" w14:textId="77777777" w:rsidR="00673E82" w:rsidRPr="009C650E" w:rsidRDefault="00000000">
            <w:pPr>
              <w:spacing w:after="0" w:line="240" w:lineRule="auto"/>
              <w:rPr>
                <w:noProof/>
                <w:lang w:val="ro-RO"/>
              </w:rPr>
            </w:pPr>
            <w:r w:rsidRPr="009C650E">
              <w:rPr>
                <w:noProof/>
                <w:sz w:val="15"/>
                <w:lang w:val="ro-RO"/>
              </w:rPr>
              <w:t>Minimum 95% lunar în T4 2027; zero vulnerabilități critice exploatate activ peste 72 ore fără decizie executivă și compensare.</w:t>
            </w:r>
          </w:p>
        </w:tc>
      </w:tr>
      <w:tr w:rsidR="00673E82" w:rsidRPr="009C650E" w14:paraId="07272452" w14:textId="77777777">
        <w:trPr>
          <w:cantSplit/>
          <w:jc w:val="center"/>
        </w:trPr>
        <w:tc>
          <w:tcPr>
            <w:tcW w:w="2551" w:type="dxa"/>
            <w:shd w:val="clear" w:color="auto" w:fill="FAFAFA"/>
            <w:tcMar>
              <w:top w:w="75" w:type="dxa"/>
              <w:left w:w="85" w:type="dxa"/>
              <w:bottom w:w="75" w:type="dxa"/>
              <w:right w:w="85" w:type="dxa"/>
            </w:tcMar>
            <w:vAlign w:val="center"/>
          </w:tcPr>
          <w:p w14:paraId="504A91DB" w14:textId="77777777" w:rsidR="00673E82" w:rsidRPr="009C650E" w:rsidRDefault="00000000">
            <w:pPr>
              <w:spacing w:after="0" w:line="240" w:lineRule="auto"/>
              <w:rPr>
                <w:noProof/>
                <w:lang w:val="ro-RO"/>
              </w:rPr>
            </w:pPr>
            <w:r w:rsidRPr="009C650E">
              <w:rPr>
                <w:noProof/>
                <w:sz w:val="15"/>
                <w:lang w:val="ro-RO"/>
              </w:rPr>
              <w:t>Indicatori de control</w:t>
            </w:r>
          </w:p>
        </w:tc>
        <w:tc>
          <w:tcPr>
            <w:tcW w:w="7370" w:type="dxa"/>
            <w:shd w:val="clear" w:color="auto" w:fill="FAFAFA"/>
            <w:tcMar>
              <w:top w:w="75" w:type="dxa"/>
              <w:left w:w="85" w:type="dxa"/>
              <w:bottom w:w="75" w:type="dxa"/>
              <w:right w:w="85" w:type="dxa"/>
            </w:tcMar>
            <w:vAlign w:val="center"/>
          </w:tcPr>
          <w:p w14:paraId="57CA4E35" w14:textId="77777777" w:rsidR="00673E82" w:rsidRPr="009C650E" w:rsidRDefault="00000000">
            <w:pPr>
              <w:spacing w:after="0" w:line="240" w:lineRule="auto"/>
              <w:rPr>
                <w:noProof/>
                <w:lang w:val="ro-RO"/>
              </w:rPr>
            </w:pPr>
            <w:r w:rsidRPr="009C650E">
              <w:rPr>
                <w:noProof/>
                <w:sz w:val="15"/>
                <w:lang w:val="ro-RO"/>
              </w:rPr>
              <w:t>Acoperire scanare; timp de atribuire proprietar; patch testat; controale compensatorii; recertificarea excepțiilor.</w:t>
            </w:r>
          </w:p>
        </w:tc>
      </w:tr>
      <w:tr w:rsidR="00673E82" w:rsidRPr="009C650E" w14:paraId="006519CB" w14:textId="77777777">
        <w:trPr>
          <w:cantSplit/>
          <w:jc w:val="center"/>
        </w:trPr>
        <w:tc>
          <w:tcPr>
            <w:tcW w:w="2551" w:type="dxa"/>
            <w:shd w:val="clear" w:color="auto" w:fill="FFFFFF"/>
            <w:tcMar>
              <w:top w:w="75" w:type="dxa"/>
              <w:left w:w="85" w:type="dxa"/>
              <w:bottom w:w="75" w:type="dxa"/>
              <w:right w:w="85" w:type="dxa"/>
            </w:tcMar>
            <w:vAlign w:val="center"/>
          </w:tcPr>
          <w:p w14:paraId="03A901D5" w14:textId="77777777" w:rsidR="00673E82" w:rsidRPr="009C650E" w:rsidRDefault="00000000">
            <w:pPr>
              <w:spacing w:after="0" w:line="240" w:lineRule="auto"/>
              <w:rPr>
                <w:noProof/>
                <w:lang w:val="ro-RO"/>
              </w:rPr>
            </w:pPr>
            <w:r w:rsidRPr="009C650E">
              <w:rPr>
                <w:noProof/>
                <w:sz w:val="15"/>
                <w:lang w:val="ro-RO"/>
              </w:rPr>
              <w:t>Indicatori de rezultat</w:t>
            </w:r>
          </w:p>
        </w:tc>
        <w:tc>
          <w:tcPr>
            <w:tcW w:w="7370" w:type="dxa"/>
            <w:shd w:val="clear" w:color="auto" w:fill="FFFFFF"/>
            <w:tcMar>
              <w:top w:w="75" w:type="dxa"/>
              <w:left w:w="85" w:type="dxa"/>
              <w:bottom w:w="75" w:type="dxa"/>
              <w:right w:w="85" w:type="dxa"/>
            </w:tcMar>
            <w:vAlign w:val="center"/>
          </w:tcPr>
          <w:p w14:paraId="05B80A05" w14:textId="77777777" w:rsidR="00673E82" w:rsidRPr="009C650E" w:rsidRDefault="00000000">
            <w:pPr>
              <w:spacing w:after="0" w:line="240" w:lineRule="auto"/>
              <w:rPr>
                <w:noProof/>
                <w:lang w:val="ro-RO"/>
              </w:rPr>
            </w:pPr>
            <w:r w:rsidRPr="009C650E">
              <w:rPr>
                <w:noProof/>
                <w:sz w:val="15"/>
                <w:lang w:val="ro-RO"/>
              </w:rPr>
              <w:t>Vârsta mediană și maximă; număr active expuse; exploatări observate; incidente și risc rezidual.</w:t>
            </w:r>
          </w:p>
        </w:tc>
      </w:tr>
      <w:tr w:rsidR="00673E82" w:rsidRPr="009C650E" w14:paraId="277D189E" w14:textId="77777777">
        <w:trPr>
          <w:cantSplit/>
          <w:jc w:val="center"/>
        </w:trPr>
        <w:tc>
          <w:tcPr>
            <w:tcW w:w="2551" w:type="dxa"/>
            <w:shd w:val="clear" w:color="auto" w:fill="FAFAFA"/>
            <w:tcMar>
              <w:top w:w="75" w:type="dxa"/>
              <w:left w:w="85" w:type="dxa"/>
              <w:bottom w:w="75" w:type="dxa"/>
              <w:right w:w="85" w:type="dxa"/>
            </w:tcMar>
            <w:vAlign w:val="center"/>
          </w:tcPr>
          <w:p w14:paraId="419B2829" w14:textId="77777777" w:rsidR="00673E82" w:rsidRPr="009C650E" w:rsidRDefault="00000000">
            <w:pPr>
              <w:spacing w:after="0" w:line="240" w:lineRule="auto"/>
              <w:rPr>
                <w:noProof/>
                <w:lang w:val="ro-RO"/>
              </w:rPr>
            </w:pPr>
            <w:r w:rsidRPr="009C650E">
              <w:rPr>
                <w:noProof/>
                <w:sz w:val="15"/>
                <w:lang w:val="ro-RO"/>
              </w:rPr>
              <w:t>Reguli date</w:t>
            </w:r>
          </w:p>
        </w:tc>
        <w:tc>
          <w:tcPr>
            <w:tcW w:w="7370" w:type="dxa"/>
            <w:shd w:val="clear" w:color="auto" w:fill="FAFAFA"/>
            <w:tcMar>
              <w:top w:w="75" w:type="dxa"/>
              <w:left w:w="85" w:type="dxa"/>
              <w:bottom w:w="75" w:type="dxa"/>
              <w:right w:w="85" w:type="dxa"/>
            </w:tcMar>
            <w:vAlign w:val="center"/>
          </w:tcPr>
          <w:p w14:paraId="78607533" w14:textId="77777777" w:rsidR="00673E82" w:rsidRPr="009C650E" w:rsidRDefault="00000000">
            <w:pPr>
              <w:spacing w:after="0" w:line="240" w:lineRule="auto"/>
              <w:rPr>
                <w:noProof/>
                <w:lang w:val="ro-RO"/>
              </w:rPr>
            </w:pPr>
            <w:r w:rsidRPr="009C650E">
              <w:rPr>
                <w:noProof/>
                <w:sz w:val="15"/>
                <w:lang w:val="ro-RO"/>
              </w:rPr>
              <w:t>Termenul pornește la detectare validată sau notificare credibilă, oricare survine prima; activele descoperite târziu se raportează separat, nu se exclud.</w:t>
            </w:r>
          </w:p>
        </w:tc>
      </w:tr>
      <w:tr w:rsidR="00673E82" w:rsidRPr="009C650E" w14:paraId="7D0F3CC4" w14:textId="77777777">
        <w:trPr>
          <w:cantSplit/>
          <w:jc w:val="center"/>
        </w:trPr>
        <w:tc>
          <w:tcPr>
            <w:tcW w:w="2551" w:type="dxa"/>
            <w:shd w:val="clear" w:color="auto" w:fill="FFFFFF"/>
            <w:tcMar>
              <w:top w:w="75" w:type="dxa"/>
              <w:left w:w="85" w:type="dxa"/>
              <w:bottom w:w="75" w:type="dxa"/>
              <w:right w:w="85" w:type="dxa"/>
            </w:tcMar>
            <w:vAlign w:val="center"/>
          </w:tcPr>
          <w:p w14:paraId="05263F3E" w14:textId="77777777" w:rsidR="00673E82" w:rsidRPr="009C650E" w:rsidRDefault="00000000">
            <w:pPr>
              <w:spacing w:after="0" w:line="240" w:lineRule="auto"/>
              <w:rPr>
                <w:noProof/>
                <w:lang w:val="ro-RO"/>
              </w:rPr>
            </w:pPr>
            <w:r w:rsidRPr="009C650E">
              <w:rPr>
                <w:noProof/>
                <w:sz w:val="15"/>
                <w:lang w:val="ro-RO"/>
              </w:rPr>
              <w:t>Verificare</w:t>
            </w:r>
          </w:p>
        </w:tc>
        <w:tc>
          <w:tcPr>
            <w:tcW w:w="7370" w:type="dxa"/>
            <w:shd w:val="clear" w:color="auto" w:fill="FFFFFF"/>
            <w:tcMar>
              <w:top w:w="75" w:type="dxa"/>
              <w:left w:w="85" w:type="dxa"/>
              <w:bottom w:w="75" w:type="dxa"/>
              <w:right w:w="85" w:type="dxa"/>
            </w:tcMar>
            <w:vAlign w:val="center"/>
          </w:tcPr>
          <w:p w14:paraId="2754D8D5" w14:textId="77777777" w:rsidR="00673E82" w:rsidRPr="009C650E" w:rsidRDefault="00000000">
            <w:pPr>
              <w:spacing w:after="0" w:line="240" w:lineRule="auto"/>
              <w:rPr>
                <w:noProof/>
                <w:lang w:val="ro-RO"/>
              </w:rPr>
            </w:pPr>
            <w:r w:rsidRPr="009C650E">
              <w:rPr>
                <w:noProof/>
                <w:sz w:val="15"/>
                <w:lang w:val="ro-RO"/>
              </w:rPr>
              <w:t>Rescanare independentă și testarea măsurilor compensatorii; eșantion de închideri verificat de funcția de asigurare.</w:t>
            </w:r>
          </w:p>
        </w:tc>
      </w:tr>
    </w:tbl>
    <w:p w14:paraId="4C9B1FCB" w14:textId="77777777" w:rsidR="00673E82" w:rsidRPr="009C650E" w:rsidRDefault="00673E82">
      <w:pPr>
        <w:spacing w:after="20"/>
        <w:rPr>
          <w:noProof/>
          <w:lang w:val="ro-RO"/>
        </w:rPr>
      </w:pPr>
    </w:p>
    <w:p w14:paraId="761F7A7F" w14:textId="77777777" w:rsidR="00673E82" w:rsidRPr="009C650E" w:rsidRDefault="00000000">
      <w:pPr>
        <w:rPr>
          <w:noProof/>
          <w:lang w:val="ro-RO"/>
        </w:rPr>
      </w:pPr>
      <w:r w:rsidRPr="009C650E">
        <w:rPr>
          <w:noProof/>
          <w:lang w:val="ro-RO"/>
        </w:rPr>
        <w:br w:type="page"/>
      </w:r>
    </w:p>
    <w:p w14:paraId="30AB4C7B" w14:textId="77777777" w:rsidR="00673E82" w:rsidRPr="009C650E" w:rsidRDefault="00000000">
      <w:pPr>
        <w:pStyle w:val="Heading2"/>
        <w:rPr>
          <w:noProof/>
          <w:lang w:val="ro-RO"/>
        </w:rPr>
      </w:pPr>
      <w:r w:rsidRPr="009C650E">
        <w:rPr>
          <w:noProof/>
          <w:lang w:val="ro-RO"/>
        </w:rPr>
        <w:lastRenderedPageBreak/>
        <w:t>C. Plan de acțiuni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4082"/>
        <w:gridCol w:w="1474"/>
        <w:gridCol w:w="1247"/>
        <w:gridCol w:w="2608"/>
      </w:tblGrid>
      <w:tr w:rsidR="00673E82" w:rsidRPr="009C650E" w14:paraId="763C9DDE" w14:textId="77777777">
        <w:trPr>
          <w:tblHeader/>
          <w:jc w:val="center"/>
        </w:trPr>
        <w:tc>
          <w:tcPr>
            <w:tcW w:w="510" w:type="dxa"/>
            <w:shd w:val="clear" w:color="auto" w:fill="D71920"/>
            <w:tcMar>
              <w:top w:w="75" w:type="dxa"/>
              <w:left w:w="85" w:type="dxa"/>
              <w:bottom w:w="75" w:type="dxa"/>
              <w:right w:w="85" w:type="dxa"/>
            </w:tcMar>
            <w:vAlign w:val="center"/>
          </w:tcPr>
          <w:p w14:paraId="36A1C55A" w14:textId="77777777" w:rsidR="00673E82" w:rsidRPr="009C650E" w:rsidRDefault="00000000">
            <w:pPr>
              <w:spacing w:after="0" w:line="240" w:lineRule="auto"/>
              <w:jc w:val="center"/>
              <w:rPr>
                <w:noProof/>
                <w:lang w:val="ro-RO"/>
              </w:rPr>
            </w:pPr>
            <w:r w:rsidRPr="009C650E">
              <w:rPr>
                <w:b/>
                <w:noProof/>
                <w:color w:val="FFFFFF"/>
                <w:sz w:val="14"/>
                <w:lang w:val="ro-RO"/>
              </w:rPr>
              <w:t>#</w:t>
            </w:r>
          </w:p>
        </w:tc>
        <w:tc>
          <w:tcPr>
            <w:tcW w:w="4082" w:type="dxa"/>
            <w:shd w:val="clear" w:color="auto" w:fill="D71920"/>
            <w:tcMar>
              <w:top w:w="75" w:type="dxa"/>
              <w:left w:w="85" w:type="dxa"/>
              <w:bottom w:w="75" w:type="dxa"/>
              <w:right w:w="85" w:type="dxa"/>
            </w:tcMar>
            <w:vAlign w:val="center"/>
          </w:tcPr>
          <w:p w14:paraId="771CF026" w14:textId="77777777" w:rsidR="00673E82" w:rsidRPr="009C650E" w:rsidRDefault="00000000">
            <w:pPr>
              <w:spacing w:after="0" w:line="240" w:lineRule="auto"/>
              <w:jc w:val="center"/>
              <w:rPr>
                <w:noProof/>
                <w:lang w:val="ro-RO"/>
              </w:rPr>
            </w:pPr>
            <w:r w:rsidRPr="009C650E">
              <w:rPr>
                <w:b/>
                <w:noProof/>
                <w:color w:val="FFFFFF"/>
                <w:sz w:val="14"/>
                <w:lang w:val="ro-RO"/>
              </w:rPr>
              <w:t>ACȚIUNE</w:t>
            </w:r>
          </w:p>
        </w:tc>
        <w:tc>
          <w:tcPr>
            <w:tcW w:w="1474" w:type="dxa"/>
            <w:shd w:val="clear" w:color="auto" w:fill="D71920"/>
            <w:tcMar>
              <w:top w:w="75" w:type="dxa"/>
              <w:left w:w="85" w:type="dxa"/>
              <w:bottom w:w="75" w:type="dxa"/>
              <w:right w:w="85" w:type="dxa"/>
            </w:tcMar>
            <w:vAlign w:val="center"/>
          </w:tcPr>
          <w:p w14:paraId="2C35D592" w14:textId="77777777" w:rsidR="00673E82" w:rsidRPr="009C650E" w:rsidRDefault="00000000">
            <w:pPr>
              <w:spacing w:after="0" w:line="240" w:lineRule="auto"/>
              <w:jc w:val="center"/>
              <w:rPr>
                <w:noProof/>
                <w:lang w:val="ro-RO"/>
              </w:rPr>
            </w:pPr>
            <w:r w:rsidRPr="009C650E">
              <w:rPr>
                <w:b/>
                <w:noProof/>
                <w:color w:val="FFFFFF"/>
                <w:sz w:val="14"/>
                <w:lang w:val="ro-RO"/>
              </w:rPr>
              <w:t>RESP.</w:t>
            </w:r>
          </w:p>
        </w:tc>
        <w:tc>
          <w:tcPr>
            <w:tcW w:w="1247" w:type="dxa"/>
            <w:shd w:val="clear" w:color="auto" w:fill="D71920"/>
            <w:tcMar>
              <w:top w:w="75" w:type="dxa"/>
              <w:left w:w="85" w:type="dxa"/>
              <w:bottom w:w="75" w:type="dxa"/>
              <w:right w:w="85" w:type="dxa"/>
            </w:tcMar>
            <w:vAlign w:val="center"/>
          </w:tcPr>
          <w:p w14:paraId="284F0DF1" w14:textId="77777777" w:rsidR="00673E82" w:rsidRPr="009C650E" w:rsidRDefault="00000000">
            <w:pPr>
              <w:spacing w:after="0" w:line="240" w:lineRule="auto"/>
              <w:jc w:val="center"/>
              <w:rPr>
                <w:noProof/>
                <w:lang w:val="ro-RO"/>
              </w:rPr>
            </w:pPr>
            <w:r w:rsidRPr="009C650E">
              <w:rPr>
                <w:b/>
                <w:noProof/>
                <w:color w:val="FFFFFF"/>
                <w:sz w:val="14"/>
                <w:lang w:val="ro-RO"/>
              </w:rPr>
              <w:t>TERMEN</w:t>
            </w:r>
          </w:p>
        </w:tc>
        <w:tc>
          <w:tcPr>
            <w:tcW w:w="2608" w:type="dxa"/>
            <w:shd w:val="clear" w:color="auto" w:fill="D71920"/>
            <w:tcMar>
              <w:top w:w="75" w:type="dxa"/>
              <w:left w:w="85" w:type="dxa"/>
              <w:bottom w:w="75" w:type="dxa"/>
              <w:right w:w="85" w:type="dxa"/>
            </w:tcMar>
            <w:vAlign w:val="center"/>
          </w:tcPr>
          <w:p w14:paraId="7BD6B076" w14:textId="77777777" w:rsidR="00673E82" w:rsidRPr="009C650E" w:rsidRDefault="00000000">
            <w:pPr>
              <w:spacing w:after="0" w:line="240" w:lineRule="auto"/>
              <w:jc w:val="center"/>
              <w:rPr>
                <w:noProof/>
                <w:lang w:val="ro-RO"/>
              </w:rPr>
            </w:pPr>
            <w:r w:rsidRPr="009C650E">
              <w:rPr>
                <w:b/>
                <w:noProof/>
                <w:color w:val="FFFFFF"/>
                <w:sz w:val="14"/>
                <w:lang w:val="ro-RO"/>
              </w:rPr>
              <w:t>DOVADĂ / CRITERIU</w:t>
            </w:r>
          </w:p>
        </w:tc>
      </w:tr>
      <w:tr w:rsidR="00673E82" w:rsidRPr="009C650E" w14:paraId="131248D0" w14:textId="77777777">
        <w:trPr>
          <w:cantSplit/>
          <w:jc w:val="center"/>
        </w:trPr>
        <w:tc>
          <w:tcPr>
            <w:tcW w:w="510" w:type="dxa"/>
            <w:shd w:val="clear" w:color="auto" w:fill="FFFFFF"/>
            <w:tcMar>
              <w:top w:w="75" w:type="dxa"/>
              <w:left w:w="85" w:type="dxa"/>
              <w:bottom w:w="75" w:type="dxa"/>
              <w:right w:w="85" w:type="dxa"/>
            </w:tcMar>
            <w:vAlign w:val="center"/>
          </w:tcPr>
          <w:p w14:paraId="0E81495C" w14:textId="77777777" w:rsidR="00673E82" w:rsidRPr="009C650E" w:rsidRDefault="00000000">
            <w:pPr>
              <w:spacing w:after="0" w:line="240" w:lineRule="auto"/>
              <w:jc w:val="center"/>
              <w:rPr>
                <w:noProof/>
                <w:lang w:val="ro-RO"/>
              </w:rPr>
            </w:pPr>
            <w:r w:rsidRPr="009C650E">
              <w:rPr>
                <w:noProof/>
                <w:sz w:val="14"/>
                <w:lang w:val="ro-RO"/>
              </w:rPr>
              <w:t>1</w:t>
            </w:r>
          </w:p>
        </w:tc>
        <w:tc>
          <w:tcPr>
            <w:tcW w:w="4082" w:type="dxa"/>
            <w:shd w:val="clear" w:color="auto" w:fill="FFFFFF"/>
            <w:tcMar>
              <w:top w:w="75" w:type="dxa"/>
              <w:left w:w="85" w:type="dxa"/>
              <w:bottom w:w="75" w:type="dxa"/>
              <w:right w:w="85" w:type="dxa"/>
            </w:tcMar>
            <w:vAlign w:val="center"/>
          </w:tcPr>
          <w:p w14:paraId="10E7FDB4" w14:textId="77777777" w:rsidR="00673E82" w:rsidRPr="009C650E" w:rsidRDefault="00000000">
            <w:pPr>
              <w:spacing w:after="0" w:line="240" w:lineRule="auto"/>
              <w:rPr>
                <w:noProof/>
                <w:lang w:val="ro-RO"/>
              </w:rPr>
            </w:pPr>
            <w:r w:rsidRPr="009C650E">
              <w:rPr>
                <w:noProof/>
                <w:sz w:val="14"/>
                <w:lang w:val="ro-RO"/>
              </w:rPr>
              <w:t>Reconcilierea inventarului activelor expuse și atribuirea proprietarilor.</w:t>
            </w:r>
          </w:p>
        </w:tc>
        <w:tc>
          <w:tcPr>
            <w:tcW w:w="1474" w:type="dxa"/>
            <w:shd w:val="clear" w:color="auto" w:fill="FFFFFF"/>
            <w:tcMar>
              <w:top w:w="75" w:type="dxa"/>
              <w:left w:w="85" w:type="dxa"/>
              <w:bottom w:w="75" w:type="dxa"/>
              <w:right w:w="85" w:type="dxa"/>
            </w:tcMar>
            <w:vAlign w:val="center"/>
          </w:tcPr>
          <w:p w14:paraId="2EFCAD78" w14:textId="77777777" w:rsidR="00673E82" w:rsidRPr="009C650E" w:rsidRDefault="00000000">
            <w:pPr>
              <w:spacing w:after="0" w:line="240" w:lineRule="auto"/>
              <w:rPr>
                <w:noProof/>
                <w:lang w:val="ro-RO"/>
              </w:rPr>
            </w:pPr>
            <w:r w:rsidRPr="009C650E">
              <w:rPr>
                <w:noProof/>
                <w:sz w:val="14"/>
                <w:lang w:val="ro-RO"/>
              </w:rPr>
              <w:t>IT + securitate</w:t>
            </w:r>
          </w:p>
        </w:tc>
        <w:tc>
          <w:tcPr>
            <w:tcW w:w="1247" w:type="dxa"/>
            <w:shd w:val="clear" w:color="auto" w:fill="FFFFFF"/>
            <w:tcMar>
              <w:top w:w="75" w:type="dxa"/>
              <w:left w:w="85" w:type="dxa"/>
              <w:bottom w:w="75" w:type="dxa"/>
              <w:right w:w="85" w:type="dxa"/>
            </w:tcMar>
            <w:vAlign w:val="center"/>
          </w:tcPr>
          <w:p w14:paraId="2E97AE96" w14:textId="77777777" w:rsidR="00673E82" w:rsidRPr="009C650E" w:rsidRDefault="00000000">
            <w:pPr>
              <w:spacing w:after="0" w:line="240" w:lineRule="auto"/>
              <w:rPr>
                <w:noProof/>
                <w:lang w:val="ro-RO"/>
              </w:rPr>
            </w:pPr>
            <w:r w:rsidRPr="009C650E">
              <w:rPr>
                <w:noProof/>
                <w:sz w:val="14"/>
                <w:lang w:val="ro-RO"/>
              </w:rPr>
              <w:t>15.02.2027</w:t>
            </w:r>
          </w:p>
        </w:tc>
        <w:tc>
          <w:tcPr>
            <w:tcW w:w="2608" w:type="dxa"/>
            <w:shd w:val="clear" w:color="auto" w:fill="FFFFFF"/>
            <w:tcMar>
              <w:top w:w="75" w:type="dxa"/>
              <w:left w:w="85" w:type="dxa"/>
              <w:bottom w:w="75" w:type="dxa"/>
              <w:right w:w="85" w:type="dxa"/>
            </w:tcMar>
            <w:vAlign w:val="center"/>
          </w:tcPr>
          <w:p w14:paraId="0C1169BE" w14:textId="77777777" w:rsidR="00673E82" w:rsidRPr="009C650E" w:rsidRDefault="00000000">
            <w:pPr>
              <w:spacing w:after="0" w:line="240" w:lineRule="auto"/>
              <w:rPr>
                <w:noProof/>
                <w:lang w:val="ro-RO"/>
              </w:rPr>
            </w:pPr>
            <w:r w:rsidRPr="009C650E">
              <w:rPr>
                <w:noProof/>
                <w:sz w:val="14"/>
                <w:lang w:val="ro-RO"/>
              </w:rPr>
              <w:t>Inventar validat și diferențe rezolvate.</w:t>
            </w:r>
          </w:p>
        </w:tc>
      </w:tr>
      <w:tr w:rsidR="00673E82" w:rsidRPr="009C650E" w14:paraId="7CEDEBD4" w14:textId="77777777">
        <w:trPr>
          <w:cantSplit/>
          <w:jc w:val="center"/>
        </w:trPr>
        <w:tc>
          <w:tcPr>
            <w:tcW w:w="510" w:type="dxa"/>
            <w:shd w:val="clear" w:color="auto" w:fill="FAFAFA"/>
            <w:tcMar>
              <w:top w:w="75" w:type="dxa"/>
              <w:left w:w="85" w:type="dxa"/>
              <w:bottom w:w="75" w:type="dxa"/>
              <w:right w:w="85" w:type="dxa"/>
            </w:tcMar>
            <w:vAlign w:val="center"/>
          </w:tcPr>
          <w:p w14:paraId="3F7FFC2D" w14:textId="77777777" w:rsidR="00673E82" w:rsidRPr="009C650E" w:rsidRDefault="00000000">
            <w:pPr>
              <w:spacing w:after="0" w:line="240" w:lineRule="auto"/>
              <w:jc w:val="center"/>
              <w:rPr>
                <w:noProof/>
                <w:lang w:val="ro-RO"/>
              </w:rPr>
            </w:pPr>
            <w:r w:rsidRPr="009C650E">
              <w:rPr>
                <w:noProof/>
                <w:sz w:val="14"/>
                <w:lang w:val="ro-RO"/>
              </w:rPr>
              <w:t>2</w:t>
            </w:r>
          </w:p>
        </w:tc>
        <w:tc>
          <w:tcPr>
            <w:tcW w:w="4082" w:type="dxa"/>
            <w:shd w:val="clear" w:color="auto" w:fill="FAFAFA"/>
            <w:tcMar>
              <w:top w:w="75" w:type="dxa"/>
              <w:left w:w="85" w:type="dxa"/>
              <w:bottom w:w="75" w:type="dxa"/>
              <w:right w:w="85" w:type="dxa"/>
            </w:tcMar>
            <w:vAlign w:val="center"/>
          </w:tcPr>
          <w:p w14:paraId="2BFA0F0F" w14:textId="77777777" w:rsidR="00673E82" w:rsidRPr="009C650E" w:rsidRDefault="00000000">
            <w:pPr>
              <w:spacing w:after="0" w:line="240" w:lineRule="auto"/>
              <w:rPr>
                <w:noProof/>
                <w:lang w:val="ro-RO"/>
              </w:rPr>
            </w:pPr>
            <w:r w:rsidRPr="009C650E">
              <w:rPr>
                <w:noProof/>
                <w:sz w:val="14"/>
                <w:lang w:val="ro-RO"/>
              </w:rPr>
              <w:t>Definirea SLA, fluxului de escaladare și regulilor de excepție pe risc.</w:t>
            </w:r>
          </w:p>
        </w:tc>
        <w:tc>
          <w:tcPr>
            <w:tcW w:w="1474" w:type="dxa"/>
            <w:shd w:val="clear" w:color="auto" w:fill="FAFAFA"/>
            <w:tcMar>
              <w:top w:w="75" w:type="dxa"/>
              <w:left w:w="85" w:type="dxa"/>
              <w:bottom w:w="75" w:type="dxa"/>
              <w:right w:w="85" w:type="dxa"/>
            </w:tcMar>
            <w:vAlign w:val="center"/>
          </w:tcPr>
          <w:p w14:paraId="33207B95" w14:textId="77777777" w:rsidR="00673E82" w:rsidRPr="009C650E" w:rsidRDefault="00000000">
            <w:pPr>
              <w:spacing w:after="0" w:line="240" w:lineRule="auto"/>
              <w:rPr>
                <w:noProof/>
                <w:lang w:val="ro-RO"/>
              </w:rPr>
            </w:pPr>
            <w:r w:rsidRPr="009C650E">
              <w:rPr>
                <w:noProof/>
                <w:sz w:val="14"/>
                <w:lang w:val="ro-RO"/>
              </w:rPr>
              <w:t>CISO + risc</w:t>
            </w:r>
          </w:p>
        </w:tc>
        <w:tc>
          <w:tcPr>
            <w:tcW w:w="1247" w:type="dxa"/>
            <w:shd w:val="clear" w:color="auto" w:fill="FAFAFA"/>
            <w:tcMar>
              <w:top w:w="75" w:type="dxa"/>
              <w:left w:w="85" w:type="dxa"/>
              <w:bottom w:w="75" w:type="dxa"/>
              <w:right w:w="85" w:type="dxa"/>
            </w:tcMar>
            <w:vAlign w:val="center"/>
          </w:tcPr>
          <w:p w14:paraId="0031C166" w14:textId="77777777" w:rsidR="00673E82" w:rsidRPr="009C650E" w:rsidRDefault="00000000">
            <w:pPr>
              <w:spacing w:after="0" w:line="240" w:lineRule="auto"/>
              <w:rPr>
                <w:noProof/>
                <w:lang w:val="ro-RO"/>
              </w:rPr>
            </w:pPr>
            <w:r w:rsidRPr="009C650E">
              <w:rPr>
                <w:noProof/>
                <w:sz w:val="14"/>
                <w:lang w:val="ro-RO"/>
              </w:rPr>
              <w:t>28.02.2027</w:t>
            </w:r>
          </w:p>
        </w:tc>
        <w:tc>
          <w:tcPr>
            <w:tcW w:w="2608" w:type="dxa"/>
            <w:shd w:val="clear" w:color="auto" w:fill="FAFAFA"/>
            <w:tcMar>
              <w:top w:w="75" w:type="dxa"/>
              <w:left w:w="85" w:type="dxa"/>
              <w:bottom w:w="75" w:type="dxa"/>
              <w:right w:w="85" w:type="dxa"/>
            </w:tcMar>
            <w:vAlign w:val="center"/>
          </w:tcPr>
          <w:p w14:paraId="0FD5175C" w14:textId="77777777" w:rsidR="00673E82" w:rsidRPr="009C650E" w:rsidRDefault="00000000">
            <w:pPr>
              <w:spacing w:after="0" w:line="240" w:lineRule="auto"/>
              <w:rPr>
                <w:noProof/>
                <w:lang w:val="ro-RO"/>
              </w:rPr>
            </w:pPr>
            <w:r w:rsidRPr="009C650E">
              <w:rPr>
                <w:noProof/>
                <w:sz w:val="14"/>
                <w:lang w:val="ro-RO"/>
              </w:rPr>
              <w:t>Procedură și RACI aprobate.</w:t>
            </w:r>
          </w:p>
        </w:tc>
      </w:tr>
      <w:tr w:rsidR="00673E82" w:rsidRPr="009C650E" w14:paraId="37675150" w14:textId="77777777">
        <w:trPr>
          <w:cantSplit/>
          <w:jc w:val="center"/>
        </w:trPr>
        <w:tc>
          <w:tcPr>
            <w:tcW w:w="510" w:type="dxa"/>
            <w:shd w:val="clear" w:color="auto" w:fill="FFFFFF"/>
            <w:tcMar>
              <w:top w:w="75" w:type="dxa"/>
              <w:left w:w="85" w:type="dxa"/>
              <w:bottom w:w="75" w:type="dxa"/>
              <w:right w:w="85" w:type="dxa"/>
            </w:tcMar>
            <w:vAlign w:val="center"/>
          </w:tcPr>
          <w:p w14:paraId="4E7D1031" w14:textId="77777777" w:rsidR="00673E82" w:rsidRPr="009C650E" w:rsidRDefault="00000000">
            <w:pPr>
              <w:spacing w:after="0" w:line="240" w:lineRule="auto"/>
              <w:jc w:val="center"/>
              <w:rPr>
                <w:noProof/>
                <w:lang w:val="ro-RO"/>
              </w:rPr>
            </w:pPr>
            <w:r w:rsidRPr="009C650E">
              <w:rPr>
                <w:noProof/>
                <w:sz w:val="14"/>
                <w:lang w:val="ro-RO"/>
              </w:rPr>
              <w:t>3</w:t>
            </w:r>
          </w:p>
        </w:tc>
        <w:tc>
          <w:tcPr>
            <w:tcW w:w="4082" w:type="dxa"/>
            <w:shd w:val="clear" w:color="auto" w:fill="FFFFFF"/>
            <w:tcMar>
              <w:top w:w="75" w:type="dxa"/>
              <w:left w:w="85" w:type="dxa"/>
              <w:bottom w:w="75" w:type="dxa"/>
              <w:right w:w="85" w:type="dxa"/>
            </w:tcMar>
            <w:vAlign w:val="center"/>
          </w:tcPr>
          <w:p w14:paraId="2EE314AC" w14:textId="77777777" w:rsidR="00673E82" w:rsidRPr="009C650E" w:rsidRDefault="00000000">
            <w:pPr>
              <w:spacing w:after="0" w:line="240" w:lineRule="auto"/>
              <w:rPr>
                <w:noProof/>
                <w:lang w:val="ro-RO"/>
              </w:rPr>
            </w:pPr>
            <w:r w:rsidRPr="009C650E">
              <w:rPr>
                <w:noProof/>
                <w:sz w:val="14"/>
                <w:lang w:val="ro-RO"/>
              </w:rPr>
              <w:t>Automatizarea corelării dintre scanare, ticketing și CMDB.</w:t>
            </w:r>
          </w:p>
        </w:tc>
        <w:tc>
          <w:tcPr>
            <w:tcW w:w="1474" w:type="dxa"/>
            <w:shd w:val="clear" w:color="auto" w:fill="FFFFFF"/>
            <w:tcMar>
              <w:top w:w="75" w:type="dxa"/>
              <w:left w:w="85" w:type="dxa"/>
              <w:bottom w:w="75" w:type="dxa"/>
              <w:right w:w="85" w:type="dxa"/>
            </w:tcMar>
            <w:vAlign w:val="center"/>
          </w:tcPr>
          <w:p w14:paraId="589CE166" w14:textId="77777777" w:rsidR="00673E82" w:rsidRPr="009C650E" w:rsidRDefault="00000000">
            <w:pPr>
              <w:spacing w:after="0" w:line="240" w:lineRule="auto"/>
              <w:rPr>
                <w:noProof/>
                <w:lang w:val="ro-RO"/>
              </w:rPr>
            </w:pPr>
            <w:r w:rsidRPr="009C650E">
              <w:rPr>
                <w:noProof/>
                <w:sz w:val="14"/>
                <w:lang w:val="ro-RO"/>
              </w:rPr>
              <w:t>SecOps</w:t>
            </w:r>
          </w:p>
        </w:tc>
        <w:tc>
          <w:tcPr>
            <w:tcW w:w="1247" w:type="dxa"/>
            <w:shd w:val="clear" w:color="auto" w:fill="FFFFFF"/>
            <w:tcMar>
              <w:top w:w="75" w:type="dxa"/>
              <w:left w:w="85" w:type="dxa"/>
              <w:bottom w:w="75" w:type="dxa"/>
              <w:right w:w="85" w:type="dxa"/>
            </w:tcMar>
            <w:vAlign w:val="center"/>
          </w:tcPr>
          <w:p w14:paraId="157FFADF" w14:textId="77777777" w:rsidR="00673E82" w:rsidRPr="009C650E" w:rsidRDefault="00000000">
            <w:pPr>
              <w:spacing w:after="0" w:line="240" w:lineRule="auto"/>
              <w:rPr>
                <w:noProof/>
                <w:lang w:val="ro-RO"/>
              </w:rPr>
            </w:pPr>
            <w:r w:rsidRPr="009C650E">
              <w:rPr>
                <w:noProof/>
                <w:sz w:val="14"/>
                <w:lang w:val="ro-RO"/>
              </w:rPr>
              <w:t>31.03.2027</w:t>
            </w:r>
          </w:p>
        </w:tc>
        <w:tc>
          <w:tcPr>
            <w:tcW w:w="2608" w:type="dxa"/>
            <w:shd w:val="clear" w:color="auto" w:fill="FFFFFF"/>
            <w:tcMar>
              <w:top w:w="75" w:type="dxa"/>
              <w:left w:w="85" w:type="dxa"/>
              <w:bottom w:w="75" w:type="dxa"/>
              <w:right w:w="85" w:type="dxa"/>
            </w:tcMar>
            <w:vAlign w:val="center"/>
          </w:tcPr>
          <w:p w14:paraId="69C7F74E" w14:textId="77777777" w:rsidR="00673E82" w:rsidRPr="009C650E" w:rsidRDefault="00000000">
            <w:pPr>
              <w:spacing w:after="0" w:line="240" w:lineRule="auto"/>
              <w:rPr>
                <w:noProof/>
                <w:lang w:val="ro-RO"/>
              </w:rPr>
            </w:pPr>
            <w:r w:rsidRPr="009C650E">
              <w:rPr>
                <w:noProof/>
                <w:sz w:val="14"/>
                <w:lang w:val="ro-RO"/>
              </w:rPr>
              <w:t>Trasabilitate cap-coadă și dashboard.</w:t>
            </w:r>
          </w:p>
        </w:tc>
      </w:tr>
      <w:tr w:rsidR="00673E82" w:rsidRPr="009C650E" w14:paraId="2C9FF2AA" w14:textId="77777777">
        <w:trPr>
          <w:cantSplit/>
          <w:jc w:val="center"/>
        </w:trPr>
        <w:tc>
          <w:tcPr>
            <w:tcW w:w="510" w:type="dxa"/>
            <w:shd w:val="clear" w:color="auto" w:fill="FAFAFA"/>
            <w:tcMar>
              <w:top w:w="75" w:type="dxa"/>
              <w:left w:w="85" w:type="dxa"/>
              <w:bottom w:w="75" w:type="dxa"/>
              <w:right w:w="85" w:type="dxa"/>
            </w:tcMar>
            <w:vAlign w:val="center"/>
          </w:tcPr>
          <w:p w14:paraId="11A74C12" w14:textId="77777777" w:rsidR="00673E82" w:rsidRPr="009C650E" w:rsidRDefault="00000000">
            <w:pPr>
              <w:spacing w:after="0" w:line="240" w:lineRule="auto"/>
              <w:jc w:val="center"/>
              <w:rPr>
                <w:noProof/>
                <w:lang w:val="ro-RO"/>
              </w:rPr>
            </w:pPr>
            <w:r w:rsidRPr="009C650E">
              <w:rPr>
                <w:noProof/>
                <w:sz w:val="14"/>
                <w:lang w:val="ro-RO"/>
              </w:rPr>
              <w:t>4</w:t>
            </w:r>
          </w:p>
        </w:tc>
        <w:tc>
          <w:tcPr>
            <w:tcW w:w="4082" w:type="dxa"/>
            <w:shd w:val="clear" w:color="auto" w:fill="FAFAFA"/>
            <w:tcMar>
              <w:top w:w="75" w:type="dxa"/>
              <w:left w:w="85" w:type="dxa"/>
              <w:bottom w:w="75" w:type="dxa"/>
              <w:right w:w="85" w:type="dxa"/>
            </w:tcMar>
            <w:vAlign w:val="center"/>
          </w:tcPr>
          <w:p w14:paraId="5A1E187E" w14:textId="77777777" w:rsidR="00673E82" w:rsidRPr="009C650E" w:rsidRDefault="00000000">
            <w:pPr>
              <w:spacing w:after="0" w:line="240" w:lineRule="auto"/>
              <w:rPr>
                <w:noProof/>
                <w:lang w:val="ro-RO"/>
              </w:rPr>
            </w:pPr>
            <w:r w:rsidRPr="009C650E">
              <w:rPr>
                <w:noProof/>
                <w:sz w:val="14"/>
                <w:lang w:val="ro-RO"/>
              </w:rPr>
              <w:t>Crearea ferestrelor rapide de testare și implementare pentru active critice.</w:t>
            </w:r>
          </w:p>
        </w:tc>
        <w:tc>
          <w:tcPr>
            <w:tcW w:w="1474" w:type="dxa"/>
            <w:shd w:val="clear" w:color="auto" w:fill="FAFAFA"/>
            <w:tcMar>
              <w:top w:w="75" w:type="dxa"/>
              <w:left w:w="85" w:type="dxa"/>
              <w:bottom w:w="75" w:type="dxa"/>
              <w:right w:w="85" w:type="dxa"/>
            </w:tcMar>
            <w:vAlign w:val="center"/>
          </w:tcPr>
          <w:p w14:paraId="4F9E7E54" w14:textId="77777777" w:rsidR="00673E82" w:rsidRPr="009C650E" w:rsidRDefault="00000000">
            <w:pPr>
              <w:spacing w:after="0" w:line="240" w:lineRule="auto"/>
              <w:rPr>
                <w:noProof/>
                <w:lang w:val="ro-RO"/>
              </w:rPr>
            </w:pPr>
            <w:r w:rsidRPr="009C650E">
              <w:rPr>
                <w:noProof/>
                <w:sz w:val="14"/>
                <w:lang w:val="ro-RO"/>
              </w:rPr>
              <w:t>Operațiuni IT</w:t>
            </w:r>
          </w:p>
        </w:tc>
        <w:tc>
          <w:tcPr>
            <w:tcW w:w="1247" w:type="dxa"/>
            <w:shd w:val="clear" w:color="auto" w:fill="FAFAFA"/>
            <w:tcMar>
              <w:top w:w="75" w:type="dxa"/>
              <w:left w:w="85" w:type="dxa"/>
              <w:bottom w:w="75" w:type="dxa"/>
              <w:right w:w="85" w:type="dxa"/>
            </w:tcMar>
            <w:vAlign w:val="center"/>
          </w:tcPr>
          <w:p w14:paraId="0E612D37" w14:textId="77777777" w:rsidR="00673E82" w:rsidRPr="009C650E" w:rsidRDefault="00000000">
            <w:pPr>
              <w:spacing w:after="0" w:line="240" w:lineRule="auto"/>
              <w:rPr>
                <w:noProof/>
                <w:lang w:val="ro-RO"/>
              </w:rPr>
            </w:pPr>
            <w:r w:rsidRPr="009C650E">
              <w:rPr>
                <w:noProof/>
                <w:sz w:val="14"/>
                <w:lang w:val="ro-RO"/>
              </w:rPr>
              <w:t>30.04.2027</w:t>
            </w:r>
          </w:p>
        </w:tc>
        <w:tc>
          <w:tcPr>
            <w:tcW w:w="2608" w:type="dxa"/>
            <w:shd w:val="clear" w:color="auto" w:fill="FAFAFA"/>
            <w:tcMar>
              <w:top w:w="75" w:type="dxa"/>
              <w:left w:w="85" w:type="dxa"/>
              <w:bottom w:w="75" w:type="dxa"/>
              <w:right w:w="85" w:type="dxa"/>
            </w:tcMar>
            <w:vAlign w:val="center"/>
          </w:tcPr>
          <w:p w14:paraId="41106282" w14:textId="77777777" w:rsidR="00673E82" w:rsidRPr="009C650E" w:rsidRDefault="00000000">
            <w:pPr>
              <w:spacing w:after="0" w:line="240" w:lineRule="auto"/>
              <w:rPr>
                <w:noProof/>
                <w:lang w:val="ro-RO"/>
              </w:rPr>
            </w:pPr>
            <w:r w:rsidRPr="009C650E">
              <w:rPr>
                <w:noProof/>
                <w:sz w:val="14"/>
                <w:lang w:val="ro-RO"/>
              </w:rPr>
              <w:t>Calendar, mediu test și rollback validate.</w:t>
            </w:r>
          </w:p>
        </w:tc>
      </w:tr>
      <w:tr w:rsidR="00673E82" w:rsidRPr="009C650E" w14:paraId="4D683852" w14:textId="77777777">
        <w:trPr>
          <w:cantSplit/>
          <w:jc w:val="center"/>
        </w:trPr>
        <w:tc>
          <w:tcPr>
            <w:tcW w:w="510" w:type="dxa"/>
            <w:shd w:val="clear" w:color="auto" w:fill="FFFFFF"/>
            <w:tcMar>
              <w:top w:w="75" w:type="dxa"/>
              <w:left w:w="85" w:type="dxa"/>
              <w:bottom w:w="75" w:type="dxa"/>
              <w:right w:w="85" w:type="dxa"/>
            </w:tcMar>
            <w:vAlign w:val="center"/>
          </w:tcPr>
          <w:p w14:paraId="0F2D2AA5" w14:textId="77777777" w:rsidR="00673E82" w:rsidRPr="009C650E" w:rsidRDefault="00000000">
            <w:pPr>
              <w:spacing w:after="0" w:line="240" w:lineRule="auto"/>
              <w:jc w:val="center"/>
              <w:rPr>
                <w:noProof/>
                <w:lang w:val="ro-RO"/>
              </w:rPr>
            </w:pPr>
            <w:r w:rsidRPr="009C650E">
              <w:rPr>
                <w:noProof/>
                <w:sz w:val="14"/>
                <w:lang w:val="ro-RO"/>
              </w:rPr>
              <w:t>5</w:t>
            </w:r>
          </w:p>
        </w:tc>
        <w:tc>
          <w:tcPr>
            <w:tcW w:w="4082" w:type="dxa"/>
            <w:shd w:val="clear" w:color="auto" w:fill="FFFFFF"/>
            <w:tcMar>
              <w:top w:w="75" w:type="dxa"/>
              <w:left w:w="85" w:type="dxa"/>
              <w:bottom w:w="75" w:type="dxa"/>
              <w:right w:w="85" w:type="dxa"/>
            </w:tcMar>
            <w:vAlign w:val="center"/>
          </w:tcPr>
          <w:p w14:paraId="52C9A8F9" w14:textId="77777777" w:rsidR="00673E82" w:rsidRPr="009C650E" w:rsidRDefault="00000000">
            <w:pPr>
              <w:spacing w:after="0" w:line="240" w:lineRule="auto"/>
              <w:rPr>
                <w:noProof/>
                <w:lang w:val="ro-RO"/>
              </w:rPr>
            </w:pPr>
            <w:r w:rsidRPr="009C650E">
              <w:rPr>
                <w:noProof/>
                <w:sz w:val="14"/>
                <w:lang w:val="ro-RO"/>
              </w:rPr>
              <w:t>Implementarea controalelor compensatorii standard și testarea lor.</w:t>
            </w:r>
          </w:p>
        </w:tc>
        <w:tc>
          <w:tcPr>
            <w:tcW w:w="1474" w:type="dxa"/>
            <w:shd w:val="clear" w:color="auto" w:fill="FFFFFF"/>
            <w:tcMar>
              <w:top w:w="75" w:type="dxa"/>
              <w:left w:w="85" w:type="dxa"/>
              <w:bottom w:w="75" w:type="dxa"/>
              <w:right w:w="85" w:type="dxa"/>
            </w:tcMar>
            <w:vAlign w:val="center"/>
          </w:tcPr>
          <w:p w14:paraId="1D6438AB" w14:textId="77777777" w:rsidR="00673E82" w:rsidRPr="009C650E" w:rsidRDefault="00000000">
            <w:pPr>
              <w:spacing w:after="0" w:line="240" w:lineRule="auto"/>
              <w:rPr>
                <w:noProof/>
                <w:lang w:val="ro-RO"/>
              </w:rPr>
            </w:pPr>
            <w:r w:rsidRPr="009C650E">
              <w:rPr>
                <w:noProof/>
                <w:sz w:val="14"/>
                <w:lang w:val="ro-RO"/>
              </w:rPr>
              <w:t>Arhitectură</w:t>
            </w:r>
          </w:p>
        </w:tc>
        <w:tc>
          <w:tcPr>
            <w:tcW w:w="1247" w:type="dxa"/>
            <w:shd w:val="clear" w:color="auto" w:fill="FFFFFF"/>
            <w:tcMar>
              <w:top w:w="75" w:type="dxa"/>
              <w:left w:w="85" w:type="dxa"/>
              <w:bottom w:w="75" w:type="dxa"/>
              <w:right w:w="85" w:type="dxa"/>
            </w:tcMar>
            <w:vAlign w:val="center"/>
          </w:tcPr>
          <w:p w14:paraId="28DEB44A" w14:textId="77777777" w:rsidR="00673E82" w:rsidRPr="009C650E" w:rsidRDefault="00000000">
            <w:pPr>
              <w:spacing w:after="0" w:line="240" w:lineRule="auto"/>
              <w:rPr>
                <w:noProof/>
                <w:lang w:val="ro-RO"/>
              </w:rPr>
            </w:pPr>
            <w:r w:rsidRPr="009C650E">
              <w:rPr>
                <w:noProof/>
                <w:sz w:val="14"/>
                <w:lang w:val="ro-RO"/>
              </w:rPr>
              <w:t>31.05.2027</w:t>
            </w:r>
          </w:p>
        </w:tc>
        <w:tc>
          <w:tcPr>
            <w:tcW w:w="2608" w:type="dxa"/>
            <w:shd w:val="clear" w:color="auto" w:fill="FFFFFF"/>
            <w:tcMar>
              <w:top w:w="75" w:type="dxa"/>
              <w:left w:w="85" w:type="dxa"/>
              <w:bottom w:w="75" w:type="dxa"/>
              <w:right w:w="85" w:type="dxa"/>
            </w:tcMar>
            <w:vAlign w:val="center"/>
          </w:tcPr>
          <w:p w14:paraId="02B74F42" w14:textId="77777777" w:rsidR="00673E82" w:rsidRPr="009C650E" w:rsidRDefault="00000000">
            <w:pPr>
              <w:spacing w:after="0" w:line="240" w:lineRule="auto"/>
              <w:rPr>
                <w:noProof/>
                <w:lang w:val="ro-RO"/>
              </w:rPr>
            </w:pPr>
            <w:r w:rsidRPr="009C650E">
              <w:rPr>
                <w:noProof/>
                <w:sz w:val="14"/>
                <w:lang w:val="ro-RO"/>
              </w:rPr>
              <w:t>Playbook și teste tehnice reușite.</w:t>
            </w:r>
          </w:p>
        </w:tc>
      </w:tr>
      <w:tr w:rsidR="00673E82" w:rsidRPr="009C650E" w14:paraId="2F092E7A" w14:textId="77777777">
        <w:trPr>
          <w:cantSplit/>
          <w:jc w:val="center"/>
        </w:trPr>
        <w:tc>
          <w:tcPr>
            <w:tcW w:w="510" w:type="dxa"/>
            <w:shd w:val="clear" w:color="auto" w:fill="FAFAFA"/>
            <w:tcMar>
              <w:top w:w="75" w:type="dxa"/>
              <w:left w:w="85" w:type="dxa"/>
              <w:bottom w:w="75" w:type="dxa"/>
              <w:right w:w="85" w:type="dxa"/>
            </w:tcMar>
            <w:vAlign w:val="center"/>
          </w:tcPr>
          <w:p w14:paraId="3245751D" w14:textId="77777777" w:rsidR="00673E82" w:rsidRPr="009C650E" w:rsidRDefault="00000000">
            <w:pPr>
              <w:spacing w:after="0" w:line="240" w:lineRule="auto"/>
              <w:jc w:val="center"/>
              <w:rPr>
                <w:noProof/>
                <w:lang w:val="ro-RO"/>
              </w:rPr>
            </w:pPr>
            <w:r w:rsidRPr="009C650E">
              <w:rPr>
                <w:noProof/>
                <w:sz w:val="14"/>
                <w:lang w:val="ro-RO"/>
              </w:rPr>
              <w:t>6</w:t>
            </w:r>
          </w:p>
        </w:tc>
        <w:tc>
          <w:tcPr>
            <w:tcW w:w="4082" w:type="dxa"/>
            <w:shd w:val="clear" w:color="auto" w:fill="FAFAFA"/>
            <w:tcMar>
              <w:top w:w="75" w:type="dxa"/>
              <w:left w:w="85" w:type="dxa"/>
              <w:bottom w:w="75" w:type="dxa"/>
              <w:right w:w="85" w:type="dxa"/>
            </w:tcMar>
            <w:vAlign w:val="center"/>
          </w:tcPr>
          <w:p w14:paraId="2DAAA36A" w14:textId="77777777" w:rsidR="00673E82" w:rsidRPr="009C650E" w:rsidRDefault="00000000">
            <w:pPr>
              <w:spacing w:after="0" w:line="240" w:lineRule="auto"/>
              <w:rPr>
                <w:noProof/>
                <w:lang w:val="ro-RO"/>
              </w:rPr>
            </w:pPr>
            <w:r w:rsidRPr="009C650E">
              <w:rPr>
                <w:noProof/>
                <w:sz w:val="14"/>
                <w:lang w:val="ro-RO"/>
              </w:rPr>
              <w:t>Revizuire lunară a excepțiilor și verificare trimestrială independentă.</w:t>
            </w:r>
          </w:p>
        </w:tc>
        <w:tc>
          <w:tcPr>
            <w:tcW w:w="1474" w:type="dxa"/>
            <w:shd w:val="clear" w:color="auto" w:fill="FAFAFA"/>
            <w:tcMar>
              <w:top w:w="75" w:type="dxa"/>
              <w:left w:w="85" w:type="dxa"/>
              <w:bottom w:w="75" w:type="dxa"/>
              <w:right w:w="85" w:type="dxa"/>
            </w:tcMar>
            <w:vAlign w:val="center"/>
          </w:tcPr>
          <w:p w14:paraId="064BF719" w14:textId="77777777" w:rsidR="00673E82" w:rsidRPr="009C650E" w:rsidRDefault="00000000">
            <w:pPr>
              <w:spacing w:after="0" w:line="240" w:lineRule="auto"/>
              <w:rPr>
                <w:noProof/>
                <w:lang w:val="ro-RO"/>
              </w:rPr>
            </w:pPr>
            <w:r w:rsidRPr="009C650E">
              <w:rPr>
                <w:noProof/>
                <w:sz w:val="14"/>
                <w:lang w:val="ro-RO"/>
              </w:rPr>
              <w:t>Proprietari risc</w:t>
            </w:r>
          </w:p>
        </w:tc>
        <w:tc>
          <w:tcPr>
            <w:tcW w:w="1247" w:type="dxa"/>
            <w:shd w:val="clear" w:color="auto" w:fill="FAFAFA"/>
            <w:tcMar>
              <w:top w:w="75" w:type="dxa"/>
              <w:left w:w="85" w:type="dxa"/>
              <w:bottom w:w="75" w:type="dxa"/>
              <w:right w:w="85" w:type="dxa"/>
            </w:tcMar>
            <w:vAlign w:val="center"/>
          </w:tcPr>
          <w:p w14:paraId="2B53288A" w14:textId="77777777" w:rsidR="00673E82" w:rsidRPr="009C650E" w:rsidRDefault="00000000">
            <w:pPr>
              <w:spacing w:after="0" w:line="240" w:lineRule="auto"/>
              <w:rPr>
                <w:noProof/>
                <w:lang w:val="ro-RO"/>
              </w:rPr>
            </w:pPr>
            <w:r w:rsidRPr="009C650E">
              <w:rPr>
                <w:noProof/>
                <w:sz w:val="14"/>
                <w:lang w:val="ro-RO"/>
              </w:rPr>
              <w:t>Lunar / trimestrial</w:t>
            </w:r>
          </w:p>
        </w:tc>
        <w:tc>
          <w:tcPr>
            <w:tcW w:w="2608" w:type="dxa"/>
            <w:shd w:val="clear" w:color="auto" w:fill="FAFAFA"/>
            <w:tcMar>
              <w:top w:w="75" w:type="dxa"/>
              <w:left w:w="85" w:type="dxa"/>
              <w:bottom w:w="75" w:type="dxa"/>
              <w:right w:w="85" w:type="dxa"/>
            </w:tcMar>
            <w:vAlign w:val="center"/>
          </w:tcPr>
          <w:p w14:paraId="3047014A" w14:textId="77777777" w:rsidR="00673E82" w:rsidRPr="009C650E" w:rsidRDefault="00000000">
            <w:pPr>
              <w:spacing w:after="0" w:line="240" w:lineRule="auto"/>
              <w:rPr>
                <w:noProof/>
                <w:lang w:val="ro-RO"/>
              </w:rPr>
            </w:pPr>
            <w:r w:rsidRPr="009C650E">
              <w:rPr>
                <w:noProof/>
                <w:sz w:val="14"/>
                <w:lang w:val="ro-RO"/>
              </w:rPr>
              <w:t>Decizii, rescanări și risc rezidual.</w:t>
            </w:r>
          </w:p>
        </w:tc>
      </w:tr>
    </w:tbl>
    <w:p w14:paraId="0E48D9D0" w14:textId="77777777" w:rsidR="00673E82" w:rsidRPr="009C650E" w:rsidRDefault="00673E82">
      <w:pPr>
        <w:spacing w:after="20"/>
        <w:rPr>
          <w:noProof/>
          <w:lang w:val="ro-RO"/>
        </w:rPr>
      </w:pPr>
    </w:p>
    <w:p w14:paraId="1BD8ABB9" w14:textId="77777777" w:rsidR="00673E82" w:rsidRPr="009C650E" w:rsidRDefault="00000000">
      <w:pPr>
        <w:pStyle w:val="Heading2"/>
        <w:rPr>
          <w:noProof/>
          <w:lang w:val="ro-RO"/>
        </w:rPr>
      </w:pPr>
      <w:r w:rsidRPr="009C650E">
        <w:rPr>
          <w:noProof/>
          <w:lang w:val="ro-RO"/>
        </w:rPr>
        <w:t>D. Monitorizare exemplificată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1361"/>
        <w:gridCol w:w="1247"/>
        <w:gridCol w:w="1020"/>
        <w:gridCol w:w="2835"/>
        <w:gridCol w:w="2438"/>
      </w:tblGrid>
      <w:tr w:rsidR="00673E82" w:rsidRPr="009C650E" w14:paraId="157A0DC4" w14:textId="77777777">
        <w:trPr>
          <w:tblHeader/>
          <w:jc w:val="center"/>
        </w:trPr>
        <w:tc>
          <w:tcPr>
            <w:tcW w:w="1020" w:type="dxa"/>
            <w:shd w:val="clear" w:color="auto" w:fill="D71920"/>
            <w:tcMar>
              <w:top w:w="75" w:type="dxa"/>
              <w:left w:w="85" w:type="dxa"/>
              <w:bottom w:w="75" w:type="dxa"/>
              <w:right w:w="85" w:type="dxa"/>
            </w:tcMar>
            <w:vAlign w:val="center"/>
          </w:tcPr>
          <w:p w14:paraId="6240A3A8" w14:textId="77777777" w:rsidR="00673E82" w:rsidRPr="009C650E" w:rsidRDefault="00000000">
            <w:pPr>
              <w:spacing w:after="0" w:line="240" w:lineRule="auto"/>
              <w:jc w:val="center"/>
              <w:rPr>
                <w:noProof/>
                <w:lang w:val="ro-RO"/>
              </w:rPr>
            </w:pPr>
            <w:r w:rsidRPr="009C650E">
              <w:rPr>
                <w:b/>
                <w:noProof/>
                <w:color w:val="FFFFFF"/>
                <w:sz w:val="14"/>
                <w:lang w:val="ro-RO"/>
              </w:rPr>
              <w:t>PER.</w:t>
            </w:r>
          </w:p>
        </w:tc>
        <w:tc>
          <w:tcPr>
            <w:tcW w:w="1361" w:type="dxa"/>
            <w:shd w:val="clear" w:color="auto" w:fill="D71920"/>
            <w:tcMar>
              <w:top w:w="75" w:type="dxa"/>
              <w:left w:w="85" w:type="dxa"/>
              <w:bottom w:w="75" w:type="dxa"/>
              <w:right w:w="85" w:type="dxa"/>
            </w:tcMar>
            <w:vAlign w:val="center"/>
          </w:tcPr>
          <w:p w14:paraId="64D360DC" w14:textId="77777777" w:rsidR="00673E82" w:rsidRPr="009C650E" w:rsidRDefault="00000000">
            <w:pPr>
              <w:spacing w:after="0" w:line="240" w:lineRule="auto"/>
              <w:jc w:val="center"/>
              <w:rPr>
                <w:noProof/>
                <w:lang w:val="ro-RO"/>
              </w:rPr>
            </w:pPr>
            <w:r w:rsidRPr="009C650E">
              <w:rPr>
                <w:b/>
                <w:noProof/>
                <w:color w:val="FFFFFF"/>
                <w:sz w:val="14"/>
                <w:lang w:val="ro-RO"/>
              </w:rPr>
              <w:t>REZULTAT</w:t>
            </w:r>
          </w:p>
        </w:tc>
        <w:tc>
          <w:tcPr>
            <w:tcW w:w="1247" w:type="dxa"/>
            <w:shd w:val="clear" w:color="auto" w:fill="D71920"/>
            <w:tcMar>
              <w:top w:w="75" w:type="dxa"/>
              <w:left w:w="85" w:type="dxa"/>
              <w:bottom w:w="75" w:type="dxa"/>
              <w:right w:w="85" w:type="dxa"/>
            </w:tcMar>
            <w:vAlign w:val="center"/>
          </w:tcPr>
          <w:p w14:paraId="1C37C94A" w14:textId="77777777" w:rsidR="00673E82" w:rsidRPr="009C650E" w:rsidRDefault="00000000">
            <w:pPr>
              <w:spacing w:after="0" w:line="240" w:lineRule="auto"/>
              <w:jc w:val="center"/>
              <w:rPr>
                <w:noProof/>
                <w:lang w:val="ro-RO"/>
              </w:rPr>
            </w:pPr>
            <w:r w:rsidRPr="009C650E">
              <w:rPr>
                <w:b/>
                <w:noProof/>
                <w:color w:val="FFFFFF"/>
                <w:sz w:val="14"/>
                <w:lang w:val="ro-RO"/>
              </w:rPr>
              <w:t>ȚINTĂ</w:t>
            </w:r>
          </w:p>
        </w:tc>
        <w:tc>
          <w:tcPr>
            <w:tcW w:w="1020" w:type="dxa"/>
            <w:shd w:val="clear" w:color="auto" w:fill="D71920"/>
            <w:tcMar>
              <w:top w:w="75" w:type="dxa"/>
              <w:left w:w="85" w:type="dxa"/>
              <w:bottom w:w="75" w:type="dxa"/>
              <w:right w:w="85" w:type="dxa"/>
            </w:tcMar>
            <w:vAlign w:val="center"/>
          </w:tcPr>
          <w:p w14:paraId="2331EEE8" w14:textId="77777777" w:rsidR="00673E82" w:rsidRPr="009C650E" w:rsidRDefault="00000000">
            <w:pPr>
              <w:spacing w:after="0" w:line="240" w:lineRule="auto"/>
              <w:jc w:val="center"/>
              <w:rPr>
                <w:noProof/>
                <w:lang w:val="ro-RO"/>
              </w:rPr>
            </w:pPr>
            <w:r w:rsidRPr="009C650E">
              <w:rPr>
                <w:b/>
                <w:noProof/>
                <w:color w:val="FFFFFF"/>
                <w:sz w:val="14"/>
                <w:lang w:val="ro-RO"/>
              </w:rPr>
              <w:t>STATUS</w:t>
            </w:r>
          </w:p>
        </w:tc>
        <w:tc>
          <w:tcPr>
            <w:tcW w:w="2835" w:type="dxa"/>
            <w:shd w:val="clear" w:color="auto" w:fill="D71920"/>
            <w:tcMar>
              <w:top w:w="75" w:type="dxa"/>
              <w:left w:w="85" w:type="dxa"/>
              <w:bottom w:w="75" w:type="dxa"/>
              <w:right w:w="85" w:type="dxa"/>
            </w:tcMar>
            <w:vAlign w:val="center"/>
          </w:tcPr>
          <w:p w14:paraId="4DA6F7A6" w14:textId="77777777" w:rsidR="00673E82" w:rsidRPr="009C650E" w:rsidRDefault="00000000">
            <w:pPr>
              <w:spacing w:after="0" w:line="240" w:lineRule="auto"/>
              <w:jc w:val="center"/>
              <w:rPr>
                <w:noProof/>
                <w:lang w:val="ro-RO"/>
              </w:rPr>
            </w:pPr>
            <w:r w:rsidRPr="009C650E">
              <w:rPr>
                <w:b/>
                <w:noProof/>
                <w:color w:val="FFFFFF"/>
                <w:sz w:val="14"/>
                <w:lang w:val="ro-RO"/>
              </w:rPr>
              <w:t>ANALIZĂ</w:t>
            </w:r>
          </w:p>
        </w:tc>
        <w:tc>
          <w:tcPr>
            <w:tcW w:w="2438" w:type="dxa"/>
            <w:shd w:val="clear" w:color="auto" w:fill="D71920"/>
            <w:tcMar>
              <w:top w:w="75" w:type="dxa"/>
              <w:left w:w="85" w:type="dxa"/>
              <w:bottom w:w="75" w:type="dxa"/>
              <w:right w:w="85" w:type="dxa"/>
            </w:tcMar>
            <w:vAlign w:val="center"/>
          </w:tcPr>
          <w:p w14:paraId="19776C14" w14:textId="77777777" w:rsidR="00673E82" w:rsidRPr="009C650E" w:rsidRDefault="00000000">
            <w:pPr>
              <w:spacing w:after="0" w:line="240" w:lineRule="auto"/>
              <w:jc w:val="center"/>
              <w:rPr>
                <w:noProof/>
                <w:lang w:val="ro-RO"/>
              </w:rPr>
            </w:pPr>
            <w:r w:rsidRPr="009C650E">
              <w:rPr>
                <w:b/>
                <w:noProof/>
                <w:color w:val="FFFFFF"/>
                <w:sz w:val="14"/>
                <w:lang w:val="ro-RO"/>
              </w:rPr>
              <w:t>DECIZIE</w:t>
            </w:r>
          </w:p>
        </w:tc>
      </w:tr>
      <w:tr w:rsidR="00673E82" w:rsidRPr="009C650E" w14:paraId="6DF70B27" w14:textId="77777777">
        <w:trPr>
          <w:cantSplit/>
          <w:jc w:val="center"/>
        </w:trPr>
        <w:tc>
          <w:tcPr>
            <w:tcW w:w="1020" w:type="dxa"/>
            <w:shd w:val="clear" w:color="auto" w:fill="FFFFFF"/>
            <w:tcMar>
              <w:top w:w="75" w:type="dxa"/>
              <w:left w:w="85" w:type="dxa"/>
              <w:bottom w:w="75" w:type="dxa"/>
              <w:right w:w="85" w:type="dxa"/>
            </w:tcMar>
            <w:vAlign w:val="center"/>
          </w:tcPr>
          <w:p w14:paraId="066ECB29" w14:textId="77777777" w:rsidR="00673E82" w:rsidRPr="009C650E" w:rsidRDefault="00000000">
            <w:pPr>
              <w:spacing w:after="0" w:line="240" w:lineRule="auto"/>
              <w:jc w:val="center"/>
              <w:rPr>
                <w:noProof/>
                <w:lang w:val="ro-RO"/>
              </w:rPr>
            </w:pPr>
            <w:r w:rsidRPr="009C650E">
              <w:rPr>
                <w:noProof/>
                <w:sz w:val="14"/>
                <w:lang w:val="ro-RO"/>
              </w:rPr>
              <w:t>T1</w:t>
            </w:r>
          </w:p>
        </w:tc>
        <w:tc>
          <w:tcPr>
            <w:tcW w:w="1361" w:type="dxa"/>
            <w:shd w:val="clear" w:color="auto" w:fill="FFFFFF"/>
            <w:tcMar>
              <w:top w:w="75" w:type="dxa"/>
              <w:left w:w="85" w:type="dxa"/>
              <w:bottom w:w="75" w:type="dxa"/>
              <w:right w:w="85" w:type="dxa"/>
            </w:tcMar>
            <w:vAlign w:val="center"/>
          </w:tcPr>
          <w:p w14:paraId="637484C9" w14:textId="77777777" w:rsidR="00673E82" w:rsidRPr="009C650E" w:rsidRDefault="00000000">
            <w:pPr>
              <w:spacing w:after="0" w:line="240" w:lineRule="auto"/>
              <w:rPr>
                <w:noProof/>
                <w:lang w:val="ro-RO"/>
              </w:rPr>
            </w:pPr>
            <w:r w:rsidRPr="009C650E">
              <w:rPr>
                <w:noProof/>
                <w:sz w:val="14"/>
                <w:lang w:val="ro-RO"/>
              </w:rPr>
              <w:t>72%</w:t>
            </w:r>
          </w:p>
        </w:tc>
        <w:tc>
          <w:tcPr>
            <w:tcW w:w="1247" w:type="dxa"/>
            <w:shd w:val="clear" w:color="auto" w:fill="FFFFFF"/>
            <w:tcMar>
              <w:top w:w="75" w:type="dxa"/>
              <w:left w:w="85" w:type="dxa"/>
              <w:bottom w:w="75" w:type="dxa"/>
              <w:right w:w="85" w:type="dxa"/>
            </w:tcMar>
            <w:vAlign w:val="center"/>
          </w:tcPr>
          <w:p w14:paraId="08170943" w14:textId="77777777" w:rsidR="00673E82" w:rsidRPr="009C650E" w:rsidRDefault="00000000">
            <w:pPr>
              <w:spacing w:after="0" w:line="240" w:lineRule="auto"/>
              <w:rPr>
                <w:noProof/>
                <w:lang w:val="ro-RO"/>
              </w:rPr>
            </w:pPr>
            <w:r w:rsidRPr="009C650E">
              <w:rPr>
                <w:noProof/>
                <w:sz w:val="14"/>
                <w:lang w:val="ro-RO"/>
              </w:rPr>
              <w:t>70%</w:t>
            </w:r>
          </w:p>
        </w:tc>
        <w:tc>
          <w:tcPr>
            <w:tcW w:w="1020" w:type="dxa"/>
            <w:shd w:val="clear" w:color="auto" w:fill="FFFFFF"/>
            <w:tcMar>
              <w:top w:w="75" w:type="dxa"/>
              <w:left w:w="85" w:type="dxa"/>
              <w:bottom w:w="75" w:type="dxa"/>
              <w:right w:w="85" w:type="dxa"/>
            </w:tcMar>
            <w:vAlign w:val="center"/>
          </w:tcPr>
          <w:p w14:paraId="76CAF494" w14:textId="77777777" w:rsidR="00673E82" w:rsidRPr="009C650E" w:rsidRDefault="00000000">
            <w:pPr>
              <w:spacing w:after="0" w:line="240" w:lineRule="auto"/>
              <w:jc w:val="center"/>
              <w:rPr>
                <w:noProof/>
                <w:lang w:val="ro-RO"/>
              </w:rPr>
            </w:pPr>
            <w:r w:rsidRPr="009C650E">
              <w:rPr>
                <w:noProof/>
                <w:sz w:val="14"/>
                <w:lang w:val="ro-RO"/>
              </w:rPr>
              <w:t>VERDE</w:t>
            </w:r>
          </w:p>
        </w:tc>
        <w:tc>
          <w:tcPr>
            <w:tcW w:w="2835" w:type="dxa"/>
            <w:shd w:val="clear" w:color="auto" w:fill="FFFFFF"/>
            <w:tcMar>
              <w:top w:w="75" w:type="dxa"/>
              <w:left w:w="85" w:type="dxa"/>
              <w:bottom w:w="75" w:type="dxa"/>
              <w:right w:w="85" w:type="dxa"/>
            </w:tcMar>
            <w:vAlign w:val="center"/>
          </w:tcPr>
          <w:p w14:paraId="6315B62B" w14:textId="77777777" w:rsidR="00673E82" w:rsidRPr="009C650E" w:rsidRDefault="00000000">
            <w:pPr>
              <w:spacing w:after="0" w:line="240" w:lineRule="auto"/>
              <w:rPr>
                <w:noProof/>
                <w:lang w:val="ro-RO"/>
              </w:rPr>
            </w:pPr>
            <w:r w:rsidRPr="009C650E">
              <w:rPr>
                <w:noProof/>
                <w:sz w:val="14"/>
                <w:lang w:val="ro-RO"/>
              </w:rPr>
              <w:t>Inventarul s-a extins cu 12 active; raportarea include noile constatări.</w:t>
            </w:r>
          </w:p>
        </w:tc>
        <w:tc>
          <w:tcPr>
            <w:tcW w:w="2438" w:type="dxa"/>
            <w:shd w:val="clear" w:color="auto" w:fill="FFFFFF"/>
            <w:tcMar>
              <w:top w:w="75" w:type="dxa"/>
              <w:left w:w="85" w:type="dxa"/>
              <w:bottom w:w="75" w:type="dxa"/>
              <w:right w:w="85" w:type="dxa"/>
            </w:tcMar>
            <w:vAlign w:val="center"/>
          </w:tcPr>
          <w:p w14:paraId="52FA78BF" w14:textId="77777777" w:rsidR="00673E82" w:rsidRPr="009C650E" w:rsidRDefault="00000000">
            <w:pPr>
              <w:spacing w:after="0" w:line="240" w:lineRule="auto"/>
              <w:rPr>
                <w:noProof/>
                <w:lang w:val="ro-RO"/>
              </w:rPr>
            </w:pPr>
            <w:r w:rsidRPr="009C650E">
              <w:rPr>
                <w:noProof/>
                <w:sz w:val="14"/>
                <w:lang w:val="ro-RO"/>
              </w:rPr>
              <w:t>Închiderea lacunelor CMDB și atribuirea proprietarilor.</w:t>
            </w:r>
          </w:p>
        </w:tc>
      </w:tr>
      <w:tr w:rsidR="00673E82" w:rsidRPr="009C650E" w14:paraId="0CF6094D" w14:textId="77777777">
        <w:trPr>
          <w:cantSplit/>
          <w:jc w:val="center"/>
        </w:trPr>
        <w:tc>
          <w:tcPr>
            <w:tcW w:w="1020" w:type="dxa"/>
            <w:shd w:val="clear" w:color="auto" w:fill="FAFAFA"/>
            <w:tcMar>
              <w:top w:w="75" w:type="dxa"/>
              <w:left w:w="85" w:type="dxa"/>
              <w:bottom w:w="75" w:type="dxa"/>
              <w:right w:w="85" w:type="dxa"/>
            </w:tcMar>
            <w:vAlign w:val="center"/>
          </w:tcPr>
          <w:p w14:paraId="3973DA38" w14:textId="77777777" w:rsidR="00673E82" w:rsidRPr="009C650E" w:rsidRDefault="00000000">
            <w:pPr>
              <w:spacing w:after="0" w:line="240" w:lineRule="auto"/>
              <w:jc w:val="center"/>
              <w:rPr>
                <w:noProof/>
                <w:lang w:val="ro-RO"/>
              </w:rPr>
            </w:pPr>
            <w:r w:rsidRPr="009C650E">
              <w:rPr>
                <w:noProof/>
                <w:sz w:val="14"/>
                <w:lang w:val="ro-RO"/>
              </w:rPr>
              <w:t>T2</w:t>
            </w:r>
          </w:p>
        </w:tc>
        <w:tc>
          <w:tcPr>
            <w:tcW w:w="1361" w:type="dxa"/>
            <w:shd w:val="clear" w:color="auto" w:fill="FAFAFA"/>
            <w:tcMar>
              <w:top w:w="75" w:type="dxa"/>
              <w:left w:w="85" w:type="dxa"/>
              <w:bottom w:w="75" w:type="dxa"/>
              <w:right w:w="85" w:type="dxa"/>
            </w:tcMar>
            <w:vAlign w:val="center"/>
          </w:tcPr>
          <w:p w14:paraId="2C876458" w14:textId="77777777" w:rsidR="00673E82" w:rsidRPr="009C650E" w:rsidRDefault="00000000">
            <w:pPr>
              <w:spacing w:after="0" w:line="240" w:lineRule="auto"/>
              <w:rPr>
                <w:noProof/>
                <w:lang w:val="ro-RO"/>
              </w:rPr>
            </w:pPr>
            <w:r w:rsidRPr="009C650E">
              <w:rPr>
                <w:noProof/>
                <w:sz w:val="14"/>
                <w:lang w:val="ro-RO"/>
              </w:rPr>
              <w:t>84%</w:t>
            </w:r>
          </w:p>
        </w:tc>
        <w:tc>
          <w:tcPr>
            <w:tcW w:w="1247" w:type="dxa"/>
            <w:shd w:val="clear" w:color="auto" w:fill="FAFAFA"/>
            <w:tcMar>
              <w:top w:w="75" w:type="dxa"/>
              <w:left w:w="85" w:type="dxa"/>
              <w:bottom w:w="75" w:type="dxa"/>
              <w:right w:w="85" w:type="dxa"/>
            </w:tcMar>
            <w:vAlign w:val="center"/>
          </w:tcPr>
          <w:p w14:paraId="6121612E" w14:textId="77777777" w:rsidR="00673E82" w:rsidRPr="009C650E" w:rsidRDefault="00000000">
            <w:pPr>
              <w:spacing w:after="0" w:line="240" w:lineRule="auto"/>
              <w:rPr>
                <w:noProof/>
                <w:lang w:val="ro-RO"/>
              </w:rPr>
            </w:pPr>
            <w:r w:rsidRPr="009C650E">
              <w:rPr>
                <w:noProof/>
                <w:sz w:val="14"/>
                <w:lang w:val="ro-RO"/>
              </w:rPr>
              <w:t>82%</w:t>
            </w:r>
          </w:p>
        </w:tc>
        <w:tc>
          <w:tcPr>
            <w:tcW w:w="1020" w:type="dxa"/>
            <w:shd w:val="clear" w:color="auto" w:fill="FAFAFA"/>
            <w:tcMar>
              <w:top w:w="75" w:type="dxa"/>
              <w:left w:w="85" w:type="dxa"/>
              <w:bottom w:w="75" w:type="dxa"/>
              <w:right w:w="85" w:type="dxa"/>
            </w:tcMar>
            <w:vAlign w:val="center"/>
          </w:tcPr>
          <w:p w14:paraId="5899FA0D" w14:textId="77777777" w:rsidR="00673E82" w:rsidRPr="009C650E" w:rsidRDefault="00000000">
            <w:pPr>
              <w:spacing w:after="0" w:line="240" w:lineRule="auto"/>
              <w:jc w:val="center"/>
              <w:rPr>
                <w:noProof/>
                <w:lang w:val="ro-RO"/>
              </w:rPr>
            </w:pPr>
            <w:r w:rsidRPr="009C650E">
              <w:rPr>
                <w:noProof/>
                <w:sz w:val="14"/>
                <w:lang w:val="ro-RO"/>
              </w:rPr>
              <w:t>VERDE</w:t>
            </w:r>
          </w:p>
        </w:tc>
        <w:tc>
          <w:tcPr>
            <w:tcW w:w="2835" w:type="dxa"/>
            <w:shd w:val="clear" w:color="auto" w:fill="FAFAFA"/>
            <w:tcMar>
              <w:top w:w="75" w:type="dxa"/>
              <w:left w:w="85" w:type="dxa"/>
              <w:bottom w:w="75" w:type="dxa"/>
              <w:right w:w="85" w:type="dxa"/>
            </w:tcMar>
            <w:vAlign w:val="center"/>
          </w:tcPr>
          <w:p w14:paraId="261AA47C" w14:textId="77777777" w:rsidR="00673E82" w:rsidRPr="009C650E" w:rsidRDefault="00000000">
            <w:pPr>
              <w:spacing w:after="0" w:line="240" w:lineRule="auto"/>
              <w:rPr>
                <w:noProof/>
                <w:lang w:val="ro-RO"/>
              </w:rPr>
            </w:pPr>
            <w:r w:rsidRPr="009C650E">
              <w:rPr>
                <w:noProof/>
                <w:sz w:val="14"/>
                <w:lang w:val="ro-RO"/>
              </w:rPr>
              <w:t>Automatizarea reduce timpul de atribuire; două aplicații vechi rămân problematice.</w:t>
            </w:r>
          </w:p>
        </w:tc>
        <w:tc>
          <w:tcPr>
            <w:tcW w:w="2438" w:type="dxa"/>
            <w:shd w:val="clear" w:color="auto" w:fill="FAFAFA"/>
            <w:tcMar>
              <w:top w:w="75" w:type="dxa"/>
              <w:left w:w="85" w:type="dxa"/>
              <w:bottom w:w="75" w:type="dxa"/>
              <w:right w:w="85" w:type="dxa"/>
            </w:tcMar>
            <w:vAlign w:val="center"/>
          </w:tcPr>
          <w:p w14:paraId="6724E1C4" w14:textId="77777777" w:rsidR="00673E82" w:rsidRPr="009C650E" w:rsidRDefault="00000000">
            <w:pPr>
              <w:spacing w:after="0" w:line="240" w:lineRule="auto"/>
              <w:rPr>
                <w:noProof/>
                <w:lang w:val="ro-RO"/>
              </w:rPr>
            </w:pPr>
            <w:r w:rsidRPr="009C650E">
              <w:rPr>
                <w:noProof/>
                <w:sz w:val="14"/>
                <w:lang w:val="ro-RO"/>
              </w:rPr>
              <w:t>Plan de modernizare și compensare WAF/segmentare.</w:t>
            </w:r>
          </w:p>
        </w:tc>
      </w:tr>
      <w:tr w:rsidR="00673E82" w:rsidRPr="009C650E" w14:paraId="74475A8B" w14:textId="77777777">
        <w:trPr>
          <w:cantSplit/>
          <w:jc w:val="center"/>
        </w:trPr>
        <w:tc>
          <w:tcPr>
            <w:tcW w:w="1020" w:type="dxa"/>
            <w:shd w:val="clear" w:color="auto" w:fill="FFFFFF"/>
            <w:tcMar>
              <w:top w:w="75" w:type="dxa"/>
              <w:left w:w="85" w:type="dxa"/>
              <w:bottom w:w="75" w:type="dxa"/>
              <w:right w:w="85" w:type="dxa"/>
            </w:tcMar>
            <w:vAlign w:val="center"/>
          </w:tcPr>
          <w:p w14:paraId="55CF946E" w14:textId="77777777" w:rsidR="00673E82" w:rsidRPr="009C650E" w:rsidRDefault="00000000">
            <w:pPr>
              <w:spacing w:after="0" w:line="240" w:lineRule="auto"/>
              <w:jc w:val="center"/>
              <w:rPr>
                <w:noProof/>
                <w:lang w:val="ro-RO"/>
              </w:rPr>
            </w:pPr>
            <w:r w:rsidRPr="009C650E">
              <w:rPr>
                <w:noProof/>
                <w:sz w:val="14"/>
                <w:lang w:val="ro-RO"/>
              </w:rPr>
              <w:t>T3</w:t>
            </w:r>
          </w:p>
        </w:tc>
        <w:tc>
          <w:tcPr>
            <w:tcW w:w="1361" w:type="dxa"/>
            <w:shd w:val="clear" w:color="auto" w:fill="FFFFFF"/>
            <w:tcMar>
              <w:top w:w="75" w:type="dxa"/>
              <w:left w:w="85" w:type="dxa"/>
              <w:bottom w:w="75" w:type="dxa"/>
              <w:right w:w="85" w:type="dxa"/>
            </w:tcMar>
            <w:vAlign w:val="center"/>
          </w:tcPr>
          <w:p w14:paraId="177E286A" w14:textId="77777777" w:rsidR="00673E82" w:rsidRPr="009C650E" w:rsidRDefault="00000000">
            <w:pPr>
              <w:spacing w:after="0" w:line="240" w:lineRule="auto"/>
              <w:rPr>
                <w:noProof/>
                <w:lang w:val="ro-RO"/>
              </w:rPr>
            </w:pPr>
            <w:r w:rsidRPr="009C650E">
              <w:rPr>
                <w:noProof/>
                <w:sz w:val="14"/>
                <w:lang w:val="ro-RO"/>
              </w:rPr>
              <w:t>91%</w:t>
            </w:r>
          </w:p>
        </w:tc>
        <w:tc>
          <w:tcPr>
            <w:tcW w:w="1247" w:type="dxa"/>
            <w:shd w:val="clear" w:color="auto" w:fill="FFFFFF"/>
            <w:tcMar>
              <w:top w:w="75" w:type="dxa"/>
              <w:left w:w="85" w:type="dxa"/>
              <w:bottom w:w="75" w:type="dxa"/>
              <w:right w:w="85" w:type="dxa"/>
            </w:tcMar>
            <w:vAlign w:val="center"/>
          </w:tcPr>
          <w:p w14:paraId="5DE125ED" w14:textId="77777777" w:rsidR="00673E82" w:rsidRPr="009C650E" w:rsidRDefault="00000000">
            <w:pPr>
              <w:spacing w:after="0" w:line="240" w:lineRule="auto"/>
              <w:rPr>
                <w:noProof/>
                <w:lang w:val="ro-RO"/>
              </w:rPr>
            </w:pPr>
            <w:r w:rsidRPr="009C650E">
              <w:rPr>
                <w:noProof/>
                <w:sz w:val="14"/>
                <w:lang w:val="ro-RO"/>
              </w:rPr>
              <w:t>90%</w:t>
            </w:r>
          </w:p>
        </w:tc>
        <w:tc>
          <w:tcPr>
            <w:tcW w:w="1020" w:type="dxa"/>
            <w:shd w:val="clear" w:color="auto" w:fill="FFFFFF"/>
            <w:tcMar>
              <w:top w:w="75" w:type="dxa"/>
              <w:left w:w="85" w:type="dxa"/>
              <w:bottom w:w="75" w:type="dxa"/>
              <w:right w:w="85" w:type="dxa"/>
            </w:tcMar>
            <w:vAlign w:val="center"/>
          </w:tcPr>
          <w:p w14:paraId="2178D083" w14:textId="77777777" w:rsidR="00673E82" w:rsidRPr="009C650E" w:rsidRDefault="00000000">
            <w:pPr>
              <w:spacing w:after="0" w:line="240" w:lineRule="auto"/>
              <w:jc w:val="center"/>
              <w:rPr>
                <w:noProof/>
                <w:lang w:val="ro-RO"/>
              </w:rPr>
            </w:pPr>
            <w:r w:rsidRPr="009C650E">
              <w:rPr>
                <w:noProof/>
                <w:sz w:val="14"/>
                <w:lang w:val="ro-RO"/>
              </w:rPr>
              <w:t>VERDE</w:t>
            </w:r>
          </w:p>
        </w:tc>
        <w:tc>
          <w:tcPr>
            <w:tcW w:w="2835" w:type="dxa"/>
            <w:shd w:val="clear" w:color="auto" w:fill="FFFFFF"/>
            <w:tcMar>
              <w:top w:w="75" w:type="dxa"/>
              <w:left w:w="85" w:type="dxa"/>
              <w:bottom w:w="75" w:type="dxa"/>
              <w:right w:w="85" w:type="dxa"/>
            </w:tcMar>
            <w:vAlign w:val="center"/>
          </w:tcPr>
          <w:p w14:paraId="32E3FC25" w14:textId="77777777" w:rsidR="00673E82" w:rsidRPr="009C650E" w:rsidRDefault="00000000">
            <w:pPr>
              <w:spacing w:after="0" w:line="240" w:lineRule="auto"/>
              <w:rPr>
                <w:noProof/>
                <w:lang w:val="ro-RO"/>
              </w:rPr>
            </w:pPr>
            <w:r w:rsidRPr="009C650E">
              <w:rPr>
                <w:noProof/>
                <w:sz w:val="14"/>
                <w:lang w:val="ro-RO"/>
              </w:rPr>
              <w:t>Excepțiile au scăzut; vârsta maximă = 18 zile.</w:t>
            </w:r>
          </w:p>
        </w:tc>
        <w:tc>
          <w:tcPr>
            <w:tcW w:w="2438" w:type="dxa"/>
            <w:shd w:val="clear" w:color="auto" w:fill="FFFFFF"/>
            <w:tcMar>
              <w:top w:w="75" w:type="dxa"/>
              <w:left w:w="85" w:type="dxa"/>
              <w:bottom w:w="75" w:type="dxa"/>
              <w:right w:w="85" w:type="dxa"/>
            </w:tcMar>
            <w:vAlign w:val="center"/>
          </w:tcPr>
          <w:p w14:paraId="6F4CE703" w14:textId="77777777" w:rsidR="00673E82" w:rsidRPr="009C650E" w:rsidRDefault="00000000">
            <w:pPr>
              <w:spacing w:after="0" w:line="240" w:lineRule="auto"/>
              <w:rPr>
                <w:noProof/>
                <w:lang w:val="ro-RO"/>
              </w:rPr>
            </w:pPr>
            <w:r w:rsidRPr="009C650E">
              <w:rPr>
                <w:noProof/>
                <w:sz w:val="14"/>
                <w:lang w:val="ro-RO"/>
              </w:rPr>
              <w:t>Escaladare pentru activele fără patch suportat.</w:t>
            </w:r>
          </w:p>
        </w:tc>
      </w:tr>
      <w:tr w:rsidR="00673E82" w:rsidRPr="009C650E" w14:paraId="337022D6" w14:textId="77777777">
        <w:trPr>
          <w:cantSplit/>
          <w:jc w:val="center"/>
        </w:trPr>
        <w:tc>
          <w:tcPr>
            <w:tcW w:w="1020" w:type="dxa"/>
            <w:shd w:val="clear" w:color="auto" w:fill="FAFAFA"/>
            <w:tcMar>
              <w:top w:w="75" w:type="dxa"/>
              <w:left w:w="85" w:type="dxa"/>
              <w:bottom w:w="75" w:type="dxa"/>
              <w:right w:w="85" w:type="dxa"/>
            </w:tcMar>
            <w:vAlign w:val="center"/>
          </w:tcPr>
          <w:p w14:paraId="70697B75" w14:textId="77777777" w:rsidR="00673E82" w:rsidRPr="009C650E" w:rsidRDefault="00000000">
            <w:pPr>
              <w:spacing w:after="0" w:line="240" w:lineRule="auto"/>
              <w:jc w:val="center"/>
              <w:rPr>
                <w:noProof/>
                <w:lang w:val="ro-RO"/>
              </w:rPr>
            </w:pPr>
            <w:r w:rsidRPr="009C650E">
              <w:rPr>
                <w:noProof/>
                <w:sz w:val="14"/>
                <w:lang w:val="ro-RO"/>
              </w:rPr>
              <w:t>T4</w:t>
            </w:r>
          </w:p>
        </w:tc>
        <w:tc>
          <w:tcPr>
            <w:tcW w:w="1361" w:type="dxa"/>
            <w:shd w:val="clear" w:color="auto" w:fill="FAFAFA"/>
            <w:tcMar>
              <w:top w:w="75" w:type="dxa"/>
              <w:left w:w="85" w:type="dxa"/>
              <w:bottom w:w="75" w:type="dxa"/>
              <w:right w:w="85" w:type="dxa"/>
            </w:tcMar>
            <w:vAlign w:val="center"/>
          </w:tcPr>
          <w:p w14:paraId="19B2262D" w14:textId="77777777" w:rsidR="00673E82" w:rsidRPr="009C650E" w:rsidRDefault="00000000">
            <w:pPr>
              <w:spacing w:after="0" w:line="240" w:lineRule="auto"/>
              <w:rPr>
                <w:noProof/>
                <w:lang w:val="ro-RO"/>
              </w:rPr>
            </w:pPr>
            <w:r w:rsidRPr="009C650E">
              <w:rPr>
                <w:noProof/>
                <w:sz w:val="14"/>
                <w:lang w:val="ro-RO"/>
              </w:rPr>
              <w:t>96%</w:t>
            </w:r>
          </w:p>
        </w:tc>
        <w:tc>
          <w:tcPr>
            <w:tcW w:w="1247" w:type="dxa"/>
            <w:shd w:val="clear" w:color="auto" w:fill="FAFAFA"/>
            <w:tcMar>
              <w:top w:w="75" w:type="dxa"/>
              <w:left w:w="85" w:type="dxa"/>
              <w:bottom w:w="75" w:type="dxa"/>
              <w:right w:w="85" w:type="dxa"/>
            </w:tcMar>
            <w:vAlign w:val="center"/>
          </w:tcPr>
          <w:p w14:paraId="626F4AC3" w14:textId="77777777" w:rsidR="00673E82" w:rsidRPr="009C650E" w:rsidRDefault="00000000">
            <w:pPr>
              <w:spacing w:after="0" w:line="240" w:lineRule="auto"/>
              <w:rPr>
                <w:noProof/>
                <w:lang w:val="ro-RO"/>
              </w:rPr>
            </w:pPr>
            <w:r w:rsidRPr="009C650E">
              <w:rPr>
                <w:noProof/>
                <w:sz w:val="14"/>
                <w:lang w:val="ro-RO"/>
              </w:rPr>
              <w:t>95%</w:t>
            </w:r>
          </w:p>
        </w:tc>
        <w:tc>
          <w:tcPr>
            <w:tcW w:w="1020" w:type="dxa"/>
            <w:shd w:val="clear" w:color="auto" w:fill="FAFAFA"/>
            <w:tcMar>
              <w:top w:w="75" w:type="dxa"/>
              <w:left w:w="85" w:type="dxa"/>
              <w:bottom w:w="75" w:type="dxa"/>
              <w:right w:w="85" w:type="dxa"/>
            </w:tcMar>
            <w:vAlign w:val="center"/>
          </w:tcPr>
          <w:p w14:paraId="62940071" w14:textId="77777777" w:rsidR="00673E82" w:rsidRPr="009C650E" w:rsidRDefault="00000000">
            <w:pPr>
              <w:spacing w:after="0" w:line="240" w:lineRule="auto"/>
              <w:jc w:val="center"/>
              <w:rPr>
                <w:noProof/>
                <w:lang w:val="ro-RO"/>
              </w:rPr>
            </w:pPr>
            <w:r w:rsidRPr="009C650E">
              <w:rPr>
                <w:noProof/>
                <w:sz w:val="14"/>
                <w:lang w:val="ro-RO"/>
              </w:rPr>
              <w:t>VERDE</w:t>
            </w:r>
          </w:p>
        </w:tc>
        <w:tc>
          <w:tcPr>
            <w:tcW w:w="2835" w:type="dxa"/>
            <w:shd w:val="clear" w:color="auto" w:fill="FAFAFA"/>
            <w:tcMar>
              <w:top w:w="75" w:type="dxa"/>
              <w:left w:w="85" w:type="dxa"/>
              <w:bottom w:w="75" w:type="dxa"/>
              <w:right w:w="85" w:type="dxa"/>
            </w:tcMar>
            <w:vAlign w:val="center"/>
          </w:tcPr>
          <w:p w14:paraId="62E1D494" w14:textId="77777777" w:rsidR="00673E82" w:rsidRPr="009C650E" w:rsidRDefault="00000000">
            <w:pPr>
              <w:spacing w:after="0" w:line="240" w:lineRule="auto"/>
              <w:rPr>
                <w:noProof/>
                <w:lang w:val="ro-RO"/>
              </w:rPr>
            </w:pPr>
            <w:r w:rsidRPr="009C650E">
              <w:rPr>
                <w:noProof/>
                <w:sz w:val="14"/>
                <w:lang w:val="ro-RO"/>
              </w:rPr>
              <w:t>Ținta atinsă; verificarea independentă confirmă remedierea și integritatea datelor.</w:t>
            </w:r>
          </w:p>
        </w:tc>
        <w:tc>
          <w:tcPr>
            <w:tcW w:w="2438" w:type="dxa"/>
            <w:shd w:val="clear" w:color="auto" w:fill="FAFAFA"/>
            <w:tcMar>
              <w:top w:w="75" w:type="dxa"/>
              <w:left w:w="85" w:type="dxa"/>
              <w:bottom w:w="75" w:type="dxa"/>
              <w:right w:w="85" w:type="dxa"/>
            </w:tcMar>
            <w:vAlign w:val="center"/>
          </w:tcPr>
          <w:p w14:paraId="0CA51054" w14:textId="77777777" w:rsidR="00673E82" w:rsidRPr="009C650E" w:rsidRDefault="00000000">
            <w:pPr>
              <w:spacing w:after="0" w:line="240" w:lineRule="auto"/>
              <w:rPr>
                <w:noProof/>
                <w:lang w:val="ro-RO"/>
              </w:rPr>
            </w:pPr>
            <w:r w:rsidRPr="009C650E">
              <w:rPr>
                <w:noProof/>
                <w:sz w:val="14"/>
                <w:lang w:val="ro-RO"/>
              </w:rPr>
              <w:t>Menținere și extindere la vulnerabilități ridicate pe active critice.</w:t>
            </w:r>
          </w:p>
        </w:tc>
      </w:tr>
    </w:tbl>
    <w:p w14:paraId="6FF527AF" w14:textId="77777777" w:rsidR="00673E82" w:rsidRPr="009C650E" w:rsidRDefault="00673E8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4547CE01" w14:textId="77777777">
        <w:trPr>
          <w:cantSplit/>
          <w:jc w:val="center"/>
        </w:trPr>
        <w:tc>
          <w:tcPr>
            <w:tcW w:w="567" w:type="dxa"/>
            <w:shd w:val="clear" w:color="auto" w:fill="D71920"/>
            <w:tcMar>
              <w:top w:w="75" w:type="dxa"/>
              <w:left w:w="85" w:type="dxa"/>
              <w:bottom w:w="75" w:type="dxa"/>
              <w:right w:w="85" w:type="dxa"/>
            </w:tcMar>
            <w:vAlign w:val="center"/>
          </w:tcPr>
          <w:p w14:paraId="2B004A67" w14:textId="77777777" w:rsidR="00673E82" w:rsidRPr="009C650E" w:rsidRDefault="00000000">
            <w:pPr>
              <w:spacing w:after="0" w:line="240" w:lineRule="auto"/>
              <w:jc w:val="center"/>
              <w:rPr>
                <w:noProof/>
                <w:lang w:val="ro-RO"/>
              </w:rPr>
            </w:pPr>
            <w:r w:rsidRPr="009C650E">
              <w:rPr>
                <w:b/>
                <w:noProof/>
                <w:color w:val="FFFFFF"/>
                <w:sz w:val="30"/>
                <w:lang w:val="ro-RO"/>
              </w:rPr>
              <w:t>i</w:t>
            </w:r>
          </w:p>
        </w:tc>
        <w:tc>
          <w:tcPr>
            <w:tcW w:w="9354" w:type="dxa"/>
            <w:shd w:val="clear" w:color="auto" w:fill="FCEBEC"/>
          </w:tcPr>
          <w:p w14:paraId="45332590" w14:textId="77777777" w:rsidR="00673E82" w:rsidRPr="009C650E" w:rsidRDefault="00000000">
            <w:pPr>
              <w:spacing w:after="40"/>
              <w:rPr>
                <w:noProof/>
                <w:lang w:val="ro-RO"/>
              </w:rPr>
            </w:pPr>
            <w:r w:rsidRPr="009C650E">
              <w:rPr>
                <w:b/>
                <w:noProof/>
                <w:color w:val="D71920"/>
                <w:lang w:val="ro-RO"/>
              </w:rPr>
              <w:t>LECȚIA EXEMPLULUI</w:t>
            </w:r>
          </w:p>
          <w:p w14:paraId="5634DE7A" w14:textId="77777777" w:rsidR="00673E82" w:rsidRPr="009C650E" w:rsidRDefault="00000000">
            <w:pPr>
              <w:spacing w:after="0" w:line="252" w:lineRule="auto"/>
              <w:rPr>
                <w:noProof/>
                <w:lang w:val="ro-RO"/>
              </w:rPr>
            </w:pPr>
            <w:r w:rsidRPr="009C650E">
              <w:rPr>
                <w:noProof/>
                <w:sz w:val="17"/>
                <w:lang w:val="ro-RO"/>
              </w:rPr>
              <w:t>Procentul de remediere a fost analizat împreună cu acoperirea inventarului, vârsta vulnerabilităților, excepțiile și verificarea independentă. Noile active descoperite nu au fost excluse pentru a proteja KPI-ul.</w:t>
            </w:r>
          </w:p>
        </w:tc>
      </w:tr>
    </w:tbl>
    <w:p w14:paraId="6EB6D47A" w14:textId="77777777" w:rsidR="00673E82" w:rsidRPr="009C650E" w:rsidRDefault="00673E82">
      <w:pPr>
        <w:spacing w:after="0"/>
        <w:rPr>
          <w:noProof/>
          <w:lang w:val="ro-RO"/>
        </w:rPr>
      </w:pPr>
    </w:p>
    <w:p w14:paraId="77023D89"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5DA92A64" w14:textId="77777777">
        <w:trPr>
          <w:jc w:val="center"/>
        </w:trPr>
        <w:tc>
          <w:tcPr>
            <w:tcW w:w="1020" w:type="dxa"/>
            <w:shd w:val="clear" w:color="auto" w:fill="D71920"/>
            <w:tcMar>
              <w:top w:w="75" w:type="dxa"/>
              <w:left w:w="85" w:type="dxa"/>
              <w:bottom w:w="75" w:type="dxa"/>
              <w:right w:w="85" w:type="dxa"/>
            </w:tcMar>
            <w:vAlign w:val="center"/>
          </w:tcPr>
          <w:p w14:paraId="2BFF9C4B"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7</w:t>
            </w:r>
          </w:p>
        </w:tc>
        <w:tc>
          <w:tcPr>
            <w:tcW w:w="8901" w:type="dxa"/>
            <w:shd w:val="clear" w:color="auto" w:fill="F3F4F5"/>
          </w:tcPr>
          <w:p w14:paraId="081BB5E7" w14:textId="77777777" w:rsidR="00673E82" w:rsidRPr="009C650E" w:rsidRDefault="00000000">
            <w:pPr>
              <w:spacing w:after="20"/>
              <w:rPr>
                <w:noProof/>
                <w:lang w:val="ro-RO"/>
              </w:rPr>
            </w:pPr>
            <w:r w:rsidRPr="009C650E">
              <w:rPr>
                <w:b/>
                <w:noProof/>
                <w:sz w:val="28"/>
                <w:lang w:val="ro-RO"/>
              </w:rPr>
              <w:t>Revizuire și decizie managerială</w:t>
            </w:r>
          </w:p>
          <w:p w14:paraId="2A1E0B6D" w14:textId="77777777" w:rsidR="00673E82" w:rsidRPr="009C650E" w:rsidRDefault="00000000">
            <w:pPr>
              <w:spacing w:after="0"/>
              <w:rPr>
                <w:noProof/>
                <w:lang w:val="ro-RO"/>
              </w:rPr>
            </w:pPr>
            <w:r w:rsidRPr="009C650E">
              <w:rPr>
                <w:noProof/>
                <w:color w:val="666666"/>
                <w:sz w:val="16"/>
                <w:lang w:val="ro-RO"/>
              </w:rPr>
              <w:t>Obiectivele trebuie folosite pentru decizii, nu doar raportate</w:t>
            </w:r>
          </w:p>
        </w:tc>
      </w:tr>
    </w:tbl>
    <w:p w14:paraId="3DCC1758" w14:textId="77777777" w:rsidR="00673E82" w:rsidRPr="009C650E" w:rsidRDefault="00673E8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9071"/>
      </w:tblGrid>
      <w:tr w:rsidR="00673E82" w:rsidRPr="009C650E" w14:paraId="4934DA36" w14:textId="77777777">
        <w:trPr>
          <w:tblHeader/>
          <w:jc w:val="center"/>
        </w:trPr>
        <w:tc>
          <w:tcPr>
            <w:tcW w:w="850" w:type="dxa"/>
            <w:shd w:val="clear" w:color="auto" w:fill="D71920"/>
            <w:tcMar>
              <w:top w:w="75" w:type="dxa"/>
              <w:left w:w="85" w:type="dxa"/>
              <w:bottom w:w="75" w:type="dxa"/>
              <w:right w:w="85" w:type="dxa"/>
            </w:tcMar>
            <w:vAlign w:val="center"/>
          </w:tcPr>
          <w:p w14:paraId="59A85CB7" w14:textId="77777777" w:rsidR="00673E82" w:rsidRPr="009C650E" w:rsidRDefault="00000000">
            <w:pPr>
              <w:spacing w:after="0" w:line="240" w:lineRule="auto"/>
              <w:jc w:val="center"/>
              <w:rPr>
                <w:noProof/>
                <w:lang w:val="ro-RO"/>
              </w:rPr>
            </w:pPr>
            <w:r w:rsidRPr="009C650E">
              <w:rPr>
                <w:b/>
                <w:noProof/>
                <w:color w:val="FFFFFF"/>
                <w:sz w:val="16"/>
                <w:lang w:val="ro-RO"/>
              </w:rPr>
              <w:t>#</w:t>
            </w:r>
          </w:p>
        </w:tc>
        <w:tc>
          <w:tcPr>
            <w:tcW w:w="9071" w:type="dxa"/>
            <w:shd w:val="clear" w:color="auto" w:fill="D71920"/>
            <w:tcMar>
              <w:top w:w="75" w:type="dxa"/>
              <w:left w:w="85" w:type="dxa"/>
              <w:bottom w:w="75" w:type="dxa"/>
              <w:right w:w="85" w:type="dxa"/>
            </w:tcMar>
            <w:vAlign w:val="center"/>
          </w:tcPr>
          <w:p w14:paraId="2AF9B8D7" w14:textId="77777777" w:rsidR="00673E82" w:rsidRPr="009C650E" w:rsidRDefault="00000000">
            <w:pPr>
              <w:spacing w:after="0" w:line="240" w:lineRule="auto"/>
              <w:jc w:val="center"/>
              <w:rPr>
                <w:noProof/>
                <w:lang w:val="ro-RO"/>
              </w:rPr>
            </w:pPr>
            <w:r w:rsidRPr="009C650E">
              <w:rPr>
                <w:b/>
                <w:noProof/>
                <w:color w:val="FFFFFF"/>
                <w:sz w:val="16"/>
                <w:lang w:val="ro-RO"/>
              </w:rPr>
              <w:t>ÎNTREBARE</w:t>
            </w:r>
          </w:p>
        </w:tc>
      </w:tr>
      <w:tr w:rsidR="00673E82" w:rsidRPr="009C650E" w14:paraId="10D712C0" w14:textId="77777777">
        <w:trPr>
          <w:cantSplit/>
          <w:jc w:val="center"/>
        </w:trPr>
        <w:tc>
          <w:tcPr>
            <w:tcW w:w="850" w:type="dxa"/>
            <w:shd w:val="clear" w:color="auto" w:fill="FFFFFF"/>
            <w:tcMar>
              <w:top w:w="75" w:type="dxa"/>
              <w:left w:w="85" w:type="dxa"/>
              <w:bottom w:w="75" w:type="dxa"/>
              <w:right w:w="85" w:type="dxa"/>
            </w:tcMar>
            <w:vAlign w:val="center"/>
          </w:tcPr>
          <w:p w14:paraId="0BA415BF" w14:textId="77777777" w:rsidR="00673E82" w:rsidRPr="009C650E" w:rsidRDefault="00000000">
            <w:pPr>
              <w:spacing w:after="0" w:line="240" w:lineRule="auto"/>
              <w:jc w:val="center"/>
              <w:rPr>
                <w:noProof/>
                <w:lang w:val="ro-RO"/>
              </w:rPr>
            </w:pPr>
            <w:r w:rsidRPr="009C650E">
              <w:rPr>
                <w:noProof/>
                <w:sz w:val="16"/>
                <w:lang w:val="ro-RO"/>
              </w:rPr>
              <w:t>1</w:t>
            </w:r>
          </w:p>
        </w:tc>
        <w:tc>
          <w:tcPr>
            <w:tcW w:w="9071" w:type="dxa"/>
            <w:shd w:val="clear" w:color="auto" w:fill="FFFFFF"/>
            <w:tcMar>
              <w:top w:w="75" w:type="dxa"/>
              <w:left w:w="85" w:type="dxa"/>
              <w:bottom w:w="75" w:type="dxa"/>
              <w:right w:w="85" w:type="dxa"/>
            </w:tcMar>
            <w:vAlign w:val="center"/>
          </w:tcPr>
          <w:p w14:paraId="30E308D8" w14:textId="77777777" w:rsidR="00673E82" w:rsidRPr="009C650E" w:rsidRDefault="00000000">
            <w:pPr>
              <w:spacing w:after="0" w:line="240" w:lineRule="auto"/>
              <w:rPr>
                <w:noProof/>
                <w:lang w:val="ro-RO"/>
              </w:rPr>
            </w:pPr>
            <w:r w:rsidRPr="009C650E">
              <w:rPr>
                <w:noProof/>
                <w:sz w:val="16"/>
                <w:lang w:val="ro-RO"/>
              </w:rPr>
              <w:t>Datele acoperă integral activele și evenimentele relevante și sunt protejate împotriva modificării neautorizate?</w:t>
            </w:r>
          </w:p>
        </w:tc>
      </w:tr>
      <w:tr w:rsidR="00673E82" w:rsidRPr="009C650E" w14:paraId="3BC6E071" w14:textId="77777777">
        <w:trPr>
          <w:cantSplit/>
          <w:jc w:val="center"/>
        </w:trPr>
        <w:tc>
          <w:tcPr>
            <w:tcW w:w="850" w:type="dxa"/>
            <w:shd w:val="clear" w:color="auto" w:fill="FAFAFA"/>
            <w:tcMar>
              <w:top w:w="75" w:type="dxa"/>
              <w:left w:w="85" w:type="dxa"/>
              <w:bottom w:w="75" w:type="dxa"/>
              <w:right w:w="85" w:type="dxa"/>
            </w:tcMar>
            <w:vAlign w:val="center"/>
          </w:tcPr>
          <w:p w14:paraId="25F6FFC8" w14:textId="77777777" w:rsidR="00673E82" w:rsidRPr="009C650E" w:rsidRDefault="00000000">
            <w:pPr>
              <w:spacing w:after="0" w:line="240" w:lineRule="auto"/>
              <w:jc w:val="center"/>
              <w:rPr>
                <w:noProof/>
                <w:lang w:val="ro-RO"/>
              </w:rPr>
            </w:pPr>
            <w:r w:rsidRPr="009C650E">
              <w:rPr>
                <w:noProof/>
                <w:sz w:val="16"/>
                <w:lang w:val="ro-RO"/>
              </w:rPr>
              <w:t>2</w:t>
            </w:r>
          </w:p>
        </w:tc>
        <w:tc>
          <w:tcPr>
            <w:tcW w:w="9071" w:type="dxa"/>
            <w:shd w:val="clear" w:color="auto" w:fill="FAFAFA"/>
            <w:tcMar>
              <w:top w:w="75" w:type="dxa"/>
              <w:left w:w="85" w:type="dxa"/>
              <w:bottom w:w="75" w:type="dxa"/>
              <w:right w:w="85" w:type="dxa"/>
            </w:tcMar>
            <w:vAlign w:val="center"/>
          </w:tcPr>
          <w:p w14:paraId="0FBF5FB2" w14:textId="77777777" w:rsidR="00673E82" w:rsidRPr="009C650E" w:rsidRDefault="00000000">
            <w:pPr>
              <w:spacing w:after="0" w:line="240" w:lineRule="auto"/>
              <w:rPr>
                <w:noProof/>
                <w:lang w:val="ro-RO"/>
              </w:rPr>
            </w:pPr>
            <w:r w:rsidRPr="009C650E">
              <w:rPr>
                <w:noProof/>
                <w:sz w:val="16"/>
                <w:lang w:val="ro-RO"/>
              </w:rPr>
              <w:t>Riscul rezidual a scăzut și este în limite aprobate, nu doar controlul marcat ca implementat?</w:t>
            </w:r>
          </w:p>
        </w:tc>
      </w:tr>
      <w:tr w:rsidR="00673E82" w:rsidRPr="009C650E" w14:paraId="52748401" w14:textId="77777777">
        <w:trPr>
          <w:cantSplit/>
          <w:jc w:val="center"/>
        </w:trPr>
        <w:tc>
          <w:tcPr>
            <w:tcW w:w="850" w:type="dxa"/>
            <w:shd w:val="clear" w:color="auto" w:fill="FFFFFF"/>
            <w:tcMar>
              <w:top w:w="75" w:type="dxa"/>
              <w:left w:w="85" w:type="dxa"/>
              <w:bottom w:w="75" w:type="dxa"/>
              <w:right w:w="85" w:type="dxa"/>
            </w:tcMar>
            <w:vAlign w:val="center"/>
          </w:tcPr>
          <w:p w14:paraId="579D3268" w14:textId="77777777" w:rsidR="00673E82" w:rsidRPr="009C650E" w:rsidRDefault="00000000">
            <w:pPr>
              <w:spacing w:after="0" w:line="240" w:lineRule="auto"/>
              <w:jc w:val="center"/>
              <w:rPr>
                <w:noProof/>
                <w:lang w:val="ro-RO"/>
              </w:rPr>
            </w:pPr>
            <w:r w:rsidRPr="009C650E">
              <w:rPr>
                <w:noProof/>
                <w:sz w:val="16"/>
                <w:lang w:val="ro-RO"/>
              </w:rPr>
              <w:t>3</w:t>
            </w:r>
          </w:p>
        </w:tc>
        <w:tc>
          <w:tcPr>
            <w:tcW w:w="9071" w:type="dxa"/>
            <w:shd w:val="clear" w:color="auto" w:fill="FFFFFF"/>
            <w:tcMar>
              <w:top w:w="75" w:type="dxa"/>
              <w:left w:w="85" w:type="dxa"/>
              <w:bottom w:w="75" w:type="dxa"/>
              <w:right w:w="85" w:type="dxa"/>
            </w:tcMar>
            <w:vAlign w:val="center"/>
          </w:tcPr>
          <w:p w14:paraId="44A39413" w14:textId="77777777" w:rsidR="00673E82" w:rsidRPr="009C650E" w:rsidRDefault="00000000">
            <w:pPr>
              <w:spacing w:after="0" w:line="240" w:lineRule="auto"/>
              <w:rPr>
                <w:noProof/>
                <w:lang w:val="ro-RO"/>
              </w:rPr>
            </w:pPr>
            <w:r w:rsidRPr="009C650E">
              <w:rPr>
                <w:noProof/>
                <w:sz w:val="16"/>
                <w:lang w:val="ro-RO"/>
              </w:rPr>
              <w:t>Excepțiile sunt limitate, aprobate, temporare și protejate prin măsuri compensatorii testate?</w:t>
            </w:r>
          </w:p>
        </w:tc>
      </w:tr>
      <w:tr w:rsidR="00673E82" w:rsidRPr="009C650E" w14:paraId="7D957133" w14:textId="77777777">
        <w:trPr>
          <w:cantSplit/>
          <w:jc w:val="center"/>
        </w:trPr>
        <w:tc>
          <w:tcPr>
            <w:tcW w:w="850" w:type="dxa"/>
            <w:shd w:val="clear" w:color="auto" w:fill="FAFAFA"/>
            <w:tcMar>
              <w:top w:w="75" w:type="dxa"/>
              <w:left w:w="85" w:type="dxa"/>
              <w:bottom w:w="75" w:type="dxa"/>
              <w:right w:w="85" w:type="dxa"/>
            </w:tcMar>
            <w:vAlign w:val="center"/>
          </w:tcPr>
          <w:p w14:paraId="5AF8F1CE" w14:textId="77777777" w:rsidR="00673E82" w:rsidRPr="009C650E" w:rsidRDefault="00000000">
            <w:pPr>
              <w:spacing w:after="0" w:line="240" w:lineRule="auto"/>
              <w:jc w:val="center"/>
              <w:rPr>
                <w:noProof/>
                <w:lang w:val="ro-RO"/>
              </w:rPr>
            </w:pPr>
            <w:r w:rsidRPr="009C650E">
              <w:rPr>
                <w:noProof/>
                <w:sz w:val="16"/>
                <w:lang w:val="ro-RO"/>
              </w:rPr>
              <w:t>4</w:t>
            </w:r>
          </w:p>
        </w:tc>
        <w:tc>
          <w:tcPr>
            <w:tcW w:w="9071" w:type="dxa"/>
            <w:shd w:val="clear" w:color="auto" w:fill="FAFAFA"/>
            <w:tcMar>
              <w:top w:w="75" w:type="dxa"/>
              <w:left w:w="85" w:type="dxa"/>
              <w:bottom w:w="75" w:type="dxa"/>
              <w:right w:w="85" w:type="dxa"/>
            </w:tcMar>
            <w:vAlign w:val="center"/>
          </w:tcPr>
          <w:p w14:paraId="1B6144B4" w14:textId="77777777" w:rsidR="00673E82" w:rsidRPr="009C650E" w:rsidRDefault="00000000">
            <w:pPr>
              <w:spacing w:after="0" w:line="240" w:lineRule="auto"/>
              <w:rPr>
                <w:noProof/>
                <w:lang w:val="ro-RO"/>
              </w:rPr>
            </w:pPr>
            <w:r w:rsidRPr="009C650E">
              <w:rPr>
                <w:noProof/>
                <w:sz w:val="16"/>
                <w:lang w:val="ro-RO"/>
              </w:rPr>
              <w:t>Indicatorii sunt interpretați pe criticitate, expunere, severitate și vechime?</w:t>
            </w:r>
          </w:p>
        </w:tc>
      </w:tr>
      <w:tr w:rsidR="00673E82" w:rsidRPr="009C650E" w14:paraId="0BBBDC25" w14:textId="77777777">
        <w:trPr>
          <w:cantSplit/>
          <w:jc w:val="center"/>
        </w:trPr>
        <w:tc>
          <w:tcPr>
            <w:tcW w:w="850" w:type="dxa"/>
            <w:shd w:val="clear" w:color="auto" w:fill="FFFFFF"/>
            <w:tcMar>
              <w:top w:w="75" w:type="dxa"/>
              <w:left w:w="85" w:type="dxa"/>
              <w:bottom w:w="75" w:type="dxa"/>
              <w:right w:w="85" w:type="dxa"/>
            </w:tcMar>
            <w:vAlign w:val="center"/>
          </w:tcPr>
          <w:p w14:paraId="69249A20" w14:textId="77777777" w:rsidR="00673E82" w:rsidRPr="009C650E" w:rsidRDefault="00000000">
            <w:pPr>
              <w:spacing w:after="0" w:line="240" w:lineRule="auto"/>
              <w:jc w:val="center"/>
              <w:rPr>
                <w:noProof/>
                <w:lang w:val="ro-RO"/>
              </w:rPr>
            </w:pPr>
            <w:r w:rsidRPr="009C650E">
              <w:rPr>
                <w:noProof/>
                <w:sz w:val="16"/>
                <w:lang w:val="ro-RO"/>
              </w:rPr>
              <w:t>5</w:t>
            </w:r>
          </w:p>
        </w:tc>
        <w:tc>
          <w:tcPr>
            <w:tcW w:w="9071" w:type="dxa"/>
            <w:shd w:val="clear" w:color="auto" w:fill="FFFFFF"/>
            <w:tcMar>
              <w:top w:w="75" w:type="dxa"/>
              <w:left w:w="85" w:type="dxa"/>
              <w:bottom w:w="75" w:type="dxa"/>
              <w:right w:w="85" w:type="dxa"/>
            </w:tcMar>
            <w:vAlign w:val="center"/>
          </w:tcPr>
          <w:p w14:paraId="3C39AD58" w14:textId="77777777" w:rsidR="00673E82" w:rsidRPr="009C650E" w:rsidRDefault="00000000">
            <w:pPr>
              <w:spacing w:after="0" w:line="240" w:lineRule="auto"/>
              <w:rPr>
                <w:noProof/>
                <w:lang w:val="ro-RO"/>
              </w:rPr>
            </w:pPr>
            <w:r w:rsidRPr="009C650E">
              <w:rPr>
                <w:noProof/>
                <w:sz w:val="16"/>
                <w:lang w:val="ro-RO"/>
              </w:rPr>
              <w:t>Au apărut riscuri transferate către alte sisteme, utilizatori, furnizori sau procese?</w:t>
            </w:r>
          </w:p>
        </w:tc>
      </w:tr>
      <w:tr w:rsidR="00673E82" w:rsidRPr="009C650E" w14:paraId="591F7F98" w14:textId="77777777">
        <w:trPr>
          <w:cantSplit/>
          <w:jc w:val="center"/>
        </w:trPr>
        <w:tc>
          <w:tcPr>
            <w:tcW w:w="850" w:type="dxa"/>
            <w:shd w:val="clear" w:color="auto" w:fill="FAFAFA"/>
            <w:tcMar>
              <w:top w:w="75" w:type="dxa"/>
              <w:left w:w="85" w:type="dxa"/>
              <w:bottom w:w="75" w:type="dxa"/>
              <w:right w:w="85" w:type="dxa"/>
            </w:tcMar>
            <w:vAlign w:val="center"/>
          </w:tcPr>
          <w:p w14:paraId="40F91C62" w14:textId="77777777" w:rsidR="00673E82" w:rsidRPr="009C650E" w:rsidRDefault="00000000">
            <w:pPr>
              <w:spacing w:after="0" w:line="240" w:lineRule="auto"/>
              <w:jc w:val="center"/>
              <w:rPr>
                <w:noProof/>
                <w:lang w:val="ro-RO"/>
              </w:rPr>
            </w:pPr>
            <w:r w:rsidRPr="009C650E">
              <w:rPr>
                <w:noProof/>
                <w:sz w:val="16"/>
                <w:lang w:val="ro-RO"/>
              </w:rPr>
              <w:t>6</w:t>
            </w:r>
          </w:p>
        </w:tc>
        <w:tc>
          <w:tcPr>
            <w:tcW w:w="9071" w:type="dxa"/>
            <w:shd w:val="clear" w:color="auto" w:fill="FAFAFA"/>
            <w:tcMar>
              <w:top w:w="75" w:type="dxa"/>
              <w:left w:w="85" w:type="dxa"/>
              <w:bottom w:w="75" w:type="dxa"/>
              <w:right w:w="85" w:type="dxa"/>
            </w:tcMar>
            <w:vAlign w:val="center"/>
          </w:tcPr>
          <w:p w14:paraId="2FC2A422" w14:textId="77777777" w:rsidR="00673E82" w:rsidRPr="009C650E" w:rsidRDefault="00000000">
            <w:pPr>
              <w:spacing w:after="0" w:line="240" w:lineRule="auto"/>
              <w:rPr>
                <w:noProof/>
                <w:lang w:val="ro-RO"/>
              </w:rPr>
            </w:pPr>
            <w:r w:rsidRPr="009C650E">
              <w:rPr>
                <w:noProof/>
                <w:sz w:val="16"/>
                <w:lang w:val="ro-RO"/>
              </w:rPr>
              <w:t>Incidentele, testele și exercițiile confirmă funcționarea controlului în condiții reale?</w:t>
            </w:r>
          </w:p>
        </w:tc>
      </w:tr>
      <w:tr w:rsidR="00673E82" w:rsidRPr="009C650E" w14:paraId="78C890B6" w14:textId="77777777">
        <w:trPr>
          <w:cantSplit/>
          <w:jc w:val="center"/>
        </w:trPr>
        <w:tc>
          <w:tcPr>
            <w:tcW w:w="850" w:type="dxa"/>
            <w:shd w:val="clear" w:color="auto" w:fill="FFFFFF"/>
            <w:tcMar>
              <w:top w:w="75" w:type="dxa"/>
              <w:left w:w="85" w:type="dxa"/>
              <w:bottom w:w="75" w:type="dxa"/>
              <w:right w:w="85" w:type="dxa"/>
            </w:tcMar>
            <w:vAlign w:val="center"/>
          </w:tcPr>
          <w:p w14:paraId="286EE2DB" w14:textId="77777777" w:rsidR="00673E82" w:rsidRPr="009C650E" w:rsidRDefault="00000000">
            <w:pPr>
              <w:spacing w:after="0" w:line="240" w:lineRule="auto"/>
              <w:jc w:val="center"/>
              <w:rPr>
                <w:noProof/>
                <w:lang w:val="ro-RO"/>
              </w:rPr>
            </w:pPr>
            <w:r w:rsidRPr="009C650E">
              <w:rPr>
                <w:noProof/>
                <w:sz w:val="16"/>
                <w:lang w:val="ro-RO"/>
              </w:rPr>
              <w:t>7</w:t>
            </w:r>
          </w:p>
        </w:tc>
        <w:tc>
          <w:tcPr>
            <w:tcW w:w="9071" w:type="dxa"/>
            <w:shd w:val="clear" w:color="auto" w:fill="FFFFFF"/>
            <w:tcMar>
              <w:top w:w="75" w:type="dxa"/>
              <w:left w:w="85" w:type="dxa"/>
              <w:bottom w:w="75" w:type="dxa"/>
              <w:right w:w="85" w:type="dxa"/>
            </w:tcMar>
            <w:vAlign w:val="center"/>
          </w:tcPr>
          <w:p w14:paraId="4101AFF8" w14:textId="77777777" w:rsidR="00673E82" w:rsidRPr="009C650E" w:rsidRDefault="00000000">
            <w:pPr>
              <w:spacing w:after="0" w:line="240" w:lineRule="auto"/>
              <w:rPr>
                <w:noProof/>
                <w:lang w:val="ro-RO"/>
              </w:rPr>
            </w:pPr>
            <w:r w:rsidRPr="009C650E">
              <w:rPr>
                <w:noProof/>
                <w:sz w:val="16"/>
                <w:lang w:val="ro-RO"/>
              </w:rPr>
              <w:t>Schimbările tehnologice, amenințările, obligațiile sau condițiile climatice impun revizuirea?</w:t>
            </w:r>
          </w:p>
        </w:tc>
      </w:tr>
      <w:tr w:rsidR="00673E82" w:rsidRPr="009C650E" w14:paraId="7144C54E" w14:textId="77777777">
        <w:trPr>
          <w:cantSplit/>
          <w:jc w:val="center"/>
        </w:trPr>
        <w:tc>
          <w:tcPr>
            <w:tcW w:w="850" w:type="dxa"/>
            <w:shd w:val="clear" w:color="auto" w:fill="FAFAFA"/>
            <w:tcMar>
              <w:top w:w="75" w:type="dxa"/>
              <w:left w:w="85" w:type="dxa"/>
              <w:bottom w:w="75" w:type="dxa"/>
              <w:right w:w="85" w:type="dxa"/>
            </w:tcMar>
            <w:vAlign w:val="center"/>
          </w:tcPr>
          <w:p w14:paraId="41648B3B" w14:textId="77777777" w:rsidR="00673E82" w:rsidRPr="009C650E" w:rsidRDefault="00000000">
            <w:pPr>
              <w:spacing w:after="0" w:line="240" w:lineRule="auto"/>
              <w:jc w:val="center"/>
              <w:rPr>
                <w:noProof/>
                <w:lang w:val="ro-RO"/>
              </w:rPr>
            </w:pPr>
            <w:r w:rsidRPr="009C650E">
              <w:rPr>
                <w:noProof/>
                <w:sz w:val="16"/>
                <w:lang w:val="ro-RO"/>
              </w:rPr>
              <w:t>8</w:t>
            </w:r>
          </w:p>
        </w:tc>
        <w:tc>
          <w:tcPr>
            <w:tcW w:w="9071" w:type="dxa"/>
            <w:shd w:val="clear" w:color="auto" w:fill="FAFAFA"/>
            <w:tcMar>
              <w:top w:w="75" w:type="dxa"/>
              <w:left w:w="85" w:type="dxa"/>
              <w:bottom w:w="75" w:type="dxa"/>
              <w:right w:w="85" w:type="dxa"/>
            </w:tcMar>
            <w:vAlign w:val="center"/>
          </w:tcPr>
          <w:p w14:paraId="493E2CAD" w14:textId="77777777" w:rsidR="00673E82" w:rsidRPr="009C650E" w:rsidRDefault="00000000">
            <w:pPr>
              <w:spacing w:after="0" w:line="240" w:lineRule="auto"/>
              <w:rPr>
                <w:noProof/>
                <w:lang w:val="ro-RO"/>
              </w:rPr>
            </w:pPr>
            <w:r w:rsidRPr="009C650E">
              <w:rPr>
                <w:noProof/>
                <w:sz w:val="16"/>
                <w:lang w:val="ro-RO"/>
              </w:rPr>
              <w:t>Sunt necesare resurse, acceptare de risc, acțiuni corective sau actualizarea SoA și a planului de tratare?</w:t>
            </w:r>
          </w:p>
        </w:tc>
      </w:tr>
    </w:tbl>
    <w:p w14:paraId="76524714" w14:textId="77777777" w:rsidR="00673E82" w:rsidRPr="009C650E" w:rsidRDefault="00673E82">
      <w:pPr>
        <w:spacing w:after="20"/>
        <w:rPr>
          <w:noProof/>
          <w:lang w:val="ro-RO"/>
        </w:rPr>
      </w:pPr>
    </w:p>
    <w:p w14:paraId="4D7DD34F" w14:textId="77777777" w:rsidR="00673E82" w:rsidRPr="009C650E" w:rsidRDefault="00000000">
      <w:pPr>
        <w:pStyle w:val="Heading2"/>
        <w:rPr>
          <w:noProof/>
          <w:lang w:val="ro-RO"/>
        </w:rPr>
      </w:pPr>
      <w:r w:rsidRPr="009C650E">
        <w:rPr>
          <w:noProof/>
          <w:lang w:val="ro-RO"/>
        </w:rPr>
        <w:t>Când ținta nu este atinsă</w:t>
      </w:r>
    </w:p>
    <w:p w14:paraId="6F206014" w14:textId="77777777" w:rsidR="00673E82" w:rsidRPr="009C650E" w:rsidRDefault="00000000">
      <w:pPr>
        <w:pStyle w:val="ListBullet"/>
        <w:spacing w:after="40"/>
        <w:ind w:left="283" w:hanging="170"/>
        <w:rPr>
          <w:noProof/>
          <w:lang w:val="ro-RO"/>
        </w:rPr>
      </w:pPr>
      <w:r w:rsidRPr="009C650E">
        <w:rPr>
          <w:noProof/>
          <w:lang w:val="ro-RO"/>
        </w:rPr>
        <w:t>Confirmați inventarul, criteriile de severitate, formula, sursa datelor și momentul de calcul al termenelor.</w:t>
      </w:r>
    </w:p>
    <w:p w14:paraId="4812CC10" w14:textId="77777777" w:rsidR="00673E82" w:rsidRPr="009C650E" w:rsidRDefault="00000000">
      <w:pPr>
        <w:pStyle w:val="ListBullet"/>
        <w:spacing w:after="40"/>
        <w:ind w:left="283" w:hanging="170"/>
        <w:rPr>
          <w:noProof/>
          <w:lang w:val="ro-RO"/>
        </w:rPr>
      </w:pPr>
      <w:r w:rsidRPr="009C650E">
        <w:rPr>
          <w:noProof/>
          <w:lang w:val="ro-RO"/>
        </w:rPr>
        <w:t>Analizați dacă abaterea provine din volum, lipsa proprietarului, dependențe, tehnologie veche, furnizori sau controale insuficiente.</w:t>
      </w:r>
    </w:p>
    <w:p w14:paraId="142B51C4" w14:textId="77777777" w:rsidR="00673E82" w:rsidRPr="009C650E" w:rsidRDefault="00000000">
      <w:pPr>
        <w:pStyle w:val="ListBullet"/>
        <w:spacing w:after="40"/>
        <w:ind w:left="283" w:hanging="170"/>
        <w:rPr>
          <w:noProof/>
          <w:lang w:val="ro-RO"/>
        </w:rPr>
      </w:pPr>
      <w:r w:rsidRPr="009C650E">
        <w:rPr>
          <w:noProof/>
          <w:lang w:val="ro-RO"/>
        </w:rPr>
        <w:t>Verificați tehnic închiderea și eficacitatea măsurilor compensatorii; nu acceptați doar statusul din ticket.</w:t>
      </w:r>
    </w:p>
    <w:p w14:paraId="5CEC7869" w14:textId="77777777" w:rsidR="00673E82" w:rsidRPr="009C650E" w:rsidRDefault="00000000">
      <w:pPr>
        <w:pStyle w:val="ListBullet"/>
        <w:spacing w:after="40"/>
        <w:ind w:left="283" w:hanging="170"/>
        <w:rPr>
          <w:noProof/>
          <w:lang w:val="ro-RO"/>
        </w:rPr>
      </w:pPr>
      <w:r w:rsidRPr="009C650E">
        <w:rPr>
          <w:noProof/>
          <w:lang w:val="ro-RO"/>
        </w:rPr>
        <w:t>Escaladați riscurile peste criteriul aprobat și obțineți o decizie explicită privind tratamentul, evitarea, transferul sau acceptarea.</w:t>
      </w:r>
    </w:p>
    <w:p w14:paraId="76D4346D" w14:textId="77777777" w:rsidR="00673E82" w:rsidRPr="009C650E" w:rsidRDefault="00000000">
      <w:pPr>
        <w:pStyle w:val="ListBullet"/>
        <w:spacing w:after="40"/>
        <w:ind w:left="283" w:hanging="170"/>
        <w:rPr>
          <w:noProof/>
          <w:lang w:val="ro-RO"/>
        </w:rPr>
      </w:pPr>
      <w:r w:rsidRPr="009C650E">
        <w:rPr>
          <w:noProof/>
          <w:lang w:val="ro-RO"/>
        </w:rPr>
        <w:t>Actualizați evaluarea riscurilor, planul de tratare și SoA când se schimbă controlul sau justificarea sa.</w:t>
      </w:r>
    </w:p>
    <w:p w14:paraId="45EC2319" w14:textId="77777777" w:rsidR="00673E82" w:rsidRPr="009C650E" w:rsidRDefault="00000000">
      <w:pPr>
        <w:pStyle w:val="ListBullet"/>
        <w:spacing w:after="40"/>
        <w:ind w:left="283" w:hanging="170"/>
        <w:rPr>
          <w:noProof/>
          <w:lang w:val="ro-RO"/>
        </w:rPr>
      </w:pPr>
      <w:r w:rsidRPr="009C650E">
        <w:rPr>
          <w:noProof/>
          <w:lang w:val="ro-RO"/>
        </w:rPr>
        <w:t>Dacă abaterea indică incident sau neconformitate, aplicați răspunsul, analiza cauzei și acțiunea corectivă și verificați eficacitatea.</w:t>
      </w:r>
    </w:p>
    <w:p w14:paraId="0F0B4655" w14:textId="77777777" w:rsidR="00673E82" w:rsidRPr="009C650E" w:rsidRDefault="00000000">
      <w:pPr>
        <w:pStyle w:val="Heading2"/>
        <w:rPr>
          <w:noProof/>
          <w:lang w:val="ro-RO"/>
        </w:rPr>
      </w:pPr>
      <w:r w:rsidRPr="009C650E">
        <w:rPr>
          <w:noProof/>
          <w:lang w:val="ro-RO"/>
        </w:rPr>
        <w:t>Proces-verbal scurt pentru revizuirea obiectivelor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673E82" w:rsidRPr="009C650E" w14:paraId="41321141" w14:textId="77777777">
        <w:trPr>
          <w:tblHeader/>
          <w:jc w:val="center"/>
        </w:trPr>
        <w:tc>
          <w:tcPr>
            <w:tcW w:w="3118" w:type="dxa"/>
            <w:shd w:val="clear" w:color="auto" w:fill="D71920"/>
            <w:tcMar>
              <w:top w:w="75" w:type="dxa"/>
              <w:left w:w="85" w:type="dxa"/>
              <w:bottom w:w="75" w:type="dxa"/>
              <w:right w:w="85" w:type="dxa"/>
            </w:tcMar>
            <w:vAlign w:val="center"/>
          </w:tcPr>
          <w:p w14:paraId="3E95F2F6" w14:textId="77777777" w:rsidR="00673E82" w:rsidRPr="009C650E" w:rsidRDefault="00000000">
            <w:pPr>
              <w:spacing w:after="0" w:line="240" w:lineRule="auto"/>
              <w:jc w:val="center"/>
              <w:rPr>
                <w:noProof/>
                <w:lang w:val="ro-RO"/>
              </w:rPr>
            </w:pPr>
            <w:r w:rsidRPr="009C650E">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1996972B" w14:textId="77777777" w:rsidR="00673E82" w:rsidRPr="009C650E" w:rsidRDefault="00000000">
            <w:pPr>
              <w:spacing w:after="0" w:line="240" w:lineRule="auto"/>
              <w:jc w:val="center"/>
              <w:rPr>
                <w:noProof/>
                <w:lang w:val="ro-RO"/>
              </w:rPr>
            </w:pPr>
            <w:r w:rsidRPr="009C650E">
              <w:rPr>
                <w:b/>
                <w:noProof/>
                <w:color w:val="FFFFFF"/>
                <w:sz w:val="15"/>
                <w:lang w:val="ro-RO"/>
              </w:rPr>
              <w:t>COMPLETARE</w:t>
            </w:r>
          </w:p>
        </w:tc>
      </w:tr>
      <w:tr w:rsidR="00673E82" w:rsidRPr="009C650E" w14:paraId="60198285" w14:textId="77777777">
        <w:trPr>
          <w:cantSplit/>
          <w:jc w:val="center"/>
        </w:trPr>
        <w:tc>
          <w:tcPr>
            <w:tcW w:w="3118" w:type="dxa"/>
            <w:shd w:val="clear" w:color="auto" w:fill="FFFFFF"/>
            <w:tcMar>
              <w:top w:w="75" w:type="dxa"/>
              <w:left w:w="85" w:type="dxa"/>
              <w:bottom w:w="75" w:type="dxa"/>
              <w:right w:w="85" w:type="dxa"/>
            </w:tcMar>
            <w:vAlign w:val="center"/>
          </w:tcPr>
          <w:p w14:paraId="38CCD324" w14:textId="77777777" w:rsidR="00673E82" w:rsidRPr="009C650E" w:rsidRDefault="00000000">
            <w:pPr>
              <w:spacing w:after="0" w:line="240" w:lineRule="auto"/>
              <w:rPr>
                <w:noProof/>
                <w:lang w:val="ro-RO"/>
              </w:rPr>
            </w:pPr>
            <w:r w:rsidRPr="009C650E">
              <w:rPr>
                <w:noProof/>
                <w:sz w:val="16"/>
                <w:lang w:val="ro-RO"/>
              </w:rPr>
              <w:t>Data / participanți</w:t>
            </w:r>
          </w:p>
        </w:tc>
        <w:tc>
          <w:tcPr>
            <w:tcW w:w="6803" w:type="dxa"/>
            <w:shd w:val="clear" w:color="auto" w:fill="FFFFFF"/>
            <w:tcMar>
              <w:top w:w="75" w:type="dxa"/>
              <w:left w:w="85" w:type="dxa"/>
              <w:bottom w:w="75" w:type="dxa"/>
              <w:right w:w="85" w:type="dxa"/>
            </w:tcMar>
            <w:vAlign w:val="center"/>
          </w:tcPr>
          <w:p w14:paraId="24CCCE77" w14:textId="77777777" w:rsidR="00673E82" w:rsidRPr="009C650E" w:rsidRDefault="00673E82">
            <w:pPr>
              <w:spacing w:after="0" w:line="240" w:lineRule="auto"/>
              <w:rPr>
                <w:noProof/>
                <w:lang w:val="ro-RO"/>
              </w:rPr>
            </w:pPr>
          </w:p>
        </w:tc>
      </w:tr>
      <w:tr w:rsidR="00673E82" w:rsidRPr="009C650E" w14:paraId="3C563E0F" w14:textId="77777777">
        <w:trPr>
          <w:cantSplit/>
          <w:jc w:val="center"/>
        </w:trPr>
        <w:tc>
          <w:tcPr>
            <w:tcW w:w="3118" w:type="dxa"/>
            <w:shd w:val="clear" w:color="auto" w:fill="FAFAFA"/>
            <w:tcMar>
              <w:top w:w="75" w:type="dxa"/>
              <w:left w:w="85" w:type="dxa"/>
              <w:bottom w:w="75" w:type="dxa"/>
              <w:right w:w="85" w:type="dxa"/>
            </w:tcMar>
            <w:vAlign w:val="center"/>
          </w:tcPr>
          <w:p w14:paraId="4DB1199C" w14:textId="77777777" w:rsidR="00673E82" w:rsidRPr="009C650E" w:rsidRDefault="00000000">
            <w:pPr>
              <w:spacing w:after="0" w:line="240" w:lineRule="auto"/>
              <w:rPr>
                <w:noProof/>
                <w:lang w:val="ro-RO"/>
              </w:rPr>
            </w:pPr>
            <w:r w:rsidRPr="009C650E">
              <w:rPr>
                <w:noProof/>
                <w:sz w:val="16"/>
                <w:lang w:val="ro-RO"/>
              </w:rPr>
              <w:t>Obiective revizuite</w:t>
            </w:r>
          </w:p>
        </w:tc>
        <w:tc>
          <w:tcPr>
            <w:tcW w:w="6803" w:type="dxa"/>
            <w:shd w:val="clear" w:color="auto" w:fill="FAFAFA"/>
            <w:tcMar>
              <w:top w:w="75" w:type="dxa"/>
              <w:left w:w="85" w:type="dxa"/>
              <w:bottom w:w="75" w:type="dxa"/>
              <w:right w:w="85" w:type="dxa"/>
            </w:tcMar>
            <w:vAlign w:val="center"/>
          </w:tcPr>
          <w:p w14:paraId="1E3041BA" w14:textId="77777777" w:rsidR="00673E82" w:rsidRPr="009C650E" w:rsidRDefault="00673E82">
            <w:pPr>
              <w:spacing w:after="0" w:line="240" w:lineRule="auto"/>
              <w:rPr>
                <w:noProof/>
                <w:lang w:val="ro-RO"/>
              </w:rPr>
            </w:pPr>
          </w:p>
        </w:tc>
      </w:tr>
      <w:tr w:rsidR="00673E82" w:rsidRPr="009C650E" w14:paraId="6C0821C0" w14:textId="77777777">
        <w:trPr>
          <w:cantSplit/>
          <w:jc w:val="center"/>
        </w:trPr>
        <w:tc>
          <w:tcPr>
            <w:tcW w:w="3118" w:type="dxa"/>
            <w:shd w:val="clear" w:color="auto" w:fill="FFFFFF"/>
            <w:tcMar>
              <w:top w:w="75" w:type="dxa"/>
              <w:left w:w="85" w:type="dxa"/>
              <w:bottom w:w="75" w:type="dxa"/>
              <w:right w:w="85" w:type="dxa"/>
            </w:tcMar>
            <w:vAlign w:val="center"/>
          </w:tcPr>
          <w:p w14:paraId="539795D9" w14:textId="77777777" w:rsidR="00673E82" w:rsidRPr="009C650E" w:rsidRDefault="00000000">
            <w:pPr>
              <w:spacing w:after="0" w:line="240" w:lineRule="auto"/>
              <w:rPr>
                <w:noProof/>
                <w:lang w:val="ro-RO"/>
              </w:rPr>
            </w:pPr>
            <w:r w:rsidRPr="009C650E">
              <w:rPr>
                <w:noProof/>
                <w:sz w:val="16"/>
                <w:lang w:val="ro-RO"/>
              </w:rPr>
              <w:t>Date / rapoarte analizate</w:t>
            </w:r>
          </w:p>
        </w:tc>
        <w:tc>
          <w:tcPr>
            <w:tcW w:w="6803" w:type="dxa"/>
            <w:shd w:val="clear" w:color="auto" w:fill="FFFFFF"/>
            <w:tcMar>
              <w:top w:w="75" w:type="dxa"/>
              <w:left w:w="85" w:type="dxa"/>
              <w:bottom w:w="75" w:type="dxa"/>
              <w:right w:w="85" w:type="dxa"/>
            </w:tcMar>
            <w:vAlign w:val="center"/>
          </w:tcPr>
          <w:p w14:paraId="795C7BD9" w14:textId="77777777" w:rsidR="00673E82" w:rsidRPr="009C650E" w:rsidRDefault="00673E82">
            <w:pPr>
              <w:spacing w:after="0" w:line="240" w:lineRule="auto"/>
              <w:rPr>
                <w:noProof/>
                <w:lang w:val="ro-RO"/>
              </w:rPr>
            </w:pPr>
          </w:p>
        </w:tc>
      </w:tr>
      <w:tr w:rsidR="00673E82" w:rsidRPr="009C650E" w14:paraId="73F5200F" w14:textId="77777777">
        <w:trPr>
          <w:cantSplit/>
          <w:jc w:val="center"/>
        </w:trPr>
        <w:tc>
          <w:tcPr>
            <w:tcW w:w="3118" w:type="dxa"/>
            <w:shd w:val="clear" w:color="auto" w:fill="FAFAFA"/>
            <w:tcMar>
              <w:top w:w="75" w:type="dxa"/>
              <w:left w:w="85" w:type="dxa"/>
              <w:bottom w:w="75" w:type="dxa"/>
              <w:right w:w="85" w:type="dxa"/>
            </w:tcMar>
            <w:vAlign w:val="center"/>
          </w:tcPr>
          <w:p w14:paraId="0F03AE93" w14:textId="77777777" w:rsidR="00673E82" w:rsidRPr="009C650E" w:rsidRDefault="00000000">
            <w:pPr>
              <w:spacing w:after="0" w:line="240" w:lineRule="auto"/>
              <w:rPr>
                <w:noProof/>
                <w:lang w:val="ro-RO"/>
              </w:rPr>
            </w:pPr>
            <w:r w:rsidRPr="009C650E">
              <w:rPr>
                <w:noProof/>
                <w:sz w:val="16"/>
                <w:lang w:val="ro-RO"/>
              </w:rPr>
              <w:t>Obiective verzi</w:t>
            </w:r>
          </w:p>
        </w:tc>
        <w:tc>
          <w:tcPr>
            <w:tcW w:w="6803" w:type="dxa"/>
            <w:shd w:val="clear" w:color="auto" w:fill="FAFAFA"/>
            <w:tcMar>
              <w:top w:w="75" w:type="dxa"/>
              <w:left w:w="85" w:type="dxa"/>
              <w:bottom w:w="75" w:type="dxa"/>
              <w:right w:w="85" w:type="dxa"/>
            </w:tcMar>
            <w:vAlign w:val="center"/>
          </w:tcPr>
          <w:p w14:paraId="1B4CFF91" w14:textId="77777777" w:rsidR="00673E82" w:rsidRPr="009C650E" w:rsidRDefault="00673E82">
            <w:pPr>
              <w:spacing w:after="0" w:line="240" w:lineRule="auto"/>
              <w:rPr>
                <w:noProof/>
                <w:lang w:val="ro-RO"/>
              </w:rPr>
            </w:pPr>
          </w:p>
        </w:tc>
      </w:tr>
      <w:tr w:rsidR="00673E82" w:rsidRPr="009C650E" w14:paraId="16D74196" w14:textId="77777777">
        <w:trPr>
          <w:cantSplit/>
          <w:jc w:val="center"/>
        </w:trPr>
        <w:tc>
          <w:tcPr>
            <w:tcW w:w="3118" w:type="dxa"/>
            <w:shd w:val="clear" w:color="auto" w:fill="FFFFFF"/>
            <w:tcMar>
              <w:top w:w="75" w:type="dxa"/>
              <w:left w:w="85" w:type="dxa"/>
              <w:bottom w:w="75" w:type="dxa"/>
              <w:right w:w="85" w:type="dxa"/>
            </w:tcMar>
            <w:vAlign w:val="center"/>
          </w:tcPr>
          <w:p w14:paraId="1DDBDD1B" w14:textId="77777777" w:rsidR="00673E82" w:rsidRPr="009C650E" w:rsidRDefault="00000000">
            <w:pPr>
              <w:spacing w:after="0" w:line="240" w:lineRule="auto"/>
              <w:rPr>
                <w:noProof/>
                <w:lang w:val="ro-RO"/>
              </w:rPr>
            </w:pPr>
            <w:r w:rsidRPr="009C650E">
              <w:rPr>
                <w:noProof/>
                <w:sz w:val="16"/>
                <w:lang w:val="ro-RO"/>
              </w:rPr>
              <w:t>Obiective galbene / roșii și cauze</w:t>
            </w:r>
          </w:p>
        </w:tc>
        <w:tc>
          <w:tcPr>
            <w:tcW w:w="6803" w:type="dxa"/>
            <w:shd w:val="clear" w:color="auto" w:fill="FFFFFF"/>
            <w:tcMar>
              <w:top w:w="75" w:type="dxa"/>
              <w:left w:w="85" w:type="dxa"/>
              <w:bottom w:w="75" w:type="dxa"/>
              <w:right w:w="85" w:type="dxa"/>
            </w:tcMar>
            <w:vAlign w:val="center"/>
          </w:tcPr>
          <w:p w14:paraId="16BE1FD1" w14:textId="77777777" w:rsidR="00673E82" w:rsidRPr="009C650E" w:rsidRDefault="00673E82">
            <w:pPr>
              <w:spacing w:after="0" w:line="240" w:lineRule="auto"/>
              <w:rPr>
                <w:noProof/>
                <w:lang w:val="ro-RO"/>
              </w:rPr>
            </w:pPr>
          </w:p>
        </w:tc>
      </w:tr>
      <w:tr w:rsidR="00673E82" w:rsidRPr="009C650E" w14:paraId="4DB69B29" w14:textId="77777777">
        <w:trPr>
          <w:cantSplit/>
          <w:jc w:val="center"/>
        </w:trPr>
        <w:tc>
          <w:tcPr>
            <w:tcW w:w="3118" w:type="dxa"/>
            <w:shd w:val="clear" w:color="auto" w:fill="FAFAFA"/>
            <w:tcMar>
              <w:top w:w="75" w:type="dxa"/>
              <w:left w:w="85" w:type="dxa"/>
              <w:bottom w:w="75" w:type="dxa"/>
              <w:right w:w="85" w:type="dxa"/>
            </w:tcMar>
            <w:vAlign w:val="center"/>
          </w:tcPr>
          <w:p w14:paraId="5AFBD4DB" w14:textId="77777777" w:rsidR="00673E82" w:rsidRPr="009C650E" w:rsidRDefault="00000000">
            <w:pPr>
              <w:spacing w:after="0" w:line="240" w:lineRule="auto"/>
              <w:rPr>
                <w:noProof/>
                <w:lang w:val="ro-RO"/>
              </w:rPr>
            </w:pPr>
            <w:r w:rsidRPr="009C650E">
              <w:rPr>
                <w:noProof/>
                <w:sz w:val="16"/>
                <w:lang w:val="ro-RO"/>
              </w:rPr>
              <w:t>Decizii și resurse aprobate</w:t>
            </w:r>
          </w:p>
        </w:tc>
        <w:tc>
          <w:tcPr>
            <w:tcW w:w="6803" w:type="dxa"/>
            <w:shd w:val="clear" w:color="auto" w:fill="FAFAFA"/>
            <w:tcMar>
              <w:top w:w="75" w:type="dxa"/>
              <w:left w:w="85" w:type="dxa"/>
              <w:bottom w:w="75" w:type="dxa"/>
              <w:right w:w="85" w:type="dxa"/>
            </w:tcMar>
            <w:vAlign w:val="center"/>
          </w:tcPr>
          <w:p w14:paraId="0A21CCB3" w14:textId="77777777" w:rsidR="00673E82" w:rsidRPr="009C650E" w:rsidRDefault="00673E82">
            <w:pPr>
              <w:spacing w:after="0" w:line="240" w:lineRule="auto"/>
              <w:rPr>
                <w:noProof/>
                <w:lang w:val="ro-RO"/>
              </w:rPr>
            </w:pPr>
          </w:p>
        </w:tc>
      </w:tr>
      <w:tr w:rsidR="00673E82" w:rsidRPr="009C650E" w14:paraId="42CF7C53" w14:textId="77777777">
        <w:trPr>
          <w:cantSplit/>
          <w:jc w:val="center"/>
        </w:trPr>
        <w:tc>
          <w:tcPr>
            <w:tcW w:w="3118" w:type="dxa"/>
            <w:shd w:val="clear" w:color="auto" w:fill="FFFFFF"/>
            <w:tcMar>
              <w:top w:w="75" w:type="dxa"/>
              <w:left w:w="85" w:type="dxa"/>
              <w:bottom w:w="75" w:type="dxa"/>
              <w:right w:w="85" w:type="dxa"/>
            </w:tcMar>
            <w:vAlign w:val="center"/>
          </w:tcPr>
          <w:p w14:paraId="716B4D35" w14:textId="77777777" w:rsidR="00673E82" w:rsidRPr="009C650E" w:rsidRDefault="00000000">
            <w:pPr>
              <w:spacing w:after="0" w:line="240" w:lineRule="auto"/>
              <w:rPr>
                <w:noProof/>
                <w:lang w:val="ro-RO"/>
              </w:rPr>
            </w:pPr>
            <w:r w:rsidRPr="009C650E">
              <w:rPr>
                <w:noProof/>
                <w:sz w:val="16"/>
                <w:lang w:val="ro-RO"/>
              </w:rPr>
              <w:t>Acțiuni, responsabili, termene</w:t>
            </w:r>
          </w:p>
        </w:tc>
        <w:tc>
          <w:tcPr>
            <w:tcW w:w="6803" w:type="dxa"/>
            <w:shd w:val="clear" w:color="auto" w:fill="FFFFFF"/>
            <w:tcMar>
              <w:top w:w="75" w:type="dxa"/>
              <w:left w:w="85" w:type="dxa"/>
              <w:bottom w:w="75" w:type="dxa"/>
              <w:right w:w="85" w:type="dxa"/>
            </w:tcMar>
            <w:vAlign w:val="center"/>
          </w:tcPr>
          <w:p w14:paraId="3C7DD7E0" w14:textId="77777777" w:rsidR="00673E82" w:rsidRPr="009C650E" w:rsidRDefault="00673E82">
            <w:pPr>
              <w:spacing w:after="0" w:line="240" w:lineRule="auto"/>
              <w:rPr>
                <w:noProof/>
                <w:lang w:val="ro-RO"/>
              </w:rPr>
            </w:pPr>
          </w:p>
        </w:tc>
      </w:tr>
      <w:tr w:rsidR="00673E82" w:rsidRPr="009C650E" w14:paraId="451177E9" w14:textId="77777777">
        <w:trPr>
          <w:cantSplit/>
          <w:jc w:val="center"/>
        </w:trPr>
        <w:tc>
          <w:tcPr>
            <w:tcW w:w="3118" w:type="dxa"/>
            <w:shd w:val="clear" w:color="auto" w:fill="FAFAFA"/>
            <w:tcMar>
              <w:top w:w="75" w:type="dxa"/>
              <w:left w:w="85" w:type="dxa"/>
              <w:bottom w:w="75" w:type="dxa"/>
              <w:right w:w="85" w:type="dxa"/>
            </w:tcMar>
            <w:vAlign w:val="center"/>
          </w:tcPr>
          <w:p w14:paraId="2CE14EBA" w14:textId="77777777" w:rsidR="00673E82" w:rsidRPr="009C650E" w:rsidRDefault="00000000">
            <w:pPr>
              <w:spacing w:after="0" w:line="240" w:lineRule="auto"/>
              <w:rPr>
                <w:noProof/>
                <w:lang w:val="ro-RO"/>
              </w:rPr>
            </w:pPr>
            <w:r w:rsidRPr="009C650E">
              <w:rPr>
                <w:noProof/>
                <w:sz w:val="16"/>
                <w:lang w:val="ro-RO"/>
              </w:rPr>
              <w:t>Data următoarei revizuiri</w:t>
            </w:r>
          </w:p>
        </w:tc>
        <w:tc>
          <w:tcPr>
            <w:tcW w:w="6803" w:type="dxa"/>
            <w:shd w:val="clear" w:color="auto" w:fill="FAFAFA"/>
            <w:tcMar>
              <w:top w:w="75" w:type="dxa"/>
              <w:left w:w="85" w:type="dxa"/>
              <w:bottom w:w="75" w:type="dxa"/>
              <w:right w:w="85" w:type="dxa"/>
            </w:tcMar>
            <w:vAlign w:val="center"/>
          </w:tcPr>
          <w:p w14:paraId="5A95EF7D" w14:textId="77777777" w:rsidR="00673E82" w:rsidRPr="009C650E" w:rsidRDefault="00673E82">
            <w:pPr>
              <w:spacing w:after="0" w:line="240" w:lineRule="auto"/>
              <w:rPr>
                <w:noProof/>
                <w:lang w:val="ro-RO"/>
              </w:rPr>
            </w:pPr>
          </w:p>
        </w:tc>
      </w:tr>
    </w:tbl>
    <w:p w14:paraId="4A31F5E4" w14:textId="77777777" w:rsidR="00673E82" w:rsidRPr="009C650E" w:rsidRDefault="00673E8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673E82" w:rsidRPr="009C650E" w14:paraId="4E07F792" w14:textId="77777777">
        <w:trPr>
          <w:cantSplit/>
          <w:jc w:val="center"/>
        </w:trPr>
        <w:tc>
          <w:tcPr>
            <w:tcW w:w="567" w:type="dxa"/>
            <w:shd w:val="clear" w:color="auto" w:fill="D71920"/>
            <w:tcMar>
              <w:top w:w="75" w:type="dxa"/>
              <w:left w:w="85" w:type="dxa"/>
              <w:bottom w:w="75" w:type="dxa"/>
              <w:right w:w="85" w:type="dxa"/>
            </w:tcMar>
            <w:vAlign w:val="center"/>
          </w:tcPr>
          <w:p w14:paraId="79B31A45" w14:textId="77777777" w:rsidR="00673E82" w:rsidRPr="009C650E" w:rsidRDefault="00000000">
            <w:pPr>
              <w:spacing w:after="0" w:line="240" w:lineRule="auto"/>
              <w:jc w:val="center"/>
              <w:rPr>
                <w:noProof/>
                <w:lang w:val="ro-RO"/>
              </w:rPr>
            </w:pPr>
            <w:r w:rsidRPr="009C650E">
              <w:rPr>
                <w:b/>
                <w:noProof/>
                <w:color w:val="FFFFFF"/>
                <w:sz w:val="30"/>
                <w:lang w:val="ro-RO"/>
              </w:rPr>
              <w:t>!</w:t>
            </w:r>
          </w:p>
        </w:tc>
        <w:tc>
          <w:tcPr>
            <w:tcW w:w="9354" w:type="dxa"/>
            <w:shd w:val="clear" w:color="auto" w:fill="FCEBEC"/>
          </w:tcPr>
          <w:p w14:paraId="6703BF3A" w14:textId="77777777" w:rsidR="00673E82" w:rsidRPr="009C650E" w:rsidRDefault="00000000">
            <w:pPr>
              <w:spacing w:after="40"/>
              <w:rPr>
                <w:noProof/>
                <w:lang w:val="ro-RO"/>
              </w:rPr>
            </w:pPr>
            <w:r w:rsidRPr="009C650E">
              <w:rPr>
                <w:b/>
                <w:noProof/>
                <w:color w:val="D71920"/>
                <w:lang w:val="ro-RO"/>
              </w:rPr>
              <w:t>COMPORTAMENTE DE EVITAT</w:t>
            </w:r>
          </w:p>
          <w:p w14:paraId="15CBFF25" w14:textId="77777777" w:rsidR="00673E82" w:rsidRPr="009C650E" w:rsidRDefault="00000000">
            <w:pPr>
              <w:spacing w:after="0" w:line="252" w:lineRule="auto"/>
              <w:rPr>
                <w:noProof/>
                <w:lang w:val="ro-RO"/>
              </w:rPr>
            </w:pPr>
            <w:r w:rsidRPr="009C650E">
              <w:rPr>
                <w:noProof/>
                <w:sz w:val="17"/>
                <w:lang w:val="ro-RO"/>
              </w:rPr>
              <w:t>„Zero incidente” ca unic obiectiv; procent de instruire fără comportament; acoperire tehnică fără testarea funcționării; excluderea activelor necunoscute; reclasificarea severității pentru respectarea SLA; închiderea ticketelor fără rescanare; acceptări de risc fără termen; KPI care recompensează neraportarea.</w:t>
            </w:r>
          </w:p>
        </w:tc>
      </w:tr>
    </w:tbl>
    <w:p w14:paraId="22B180AB" w14:textId="77777777" w:rsidR="00673E82" w:rsidRPr="009C650E" w:rsidRDefault="00673E82">
      <w:pPr>
        <w:spacing w:after="0"/>
        <w:rPr>
          <w:noProof/>
          <w:lang w:val="ro-RO"/>
        </w:rPr>
      </w:pPr>
    </w:p>
    <w:p w14:paraId="0EA1F7CA" w14:textId="77777777" w:rsidR="00673E82" w:rsidRPr="009C650E" w:rsidRDefault="00000000">
      <w:pPr>
        <w:rPr>
          <w:noProof/>
          <w:lang w:val="ro-RO"/>
        </w:rPr>
      </w:pPr>
      <w:r w:rsidRPr="009C650E">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673E82" w:rsidRPr="009C650E" w14:paraId="47AAF4D5" w14:textId="77777777">
        <w:trPr>
          <w:jc w:val="center"/>
        </w:trPr>
        <w:tc>
          <w:tcPr>
            <w:tcW w:w="1020" w:type="dxa"/>
            <w:shd w:val="clear" w:color="auto" w:fill="D71920"/>
            <w:tcMar>
              <w:top w:w="75" w:type="dxa"/>
              <w:left w:w="85" w:type="dxa"/>
              <w:bottom w:w="75" w:type="dxa"/>
              <w:right w:w="85" w:type="dxa"/>
            </w:tcMar>
            <w:vAlign w:val="center"/>
          </w:tcPr>
          <w:p w14:paraId="76ABC7C9" w14:textId="77777777" w:rsidR="00673E82" w:rsidRPr="009C650E" w:rsidRDefault="00000000">
            <w:pPr>
              <w:spacing w:after="0" w:line="240" w:lineRule="auto"/>
              <w:jc w:val="center"/>
              <w:rPr>
                <w:noProof/>
                <w:lang w:val="ro-RO"/>
              </w:rPr>
            </w:pPr>
            <w:r w:rsidRPr="009C650E">
              <w:rPr>
                <w:b/>
                <w:noProof/>
                <w:color w:val="FFFFFF"/>
                <w:sz w:val="34"/>
                <w:lang w:val="ro-RO"/>
              </w:rPr>
              <w:lastRenderedPageBreak/>
              <w:t>8</w:t>
            </w:r>
          </w:p>
        </w:tc>
        <w:tc>
          <w:tcPr>
            <w:tcW w:w="8901" w:type="dxa"/>
            <w:shd w:val="clear" w:color="auto" w:fill="F3F4F5"/>
          </w:tcPr>
          <w:p w14:paraId="371C6E32" w14:textId="77777777" w:rsidR="00673E82" w:rsidRPr="009C650E" w:rsidRDefault="00000000">
            <w:pPr>
              <w:spacing w:after="20"/>
              <w:rPr>
                <w:noProof/>
                <w:lang w:val="ro-RO"/>
              </w:rPr>
            </w:pPr>
            <w:r w:rsidRPr="009C650E">
              <w:rPr>
                <w:b/>
                <w:noProof/>
                <w:sz w:val="28"/>
                <w:lang w:val="ro-RO"/>
              </w:rPr>
              <w:t>Fișă rapidă de implementare</w:t>
            </w:r>
          </w:p>
          <w:p w14:paraId="58BC3786" w14:textId="77777777" w:rsidR="00673E82" w:rsidRPr="009C650E" w:rsidRDefault="00000000">
            <w:pPr>
              <w:spacing w:after="0"/>
              <w:rPr>
                <w:noProof/>
                <w:lang w:val="ro-RO"/>
              </w:rPr>
            </w:pPr>
            <w:r w:rsidRPr="009C650E">
              <w:rPr>
                <w:noProof/>
                <w:color w:val="666666"/>
                <w:sz w:val="16"/>
                <w:lang w:val="ro-RO"/>
              </w:rPr>
              <w:t>O pagină pentru lansarea procesului de obiective în organizație</w:t>
            </w:r>
          </w:p>
        </w:tc>
      </w:tr>
    </w:tbl>
    <w:p w14:paraId="047F7177" w14:textId="77777777" w:rsidR="00673E82" w:rsidRPr="009C650E" w:rsidRDefault="00673E8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673E82" w:rsidRPr="009C650E" w14:paraId="3AD08000" w14:textId="77777777">
        <w:trPr>
          <w:tblHeader/>
          <w:jc w:val="center"/>
        </w:trPr>
        <w:tc>
          <w:tcPr>
            <w:tcW w:w="2721" w:type="dxa"/>
            <w:shd w:val="clear" w:color="auto" w:fill="D71920"/>
            <w:tcMar>
              <w:top w:w="75" w:type="dxa"/>
              <w:left w:w="85" w:type="dxa"/>
              <w:bottom w:w="75" w:type="dxa"/>
              <w:right w:w="85" w:type="dxa"/>
            </w:tcMar>
            <w:vAlign w:val="center"/>
          </w:tcPr>
          <w:p w14:paraId="28308CCB" w14:textId="77777777" w:rsidR="00673E82" w:rsidRPr="009C650E" w:rsidRDefault="00000000">
            <w:pPr>
              <w:spacing w:after="0" w:line="240" w:lineRule="auto"/>
              <w:jc w:val="center"/>
              <w:rPr>
                <w:noProof/>
                <w:lang w:val="ro-RO"/>
              </w:rPr>
            </w:pPr>
            <w:r w:rsidRPr="009C650E">
              <w:rPr>
                <w:b/>
                <w:noProof/>
                <w:color w:val="FFFFFF"/>
                <w:sz w:val="16"/>
                <w:lang w:val="ro-RO"/>
              </w:rPr>
              <w:t>ETAPĂ</w:t>
            </w:r>
          </w:p>
        </w:tc>
        <w:tc>
          <w:tcPr>
            <w:tcW w:w="7200" w:type="dxa"/>
            <w:shd w:val="clear" w:color="auto" w:fill="D71920"/>
            <w:tcMar>
              <w:top w:w="75" w:type="dxa"/>
              <w:left w:w="85" w:type="dxa"/>
              <w:bottom w:w="75" w:type="dxa"/>
              <w:right w:w="85" w:type="dxa"/>
            </w:tcMar>
            <w:vAlign w:val="center"/>
          </w:tcPr>
          <w:p w14:paraId="699601D0" w14:textId="77777777" w:rsidR="00673E82" w:rsidRPr="009C650E" w:rsidRDefault="00000000">
            <w:pPr>
              <w:spacing w:after="0" w:line="240" w:lineRule="auto"/>
              <w:jc w:val="center"/>
              <w:rPr>
                <w:noProof/>
                <w:lang w:val="ro-RO"/>
              </w:rPr>
            </w:pPr>
            <w:r w:rsidRPr="009C650E">
              <w:rPr>
                <w:b/>
                <w:noProof/>
                <w:color w:val="FFFFFF"/>
                <w:sz w:val="16"/>
                <w:lang w:val="ro-RO"/>
              </w:rPr>
              <w:t>CONFIRMARE</w:t>
            </w:r>
          </w:p>
        </w:tc>
      </w:tr>
      <w:tr w:rsidR="00673E82" w:rsidRPr="009C650E" w14:paraId="4EC45FB4" w14:textId="77777777">
        <w:trPr>
          <w:cantSplit/>
          <w:jc w:val="center"/>
        </w:trPr>
        <w:tc>
          <w:tcPr>
            <w:tcW w:w="2721" w:type="dxa"/>
            <w:shd w:val="clear" w:color="auto" w:fill="FFFFFF"/>
            <w:tcMar>
              <w:top w:w="75" w:type="dxa"/>
              <w:left w:w="85" w:type="dxa"/>
              <w:bottom w:w="75" w:type="dxa"/>
              <w:right w:w="85" w:type="dxa"/>
            </w:tcMar>
            <w:vAlign w:val="center"/>
          </w:tcPr>
          <w:p w14:paraId="6BCB4801" w14:textId="77777777" w:rsidR="00673E82" w:rsidRPr="009C650E" w:rsidRDefault="00000000">
            <w:pPr>
              <w:spacing w:after="0" w:line="240" w:lineRule="auto"/>
              <w:rPr>
                <w:noProof/>
                <w:lang w:val="ro-RO"/>
              </w:rPr>
            </w:pPr>
            <w:r w:rsidRPr="009C650E">
              <w:rPr>
                <w:noProof/>
                <w:sz w:val="16"/>
                <w:lang w:val="ro-RO"/>
              </w:rPr>
              <w:t>1. Date de intrare</w:t>
            </w:r>
          </w:p>
        </w:tc>
        <w:tc>
          <w:tcPr>
            <w:tcW w:w="7200" w:type="dxa"/>
            <w:shd w:val="clear" w:color="auto" w:fill="FFFFFF"/>
            <w:tcMar>
              <w:top w:w="75" w:type="dxa"/>
              <w:left w:w="85" w:type="dxa"/>
              <w:bottom w:w="75" w:type="dxa"/>
              <w:right w:w="85" w:type="dxa"/>
            </w:tcMar>
            <w:vAlign w:val="center"/>
          </w:tcPr>
          <w:p w14:paraId="70963D8E" w14:textId="77777777" w:rsidR="00673E82" w:rsidRPr="009C650E" w:rsidRDefault="00000000">
            <w:pPr>
              <w:spacing w:after="0" w:line="240" w:lineRule="auto"/>
              <w:rPr>
                <w:noProof/>
                <w:lang w:val="ro-RO"/>
              </w:rPr>
            </w:pPr>
            <w:r w:rsidRPr="009C650E">
              <w:rPr>
                <w:noProof/>
                <w:sz w:val="16"/>
                <w:lang w:val="ro-RO"/>
              </w:rPr>
              <w:t>[ ] Politică   [ ] Riscuri   [ ] Plan tratament / SoA   [ ] Incidente   [ ] Obligații   [ ] Active / furnizori</w:t>
            </w:r>
          </w:p>
        </w:tc>
      </w:tr>
      <w:tr w:rsidR="00673E82" w:rsidRPr="009C650E" w14:paraId="44EE3B35" w14:textId="77777777">
        <w:trPr>
          <w:cantSplit/>
          <w:jc w:val="center"/>
        </w:trPr>
        <w:tc>
          <w:tcPr>
            <w:tcW w:w="2721" w:type="dxa"/>
            <w:shd w:val="clear" w:color="auto" w:fill="FAFAFA"/>
            <w:tcMar>
              <w:top w:w="75" w:type="dxa"/>
              <w:left w:w="85" w:type="dxa"/>
              <w:bottom w:w="75" w:type="dxa"/>
              <w:right w:w="85" w:type="dxa"/>
            </w:tcMar>
            <w:vAlign w:val="center"/>
          </w:tcPr>
          <w:p w14:paraId="5E98649D" w14:textId="77777777" w:rsidR="00673E82" w:rsidRPr="009C650E" w:rsidRDefault="00000000">
            <w:pPr>
              <w:spacing w:after="0" w:line="240" w:lineRule="auto"/>
              <w:rPr>
                <w:noProof/>
                <w:lang w:val="ro-RO"/>
              </w:rPr>
            </w:pPr>
            <w:r w:rsidRPr="009C650E">
              <w:rPr>
                <w:noProof/>
                <w:sz w:val="16"/>
                <w:lang w:val="ro-RO"/>
              </w:rPr>
              <w:t>2. Obiective candidate</w:t>
            </w:r>
          </w:p>
        </w:tc>
        <w:tc>
          <w:tcPr>
            <w:tcW w:w="7200" w:type="dxa"/>
            <w:shd w:val="clear" w:color="auto" w:fill="FAFAFA"/>
            <w:tcMar>
              <w:top w:w="75" w:type="dxa"/>
              <w:left w:w="85" w:type="dxa"/>
              <w:bottom w:w="75" w:type="dxa"/>
              <w:right w:w="85" w:type="dxa"/>
            </w:tcMar>
            <w:vAlign w:val="center"/>
          </w:tcPr>
          <w:p w14:paraId="1758CE47" w14:textId="77777777" w:rsidR="00673E82" w:rsidRPr="009C650E" w:rsidRDefault="00000000">
            <w:pPr>
              <w:spacing w:after="0" w:line="240" w:lineRule="auto"/>
              <w:rPr>
                <w:noProof/>
                <w:lang w:val="ro-RO"/>
              </w:rPr>
            </w:pPr>
            <w:r w:rsidRPr="009C650E">
              <w:rPr>
                <w:noProof/>
                <w:sz w:val="16"/>
                <w:lang w:val="ro-RO"/>
              </w:rPr>
              <w:t>________________________________________________________________________________</w:t>
            </w:r>
          </w:p>
        </w:tc>
      </w:tr>
      <w:tr w:rsidR="00673E82" w:rsidRPr="009C650E" w14:paraId="33834BAA" w14:textId="77777777">
        <w:trPr>
          <w:cantSplit/>
          <w:jc w:val="center"/>
        </w:trPr>
        <w:tc>
          <w:tcPr>
            <w:tcW w:w="2721" w:type="dxa"/>
            <w:shd w:val="clear" w:color="auto" w:fill="FFFFFF"/>
            <w:tcMar>
              <w:top w:w="75" w:type="dxa"/>
              <w:left w:w="85" w:type="dxa"/>
              <w:bottom w:w="75" w:type="dxa"/>
              <w:right w:w="85" w:type="dxa"/>
            </w:tcMar>
            <w:vAlign w:val="center"/>
          </w:tcPr>
          <w:p w14:paraId="026229B0" w14:textId="77777777" w:rsidR="00673E82" w:rsidRPr="009C650E" w:rsidRDefault="00000000">
            <w:pPr>
              <w:spacing w:after="0" w:line="240" w:lineRule="auto"/>
              <w:rPr>
                <w:noProof/>
                <w:lang w:val="ro-RO"/>
              </w:rPr>
            </w:pPr>
            <w:r w:rsidRPr="009C650E">
              <w:rPr>
                <w:noProof/>
                <w:sz w:val="16"/>
                <w:lang w:val="ro-RO"/>
              </w:rPr>
              <w:t>3. Prioritizare</w:t>
            </w:r>
          </w:p>
        </w:tc>
        <w:tc>
          <w:tcPr>
            <w:tcW w:w="7200" w:type="dxa"/>
            <w:shd w:val="clear" w:color="auto" w:fill="FFFFFF"/>
            <w:tcMar>
              <w:top w:w="75" w:type="dxa"/>
              <w:left w:w="85" w:type="dxa"/>
              <w:bottom w:w="75" w:type="dxa"/>
              <w:right w:w="85" w:type="dxa"/>
            </w:tcMar>
            <w:vAlign w:val="center"/>
          </w:tcPr>
          <w:p w14:paraId="0AE5F8B7" w14:textId="77777777" w:rsidR="00673E82" w:rsidRPr="009C650E" w:rsidRDefault="00000000">
            <w:pPr>
              <w:spacing w:after="0" w:line="240" w:lineRule="auto"/>
              <w:rPr>
                <w:noProof/>
                <w:lang w:val="ro-RO"/>
              </w:rPr>
            </w:pPr>
            <w:r w:rsidRPr="009C650E">
              <w:rPr>
                <w:noProof/>
                <w:sz w:val="16"/>
                <w:lang w:val="ro-RO"/>
              </w:rPr>
              <w:t>[ ] Risc   [ ] Obligații   [ ] Expunere   [ ] Control   [ ] Fezabilitate   [ ] Date</w:t>
            </w:r>
          </w:p>
        </w:tc>
      </w:tr>
      <w:tr w:rsidR="00673E82" w:rsidRPr="009C650E" w14:paraId="0A72ABDC" w14:textId="77777777">
        <w:trPr>
          <w:cantSplit/>
          <w:jc w:val="center"/>
        </w:trPr>
        <w:tc>
          <w:tcPr>
            <w:tcW w:w="2721" w:type="dxa"/>
            <w:shd w:val="clear" w:color="auto" w:fill="FAFAFA"/>
            <w:tcMar>
              <w:top w:w="75" w:type="dxa"/>
              <w:left w:w="85" w:type="dxa"/>
              <w:bottom w:w="75" w:type="dxa"/>
              <w:right w:w="85" w:type="dxa"/>
            </w:tcMar>
            <w:vAlign w:val="center"/>
          </w:tcPr>
          <w:p w14:paraId="4EFA98A8" w14:textId="77777777" w:rsidR="00673E82" w:rsidRPr="009C650E" w:rsidRDefault="00000000">
            <w:pPr>
              <w:spacing w:after="0" w:line="240" w:lineRule="auto"/>
              <w:rPr>
                <w:noProof/>
                <w:lang w:val="ro-RO"/>
              </w:rPr>
            </w:pPr>
            <w:r w:rsidRPr="009C650E">
              <w:rPr>
                <w:noProof/>
                <w:sz w:val="16"/>
                <w:lang w:val="ro-RO"/>
              </w:rPr>
              <w:t>4. Aprobate</w:t>
            </w:r>
          </w:p>
        </w:tc>
        <w:tc>
          <w:tcPr>
            <w:tcW w:w="7200" w:type="dxa"/>
            <w:shd w:val="clear" w:color="auto" w:fill="FAFAFA"/>
            <w:tcMar>
              <w:top w:w="75" w:type="dxa"/>
              <w:left w:w="85" w:type="dxa"/>
              <w:bottom w:w="75" w:type="dxa"/>
              <w:right w:w="85" w:type="dxa"/>
            </w:tcMar>
            <w:vAlign w:val="center"/>
          </w:tcPr>
          <w:p w14:paraId="7EBF42CD" w14:textId="77777777" w:rsidR="00673E82" w:rsidRPr="009C650E" w:rsidRDefault="00000000">
            <w:pPr>
              <w:spacing w:after="0" w:line="240" w:lineRule="auto"/>
              <w:rPr>
                <w:noProof/>
                <w:lang w:val="ro-RO"/>
              </w:rPr>
            </w:pPr>
            <w:r w:rsidRPr="009C650E">
              <w:rPr>
                <w:noProof/>
                <w:sz w:val="16"/>
                <w:lang w:val="ro-RO"/>
              </w:rPr>
              <w:t>Nr. obiective: ______   Perioada: __________________   Aprobat de: __________________</w:t>
            </w:r>
          </w:p>
        </w:tc>
      </w:tr>
      <w:tr w:rsidR="00673E82" w:rsidRPr="009C650E" w14:paraId="5A785EAD" w14:textId="77777777">
        <w:trPr>
          <w:cantSplit/>
          <w:jc w:val="center"/>
        </w:trPr>
        <w:tc>
          <w:tcPr>
            <w:tcW w:w="2721" w:type="dxa"/>
            <w:shd w:val="clear" w:color="auto" w:fill="FFFFFF"/>
            <w:tcMar>
              <w:top w:w="75" w:type="dxa"/>
              <w:left w:w="85" w:type="dxa"/>
              <w:bottom w:w="75" w:type="dxa"/>
              <w:right w:w="85" w:type="dxa"/>
            </w:tcMar>
            <w:vAlign w:val="center"/>
          </w:tcPr>
          <w:p w14:paraId="6C37D449" w14:textId="77777777" w:rsidR="00673E82" w:rsidRPr="009C650E" w:rsidRDefault="00000000">
            <w:pPr>
              <w:spacing w:after="0" w:line="240" w:lineRule="auto"/>
              <w:rPr>
                <w:noProof/>
                <w:lang w:val="ro-RO"/>
              </w:rPr>
            </w:pPr>
            <w:r w:rsidRPr="009C650E">
              <w:rPr>
                <w:noProof/>
                <w:sz w:val="16"/>
                <w:lang w:val="ro-RO"/>
              </w:rPr>
              <w:t>5. Pentru fiecare obiectiv</w:t>
            </w:r>
          </w:p>
        </w:tc>
        <w:tc>
          <w:tcPr>
            <w:tcW w:w="7200" w:type="dxa"/>
            <w:shd w:val="clear" w:color="auto" w:fill="FFFFFF"/>
            <w:tcMar>
              <w:top w:w="75" w:type="dxa"/>
              <w:left w:w="85" w:type="dxa"/>
              <w:bottom w:w="75" w:type="dxa"/>
              <w:right w:w="85" w:type="dxa"/>
            </w:tcMar>
            <w:vAlign w:val="center"/>
          </w:tcPr>
          <w:p w14:paraId="34D7EBA8" w14:textId="77777777" w:rsidR="00673E82" w:rsidRPr="009C650E" w:rsidRDefault="00000000">
            <w:pPr>
              <w:spacing w:after="0" w:line="240" w:lineRule="auto"/>
              <w:rPr>
                <w:noProof/>
                <w:lang w:val="ro-RO"/>
              </w:rPr>
            </w:pPr>
            <w:r w:rsidRPr="009C650E">
              <w:rPr>
                <w:noProof/>
                <w:sz w:val="16"/>
                <w:lang w:val="ro-RO"/>
              </w:rPr>
              <w:t>[ ] KPI   [ ] Formulă   [ ] Bază   [ ] Țintă   [ ] Termen   [ ] Resp.   [ ] Resurse   [ ] Acțiuni</w:t>
            </w:r>
          </w:p>
        </w:tc>
      </w:tr>
      <w:tr w:rsidR="00673E82" w:rsidRPr="009C650E" w14:paraId="584C5D7D" w14:textId="77777777">
        <w:trPr>
          <w:cantSplit/>
          <w:jc w:val="center"/>
        </w:trPr>
        <w:tc>
          <w:tcPr>
            <w:tcW w:w="2721" w:type="dxa"/>
            <w:shd w:val="clear" w:color="auto" w:fill="FAFAFA"/>
            <w:tcMar>
              <w:top w:w="75" w:type="dxa"/>
              <w:left w:w="85" w:type="dxa"/>
              <w:bottom w:w="75" w:type="dxa"/>
              <w:right w:w="85" w:type="dxa"/>
            </w:tcMar>
            <w:vAlign w:val="center"/>
          </w:tcPr>
          <w:p w14:paraId="56D4FA19" w14:textId="77777777" w:rsidR="00673E82" w:rsidRPr="009C650E" w:rsidRDefault="00000000">
            <w:pPr>
              <w:spacing w:after="0" w:line="240" w:lineRule="auto"/>
              <w:rPr>
                <w:noProof/>
                <w:lang w:val="ro-RO"/>
              </w:rPr>
            </w:pPr>
            <w:r w:rsidRPr="009C650E">
              <w:rPr>
                <w:noProof/>
                <w:sz w:val="16"/>
                <w:lang w:val="ro-RO"/>
              </w:rPr>
              <w:t>6. Monitorizare</w:t>
            </w:r>
          </w:p>
        </w:tc>
        <w:tc>
          <w:tcPr>
            <w:tcW w:w="7200" w:type="dxa"/>
            <w:shd w:val="clear" w:color="auto" w:fill="FAFAFA"/>
            <w:tcMar>
              <w:top w:w="75" w:type="dxa"/>
              <w:left w:w="85" w:type="dxa"/>
              <w:bottom w:w="75" w:type="dxa"/>
              <w:right w:w="85" w:type="dxa"/>
            </w:tcMar>
            <w:vAlign w:val="center"/>
          </w:tcPr>
          <w:p w14:paraId="438B7676" w14:textId="77777777" w:rsidR="00673E82" w:rsidRPr="009C650E" w:rsidRDefault="00000000">
            <w:pPr>
              <w:spacing w:after="0" w:line="240" w:lineRule="auto"/>
              <w:rPr>
                <w:noProof/>
                <w:lang w:val="ro-RO"/>
              </w:rPr>
            </w:pPr>
            <w:r w:rsidRPr="009C650E">
              <w:rPr>
                <w:noProof/>
                <w:sz w:val="16"/>
                <w:lang w:val="ro-RO"/>
              </w:rPr>
              <w:t>Frecvență: __________________   Ședință / forum: _________________________________</w:t>
            </w:r>
          </w:p>
        </w:tc>
      </w:tr>
      <w:tr w:rsidR="00673E82" w:rsidRPr="009C650E" w14:paraId="4D6D1C32" w14:textId="77777777">
        <w:trPr>
          <w:cantSplit/>
          <w:jc w:val="center"/>
        </w:trPr>
        <w:tc>
          <w:tcPr>
            <w:tcW w:w="2721" w:type="dxa"/>
            <w:shd w:val="clear" w:color="auto" w:fill="FFFFFF"/>
            <w:tcMar>
              <w:top w:w="75" w:type="dxa"/>
              <w:left w:w="85" w:type="dxa"/>
              <w:bottom w:w="75" w:type="dxa"/>
              <w:right w:w="85" w:type="dxa"/>
            </w:tcMar>
            <w:vAlign w:val="center"/>
          </w:tcPr>
          <w:p w14:paraId="04AB6F56" w14:textId="77777777" w:rsidR="00673E82" w:rsidRPr="009C650E" w:rsidRDefault="00000000">
            <w:pPr>
              <w:spacing w:after="0" w:line="240" w:lineRule="auto"/>
              <w:rPr>
                <w:noProof/>
                <w:lang w:val="ro-RO"/>
              </w:rPr>
            </w:pPr>
            <w:r w:rsidRPr="009C650E">
              <w:rPr>
                <w:noProof/>
                <w:sz w:val="16"/>
                <w:lang w:val="ro-RO"/>
              </w:rPr>
              <w:t>7. Status</w:t>
            </w:r>
          </w:p>
        </w:tc>
        <w:tc>
          <w:tcPr>
            <w:tcW w:w="7200" w:type="dxa"/>
            <w:shd w:val="clear" w:color="auto" w:fill="FFFFFF"/>
            <w:tcMar>
              <w:top w:w="75" w:type="dxa"/>
              <w:left w:w="85" w:type="dxa"/>
              <w:bottom w:w="75" w:type="dxa"/>
              <w:right w:w="85" w:type="dxa"/>
            </w:tcMar>
            <w:vAlign w:val="center"/>
          </w:tcPr>
          <w:p w14:paraId="3FDAF170" w14:textId="77777777" w:rsidR="00673E82" w:rsidRPr="009C650E" w:rsidRDefault="00000000">
            <w:pPr>
              <w:spacing w:after="0" w:line="240" w:lineRule="auto"/>
              <w:rPr>
                <w:noProof/>
                <w:lang w:val="ro-RO"/>
              </w:rPr>
            </w:pPr>
            <w:r w:rsidRPr="009C650E">
              <w:rPr>
                <w:noProof/>
                <w:sz w:val="16"/>
                <w:lang w:val="ro-RO"/>
              </w:rPr>
              <w:t>[ ] Verde   [ ] Galben   [ ] Roșu   Reguli aprobate la data: __________________</w:t>
            </w:r>
          </w:p>
        </w:tc>
      </w:tr>
      <w:tr w:rsidR="00673E82" w:rsidRPr="009C650E" w14:paraId="53CCCCFF" w14:textId="77777777">
        <w:trPr>
          <w:cantSplit/>
          <w:jc w:val="center"/>
        </w:trPr>
        <w:tc>
          <w:tcPr>
            <w:tcW w:w="2721" w:type="dxa"/>
            <w:shd w:val="clear" w:color="auto" w:fill="FAFAFA"/>
            <w:tcMar>
              <w:top w:w="75" w:type="dxa"/>
              <w:left w:w="85" w:type="dxa"/>
              <w:bottom w:w="75" w:type="dxa"/>
              <w:right w:w="85" w:type="dxa"/>
            </w:tcMar>
            <w:vAlign w:val="center"/>
          </w:tcPr>
          <w:p w14:paraId="6DDF8114" w14:textId="77777777" w:rsidR="00673E82" w:rsidRPr="009C650E" w:rsidRDefault="00000000">
            <w:pPr>
              <w:spacing w:after="0" w:line="240" w:lineRule="auto"/>
              <w:rPr>
                <w:noProof/>
                <w:lang w:val="ro-RO"/>
              </w:rPr>
            </w:pPr>
            <w:r w:rsidRPr="009C650E">
              <w:rPr>
                <w:noProof/>
                <w:sz w:val="16"/>
                <w:lang w:val="ro-RO"/>
              </w:rPr>
              <w:t>8. Evaluare finală</w:t>
            </w:r>
          </w:p>
        </w:tc>
        <w:tc>
          <w:tcPr>
            <w:tcW w:w="7200" w:type="dxa"/>
            <w:shd w:val="clear" w:color="auto" w:fill="FAFAFA"/>
            <w:tcMar>
              <w:top w:w="75" w:type="dxa"/>
              <w:left w:w="85" w:type="dxa"/>
              <w:bottom w:w="75" w:type="dxa"/>
              <w:right w:w="85" w:type="dxa"/>
            </w:tcMar>
            <w:vAlign w:val="center"/>
          </w:tcPr>
          <w:p w14:paraId="3267D114" w14:textId="77777777" w:rsidR="00673E82" w:rsidRPr="009C650E" w:rsidRDefault="00000000">
            <w:pPr>
              <w:spacing w:after="0" w:line="240" w:lineRule="auto"/>
              <w:rPr>
                <w:noProof/>
                <w:lang w:val="ro-RO"/>
              </w:rPr>
            </w:pPr>
            <w:r w:rsidRPr="009C650E">
              <w:rPr>
                <w:noProof/>
                <w:sz w:val="16"/>
                <w:lang w:val="ro-RO"/>
              </w:rPr>
              <w:t>[ ] Rezultat   [ ] Eficacitate   [ ] Efecte secundare   [ ] Lecții   [ ] Decizie</w:t>
            </w:r>
          </w:p>
        </w:tc>
      </w:tr>
    </w:tbl>
    <w:p w14:paraId="72E13F94" w14:textId="77777777" w:rsidR="00673E82" w:rsidRPr="009C650E" w:rsidRDefault="00673E82">
      <w:pPr>
        <w:spacing w:after="20"/>
        <w:rPr>
          <w:noProof/>
          <w:lang w:val="ro-RO"/>
        </w:rPr>
      </w:pPr>
    </w:p>
    <w:p w14:paraId="46511504" w14:textId="77777777" w:rsidR="00673E82" w:rsidRPr="009C650E" w:rsidRDefault="00000000">
      <w:pPr>
        <w:pStyle w:val="Heading2"/>
        <w:rPr>
          <w:noProof/>
          <w:lang w:val="ro-RO"/>
        </w:rPr>
      </w:pPr>
      <w:r w:rsidRPr="009C650E">
        <w:rPr>
          <w:noProof/>
          <w:lang w:val="ro-RO"/>
        </w:rPr>
        <w:t>Referințe și utilizare responsabilă</w:t>
      </w:r>
    </w:p>
    <w:p w14:paraId="2FA004DC" w14:textId="77777777" w:rsidR="00673E82" w:rsidRPr="009C650E" w:rsidRDefault="00000000">
      <w:pPr>
        <w:spacing w:line="259" w:lineRule="auto"/>
        <w:rPr>
          <w:noProof/>
          <w:lang w:val="ro-RO"/>
        </w:rPr>
      </w:pPr>
      <w:r w:rsidRPr="009C650E">
        <w:rPr>
          <w:noProof/>
          <w:lang w:val="ro-RO"/>
        </w:rPr>
        <w:t>Documentul este construit pentru ISO/IEC 27001:2022 și Amendamentul 1:2024. Selecția și justificarea controalelor trebuie bazate pe risc și documentate în Declarația de aplicabilitate. Utilizați exemplarul autorizat al standardului și sursele oficiale ISO/IEC.</w:t>
      </w:r>
    </w:p>
    <w:p w14:paraId="28E72D90" w14:textId="77777777" w:rsidR="00673E82" w:rsidRPr="009C650E" w:rsidRDefault="00000000">
      <w:pPr>
        <w:spacing w:after="40"/>
        <w:rPr>
          <w:noProof/>
          <w:lang w:val="ro-RO"/>
        </w:rPr>
      </w:pPr>
      <w:hyperlink r:id="rId8">
        <w:r w:rsidRPr="009C650E">
          <w:rPr>
            <w:noProof/>
            <w:color w:val="D71920"/>
            <w:u w:val="single"/>
            <w:lang w:val="ro-RO"/>
          </w:rPr>
          <w:t>ISO/IEC 27001:2022 - pagina oficială</w:t>
        </w:r>
      </w:hyperlink>
    </w:p>
    <w:p w14:paraId="47CBA549" w14:textId="77777777" w:rsidR="00673E82" w:rsidRPr="009C650E" w:rsidRDefault="00000000">
      <w:pPr>
        <w:spacing w:after="40"/>
        <w:rPr>
          <w:noProof/>
          <w:lang w:val="ro-RO"/>
        </w:rPr>
      </w:pPr>
      <w:hyperlink r:id="rId9">
        <w:r w:rsidRPr="009C650E">
          <w:rPr>
            <w:noProof/>
            <w:color w:val="D71920"/>
            <w:u w:val="single"/>
            <w:lang w:val="ro-RO"/>
          </w:rPr>
          <w:t>ISO/IEC 27001:2022/Amd 1:2024 - pagina oficială</w:t>
        </w:r>
      </w:hyperlink>
    </w:p>
    <w:p w14:paraId="6A90AF4B" w14:textId="77777777" w:rsidR="00673E82" w:rsidRPr="009C650E" w:rsidRDefault="00000000">
      <w:pPr>
        <w:spacing w:line="259" w:lineRule="auto"/>
        <w:rPr>
          <w:noProof/>
          <w:lang w:val="ro-RO"/>
        </w:rPr>
      </w:pPr>
      <w:r w:rsidRPr="009C650E">
        <w:rPr>
          <w:noProof/>
          <w:lang w:val="ro-RO"/>
        </w:rPr>
        <w:t>Acest model este un instrument educațional și de lucru. Nu înlocuiește standardul aplicabil, legislația, evaluarea de specialitate sau consultanța adaptată situației organizației.</w:t>
      </w:r>
    </w:p>
    <w:p w14:paraId="4BA1BEEA" w14:textId="77777777" w:rsidR="00673E82" w:rsidRPr="009C650E" w:rsidRDefault="00000000">
      <w:pPr>
        <w:pStyle w:val="Heading2"/>
        <w:rPr>
          <w:noProof/>
          <w:lang w:val="ro-RO"/>
        </w:rPr>
      </w:pPr>
      <w:r w:rsidRPr="009C650E">
        <w:rPr>
          <w:noProof/>
          <w:lang w:val="ro-RO"/>
        </w:rPr>
        <w:t>Controlul documentului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673E82" w:rsidRPr="009C650E" w14:paraId="6A37D666" w14:textId="77777777">
        <w:trPr>
          <w:tblHeader/>
          <w:jc w:val="center"/>
        </w:trPr>
        <w:tc>
          <w:tcPr>
            <w:tcW w:w="3118" w:type="dxa"/>
            <w:shd w:val="clear" w:color="auto" w:fill="D71920"/>
            <w:tcMar>
              <w:top w:w="75" w:type="dxa"/>
              <w:left w:w="85" w:type="dxa"/>
              <w:bottom w:w="75" w:type="dxa"/>
              <w:right w:w="85" w:type="dxa"/>
            </w:tcMar>
            <w:vAlign w:val="center"/>
          </w:tcPr>
          <w:p w14:paraId="1725FBB7" w14:textId="77777777" w:rsidR="00673E82" w:rsidRPr="009C650E" w:rsidRDefault="00000000">
            <w:pPr>
              <w:spacing w:after="0" w:line="240" w:lineRule="auto"/>
              <w:jc w:val="center"/>
              <w:rPr>
                <w:noProof/>
                <w:lang w:val="ro-RO"/>
              </w:rPr>
            </w:pPr>
            <w:r w:rsidRPr="009C650E">
              <w:rPr>
                <w:b/>
                <w:noProof/>
                <w:color w:val="FFFFFF"/>
                <w:sz w:val="16"/>
                <w:lang w:val="ro-RO"/>
              </w:rPr>
              <w:t>ELEMENT</w:t>
            </w:r>
          </w:p>
        </w:tc>
        <w:tc>
          <w:tcPr>
            <w:tcW w:w="6803" w:type="dxa"/>
            <w:shd w:val="clear" w:color="auto" w:fill="D71920"/>
            <w:tcMar>
              <w:top w:w="75" w:type="dxa"/>
              <w:left w:w="85" w:type="dxa"/>
              <w:bottom w:w="75" w:type="dxa"/>
              <w:right w:w="85" w:type="dxa"/>
            </w:tcMar>
            <w:vAlign w:val="center"/>
          </w:tcPr>
          <w:p w14:paraId="273653C1" w14:textId="77777777" w:rsidR="00673E82" w:rsidRPr="009C650E" w:rsidRDefault="00000000">
            <w:pPr>
              <w:spacing w:after="0" w:line="240" w:lineRule="auto"/>
              <w:jc w:val="center"/>
              <w:rPr>
                <w:noProof/>
                <w:lang w:val="ro-RO"/>
              </w:rPr>
            </w:pPr>
            <w:r w:rsidRPr="009C650E">
              <w:rPr>
                <w:b/>
                <w:noProof/>
                <w:color w:val="FFFFFF"/>
                <w:sz w:val="16"/>
                <w:lang w:val="ro-RO"/>
              </w:rPr>
              <w:t>INFORMAȚIE</w:t>
            </w:r>
          </w:p>
        </w:tc>
      </w:tr>
      <w:tr w:rsidR="00673E82" w:rsidRPr="009C650E" w14:paraId="76C52F54" w14:textId="77777777">
        <w:trPr>
          <w:cantSplit/>
          <w:jc w:val="center"/>
        </w:trPr>
        <w:tc>
          <w:tcPr>
            <w:tcW w:w="3118" w:type="dxa"/>
            <w:shd w:val="clear" w:color="auto" w:fill="FFFFFF"/>
            <w:tcMar>
              <w:top w:w="75" w:type="dxa"/>
              <w:left w:w="85" w:type="dxa"/>
              <w:bottom w:w="75" w:type="dxa"/>
              <w:right w:w="85" w:type="dxa"/>
            </w:tcMar>
            <w:vAlign w:val="center"/>
          </w:tcPr>
          <w:p w14:paraId="7B28E53C" w14:textId="77777777" w:rsidR="00673E82" w:rsidRPr="009C650E" w:rsidRDefault="00000000">
            <w:pPr>
              <w:spacing w:after="0" w:line="240" w:lineRule="auto"/>
              <w:rPr>
                <w:noProof/>
                <w:lang w:val="ro-RO"/>
              </w:rPr>
            </w:pPr>
            <w:r w:rsidRPr="009C650E">
              <w:rPr>
                <w:noProof/>
                <w:sz w:val="16"/>
                <w:lang w:val="ro-RO"/>
              </w:rPr>
              <w:t>Titlu</w:t>
            </w:r>
          </w:p>
        </w:tc>
        <w:tc>
          <w:tcPr>
            <w:tcW w:w="6803" w:type="dxa"/>
            <w:shd w:val="clear" w:color="auto" w:fill="FFFFFF"/>
            <w:tcMar>
              <w:top w:w="75" w:type="dxa"/>
              <w:left w:w="85" w:type="dxa"/>
              <w:bottom w:w="75" w:type="dxa"/>
              <w:right w:w="85" w:type="dxa"/>
            </w:tcMar>
            <w:vAlign w:val="center"/>
          </w:tcPr>
          <w:p w14:paraId="6AEF3B5C" w14:textId="77777777" w:rsidR="00673E82" w:rsidRPr="009C650E" w:rsidRDefault="00000000">
            <w:pPr>
              <w:spacing w:after="0" w:line="240" w:lineRule="auto"/>
              <w:rPr>
                <w:noProof/>
                <w:lang w:val="ro-RO"/>
              </w:rPr>
            </w:pPr>
            <w:r w:rsidRPr="009C650E">
              <w:rPr>
                <w:noProof/>
                <w:sz w:val="16"/>
                <w:lang w:val="ro-RO"/>
              </w:rPr>
              <w:t>Model obiective ISO/IEC 27001</w:t>
            </w:r>
          </w:p>
        </w:tc>
      </w:tr>
      <w:tr w:rsidR="00673E82" w:rsidRPr="009C650E" w14:paraId="3D76C758" w14:textId="77777777">
        <w:trPr>
          <w:cantSplit/>
          <w:jc w:val="center"/>
        </w:trPr>
        <w:tc>
          <w:tcPr>
            <w:tcW w:w="3118" w:type="dxa"/>
            <w:shd w:val="clear" w:color="auto" w:fill="FAFAFA"/>
            <w:tcMar>
              <w:top w:w="75" w:type="dxa"/>
              <w:left w:w="85" w:type="dxa"/>
              <w:bottom w:w="75" w:type="dxa"/>
              <w:right w:w="85" w:type="dxa"/>
            </w:tcMar>
            <w:vAlign w:val="center"/>
          </w:tcPr>
          <w:p w14:paraId="05B5B3E9" w14:textId="77777777" w:rsidR="00673E82" w:rsidRPr="009C650E" w:rsidRDefault="00000000">
            <w:pPr>
              <w:spacing w:after="0" w:line="240" w:lineRule="auto"/>
              <w:rPr>
                <w:noProof/>
                <w:lang w:val="ro-RO"/>
              </w:rPr>
            </w:pPr>
            <w:r w:rsidRPr="009C650E">
              <w:rPr>
                <w:noProof/>
                <w:sz w:val="16"/>
                <w:lang w:val="ro-RO"/>
              </w:rPr>
              <w:t>Ediție</w:t>
            </w:r>
          </w:p>
        </w:tc>
        <w:tc>
          <w:tcPr>
            <w:tcW w:w="6803" w:type="dxa"/>
            <w:shd w:val="clear" w:color="auto" w:fill="FAFAFA"/>
            <w:tcMar>
              <w:top w:w="75" w:type="dxa"/>
              <w:left w:w="85" w:type="dxa"/>
              <w:bottom w:w="75" w:type="dxa"/>
              <w:right w:w="85" w:type="dxa"/>
            </w:tcMar>
            <w:vAlign w:val="center"/>
          </w:tcPr>
          <w:p w14:paraId="26C3B801" w14:textId="77777777" w:rsidR="00673E82" w:rsidRPr="009C650E" w:rsidRDefault="00000000">
            <w:pPr>
              <w:spacing w:after="0" w:line="240" w:lineRule="auto"/>
              <w:rPr>
                <w:noProof/>
                <w:lang w:val="ro-RO"/>
              </w:rPr>
            </w:pPr>
            <w:r w:rsidRPr="009C650E">
              <w:rPr>
                <w:noProof/>
                <w:sz w:val="16"/>
                <w:lang w:val="ro-RO"/>
              </w:rPr>
              <w:t>1 / iulie 2026</w:t>
            </w:r>
          </w:p>
        </w:tc>
      </w:tr>
      <w:tr w:rsidR="00673E82" w:rsidRPr="009C650E" w14:paraId="1F3196FF" w14:textId="77777777">
        <w:trPr>
          <w:cantSplit/>
          <w:jc w:val="center"/>
        </w:trPr>
        <w:tc>
          <w:tcPr>
            <w:tcW w:w="3118" w:type="dxa"/>
            <w:shd w:val="clear" w:color="auto" w:fill="FFFFFF"/>
            <w:tcMar>
              <w:top w:w="75" w:type="dxa"/>
              <w:left w:w="85" w:type="dxa"/>
              <w:bottom w:w="75" w:type="dxa"/>
              <w:right w:w="85" w:type="dxa"/>
            </w:tcMar>
            <w:vAlign w:val="center"/>
          </w:tcPr>
          <w:p w14:paraId="10CA51AA" w14:textId="77777777" w:rsidR="00673E82" w:rsidRPr="009C650E" w:rsidRDefault="00000000">
            <w:pPr>
              <w:spacing w:after="0" w:line="240" w:lineRule="auto"/>
              <w:rPr>
                <w:noProof/>
                <w:lang w:val="ro-RO"/>
              </w:rPr>
            </w:pPr>
            <w:r w:rsidRPr="009C650E">
              <w:rPr>
                <w:noProof/>
                <w:sz w:val="16"/>
                <w:lang w:val="ro-RO"/>
              </w:rPr>
              <w:t>Proprietar document</w:t>
            </w:r>
          </w:p>
        </w:tc>
        <w:tc>
          <w:tcPr>
            <w:tcW w:w="6803" w:type="dxa"/>
            <w:shd w:val="clear" w:color="auto" w:fill="FFFFFF"/>
            <w:tcMar>
              <w:top w:w="75" w:type="dxa"/>
              <w:left w:w="85" w:type="dxa"/>
              <w:bottom w:w="75" w:type="dxa"/>
              <w:right w:w="85" w:type="dxa"/>
            </w:tcMar>
            <w:vAlign w:val="center"/>
          </w:tcPr>
          <w:p w14:paraId="3CABA04E" w14:textId="77777777" w:rsidR="00673E82" w:rsidRPr="009C650E" w:rsidRDefault="00000000">
            <w:pPr>
              <w:spacing w:after="0" w:line="240" w:lineRule="auto"/>
              <w:rPr>
                <w:noProof/>
                <w:lang w:val="ro-RO"/>
              </w:rPr>
            </w:pPr>
            <w:r w:rsidRPr="009C650E">
              <w:rPr>
                <w:noProof/>
                <w:sz w:val="16"/>
                <w:lang w:val="ro-RO"/>
              </w:rPr>
              <w:t>____________________________</w:t>
            </w:r>
          </w:p>
        </w:tc>
      </w:tr>
      <w:tr w:rsidR="00673E82" w:rsidRPr="009C650E" w14:paraId="51DF8292" w14:textId="77777777">
        <w:trPr>
          <w:cantSplit/>
          <w:jc w:val="center"/>
        </w:trPr>
        <w:tc>
          <w:tcPr>
            <w:tcW w:w="3118" w:type="dxa"/>
            <w:shd w:val="clear" w:color="auto" w:fill="FAFAFA"/>
            <w:tcMar>
              <w:top w:w="75" w:type="dxa"/>
              <w:left w:w="85" w:type="dxa"/>
              <w:bottom w:w="75" w:type="dxa"/>
              <w:right w:w="85" w:type="dxa"/>
            </w:tcMar>
            <w:vAlign w:val="center"/>
          </w:tcPr>
          <w:p w14:paraId="4C7A7320" w14:textId="77777777" w:rsidR="00673E82" w:rsidRPr="009C650E" w:rsidRDefault="00000000">
            <w:pPr>
              <w:spacing w:after="0" w:line="240" w:lineRule="auto"/>
              <w:rPr>
                <w:noProof/>
                <w:lang w:val="ro-RO"/>
              </w:rPr>
            </w:pPr>
            <w:r w:rsidRPr="009C650E">
              <w:rPr>
                <w:noProof/>
                <w:sz w:val="16"/>
                <w:lang w:val="ro-RO"/>
              </w:rPr>
              <w:t>Aprobat de / data</w:t>
            </w:r>
          </w:p>
        </w:tc>
        <w:tc>
          <w:tcPr>
            <w:tcW w:w="6803" w:type="dxa"/>
            <w:shd w:val="clear" w:color="auto" w:fill="FAFAFA"/>
            <w:tcMar>
              <w:top w:w="75" w:type="dxa"/>
              <w:left w:w="85" w:type="dxa"/>
              <w:bottom w:w="75" w:type="dxa"/>
              <w:right w:w="85" w:type="dxa"/>
            </w:tcMar>
            <w:vAlign w:val="center"/>
          </w:tcPr>
          <w:p w14:paraId="109F7F33" w14:textId="77777777" w:rsidR="00673E82" w:rsidRPr="009C650E" w:rsidRDefault="00000000">
            <w:pPr>
              <w:spacing w:after="0" w:line="240" w:lineRule="auto"/>
              <w:rPr>
                <w:noProof/>
                <w:lang w:val="ro-RO"/>
              </w:rPr>
            </w:pPr>
            <w:r w:rsidRPr="009C650E">
              <w:rPr>
                <w:noProof/>
                <w:sz w:val="16"/>
                <w:lang w:val="ro-RO"/>
              </w:rPr>
              <w:t>____________________________</w:t>
            </w:r>
          </w:p>
        </w:tc>
      </w:tr>
      <w:tr w:rsidR="00673E82" w:rsidRPr="009C650E" w14:paraId="42920F19" w14:textId="77777777">
        <w:trPr>
          <w:cantSplit/>
          <w:jc w:val="center"/>
        </w:trPr>
        <w:tc>
          <w:tcPr>
            <w:tcW w:w="3118" w:type="dxa"/>
            <w:shd w:val="clear" w:color="auto" w:fill="FFFFFF"/>
            <w:tcMar>
              <w:top w:w="75" w:type="dxa"/>
              <w:left w:w="85" w:type="dxa"/>
              <w:bottom w:w="75" w:type="dxa"/>
              <w:right w:w="85" w:type="dxa"/>
            </w:tcMar>
            <w:vAlign w:val="center"/>
          </w:tcPr>
          <w:p w14:paraId="06A0F9FA" w14:textId="77777777" w:rsidR="00673E82" w:rsidRPr="009C650E" w:rsidRDefault="00000000">
            <w:pPr>
              <w:spacing w:after="0" w:line="240" w:lineRule="auto"/>
              <w:rPr>
                <w:noProof/>
                <w:lang w:val="ro-RO"/>
              </w:rPr>
            </w:pPr>
            <w:r w:rsidRPr="009C650E">
              <w:rPr>
                <w:noProof/>
                <w:sz w:val="16"/>
                <w:lang w:val="ro-RO"/>
              </w:rPr>
              <w:t>Data revizuirii</w:t>
            </w:r>
          </w:p>
        </w:tc>
        <w:tc>
          <w:tcPr>
            <w:tcW w:w="6803" w:type="dxa"/>
            <w:shd w:val="clear" w:color="auto" w:fill="FFFFFF"/>
            <w:tcMar>
              <w:top w:w="75" w:type="dxa"/>
              <w:left w:w="85" w:type="dxa"/>
              <w:bottom w:w="75" w:type="dxa"/>
              <w:right w:w="85" w:type="dxa"/>
            </w:tcMar>
            <w:vAlign w:val="center"/>
          </w:tcPr>
          <w:p w14:paraId="68A2A49D" w14:textId="77777777" w:rsidR="00673E82" w:rsidRPr="009C650E" w:rsidRDefault="00000000">
            <w:pPr>
              <w:spacing w:after="0" w:line="240" w:lineRule="auto"/>
              <w:rPr>
                <w:noProof/>
                <w:lang w:val="ro-RO"/>
              </w:rPr>
            </w:pPr>
            <w:r w:rsidRPr="009C650E">
              <w:rPr>
                <w:noProof/>
                <w:sz w:val="16"/>
                <w:lang w:val="ro-RO"/>
              </w:rPr>
              <w:t>____________________________</w:t>
            </w:r>
          </w:p>
        </w:tc>
      </w:tr>
    </w:tbl>
    <w:p w14:paraId="785A19C8" w14:textId="77777777" w:rsidR="00673E82" w:rsidRPr="009C650E" w:rsidRDefault="00673E82">
      <w:pPr>
        <w:spacing w:after="20"/>
        <w:rPr>
          <w:noProof/>
          <w:lang w:val="ro-RO"/>
        </w:rPr>
      </w:pPr>
    </w:p>
    <w:sectPr w:rsidR="00673E82" w:rsidRPr="009C650E" w:rsidSect="00034616">
      <w:headerReference w:type="default" r:id="rId10"/>
      <w:footerReference w:type="default" r:id="rId11"/>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86FD" w14:textId="77777777" w:rsidR="00105044" w:rsidRDefault="00105044">
      <w:pPr>
        <w:spacing w:after="0" w:line="240" w:lineRule="auto"/>
      </w:pPr>
      <w:r>
        <w:separator/>
      </w:r>
    </w:p>
  </w:endnote>
  <w:endnote w:type="continuationSeparator" w:id="0">
    <w:p w14:paraId="3D4AF77E" w14:textId="77777777" w:rsidR="00105044" w:rsidRDefault="00105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66" w14:textId="77777777" w:rsidR="00673E82" w:rsidRPr="009C650E" w:rsidRDefault="00673E82">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673E82" w:rsidRPr="009C650E" w14:paraId="4B6B9138" w14:textId="77777777">
      <w:trPr>
        <w:jc w:val="center"/>
      </w:trPr>
      <w:tc>
        <w:tcPr>
          <w:tcW w:w="8220" w:type="dxa"/>
          <w:tcMar>
            <w:top w:w="75" w:type="dxa"/>
            <w:left w:w="85" w:type="dxa"/>
            <w:bottom w:w="75" w:type="dxa"/>
            <w:right w:w="85" w:type="dxa"/>
          </w:tcMar>
          <w:vAlign w:val="center"/>
        </w:tcPr>
        <w:p w14:paraId="12FCDCD3" w14:textId="77777777" w:rsidR="00673E82" w:rsidRPr="009C650E" w:rsidRDefault="00000000">
          <w:pPr>
            <w:spacing w:after="0" w:line="240" w:lineRule="auto"/>
            <w:rPr>
              <w:noProof/>
              <w:lang w:val="ro-RO"/>
            </w:rPr>
          </w:pPr>
          <w:r w:rsidRPr="009C650E">
            <w:rPr>
              <w:noProof/>
              <w:color w:val="666666"/>
              <w:sz w:val="14"/>
              <w:lang w:val="ro-RO"/>
            </w:rPr>
            <w:t>Instrument orientativ. A se adapta contextului organizației.</w:t>
          </w:r>
        </w:p>
      </w:tc>
      <w:tc>
        <w:tcPr>
          <w:tcW w:w="1701" w:type="dxa"/>
        </w:tcPr>
        <w:p w14:paraId="09B04C4B" w14:textId="77777777" w:rsidR="00673E82" w:rsidRPr="009C650E" w:rsidRDefault="00000000">
          <w:pPr>
            <w:jc w:val="right"/>
            <w:rPr>
              <w:noProof/>
              <w:lang w:val="ro-RO"/>
            </w:rPr>
          </w:pPr>
          <w:r w:rsidRPr="009C650E">
            <w:rPr>
              <w:noProof/>
              <w:color w:val="666666"/>
              <w:sz w:val="14"/>
              <w:lang w:val="ro-RO"/>
            </w:rPr>
            <w:t xml:space="preserve">Pagina </w:t>
          </w:r>
          <w:r w:rsidRPr="009C650E">
            <w:rPr>
              <w:noProof/>
              <w:lang w:val="ro-RO"/>
            </w:rPr>
            <w:fldChar w:fldCharType="begin"/>
          </w:r>
          <w:r w:rsidRPr="009C650E">
            <w:rPr>
              <w:noProof/>
              <w:lang w:val="ro-RO"/>
            </w:rPr>
            <w:instrText xml:space="preserve"> PAGE </w:instrText>
          </w:r>
          <w:r w:rsidR="009C650E" w:rsidRPr="009C650E">
            <w:rPr>
              <w:noProof/>
              <w:lang w:val="ro-RO"/>
            </w:rPr>
            <w:fldChar w:fldCharType="separate"/>
          </w:r>
          <w:r w:rsidR="009C650E" w:rsidRPr="009C650E">
            <w:rPr>
              <w:noProof/>
              <w:lang w:val="ro-RO"/>
            </w:rPr>
            <w:t>2</w:t>
          </w:r>
          <w:r w:rsidRPr="009C650E">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1B57C" w14:textId="77777777" w:rsidR="00105044" w:rsidRDefault="00105044">
      <w:pPr>
        <w:spacing w:after="0" w:line="240" w:lineRule="auto"/>
      </w:pPr>
      <w:r>
        <w:separator/>
      </w:r>
    </w:p>
  </w:footnote>
  <w:footnote w:type="continuationSeparator" w:id="0">
    <w:p w14:paraId="00B85B5D" w14:textId="77777777" w:rsidR="00105044" w:rsidRDefault="00105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6741" w14:textId="044FD40D" w:rsidR="00673E82" w:rsidRPr="009C650E" w:rsidRDefault="00000000">
    <w:pPr>
      <w:pStyle w:val="Header"/>
      <w:pBdr>
        <w:bottom w:val="single" w:sz="8" w:space="3" w:color="D71920"/>
      </w:pBdr>
      <w:tabs>
        <w:tab w:val="right" w:pos="9921"/>
      </w:tabs>
      <w:rPr>
        <w:noProof/>
        <w:lang w:val="ro-RO"/>
      </w:rPr>
    </w:pPr>
    <w:r w:rsidRPr="009C650E">
      <w:rPr>
        <w:b/>
        <w:noProof/>
        <w:color w:val="D71920"/>
        <w:sz w:val="20"/>
        <w:lang w:val="ro-RO"/>
      </w:rPr>
      <w:t>C</w:t>
    </w:r>
    <w:r w:rsidR="009C650E">
      <w:rPr>
        <w:b/>
        <w:noProof/>
        <w:color w:val="D71920"/>
        <w:sz w:val="20"/>
        <w:lang w:val="ro-RO"/>
      </w:rPr>
      <w:t>ertify</w:t>
    </w:r>
    <w:r w:rsidRPr="009C650E">
      <w:rPr>
        <w:noProof/>
        <w:color w:val="666666"/>
        <w:sz w:val="16"/>
        <w:lang w:val="ro-RO"/>
      </w:rPr>
      <w:t xml:space="preserve">  |  RESURSE PRACTICE ISO</w:t>
    </w:r>
    <w:r w:rsidRPr="009C650E">
      <w:rPr>
        <w:noProof/>
        <w:lang w:val="ro-RO"/>
      </w:rPr>
      <w:tab/>
    </w:r>
    <w:r w:rsidRPr="009C650E">
      <w:rPr>
        <w:noProof/>
        <w:color w:val="666666"/>
        <w:sz w:val="15"/>
        <w:lang w:val="ro-RO"/>
      </w:rPr>
      <w:t>MODEL OBIECTIVE ISO/IEC 27001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9960678">
    <w:abstractNumId w:val="8"/>
  </w:num>
  <w:num w:numId="2" w16cid:durableId="1963997521">
    <w:abstractNumId w:val="6"/>
  </w:num>
  <w:num w:numId="3" w16cid:durableId="660500623">
    <w:abstractNumId w:val="5"/>
  </w:num>
  <w:num w:numId="4" w16cid:durableId="115566201">
    <w:abstractNumId w:val="4"/>
  </w:num>
  <w:num w:numId="5" w16cid:durableId="681905173">
    <w:abstractNumId w:val="7"/>
  </w:num>
  <w:num w:numId="6" w16cid:durableId="177357213">
    <w:abstractNumId w:val="3"/>
  </w:num>
  <w:num w:numId="7" w16cid:durableId="1672491087">
    <w:abstractNumId w:val="2"/>
  </w:num>
  <w:num w:numId="8" w16cid:durableId="2438220">
    <w:abstractNumId w:val="1"/>
  </w:num>
  <w:num w:numId="9" w16cid:durableId="98547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5044"/>
    <w:rsid w:val="0015074B"/>
    <w:rsid w:val="0029639D"/>
    <w:rsid w:val="00326F90"/>
    <w:rsid w:val="003C5B92"/>
    <w:rsid w:val="00673E82"/>
    <w:rsid w:val="009C650E"/>
    <w:rsid w:val="00AA1D8D"/>
    <w:rsid w:val="00B47730"/>
    <w:rsid w:val="00CB0664"/>
    <w:rsid w:val="00ED2F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5FABE"/>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27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o.org/standard/884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3908</Words>
  <Characters>22278</Characters>
  <Application>Microsoft Office Word</Application>
  <DocSecurity>2</DocSecurity>
  <Lines>185</Lines>
  <Paragraphs>52</Paragraphs>
  <ScaleCrop>false</ScaleCrop>
  <Manager/>
  <Company/>
  <LinksUpToDate>false</LinksUpToDate>
  <CharactersWithSpaces>26134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2026-07-24T09:56:00Z</dcterms:created>
  <dcterms:modified xsi:type="dcterms:W3CDTF">2026-07-24T09:56:00Z</dcterms:modified>
  <cp:category/>
</cp:coreProperties>
</file>