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47510" w14:textId="77777777" w:rsidR="004A2E0F" w:rsidRPr="00D308F8" w:rsidRDefault="00000000">
      <w:pPr>
        <w:spacing w:after="400"/>
        <w:rPr>
          <w:noProof/>
          <w:lang w:val="ro-RO"/>
        </w:rPr>
      </w:pPr>
      <w:r w:rsidRPr="00D308F8">
        <w:rPr>
          <w:b/>
          <w:noProof/>
          <w:color w:val="D71920"/>
          <w:sz w:val="20"/>
          <w:lang w:val="ro-RO"/>
        </w:rPr>
        <w:t>CERTIFY  |  RESURSE PRACTICE ISO</w:t>
      </w:r>
    </w:p>
    <w:tbl>
      <w:tblPr>
        <w:tblW w:w="0" w:type="auto"/>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tblGrid>
      <w:tr w:rsidR="004A2E0F" w:rsidRPr="00D308F8" w14:paraId="14CB956D" w14:textId="77777777">
        <w:tc>
          <w:tcPr>
            <w:tcW w:w="2381" w:type="dxa"/>
            <w:shd w:val="clear" w:color="auto" w:fill="D71920"/>
            <w:tcMar>
              <w:top w:w="75" w:type="dxa"/>
              <w:left w:w="85" w:type="dxa"/>
              <w:bottom w:w="75" w:type="dxa"/>
              <w:right w:w="85" w:type="dxa"/>
            </w:tcMar>
            <w:vAlign w:val="center"/>
          </w:tcPr>
          <w:p w14:paraId="445BE777" w14:textId="77777777" w:rsidR="004A2E0F" w:rsidRPr="00D308F8" w:rsidRDefault="00000000">
            <w:pPr>
              <w:spacing w:after="0" w:line="240" w:lineRule="auto"/>
              <w:jc w:val="center"/>
              <w:rPr>
                <w:noProof/>
                <w:lang w:val="ro-RO"/>
              </w:rPr>
            </w:pPr>
            <w:r w:rsidRPr="00D308F8">
              <w:rPr>
                <w:b/>
                <w:noProof/>
                <w:color w:val="FFFFFF"/>
                <w:sz w:val="22"/>
                <w:lang w:val="ro-RO"/>
              </w:rPr>
              <w:t>MODEL</w:t>
            </w:r>
          </w:p>
        </w:tc>
      </w:tr>
    </w:tbl>
    <w:p w14:paraId="61303E3A" w14:textId="77777777" w:rsidR="004A2E0F" w:rsidRPr="00D308F8" w:rsidRDefault="004A2E0F">
      <w:pPr>
        <w:spacing w:after="120"/>
        <w:rPr>
          <w:noProof/>
          <w:lang w:val="ro-RO"/>
        </w:rPr>
      </w:pPr>
    </w:p>
    <w:p w14:paraId="12D029CA" w14:textId="77777777" w:rsidR="004A2E0F" w:rsidRPr="00D308F8" w:rsidRDefault="00000000">
      <w:pPr>
        <w:spacing w:after="40"/>
        <w:rPr>
          <w:noProof/>
          <w:lang w:val="ro-RO"/>
        </w:rPr>
      </w:pPr>
      <w:r w:rsidRPr="00D308F8">
        <w:rPr>
          <w:b/>
          <w:noProof/>
          <w:sz w:val="56"/>
          <w:lang w:val="ro-RO"/>
        </w:rPr>
        <w:t>Obiectivele calității pentru dispozitive medicale</w:t>
      </w:r>
    </w:p>
    <w:p w14:paraId="56DFE161" w14:textId="77777777" w:rsidR="004A2E0F" w:rsidRPr="00D308F8" w:rsidRDefault="00000000">
      <w:pPr>
        <w:spacing w:after="140"/>
        <w:rPr>
          <w:noProof/>
          <w:lang w:val="ro-RO"/>
        </w:rPr>
      </w:pPr>
      <w:r w:rsidRPr="00D308F8">
        <w:rPr>
          <w:b/>
          <w:noProof/>
          <w:color w:val="D71920"/>
          <w:sz w:val="64"/>
          <w:lang w:val="ro-RO"/>
        </w:rPr>
        <w:t>ISO 13485</w:t>
      </w:r>
    </w:p>
    <w:p w14:paraId="65D62C83" w14:textId="77777777" w:rsidR="004A2E0F" w:rsidRPr="00D308F8" w:rsidRDefault="00000000">
      <w:pPr>
        <w:spacing w:after="320"/>
        <w:rPr>
          <w:noProof/>
          <w:lang w:val="ro-RO"/>
        </w:rPr>
      </w:pPr>
      <w:r w:rsidRPr="00D308F8">
        <w:rPr>
          <w:noProof/>
          <w:color w:val="666666"/>
          <w:sz w:val="26"/>
          <w:lang w:val="ro-RO"/>
        </w:rPr>
        <w:t>Instrument complet pentru selectare, formulare, planificare, monitorizare și evaluare</w:t>
      </w:r>
    </w:p>
    <w:p w14:paraId="64769B78" w14:textId="77777777" w:rsidR="004A2E0F" w:rsidRPr="00D308F8" w:rsidRDefault="004A2E0F">
      <w:pPr>
        <w:pBdr>
          <w:bottom w:val="single" w:sz="18" w:space="1" w:color="D71920"/>
        </w:pBdr>
        <w:spacing w:after="12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721"/>
        <w:gridCol w:w="7200"/>
      </w:tblGrid>
      <w:tr w:rsidR="004A2E0F" w:rsidRPr="00D308F8" w14:paraId="23D83248" w14:textId="77777777">
        <w:trPr>
          <w:jc w:val="center"/>
        </w:trPr>
        <w:tc>
          <w:tcPr>
            <w:tcW w:w="2721" w:type="dxa"/>
            <w:shd w:val="clear" w:color="auto" w:fill="F3F4F5"/>
            <w:tcMar>
              <w:top w:w="75" w:type="dxa"/>
              <w:left w:w="85" w:type="dxa"/>
              <w:bottom w:w="75" w:type="dxa"/>
              <w:right w:w="85" w:type="dxa"/>
            </w:tcMar>
            <w:vAlign w:val="center"/>
          </w:tcPr>
          <w:p w14:paraId="35372A6E" w14:textId="77777777" w:rsidR="004A2E0F" w:rsidRPr="00D308F8" w:rsidRDefault="00000000">
            <w:pPr>
              <w:spacing w:after="0" w:line="240" w:lineRule="auto"/>
              <w:rPr>
                <w:noProof/>
                <w:lang w:val="ro-RO"/>
              </w:rPr>
            </w:pPr>
            <w:r w:rsidRPr="00D308F8">
              <w:rPr>
                <w:b/>
                <w:noProof/>
                <w:sz w:val="16"/>
                <w:lang w:val="ro-RO"/>
              </w:rPr>
              <w:t>BAZĂ DE LUCRU</w:t>
            </w:r>
          </w:p>
        </w:tc>
        <w:tc>
          <w:tcPr>
            <w:tcW w:w="7200" w:type="dxa"/>
            <w:shd w:val="clear" w:color="auto" w:fill="FFFFFF"/>
            <w:tcMar>
              <w:top w:w="75" w:type="dxa"/>
              <w:left w:w="85" w:type="dxa"/>
              <w:bottom w:w="75" w:type="dxa"/>
              <w:right w:w="85" w:type="dxa"/>
            </w:tcMar>
            <w:vAlign w:val="center"/>
          </w:tcPr>
          <w:p w14:paraId="20637DA7" w14:textId="77777777" w:rsidR="004A2E0F" w:rsidRPr="00D308F8" w:rsidRDefault="00000000">
            <w:pPr>
              <w:spacing w:after="0" w:line="240" w:lineRule="auto"/>
              <w:rPr>
                <w:noProof/>
                <w:lang w:val="ro-RO"/>
              </w:rPr>
            </w:pPr>
            <w:r w:rsidRPr="00D308F8">
              <w:rPr>
                <w:noProof/>
                <w:lang w:val="ro-RO"/>
              </w:rPr>
              <w:t>ISO 13485:2016 (confirmat de ISO în 2025)</w:t>
            </w:r>
          </w:p>
        </w:tc>
      </w:tr>
      <w:tr w:rsidR="004A2E0F" w:rsidRPr="00D308F8" w14:paraId="32911C48" w14:textId="77777777">
        <w:trPr>
          <w:jc w:val="center"/>
        </w:trPr>
        <w:tc>
          <w:tcPr>
            <w:tcW w:w="2721" w:type="dxa"/>
            <w:shd w:val="clear" w:color="auto" w:fill="F3F4F5"/>
            <w:tcMar>
              <w:top w:w="75" w:type="dxa"/>
              <w:left w:w="85" w:type="dxa"/>
              <w:bottom w:w="75" w:type="dxa"/>
              <w:right w:w="85" w:type="dxa"/>
            </w:tcMar>
            <w:vAlign w:val="center"/>
          </w:tcPr>
          <w:p w14:paraId="380DB9FD" w14:textId="77777777" w:rsidR="004A2E0F" w:rsidRPr="00D308F8" w:rsidRDefault="00000000">
            <w:pPr>
              <w:spacing w:after="0" w:line="240" w:lineRule="auto"/>
              <w:rPr>
                <w:noProof/>
                <w:lang w:val="ro-RO"/>
              </w:rPr>
            </w:pPr>
            <w:r w:rsidRPr="00D308F8">
              <w:rPr>
                <w:b/>
                <w:noProof/>
                <w:sz w:val="16"/>
                <w:lang w:val="ro-RO"/>
              </w:rPr>
              <w:t>UTILIZARE</w:t>
            </w:r>
          </w:p>
        </w:tc>
        <w:tc>
          <w:tcPr>
            <w:tcW w:w="7200" w:type="dxa"/>
            <w:shd w:val="clear" w:color="auto" w:fill="FFFFFF"/>
            <w:tcMar>
              <w:top w:w="75" w:type="dxa"/>
              <w:left w:w="85" w:type="dxa"/>
              <w:bottom w:w="75" w:type="dxa"/>
              <w:right w:w="85" w:type="dxa"/>
            </w:tcMar>
            <w:vAlign w:val="center"/>
          </w:tcPr>
          <w:p w14:paraId="01A503D8" w14:textId="77777777" w:rsidR="004A2E0F" w:rsidRPr="00D308F8" w:rsidRDefault="00000000">
            <w:pPr>
              <w:spacing w:after="0" w:line="240" w:lineRule="auto"/>
              <w:rPr>
                <w:noProof/>
                <w:lang w:val="ro-RO"/>
              </w:rPr>
            </w:pPr>
            <w:r w:rsidRPr="00D308F8">
              <w:rPr>
                <w:noProof/>
                <w:lang w:val="ro-RO"/>
              </w:rPr>
              <w:t>Organizații din orice industrie și de orice dimensiune</w:t>
            </w:r>
          </w:p>
        </w:tc>
      </w:tr>
      <w:tr w:rsidR="004A2E0F" w:rsidRPr="00D308F8" w14:paraId="26CE6236" w14:textId="77777777">
        <w:trPr>
          <w:jc w:val="center"/>
        </w:trPr>
        <w:tc>
          <w:tcPr>
            <w:tcW w:w="2721" w:type="dxa"/>
            <w:shd w:val="clear" w:color="auto" w:fill="F3F4F5"/>
            <w:tcMar>
              <w:top w:w="75" w:type="dxa"/>
              <w:left w:w="85" w:type="dxa"/>
              <w:bottom w:w="75" w:type="dxa"/>
              <w:right w:w="85" w:type="dxa"/>
            </w:tcMar>
            <w:vAlign w:val="center"/>
          </w:tcPr>
          <w:p w14:paraId="03F6D372" w14:textId="77777777" w:rsidR="004A2E0F" w:rsidRPr="00D308F8" w:rsidRDefault="00000000">
            <w:pPr>
              <w:spacing w:after="0" w:line="240" w:lineRule="auto"/>
              <w:rPr>
                <w:noProof/>
                <w:lang w:val="ro-RO"/>
              </w:rPr>
            </w:pPr>
            <w:r w:rsidRPr="00D308F8">
              <w:rPr>
                <w:b/>
                <w:noProof/>
                <w:sz w:val="16"/>
                <w:lang w:val="ro-RO"/>
              </w:rPr>
              <w:t>CONȚINUT</w:t>
            </w:r>
          </w:p>
        </w:tc>
        <w:tc>
          <w:tcPr>
            <w:tcW w:w="7200" w:type="dxa"/>
            <w:shd w:val="clear" w:color="auto" w:fill="FFFFFF"/>
            <w:tcMar>
              <w:top w:w="75" w:type="dxa"/>
              <w:left w:w="85" w:type="dxa"/>
              <w:bottom w:w="75" w:type="dxa"/>
              <w:right w:w="85" w:type="dxa"/>
            </w:tcMar>
            <w:vAlign w:val="center"/>
          </w:tcPr>
          <w:p w14:paraId="2F1A80DD" w14:textId="77777777" w:rsidR="004A2E0F" w:rsidRPr="00D308F8" w:rsidRDefault="00000000">
            <w:pPr>
              <w:spacing w:after="0" w:line="240" w:lineRule="auto"/>
              <w:rPr>
                <w:noProof/>
                <w:lang w:val="ro-RO"/>
              </w:rPr>
            </w:pPr>
            <w:r w:rsidRPr="00D308F8">
              <w:rPr>
                <w:noProof/>
                <w:lang w:val="ro-RO"/>
              </w:rPr>
              <w:t>Model necompletat + exemplu completat + bibliotecă de obiective și KPI</w:t>
            </w:r>
          </w:p>
        </w:tc>
      </w:tr>
      <w:tr w:rsidR="004A2E0F" w:rsidRPr="00D308F8" w14:paraId="63BCF0F4" w14:textId="77777777">
        <w:trPr>
          <w:jc w:val="center"/>
        </w:trPr>
        <w:tc>
          <w:tcPr>
            <w:tcW w:w="2721" w:type="dxa"/>
            <w:shd w:val="clear" w:color="auto" w:fill="F3F4F5"/>
            <w:tcMar>
              <w:top w:w="75" w:type="dxa"/>
              <w:left w:w="85" w:type="dxa"/>
              <w:bottom w:w="75" w:type="dxa"/>
              <w:right w:w="85" w:type="dxa"/>
            </w:tcMar>
            <w:vAlign w:val="center"/>
          </w:tcPr>
          <w:p w14:paraId="569A6B20" w14:textId="77777777" w:rsidR="004A2E0F" w:rsidRPr="00D308F8" w:rsidRDefault="00000000">
            <w:pPr>
              <w:spacing w:after="0" w:line="240" w:lineRule="auto"/>
              <w:rPr>
                <w:noProof/>
                <w:lang w:val="ro-RO"/>
              </w:rPr>
            </w:pPr>
            <w:r w:rsidRPr="00D308F8">
              <w:rPr>
                <w:b/>
                <w:noProof/>
                <w:sz w:val="16"/>
                <w:lang w:val="ro-RO"/>
              </w:rPr>
              <w:t>EDIȚIE DOCUMENT</w:t>
            </w:r>
          </w:p>
        </w:tc>
        <w:tc>
          <w:tcPr>
            <w:tcW w:w="7200" w:type="dxa"/>
            <w:shd w:val="clear" w:color="auto" w:fill="FFFFFF"/>
            <w:tcMar>
              <w:top w:w="75" w:type="dxa"/>
              <w:left w:w="85" w:type="dxa"/>
              <w:bottom w:w="75" w:type="dxa"/>
              <w:right w:w="85" w:type="dxa"/>
            </w:tcMar>
            <w:vAlign w:val="center"/>
          </w:tcPr>
          <w:p w14:paraId="7D0C80FA" w14:textId="77777777" w:rsidR="004A2E0F" w:rsidRPr="00D308F8" w:rsidRDefault="00000000">
            <w:pPr>
              <w:spacing w:after="0" w:line="240" w:lineRule="auto"/>
              <w:rPr>
                <w:noProof/>
                <w:lang w:val="ro-RO"/>
              </w:rPr>
            </w:pPr>
            <w:r w:rsidRPr="00D308F8">
              <w:rPr>
                <w:noProof/>
                <w:lang w:val="ro-RO"/>
              </w:rPr>
              <w:t>Certify | iulie 2026</w:t>
            </w:r>
          </w:p>
        </w:tc>
      </w:tr>
    </w:tbl>
    <w:p w14:paraId="62749D7A" w14:textId="77777777" w:rsidR="004A2E0F" w:rsidRPr="00D308F8" w:rsidRDefault="004A2E0F">
      <w:pPr>
        <w:spacing w:after="160"/>
        <w:rPr>
          <w:noProof/>
          <w:lang w:val="ro-RO"/>
        </w:rPr>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4A2E0F" w:rsidRPr="00D308F8" w14:paraId="09AF90E1" w14:textId="77777777">
        <w:trPr>
          <w:cantSplit/>
          <w:jc w:val="center"/>
        </w:trPr>
        <w:tc>
          <w:tcPr>
            <w:tcW w:w="567" w:type="dxa"/>
            <w:shd w:val="clear" w:color="auto" w:fill="D71920"/>
            <w:tcMar>
              <w:top w:w="75" w:type="dxa"/>
              <w:left w:w="85" w:type="dxa"/>
              <w:bottom w:w="75" w:type="dxa"/>
              <w:right w:w="85" w:type="dxa"/>
            </w:tcMar>
            <w:vAlign w:val="center"/>
          </w:tcPr>
          <w:p w14:paraId="2ECA2D2F" w14:textId="77777777" w:rsidR="004A2E0F" w:rsidRPr="00D308F8" w:rsidRDefault="00000000">
            <w:pPr>
              <w:spacing w:after="0" w:line="240" w:lineRule="auto"/>
              <w:jc w:val="center"/>
              <w:rPr>
                <w:noProof/>
                <w:lang w:val="ro-RO"/>
              </w:rPr>
            </w:pPr>
            <w:r w:rsidRPr="00D308F8">
              <w:rPr>
                <w:b/>
                <w:noProof/>
                <w:color w:val="FFFFFF"/>
                <w:sz w:val="30"/>
                <w:lang w:val="ro-RO"/>
              </w:rPr>
              <w:t>i</w:t>
            </w:r>
          </w:p>
        </w:tc>
        <w:tc>
          <w:tcPr>
            <w:tcW w:w="9354" w:type="dxa"/>
            <w:shd w:val="clear" w:color="auto" w:fill="FCEBEC"/>
          </w:tcPr>
          <w:p w14:paraId="1D343214" w14:textId="77777777" w:rsidR="004A2E0F" w:rsidRPr="00D308F8" w:rsidRDefault="00000000">
            <w:pPr>
              <w:spacing w:after="40"/>
              <w:rPr>
                <w:noProof/>
                <w:lang w:val="ro-RO"/>
              </w:rPr>
            </w:pPr>
            <w:r w:rsidRPr="00D308F8">
              <w:rPr>
                <w:b/>
                <w:noProof/>
                <w:color w:val="D71920"/>
                <w:lang w:val="ro-RO"/>
              </w:rPr>
              <w:t>DOCUMENT ADAPTABIL</w:t>
            </w:r>
          </w:p>
          <w:p w14:paraId="7671E01C" w14:textId="77777777" w:rsidR="004A2E0F" w:rsidRPr="00D308F8" w:rsidRDefault="00000000">
            <w:pPr>
              <w:spacing w:after="0" w:line="252" w:lineRule="auto"/>
              <w:rPr>
                <w:noProof/>
                <w:lang w:val="ro-RO"/>
              </w:rPr>
            </w:pPr>
            <w:r w:rsidRPr="00D308F8">
              <w:rPr>
                <w:noProof/>
                <w:sz w:val="17"/>
                <w:lang w:val="ro-RO"/>
              </w:rPr>
              <w:t>Exemplele și țintele sunt orientative. Organizația trebuie să adapteze obiectivele la rolul său de reglementare, tipul și clasa dispozitivului, piețele vizate, riscurile produsului, procesele externalizate și cerințele autorităților. Obiectivele de cost, randament sau timp nu trebuie să compromită siguranța, performanța, trasabilitatea, raportarea reclamațiilor sau deciziile de conformitate.</w:t>
            </w:r>
          </w:p>
        </w:tc>
      </w:tr>
    </w:tbl>
    <w:p w14:paraId="2F55C136" w14:textId="77777777" w:rsidR="004A2E0F" w:rsidRPr="00D308F8" w:rsidRDefault="004A2E0F">
      <w:pPr>
        <w:spacing w:after="0"/>
        <w:rPr>
          <w:noProof/>
          <w:lang w:val="ro-RO"/>
        </w:rPr>
      </w:pPr>
    </w:p>
    <w:p w14:paraId="02663D51" w14:textId="77777777" w:rsidR="004A2E0F" w:rsidRPr="00D308F8" w:rsidRDefault="00000000">
      <w:pPr>
        <w:rPr>
          <w:noProof/>
          <w:lang w:val="ro-RO"/>
        </w:rPr>
      </w:pPr>
      <w:r w:rsidRPr="00D308F8">
        <w:rPr>
          <w:noProof/>
          <w:lang w:val="ro-RO"/>
        </w:rPr>
        <w:br w:type="page"/>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4A2E0F" w:rsidRPr="00D308F8" w14:paraId="04D08547" w14:textId="77777777">
        <w:trPr>
          <w:jc w:val="center"/>
        </w:trPr>
        <w:tc>
          <w:tcPr>
            <w:tcW w:w="1020" w:type="dxa"/>
            <w:shd w:val="clear" w:color="auto" w:fill="D71920"/>
            <w:tcMar>
              <w:top w:w="75" w:type="dxa"/>
              <w:left w:w="85" w:type="dxa"/>
              <w:bottom w:w="75" w:type="dxa"/>
              <w:right w:w="85" w:type="dxa"/>
            </w:tcMar>
            <w:vAlign w:val="center"/>
          </w:tcPr>
          <w:p w14:paraId="274AEBE6" w14:textId="77777777" w:rsidR="004A2E0F" w:rsidRPr="00D308F8" w:rsidRDefault="00000000">
            <w:pPr>
              <w:spacing w:after="0" w:line="240" w:lineRule="auto"/>
              <w:jc w:val="center"/>
              <w:rPr>
                <w:noProof/>
                <w:lang w:val="ro-RO"/>
              </w:rPr>
            </w:pPr>
            <w:r w:rsidRPr="00D308F8">
              <w:rPr>
                <w:b/>
                <w:noProof/>
                <w:color w:val="FFFFFF"/>
                <w:sz w:val="34"/>
                <w:lang w:val="ro-RO"/>
              </w:rPr>
              <w:lastRenderedPageBreak/>
              <w:t>1</w:t>
            </w:r>
          </w:p>
        </w:tc>
        <w:tc>
          <w:tcPr>
            <w:tcW w:w="8901" w:type="dxa"/>
            <w:shd w:val="clear" w:color="auto" w:fill="F3F4F5"/>
          </w:tcPr>
          <w:p w14:paraId="00489520" w14:textId="77777777" w:rsidR="004A2E0F" w:rsidRPr="00D308F8" w:rsidRDefault="00000000">
            <w:pPr>
              <w:spacing w:after="20"/>
              <w:rPr>
                <w:noProof/>
                <w:lang w:val="ro-RO"/>
              </w:rPr>
            </w:pPr>
            <w:r w:rsidRPr="00D308F8">
              <w:rPr>
                <w:b/>
                <w:noProof/>
                <w:sz w:val="28"/>
                <w:lang w:val="ro-RO"/>
              </w:rPr>
              <w:t>Cum se utilizează modelul</w:t>
            </w:r>
          </w:p>
          <w:p w14:paraId="7B8DAA70" w14:textId="77777777" w:rsidR="004A2E0F" w:rsidRPr="00D308F8" w:rsidRDefault="00000000">
            <w:pPr>
              <w:spacing w:after="0"/>
              <w:rPr>
                <w:noProof/>
                <w:lang w:val="ro-RO"/>
              </w:rPr>
            </w:pPr>
            <w:r w:rsidRPr="00D308F8">
              <w:rPr>
                <w:noProof/>
                <w:color w:val="666666"/>
                <w:sz w:val="16"/>
                <w:lang w:val="ro-RO"/>
              </w:rPr>
              <w:t>De la cerințe de reglementare și riscul dispozitivului la rezultate măsurabile ale sistemului calității</w:t>
            </w:r>
          </w:p>
        </w:tc>
      </w:tr>
    </w:tbl>
    <w:p w14:paraId="4E959696" w14:textId="77777777" w:rsidR="004A2E0F" w:rsidRPr="00D308F8" w:rsidRDefault="004A2E0F">
      <w:pPr>
        <w:spacing w:after="0"/>
        <w:rPr>
          <w:noProof/>
          <w:lang w:val="ro-RO"/>
        </w:rPr>
      </w:pPr>
    </w:p>
    <w:p w14:paraId="5BBECF42" w14:textId="77777777" w:rsidR="004A2E0F" w:rsidRPr="00D308F8" w:rsidRDefault="00000000">
      <w:pPr>
        <w:spacing w:line="259" w:lineRule="auto"/>
        <w:rPr>
          <w:noProof/>
          <w:lang w:val="ro-RO"/>
        </w:rPr>
      </w:pPr>
      <w:r w:rsidRPr="00D308F8">
        <w:rPr>
          <w:noProof/>
          <w:lang w:val="ro-RO"/>
        </w:rPr>
        <w:t>Scop. Acest document ajută organizația să stabilească obiective măsurabile ale calității, coerente cu politica, cerințele de reglementare și siguranța și performanța dispozitivelor medicale.</w:t>
      </w:r>
    </w:p>
    <w:p w14:paraId="4221FDDA" w14:textId="77777777" w:rsidR="004A2E0F" w:rsidRPr="00D308F8" w:rsidRDefault="00000000">
      <w:pPr>
        <w:pStyle w:val="Heading2"/>
        <w:rPr>
          <w:noProof/>
          <w:lang w:val="ro-RO"/>
        </w:rPr>
      </w:pPr>
      <w:r w:rsidRPr="00D308F8">
        <w:rPr>
          <w:noProof/>
          <w:lang w:val="ro-RO"/>
        </w:rPr>
        <w:t>Flux recomandat de lucru</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850"/>
        <w:gridCol w:w="2551"/>
        <w:gridCol w:w="6520"/>
      </w:tblGrid>
      <w:tr w:rsidR="004A2E0F" w:rsidRPr="00D308F8" w14:paraId="61E06288" w14:textId="77777777">
        <w:trPr>
          <w:tblHeader/>
          <w:jc w:val="center"/>
        </w:trPr>
        <w:tc>
          <w:tcPr>
            <w:tcW w:w="850" w:type="dxa"/>
            <w:shd w:val="clear" w:color="auto" w:fill="D71920"/>
            <w:tcMar>
              <w:top w:w="75" w:type="dxa"/>
              <w:left w:w="85" w:type="dxa"/>
              <w:bottom w:w="75" w:type="dxa"/>
              <w:right w:w="85" w:type="dxa"/>
            </w:tcMar>
            <w:vAlign w:val="center"/>
          </w:tcPr>
          <w:p w14:paraId="2D147D19" w14:textId="77777777" w:rsidR="004A2E0F" w:rsidRPr="00D308F8" w:rsidRDefault="00000000">
            <w:pPr>
              <w:spacing w:after="0" w:line="240" w:lineRule="auto"/>
              <w:jc w:val="center"/>
              <w:rPr>
                <w:noProof/>
                <w:lang w:val="ro-RO"/>
              </w:rPr>
            </w:pPr>
            <w:r w:rsidRPr="00D308F8">
              <w:rPr>
                <w:b/>
                <w:noProof/>
                <w:color w:val="FFFFFF"/>
                <w:sz w:val="16"/>
                <w:lang w:val="ro-RO"/>
              </w:rPr>
              <w:t>PAS</w:t>
            </w:r>
          </w:p>
        </w:tc>
        <w:tc>
          <w:tcPr>
            <w:tcW w:w="2551" w:type="dxa"/>
            <w:shd w:val="clear" w:color="auto" w:fill="D71920"/>
            <w:tcMar>
              <w:top w:w="75" w:type="dxa"/>
              <w:left w:w="85" w:type="dxa"/>
              <w:bottom w:w="75" w:type="dxa"/>
              <w:right w:w="85" w:type="dxa"/>
            </w:tcMar>
            <w:vAlign w:val="center"/>
          </w:tcPr>
          <w:p w14:paraId="060FE6F3" w14:textId="77777777" w:rsidR="004A2E0F" w:rsidRPr="00D308F8" w:rsidRDefault="00000000">
            <w:pPr>
              <w:spacing w:after="0" w:line="240" w:lineRule="auto"/>
              <w:jc w:val="center"/>
              <w:rPr>
                <w:noProof/>
                <w:lang w:val="ro-RO"/>
              </w:rPr>
            </w:pPr>
            <w:r w:rsidRPr="00D308F8">
              <w:rPr>
                <w:b/>
                <w:noProof/>
                <w:color w:val="FFFFFF"/>
                <w:sz w:val="16"/>
                <w:lang w:val="ro-RO"/>
              </w:rPr>
              <w:t>ACTIVITATE</w:t>
            </w:r>
          </w:p>
        </w:tc>
        <w:tc>
          <w:tcPr>
            <w:tcW w:w="6520" w:type="dxa"/>
            <w:shd w:val="clear" w:color="auto" w:fill="D71920"/>
            <w:tcMar>
              <w:top w:w="75" w:type="dxa"/>
              <w:left w:w="85" w:type="dxa"/>
              <w:bottom w:w="75" w:type="dxa"/>
              <w:right w:w="85" w:type="dxa"/>
            </w:tcMar>
            <w:vAlign w:val="center"/>
          </w:tcPr>
          <w:p w14:paraId="2B1BBAF7" w14:textId="77777777" w:rsidR="004A2E0F" w:rsidRPr="00D308F8" w:rsidRDefault="00000000">
            <w:pPr>
              <w:spacing w:after="0" w:line="240" w:lineRule="auto"/>
              <w:jc w:val="center"/>
              <w:rPr>
                <w:noProof/>
                <w:lang w:val="ro-RO"/>
              </w:rPr>
            </w:pPr>
            <w:r w:rsidRPr="00D308F8">
              <w:rPr>
                <w:b/>
                <w:noProof/>
                <w:color w:val="FFFFFF"/>
                <w:sz w:val="16"/>
                <w:lang w:val="ro-RO"/>
              </w:rPr>
              <w:t>REZULTAT AȘTEPTAT</w:t>
            </w:r>
          </w:p>
        </w:tc>
      </w:tr>
      <w:tr w:rsidR="004A2E0F" w:rsidRPr="00D308F8" w14:paraId="3F63A08F" w14:textId="77777777">
        <w:trPr>
          <w:cantSplit/>
          <w:jc w:val="center"/>
        </w:trPr>
        <w:tc>
          <w:tcPr>
            <w:tcW w:w="850" w:type="dxa"/>
            <w:shd w:val="clear" w:color="auto" w:fill="FFFFFF"/>
            <w:tcMar>
              <w:top w:w="75" w:type="dxa"/>
              <w:left w:w="85" w:type="dxa"/>
              <w:bottom w:w="75" w:type="dxa"/>
              <w:right w:w="85" w:type="dxa"/>
            </w:tcMar>
            <w:vAlign w:val="center"/>
          </w:tcPr>
          <w:p w14:paraId="7830DC36" w14:textId="77777777" w:rsidR="004A2E0F" w:rsidRPr="00D308F8" w:rsidRDefault="00000000">
            <w:pPr>
              <w:spacing w:after="0" w:line="240" w:lineRule="auto"/>
              <w:jc w:val="center"/>
              <w:rPr>
                <w:noProof/>
                <w:lang w:val="ro-RO"/>
              </w:rPr>
            </w:pPr>
            <w:r w:rsidRPr="00D308F8">
              <w:rPr>
                <w:noProof/>
                <w:sz w:val="16"/>
                <w:lang w:val="ro-RO"/>
              </w:rPr>
              <w:t>1</w:t>
            </w:r>
          </w:p>
        </w:tc>
        <w:tc>
          <w:tcPr>
            <w:tcW w:w="2551" w:type="dxa"/>
            <w:shd w:val="clear" w:color="auto" w:fill="FFFFFF"/>
            <w:tcMar>
              <w:top w:w="75" w:type="dxa"/>
              <w:left w:w="85" w:type="dxa"/>
              <w:bottom w:w="75" w:type="dxa"/>
              <w:right w:w="85" w:type="dxa"/>
            </w:tcMar>
            <w:vAlign w:val="center"/>
          </w:tcPr>
          <w:p w14:paraId="057CF789" w14:textId="77777777" w:rsidR="004A2E0F" w:rsidRPr="00D308F8" w:rsidRDefault="00000000">
            <w:pPr>
              <w:spacing w:after="0" w:line="240" w:lineRule="auto"/>
              <w:rPr>
                <w:noProof/>
                <w:lang w:val="ro-RO"/>
              </w:rPr>
            </w:pPr>
            <w:r w:rsidRPr="00D308F8">
              <w:rPr>
                <w:noProof/>
                <w:sz w:val="16"/>
                <w:lang w:val="ro-RO"/>
              </w:rPr>
              <w:t>Selectați prioritățile</w:t>
            </w:r>
          </w:p>
        </w:tc>
        <w:tc>
          <w:tcPr>
            <w:tcW w:w="6520" w:type="dxa"/>
            <w:shd w:val="clear" w:color="auto" w:fill="FFFFFF"/>
            <w:tcMar>
              <w:top w:w="75" w:type="dxa"/>
              <w:left w:w="85" w:type="dxa"/>
              <w:bottom w:w="75" w:type="dxa"/>
              <w:right w:w="85" w:type="dxa"/>
            </w:tcMar>
            <w:vAlign w:val="center"/>
          </w:tcPr>
          <w:p w14:paraId="2630F63F" w14:textId="77777777" w:rsidR="004A2E0F" w:rsidRPr="00D308F8" w:rsidRDefault="00000000">
            <w:pPr>
              <w:spacing w:after="0" w:line="240" w:lineRule="auto"/>
              <w:rPr>
                <w:noProof/>
                <w:lang w:val="ro-RO"/>
              </w:rPr>
            </w:pPr>
            <w:r w:rsidRPr="00D308F8">
              <w:rPr>
                <w:noProof/>
                <w:sz w:val="16"/>
                <w:lang w:val="ro-RO"/>
              </w:rPr>
              <w:t>Porniți de la politica și planificarea calității, cerințe de reglementare, managementul riscului, reclamații și feedback, date post-producție, CAPA, neconformități, furnizori, validări, audituri și schimbări de produs sau proces.</w:t>
            </w:r>
          </w:p>
        </w:tc>
      </w:tr>
      <w:tr w:rsidR="004A2E0F" w:rsidRPr="00D308F8" w14:paraId="0B583155" w14:textId="77777777">
        <w:trPr>
          <w:cantSplit/>
          <w:jc w:val="center"/>
        </w:trPr>
        <w:tc>
          <w:tcPr>
            <w:tcW w:w="850" w:type="dxa"/>
            <w:shd w:val="clear" w:color="auto" w:fill="FAFAFA"/>
            <w:tcMar>
              <w:top w:w="75" w:type="dxa"/>
              <w:left w:w="85" w:type="dxa"/>
              <w:bottom w:w="75" w:type="dxa"/>
              <w:right w:w="85" w:type="dxa"/>
            </w:tcMar>
            <w:vAlign w:val="center"/>
          </w:tcPr>
          <w:p w14:paraId="6C136756" w14:textId="77777777" w:rsidR="004A2E0F" w:rsidRPr="00D308F8" w:rsidRDefault="00000000">
            <w:pPr>
              <w:spacing w:after="0" w:line="240" w:lineRule="auto"/>
              <w:jc w:val="center"/>
              <w:rPr>
                <w:noProof/>
                <w:lang w:val="ro-RO"/>
              </w:rPr>
            </w:pPr>
            <w:r w:rsidRPr="00D308F8">
              <w:rPr>
                <w:noProof/>
                <w:sz w:val="16"/>
                <w:lang w:val="ro-RO"/>
              </w:rPr>
              <w:t>2</w:t>
            </w:r>
          </w:p>
        </w:tc>
        <w:tc>
          <w:tcPr>
            <w:tcW w:w="2551" w:type="dxa"/>
            <w:shd w:val="clear" w:color="auto" w:fill="FAFAFA"/>
            <w:tcMar>
              <w:top w:w="75" w:type="dxa"/>
              <w:left w:w="85" w:type="dxa"/>
              <w:bottom w:w="75" w:type="dxa"/>
              <w:right w:w="85" w:type="dxa"/>
            </w:tcMar>
            <w:vAlign w:val="center"/>
          </w:tcPr>
          <w:p w14:paraId="3F7042D5" w14:textId="77777777" w:rsidR="004A2E0F" w:rsidRPr="00D308F8" w:rsidRDefault="00000000">
            <w:pPr>
              <w:spacing w:after="0" w:line="240" w:lineRule="auto"/>
              <w:rPr>
                <w:noProof/>
                <w:lang w:val="ro-RO"/>
              </w:rPr>
            </w:pPr>
            <w:r w:rsidRPr="00D308F8">
              <w:rPr>
                <w:noProof/>
                <w:sz w:val="16"/>
                <w:lang w:val="ro-RO"/>
              </w:rPr>
              <w:t>Formulați obiectivul</w:t>
            </w:r>
          </w:p>
        </w:tc>
        <w:tc>
          <w:tcPr>
            <w:tcW w:w="6520" w:type="dxa"/>
            <w:shd w:val="clear" w:color="auto" w:fill="FAFAFA"/>
            <w:tcMar>
              <w:top w:w="75" w:type="dxa"/>
              <w:left w:w="85" w:type="dxa"/>
              <w:bottom w:w="75" w:type="dxa"/>
              <w:right w:w="85" w:type="dxa"/>
            </w:tcMar>
            <w:vAlign w:val="center"/>
          </w:tcPr>
          <w:p w14:paraId="50C0B121" w14:textId="77777777" w:rsidR="004A2E0F" w:rsidRPr="00D308F8" w:rsidRDefault="00000000">
            <w:pPr>
              <w:spacing w:after="0" w:line="240" w:lineRule="auto"/>
              <w:rPr>
                <w:noProof/>
                <w:lang w:val="ro-RO"/>
              </w:rPr>
            </w:pPr>
            <w:r w:rsidRPr="00D308F8">
              <w:rPr>
                <w:noProof/>
                <w:sz w:val="16"/>
                <w:lang w:val="ro-RO"/>
              </w:rPr>
              <w:t>Precizați rezultatul, indicatorul, baza de referință, ținta, termenul și domeniul de aplicare.</w:t>
            </w:r>
          </w:p>
        </w:tc>
      </w:tr>
      <w:tr w:rsidR="004A2E0F" w:rsidRPr="00D308F8" w14:paraId="3130F970" w14:textId="77777777">
        <w:trPr>
          <w:cantSplit/>
          <w:jc w:val="center"/>
        </w:trPr>
        <w:tc>
          <w:tcPr>
            <w:tcW w:w="850" w:type="dxa"/>
            <w:shd w:val="clear" w:color="auto" w:fill="FFFFFF"/>
            <w:tcMar>
              <w:top w:w="75" w:type="dxa"/>
              <w:left w:w="85" w:type="dxa"/>
              <w:bottom w:w="75" w:type="dxa"/>
              <w:right w:w="85" w:type="dxa"/>
            </w:tcMar>
            <w:vAlign w:val="center"/>
          </w:tcPr>
          <w:p w14:paraId="51694466" w14:textId="77777777" w:rsidR="004A2E0F" w:rsidRPr="00D308F8" w:rsidRDefault="00000000">
            <w:pPr>
              <w:spacing w:after="0" w:line="240" w:lineRule="auto"/>
              <w:jc w:val="center"/>
              <w:rPr>
                <w:noProof/>
                <w:lang w:val="ro-RO"/>
              </w:rPr>
            </w:pPr>
            <w:r w:rsidRPr="00D308F8">
              <w:rPr>
                <w:noProof/>
                <w:sz w:val="16"/>
                <w:lang w:val="ro-RO"/>
              </w:rPr>
              <w:t>3</w:t>
            </w:r>
          </w:p>
        </w:tc>
        <w:tc>
          <w:tcPr>
            <w:tcW w:w="2551" w:type="dxa"/>
            <w:shd w:val="clear" w:color="auto" w:fill="FFFFFF"/>
            <w:tcMar>
              <w:top w:w="75" w:type="dxa"/>
              <w:left w:w="85" w:type="dxa"/>
              <w:bottom w:w="75" w:type="dxa"/>
              <w:right w:w="85" w:type="dxa"/>
            </w:tcMar>
            <w:vAlign w:val="center"/>
          </w:tcPr>
          <w:p w14:paraId="4E71D193" w14:textId="77777777" w:rsidR="004A2E0F" w:rsidRPr="00D308F8" w:rsidRDefault="00000000">
            <w:pPr>
              <w:spacing w:after="0" w:line="240" w:lineRule="auto"/>
              <w:rPr>
                <w:noProof/>
                <w:lang w:val="ro-RO"/>
              </w:rPr>
            </w:pPr>
            <w:r w:rsidRPr="00D308F8">
              <w:rPr>
                <w:noProof/>
                <w:sz w:val="16"/>
                <w:lang w:val="ro-RO"/>
              </w:rPr>
              <w:t>Planificați realizarea</w:t>
            </w:r>
          </w:p>
        </w:tc>
        <w:tc>
          <w:tcPr>
            <w:tcW w:w="6520" w:type="dxa"/>
            <w:shd w:val="clear" w:color="auto" w:fill="FFFFFF"/>
            <w:tcMar>
              <w:top w:w="75" w:type="dxa"/>
              <w:left w:w="85" w:type="dxa"/>
              <w:bottom w:w="75" w:type="dxa"/>
              <w:right w:w="85" w:type="dxa"/>
            </w:tcMar>
            <w:vAlign w:val="center"/>
          </w:tcPr>
          <w:p w14:paraId="7F81CA0B" w14:textId="77777777" w:rsidR="004A2E0F" w:rsidRPr="00D308F8" w:rsidRDefault="00000000">
            <w:pPr>
              <w:spacing w:after="0" w:line="240" w:lineRule="auto"/>
              <w:rPr>
                <w:noProof/>
                <w:lang w:val="ro-RO"/>
              </w:rPr>
            </w:pPr>
            <w:r w:rsidRPr="00D308F8">
              <w:rPr>
                <w:noProof/>
                <w:sz w:val="16"/>
                <w:lang w:val="ro-RO"/>
              </w:rPr>
              <w:t>Stabiliți acțiuni, responsabilități, resurse, termene, criterii de acceptare, legătura cu managementul riscului, cerințele de validare și metoda de verificare documentată a eficacității.</w:t>
            </w:r>
          </w:p>
        </w:tc>
      </w:tr>
      <w:tr w:rsidR="004A2E0F" w:rsidRPr="00D308F8" w14:paraId="585B6A0C" w14:textId="77777777">
        <w:trPr>
          <w:cantSplit/>
          <w:jc w:val="center"/>
        </w:trPr>
        <w:tc>
          <w:tcPr>
            <w:tcW w:w="850" w:type="dxa"/>
            <w:shd w:val="clear" w:color="auto" w:fill="FAFAFA"/>
            <w:tcMar>
              <w:top w:w="75" w:type="dxa"/>
              <w:left w:w="85" w:type="dxa"/>
              <w:bottom w:w="75" w:type="dxa"/>
              <w:right w:w="85" w:type="dxa"/>
            </w:tcMar>
            <w:vAlign w:val="center"/>
          </w:tcPr>
          <w:p w14:paraId="3EDE17D4" w14:textId="77777777" w:rsidR="004A2E0F" w:rsidRPr="00D308F8" w:rsidRDefault="00000000">
            <w:pPr>
              <w:spacing w:after="0" w:line="240" w:lineRule="auto"/>
              <w:jc w:val="center"/>
              <w:rPr>
                <w:noProof/>
                <w:lang w:val="ro-RO"/>
              </w:rPr>
            </w:pPr>
            <w:r w:rsidRPr="00D308F8">
              <w:rPr>
                <w:noProof/>
                <w:sz w:val="16"/>
                <w:lang w:val="ro-RO"/>
              </w:rPr>
              <w:t>4</w:t>
            </w:r>
          </w:p>
        </w:tc>
        <w:tc>
          <w:tcPr>
            <w:tcW w:w="2551" w:type="dxa"/>
            <w:shd w:val="clear" w:color="auto" w:fill="FAFAFA"/>
            <w:tcMar>
              <w:top w:w="75" w:type="dxa"/>
              <w:left w:w="85" w:type="dxa"/>
              <w:bottom w:w="75" w:type="dxa"/>
              <w:right w:w="85" w:type="dxa"/>
            </w:tcMar>
            <w:vAlign w:val="center"/>
          </w:tcPr>
          <w:p w14:paraId="6944E732" w14:textId="77777777" w:rsidR="004A2E0F" w:rsidRPr="00D308F8" w:rsidRDefault="00000000">
            <w:pPr>
              <w:spacing w:after="0" w:line="240" w:lineRule="auto"/>
              <w:rPr>
                <w:noProof/>
                <w:lang w:val="ro-RO"/>
              </w:rPr>
            </w:pPr>
            <w:r w:rsidRPr="00D308F8">
              <w:rPr>
                <w:noProof/>
                <w:sz w:val="16"/>
                <w:lang w:val="ro-RO"/>
              </w:rPr>
              <w:t>Monitorizați</w:t>
            </w:r>
          </w:p>
        </w:tc>
        <w:tc>
          <w:tcPr>
            <w:tcW w:w="6520" w:type="dxa"/>
            <w:shd w:val="clear" w:color="auto" w:fill="FAFAFA"/>
            <w:tcMar>
              <w:top w:w="75" w:type="dxa"/>
              <w:left w:w="85" w:type="dxa"/>
              <w:bottom w:w="75" w:type="dxa"/>
              <w:right w:w="85" w:type="dxa"/>
            </w:tcMar>
            <w:vAlign w:val="center"/>
          </w:tcPr>
          <w:p w14:paraId="13665870" w14:textId="77777777" w:rsidR="004A2E0F" w:rsidRPr="00D308F8" w:rsidRDefault="00000000">
            <w:pPr>
              <w:spacing w:after="0" w:line="240" w:lineRule="auto"/>
              <w:rPr>
                <w:noProof/>
                <w:lang w:val="ro-RO"/>
              </w:rPr>
            </w:pPr>
            <w:r w:rsidRPr="00D308F8">
              <w:rPr>
                <w:noProof/>
                <w:sz w:val="16"/>
                <w:lang w:val="ro-RO"/>
              </w:rPr>
              <w:t>Colectați și validați datele la frecvența stabilită. Analizați atât rezultatul, cât și progresul acțiunilor.</w:t>
            </w:r>
          </w:p>
        </w:tc>
      </w:tr>
      <w:tr w:rsidR="004A2E0F" w:rsidRPr="00D308F8" w14:paraId="1A29782D" w14:textId="77777777">
        <w:trPr>
          <w:cantSplit/>
          <w:jc w:val="center"/>
        </w:trPr>
        <w:tc>
          <w:tcPr>
            <w:tcW w:w="850" w:type="dxa"/>
            <w:shd w:val="clear" w:color="auto" w:fill="FFFFFF"/>
            <w:tcMar>
              <w:top w:w="75" w:type="dxa"/>
              <w:left w:w="85" w:type="dxa"/>
              <w:bottom w:w="75" w:type="dxa"/>
              <w:right w:w="85" w:type="dxa"/>
            </w:tcMar>
            <w:vAlign w:val="center"/>
          </w:tcPr>
          <w:p w14:paraId="46003263" w14:textId="77777777" w:rsidR="004A2E0F" w:rsidRPr="00D308F8" w:rsidRDefault="00000000">
            <w:pPr>
              <w:spacing w:after="0" w:line="240" w:lineRule="auto"/>
              <w:jc w:val="center"/>
              <w:rPr>
                <w:noProof/>
                <w:lang w:val="ro-RO"/>
              </w:rPr>
            </w:pPr>
            <w:r w:rsidRPr="00D308F8">
              <w:rPr>
                <w:noProof/>
                <w:sz w:val="16"/>
                <w:lang w:val="ro-RO"/>
              </w:rPr>
              <w:t>5</w:t>
            </w:r>
          </w:p>
        </w:tc>
        <w:tc>
          <w:tcPr>
            <w:tcW w:w="2551" w:type="dxa"/>
            <w:shd w:val="clear" w:color="auto" w:fill="FFFFFF"/>
            <w:tcMar>
              <w:top w:w="75" w:type="dxa"/>
              <w:left w:w="85" w:type="dxa"/>
              <w:bottom w:w="75" w:type="dxa"/>
              <w:right w:w="85" w:type="dxa"/>
            </w:tcMar>
            <w:vAlign w:val="center"/>
          </w:tcPr>
          <w:p w14:paraId="1099EC9D" w14:textId="77777777" w:rsidR="004A2E0F" w:rsidRPr="00D308F8" w:rsidRDefault="00000000">
            <w:pPr>
              <w:spacing w:after="0" w:line="240" w:lineRule="auto"/>
              <w:rPr>
                <w:noProof/>
                <w:lang w:val="ro-RO"/>
              </w:rPr>
            </w:pPr>
            <w:r w:rsidRPr="00D308F8">
              <w:rPr>
                <w:noProof/>
                <w:sz w:val="16"/>
                <w:lang w:val="ro-RO"/>
              </w:rPr>
              <w:t>Decideți și actualizați</w:t>
            </w:r>
          </w:p>
        </w:tc>
        <w:tc>
          <w:tcPr>
            <w:tcW w:w="6520" w:type="dxa"/>
            <w:shd w:val="clear" w:color="auto" w:fill="FFFFFF"/>
            <w:tcMar>
              <w:top w:w="75" w:type="dxa"/>
              <w:left w:w="85" w:type="dxa"/>
              <w:bottom w:w="75" w:type="dxa"/>
              <w:right w:w="85" w:type="dxa"/>
            </w:tcMar>
            <w:vAlign w:val="center"/>
          </w:tcPr>
          <w:p w14:paraId="7C17050B" w14:textId="77777777" w:rsidR="004A2E0F" w:rsidRPr="00D308F8" w:rsidRDefault="00000000">
            <w:pPr>
              <w:spacing w:after="0" w:line="240" w:lineRule="auto"/>
              <w:rPr>
                <w:noProof/>
                <w:lang w:val="ro-RO"/>
              </w:rPr>
            </w:pPr>
            <w:r w:rsidRPr="00D308F8">
              <w:rPr>
                <w:noProof/>
                <w:sz w:val="16"/>
                <w:lang w:val="ro-RO"/>
              </w:rPr>
              <w:t>La abatere, analizați cauzele și eficacitatea măsurilor. Actualizați obiectivul când contextul, riscurile sau cerințele se schimbă.</w:t>
            </w:r>
          </w:p>
        </w:tc>
      </w:tr>
    </w:tbl>
    <w:p w14:paraId="43F40F85" w14:textId="77777777" w:rsidR="004A2E0F" w:rsidRPr="00D308F8" w:rsidRDefault="004A2E0F">
      <w:pPr>
        <w:spacing w:after="20"/>
        <w:rPr>
          <w:noProof/>
          <w:lang w:val="ro-RO"/>
        </w:rPr>
      </w:pPr>
    </w:p>
    <w:p w14:paraId="05042B80" w14:textId="77777777" w:rsidR="004A2E0F" w:rsidRPr="00D308F8" w:rsidRDefault="00000000">
      <w:pPr>
        <w:pStyle w:val="Heading2"/>
        <w:rPr>
          <w:noProof/>
          <w:lang w:val="ro-RO"/>
        </w:rPr>
      </w:pPr>
      <w:r w:rsidRPr="00D308F8">
        <w:rPr>
          <w:noProof/>
          <w:lang w:val="ro-RO"/>
        </w:rPr>
        <w:t>Ce trebuie să poată demonstra organizația</w:t>
      </w:r>
    </w:p>
    <w:p w14:paraId="0C057A3C" w14:textId="77777777" w:rsidR="004A2E0F" w:rsidRPr="00D308F8" w:rsidRDefault="00000000">
      <w:pPr>
        <w:pStyle w:val="ListBullet"/>
        <w:spacing w:after="40"/>
        <w:ind w:left="283" w:hanging="170"/>
        <w:rPr>
          <w:noProof/>
          <w:lang w:val="ro-RO"/>
        </w:rPr>
      </w:pPr>
      <w:r w:rsidRPr="00D308F8">
        <w:rPr>
          <w:noProof/>
          <w:lang w:val="ro-RO"/>
        </w:rPr>
        <w:t>Obiectivele sunt coerente cu politica și sunt stabilite la funcțiile și nivelurile relevante.</w:t>
      </w:r>
    </w:p>
    <w:p w14:paraId="492F1422" w14:textId="77777777" w:rsidR="004A2E0F" w:rsidRPr="00D308F8" w:rsidRDefault="00000000">
      <w:pPr>
        <w:pStyle w:val="ListBullet"/>
        <w:spacing w:after="40"/>
        <w:ind w:left="283" w:hanging="170"/>
        <w:rPr>
          <w:noProof/>
          <w:lang w:val="ro-RO"/>
        </w:rPr>
      </w:pPr>
      <w:r w:rsidRPr="00D308F8">
        <w:rPr>
          <w:noProof/>
          <w:lang w:val="ro-RO"/>
        </w:rPr>
        <w:t>Prioritățile includ cerințe de reglementare, siguranță și performanță, riscuri ale dispozitivului, reclamații, CAPA și procese critice.</w:t>
      </w:r>
    </w:p>
    <w:p w14:paraId="2E242901" w14:textId="77777777" w:rsidR="004A2E0F" w:rsidRPr="00D308F8" w:rsidRDefault="00000000">
      <w:pPr>
        <w:pStyle w:val="ListBullet"/>
        <w:spacing w:after="40"/>
        <w:ind w:left="283" w:hanging="170"/>
        <w:rPr>
          <w:noProof/>
          <w:lang w:val="ro-RO"/>
        </w:rPr>
      </w:pPr>
      <w:r w:rsidRPr="00D308F8">
        <w:rPr>
          <w:noProof/>
          <w:lang w:val="ro-RO"/>
        </w:rPr>
        <w:t>Indicatorii sunt măsurabili și nu reduc sensibilitatea sistemelor de feedback, reclamații, vigilență sau neconformitate.</w:t>
      </w:r>
    </w:p>
    <w:p w14:paraId="3C45DE3C" w14:textId="77777777" w:rsidR="004A2E0F" w:rsidRPr="00D308F8" w:rsidRDefault="00000000">
      <w:pPr>
        <w:pStyle w:val="ListBullet"/>
        <w:spacing w:after="40"/>
        <w:ind w:left="283" w:hanging="170"/>
        <w:rPr>
          <w:noProof/>
          <w:lang w:val="ro-RO"/>
        </w:rPr>
      </w:pPr>
      <w:r w:rsidRPr="00D308F8">
        <w:rPr>
          <w:noProof/>
          <w:lang w:val="ro-RO"/>
        </w:rPr>
        <w:t>Obiectivele de productivitate și cost sunt subordonate criteriilor de acceptare, eliberare și conformitate.</w:t>
      </w:r>
    </w:p>
    <w:p w14:paraId="5F6B7997" w14:textId="77777777" w:rsidR="004A2E0F" w:rsidRPr="00D308F8" w:rsidRDefault="00000000">
      <w:pPr>
        <w:pStyle w:val="ListBullet"/>
        <w:spacing w:after="40"/>
        <w:ind w:left="283" w:hanging="170"/>
        <w:rPr>
          <w:noProof/>
          <w:lang w:val="ro-RO"/>
        </w:rPr>
      </w:pPr>
      <w:r w:rsidRPr="00D308F8">
        <w:rPr>
          <w:noProof/>
          <w:lang w:val="ro-RO"/>
        </w:rPr>
        <w:t>Există baze de referință, formule, surse de date, responsabilități, ținte, termene și criterii de eficacitate.</w:t>
      </w:r>
    </w:p>
    <w:p w14:paraId="39246EDF" w14:textId="77777777" w:rsidR="004A2E0F" w:rsidRPr="00D308F8" w:rsidRDefault="00000000">
      <w:pPr>
        <w:pStyle w:val="ListBullet"/>
        <w:spacing w:after="40"/>
        <w:ind w:left="283" w:hanging="170"/>
        <w:rPr>
          <w:noProof/>
          <w:lang w:val="ro-RO"/>
        </w:rPr>
      </w:pPr>
      <w:r w:rsidRPr="00D308F8">
        <w:rPr>
          <w:noProof/>
          <w:lang w:val="ro-RO"/>
        </w:rPr>
        <w:t>Rezultatele sunt analizate de management și actualizate când se schimbă produsul, procesul, riscul, furnizorul sau cerințele pieței.</w:t>
      </w: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4A2E0F" w:rsidRPr="00D308F8" w14:paraId="265ADBF6" w14:textId="77777777">
        <w:trPr>
          <w:cantSplit/>
          <w:jc w:val="center"/>
        </w:trPr>
        <w:tc>
          <w:tcPr>
            <w:tcW w:w="567" w:type="dxa"/>
            <w:shd w:val="clear" w:color="auto" w:fill="D71920"/>
            <w:tcMar>
              <w:top w:w="75" w:type="dxa"/>
              <w:left w:w="85" w:type="dxa"/>
              <w:bottom w:w="75" w:type="dxa"/>
              <w:right w:w="85" w:type="dxa"/>
            </w:tcMar>
            <w:vAlign w:val="center"/>
          </w:tcPr>
          <w:p w14:paraId="45BE32C2" w14:textId="77777777" w:rsidR="004A2E0F" w:rsidRPr="00D308F8" w:rsidRDefault="00000000">
            <w:pPr>
              <w:spacing w:after="0" w:line="240" w:lineRule="auto"/>
              <w:jc w:val="center"/>
              <w:rPr>
                <w:noProof/>
                <w:lang w:val="ro-RO"/>
              </w:rPr>
            </w:pPr>
            <w:r w:rsidRPr="00D308F8">
              <w:rPr>
                <w:b/>
                <w:noProof/>
                <w:color w:val="FFFFFF"/>
                <w:sz w:val="30"/>
                <w:lang w:val="ro-RO"/>
              </w:rPr>
              <w:t>!</w:t>
            </w:r>
          </w:p>
        </w:tc>
        <w:tc>
          <w:tcPr>
            <w:tcW w:w="9354" w:type="dxa"/>
            <w:shd w:val="clear" w:color="auto" w:fill="FCEBEC"/>
          </w:tcPr>
          <w:p w14:paraId="2CAE1CD6" w14:textId="77777777" w:rsidR="004A2E0F" w:rsidRPr="00D308F8" w:rsidRDefault="00000000">
            <w:pPr>
              <w:spacing w:after="40"/>
              <w:rPr>
                <w:noProof/>
                <w:lang w:val="ro-RO"/>
              </w:rPr>
            </w:pPr>
            <w:r w:rsidRPr="00D308F8">
              <w:rPr>
                <w:b/>
                <w:noProof/>
                <w:color w:val="D71920"/>
                <w:lang w:val="ro-RO"/>
              </w:rPr>
              <w:t>BAZA NORMATIVĂ</w:t>
            </w:r>
          </w:p>
          <w:p w14:paraId="2E9507D9" w14:textId="77777777" w:rsidR="004A2E0F" w:rsidRPr="00D308F8" w:rsidRDefault="00000000">
            <w:pPr>
              <w:spacing w:after="0" w:line="252" w:lineRule="auto"/>
              <w:rPr>
                <w:noProof/>
                <w:lang w:val="ro-RO"/>
              </w:rPr>
            </w:pPr>
            <w:r w:rsidRPr="00D308F8">
              <w:rPr>
                <w:noProof/>
                <w:sz w:val="17"/>
                <w:lang w:val="ro-RO"/>
              </w:rPr>
              <w:t>Modelul este aliniat ISO 13485:2016, publicație revizuită și confirmată de ISO în 2025. Cerințele de reglementare aplicabile depind de rolul organizației și de jurisdicțiile în care dispozitivul este introdus pe piață.</w:t>
            </w:r>
          </w:p>
        </w:tc>
      </w:tr>
    </w:tbl>
    <w:p w14:paraId="06B534D4" w14:textId="77777777" w:rsidR="004A2E0F" w:rsidRPr="00D308F8" w:rsidRDefault="004A2E0F">
      <w:pPr>
        <w:spacing w:after="0"/>
        <w:rPr>
          <w:noProof/>
          <w:lang w:val="ro-RO"/>
        </w:rPr>
      </w:pPr>
    </w:p>
    <w:p w14:paraId="70B84EED" w14:textId="77777777" w:rsidR="004A2E0F" w:rsidRPr="00D308F8" w:rsidRDefault="00000000">
      <w:pPr>
        <w:pStyle w:val="Heading2"/>
        <w:rPr>
          <w:noProof/>
          <w:lang w:val="ro-RO"/>
        </w:rPr>
      </w:pPr>
      <w:r w:rsidRPr="00D308F8">
        <w:rPr>
          <w:noProof/>
          <w:lang w:val="ro-RO"/>
        </w:rPr>
        <w:t>Formula orientativă într-o singură propoziție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84"/>
        <w:gridCol w:w="1984"/>
        <w:gridCol w:w="1984"/>
        <w:gridCol w:w="1984"/>
        <w:gridCol w:w="1984"/>
      </w:tblGrid>
      <w:tr w:rsidR="004A2E0F" w:rsidRPr="00D308F8" w14:paraId="7205B99C" w14:textId="77777777">
        <w:trPr>
          <w:jc w:val="center"/>
        </w:trPr>
        <w:tc>
          <w:tcPr>
            <w:tcW w:w="1984" w:type="dxa"/>
            <w:shd w:val="clear" w:color="auto" w:fill="F3F4F5"/>
          </w:tcPr>
          <w:p w14:paraId="69B8D6DA" w14:textId="77777777" w:rsidR="004A2E0F" w:rsidRPr="00D308F8" w:rsidRDefault="00000000">
            <w:pPr>
              <w:spacing w:after="40"/>
              <w:jc w:val="center"/>
              <w:rPr>
                <w:noProof/>
                <w:lang w:val="ro-RO"/>
              </w:rPr>
            </w:pPr>
            <w:r w:rsidRPr="00D308F8">
              <w:rPr>
                <w:b/>
                <w:noProof/>
                <w:color w:val="D71920"/>
                <w:sz w:val="16"/>
                <w:lang w:val="ro-RO"/>
              </w:rPr>
              <w:t>VERB</w:t>
            </w:r>
          </w:p>
          <w:p w14:paraId="731753AA" w14:textId="77777777" w:rsidR="004A2E0F" w:rsidRPr="00D308F8" w:rsidRDefault="00000000">
            <w:pPr>
              <w:spacing w:after="0"/>
              <w:jc w:val="center"/>
              <w:rPr>
                <w:noProof/>
                <w:lang w:val="ro-RO"/>
              </w:rPr>
            </w:pPr>
            <w:r w:rsidRPr="00D308F8">
              <w:rPr>
                <w:noProof/>
                <w:sz w:val="14"/>
                <w:lang w:val="ro-RO"/>
              </w:rPr>
              <w:t>Reducerea / creșterea / eliminarea / menținerea</w:t>
            </w:r>
          </w:p>
        </w:tc>
        <w:tc>
          <w:tcPr>
            <w:tcW w:w="1984" w:type="dxa"/>
            <w:shd w:val="clear" w:color="auto" w:fill="FCEBEC"/>
          </w:tcPr>
          <w:p w14:paraId="60F1A53B" w14:textId="77777777" w:rsidR="004A2E0F" w:rsidRPr="00D308F8" w:rsidRDefault="00000000">
            <w:pPr>
              <w:spacing w:after="40"/>
              <w:jc w:val="center"/>
              <w:rPr>
                <w:noProof/>
                <w:lang w:val="ro-RO"/>
              </w:rPr>
            </w:pPr>
            <w:r w:rsidRPr="00D308F8">
              <w:rPr>
                <w:b/>
                <w:noProof/>
                <w:color w:val="D71920"/>
                <w:sz w:val="16"/>
                <w:lang w:val="ro-RO"/>
              </w:rPr>
              <w:t>REZULTAT</w:t>
            </w:r>
          </w:p>
          <w:p w14:paraId="315CA7AB" w14:textId="77777777" w:rsidR="004A2E0F" w:rsidRPr="00D308F8" w:rsidRDefault="00000000">
            <w:pPr>
              <w:spacing w:after="0"/>
              <w:jc w:val="center"/>
              <w:rPr>
                <w:noProof/>
                <w:lang w:val="ro-RO"/>
              </w:rPr>
            </w:pPr>
            <w:r w:rsidRPr="00D308F8">
              <w:rPr>
                <w:noProof/>
                <w:sz w:val="14"/>
                <w:lang w:val="ro-RO"/>
              </w:rPr>
              <w:t>a conformității, siguranței, performanței sau eficacității QMS prioritare</w:t>
            </w:r>
          </w:p>
        </w:tc>
        <w:tc>
          <w:tcPr>
            <w:tcW w:w="1984" w:type="dxa"/>
            <w:shd w:val="clear" w:color="auto" w:fill="F3F4F5"/>
          </w:tcPr>
          <w:p w14:paraId="4A991FCA" w14:textId="77777777" w:rsidR="004A2E0F" w:rsidRPr="00D308F8" w:rsidRDefault="00000000">
            <w:pPr>
              <w:spacing w:after="40"/>
              <w:jc w:val="center"/>
              <w:rPr>
                <w:noProof/>
                <w:lang w:val="ro-RO"/>
              </w:rPr>
            </w:pPr>
            <w:r w:rsidRPr="00D308F8">
              <w:rPr>
                <w:b/>
                <w:noProof/>
                <w:color w:val="D71920"/>
                <w:sz w:val="16"/>
                <w:lang w:val="ro-RO"/>
              </w:rPr>
              <w:t>INDICATOR</w:t>
            </w:r>
          </w:p>
          <w:p w14:paraId="6F656BF6" w14:textId="77777777" w:rsidR="004A2E0F" w:rsidRPr="00D308F8" w:rsidRDefault="00000000">
            <w:pPr>
              <w:spacing w:after="0"/>
              <w:jc w:val="center"/>
              <w:rPr>
                <w:noProof/>
                <w:lang w:val="ro-RO"/>
              </w:rPr>
            </w:pPr>
            <w:r w:rsidRPr="00D308F8">
              <w:rPr>
                <w:noProof/>
                <w:sz w:val="14"/>
                <w:lang w:val="ro-RO"/>
              </w:rPr>
              <w:t>măsurat printr-un KPI definit</w:t>
            </w:r>
          </w:p>
        </w:tc>
        <w:tc>
          <w:tcPr>
            <w:tcW w:w="1984" w:type="dxa"/>
            <w:shd w:val="clear" w:color="auto" w:fill="FCEBEC"/>
          </w:tcPr>
          <w:p w14:paraId="20EBA592" w14:textId="77777777" w:rsidR="004A2E0F" w:rsidRPr="00D308F8" w:rsidRDefault="00000000">
            <w:pPr>
              <w:spacing w:after="40"/>
              <w:jc w:val="center"/>
              <w:rPr>
                <w:noProof/>
                <w:lang w:val="ro-RO"/>
              </w:rPr>
            </w:pPr>
            <w:r w:rsidRPr="00D308F8">
              <w:rPr>
                <w:b/>
                <w:noProof/>
                <w:color w:val="D71920"/>
                <w:sz w:val="16"/>
                <w:lang w:val="ro-RO"/>
              </w:rPr>
              <w:t>ȚINTĂ</w:t>
            </w:r>
          </w:p>
          <w:p w14:paraId="0B3B866B" w14:textId="77777777" w:rsidR="004A2E0F" w:rsidRPr="00D308F8" w:rsidRDefault="00000000">
            <w:pPr>
              <w:spacing w:after="0"/>
              <w:jc w:val="center"/>
              <w:rPr>
                <w:noProof/>
                <w:lang w:val="ro-RO"/>
              </w:rPr>
            </w:pPr>
            <w:r w:rsidRPr="00D308F8">
              <w:rPr>
                <w:noProof/>
                <w:sz w:val="14"/>
                <w:lang w:val="ro-RO"/>
              </w:rPr>
              <w:t>de la baza X la valoarea Y</w:t>
            </w:r>
          </w:p>
        </w:tc>
        <w:tc>
          <w:tcPr>
            <w:tcW w:w="1984" w:type="dxa"/>
            <w:shd w:val="clear" w:color="auto" w:fill="F3F4F5"/>
          </w:tcPr>
          <w:p w14:paraId="05A06914" w14:textId="77777777" w:rsidR="004A2E0F" w:rsidRPr="00D308F8" w:rsidRDefault="00000000">
            <w:pPr>
              <w:spacing w:after="40"/>
              <w:jc w:val="center"/>
              <w:rPr>
                <w:noProof/>
                <w:lang w:val="ro-RO"/>
              </w:rPr>
            </w:pPr>
            <w:r w:rsidRPr="00D308F8">
              <w:rPr>
                <w:b/>
                <w:noProof/>
                <w:color w:val="D71920"/>
                <w:sz w:val="16"/>
                <w:lang w:val="ro-RO"/>
              </w:rPr>
              <w:t>TERMEN + DOMENIU</w:t>
            </w:r>
          </w:p>
          <w:p w14:paraId="75EBCC33" w14:textId="77777777" w:rsidR="004A2E0F" w:rsidRPr="00D308F8" w:rsidRDefault="00000000">
            <w:pPr>
              <w:spacing w:after="0"/>
              <w:jc w:val="center"/>
              <w:rPr>
                <w:noProof/>
                <w:lang w:val="ro-RO"/>
              </w:rPr>
            </w:pPr>
            <w:r w:rsidRPr="00D308F8">
              <w:rPr>
                <w:noProof/>
                <w:sz w:val="14"/>
                <w:lang w:val="ro-RO"/>
              </w:rPr>
              <w:t>până la data Z, în aria vizată</w:t>
            </w:r>
          </w:p>
        </w:tc>
      </w:tr>
    </w:tbl>
    <w:p w14:paraId="60AE83E4" w14:textId="77777777" w:rsidR="004A2E0F" w:rsidRPr="00D308F8" w:rsidRDefault="00000000">
      <w:pPr>
        <w:spacing w:line="259" w:lineRule="auto"/>
        <w:rPr>
          <w:noProof/>
          <w:lang w:val="ro-RO"/>
        </w:rPr>
      </w:pPr>
      <w:r w:rsidRPr="00D308F8">
        <w:rPr>
          <w:b/>
          <w:noProof/>
          <w:lang w:val="ro-RO"/>
        </w:rPr>
        <w:t>Exemplu:</w:t>
      </w:r>
      <w:r w:rsidRPr="00D308F8">
        <w:rPr>
          <w:noProof/>
          <w:lang w:val="ro-RO"/>
        </w:rPr>
        <w:t xml:space="preserve"> Reducerea neconformităților confirmate de etanșare la produsul finit de la 850 la maximum 300 ppm până la 31 decembrie 2027, menținând integral criteriile de acceptare, trasabilitatea lotului și evaluarea riscului.</w:t>
      </w:r>
    </w:p>
    <w:p w14:paraId="2206A32A" w14:textId="77777777" w:rsidR="004A2E0F" w:rsidRPr="00D308F8" w:rsidRDefault="00000000">
      <w:pPr>
        <w:rPr>
          <w:noProof/>
          <w:lang w:val="ro-RO"/>
        </w:rPr>
      </w:pPr>
      <w:r w:rsidRPr="00D308F8">
        <w:rPr>
          <w:noProof/>
          <w:lang w:val="ro-RO"/>
        </w:rPr>
        <w:br w:type="page"/>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4A2E0F" w:rsidRPr="00D308F8" w14:paraId="7A123325" w14:textId="77777777">
        <w:trPr>
          <w:jc w:val="center"/>
        </w:trPr>
        <w:tc>
          <w:tcPr>
            <w:tcW w:w="1020" w:type="dxa"/>
            <w:shd w:val="clear" w:color="auto" w:fill="D71920"/>
            <w:tcMar>
              <w:top w:w="75" w:type="dxa"/>
              <w:left w:w="85" w:type="dxa"/>
              <w:bottom w:w="75" w:type="dxa"/>
              <w:right w:w="85" w:type="dxa"/>
            </w:tcMar>
            <w:vAlign w:val="center"/>
          </w:tcPr>
          <w:p w14:paraId="73AE33DC" w14:textId="77777777" w:rsidR="004A2E0F" w:rsidRPr="00D308F8" w:rsidRDefault="00000000">
            <w:pPr>
              <w:spacing w:after="0" w:line="240" w:lineRule="auto"/>
              <w:jc w:val="center"/>
              <w:rPr>
                <w:noProof/>
                <w:lang w:val="ro-RO"/>
              </w:rPr>
            </w:pPr>
            <w:r w:rsidRPr="00D308F8">
              <w:rPr>
                <w:b/>
                <w:noProof/>
                <w:color w:val="FFFFFF"/>
                <w:sz w:val="34"/>
                <w:lang w:val="ro-RO"/>
              </w:rPr>
              <w:lastRenderedPageBreak/>
              <w:t>2</w:t>
            </w:r>
          </w:p>
        </w:tc>
        <w:tc>
          <w:tcPr>
            <w:tcW w:w="8901" w:type="dxa"/>
            <w:shd w:val="clear" w:color="auto" w:fill="F3F4F5"/>
          </w:tcPr>
          <w:p w14:paraId="7D086233" w14:textId="77777777" w:rsidR="004A2E0F" w:rsidRPr="00D308F8" w:rsidRDefault="00000000">
            <w:pPr>
              <w:spacing w:after="20"/>
              <w:rPr>
                <w:noProof/>
                <w:lang w:val="ro-RO"/>
              </w:rPr>
            </w:pPr>
            <w:r w:rsidRPr="00D308F8">
              <w:rPr>
                <w:b/>
                <w:noProof/>
                <w:sz w:val="28"/>
                <w:lang w:val="ro-RO"/>
              </w:rPr>
              <w:t>Selectarea obiectivelor potrivite</w:t>
            </w:r>
          </w:p>
          <w:p w14:paraId="45AC324B" w14:textId="77777777" w:rsidR="004A2E0F" w:rsidRPr="00D308F8" w:rsidRDefault="00000000">
            <w:pPr>
              <w:spacing w:after="0"/>
              <w:rPr>
                <w:noProof/>
                <w:lang w:val="ro-RO"/>
              </w:rPr>
            </w:pPr>
            <w:r w:rsidRPr="00D308F8">
              <w:rPr>
                <w:noProof/>
                <w:color w:val="666666"/>
                <w:sz w:val="16"/>
                <w:lang w:val="ro-RO"/>
              </w:rPr>
              <w:t>Obiective puține, relevante și susținute de date sunt mai utile decât o listă lungă și formală</w:t>
            </w:r>
          </w:p>
        </w:tc>
      </w:tr>
    </w:tbl>
    <w:p w14:paraId="274112B8" w14:textId="77777777" w:rsidR="004A2E0F" w:rsidRPr="00D308F8" w:rsidRDefault="004A2E0F">
      <w:pPr>
        <w:spacing w:after="0"/>
        <w:rPr>
          <w:noProof/>
          <w:lang w:val="ro-RO"/>
        </w:rPr>
      </w:pPr>
    </w:p>
    <w:p w14:paraId="0677F57D" w14:textId="77777777" w:rsidR="004A2E0F" w:rsidRPr="00D308F8" w:rsidRDefault="00000000">
      <w:pPr>
        <w:pStyle w:val="Heading2"/>
        <w:rPr>
          <w:noProof/>
          <w:lang w:val="ro-RO"/>
        </w:rPr>
      </w:pPr>
      <w:r w:rsidRPr="00D308F8">
        <w:rPr>
          <w:noProof/>
          <w:lang w:val="ro-RO"/>
        </w:rPr>
        <w:t>Surse de intrare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381"/>
        <w:gridCol w:w="4082"/>
        <w:gridCol w:w="3458"/>
      </w:tblGrid>
      <w:tr w:rsidR="004A2E0F" w:rsidRPr="00D308F8" w14:paraId="57D7A6AA" w14:textId="77777777">
        <w:trPr>
          <w:tblHeader/>
          <w:jc w:val="center"/>
        </w:trPr>
        <w:tc>
          <w:tcPr>
            <w:tcW w:w="2381" w:type="dxa"/>
            <w:shd w:val="clear" w:color="auto" w:fill="D71920"/>
            <w:tcMar>
              <w:top w:w="75" w:type="dxa"/>
              <w:left w:w="85" w:type="dxa"/>
              <w:bottom w:w="75" w:type="dxa"/>
              <w:right w:w="85" w:type="dxa"/>
            </w:tcMar>
            <w:vAlign w:val="center"/>
          </w:tcPr>
          <w:p w14:paraId="43116B51" w14:textId="77777777" w:rsidR="004A2E0F" w:rsidRPr="00D308F8" w:rsidRDefault="00000000">
            <w:pPr>
              <w:spacing w:after="0" w:line="240" w:lineRule="auto"/>
              <w:jc w:val="center"/>
              <w:rPr>
                <w:noProof/>
                <w:lang w:val="ro-RO"/>
              </w:rPr>
            </w:pPr>
            <w:r w:rsidRPr="00D308F8">
              <w:rPr>
                <w:b/>
                <w:noProof/>
                <w:color w:val="FFFFFF"/>
                <w:sz w:val="15"/>
                <w:lang w:val="ro-RO"/>
              </w:rPr>
              <w:t>SURSA</w:t>
            </w:r>
          </w:p>
        </w:tc>
        <w:tc>
          <w:tcPr>
            <w:tcW w:w="4082" w:type="dxa"/>
            <w:shd w:val="clear" w:color="auto" w:fill="D71920"/>
            <w:tcMar>
              <w:top w:w="75" w:type="dxa"/>
              <w:left w:w="85" w:type="dxa"/>
              <w:bottom w:w="75" w:type="dxa"/>
              <w:right w:w="85" w:type="dxa"/>
            </w:tcMar>
            <w:vAlign w:val="center"/>
          </w:tcPr>
          <w:p w14:paraId="0E4ED107" w14:textId="77777777" w:rsidR="004A2E0F" w:rsidRPr="00D308F8" w:rsidRDefault="00000000">
            <w:pPr>
              <w:spacing w:after="0" w:line="240" w:lineRule="auto"/>
              <w:jc w:val="center"/>
              <w:rPr>
                <w:noProof/>
                <w:lang w:val="ro-RO"/>
              </w:rPr>
            </w:pPr>
            <w:r w:rsidRPr="00D308F8">
              <w:rPr>
                <w:b/>
                <w:noProof/>
                <w:color w:val="FFFFFF"/>
                <w:sz w:val="15"/>
                <w:lang w:val="ro-RO"/>
              </w:rPr>
              <w:t>EXEMPLE DE INFORMAȚII</w:t>
            </w:r>
          </w:p>
        </w:tc>
        <w:tc>
          <w:tcPr>
            <w:tcW w:w="3458" w:type="dxa"/>
            <w:shd w:val="clear" w:color="auto" w:fill="D71920"/>
            <w:tcMar>
              <w:top w:w="75" w:type="dxa"/>
              <w:left w:w="85" w:type="dxa"/>
              <w:bottom w:w="75" w:type="dxa"/>
              <w:right w:w="85" w:type="dxa"/>
            </w:tcMar>
            <w:vAlign w:val="center"/>
          </w:tcPr>
          <w:p w14:paraId="00B5C1C7" w14:textId="77777777" w:rsidR="004A2E0F" w:rsidRPr="00D308F8" w:rsidRDefault="00000000">
            <w:pPr>
              <w:spacing w:after="0" w:line="240" w:lineRule="auto"/>
              <w:jc w:val="center"/>
              <w:rPr>
                <w:noProof/>
                <w:lang w:val="ro-RO"/>
              </w:rPr>
            </w:pPr>
            <w:r w:rsidRPr="00D308F8">
              <w:rPr>
                <w:b/>
                <w:noProof/>
                <w:color w:val="FFFFFF"/>
                <w:sz w:val="15"/>
                <w:lang w:val="ro-RO"/>
              </w:rPr>
              <w:t>ÎNTREBARE DE SELECȚIE</w:t>
            </w:r>
          </w:p>
        </w:tc>
      </w:tr>
      <w:tr w:rsidR="004A2E0F" w:rsidRPr="00D308F8" w14:paraId="0DBE7CFE" w14:textId="77777777">
        <w:trPr>
          <w:cantSplit/>
          <w:jc w:val="center"/>
        </w:trPr>
        <w:tc>
          <w:tcPr>
            <w:tcW w:w="2381" w:type="dxa"/>
            <w:shd w:val="clear" w:color="auto" w:fill="FFFFFF"/>
            <w:tcMar>
              <w:top w:w="75" w:type="dxa"/>
              <w:left w:w="85" w:type="dxa"/>
              <w:bottom w:w="75" w:type="dxa"/>
              <w:right w:w="85" w:type="dxa"/>
            </w:tcMar>
            <w:vAlign w:val="center"/>
          </w:tcPr>
          <w:p w14:paraId="0721AA85" w14:textId="77777777" w:rsidR="004A2E0F" w:rsidRPr="00D308F8" w:rsidRDefault="00000000">
            <w:pPr>
              <w:spacing w:after="0" w:line="240" w:lineRule="auto"/>
              <w:rPr>
                <w:noProof/>
                <w:lang w:val="ro-RO"/>
              </w:rPr>
            </w:pPr>
            <w:r w:rsidRPr="00D308F8">
              <w:rPr>
                <w:noProof/>
                <w:sz w:val="15"/>
                <w:lang w:val="ro-RO"/>
              </w:rPr>
              <w:t>Politica și analiza managementului</w:t>
            </w:r>
          </w:p>
        </w:tc>
        <w:tc>
          <w:tcPr>
            <w:tcW w:w="4082" w:type="dxa"/>
            <w:shd w:val="clear" w:color="auto" w:fill="FFFFFF"/>
            <w:tcMar>
              <w:top w:w="75" w:type="dxa"/>
              <w:left w:w="85" w:type="dxa"/>
              <w:bottom w:w="75" w:type="dxa"/>
              <w:right w:w="85" w:type="dxa"/>
            </w:tcMar>
            <w:vAlign w:val="center"/>
          </w:tcPr>
          <w:p w14:paraId="31975854" w14:textId="77777777" w:rsidR="004A2E0F" w:rsidRPr="00D308F8" w:rsidRDefault="00000000">
            <w:pPr>
              <w:spacing w:after="0" w:line="240" w:lineRule="auto"/>
              <w:rPr>
                <w:noProof/>
                <w:lang w:val="ro-RO"/>
              </w:rPr>
            </w:pPr>
            <w:r w:rsidRPr="00D308F8">
              <w:rPr>
                <w:noProof/>
                <w:sz w:val="15"/>
                <w:lang w:val="ro-RO"/>
              </w:rPr>
              <w:t>Angajamente privind conformitatea, siguranța, performanța, resursele și eficacitatea QMS.</w:t>
            </w:r>
          </w:p>
        </w:tc>
        <w:tc>
          <w:tcPr>
            <w:tcW w:w="3458" w:type="dxa"/>
            <w:shd w:val="clear" w:color="auto" w:fill="FFFFFF"/>
            <w:tcMar>
              <w:top w:w="75" w:type="dxa"/>
              <w:left w:w="85" w:type="dxa"/>
              <w:bottom w:w="75" w:type="dxa"/>
              <w:right w:w="85" w:type="dxa"/>
            </w:tcMar>
            <w:vAlign w:val="center"/>
          </w:tcPr>
          <w:p w14:paraId="16246835" w14:textId="77777777" w:rsidR="004A2E0F" w:rsidRPr="00D308F8" w:rsidRDefault="00000000">
            <w:pPr>
              <w:spacing w:after="0" w:line="240" w:lineRule="auto"/>
              <w:rPr>
                <w:noProof/>
                <w:lang w:val="ro-RO"/>
              </w:rPr>
            </w:pPr>
            <w:r w:rsidRPr="00D308F8">
              <w:rPr>
                <w:noProof/>
                <w:sz w:val="15"/>
                <w:lang w:val="ro-RO"/>
              </w:rPr>
              <w:t>Ce rezultat ar demonstra realizarea politicii?</w:t>
            </w:r>
          </w:p>
        </w:tc>
      </w:tr>
      <w:tr w:rsidR="004A2E0F" w:rsidRPr="00D308F8" w14:paraId="11C0DF84" w14:textId="77777777">
        <w:trPr>
          <w:cantSplit/>
          <w:jc w:val="center"/>
        </w:trPr>
        <w:tc>
          <w:tcPr>
            <w:tcW w:w="2381" w:type="dxa"/>
            <w:shd w:val="clear" w:color="auto" w:fill="FAFAFA"/>
            <w:tcMar>
              <w:top w:w="75" w:type="dxa"/>
              <w:left w:w="85" w:type="dxa"/>
              <w:bottom w:w="75" w:type="dxa"/>
              <w:right w:w="85" w:type="dxa"/>
            </w:tcMar>
            <w:vAlign w:val="center"/>
          </w:tcPr>
          <w:p w14:paraId="5FCDD78A" w14:textId="77777777" w:rsidR="004A2E0F" w:rsidRPr="00D308F8" w:rsidRDefault="00000000">
            <w:pPr>
              <w:spacing w:after="0" w:line="240" w:lineRule="auto"/>
              <w:rPr>
                <w:noProof/>
                <w:lang w:val="ro-RO"/>
              </w:rPr>
            </w:pPr>
            <w:r w:rsidRPr="00D308F8">
              <w:rPr>
                <w:noProof/>
                <w:sz w:val="15"/>
                <w:lang w:val="ro-RO"/>
              </w:rPr>
              <w:t>Cerințe de reglementare</w:t>
            </w:r>
          </w:p>
        </w:tc>
        <w:tc>
          <w:tcPr>
            <w:tcW w:w="4082" w:type="dxa"/>
            <w:shd w:val="clear" w:color="auto" w:fill="FAFAFA"/>
            <w:tcMar>
              <w:top w:w="75" w:type="dxa"/>
              <w:left w:w="85" w:type="dxa"/>
              <w:bottom w:w="75" w:type="dxa"/>
              <w:right w:w="85" w:type="dxa"/>
            </w:tcMar>
            <w:vAlign w:val="center"/>
          </w:tcPr>
          <w:p w14:paraId="76D2BCF8" w14:textId="77777777" w:rsidR="004A2E0F" w:rsidRPr="00D308F8" w:rsidRDefault="00000000">
            <w:pPr>
              <w:spacing w:after="0" w:line="240" w:lineRule="auto"/>
              <w:rPr>
                <w:noProof/>
                <w:lang w:val="ro-RO"/>
              </w:rPr>
            </w:pPr>
            <w:r w:rsidRPr="00D308F8">
              <w:rPr>
                <w:noProof/>
                <w:sz w:val="15"/>
                <w:lang w:val="ro-RO"/>
              </w:rPr>
              <w:t>Înregistrări, raportări, termene, UDI, trasabilitate, dosare și cerințe de piață.</w:t>
            </w:r>
          </w:p>
        </w:tc>
        <w:tc>
          <w:tcPr>
            <w:tcW w:w="3458" w:type="dxa"/>
            <w:shd w:val="clear" w:color="auto" w:fill="FAFAFA"/>
            <w:tcMar>
              <w:top w:w="75" w:type="dxa"/>
              <w:left w:w="85" w:type="dxa"/>
              <w:bottom w:w="75" w:type="dxa"/>
              <w:right w:w="85" w:type="dxa"/>
            </w:tcMar>
            <w:vAlign w:val="center"/>
          </w:tcPr>
          <w:p w14:paraId="0DA86F42" w14:textId="77777777" w:rsidR="004A2E0F" w:rsidRPr="00D308F8" w:rsidRDefault="00000000">
            <w:pPr>
              <w:spacing w:after="0" w:line="240" w:lineRule="auto"/>
              <w:rPr>
                <w:noProof/>
                <w:lang w:val="ro-RO"/>
              </w:rPr>
            </w:pPr>
            <w:r w:rsidRPr="00D308F8">
              <w:rPr>
                <w:noProof/>
                <w:sz w:val="15"/>
                <w:lang w:val="ro-RO"/>
              </w:rPr>
              <w:t>Unde există obligație critică sau risc de neconformare?</w:t>
            </w:r>
          </w:p>
        </w:tc>
      </w:tr>
      <w:tr w:rsidR="004A2E0F" w:rsidRPr="00D308F8" w14:paraId="5DED8FAD" w14:textId="77777777">
        <w:trPr>
          <w:cantSplit/>
          <w:jc w:val="center"/>
        </w:trPr>
        <w:tc>
          <w:tcPr>
            <w:tcW w:w="2381" w:type="dxa"/>
            <w:shd w:val="clear" w:color="auto" w:fill="FFFFFF"/>
            <w:tcMar>
              <w:top w:w="75" w:type="dxa"/>
              <w:left w:w="85" w:type="dxa"/>
              <w:bottom w:w="75" w:type="dxa"/>
              <w:right w:w="85" w:type="dxa"/>
            </w:tcMar>
            <w:vAlign w:val="center"/>
          </w:tcPr>
          <w:p w14:paraId="2F4B88B2" w14:textId="77777777" w:rsidR="004A2E0F" w:rsidRPr="00D308F8" w:rsidRDefault="00000000">
            <w:pPr>
              <w:spacing w:after="0" w:line="240" w:lineRule="auto"/>
              <w:rPr>
                <w:noProof/>
                <w:lang w:val="ro-RO"/>
              </w:rPr>
            </w:pPr>
            <w:r w:rsidRPr="00D308F8">
              <w:rPr>
                <w:noProof/>
                <w:sz w:val="15"/>
                <w:lang w:val="ro-RO"/>
              </w:rPr>
              <w:t>Managementul riscului</w:t>
            </w:r>
          </w:p>
        </w:tc>
        <w:tc>
          <w:tcPr>
            <w:tcW w:w="4082" w:type="dxa"/>
            <w:shd w:val="clear" w:color="auto" w:fill="FFFFFF"/>
            <w:tcMar>
              <w:top w:w="75" w:type="dxa"/>
              <w:left w:w="85" w:type="dxa"/>
              <w:bottom w:w="75" w:type="dxa"/>
              <w:right w:w="85" w:type="dxa"/>
            </w:tcMar>
            <w:vAlign w:val="center"/>
          </w:tcPr>
          <w:p w14:paraId="7FC7E1E9" w14:textId="77777777" w:rsidR="004A2E0F" w:rsidRPr="00D308F8" w:rsidRDefault="00000000">
            <w:pPr>
              <w:spacing w:after="0" w:line="240" w:lineRule="auto"/>
              <w:rPr>
                <w:noProof/>
                <w:lang w:val="ro-RO"/>
              </w:rPr>
            </w:pPr>
            <w:r w:rsidRPr="00D308F8">
              <w:rPr>
                <w:noProof/>
                <w:sz w:val="15"/>
                <w:lang w:val="ro-RO"/>
              </w:rPr>
              <w:t>Pericole, situații periculoase, controale, risc rezidual și informații de producție/post-producție.</w:t>
            </w:r>
          </w:p>
        </w:tc>
        <w:tc>
          <w:tcPr>
            <w:tcW w:w="3458" w:type="dxa"/>
            <w:shd w:val="clear" w:color="auto" w:fill="FFFFFF"/>
            <w:tcMar>
              <w:top w:w="75" w:type="dxa"/>
              <w:left w:w="85" w:type="dxa"/>
              <w:bottom w:w="75" w:type="dxa"/>
              <w:right w:w="85" w:type="dxa"/>
            </w:tcMar>
            <w:vAlign w:val="center"/>
          </w:tcPr>
          <w:p w14:paraId="3232B243" w14:textId="77777777" w:rsidR="004A2E0F" w:rsidRPr="00D308F8" w:rsidRDefault="00000000">
            <w:pPr>
              <w:spacing w:after="0" w:line="240" w:lineRule="auto"/>
              <w:rPr>
                <w:noProof/>
                <w:lang w:val="ro-RO"/>
              </w:rPr>
            </w:pPr>
            <w:r w:rsidRPr="00D308F8">
              <w:rPr>
                <w:noProof/>
                <w:sz w:val="15"/>
                <w:lang w:val="ro-RO"/>
              </w:rPr>
              <w:t>Ce risc trebuie redus sau controlat mai robust?</w:t>
            </w:r>
          </w:p>
        </w:tc>
      </w:tr>
      <w:tr w:rsidR="004A2E0F" w:rsidRPr="00D308F8" w14:paraId="14CD9782" w14:textId="77777777">
        <w:trPr>
          <w:cantSplit/>
          <w:jc w:val="center"/>
        </w:trPr>
        <w:tc>
          <w:tcPr>
            <w:tcW w:w="2381" w:type="dxa"/>
            <w:shd w:val="clear" w:color="auto" w:fill="FAFAFA"/>
            <w:tcMar>
              <w:top w:w="75" w:type="dxa"/>
              <w:left w:w="85" w:type="dxa"/>
              <w:bottom w:w="75" w:type="dxa"/>
              <w:right w:w="85" w:type="dxa"/>
            </w:tcMar>
            <w:vAlign w:val="center"/>
          </w:tcPr>
          <w:p w14:paraId="7DADC9CB" w14:textId="77777777" w:rsidR="004A2E0F" w:rsidRPr="00D308F8" w:rsidRDefault="00000000">
            <w:pPr>
              <w:spacing w:after="0" w:line="240" w:lineRule="auto"/>
              <w:rPr>
                <w:noProof/>
                <w:lang w:val="ro-RO"/>
              </w:rPr>
            </w:pPr>
            <w:r w:rsidRPr="00D308F8">
              <w:rPr>
                <w:noProof/>
                <w:sz w:val="15"/>
                <w:lang w:val="ro-RO"/>
              </w:rPr>
              <w:t>Produs și proces</w:t>
            </w:r>
          </w:p>
        </w:tc>
        <w:tc>
          <w:tcPr>
            <w:tcW w:w="4082" w:type="dxa"/>
            <w:shd w:val="clear" w:color="auto" w:fill="FAFAFA"/>
            <w:tcMar>
              <w:top w:w="75" w:type="dxa"/>
              <w:left w:w="85" w:type="dxa"/>
              <w:bottom w:w="75" w:type="dxa"/>
              <w:right w:w="85" w:type="dxa"/>
            </w:tcMar>
            <w:vAlign w:val="center"/>
          </w:tcPr>
          <w:p w14:paraId="0F236ACF" w14:textId="77777777" w:rsidR="004A2E0F" w:rsidRPr="00D308F8" w:rsidRDefault="00000000">
            <w:pPr>
              <w:spacing w:after="0" w:line="240" w:lineRule="auto"/>
              <w:rPr>
                <w:noProof/>
                <w:lang w:val="ro-RO"/>
              </w:rPr>
            </w:pPr>
            <w:r w:rsidRPr="00D308F8">
              <w:rPr>
                <w:noProof/>
                <w:sz w:val="15"/>
                <w:lang w:val="ro-RO"/>
              </w:rPr>
              <w:t>Neconformități, randament, validări, capabilitate, sterilizare, mediu controlat și testare.</w:t>
            </w:r>
          </w:p>
        </w:tc>
        <w:tc>
          <w:tcPr>
            <w:tcW w:w="3458" w:type="dxa"/>
            <w:shd w:val="clear" w:color="auto" w:fill="FAFAFA"/>
            <w:tcMar>
              <w:top w:w="75" w:type="dxa"/>
              <w:left w:w="85" w:type="dxa"/>
              <w:bottom w:w="75" w:type="dxa"/>
              <w:right w:w="85" w:type="dxa"/>
            </w:tcMar>
            <w:vAlign w:val="center"/>
          </w:tcPr>
          <w:p w14:paraId="5CC536A1" w14:textId="77777777" w:rsidR="004A2E0F" w:rsidRPr="00D308F8" w:rsidRDefault="00000000">
            <w:pPr>
              <w:spacing w:after="0" w:line="240" w:lineRule="auto"/>
              <w:rPr>
                <w:noProof/>
                <w:lang w:val="ro-RO"/>
              </w:rPr>
            </w:pPr>
            <w:r w:rsidRPr="00D308F8">
              <w:rPr>
                <w:noProof/>
                <w:sz w:val="15"/>
                <w:lang w:val="ro-RO"/>
              </w:rPr>
              <w:t>Ce proces influențează direct conformitatea produsului?</w:t>
            </w:r>
          </w:p>
        </w:tc>
      </w:tr>
      <w:tr w:rsidR="004A2E0F" w:rsidRPr="00D308F8" w14:paraId="200E3639" w14:textId="77777777">
        <w:trPr>
          <w:cantSplit/>
          <w:jc w:val="center"/>
        </w:trPr>
        <w:tc>
          <w:tcPr>
            <w:tcW w:w="2381" w:type="dxa"/>
            <w:shd w:val="clear" w:color="auto" w:fill="FFFFFF"/>
            <w:tcMar>
              <w:top w:w="75" w:type="dxa"/>
              <w:left w:w="85" w:type="dxa"/>
              <w:bottom w:w="75" w:type="dxa"/>
              <w:right w:w="85" w:type="dxa"/>
            </w:tcMar>
            <w:vAlign w:val="center"/>
          </w:tcPr>
          <w:p w14:paraId="2E3A019D" w14:textId="77777777" w:rsidR="004A2E0F" w:rsidRPr="00D308F8" w:rsidRDefault="00000000">
            <w:pPr>
              <w:spacing w:after="0" w:line="240" w:lineRule="auto"/>
              <w:rPr>
                <w:noProof/>
                <w:lang w:val="ro-RO"/>
              </w:rPr>
            </w:pPr>
            <w:r w:rsidRPr="00D308F8">
              <w:rPr>
                <w:noProof/>
                <w:sz w:val="15"/>
                <w:lang w:val="ro-RO"/>
              </w:rPr>
              <w:t>Feedback și reclamații</w:t>
            </w:r>
          </w:p>
        </w:tc>
        <w:tc>
          <w:tcPr>
            <w:tcW w:w="4082" w:type="dxa"/>
            <w:shd w:val="clear" w:color="auto" w:fill="FFFFFF"/>
            <w:tcMar>
              <w:top w:w="75" w:type="dxa"/>
              <w:left w:w="85" w:type="dxa"/>
              <w:bottom w:w="75" w:type="dxa"/>
              <w:right w:w="85" w:type="dxa"/>
            </w:tcMar>
            <w:vAlign w:val="center"/>
          </w:tcPr>
          <w:p w14:paraId="025C9E09" w14:textId="77777777" w:rsidR="004A2E0F" w:rsidRPr="00D308F8" w:rsidRDefault="00000000">
            <w:pPr>
              <w:spacing w:after="0" w:line="240" w:lineRule="auto"/>
              <w:rPr>
                <w:noProof/>
                <w:lang w:val="ro-RO"/>
              </w:rPr>
            </w:pPr>
            <w:r w:rsidRPr="00D308F8">
              <w:rPr>
                <w:noProof/>
                <w:sz w:val="15"/>
                <w:lang w:val="ro-RO"/>
              </w:rPr>
              <w:t>Tendințe, severitate, raportabilitate, recurență, acțiuni în teren și date clinice.</w:t>
            </w:r>
          </w:p>
        </w:tc>
        <w:tc>
          <w:tcPr>
            <w:tcW w:w="3458" w:type="dxa"/>
            <w:shd w:val="clear" w:color="auto" w:fill="FFFFFF"/>
            <w:tcMar>
              <w:top w:w="75" w:type="dxa"/>
              <w:left w:w="85" w:type="dxa"/>
              <w:bottom w:w="75" w:type="dxa"/>
              <w:right w:w="85" w:type="dxa"/>
            </w:tcMar>
            <w:vAlign w:val="center"/>
          </w:tcPr>
          <w:p w14:paraId="36276303" w14:textId="77777777" w:rsidR="004A2E0F" w:rsidRPr="00D308F8" w:rsidRDefault="00000000">
            <w:pPr>
              <w:spacing w:after="0" w:line="240" w:lineRule="auto"/>
              <w:rPr>
                <w:noProof/>
                <w:lang w:val="ro-RO"/>
              </w:rPr>
            </w:pPr>
            <w:r w:rsidRPr="00D308F8">
              <w:rPr>
                <w:noProof/>
                <w:sz w:val="15"/>
                <w:lang w:val="ro-RO"/>
              </w:rPr>
              <w:t>Ce semnal necesită obiectiv și acțiune sistemică?</w:t>
            </w:r>
          </w:p>
        </w:tc>
      </w:tr>
      <w:tr w:rsidR="004A2E0F" w:rsidRPr="00D308F8" w14:paraId="0598BFBB" w14:textId="77777777">
        <w:trPr>
          <w:cantSplit/>
          <w:jc w:val="center"/>
        </w:trPr>
        <w:tc>
          <w:tcPr>
            <w:tcW w:w="2381" w:type="dxa"/>
            <w:shd w:val="clear" w:color="auto" w:fill="FAFAFA"/>
            <w:tcMar>
              <w:top w:w="75" w:type="dxa"/>
              <w:left w:w="85" w:type="dxa"/>
              <w:bottom w:w="75" w:type="dxa"/>
              <w:right w:w="85" w:type="dxa"/>
            </w:tcMar>
            <w:vAlign w:val="center"/>
          </w:tcPr>
          <w:p w14:paraId="5C42E1CD" w14:textId="77777777" w:rsidR="004A2E0F" w:rsidRPr="00D308F8" w:rsidRDefault="00000000">
            <w:pPr>
              <w:spacing w:after="0" w:line="240" w:lineRule="auto"/>
              <w:rPr>
                <w:noProof/>
                <w:lang w:val="ro-RO"/>
              </w:rPr>
            </w:pPr>
            <w:r w:rsidRPr="00D308F8">
              <w:rPr>
                <w:noProof/>
                <w:sz w:val="15"/>
                <w:lang w:val="ro-RO"/>
              </w:rPr>
              <w:t>Furnizori și schimbări</w:t>
            </w:r>
          </w:p>
        </w:tc>
        <w:tc>
          <w:tcPr>
            <w:tcW w:w="4082" w:type="dxa"/>
            <w:shd w:val="clear" w:color="auto" w:fill="FAFAFA"/>
            <w:tcMar>
              <w:top w:w="75" w:type="dxa"/>
              <w:left w:w="85" w:type="dxa"/>
              <w:bottom w:w="75" w:type="dxa"/>
              <w:right w:w="85" w:type="dxa"/>
            </w:tcMar>
            <w:vAlign w:val="center"/>
          </w:tcPr>
          <w:p w14:paraId="0CDD5F0D" w14:textId="77777777" w:rsidR="004A2E0F" w:rsidRPr="00D308F8" w:rsidRDefault="00000000">
            <w:pPr>
              <w:spacing w:after="0" w:line="240" w:lineRule="auto"/>
              <w:rPr>
                <w:noProof/>
                <w:lang w:val="ro-RO"/>
              </w:rPr>
            </w:pPr>
            <w:r w:rsidRPr="00D308F8">
              <w:rPr>
                <w:noProof/>
                <w:sz w:val="15"/>
                <w:lang w:val="ro-RO"/>
              </w:rPr>
              <w:t>Componente critice, servicii, procese externalizate, modificări de proiectare și transfer.</w:t>
            </w:r>
          </w:p>
        </w:tc>
        <w:tc>
          <w:tcPr>
            <w:tcW w:w="3458" w:type="dxa"/>
            <w:shd w:val="clear" w:color="auto" w:fill="FAFAFA"/>
            <w:tcMar>
              <w:top w:w="75" w:type="dxa"/>
              <w:left w:w="85" w:type="dxa"/>
              <w:bottom w:w="75" w:type="dxa"/>
              <w:right w:w="85" w:type="dxa"/>
            </w:tcMar>
            <w:vAlign w:val="center"/>
          </w:tcPr>
          <w:p w14:paraId="23942694" w14:textId="77777777" w:rsidR="004A2E0F" w:rsidRPr="00D308F8" w:rsidRDefault="00000000">
            <w:pPr>
              <w:spacing w:after="0" w:line="240" w:lineRule="auto"/>
              <w:rPr>
                <w:noProof/>
                <w:lang w:val="ro-RO"/>
              </w:rPr>
            </w:pPr>
            <w:r w:rsidRPr="00D308F8">
              <w:rPr>
                <w:noProof/>
                <w:sz w:val="15"/>
                <w:lang w:val="ro-RO"/>
              </w:rPr>
              <w:t>Ce dependență sau schimbare poate afecta dispozitivul?</w:t>
            </w:r>
          </w:p>
        </w:tc>
      </w:tr>
    </w:tbl>
    <w:p w14:paraId="500012BE" w14:textId="77777777" w:rsidR="004A2E0F" w:rsidRPr="00D308F8" w:rsidRDefault="004A2E0F">
      <w:pPr>
        <w:spacing w:after="20"/>
        <w:rPr>
          <w:noProof/>
          <w:lang w:val="ro-RO"/>
        </w:rPr>
      </w:pPr>
    </w:p>
    <w:p w14:paraId="2DDBEA80" w14:textId="77777777" w:rsidR="004A2E0F" w:rsidRPr="00D308F8" w:rsidRDefault="00000000">
      <w:pPr>
        <w:pStyle w:val="Heading2"/>
        <w:rPr>
          <w:noProof/>
          <w:lang w:val="ro-RO"/>
        </w:rPr>
      </w:pPr>
      <w:r w:rsidRPr="00D308F8">
        <w:rPr>
          <w:noProof/>
          <w:lang w:val="ro-RO"/>
        </w:rPr>
        <w:t>Matrice de prioritizare</w:t>
      </w:r>
    </w:p>
    <w:p w14:paraId="68C0046B" w14:textId="77777777" w:rsidR="004A2E0F" w:rsidRPr="00D308F8" w:rsidRDefault="00000000">
      <w:pPr>
        <w:spacing w:line="259" w:lineRule="auto"/>
        <w:rPr>
          <w:noProof/>
          <w:lang w:val="ro-RO"/>
        </w:rPr>
      </w:pPr>
      <w:r w:rsidRPr="00D308F8">
        <w:rPr>
          <w:noProof/>
          <w:lang w:val="ro-RO"/>
        </w:rPr>
        <w:t>Acordați fiecărui obiectiv candidat un scor de la 1 la 5. Selectați obiectivele cu impact ridicat și fezabilitate rezonabilă; documentați motivele pentru amânarea unei priorități importante.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3402"/>
        <w:gridCol w:w="3231"/>
        <w:gridCol w:w="3288"/>
      </w:tblGrid>
      <w:tr w:rsidR="004A2E0F" w:rsidRPr="00D308F8" w14:paraId="7C034A92" w14:textId="77777777">
        <w:trPr>
          <w:tblHeader/>
          <w:jc w:val="center"/>
        </w:trPr>
        <w:tc>
          <w:tcPr>
            <w:tcW w:w="3402" w:type="dxa"/>
            <w:shd w:val="clear" w:color="auto" w:fill="D71920"/>
            <w:tcMar>
              <w:top w:w="75" w:type="dxa"/>
              <w:left w:w="85" w:type="dxa"/>
              <w:bottom w:w="75" w:type="dxa"/>
              <w:right w:w="85" w:type="dxa"/>
            </w:tcMar>
            <w:vAlign w:val="center"/>
          </w:tcPr>
          <w:p w14:paraId="2976677F" w14:textId="77777777" w:rsidR="004A2E0F" w:rsidRPr="00D308F8" w:rsidRDefault="00000000">
            <w:pPr>
              <w:spacing w:after="0" w:line="240" w:lineRule="auto"/>
              <w:jc w:val="center"/>
              <w:rPr>
                <w:noProof/>
                <w:lang w:val="ro-RO"/>
              </w:rPr>
            </w:pPr>
            <w:r w:rsidRPr="00D308F8">
              <w:rPr>
                <w:b/>
                <w:noProof/>
                <w:color w:val="FFFFFF"/>
                <w:sz w:val="16"/>
                <w:lang w:val="ro-RO"/>
              </w:rPr>
              <w:t>CRITERIU</w:t>
            </w:r>
          </w:p>
        </w:tc>
        <w:tc>
          <w:tcPr>
            <w:tcW w:w="3231" w:type="dxa"/>
            <w:shd w:val="clear" w:color="auto" w:fill="D71920"/>
            <w:tcMar>
              <w:top w:w="75" w:type="dxa"/>
              <w:left w:w="85" w:type="dxa"/>
              <w:bottom w:w="75" w:type="dxa"/>
              <w:right w:w="85" w:type="dxa"/>
            </w:tcMar>
            <w:vAlign w:val="center"/>
          </w:tcPr>
          <w:p w14:paraId="3E6D38D2" w14:textId="77777777" w:rsidR="004A2E0F" w:rsidRPr="00D308F8" w:rsidRDefault="00000000">
            <w:pPr>
              <w:spacing w:after="0" w:line="240" w:lineRule="auto"/>
              <w:jc w:val="center"/>
              <w:rPr>
                <w:noProof/>
                <w:lang w:val="ro-RO"/>
              </w:rPr>
            </w:pPr>
            <w:r w:rsidRPr="00D308F8">
              <w:rPr>
                <w:b/>
                <w:noProof/>
                <w:color w:val="FFFFFF"/>
                <w:sz w:val="16"/>
                <w:lang w:val="ro-RO"/>
              </w:rPr>
              <w:t>SCOR 1</w:t>
            </w:r>
          </w:p>
        </w:tc>
        <w:tc>
          <w:tcPr>
            <w:tcW w:w="3288" w:type="dxa"/>
            <w:shd w:val="clear" w:color="auto" w:fill="D71920"/>
            <w:tcMar>
              <w:top w:w="75" w:type="dxa"/>
              <w:left w:w="85" w:type="dxa"/>
              <w:bottom w:w="75" w:type="dxa"/>
              <w:right w:w="85" w:type="dxa"/>
            </w:tcMar>
            <w:vAlign w:val="center"/>
          </w:tcPr>
          <w:p w14:paraId="7F29A747" w14:textId="77777777" w:rsidR="004A2E0F" w:rsidRPr="00D308F8" w:rsidRDefault="00000000">
            <w:pPr>
              <w:spacing w:after="0" w:line="240" w:lineRule="auto"/>
              <w:jc w:val="center"/>
              <w:rPr>
                <w:noProof/>
                <w:lang w:val="ro-RO"/>
              </w:rPr>
            </w:pPr>
            <w:r w:rsidRPr="00D308F8">
              <w:rPr>
                <w:b/>
                <w:noProof/>
                <w:color w:val="FFFFFF"/>
                <w:sz w:val="16"/>
                <w:lang w:val="ro-RO"/>
              </w:rPr>
              <w:t>SCOR 5</w:t>
            </w:r>
          </w:p>
        </w:tc>
      </w:tr>
      <w:tr w:rsidR="004A2E0F" w:rsidRPr="00D308F8" w14:paraId="62652D00" w14:textId="77777777">
        <w:trPr>
          <w:cantSplit/>
          <w:jc w:val="center"/>
        </w:trPr>
        <w:tc>
          <w:tcPr>
            <w:tcW w:w="3402" w:type="dxa"/>
            <w:shd w:val="clear" w:color="auto" w:fill="FFFFFF"/>
            <w:tcMar>
              <w:top w:w="75" w:type="dxa"/>
              <w:left w:w="85" w:type="dxa"/>
              <w:bottom w:w="75" w:type="dxa"/>
              <w:right w:w="85" w:type="dxa"/>
            </w:tcMar>
            <w:vAlign w:val="center"/>
          </w:tcPr>
          <w:p w14:paraId="2550C5F1" w14:textId="77777777" w:rsidR="004A2E0F" w:rsidRPr="00D308F8" w:rsidRDefault="00000000">
            <w:pPr>
              <w:spacing w:after="0" w:line="240" w:lineRule="auto"/>
              <w:rPr>
                <w:noProof/>
                <w:lang w:val="ro-RO"/>
              </w:rPr>
            </w:pPr>
            <w:r w:rsidRPr="00D308F8">
              <w:rPr>
                <w:noProof/>
                <w:sz w:val="16"/>
                <w:lang w:val="ro-RO"/>
              </w:rPr>
              <w:t>Siguranță / risc dispozitiv</w:t>
            </w:r>
          </w:p>
        </w:tc>
        <w:tc>
          <w:tcPr>
            <w:tcW w:w="3231" w:type="dxa"/>
            <w:shd w:val="clear" w:color="auto" w:fill="FFFFFF"/>
            <w:tcMar>
              <w:top w:w="75" w:type="dxa"/>
              <w:left w:w="85" w:type="dxa"/>
              <w:bottom w:w="75" w:type="dxa"/>
              <w:right w:w="85" w:type="dxa"/>
            </w:tcMar>
            <w:vAlign w:val="center"/>
          </w:tcPr>
          <w:p w14:paraId="26C66E9E" w14:textId="77777777" w:rsidR="004A2E0F" w:rsidRPr="00D308F8" w:rsidRDefault="00000000">
            <w:pPr>
              <w:spacing w:after="0" w:line="240" w:lineRule="auto"/>
              <w:rPr>
                <w:noProof/>
                <w:lang w:val="ro-RO"/>
              </w:rPr>
            </w:pPr>
            <w:r w:rsidRPr="00D308F8">
              <w:rPr>
                <w:noProof/>
                <w:sz w:val="16"/>
                <w:lang w:val="ro-RO"/>
              </w:rPr>
              <w:t>1 = impact minor</w:t>
            </w:r>
          </w:p>
        </w:tc>
        <w:tc>
          <w:tcPr>
            <w:tcW w:w="3288" w:type="dxa"/>
            <w:shd w:val="clear" w:color="auto" w:fill="FFFFFF"/>
            <w:tcMar>
              <w:top w:w="75" w:type="dxa"/>
              <w:left w:w="85" w:type="dxa"/>
              <w:bottom w:w="75" w:type="dxa"/>
              <w:right w:w="85" w:type="dxa"/>
            </w:tcMar>
            <w:vAlign w:val="center"/>
          </w:tcPr>
          <w:p w14:paraId="258E627D" w14:textId="77777777" w:rsidR="004A2E0F" w:rsidRPr="00D308F8" w:rsidRDefault="00000000">
            <w:pPr>
              <w:spacing w:after="0" w:line="240" w:lineRule="auto"/>
              <w:rPr>
                <w:noProof/>
                <w:lang w:val="ro-RO"/>
              </w:rPr>
            </w:pPr>
            <w:r w:rsidRPr="00D308F8">
              <w:rPr>
                <w:noProof/>
                <w:sz w:val="16"/>
                <w:lang w:val="ro-RO"/>
              </w:rPr>
              <w:t>5 = potențial de vătămare gravă / risc inacceptabil</w:t>
            </w:r>
          </w:p>
        </w:tc>
      </w:tr>
      <w:tr w:rsidR="004A2E0F" w:rsidRPr="00D308F8" w14:paraId="6C1964E0" w14:textId="77777777">
        <w:trPr>
          <w:cantSplit/>
          <w:jc w:val="center"/>
        </w:trPr>
        <w:tc>
          <w:tcPr>
            <w:tcW w:w="3402" w:type="dxa"/>
            <w:shd w:val="clear" w:color="auto" w:fill="FAFAFA"/>
            <w:tcMar>
              <w:top w:w="75" w:type="dxa"/>
              <w:left w:w="85" w:type="dxa"/>
              <w:bottom w:w="75" w:type="dxa"/>
              <w:right w:w="85" w:type="dxa"/>
            </w:tcMar>
            <w:vAlign w:val="center"/>
          </w:tcPr>
          <w:p w14:paraId="5E7C3FCD" w14:textId="77777777" w:rsidR="004A2E0F" w:rsidRPr="00D308F8" w:rsidRDefault="00000000">
            <w:pPr>
              <w:spacing w:after="0" w:line="240" w:lineRule="auto"/>
              <w:rPr>
                <w:noProof/>
                <w:lang w:val="ro-RO"/>
              </w:rPr>
            </w:pPr>
            <w:r w:rsidRPr="00D308F8">
              <w:rPr>
                <w:noProof/>
                <w:sz w:val="16"/>
                <w:lang w:val="ro-RO"/>
              </w:rPr>
              <w:t>Conformare de reglementare</w:t>
            </w:r>
          </w:p>
        </w:tc>
        <w:tc>
          <w:tcPr>
            <w:tcW w:w="3231" w:type="dxa"/>
            <w:shd w:val="clear" w:color="auto" w:fill="FAFAFA"/>
            <w:tcMar>
              <w:top w:w="75" w:type="dxa"/>
              <w:left w:w="85" w:type="dxa"/>
              <w:bottom w:w="75" w:type="dxa"/>
              <w:right w:w="85" w:type="dxa"/>
            </w:tcMar>
            <w:vAlign w:val="center"/>
          </w:tcPr>
          <w:p w14:paraId="5FA87D67" w14:textId="77777777" w:rsidR="004A2E0F" w:rsidRPr="00D308F8" w:rsidRDefault="00000000">
            <w:pPr>
              <w:spacing w:after="0" w:line="240" w:lineRule="auto"/>
              <w:rPr>
                <w:noProof/>
                <w:lang w:val="ro-RO"/>
              </w:rPr>
            </w:pPr>
            <w:r w:rsidRPr="00D308F8">
              <w:rPr>
                <w:noProof/>
                <w:sz w:val="16"/>
                <w:lang w:val="ro-RO"/>
              </w:rPr>
              <w:t>1 = impact limitat</w:t>
            </w:r>
          </w:p>
        </w:tc>
        <w:tc>
          <w:tcPr>
            <w:tcW w:w="3288" w:type="dxa"/>
            <w:shd w:val="clear" w:color="auto" w:fill="FAFAFA"/>
            <w:tcMar>
              <w:top w:w="75" w:type="dxa"/>
              <w:left w:w="85" w:type="dxa"/>
              <w:bottom w:w="75" w:type="dxa"/>
              <w:right w:w="85" w:type="dxa"/>
            </w:tcMar>
            <w:vAlign w:val="center"/>
          </w:tcPr>
          <w:p w14:paraId="5DDFC1C4" w14:textId="77777777" w:rsidR="004A2E0F" w:rsidRPr="00D308F8" w:rsidRDefault="00000000">
            <w:pPr>
              <w:spacing w:after="0" w:line="240" w:lineRule="auto"/>
              <w:rPr>
                <w:noProof/>
                <w:lang w:val="ro-RO"/>
              </w:rPr>
            </w:pPr>
            <w:r w:rsidRPr="00D308F8">
              <w:rPr>
                <w:noProof/>
                <w:sz w:val="16"/>
                <w:lang w:val="ro-RO"/>
              </w:rPr>
              <w:t>5 = obligație critică / risc de acțiune de reglementare</w:t>
            </w:r>
          </w:p>
        </w:tc>
      </w:tr>
      <w:tr w:rsidR="004A2E0F" w:rsidRPr="00D308F8" w14:paraId="01E88DBE" w14:textId="77777777">
        <w:trPr>
          <w:cantSplit/>
          <w:jc w:val="center"/>
        </w:trPr>
        <w:tc>
          <w:tcPr>
            <w:tcW w:w="3402" w:type="dxa"/>
            <w:shd w:val="clear" w:color="auto" w:fill="FFFFFF"/>
            <w:tcMar>
              <w:top w:w="75" w:type="dxa"/>
              <w:left w:w="85" w:type="dxa"/>
              <w:bottom w:w="75" w:type="dxa"/>
              <w:right w:w="85" w:type="dxa"/>
            </w:tcMar>
            <w:vAlign w:val="center"/>
          </w:tcPr>
          <w:p w14:paraId="253FDC10" w14:textId="77777777" w:rsidR="004A2E0F" w:rsidRPr="00D308F8" w:rsidRDefault="00000000">
            <w:pPr>
              <w:spacing w:after="0" w:line="240" w:lineRule="auto"/>
              <w:rPr>
                <w:noProof/>
                <w:lang w:val="ro-RO"/>
              </w:rPr>
            </w:pPr>
            <w:r w:rsidRPr="00D308F8">
              <w:rPr>
                <w:noProof/>
                <w:sz w:val="16"/>
                <w:lang w:val="ro-RO"/>
              </w:rPr>
              <w:t>Tendință / recurență</w:t>
            </w:r>
          </w:p>
        </w:tc>
        <w:tc>
          <w:tcPr>
            <w:tcW w:w="3231" w:type="dxa"/>
            <w:shd w:val="clear" w:color="auto" w:fill="FFFFFF"/>
            <w:tcMar>
              <w:top w:w="75" w:type="dxa"/>
              <w:left w:w="85" w:type="dxa"/>
              <w:bottom w:w="75" w:type="dxa"/>
              <w:right w:w="85" w:type="dxa"/>
            </w:tcMar>
            <w:vAlign w:val="center"/>
          </w:tcPr>
          <w:p w14:paraId="1DEA20DD" w14:textId="77777777" w:rsidR="004A2E0F" w:rsidRPr="00D308F8" w:rsidRDefault="00000000">
            <w:pPr>
              <w:spacing w:after="0" w:line="240" w:lineRule="auto"/>
              <w:rPr>
                <w:noProof/>
                <w:lang w:val="ro-RO"/>
              </w:rPr>
            </w:pPr>
            <w:r w:rsidRPr="00D308F8">
              <w:rPr>
                <w:noProof/>
                <w:sz w:val="16"/>
                <w:lang w:val="ro-RO"/>
              </w:rPr>
              <w:t>1 = caz izolat</w:t>
            </w:r>
          </w:p>
        </w:tc>
        <w:tc>
          <w:tcPr>
            <w:tcW w:w="3288" w:type="dxa"/>
            <w:shd w:val="clear" w:color="auto" w:fill="FFFFFF"/>
            <w:tcMar>
              <w:top w:w="75" w:type="dxa"/>
              <w:left w:w="85" w:type="dxa"/>
              <w:bottom w:w="75" w:type="dxa"/>
              <w:right w:w="85" w:type="dxa"/>
            </w:tcMar>
            <w:vAlign w:val="center"/>
          </w:tcPr>
          <w:p w14:paraId="39FB89F7" w14:textId="77777777" w:rsidR="004A2E0F" w:rsidRPr="00D308F8" w:rsidRDefault="00000000">
            <w:pPr>
              <w:spacing w:after="0" w:line="240" w:lineRule="auto"/>
              <w:rPr>
                <w:noProof/>
                <w:lang w:val="ro-RO"/>
              </w:rPr>
            </w:pPr>
            <w:r w:rsidRPr="00D308F8">
              <w:rPr>
                <w:noProof/>
                <w:sz w:val="16"/>
                <w:lang w:val="ro-RO"/>
              </w:rPr>
              <w:t>5 = trend confirmat sau recurență după CAPA</w:t>
            </w:r>
          </w:p>
        </w:tc>
      </w:tr>
      <w:tr w:rsidR="004A2E0F" w:rsidRPr="00D308F8" w14:paraId="64B25DAF" w14:textId="77777777">
        <w:trPr>
          <w:cantSplit/>
          <w:jc w:val="center"/>
        </w:trPr>
        <w:tc>
          <w:tcPr>
            <w:tcW w:w="3402" w:type="dxa"/>
            <w:shd w:val="clear" w:color="auto" w:fill="FAFAFA"/>
            <w:tcMar>
              <w:top w:w="75" w:type="dxa"/>
              <w:left w:w="85" w:type="dxa"/>
              <w:bottom w:w="75" w:type="dxa"/>
              <w:right w:w="85" w:type="dxa"/>
            </w:tcMar>
            <w:vAlign w:val="center"/>
          </w:tcPr>
          <w:p w14:paraId="519270AA" w14:textId="77777777" w:rsidR="004A2E0F" w:rsidRPr="00D308F8" w:rsidRDefault="00000000">
            <w:pPr>
              <w:spacing w:after="0" w:line="240" w:lineRule="auto"/>
              <w:rPr>
                <w:noProof/>
                <w:lang w:val="ro-RO"/>
              </w:rPr>
            </w:pPr>
            <w:r w:rsidRPr="00D308F8">
              <w:rPr>
                <w:noProof/>
                <w:sz w:val="16"/>
                <w:lang w:val="ro-RO"/>
              </w:rPr>
              <w:t>Controlul procesului</w:t>
            </w:r>
          </w:p>
        </w:tc>
        <w:tc>
          <w:tcPr>
            <w:tcW w:w="3231" w:type="dxa"/>
            <w:shd w:val="clear" w:color="auto" w:fill="FAFAFA"/>
            <w:tcMar>
              <w:top w:w="75" w:type="dxa"/>
              <w:left w:w="85" w:type="dxa"/>
              <w:bottom w:w="75" w:type="dxa"/>
              <w:right w:w="85" w:type="dxa"/>
            </w:tcMar>
            <w:vAlign w:val="center"/>
          </w:tcPr>
          <w:p w14:paraId="79F8FDE7" w14:textId="77777777" w:rsidR="004A2E0F" w:rsidRPr="00D308F8" w:rsidRDefault="00000000">
            <w:pPr>
              <w:spacing w:after="0" w:line="240" w:lineRule="auto"/>
              <w:rPr>
                <w:noProof/>
                <w:lang w:val="ro-RO"/>
              </w:rPr>
            </w:pPr>
            <w:r w:rsidRPr="00D308F8">
              <w:rPr>
                <w:noProof/>
                <w:sz w:val="16"/>
                <w:lang w:val="ro-RO"/>
              </w:rPr>
              <w:t>1 = proces robust și validat</w:t>
            </w:r>
          </w:p>
        </w:tc>
        <w:tc>
          <w:tcPr>
            <w:tcW w:w="3288" w:type="dxa"/>
            <w:shd w:val="clear" w:color="auto" w:fill="FAFAFA"/>
            <w:tcMar>
              <w:top w:w="75" w:type="dxa"/>
              <w:left w:w="85" w:type="dxa"/>
              <w:bottom w:w="75" w:type="dxa"/>
              <w:right w:w="85" w:type="dxa"/>
            </w:tcMar>
            <w:vAlign w:val="center"/>
          </w:tcPr>
          <w:p w14:paraId="60317716" w14:textId="77777777" w:rsidR="004A2E0F" w:rsidRPr="00D308F8" w:rsidRDefault="00000000">
            <w:pPr>
              <w:spacing w:after="0" w:line="240" w:lineRule="auto"/>
              <w:rPr>
                <w:noProof/>
                <w:lang w:val="ro-RO"/>
              </w:rPr>
            </w:pPr>
            <w:r w:rsidRPr="00D308F8">
              <w:rPr>
                <w:noProof/>
                <w:sz w:val="16"/>
                <w:lang w:val="ro-RO"/>
              </w:rPr>
              <w:t>5 = variabilitate, control sau validare insuficientă</w:t>
            </w:r>
          </w:p>
        </w:tc>
      </w:tr>
      <w:tr w:rsidR="004A2E0F" w:rsidRPr="00D308F8" w14:paraId="01A7BA19" w14:textId="77777777">
        <w:trPr>
          <w:cantSplit/>
          <w:jc w:val="center"/>
        </w:trPr>
        <w:tc>
          <w:tcPr>
            <w:tcW w:w="3402" w:type="dxa"/>
            <w:shd w:val="clear" w:color="auto" w:fill="FFFFFF"/>
            <w:tcMar>
              <w:top w:w="75" w:type="dxa"/>
              <w:left w:w="85" w:type="dxa"/>
              <w:bottom w:w="75" w:type="dxa"/>
              <w:right w:w="85" w:type="dxa"/>
            </w:tcMar>
            <w:vAlign w:val="center"/>
          </w:tcPr>
          <w:p w14:paraId="29C0E27C" w14:textId="77777777" w:rsidR="004A2E0F" w:rsidRPr="00D308F8" w:rsidRDefault="00000000">
            <w:pPr>
              <w:spacing w:after="0" w:line="240" w:lineRule="auto"/>
              <w:rPr>
                <w:noProof/>
                <w:lang w:val="ro-RO"/>
              </w:rPr>
            </w:pPr>
            <w:r w:rsidRPr="00D308F8">
              <w:rPr>
                <w:noProof/>
                <w:sz w:val="16"/>
                <w:lang w:val="ro-RO"/>
              </w:rPr>
              <w:t>Fezabilitate / influență</w:t>
            </w:r>
          </w:p>
        </w:tc>
        <w:tc>
          <w:tcPr>
            <w:tcW w:w="3231" w:type="dxa"/>
            <w:shd w:val="clear" w:color="auto" w:fill="FFFFFF"/>
            <w:tcMar>
              <w:top w:w="75" w:type="dxa"/>
              <w:left w:w="85" w:type="dxa"/>
              <w:bottom w:w="75" w:type="dxa"/>
              <w:right w:w="85" w:type="dxa"/>
            </w:tcMar>
            <w:vAlign w:val="center"/>
          </w:tcPr>
          <w:p w14:paraId="67BD75B4" w14:textId="77777777" w:rsidR="004A2E0F" w:rsidRPr="00D308F8" w:rsidRDefault="00000000">
            <w:pPr>
              <w:spacing w:after="0" w:line="240" w:lineRule="auto"/>
              <w:rPr>
                <w:noProof/>
                <w:lang w:val="ro-RO"/>
              </w:rPr>
            </w:pPr>
            <w:r w:rsidRPr="00D308F8">
              <w:rPr>
                <w:noProof/>
                <w:sz w:val="16"/>
                <w:lang w:val="ro-RO"/>
              </w:rPr>
              <w:t>1 = influență foarte redusă</w:t>
            </w:r>
          </w:p>
        </w:tc>
        <w:tc>
          <w:tcPr>
            <w:tcW w:w="3288" w:type="dxa"/>
            <w:shd w:val="clear" w:color="auto" w:fill="FFFFFF"/>
            <w:tcMar>
              <w:top w:w="75" w:type="dxa"/>
              <w:left w:w="85" w:type="dxa"/>
              <w:bottom w:w="75" w:type="dxa"/>
              <w:right w:w="85" w:type="dxa"/>
            </w:tcMar>
            <w:vAlign w:val="center"/>
          </w:tcPr>
          <w:p w14:paraId="6A595F3E" w14:textId="77777777" w:rsidR="004A2E0F" w:rsidRPr="00D308F8" w:rsidRDefault="00000000">
            <w:pPr>
              <w:spacing w:after="0" w:line="240" w:lineRule="auto"/>
              <w:rPr>
                <w:noProof/>
                <w:lang w:val="ro-RO"/>
              </w:rPr>
            </w:pPr>
            <w:r w:rsidRPr="00D308F8">
              <w:rPr>
                <w:noProof/>
                <w:sz w:val="16"/>
                <w:lang w:val="ro-RO"/>
              </w:rPr>
              <w:t>5 = măsură realistă cu efect important</w:t>
            </w:r>
          </w:p>
        </w:tc>
      </w:tr>
      <w:tr w:rsidR="004A2E0F" w:rsidRPr="00D308F8" w14:paraId="3B75EAFC" w14:textId="77777777">
        <w:trPr>
          <w:cantSplit/>
          <w:jc w:val="center"/>
        </w:trPr>
        <w:tc>
          <w:tcPr>
            <w:tcW w:w="3402" w:type="dxa"/>
            <w:shd w:val="clear" w:color="auto" w:fill="FAFAFA"/>
            <w:tcMar>
              <w:top w:w="75" w:type="dxa"/>
              <w:left w:w="85" w:type="dxa"/>
              <w:bottom w:w="75" w:type="dxa"/>
              <w:right w:w="85" w:type="dxa"/>
            </w:tcMar>
            <w:vAlign w:val="center"/>
          </w:tcPr>
          <w:p w14:paraId="1A9B0C21" w14:textId="77777777" w:rsidR="004A2E0F" w:rsidRPr="00D308F8" w:rsidRDefault="00000000">
            <w:pPr>
              <w:spacing w:after="0" w:line="240" w:lineRule="auto"/>
              <w:rPr>
                <w:noProof/>
                <w:lang w:val="ro-RO"/>
              </w:rPr>
            </w:pPr>
            <w:r w:rsidRPr="00D308F8">
              <w:rPr>
                <w:noProof/>
                <w:sz w:val="16"/>
                <w:lang w:val="ro-RO"/>
              </w:rPr>
              <w:t>Calitatea datelor</w:t>
            </w:r>
          </w:p>
        </w:tc>
        <w:tc>
          <w:tcPr>
            <w:tcW w:w="3231" w:type="dxa"/>
            <w:shd w:val="clear" w:color="auto" w:fill="FAFAFA"/>
            <w:tcMar>
              <w:top w:w="75" w:type="dxa"/>
              <w:left w:w="85" w:type="dxa"/>
              <w:bottom w:w="75" w:type="dxa"/>
              <w:right w:w="85" w:type="dxa"/>
            </w:tcMar>
            <w:vAlign w:val="center"/>
          </w:tcPr>
          <w:p w14:paraId="492D068F" w14:textId="77777777" w:rsidR="004A2E0F" w:rsidRPr="00D308F8" w:rsidRDefault="00000000">
            <w:pPr>
              <w:spacing w:after="0" w:line="240" w:lineRule="auto"/>
              <w:rPr>
                <w:noProof/>
                <w:lang w:val="ro-RO"/>
              </w:rPr>
            </w:pPr>
            <w:r w:rsidRPr="00D308F8">
              <w:rPr>
                <w:noProof/>
                <w:sz w:val="16"/>
                <w:lang w:val="ro-RO"/>
              </w:rPr>
              <w:t>1 = date limitate</w:t>
            </w:r>
          </w:p>
        </w:tc>
        <w:tc>
          <w:tcPr>
            <w:tcW w:w="3288" w:type="dxa"/>
            <w:shd w:val="clear" w:color="auto" w:fill="FAFAFA"/>
            <w:tcMar>
              <w:top w:w="75" w:type="dxa"/>
              <w:left w:w="85" w:type="dxa"/>
              <w:bottom w:w="75" w:type="dxa"/>
              <w:right w:w="85" w:type="dxa"/>
            </w:tcMar>
            <w:vAlign w:val="center"/>
          </w:tcPr>
          <w:p w14:paraId="5F61869C" w14:textId="77777777" w:rsidR="004A2E0F" w:rsidRPr="00D308F8" w:rsidRDefault="00000000">
            <w:pPr>
              <w:spacing w:after="0" w:line="240" w:lineRule="auto"/>
              <w:rPr>
                <w:noProof/>
                <w:lang w:val="ro-RO"/>
              </w:rPr>
            </w:pPr>
            <w:r w:rsidRPr="00D308F8">
              <w:rPr>
                <w:noProof/>
                <w:sz w:val="16"/>
                <w:lang w:val="ro-RO"/>
              </w:rPr>
              <w:t>5 = date complete, trasabile și validate</w:t>
            </w:r>
          </w:p>
        </w:tc>
      </w:tr>
    </w:tbl>
    <w:p w14:paraId="35C496FF" w14:textId="77777777" w:rsidR="004A2E0F" w:rsidRPr="00D308F8" w:rsidRDefault="004A2E0F">
      <w:pPr>
        <w:spacing w:after="2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67"/>
        <w:gridCol w:w="3685"/>
        <w:gridCol w:w="1020"/>
        <w:gridCol w:w="1020"/>
        <w:gridCol w:w="1020"/>
        <w:gridCol w:w="907"/>
        <w:gridCol w:w="907"/>
        <w:gridCol w:w="794"/>
        <w:gridCol w:w="1134"/>
      </w:tblGrid>
      <w:tr w:rsidR="004A2E0F" w:rsidRPr="00D308F8" w14:paraId="4EE4B2C1" w14:textId="77777777">
        <w:trPr>
          <w:tblHeader/>
          <w:jc w:val="center"/>
        </w:trPr>
        <w:tc>
          <w:tcPr>
            <w:tcW w:w="567" w:type="dxa"/>
            <w:shd w:val="clear" w:color="auto" w:fill="D71920"/>
            <w:tcMar>
              <w:top w:w="75" w:type="dxa"/>
              <w:left w:w="85" w:type="dxa"/>
              <w:bottom w:w="75" w:type="dxa"/>
              <w:right w:w="85" w:type="dxa"/>
            </w:tcMar>
            <w:vAlign w:val="center"/>
          </w:tcPr>
          <w:p w14:paraId="51E1791F" w14:textId="77777777" w:rsidR="004A2E0F" w:rsidRPr="00D308F8" w:rsidRDefault="00000000">
            <w:pPr>
              <w:spacing w:after="0" w:line="240" w:lineRule="auto"/>
              <w:jc w:val="center"/>
              <w:rPr>
                <w:noProof/>
                <w:lang w:val="ro-RO"/>
              </w:rPr>
            </w:pPr>
            <w:r w:rsidRPr="00D308F8">
              <w:rPr>
                <w:b/>
                <w:noProof/>
                <w:color w:val="FFFFFF"/>
                <w:sz w:val="14"/>
                <w:lang w:val="ro-RO"/>
              </w:rPr>
              <w:t>#</w:t>
            </w:r>
          </w:p>
        </w:tc>
        <w:tc>
          <w:tcPr>
            <w:tcW w:w="3685" w:type="dxa"/>
            <w:shd w:val="clear" w:color="auto" w:fill="D71920"/>
            <w:tcMar>
              <w:top w:w="75" w:type="dxa"/>
              <w:left w:w="85" w:type="dxa"/>
              <w:bottom w:w="75" w:type="dxa"/>
              <w:right w:w="85" w:type="dxa"/>
            </w:tcMar>
            <w:vAlign w:val="center"/>
          </w:tcPr>
          <w:p w14:paraId="51F074D9" w14:textId="77777777" w:rsidR="004A2E0F" w:rsidRPr="00D308F8" w:rsidRDefault="00000000">
            <w:pPr>
              <w:spacing w:after="0" w:line="240" w:lineRule="auto"/>
              <w:jc w:val="center"/>
              <w:rPr>
                <w:noProof/>
                <w:lang w:val="ro-RO"/>
              </w:rPr>
            </w:pPr>
            <w:r w:rsidRPr="00D308F8">
              <w:rPr>
                <w:b/>
                <w:noProof/>
                <w:color w:val="FFFFFF"/>
                <w:sz w:val="14"/>
                <w:lang w:val="ro-RO"/>
              </w:rPr>
              <w:t>OBIECTIV CANDIDAT</w:t>
            </w:r>
          </w:p>
        </w:tc>
        <w:tc>
          <w:tcPr>
            <w:tcW w:w="1020" w:type="dxa"/>
            <w:shd w:val="clear" w:color="auto" w:fill="D71920"/>
            <w:tcMar>
              <w:top w:w="75" w:type="dxa"/>
              <w:left w:w="85" w:type="dxa"/>
              <w:bottom w:w="75" w:type="dxa"/>
              <w:right w:w="85" w:type="dxa"/>
            </w:tcMar>
            <w:vAlign w:val="center"/>
          </w:tcPr>
          <w:p w14:paraId="10BF99D4" w14:textId="77777777" w:rsidR="004A2E0F" w:rsidRPr="00D308F8" w:rsidRDefault="00000000">
            <w:pPr>
              <w:spacing w:after="0" w:line="240" w:lineRule="auto"/>
              <w:jc w:val="center"/>
              <w:rPr>
                <w:noProof/>
                <w:lang w:val="ro-RO"/>
              </w:rPr>
            </w:pPr>
            <w:r w:rsidRPr="00D308F8">
              <w:rPr>
                <w:b/>
                <w:noProof/>
                <w:color w:val="FFFFFF"/>
                <w:sz w:val="14"/>
                <w:lang w:val="ro-RO"/>
              </w:rPr>
              <w:t>RISC</w:t>
            </w:r>
          </w:p>
        </w:tc>
        <w:tc>
          <w:tcPr>
            <w:tcW w:w="1020" w:type="dxa"/>
            <w:shd w:val="clear" w:color="auto" w:fill="D71920"/>
            <w:tcMar>
              <w:top w:w="75" w:type="dxa"/>
              <w:left w:w="85" w:type="dxa"/>
              <w:bottom w:w="75" w:type="dxa"/>
              <w:right w:w="85" w:type="dxa"/>
            </w:tcMar>
            <w:vAlign w:val="center"/>
          </w:tcPr>
          <w:p w14:paraId="217D0A32" w14:textId="77777777" w:rsidR="004A2E0F" w:rsidRPr="00D308F8" w:rsidRDefault="00000000">
            <w:pPr>
              <w:spacing w:after="0" w:line="240" w:lineRule="auto"/>
              <w:jc w:val="center"/>
              <w:rPr>
                <w:noProof/>
                <w:lang w:val="ro-RO"/>
              </w:rPr>
            </w:pPr>
            <w:r w:rsidRPr="00D308F8">
              <w:rPr>
                <w:b/>
                <w:noProof/>
                <w:color w:val="FFFFFF"/>
                <w:sz w:val="14"/>
                <w:lang w:val="ro-RO"/>
              </w:rPr>
              <w:t>REGUL.</w:t>
            </w:r>
          </w:p>
        </w:tc>
        <w:tc>
          <w:tcPr>
            <w:tcW w:w="1020" w:type="dxa"/>
            <w:shd w:val="clear" w:color="auto" w:fill="D71920"/>
            <w:tcMar>
              <w:top w:w="75" w:type="dxa"/>
              <w:left w:w="85" w:type="dxa"/>
              <w:bottom w:w="75" w:type="dxa"/>
              <w:right w:w="85" w:type="dxa"/>
            </w:tcMar>
            <w:vAlign w:val="center"/>
          </w:tcPr>
          <w:p w14:paraId="54FCF222" w14:textId="77777777" w:rsidR="004A2E0F" w:rsidRPr="00D308F8" w:rsidRDefault="00000000">
            <w:pPr>
              <w:spacing w:after="0" w:line="240" w:lineRule="auto"/>
              <w:jc w:val="center"/>
              <w:rPr>
                <w:noProof/>
                <w:lang w:val="ro-RO"/>
              </w:rPr>
            </w:pPr>
            <w:r w:rsidRPr="00D308F8">
              <w:rPr>
                <w:b/>
                <w:noProof/>
                <w:color w:val="FFFFFF"/>
                <w:sz w:val="14"/>
                <w:lang w:val="ro-RO"/>
              </w:rPr>
              <w:t>TREND</w:t>
            </w:r>
          </w:p>
        </w:tc>
        <w:tc>
          <w:tcPr>
            <w:tcW w:w="907" w:type="dxa"/>
            <w:shd w:val="clear" w:color="auto" w:fill="D71920"/>
            <w:tcMar>
              <w:top w:w="75" w:type="dxa"/>
              <w:left w:w="85" w:type="dxa"/>
              <w:bottom w:w="75" w:type="dxa"/>
              <w:right w:w="85" w:type="dxa"/>
            </w:tcMar>
            <w:vAlign w:val="center"/>
          </w:tcPr>
          <w:p w14:paraId="06E1F79E" w14:textId="77777777" w:rsidR="004A2E0F" w:rsidRPr="00D308F8" w:rsidRDefault="00000000">
            <w:pPr>
              <w:spacing w:after="0" w:line="240" w:lineRule="auto"/>
              <w:jc w:val="center"/>
              <w:rPr>
                <w:noProof/>
                <w:lang w:val="ro-RO"/>
              </w:rPr>
            </w:pPr>
            <w:r w:rsidRPr="00D308F8">
              <w:rPr>
                <w:b/>
                <w:noProof/>
                <w:color w:val="FFFFFF"/>
                <w:sz w:val="14"/>
                <w:lang w:val="ro-RO"/>
              </w:rPr>
              <w:t>CONTROL</w:t>
            </w:r>
          </w:p>
        </w:tc>
        <w:tc>
          <w:tcPr>
            <w:tcW w:w="907" w:type="dxa"/>
            <w:shd w:val="clear" w:color="auto" w:fill="D71920"/>
            <w:tcMar>
              <w:top w:w="75" w:type="dxa"/>
              <w:left w:w="85" w:type="dxa"/>
              <w:bottom w:w="75" w:type="dxa"/>
              <w:right w:w="85" w:type="dxa"/>
            </w:tcMar>
            <w:vAlign w:val="center"/>
          </w:tcPr>
          <w:p w14:paraId="25E52624" w14:textId="77777777" w:rsidR="004A2E0F" w:rsidRPr="00D308F8" w:rsidRDefault="00000000">
            <w:pPr>
              <w:spacing w:after="0" w:line="240" w:lineRule="auto"/>
              <w:jc w:val="center"/>
              <w:rPr>
                <w:noProof/>
                <w:lang w:val="ro-RO"/>
              </w:rPr>
            </w:pPr>
            <w:r w:rsidRPr="00D308F8">
              <w:rPr>
                <w:b/>
                <w:noProof/>
                <w:color w:val="FFFFFF"/>
                <w:sz w:val="14"/>
                <w:lang w:val="ro-RO"/>
              </w:rPr>
              <w:t>FEZAB.</w:t>
            </w:r>
          </w:p>
        </w:tc>
        <w:tc>
          <w:tcPr>
            <w:tcW w:w="794" w:type="dxa"/>
            <w:shd w:val="clear" w:color="auto" w:fill="D71920"/>
            <w:tcMar>
              <w:top w:w="75" w:type="dxa"/>
              <w:left w:w="85" w:type="dxa"/>
              <w:bottom w:w="75" w:type="dxa"/>
              <w:right w:w="85" w:type="dxa"/>
            </w:tcMar>
            <w:vAlign w:val="center"/>
          </w:tcPr>
          <w:p w14:paraId="62F50054" w14:textId="77777777" w:rsidR="004A2E0F" w:rsidRPr="00D308F8" w:rsidRDefault="00000000">
            <w:pPr>
              <w:spacing w:after="0" w:line="240" w:lineRule="auto"/>
              <w:jc w:val="center"/>
              <w:rPr>
                <w:noProof/>
                <w:lang w:val="ro-RO"/>
              </w:rPr>
            </w:pPr>
            <w:r w:rsidRPr="00D308F8">
              <w:rPr>
                <w:b/>
                <w:noProof/>
                <w:color w:val="FFFFFF"/>
                <w:sz w:val="14"/>
                <w:lang w:val="ro-RO"/>
              </w:rPr>
              <w:t>DATE</w:t>
            </w:r>
          </w:p>
        </w:tc>
        <w:tc>
          <w:tcPr>
            <w:tcW w:w="1134" w:type="dxa"/>
            <w:shd w:val="clear" w:color="auto" w:fill="D71920"/>
            <w:tcMar>
              <w:top w:w="75" w:type="dxa"/>
              <w:left w:w="85" w:type="dxa"/>
              <w:bottom w:w="75" w:type="dxa"/>
              <w:right w:w="85" w:type="dxa"/>
            </w:tcMar>
            <w:vAlign w:val="center"/>
          </w:tcPr>
          <w:p w14:paraId="6C1A7AC4" w14:textId="77777777" w:rsidR="004A2E0F" w:rsidRPr="00D308F8" w:rsidRDefault="00000000">
            <w:pPr>
              <w:spacing w:after="0" w:line="240" w:lineRule="auto"/>
              <w:jc w:val="center"/>
              <w:rPr>
                <w:noProof/>
                <w:lang w:val="ro-RO"/>
              </w:rPr>
            </w:pPr>
            <w:r w:rsidRPr="00D308F8">
              <w:rPr>
                <w:b/>
                <w:noProof/>
                <w:color w:val="FFFFFF"/>
                <w:sz w:val="14"/>
                <w:lang w:val="ro-RO"/>
              </w:rPr>
              <w:t>TOTAL / 30</w:t>
            </w:r>
          </w:p>
        </w:tc>
      </w:tr>
      <w:tr w:rsidR="004A2E0F" w:rsidRPr="00D308F8" w14:paraId="600DD514" w14:textId="77777777">
        <w:trPr>
          <w:cantSplit/>
          <w:jc w:val="center"/>
        </w:trPr>
        <w:tc>
          <w:tcPr>
            <w:tcW w:w="567" w:type="dxa"/>
            <w:shd w:val="clear" w:color="auto" w:fill="FFFFFF"/>
            <w:tcMar>
              <w:top w:w="75" w:type="dxa"/>
              <w:left w:w="85" w:type="dxa"/>
              <w:bottom w:w="75" w:type="dxa"/>
              <w:right w:w="85" w:type="dxa"/>
            </w:tcMar>
            <w:vAlign w:val="center"/>
          </w:tcPr>
          <w:p w14:paraId="36AA7233" w14:textId="77777777" w:rsidR="004A2E0F" w:rsidRPr="00D308F8" w:rsidRDefault="00000000">
            <w:pPr>
              <w:spacing w:after="0" w:line="240" w:lineRule="auto"/>
              <w:jc w:val="center"/>
              <w:rPr>
                <w:noProof/>
                <w:lang w:val="ro-RO"/>
              </w:rPr>
            </w:pPr>
            <w:r w:rsidRPr="00D308F8">
              <w:rPr>
                <w:noProof/>
                <w:sz w:val="15"/>
                <w:lang w:val="ro-RO"/>
              </w:rPr>
              <w:t>1</w:t>
            </w:r>
          </w:p>
        </w:tc>
        <w:tc>
          <w:tcPr>
            <w:tcW w:w="3685" w:type="dxa"/>
            <w:shd w:val="clear" w:color="auto" w:fill="FFFFFF"/>
            <w:tcMar>
              <w:top w:w="75" w:type="dxa"/>
              <w:left w:w="85" w:type="dxa"/>
              <w:bottom w:w="75" w:type="dxa"/>
              <w:right w:w="85" w:type="dxa"/>
            </w:tcMar>
            <w:vAlign w:val="center"/>
          </w:tcPr>
          <w:p w14:paraId="43EBF16F" w14:textId="77777777" w:rsidR="004A2E0F" w:rsidRPr="00D308F8" w:rsidRDefault="004A2E0F">
            <w:pPr>
              <w:spacing w:after="0" w:line="240" w:lineRule="auto"/>
              <w:rPr>
                <w:noProof/>
                <w:lang w:val="ro-RO"/>
              </w:rPr>
            </w:pPr>
          </w:p>
        </w:tc>
        <w:tc>
          <w:tcPr>
            <w:tcW w:w="1020" w:type="dxa"/>
            <w:shd w:val="clear" w:color="auto" w:fill="FFFFFF"/>
            <w:tcMar>
              <w:top w:w="75" w:type="dxa"/>
              <w:left w:w="85" w:type="dxa"/>
              <w:bottom w:w="75" w:type="dxa"/>
              <w:right w:w="85" w:type="dxa"/>
            </w:tcMar>
            <w:vAlign w:val="center"/>
          </w:tcPr>
          <w:p w14:paraId="4D9A002C" w14:textId="77777777" w:rsidR="004A2E0F" w:rsidRPr="00D308F8" w:rsidRDefault="004A2E0F">
            <w:pPr>
              <w:spacing w:after="0" w:line="240" w:lineRule="auto"/>
              <w:jc w:val="center"/>
              <w:rPr>
                <w:noProof/>
                <w:lang w:val="ro-RO"/>
              </w:rPr>
            </w:pPr>
          </w:p>
        </w:tc>
        <w:tc>
          <w:tcPr>
            <w:tcW w:w="1020" w:type="dxa"/>
            <w:shd w:val="clear" w:color="auto" w:fill="FFFFFF"/>
            <w:tcMar>
              <w:top w:w="75" w:type="dxa"/>
              <w:left w:w="85" w:type="dxa"/>
              <w:bottom w:w="75" w:type="dxa"/>
              <w:right w:w="85" w:type="dxa"/>
            </w:tcMar>
            <w:vAlign w:val="center"/>
          </w:tcPr>
          <w:p w14:paraId="28057173" w14:textId="77777777" w:rsidR="004A2E0F" w:rsidRPr="00D308F8" w:rsidRDefault="004A2E0F">
            <w:pPr>
              <w:spacing w:after="0" w:line="240" w:lineRule="auto"/>
              <w:jc w:val="center"/>
              <w:rPr>
                <w:noProof/>
                <w:lang w:val="ro-RO"/>
              </w:rPr>
            </w:pPr>
          </w:p>
        </w:tc>
        <w:tc>
          <w:tcPr>
            <w:tcW w:w="1020" w:type="dxa"/>
            <w:shd w:val="clear" w:color="auto" w:fill="FFFFFF"/>
            <w:tcMar>
              <w:top w:w="75" w:type="dxa"/>
              <w:left w:w="85" w:type="dxa"/>
              <w:bottom w:w="75" w:type="dxa"/>
              <w:right w:w="85" w:type="dxa"/>
            </w:tcMar>
            <w:vAlign w:val="center"/>
          </w:tcPr>
          <w:p w14:paraId="73DE1DF8" w14:textId="77777777" w:rsidR="004A2E0F" w:rsidRPr="00D308F8" w:rsidRDefault="004A2E0F">
            <w:pPr>
              <w:spacing w:after="0" w:line="240" w:lineRule="auto"/>
              <w:jc w:val="center"/>
              <w:rPr>
                <w:noProof/>
                <w:lang w:val="ro-RO"/>
              </w:rPr>
            </w:pPr>
          </w:p>
        </w:tc>
        <w:tc>
          <w:tcPr>
            <w:tcW w:w="907" w:type="dxa"/>
            <w:shd w:val="clear" w:color="auto" w:fill="FFFFFF"/>
            <w:tcMar>
              <w:top w:w="75" w:type="dxa"/>
              <w:left w:w="85" w:type="dxa"/>
              <w:bottom w:w="75" w:type="dxa"/>
              <w:right w:w="85" w:type="dxa"/>
            </w:tcMar>
            <w:vAlign w:val="center"/>
          </w:tcPr>
          <w:p w14:paraId="2B30A117" w14:textId="77777777" w:rsidR="004A2E0F" w:rsidRPr="00D308F8" w:rsidRDefault="004A2E0F">
            <w:pPr>
              <w:spacing w:after="0" w:line="240" w:lineRule="auto"/>
              <w:jc w:val="center"/>
              <w:rPr>
                <w:noProof/>
                <w:lang w:val="ro-RO"/>
              </w:rPr>
            </w:pPr>
          </w:p>
        </w:tc>
        <w:tc>
          <w:tcPr>
            <w:tcW w:w="907" w:type="dxa"/>
            <w:shd w:val="clear" w:color="auto" w:fill="FFFFFF"/>
            <w:tcMar>
              <w:top w:w="75" w:type="dxa"/>
              <w:left w:w="85" w:type="dxa"/>
              <w:bottom w:w="75" w:type="dxa"/>
              <w:right w:w="85" w:type="dxa"/>
            </w:tcMar>
            <w:vAlign w:val="center"/>
          </w:tcPr>
          <w:p w14:paraId="03A0BBB6" w14:textId="77777777" w:rsidR="004A2E0F" w:rsidRPr="00D308F8" w:rsidRDefault="004A2E0F">
            <w:pPr>
              <w:spacing w:after="0" w:line="240" w:lineRule="auto"/>
              <w:jc w:val="center"/>
              <w:rPr>
                <w:noProof/>
                <w:lang w:val="ro-RO"/>
              </w:rPr>
            </w:pPr>
          </w:p>
        </w:tc>
        <w:tc>
          <w:tcPr>
            <w:tcW w:w="794" w:type="dxa"/>
            <w:shd w:val="clear" w:color="auto" w:fill="FFFFFF"/>
            <w:tcMar>
              <w:top w:w="75" w:type="dxa"/>
              <w:left w:w="85" w:type="dxa"/>
              <w:bottom w:w="75" w:type="dxa"/>
              <w:right w:w="85" w:type="dxa"/>
            </w:tcMar>
            <w:vAlign w:val="center"/>
          </w:tcPr>
          <w:p w14:paraId="484DEC1D" w14:textId="77777777" w:rsidR="004A2E0F" w:rsidRPr="00D308F8" w:rsidRDefault="004A2E0F">
            <w:pPr>
              <w:spacing w:after="0" w:line="240" w:lineRule="auto"/>
              <w:jc w:val="center"/>
              <w:rPr>
                <w:noProof/>
                <w:lang w:val="ro-RO"/>
              </w:rPr>
            </w:pPr>
          </w:p>
        </w:tc>
        <w:tc>
          <w:tcPr>
            <w:tcW w:w="1134" w:type="dxa"/>
            <w:shd w:val="clear" w:color="auto" w:fill="FFFFFF"/>
            <w:tcMar>
              <w:top w:w="75" w:type="dxa"/>
              <w:left w:w="85" w:type="dxa"/>
              <w:bottom w:w="75" w:type="dxa"/>
              <w:right w:w="85" w:type="dxa"/>
            </w:tcMar>
            <w:vAlign w:val="center"/>
          </w:tcPr>
          <w:p w14:paraId="7067FACF" w14:textId="77777777" w:rsidR="004A2E0F" w:rsidRPr="00D308F8" w:rsidRDefault="004A2E0F">
            <w:pPr>
              <w:spacing w:after="0" w:line="240" w:lineRule="auto"/>
              <w:jc w:val="center"/>
              <w:rPr>
                <w:noProof/>
                <w:lang w:val="ro-RO"/>
              </w:rPr>
            </w:pPr>
          </w:p>
        </w:tc>
      </w:tr>
      <w:tr w:rsidR="004A2E0F" w:rsidRPr="00D308F8" w14:paraId="2CB7A1F8" w14:textId="77777777">
        <w:trPr>
          <w:cantSplit/>
          <w:jc w:val="center"/>
        </w:trPr>
        <w:tc>
          <w:tcPr>
            <w:tcW w:w="567" w:type="dxa"/>
            <w:shd w:val="clear" w:color="auto" w:fill="FAFAFA"/>
            <w:tcMar>
              <w:top w:w="75" w:type="dxa"/>
              <w:left w:w="85" w:type="dxa"/>
              <w:bottom w:w="75" w:type="dxa"/>
              <w:right w:w="85" w:type="dxa"/>
            </w:tcMar>
            <w:vAlign w:val="center"/>
          </w:tcPr>
          <w:p w14:paraId="0DB4401A" w14:textId="77777777" w:rsidR="004A2E0F" w:rsidRPr="00D308F8" w:rsidRDefault="00000000">
            <w:pPr>
              <w:spacing w:after="0" w:line="240" w:lineRule="auto"/>
              <w:jc w:val="center"/>
              <w:rPr>
                <w:noProof/>
                <w:lang w:val="ro-RO"/>
              </w:rPr>
            </w:pPr>
            <w:r w:rsidRPr="00D308F8">
              <w:rPr>
                <w:noProof/>
                <w:sz w:val="15"/>
                <w:lang w:val="ro-RO"/>
              </w:rPr>
              <w:t>2</w:t>
            </w:r>
          </w:p>
        </w:tc>
        <w:tc>
          <w:tcPr>
            <w:tcW w:w="3685" w:type="dxa"/>
            <w:shd w:val="clear" w:color="auto" w:fill="FAFAFA"/>
            <w:tcMar>
              <w:top w:w="75" w:type="dxa"/>
              <w:left w:w="85" w:type="dxa"/>
              <w:bottom w:w="75" w:type="dxa"/>
              <w:right w:w="85" w:type="dxa"/>
            </w:tcMar>
            <w:vAlign w:val="center"/>
          </w:tcPr>
          <w:p w14:paraId="570BE522" w14:textId="77777777" w:rsidR="004A2E0F" w:rsidRPr="00D308F8" w:rsidRDefault="004A2E0F">
            <w:pPr>
              <w:spacing w:after="0" w:line="240" w:lineRule="auto"/>
              <w:rPr>
                <w:noProof/>
                <w:lang w:val="ro-RO"/>
              </w:rPr>
            </w:pPr>
          </w:p>
        </w:tc>
        <w:tc>
          <w:tcPr>
            <w:tcW w:w="1020" w:type="dxa"/>
            <w:shd w:val="clear" w:color="auto" w:fill="FAFAFA"/>
            <w:tcMar>
              <w:top w:w="75" w:type="dxa"/>
              <w:left w:w="85" w:type="dxa"/>
              <w:bottom w:w="75" w:type="dxa"/>
              <w:right w:w="85" w:type="dxa"/>
            </w:tcMar>
            <w:vAlign w:val="center"/>
          </w:tcPr>
          <w:p w14:paraId="7E623253" w14:textId="77777777" w:rsidR="004A2E0F" w:rsidRPr="00D308F8" w:rsidRDefault="004A2E0F">
            <w:pPr>
              <w:spacing w:after="0" w:line="240" w:lineRule="auto"/>
              <w:jc w:val="center"/>
              <w:rPr>
                <w:noProof/>
                <w:lang w:val="ro-RO"/>
              </w:rPr>
            </w:pPr>
          </w:p>
        </w:tc>
        <w:tc>
          <w:tcPr>
            <w:tcW w:w="1020" w:type="dxa"/>
            <w:shd w:val="clear" w:color="auto" w:fill="FAFAFA"/>
            <w:tcMar>
              <w:top w:w="75" w:type="dxa"/>
              <w:left w:w="85" w:type="dxa"/>
              <w:bottom w:w="75" w:type="dxa"/>
              <w:right w:w="85" w:type="dxa"/>
            </w:tcMar>
            <w:vAlign w:val="center"/>
          </w:tcPr>
          <w:p w14:paraId="1831865A" w14:textId="77777777" w:rsidR="004A2E0F" w:rsidRPr="00D308F8" w:rsidRDefault="004A2E0F">
            <w:pPr>
              <w:spacing w:after="0" w:line="240" w:lineRule="auto"/>
              <w:jc w:val="center"/>
              <w:rPr>
                <w:noProof/>
                <w:lang w:val="ro-RO"/>
              </w:rPr>
            </w:pPr>
          </w:p>
        </w:tc>
        <w:tc>
          <w:tcPr>
            <w:tcW w:w="1020" w:type="dxa"/>
            <w:shd w:val="clear" w:color="auto" w:fill="FAFAFA"/>
            <w:tcMar>
              <w:top w:w="75" w:type="dxa"/>
              <w:left w:w="85" w:type="dxa"/>
              <w:bottom w:w="75" w:type="dxa"/>
              <w:right w:w="85" w:type="dxa"/>
            </w:tcMar>
            <w:vAlign w:val="center"/>
          </w:tcPr>
          <w:p w14:paraId="3EFBE943" w14:textId="77777777" w:rsidR="004A2E0F" w:rsidRPr="00D308F8" w:rsidRDefault="004A2E0F">
            <w:pPr>
              <w:spacing w:after="0" w:line="240" w:lineRule="auto"/>
              <w:jc w:val="center"/>
              <w:rPr>
                <w:noProof/>
                <w:lang w:val="ro-RO"/>
              </w:rPr>
            </w:pPr>
          </w:p>
        </w:tc>
        <w:tc>
          <w:tcPr>
            <w:tcW w:w="907" w:type="dxa"/>
            <w:shd w:val="clear" w:color="auto" w:fill="FAFAFA"/>
            <w:tcMar>
              <w:top w:w="75" w:type="dxa"/>
              <w:left w:w="85" w:type="dxa"/>
              <w:bottom w:w="75" w:type="dxa"/>
              <w:right w:w="85" w:type="dxa"/>
            </w:tcMar>
            <w:vAlign w:val="center"/>
          </w:tcPr>
          <w:p w14:paraId="61307C84" w14:textId="77777777" w:rsidR="004A2E0F" w:rsidRPr="00D308F8" w:rsidRDefault="004A2E0F">
            <w:pPr>
              <w:spacing w:after="0" w:line="240" w:lineRule="auto"/>
              <w:jc w:val="center"/>
              <w:rPr>
                <w:noProof/>
                <w:lang w:val="ro-RO"/>
              </w:rPr>
            </w:pPr>
          </w:p>
        </w:tc>
        <w:tc>
          <w:tcPr>
            <w:tcW w:w="907" w:type="dxa"/>
            <w:shd w:val="clear" w:color="auto" w:fill="FAFAFA"/>
            <w:tcMar>
              <w:top w:w="75" w:type="dxa"/>
              <w:left w:w="85" w:type="dxa"/>
              <w:bottom w:w="75" w:type="dxa"/>
              <w:right w:w="85" w:type="dxa"/>
            </w:tcMar>
            <w:vAlign w:val="center"/>
          </w:tcPr>
          <w:p w14:paraId="1C25B13E" w14:textId="77777777" w:rsidR="004A2E0F" w:rsidRPr="00D308F8" w:rsidRDefault="004A2E0F">
            <w:pPr>
              <w:spacing w:after="0" w:line="240" w:lineRule="auto"/>
              <w:jc w:val="center"/>
              <w:rPr>
                <w:noProof/>
                <w:lang w:val="ro-RO"/>
              </w:rPr>
            </w:pPr>
          </w:p>
        </w:tc>
        <w:tc>
          <w:tcPr>
            <w:tcW w:w="794" w:type="dxa"/>
            <w:shd w:val="clear" w:color="auto" w:fill="FAFAFA"/>
            <w:tcMar>
              <w:top w:w="75" w:type="dxa"/>
              <w:left w:w="85" w:type="dxa"/>
              <w:bottom w:w="75" w:type="dxa"/>
              <w:right w:w="85" w:type="dxa"/>
            </w:tcMar>
            <w:vAlign w:val="center"/>
          </w:tcPr>
          <w:p w14:paraId="6D0D5077" w14:textId="77777777" w:rsidR="004A2E0F" w:rsidRPr="00D308F8" w:rsidRDefault="004A2E0F">
            <w:pPr>
              <w:spacing w:after="0" w:line="240" w:lineRule="auto"/>
              <w:jc w:val="center"/>
              <w:rPr>
                <w:noProof/>
                <w:lang w:val="ro-RO"/>
              </w:rPr>
            </w:pPr>
          </w:p>
        </w:tc>
        <w:tc>
          <w:tcPr>
            <w:tcW w:w="1134" w:type="dxa"/>
            <w:shd w:val="clear" w:color="auto" w:fill="FAFAFA"/>
            <w:tcMar>
              <w:top w:w="75" w:type="dxa"/>
              <w:left w:w="85" w:type="dxa"/>
              <w:bottom w:w="75" w:type="dxa"/>
              <w:right w:w="85" w:type="dxa"/>
            </w:tcMar>
            <w:vAlign w:val="center"/>
          </w:tcPr>
          <w:p w14:paraId="32D4E73B" w14:textId="77777777" w:rsidR="004A2E0F" w:rsidRPr="00D308F8" w:rsidRDefault="004A2E0F">
            <w:pPr>
              <w:spacing w:after="0" w:line="240" w:lineRule="auto"/>
              <w:jc w:val="center"/>
              <w:rPr>
                <w:noProof/>
                <w:lang w:val="ro-RO"/>
              </w:rPr>
            </w:pPr>
          </w:p>
        </w:tc>
      </w:tr>
      <w:tr w:rsidR="004A2E0F" w:rsidRPr="00D308F8" w14:paraId="74174204" w14:textId="77777777">
        <w:trPr>
          <w:cantSplit/>
          <w:jc w:val="center"/>
        </w:trPr>
        <w:tc>
          <w:tcPr>
            <w:tcW w:w="567" w:type="dxa"/>
            <w:shd w:val="clear" w:color="auto" w:fill="FFFFFF"/>
            <w:tcMar>
              <w:top w:w="75" w:type="dxa"/>
              <w:left w:w="85" w:type="dxa"/>
              <w:bottom w:w="75" w:type="dxa"/>
              <w:right w:w="85" w:type="dxa"/>
            </w:tcMar>
            <w:vAlign w:val="center"/>
          </w:tcPr>
          <w:p w14:paraId="1BCD7146" w14:textId="77777777" w:rsidR="004A2E0F" w:rsidRPr="00D308F8" w:rsidRDefault="00000000">
            <w:pPr>
              <w:spacing w:after="0" w:line="240" w:lineRule="auto"/>
              <w:jc w:val="center"/>
              <w:rPr>
                <w:noProof/>
                <w:lang w:val="ro-RO"/>
              </w:rPr>
            </w:pPr>
            <w:r w:rsidRPr="00D308F8">
              <w:rPr>
                <w:noProof/>
                <w:sz w:val="15"/>
                <w:lang w:val="ro-RO"/>
              </w:rPr>
              <w:t>3</w:t>
            </w:r>
          </w:p>
        </w:tc>
        <w:tc>
          <w:tcPr>
            <w:tcW w:w="3685" w:type="dxa"/>
            <w:shd w:val="clear" w:color="auto" w:fill="FFFFFF"/>
            <w:tcMar>
              <w:top w:w="75" w:type="dxa"/>
              <w:left w:w="85" w:type="dxa"/>
              <w:bottom w:w="75" w:type="dxa"/>
              <w:right w:w="85" w:type="dxa"/>
            </w:tcMar>
            <w:vAlign w:val="center"/>
          </w:tcPr>
          <w:p w14:paraId="337F5D87" w14:textId="77777777" w:rsidR="004A2E0F" w:rsidRPr="00D308F8" w:rsidRDefault="004A2E0F">
            <w:pPr>
              <w:spacing w:after="0" w:line="240" w:lineRule="auto"/>
              <w:rPr>
                <w:noProof/>
                <w:lang w:val="ro-RO"/>
              </w:rPr>
            </w:pPr>
          </w:p>
        </w:tc>
        <w:tc>
          <w:tcPr>
            <w:tcW w:w="1020" w:type="dxa"/>
            <w:shd w:val="clear" w:color="auto" w:fill="FFFFFF"/>
            <w:tcMar>
              <w:top w:w="75" w:type="dxa"/>
              <w:left w:w="85" w:type="dxa"/>
              <w:bottom w:w="75" w:type="dxa"/>
              <w:right w:w="85" w:type="dxa"/>
            </w:tcMar>
            <w:vAlign w:val="center"/>
          </w:tcPr>
          <w:p w14:paraId="3833C861" w14:textId="77777777" w:rsidR="004A2E0F" w:rsidRPr="00D308F8" w:rsidRDefault="004A2E0F">
            <w:pPr>
              <w:spacing w:after="0" w:line="240" w:lineRule="auto"/>
              <w:jc w:val="center"/>
              <w:rPr>
                <w:noProof/>
                <w:lang w:val="ro-RO"/>
              </w:rPr>
            </w:pPr>
          </w:p>
        </w:tc>
        <w:tc>
          <w:tcPr>
            <w:tcW w:w="1020" w:type="dxa"/>
            <w:shd w:val="clear" w:color="auto" w:fill="FFFFFF"/>
            <w:tcMar>
              <w:top w:w="75" w:type="dxa"/>
              <w:left w:w="85" w:type="dxa"/>
              <w:bottom w:w="75" w:type="dxa"/>
              <w:right w:w="85" w:type="dxa"/>
            </w:tcMar>
            <w:vAlign w:val="center"/>
          </w:tcPr>
          <w:p w14:paraId="359AFDE4" w14:textId="77777777" w:rsidR="004A2E0F" w:rsidRPr="00D308F8" w:rsidRDefault="004A2E0F">
            <w:pPr>
              <w:spacing w:after="0" w:line="240" w:lineRule="auto"/>
              <w:jc w:val="center"/>
              <w:rPr>
                <w:noProof/>
                <w:lang w:val="ro-RO"/>
              </w:rPr>
            </w:pPr>
          </w:p>
        </w:tc>
        <w:tc>
          <w:tcPr>
            <w:tcW w:w="1020" w:type="dxa"/>
            <w:shd w:val="clear" w:color="auto" w:fill="FFFFFF"/>
            <w:tcMar>
              <w:top w:w="75" w:type="dxa"/>
              <w:left w:w="85" w:type="dxa"/>
              <w:bottom w:w="75" w:type="dxa"/>
              <w:right w:w="85" w:type="dxa"/>
            </w:tcMar>
            <w:vAlign w:val="center"/>
          </w:tcPr>
          <w:p w14:paraId="160AE6B4" w14:textId="77777777" w:rsidR="004A2E0F" w:rsidRPr="00D308F8" w:rsidRDefault="004A2E0F">
            <w:pPr>
              <w:spacing w:after="0" w:line="240" w:lineRule="auto"/>
              <w:jc w:val="center"/>
              <w:rPr>
                <w:noProof/>
                <w:lang w:val="ro-RO"/>
              </w:rPr>
            </w:pPr>
          </w:p>
        </w:tc>
        <w:tc>
          <w:tcPr>
            <w:tcW w:w="907" w:type="dxa"/>
            <w:shd w:val="clear" w:color="auto" w:fill="FFFFFF"/>
            <w:tcMar>
              <w:top w:w="75" w:type="dxa"/>
              <w:left w:w="85" w:type="dxa"/>
              <w:bottom w:w="75" w:type="dxa"/>
              <w:right w:w="85" w:type="dxa"/>
            </w:tcMar>
            <w:vAlign w:val="center"/>
          </w:tcPr>
          <w:p w14:paraId="3B4136D2" w14:textId="77777777" w:rsidR="004A2E0F" w:rsidRPr="00D308F8" w:rsidRDefault="004A2E0F">
            <w:pPr>
              <w:spacing w:after="0" w:line="240" w:lineRule="auto"/>
              <w:jc w:val="center"/>
              <w:rPr>
                <w:noProof/>
                <w:lang w:val="ro-RO"/>
              </w:rPr>
            </w:pPr>
          </w:p>
        </w:tc>
        <w:tc>
          <w:tcPr>
            <w:tcW w:w="907" w:type="dxa"/>
            <w:shd w:val="clear" w:color="auto" w:fill="FFFFFF"/>
            <w:tcMar>
              <w:top w:w="75" w:type="dxa"/>
              <w:left w:w="85" w:type="dxa"/>
              <w:bottom w:w="75" w:type="dxa"/>
              <w:right w:w="85" w:type="dxa"/>
            </w:tcMar>
            <w:vAlign w:val="center"/>
          </w:tcPr>
          <w:p w14:paraId="4FE0EF4E" w14:textId="77777777" w:rsidR="004A2E0F" w:rsidRPr="00D308F8" w:rsidRDefault="004A2E0F">
            <w:pPr>
              <w:spacing w:after="0" w:line="240" w:lineRule="auto"/>
              <w:jc w:val="center"/>
              <w:rPr>
                <w:noProof/>
                <w:lang w:val="ro-RO"/>
              </w:rPr>
            </w:pPr>
          </w:p>
        </w:tc>
        <w:tc>
          <w:tcPr>
            <w:tcW w:w="794" w:type="dxa"/>
            <w:shd w:val="clear" w:color="auto" w:fill="FFFFFF"/>
            <w:tcMar>
              <w:top w:w="75" w:type="dxa"/>
              <w:left w:w="85" w:type="dxa"/>
              <w:bottom w:w="75" w:type="dxa"/>
              <w:right w:w="85" w:type="dxa"/>
            </w:tcMar>
            <w:vAlign w:val="center"/>
          </w:tcPr>
          <w:p w14:paraId="03495516" w14:textId="77777777" w:rsidR="004A2E0F" w:rsidRPr="00D308F8" w:rsidRDefault="004A2E0F">
            <w:pPr>
              <w:spacing w:after="0" w:line="240" w:lineRule="auto"/>
              <w:jc w:val="center"/>
              <w:rPr>
                <w:noProof/>
                <w:lang w:val="ro-RO"/>
              </w:rPr>
            </w:pPr>
          </w:p>
        </w:tc>
        <w:tc>
          <w:tcPr>
            <w:tcW w:w="1134" w:type="dxa"/>
            <w:shd w:val="clear" w:color="auto" w:fill="FFFFFF"/>
            <w:tcMar>
              <w:top w:w="75" w:type="dxa"/>
              <w:left w:w="85" w:type="dxa"/>
              <w:bottom w:w="75" w:type="dxa"/>
              <w:right w:w="85" w:type="dxa"/>
            </w:tcMar>
            <w:vAlign w:val="center"/>
          </w:tcPr>
          <w:p w14:paraId="2F51E6FD" w14:textId="77777777" w:rsidR="004A2E0F" w:rsidRPr="00D308F8" w:rsidRDefault="004A2E0F">
            <w:pPr>
              <w:spacing w:after="0" w:line="240" w:lineRule="auto"/>
              <w:jc w:val="center"/>
              <w:rPr>
                <w:noProof/>
                <w:lang w:val="ro-RO"/>
              </w:rPr>
            </w:pPr>
          </w:p>
        </w:tc>
      </w:tr>
      <w:tr w:rsidR="004A2E0F" w:rsidRPr="00D308F8" w14:paraId="4DCAAB5B" w14:textId="77777777">
        <w:trPr>
          <w:cantSplit/>
          <w:jc w:val="center"/>
        </w:trPr>
        <w:tc>
          <w:tcPr>
            <w:tcW w:w="567" w:type="dxa"/>
            <w:shd w:val="clear" w:color="auto" w:fill="FAFAFA"/>
            <w:tcMar>
              <w:top w:w="75" w:type="dxa"/>
              <w:left w:w="85" w:type="dxa"/>
              <w:bottom w:w="75" w:type="dxa"/>
              <w:right w:w="85" w:type="dxa"/>
            </w:tcMar>
            <w:vAlign w:val="center"/>
          </w:tcPr>
          <w:p w14:paraId="3B4C7695" w14:textId="77777777" w:rsidR="004A2E0F" w:rsidRPr="00D308F8" w:rsidRDefault="00000000">
            <w:pPr>
              <w:spacing w:after="0" w:line="240" w:lineRule="auto"/>
              <w:jc w:val="center"/>
              <w:rPr>
                <w:noProof/>
                <w:lang w:val="ro-RO"/>
              </w:rPr>
            </w:pPr>
            <w:r w:rsidRPr="00D308F8">
              <w:rPr>
                <w:noProof/>
                <w:sz w:val="15"/>
                <w:lang w:val="ro-RO"/>
              </w:rPr>
              <w:t>4</w:t>
            </w:r>
          </w:p>
        </w:tc>
        <w:tc>
          <w:tcPr>
            <w:tcW w:w="3685" w:type="dxa"/>
            <w:shd w:val="clear" w:color="auto" w:fill="FAFAFA"/>
            <w:tcMar>
              <w:top w:w="75" w:type="dxa"/>
              <w:left w:w="85" w:type="dxa"/>
              <w:bottom w:w="75" w:type="dxa"/>
              <w:right w:w="85" w:type="dxa"/>
            </w:tcMar>
            <w:vAlign w:val="center"/>
          </w:tcPr>
          <w:p w14:paraId="7F6E17F4" w14:textId="77777777" w:rsidR="004A2E0F" w:rsidRPr="00D308F8" w:rsidRDefault="004A2E0F">
            <w:pPr>
              <w:spacing w:after="0" w:line="240" w:lineRule="auto"/>
              <w:rPr>
                <w:noProof/>
                <w:lang w:val="ro-RO"/>
              </w:rPr>
            </w:pPr>
          </w:p>
        </w:tc>
        <w:tc>
          <w:tcPr>
            <w:tcW w:w="1020" w:type="dxa"/>
            <w:shd w:val="clear" w:color="auto" w:fill="FAFAFA"/>
            <w:tcMar>
              <w:top w:w="75" w:type="dxa"/>
              <w:left w:w="85" w:type="dxa"/>
              <w:bottom w:w="75" w:type="dxa"/>
              <w:right w:w="85" w:type="dxa"/>
            </w:tcMar>
            <w:vAlign w:val="center"/>
          </w:tcPr>
          <w:p w14:paraId="3D99E613" w14:textId="77777777" w:rsidR="004A2E0F" w:rsidRPr="00D308F8" w:rsidRDefault="004A2E0F">
            <w:pPr>
              <w:spacing w:after="0" w:line="240" w:lineRule="auto"/>
              <w:jc w:val="center"/>
              <w:rPr>
                <w:noProof/>
                <w:lang w:val="ro-RO"/>
              </w:rPr>
            </w:pPr>
          </w:p>
        </w:tc>
        <w:tc>
          <w:tcPr>
            <w:tcW w:w="1020" w:type="dxa"/>
            <w:shd w:val="clear" w:color="auto" w:fill="FAFAFA"/>
            <w:tcMar>
              <w:top w:w="75" w:type="dxa"/>
              <w:left w:w="85" w:type="dxa"/>
              <w:bottom w:w="75" w:type="dxa"/>
              <w:right w:w="85" w:type="dxa"/>
            </w:tcMar>
            <w:vAlign w:val="center"/>
          </w:tcPr>
          <w:p w14:paraId="541C393F" w14:textId="77777777" w:rsidR="004A2E0F" w:rsidRPr="00D308F8" w:rsidRDefault="004A2E0F">
            <w:pPr>
              <w:spacing w:after="0" w:line="240" w:lineRule="auto"/>
              <w:jc w:val="center"/>
              <w:rPr>
                <w:noProof/>
                <w:lang w:val="ro-RO"/>
              </w:rPr>
            </w:pPr>
          </w:p>
        </w:tc>
        <w:tc>
          <w:tcPr>
            <w:tcW w:w="1020" w:type="dxa"/>
            <w:shd w:val="clear" w:color="auto" w:fill="FAFAFA"/>
            <w:tcMar>
              <w:top w:w="75" w:type="dxa"/>
              <w:left w:w="85" w:type="dxa"/>
              <w:bottom w:w="75" w:type="dxa"/>
              <w:right w:w="85" w:type="dxa"/>
            </w:tcMar>
            <w:vAlign w:val="center"/>
          </w:tcPr>
          <w:p w14:paraId="59CD17A0" w14:textId="77777777" w:rsidR="004A2E0F" w:rsidRPr="00D308F8" w:rsidRDefault="004A2E0F">
            <w:pPr>
              <w:spacing w:after="0" w:line="240" w:lineRule="auto"/>
              <w:jc w:val="center"/>
              <w:rPr>
                <w:noProof/>
                <w:lang w:val="ro-RO"/>
              </w:rPr>
            </w:pPr>
          </w:p>
        </w:tc>
        <w:tc>
          <w:tcPr>
            <w:tcW w:w="907" w:type="dxa"/>
            <w:shd w:val="clear" w:color="auto" w:fill="FAFAFA"/>
            <w:tcMar>
              <w:top w:w="75" w:type="dxa"/>
              <w:left w:w="85" w:type="dxa"/>
              <w:bottom w:w="75" w:type="dxa"/>
              <w:right w:w="85" w:type="dxa"/>
            </w:tcMar>
            <w:vAlign w:val="center"/>
          </w:tcPr>
          <w:p w14:paraId="2C104AFD" w14:textId="77777777" w:rsidR="004A2E0F" w:rsidRPr="00D308F8" w:rsidRDefault="004A2E0F">
            <w:pPr>
              <w:spacing w:after="0" w:line="240" w:lineRule="auto"/>
              <w:jc w:val="center"/>
              <w:rPr>
                <w:noProof/>
                <w:lang w:val="ro-RO"/>
              </w:rPr>
            </w:pPr>
          </w:p>
        </w:tc>
        <w:tc>
          <w:tcPr>
            <w:tcW w:w="907" w:type="dxa"/>
            <w:shd w:val="clear" w:color="auto" w:fill="FAFAFA"/>
            <w:tcMar>
              <w:top w:w="75" w:type="dxa"/>
              <w:left w:w="85" w:type="dxa"/>
              <w:bottom w:w="75" w:type="dxa"/>
              <w:right w:w="85" w:type="dxa"/>
            </w:tcMar>
            <w:vAlign w:val="center"/>
          </w:tcPr>
          <w:p w14:paraId="08199B0A" w14:textId="77777777" w:rsidR="004A2E0F" w:rsidRPr="00D308F8" w:rsidRDefault="004A2E0F">
            <w:pPr>
              <w:spacing w:after="0" w:line="240" w:lineRule="auto"/>
              <w:jc w:val="center"/>
              <w:rPr>
                <w:noProof/>
                <w:lang w:val="ro-RO"/>
              </w:rPr>
            </w:pPr>
          </w:p>
        </w:tc>
        <w:tc>
          <w:tcPr>
            <w:tcW w:w="794" w:type="dxa"/>
            <w:shd w:val="clear" w:color="auto" w:fill="FAFAFA"/>
            <w:tcMar>
              <w:top w:w="75" w:type="dxa"/>
              <w:left w:w="85" w:type="dxa"/>
              <w:bottom w:w="75" w:type="dxa"/>
              <w:right w:w="85" w:type="dxa"/>
            </w:tcMar>
            <w:vAlign w:val="center"/>
          </w:tcPr>
          <w:p w14:paraId="595D7AEA" w14:textId="77777777" w:rsidR="004A2E0F" w:rsidRPr="00D308F8" w:rsidRDefault="004A2E0F">
            <w:pPr>
              <w:spacing w:after="0" w:line="240" w:lineRule="auto"/>
              <w:jc w:val="center"/>
              <w:rPr>
                <w:noProof/>
                <w:lang w:val="ro-RO"/>
              </w:rPr>
            </w:pPr>
          </w:p>
        </w:tc>
        <w:tc>
          <w:tcPr>
            <w:tcW w:w="1134" w:type="dxa"/>
            <w:shd w:val="clear" w:color="auto" w:fill="FAFAFA"/>
            <w:tcMar>
              <w:top w:w="75" w:type="dxa"/>
              <w:left w:w="85" w:type="dxa"/>
              <w:bottom w:w="75" w:type="dxa"/>
              <w:right w:w="85" w:type="dxa"/>
            </w:tcMar>
            <w:vAlign w:val="center"/>
          </w:tcPr>
          <w:p w14:paraId="72414A42" w14:textId="77777777" w:rsidR="004A2E0F" w:rsidRPr="00D308F8" w:rsidRDefault="004A2E0F">
            <w:pPr>
              <w:spacing w:after="0" w:line="240" w:lineRule="auto"/>
              <w:jc w:val="center"/>
              <w:rPr>
                <w:noProof/>
                <w:lang w:val="ro-RO"/>
              </w:rPr>
            </w:pPr>
          </w:p>
        </w:tc>
      </w:tr>
      <w:tr w:rsidR="004A2E0F" w:rsidRPr="00D308F8" w14:paraId="1E4991FC" w14:textId="77777777">
        <w:trPr>
          <w:cantSplit/>
          <w:jc w:val="center"/>
        </w:trPr>
        <w:tc>
          <w:tcPr>
            <w:tcW w:w="567" w:type="dxa"/>
            <w:shd w:val="clear" w:color="auto" w:fill="FFFFFF"/>
            <w:tcMar>
              <w:top w:w="75" w:type="dxa"/>
              <w:left w:w="85" w:type="dxa"/>
              <w:bottom w:w="75" w:type="dxa"/>
              <w:right w:w="85" w:type="dxa"/>
            </w:tcMar>
            <w:vAlign w:val="center"/>
          </w:tcPr>
          <w:p w14:paraId="731C92C1" w14:textId="77777777" w:rsidR="004A2E0F" w:rsidRPr="00D308F8" w:rsidRDefault="00000000">
            <w:pPr>
              <w:spacing w:after="0" w:line="240" w:lineRule="auto"/>
              <w:jc w:val="center"/>
              <w:rPr>
                <w:noProof/>
                <w:lang w:val="ro-RO"/>
              </w:rPr>
            </w:pPr>
            <w:r w:rsidRPr="00D308F8">
              <w:rPr>
                <w:noProof/>
                <w:sz w:val="15"/>
                <w:lang w:val="ro-RO"/>
              </w:rPr>
              <w:t>5</w:t>
            </w:r>
          </w:p>
        </w:tc>
        <w:tc>
          <w:tcPr>
            <w:tcW w:w="3685" w:type="dxa"/>
            <w:shd w:val="clear" w:color="auto" w:fill="FFFFFF"/>
            <w:tcMar>
              <w:top w:w="75" w:type="dxa"/>
              <w:left w:w="85" w:type="dxa"/>
              <w:bottom w:w="75" w:type="dxa"/>
              <w:right w:w="85" w:type="dxa"/>
            </w:tcMar>
            <w:vAlign w:val="center"/>
          </w:tcPr>
          <w:p w14:paraId="2A36E802" w14:textId="77777777" w:rsidR="004A2E0F" w:rsidRPr="00D308F8" w:rsidRDefault="004A2E0F">
            <w:pPr>
              <w:spacing w:after="0" w:line="240" w:lineRule="auto"/>
              <w:rPr>
                <w:noProof/>
                <w:lang w:val="ro-RO"/>
              </w:rPr>
            </w:pPr>
          </w:p>
        </w:tc>
        <w:tc>
          <w:tcPr>
            <w:tcW w:w="1020" w:type="dxa"/>
            <w:shd w:val="clear" w:color="auto" w:fill="FFFFFF"/>
            <w:tcMar>
              <w:top w:w="75" w:type="dxa"/>
              <w:left w:w="85" w:type="dxa"/>
              <w:bottom w:w="75" w:type="dxa"/>
              <w:right w:w="85" w:type="dxa"/>
            </w:tcMar>
            <w:vAlign w:val="center"/>
          </w:tcPr>
          <w:p w14:paraId="176F4BCD" w14:textId="77777777" w:rsidR="004A2E0F" w:rsidRPr="00D308F8" w:rsidRDefault="004A2E0F">
            <w:pPr>
              <w:spacing w:after="0" w:line="240" w:lineRule="auto"/>
              <w:jc w:val="center"/>
              <w:rPr>
                <w:noProof/>
                <w:lang w:val="ro-RO"/>
              </w:rPr>
            </w:pPr>
          </w:p>
        </w:tc>
        <w:tc>
          <w:tcPr>
            <w:tcW w:w="1020" w:type="dxa"/>
            <w:shd w:val="clear" w:color="auto" w:fill="FFFFFF"/>
            <w:tcMar>
              <w:top w:w="75" w:type="dxa"/>
              <w:left w:w="85" w:type="dxa"/>
              <w:bottom w:w="75" w:type="dxa"/>
              <w:right w:w="85" w:type="dxa"/>
            </w:tcMar>
            <w:vAlign w:val="center"/>
          </w:tcPr>
          <w:p w14:paraId="23BBBE5B" w14:textId="77777777" w:rsidR="004A2E0F" w:rsidRPr="00D308F8" w:rsidRDefault="004A2E0F">
            <w:pPr>
              <w:spacing w:after="0" w:line="240" w:lineRule="auto"/>
              <w:jc w:val="center"/>
              <w:rPr>
                <w:noProof/>
                <w:lang w:val="ro-RO"/>
              </w:rPr>
            </w:pPr>
          </w:p>
        </w:tc>
        <w:tc>
          <w:tcPr>
            <w:tcW w:w="1020" w:type="dxa"/>
            <w:shd w:val="clear" w:color="auto" w:fill="FFFFFF"/>
            <w:tcMar>
              <w:top w:w="75" w:type="dxa"/>
              <w:left w:w="85" w:type="dxa"/>
              <w:bottom w:w="75" w:type="dxa"/>
              <w:right w:w="85" w:type="dxa"/>
            </w:tcMar>
            <w:vAlign w:val="center"/>
          </w:tcPr>
          <w:p w14:paraId="74827C73" w14:textId="77777777" w:rsidR="004A2E0F" w:rsidRPr="00D308F8" w:rsidRDefault="004A2E0F">
            <w:pPr>
              <w:spacing w:after="0" w:line="240" w:lineRule="auto"/>
              <w:jc w:val="center"/>
              <w:rPr>
                <w:noProof/>
                <w:lang w:val="ro-RO"/>
              </w:rPr>
            </w:pPr>
          </w:p>
        </w:tc>
        <w:tc>
          <w:tcPr>
            <w:tcW w:w="907" w:type="dxa"/>
            <w:shd w:val="clear" w:color="auto" w:fill="FFFFFF"/>
            <w:tcMar>
              <w:top w:w="75" w:type="dxa"/>
              <w:left w:w="85" w:type="dxa"/>
              <w:bottom w:w="75" w:type="dxa"/>
              <w:right w:w="85" w:type="dxa"/>
            </w:tcMar>
            <w:vAlign w:val="center"/>
          </w:tcPr>
          <w:p w14:paraId="4CED4E59" w14:textId="77777777" w:rsidR="004A2E0F" w:rsidRPr="00D308F8" w:rsidRDefault="004A2E0F">
            <w:pPr>
              <w:spacing w:after="0" w:line="240" w:lineRule="auto"/>
              <w:jc w:val="center"/>
              <w:rPr>
                <w:noProof/>
                <w:lang w:val="ro-RO"/>
              </w:rPr>
            </w:pPr>
          </w:p>
        </w:tc>
        <w:tc>
          <w:tcPr>
            <w:tcW w:w="907" w:type="dxa"/>
            <w:shd w:val="clear" w:color="auto" w:fill="FFFFFF"/>
            <w:tcMar>
              <w:top w:w="75" w:type="dxa"/>
              <w:left w:w="85" w:type="dxa"/>
              <w:bottom w:w="75" w:type="dxa"/>
              <w:right w:w="85" w:type="dxa"/>
            </w:tcMar>
            <w:vAlign w:val="center"/>
          </w:tcPr>
          <w:p w14:paraId="46E38EDD" w14:textId="77777777" w:rsidR="004A2E0F" w:rsidRPr="00D308F8" w:rsidRDefault="004A2E0F">
            <w:pPr>
              <w:spacing w:after="0" w:line="240" w:lineRule="auto"/>
              <w:jc w:val="center"/>
              <w:rPr>
                <w:noProof/>
                <w:lang w:val="ro-RO"/>
              </w:rPr>
            </w:pPr>
          </w:p>
        </w:tc>
        <w:tc>
          <w:tcPr>
            <w:tcW w:w="794" w:type="dxa"/>
            <w:shd w:val="clear" w:color="auto" w:fill="FFFFFF"/>
            <w:tcMar>
              <w:top w:w="75" w:type="dxa"/>
              <w:left w:w="85" w:type="dxa"/>
              <w:bottom w:w="75" w:type="dxa"/>
              <w:right w:w="85" w:type="dxa"/>
            </w:tcMar>
            <w:vAlign w:val="center"/>
          </w:tcPr>
          <w:p w14:paraId="22EC88A8" w14:textId="77777777" w:rsidR="004A2E0F" w:rsidRPr="00D308F8" w:rsidRDefault="004A2E0F">
            <w:pPr>
              <w:spacing w:after="0" w:line="240" w:lineRule="auto"/>
              <w:jc w:val="center"/>
              <w:rPr>
                <w:noProof/>
                <w:lang w:val="ro-RO"/>
              </w:rPr>
            </w:pPr>
          </w:p>
        </w:tc>
        <w:tc>
          <w:tcPr>
            <w:tcW w:w="1134" w:type="dxa"/>
            <w:shd w:val="clear" w:color="auto" w:fill="FFFFFF"/>
            <w:tcMar>
              <w:top w:w="75" w:type="dxa"/>
              <w:left w:w="85" w:type="dxa"/>
              <w:bottom w:w="75" w:type="dxa"/>
              <w:right w:w="85" w:type="dxa"/>
            </w:tcMar>
            <w:vAlign w:val="center"/>
          </w:tcPr>
          <w:p w14:paraId="67435CBC" w14:textId="77777777" w:rsidR="004A2E0F" w:rsidRPr="00D308F8" w:rsidRDefault="004A2E0F">
            <w:pPr>
              <w:spacing w:after="0" w:line="240" w:lineRule="auto"/>
              <w:jc w:val="center"/>
              <w:rPr>
                <w:noProof/>
                <w:lang w:val="ro-RO"/>
              </w:rPr>
            </w:pPr>
          </w:p>
        </w:tc>
      </w:tr>
      <w:tr w:rsidR="004A2E0F" w:rsidRPr="00D308F8" w14:paraId="64B9B835" w14:textId="77777777">
        <w:trPr>
          <w:cantSplit/>
          <w:jc w:val="center"/>
        </w:trPr>
        <w:tc>
          <w:tcPr>
            <w:tcW w:w="567" w:type="dxa"/>
            <w:shd w:val="clear" w:color="auto" w:fill="FAFAFA"/>
            <w:tcMar>
              <w:top w:w="75" w:type="dxa"/>
              <w:left w:w="85" w:type="dxa"/>
              <w:bottom w:w="75" w:type="dxa"/>
              <w:right w:w="85" w:type="dxa"/>
            </w:tcMar>
            <w:vAlign w:val="center"/>
          </w:tcPr>
          <w:p w14:paraId="0772236D" w14:textId="77777777" w:rsidR="004A2E0F" w:rsidRPr="00D308F8" w:rsidRDefault="00000000">
            <w:pPr>
              <w:spacing w:after="0" w:line="240" w:lineRule="auto"/>
              <w:jc w:val="center"/>
              <w:rPr>
                <w:noProof/>
                <w:lang w:val="ro-RO"/>
              </w:rPr>
            </w:pPr>
            <w:r w:rsidRPr="00D308F8">
              <w:rPr>
                <w:noProof/>
                <w:sz w:val="15"/>
                <w:lang w:val="ro-RO"/>
              </w:rPr>
              <w:t>6</w:t>
            </w:r>
          </w:p>
        </w:tc>
        <w:tc>
          <w:tcPr>
            <w:tcW w:w="3685" w:type="dxa"/>
            <w:shd w:val="clear" w:color="auto" w:fill="FAFAFA"/>
            <w:tcMar>
              <w:top w:w="75" w:type="dxa"/>
              <w:left w:w="85" w:type="dxa"/>
              <w:bottom w:w="75" w:type="dxa"/>
              <w:right w:w="85" w:type="dxa"/>
            </w:tcMar>
            <w:vAlign w:val="center"/>
          </w:tcPr>
          <w:p w14:paraId="40C5CCE3" w14:textId="77777777" w:rsidR="004A2E0F" w:rsidRPr="00D308F8" w:rsidRDefault="004A2E0F">
            <w:pPr>
              <w:spacing w:after="0" w:line="240" w:lineRule="auto"/>
              <w:rPr>
                <w:noProof/>
                <w:lang w:val="ro-RO"/>
              </w:rPr>
            </w:pPr>
          </w:p>
        </w:tc>
        <w:tc>
          <w:tcPr>
            <w:tcW w:w="1020" w:type="dxa"/>
            <w:shd w:val="clear" w:color="auto" w:fill="FAFAFA"/>
            <w:tcMar>
              <w:top w:w="75" w:type="dxa"/>
              <w:left w:w="85" w:type="dxa"/>
              <w:bottom w:w="75" w:type="dxa"/>
              <w:right w:w="85" w:type="dxa"/>
            </w:tcMar>
            <w:vAlign w:val="center"/>
          </w:tcPr>
          <w:p w14:paraId="7F51F475" w14:textId="77777777" w:rsidR="004A2E0F" w:rsidRPr="00D308F8" w:rsidRDefault="004A2E0F">
            <w:pPr>
              <w:spacing w:after="0" w:line="240" w:lineRule="auto"/>
              <w:jc w:val="center"/>
              <w:rPr>
                <w:noProof/>
                <w:lang w:val="ro-RO"/>
              </w:rPr>
            </w:pPr>
          </w:p>
        </w:tc>
        <w:tc>
          <w:tcPr>
            <w:tcW w:w="1020" w:type="dxa"/>
            <w:shd w:val="clear" w:color="auto" w:fill="FAFAFA"/>
            <w:tcMar>
              <w:top w:w="75" w:type="dxa"/>
              <w:left w:w="85" w:type="dxa"/>
              <w:bottom w:w="75" w:type="dxa"/>
              <w:right w:w="85" w:type="dxa"/>
            </w:tcMar>
            <w:vAlign w:val="center"/>
          </w:tcPr>
          <w:p w14:paraId="061C1E19" w14:textId="77777777" w:rsidR="004A2E0F" w:rsidRPr="00D308F8" w:rsidRDefault="004A2E0F">
            <w:pPr>
              <w:spacing w:after="0" w:line="240" w:lineRule="auto"/>
              <w:jc w:val="center"/>
              <w:rPr>
                <w:noProof/>
                <w:lang w:val="ro-RO"/>
              </w:rPr>
            </w:pPr>
          </w:p>
        </w:tc>
        <w:tc>
          <w:tcPr>
            <w:tcW w:w="1020" w:type="dxa"/>
            <w:shd w:val="clear" w:color="auto" w:fill="FAFAFA"/>
            <w:tcMar>
              <w:top w:w="75" w:type="dxa"/>
              <w:left w:w="85" w:type="dxa"/>
              <w:bottom w:w="75" w:type="dxa"/>
              <w:right w:w="85" w:type="dxa"/>
            </w:tcMar>
            <w:vAlign w:val="center"/>
          </w:tcPr>
          <w:p w14:paraId="7FBB66A4" w14:textId="77777777" w:rsidR="004A2E0F" w:rsidRPr="00D308F8" w:rsidRDefault="004A2E0F">
            <w:pPr>
              <w:spacing w:after="0" w:line="240" w:lineRule="auto"/>
              <w:jc w:val="center"/>
              <w:rPr>
                <w:noProof/>
                <w:lang w:val="ro-RO"/>
              </w:rPr>
            </w:pPr>
          </w:p>
        </w:tc>
        <w:tc>
          <w:tcPr>
            <w:tcW w:w="907" w:type="dxa"/>
            <w:shd w:val="clear" w:color="auto" w:fill="FAFAFA"/>
            <w:tcMar>
              <w:top w:w="75" w:type="dxa"/>
              <w:left w:w="85" w:type="dxa"/>
              <w:bottom w:w="75" w:type="dxa"/>
              <w:right w:w="85" w:type="dxa"/>
            </w:tcMar>
            <w:vAlign w:val="center"/>
          </w:tcPr>
          <w:p w14:paraId="535D9F4F" w14:textId="77777777" w:rsidR="004A2E0F" w:rsidRPr="00D308F8" w:rsidRDefault="004A2E0F">
            <w:pPr>
              <w:spacing w:after="0" w:line="240" w:lineRule="auto"/>
              <w:jc w:val="center"/>
              <w:rPr>
                <w:noProof/>
                <w:lang w:val="ro-RO"/>
              </w:rPr>
            </w:pPr>
          </w:p>
        </w:tc>
        <w:tc>
          <w:tcPr>
            <w:tcW w:w="907" w:type="dxa"/>
            <w:shd w:val="clear" w:color="auto" w:fill="FAFAFA"/>
            <w:tcMar>
              <w:top w:w="75" w:type="dxa"/>
              <w:left w:w="85" w:type="dxa"/>
              <w:bottom w:w="75" w:type="dxa"/>
              <w:right w:w="85" w:type="dxa"/>
            </w:tcMar>
            <w:vAlign w:val="center"/>
          </w:tcPr>
          <w:p w14:paraId="49B56BBF" w14:textId="77777777" w:rsidR="004A2E0F" w:rsidRPr="00D308F8" w:rsidRDefault="004A2E0F">
            <w:pPr>
              <w:spacing w:after="0" w:line="240" w:lineRule="auto"/>
              <w:jc w:val="center"/>
              <w:rPr>
                <w:noProof/>
                <w:lang w:val="ro-RO"/>
              </w:rPr>
            </w:pPr>
          </w:p>
        </w:tc>
        <w:tc>
          <w:tcPr>
            <w:tcW w:w="794" w:type="dxa"/>
            <w:shd w:val="clear" w:color="auto" w:fill="FAFAFA"/>
            <w:tcMar>
              <w:top w:w="75" w:type="dxa"/>
              <w:left w:w="85" w:type="dxa"/>
              <w:bottom w:w="75" w:type="dxa"/>
              <w:right w:w="85" w:type="dxa"/>
            </w:tcMar>
            <w:vAlign w:val="center"/>
          </w:tcPr>
          <w:p w14:paraId="4FF35441" w14:textId="77777777" w:rsidR="004A2E0F" w:rsidRPr="00D308F8" w:rsidRDefault="004A2E0F">
            <w:pPr>
              <w:spacing w:after="0" w:line="240" w:lineRule="auto"/>
              <w:jc w:val="center"/>
              <w:rPr>
                <w:noProof/>
                <w:lang w:val="ro-RO"/>
              </w:rPr>
            </w:pPr>
          </w:p>
        </w:tc>
        <w:tc>
          <w:tcPr>
            <w:tcW w:w="1134" w:type="dxa"/>
            <w:shd w:val="clear" w:color="auto" w:fill="FAFAFA"/>
            <w:tcMar>
              <w:top w:w="75" w:type="dxa"/>
              <w:left w:w="85" w:type="dxa"/>
              <w:bottom w:w="75" w:type="dxa"/>
              <w:right w:w="85" w:type="dxa"/>
            </w:tcMar>
            <w:vAlign w:val="center"/>
          </w:tcPr>
          <w:p w14:paraId="44F42199" w14:textId="77777777" w:rsidR="004A2E0F" w:rsidRPr="00D308F8" w:rsidRDefault="004A2E0F">
            <w:pPr>
              <w:spacing w:after="0" w:line="240" w:lineRule="auto"/>
              <w:jc w:val="center"/>
              <w:rPr>
                <w:noProof/>
                <w:lang w:val="ro-RO"/>
              </w:rPr>
            </w:pPr>
          </w:p>
        </w:tc>
      </w:tr>
    </w:tbl>
    <w:p w14:paraId="43DCA9FD" w14:textId="77777777" w:rsidR="004A2E0F" w:rsidRPr="00D308F8" w:rsidRDefault="004A2E0F">
      <w:pPr>
        <w:spacing w:after="20"/>
        <w:rPr>
          <w:noProof/>
          <w:lang w:val="ro-RO"/>
        </w:rPr>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4A2E0F" w:rsidRPr="00D308F8" w14:paraId="5DE1833D" w14:textId="77777777">
        <w:trPr>
          <w:cantSplit/>
          <w:jc w:val="center"/>
        </w:trPr>
        <w:tc>
          <w:tcPr>
            <w:tcW w:w="567" w:type="dxa"/>
            <w:shd w:val="clear" w:color="auto" w:fill="D71920"/>
            <w:tcMar>
              <w:top w:w="75" w:type="dxa"/>
              <w:left w:w="85" w:type="dxa"/>
              <w:bottom w:w="75" w:type="dxa"/>
              <w:right w:w="85" w:type="dxa"/>
            </w:tcMar>
            <w:vAlign w:val="center"/>
          </w:tcPr>
          <w:p w14:paraId="0372157F" w14:textId="77777777" w:rsidR="004A2E0F" w:rsidRPr="00D308F8" w:rsidRDefault="00000000">
            <w:pPr>
              <w:spacing w:after="0" w:line="240" w:lineRule="auto"/>
              <w:jc w:val="center"/>
              <w:rPr>
                <w:noProof/>
                <w:lang w:val="ro-RO"/>
              </w:rPr>
            </w:pPr>
            <w:r w:rsidRPr="00D308F8">
              <w:rPr>
                <w:b/>
                <w:noProof/>
                <w:color w:val="FFFFFF"/>
                <w:sz w:val="30"/>
                <w:lang w:val="ro-RO"/>
              </w:rPr>
              <w:t>i</w:t>
            </w:r>
          </w:p>
        </w:tc>
        <w:tc>
          <w:tcPr>
            <w:tcW w:w="9354" w:type="dxa"/>
            <w:shd w:val="clear" w:color="auto" w:fill="FCEBEC"/>
          </w:tcPr>
          <w:p w14:paraId="4AAF60A9" w14:textId="77777777" w:rsidR="004A2E0F" w:rsidRPr="00D308F8" w:rsidRDefault="00000000">
            <w:pPr>
              <w:spacing w:after="40"/>
              <w:rPr>
                <w:noProof/>
                <w:lang w:val="ro-RO"/>
              </w:rPr>
            </w:pPr>
            <w:r w:rsidRPr="00D308F8">
              <w:rPr>
                <w:b/>
                <w:noProof/>
                <w:color w:val="D71920"/>
                <w:lang w:val="ro-RO"/>
              </w:rPr>
              <w:t>RECOMANDARE DE CONSULTANT</w:t>
            </w:r>
          </w:p>
          <w:p w14:paraId="451BFDB9" w14:textId="77777777" w:rsidR="004A2E0F" w:rsidRPr="00D308F8" w:rsidRDefault="00000000">
            <w:pPr>
              <w:spacing w:after="0" w:line="252" w:lineRule="auto"/>
              <w:rPr>
                <w:noProof/>
                <w:lang w:val="ro-RO"/>
              </w:rPr>
            </w:pPr>
            <w:r w:rsidRPr="00D308F8">
              <w:rPr>
                <w:noProof/>
                <w:sz w:val="17"/>
                <w:lang w:val="ro-RO"/>
              </w:rPr>
              <w:t>Nu utilizați obiectivele de randament sau reducere a reclamațiilor ca presiune asupra deciziilor de acceptare, clasificare și raportare. Un sistem matur poate detecta mai multe probleme înainte de eliberare; aceasta poate fi o îmbunătățire, nu o deteriorare.</w:t>
            </w:r>
          </w:p>
        </w:tc>
      </w:tr>
    </w:tbl>
    <w:p w14:paraId="2F749D9E" w14:textId="77777777" w:rsidR="004A2E0F" w:rsidRPr="00D308F8" w:rsidRDefault="004A2E0F">
      <w:pPr>
        <w:spacing w:after="0"/>
        <w:rPr>
          <w:noProof/>
          <w:lang w:val="ro-RO"/>
        </w:rPr>
      </w:pPr>
    </w:p>
    <w:p w14:paraId="27CF83CD" w14:textId="77777777" w:rsidR="004A2E0F" w:rsidRPr="00D308F8" w:rsidRDefault="00000000">
      <w:pPr>
        <w:pStyle w:val="Heading2"/>
        <w:rPr>
          <w:noProof/>
          <w:lang w:val="ro-RO"/>
        </w:rPr>
      </w:pPr>
      <w:r w:rsidRPr="00D308F8">
        <w:rPr>
          <w:noProof/>
          <w:lang w:val="ro-RO"/>
        </w:rPr>
        <w:t>Test de calitate înainte de aprobare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020"/>
        <w:gridCol w:w="8901"/>
      </w:tblGrid>
      <w:tr w:rsidR="004A2E0F" w:rsidRPr="00D308F8" w14:paraId="60B5B321" w14:textId="77777777">
        <w:trPr>
          <w:tblHeader/>
          <w:jc w:val="center"/>
        </w:trPr>
        <w:tc>
          <w:tcPr>
            <w:tcW w:w="1020" w:type="dxa"/>
            <w:shd w:val="clear" w:color="auto" w:fill="D71920"/>
            <w:tcMar>
              <w:top w:w="75" w:type="dxa"/>
              <w:left w:w="85" w:type="dxa"/>
              <w:bottom w:w="75" w:type="dxa"/>
              <w:right w:w="85" w:type="dxa"/>
            </w:tcMar>
            <w:vAlign w:val="center"/>
          </w:tcPr>
          <w:p w14:paraId="5F001B4C" w14:textId="77777777" w:rsidR="004A2E0F" w:rsidRPr="00D308F8" w:rsidRDefault="00000000">
            <w:pPr>
              <w:spacing w:after="0" w:line="240" w:lineRule="auto"/>
              <w:jc w:val="center"/>
              <w:rPr>
                <w:noProof/>
                <w:lang w:val="ro-RO"/>
              </w:rPr>
            </w:pPr>
            <w:r w:rsidRPr="00D308F8">
              <w:rPr>
                <w:b/>
                <w:noProof/>
                <w:color w:val="FFFFFF"/>
                <w:sz w:val="16"/>
                <w:lang w:val="ro-RO"/>
              </w:rPr>
              <w:t>OK</w:t>
            </w:r>
          </w:p>
        </w:tc>
        <w:tc>
          <w:tcPr>
            <w:tcW w:w="8901" w:type="dxa"/>
            <w:shd w:val="clear" w:color="auto" w:fill="D71920"/>
            <w:tcMar>
              <w:top w:w="75" w:type="dxa"/>
              <w:left w:w="85" w:type="dxa"/>
              <w:bottom w:w="75" w:type="dxa"/>
              <w:right w:w="85" w:type="dxa"/>
            </w:tcMar>
            <w:vAlign w:val="center"/>
          </w:tcPr>
          <w:p w14:paraId="22242BEC" w14:textId="77777777" w:rsidR="004A2E0F" w:rsidRPr="00D308F8" w:rsidRDefault="00000000">
            <w:pPr>
              <w:spacing w:after="0" w:line="240" w:lineRule="auto"/>
              <w:jc w:val="center"/>
              <w:rPr>
                <w:noProof/>
                <w:lang w:val="ro-RO"/>
              </w:rPr>
            </w:pPr>
            <w:r w:rsidRPr="00D308F8">
              <w:rPr>
                <w:b/>
                <w:noProof/>
                <w:color w:val="FFFFFF"/>
                <w:sz w:val="16"/>
                <w:lang w:val="ro-RO"/>
              </w:rPr>
              <w:t>ÎNTREBARE</w:t>
            </w:r>
          </w:p>
        </w:tc>
      </w:tr>
      <w:tr w:rsidR="004A2E0F" w:rsidRPr="00D308F8" w14:paraId="7086148F" w14:textId="77777777">
        <w:trPr>
          <w:cantSplit/>
          <w:jc w:val="center"/>
        </w:trPr>
        <w:tc>
          <w:tcPr>
            <w:tcW w:w="1020" w:type="dxa"/>
            <w:shd w:val="clear" w:color="auto" w:fill="FFFFFF"/>
            <w:tcMar>
              <w:top w:w="75" w:type="dxa"/>
              <w:left w:w="85" w:type="dxa"/>
              <w:bottom w:w="75" w:type="dxa"/>
              <w:right w:w="85" w:type="dxa"/>
            </w:tcMar>
            <w:vAlign w:val="center"/>
          </w:tcPr>
          <w:p w14:paraId="35A5F43F" w14:textId="77777777" w:rsidR="004A2E0F" w:rsidRPr="00D308F8" w:rsidRDefault="00000000">
            <w:pPr>
              <w:spacing w:after="0" w:line="240" w:lineRule="auto"/>
              <w:jc w:val="center"/>
              <w:rPr>
                <w:noProof/>
                <w:lang w:val="ro-RO"/>
              </w:rPr>
            </w:pPr>
            <w:r w:rsidRPr="00D308F8">
              <w:rPr>
                <w:noProof/>
                <w:sz w:val="17"/>
                <w:lang w:val="ro-RO"/>
              </w:rPr>
              <w:t>[ ]</w:t>
            </w:r>
          </w:p>
        </w:tc>
        <w:tc>
          <w:tcPr>
            <w:tcW w:w="8901" w:type="dxa"/>
            <w:shd w:val="clear" w:color="auto" w:fill="FFFFFF"/>
            <w:tcMar>
              <w:top w:w="75" w:type="dxa"/>
              <w:left w:w="85" w:type="dxa"/>
              <w:bottom w:w="75" w:type="dxa"/>
              <w:right w:w="85" w:type="dxa"/>
            </w:tcMar>
            <w:vAlign w:val="center"/>
          </w:tcPr>
          <w:p w14:paraId="3A97E702" w14:textId="77777777" w:rsidR="004A2E0F" w:rsidRPr="00D308F8" w:rsidRDefault="00000000">
            <w:pPr>
              <w:spacing w:after="0" w:line="240" w:lineRule="auto"/>
              <w:rPr>
                <w:noProof/>
                <w:lang w:val="ro-RO"/>
              </w:rPr>
            </w:pPr>
            <w:r w:rsidRPr="00D308F8">
              <w:rPr>
                <w:noProof/>
                <w:sz w:val="17"/>
                <w:lang w:val="ro-RO"/>
              </w:rPr>
              <w:t>Obiectivul descrie un rezultat relevant, nu doar o activitate sau un document?</w:t>
            </w:r>
          </w:p>
        </w:tc>
      </w:tr>
      <w:tr w:rsidR="004A2E0F" w:rsidRPr="00D308F8" w14:paraId="10FA234A" w14:textId="77777777">
        <w:trPr>
          <w:cantSplit/>
          <w:jc w:val="center"/>
        </w:trPr>
        <w:tc>
          <w:tcPr>
            <w:tcW w:w="1020" w:type="dxa"/>
            <w:shd w:val="clear" w:color="auto" w:fill="FAFAFA"/>
            <w:tcMar>
              <w:top w:w="75" w:type="dxa"/>
              <w:left w:w="85" w:type="dxa"/>
              <w:bottom w:w="75" w:type="dxa"/>
              <w:right w:w="85" w:type="dxa"/>
            </w:tcMar>
            <w:vAlign w:val="center"/>
          </w:tcPr>
          <w:p w14:paraId="62CFB42C" w14:textId="77777777" w:rsidR="004A2E0F" w:rsidRPr="00D308F8" w:rsidRDefault="00000000">
            <w:pPr>
              <w:spacing w:after="0" w:line="240" w:lineRule="auto"/>
              <w:jc w:val="center"/>
              <w:rPr>
                <w:noProof/>
                <w:lang w:val="ro-RO"/>
              </w:rPr>
            </w:pPr>
            <w:r w:rsidRPr="00D308F8">
              <w:rPr>
                <w:noProof/>
                <w:sz w:val="17"/>
                <w:lang w:val="ro-RO"/>
              </w:rPr>
              <w:lastRenderedPageBreak/>
              <w:t>[ ]</w:t>
            </w:r>
          </w:p>
        </w:tc>
        <w:tc>
          <w:tcPr>
            <w:tcW w:w="8901" w:type="dxa"/>
            <w:shd w:val="clear" w:color="auto" w:fill="FAFAFA"/>
            <w:tcMar>
              <w:top w:w="75" w:type="dxa"/>
              <w:left w:w="85" w:type="dxa"/>
              <w:bottom w:w="75" w:type="dxa"/>
              <w:right w:w="85" w:type="dxa"/>
            </w:tcMar>
            <w:vAlign w:val="center"/>
          </w:tcPr>
          <w:p w14:paraId="553FF07F" w14:textId="77777777" w:rsidR="004A2E0F" w:rsidRPr="00D308F8" w:rsidRDefault="00000000">
            <w:pPr>
              <w:spacing w:after="0" w:line="240" w:lineRule="auto"/>
              <w:rPr>
                <w:noProof/>
                <w:lang w:val="ro-RO"/>
              </w:rPr>
            </w:pPr>
            <w:r w:rsidRPr="00D308F8">
              <w:rPr>
                <w:noProof/>
                <w:sz w:val="17"/>
                <w:lang w:val="ro-RO"/>
              </w:rPr>
              <w:t>Indicatorul are definiție, formulă, sursă de date, responsabil și frecvență clare?</w:t>
            </w:r>
          </w:p>
        </w:tc>
      </w:tr>
      <w:tr w:rsidR="004A2E0F" w:rsidRPr="00D308F8" w14:paraId="0C054453" w14:textId="77777777">
        <w:trPr>
          <w:cantSplit/>
          <w:jc w:val="center"/>
        </w:trPr>
        <w:tc>
          <w:tcPr>
            <w:tcW w:w="1020" w:type="dxa"/>
            <w:shd w:val="clear" w:color="auto" w:fill="FFFFFF"/>
            <w:tcMar>
              <w:top w:w="75" w:type="dxa"/>
              <w:left w:w="85" w:type="dxa"/>
              <w:bottom w:w="75" w:type="dxa"/>
              <w:right w:w="85" w:type="dxa"/>
            </w:tcMar>
            <w:vAlign w:val="center"/>
          </w:tcPr>
          <w:p w14:paraId="6728779E" w14:textId="77777777" w:rsidR="004A2E0F" w:rsidRPr="00D308F8" w:rsidRDefault="00000000">
            <w:pPr>
              <w:spacing w:after="0" w:line="240" w:lineRule="auto"/>
              <w:jc w:val="center"/>
              <w:rPr>
                <w:noProof/>
                <w:lang w:val="ro-RO"/>
              </w:rPr>
            </w:pPr>
            <w:r w:rsidRPr="00D308F8">
              <w:rPr>
                <w:noProof/>
                <w:sz w:val="17"/>
                <w:lang w:val="ro-RO"/>
              </w:rPr>
              <w:t>[ ]</w:t>
            </w:r>
          </w:p>
        </w:tc>
        <w:tc>
          <w:tcPr>
            <w:tcW w:w="8901" w:type="dxa"/>
            <w:shd w:val="clear" w:color="auto" w:fill="FFFFFF"/>
            <w:tcMar>
              <w:top w:w="75" w:type="dxa"/>
              <w:left w:w="85" w:type="dxa"/>
              <w:bottom w:w="75" w:type="dxa"/>
              <w:right w:w="85" w:type="dxa"/>
            </w:tcMar>
            <w:vAlign w:val="center"/>
          </w:tcPr>
          <w:p w14:paraId="1681C8E9" w14:textId="77777777" w:rsidR="004A2E0F" w:rsidRPr="00D308F8" w:rsidRDefault="00000000">
            <w:pPr>
              <w:spacing w:after="0" w:line="240" w:lineRule="auto"/>
              <w:rPr>
                <w:noProof/>
                <w:lang w:val="ro-RO"/>
              </w:rPr>
            </w:pPr>
            <w:r w:rsidRPr="00D308F8">
              <w:rPr>
                <w:noProof/>
                <w:sz w:val="17"/>
                <w:lang w:val="ro-RO"/>
              </w:rPr>
              <w:t>Baza de referință și domeniul de aplicare sunt cunoscute și comparabile?</w:t>
            </w:r>
          </w:p>
        </w:tc>
      </w:tr>
      <w:tr w:rsidR="004A2E0F" w:rsidRPr="00D308F8" w14:paraId="21754D57" w14:textId="77777777">
        <w:trPr>
          <w:cantSplit/>
          <w:jc w:val="center"/>
        </w:trPr>
        <w:tc>
          <w:tcPr>
            <w:tcW w:w="1020" w:type="dxa"/>
            <w:shd w:val="clear" w:color="auto" w:fill="FAFAFA"/>
            <w:tcMar>
              <w:top w:w="75" w:type="dxa"/>
              <w:left w:w="85" w:type="dxa"/>
              <w:bottom w:w="75" w:type="dxa"/>
              <w:right w:w="85" w:type="dxa"/>
            </w:tcMar>
            <w:vAlign w:val="center"/>
          </w:tcPr>
          <w:p w14:paraId="411AE80A" w14:textId="77777777" w:rsidR="004A2E0F" w:rsidRPr="00D308F8" w:rsidRDefault="00000000">
            <w:pPr>
              <w:spacing w:after="0" w:line="240" w:lineRule="auto"/>
              <w:jc w:val="center"/>
              <w:rPr>
                <w:noProof/>
                <w:lang w:val="ro-RO"/>
              </w:rPr>
            </w:pPr>
            <w:r w:rsidRPr="00D308F8">
              <w:rPr>
                <w:noProof/>
                <w:sz w:val="17"/>
                <w:lang w:val="ro-RO"/>
              </w:rPr>
              <w:t>[ ]</w:t>
            </w:r>
          </w:p>
        </w:tc>
        <w:tc>
          <w:tcPr>
            <w:tcW w:w="8901" w:type="dxa"/>
            <w:shd w:val="clear" w:color="auto" w:fill="FAFAFA"/>
            <w:tcMar>
              <w:top w:w="75" w:type="dxa"/>
              <w:left w:w="85" w:type="dxa"/>
              <w:bottom w:w="75" w:type="dxa"/>
              <w:right w:w="85" w:type="dxa"/>
            </w:tcMar>
            <w:vAlign w:val="center"/>
          </w:tcPr>
          <w:p w14:paraId="404490D7" w14:textId="77777777" w:rsidR="004A2E0F" w:rsidRPr="00D308F8" w:rsidRDefault="00000000">
            <w:pPr>
              <w:spacing w:after="0" w:line="240" w:lineRule="auto"/>
              <w:rPr>
                <w:noProof/>
                <w:lang w:val="ro-RO"/>
              </w:rPr>
            </w:pPr>
            <w:r w:rsidRPr="00D308F8">
              <w:rPr>
                <w:noProof/>
                <w:sz w:val="17"/>
                <w:lang w:val="ro-RO"/>
              </w:rPr>
              <w:t>Ținta este ambițioasă, dar realistă și nu compromite conformitatea sau controlul riscului?</w:t>
            </w:r>
          </w:p>
        </w:tc>
      </w:tr>
      <w:tr w:rsidR="004A2E0F" w:rsidRPr="00D308F8" w14:paraId="39790D91" w14:textId="77777777">
        <w:trPr>
          <w:cantSplit/>
          <w:jc w:val="center"/>
        </w:trPr>
        <w:tc>
          <w:tcPr>
            <w:tcW w:w="1020" w:type="dxa"/>
            <w:shd w:val="clear" w:color="auto" w:fill="FFFFFF"/>
            <w:tcMar>
              <w:top w:w="75" w:type="dxa"/>
              <w:left w:w="85" w:type="dxa"/>
              <w:bottom w:w="75" w:type="dxa"/>
              <w:right w:w="85" w:type="dxa"/>
            </w:tcMar>
            <w:vAlign w:val="center"/>
          </w:tcPr>
          <w:p w14:paraId="2C24D627" w14:textId="77777777" w:rsidR="004A2E0F" w:rsidRPr="00D308F8" w:rsidRDefault="00000000">
            <w:pPr>
              <w:spacing w:after="0" w:line="240" w:lineRule="auto"/>
              <w:jc w:val="center"/>
              <w:rPr>
                <w:noProof/>
                <w:lang w:val="ro-RO"/>
              </w:rPr>
            </w:pPr>
            <w:r w:rsidRPr="00D308F8">
              <w:rPr>
                <w:noProof/>
                <w:sz w:val="17"/>
                <w:lang w:val="ro-RO"/>
              </w:rPr>
              <w:t>[ ]</w:t>
            </w:r>
          </w:p>
        </w:tc>
        <w:tc>
          <w:tcPr>
            <w:tcW w:w="8901" w:type="dxa"/>
            <w:shd w:val="clear" w:color="auto" w:fill="FFFFFF"/>
            <w:tcMar>
              <w:top w:w="75" w:type="dxa"/>
              <w:left w:w="85" w:type="dxa"/>
              <w:bottom w:w="75" w:type="dxa"/>
              <w:right w:w="85" w:type="dxa"/>
            </w:tcMar>
            <w:vAlign w:val="center"/>
          </w:tcPr>
          <w:p w14:paraId="1C385DF4" w14:textId="77777777" w:rsidR="004A2E0F" w:rsidRPr="00D308F8" w:rsidRDefault="00000000">
            <w:pPr>
              <w:spacing w:after="0" w:line="240" w:lineRule="auto"/>
              <w:rPr>
                <w:noProof/>
                <w:lang w:val="ro-RO"/>
              </w:rPr>
            </w:pPr>
            <w:r w:rsidRPr="00D308F8">
              <w:rPr>
                <w:noProof/>
                <w:sz w:val="17"/>
                <w:lang w:val="ro-RO"/>
              </w:rPr>
              <w:t>Planul precizează acțiuni, resurse, responsabilități, termene și criterii de eficacitate?</w:t>
            </w:r>
          </w:p>
        </w:tc>
      </w:tr>
      <w:tr w:rsidR="004A2E0F" w:rsidRPr="00D308F8" w14:paraId="534DCE7A" w14:textId="77777777">
        <w:trPr>
          <w:cantSplit/>
          <w:jc w:val="center"/>
        </w:trPr>
        <w:tc>
          <w:tcPr>
            <w:tcW w:w="1020" w:type="dxa"/>
            <w:shd w:val="clear" w:color="auto" w:fill="FAFAFA"/>
            <w:tcMar>
              <w:top w:w="75" w:type="dxa"/>
              <w:left w:w="85" w:type="dxa"/>
              <w:bottom w:w="75" w:type="dxa"/>
              <w:right w:w="85" w:type="dxa"/>
            </w:tcMar>
            <w:vAlign w:val="center"/>
          </w:tcPr>
          <w:p w14:paraId="740A48CB" w14:textId="77777777" w:rsidR="004A2E0F" w:rsidRPr="00D308F8" w:rsidRDefault="00000000">
            <w:pPr>
              <w:spacing w:after="0" w:line="240" w:lineRule="auto"/>
              <w:jc w:val="center"/>
              <w:rPr>
                <w:noProof/>
                <w:lang w:val="ro-RO"/>
              </w:rPr>
            </w:pPr>
            <w:r w:rsidRPr="00D308F8">
              <w:rPr>
                <w:noProof/>
                <w:sz w:val="17"/>
                <w:lang w:val="ro-RO"/>
              </w:rPr>
              <w:t>[ ]</w:t>
            </w:r>
          </w:p>
        </w:tc>
        <w:tc>
          <w:tcPr>
            <w:tcW w:w="8901" w:type="dxa"/>
            <w:shd w:val="clear" w:color="auto" w:fill="FAFAFA"/>
            <w:tcMar>
              <w:top w:w="75" w:type="dxa"/>
              <w:left w:w="85" w:type="dxa"/>
              <w:bottom w:w="75" w:type="dxa"/>
              <w:right w:w="85" w:type="dxa"/>
            </w:tcMar>
            <w:vAlign w:val="center"/>
          </w:tcPr>
          <w:p w14:paraId="49977AC6" w14:textId="77777777" w:rsidR="004A2E0F" w:rsidRPr="00D308F8" w:rsidRDefault="00000000">
            <w:pPr>
              <w:spacing w:after="0" w:line="240" w:lineRule="auto"/>
              <w:rPr>
                <w:noProof/>
                <w:lang w:val="ro-RO"/>
              </w:rPr>
            </w:pPr>
            <w:r w:rsidRPr="00D308F8">
              <w:rPr>
                <w:noProof/>
                <w:sz w:val="17"/>
                <w:lang w:val="ro-RO"/>
              </w:rPr>
              <w:t>Sunt analizate efectele nedorite, stimulentele greșite și riscurile transferate?</w:t>
            </w:r>
          </w:p>
        </w:tc>
      </w:tr>
    </w:tbl>
    <w:p w14:paraId="6AF70246" w14:textId="77777777" w:rsidR="004A2E0F" w:rsidRPr="00D308F8" w:rsidRDefault="004A2E0F">
      <w:pPr>
        <w:spacing w:after="20"/>
        <w:rPr>
          <w:noProof/>
          <w:lang w:val="ro-RO"/>
        </w:rPr>
      </w:pPr>
    </w:p>
    <w:p w14:paraId="211F1D1C" w14:textId="77777777" w:rsidR="004A2E0F" w:rsidRPr="00D308F8" w:rsidRDefault="00000000">
      <w:pPr>
        <w:pStyle w:val="Heading2"/>
        <w:rPr>
          <w:noProof/>
          <w:lang w:val="ro-RO"/>
        </w:rPr>
      </w:pPr>
      <w:r w:rsidRPr="00D308F8">
        <w:rPr>
          <w:noProof/>
          <w:lang w:val="ro-RO"/>
        </w:rPr>
        <w:t>Roluri recomandate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948"/>
        <w:gridCol w:w="6973"/>
      </w:tblGrid>
      <w:tr w:rsidR="004A2E0F" w:rsidRPr="00D308F8" w14:paraId="308563E0" w14:textId="77777777">
        <w:trPr>
          <w:tblHeader/>
          <w:jc w:val="center"/>
        </w:trPr>
        <w:tc>
          <w:tcPr>
            <w:tcW w:w="2948" w:type="dxa"/>
            <w:shd w:val="clear" w:color="auto" w:fill="D71920"/>
            <w:tcMar>
              <w:top w:w="75" w:type="dxa"/>
              <w:left w:w="85" w:type="dxa"/>
              <w:bottom w:w="75" w:type="dxa"/>
              <w:right w:w="85" w:type="dxa"/>
            </w:tcMar>
            <w:vAlign w:val="center"/>
          </w:tcPr>
          <w:p w14:paraId="41AC8161" w14:textId="77777777" w:rsidR="004A2E0F" w:rsidRPr="00D308F8" w:rsidRDefault="00000000">
            <w:pPr>
              <w:spacing w:after="0" w:line="240" w:lineRule="auto"/>
              <w:jc w:val="center"/>
              <w:rPr>
                <w:noProof/>
                <w:lang w:val="ro-RO"/>
              </w:rPr>
            </w:pPr>
            <w:r w:rsidRPr="00D308F8">
              <w:rPr>
                <w:b/>
                <w:noProof/>
                <w:color w:val="FFFFFF"/>
                <w:sz w:val="15"/>
                <w:lang w:val="ro-RO"/>
              </w:rPr>
              <w:t>ROL</w:t>
            </w:r>
          </w:p>
        </w:tc>
        <w:tc>
          <w:tcPr>
            <w:tcW w:w="6973" w:type="dxa"/>
            <w:shd w:val="clear" w:color="auto" w:fill="D71920"/>
            <w:tcMar>
              <w:top w:w="75" w:type="dxa"/>
              <w:left w:w="85" w:type="dxa"/>
              <w:bottom w:w="75" w:type="dxa"/>
              <w:right w:w="85" w:type="dxa"/>
            </w:tcMar>
            <w:vAlign w:val="center"/>
          </w:tcPr>
          <w:p w14:paraId="11EC47A6" w14:textId="77777777" w:rsidR="004A2E0F" w:rsidRPr="00D308F8" w:rsidRDefault="00000000">
            <w:pPr>
              <w:spacing w:after="0" w:line="240" w:lineRule="auto"/>
              <w:jc w:val="center"/>
              <w:rPr>
                <w:noProof/>
                <w:lang w:val="ro-RO"/>
              </w:rPr>
            </w:pPr>
            <w:r w:rsidRPr="00D308F8">
              <w:rPr>
                <w:b/>
                <w:noProof/>
                <w:color w:val="FFFFFF"/>
                <w:sz w:val="15"/>
                <w:lang w:val="ro-RO"/>
              </w:rPr>
              <w:t>RESPONSABILITATE</w:t>
            </w:r>
          </w:p>
        </w:tc>
      </w:tr>
      <w:tr w:rsidR="004A2E0F" w:rsidRPr="00D308F8" w14:paraId="59F1A34B" w14:textId="77777777">
        <w:trPr>
          <w:cantSplit/>
          <w:jc w:val="center"/>
        </w:trPr>
        <w:tc>
          <w:tcPr>
            <w:tcW w:w="2948" w:type="dxa"/>
            <w:shd w:val="clear" w:color="auto" w:fill="FFFFFF"/>
            <w:tcMar>
              <w:top w:w="75" w:type="dxa"/>
              <w:left w:w="85" w:type="dxa"/>
              <w:bottom w:w="75" w:type="dxa"/>
              <w:right w:w="85" w:type="dxa"/>
            </w:tcMar>
            <w:vAlign w:val="center"/>
          </w:tcPr>
          <w:p w14:paraId="0855678A" w14:textId="77777777" w:rsidR="004A2E0F" w:rsidRPr="00D308F8" w:rsidRDefault="00000000">
            <w:pPr>
              <w:spacing w:after="0" w:line="240" w:lineRule="auto"/>
              <w:rPr>
                <w:noProof/>
                <w:lang w:val="ro-RO"/>
              </w:rPr>
            </w:pPr>
            <w:r w:rsidRPr="00D308F8">
              <w:rPr>
                <w:noProof/>
                <w:sz w:val="15"/>
                <w:lang w:val="ro-RO"/>
              </w:rPr>
              <w:t>Conducerea de vârf</w:t>
            </w:r>
          </w:p>
        </w:tc>
        <w:tc>
          <w:tcPr>
            <w:tcW w:w="6973" w:type="dxa"/>
            <w:shd w:val="clear" w:color="auto" w:fill="FFFFFF"/>
            <w:tcMar>
              <w:top w:w="75" w:type="dxa"/>
              <w:left w:w="85" w:type="dxa"/>
              <w:bottom w:w="75" w:type="dxa"/>
              <w:right w:w="85" w:type="dxa"/>
            </w:tcMar>
            <w:vAlign w:val="center"/>
          </w:tcPr>
          <w:p w14:paraId="4F71C078" w14:textId="77777777" w:rsidR="004A2E0F" w:rsidRPr="00D308F8" w:rsidRDefault="00000000">
            <w:pPr>
              <w:spacing w:after="0" w:line="240" w:lineRule="auto"/>
              <w:rPr>
                <w:noProof/>
                <w:lang w:val="ro-RO"/>
              </w:rPr>
            </w:pPr>
            <w:r w:rsidRPr="00D308F8">
              <w:rPr>
                <w:noProof/>
                <w:sz w:val="15"/>
                <w:lang w:val="ro-RO"/>
              </w:rPr>
              <w:t>Aprobă obiectivele, resursele și deciziile privind conformitatea și riscul.</w:t>
            </w:r>
          </w:p>
        </w:tc>
      </w:tr>
      <w:tr w:rsidR="004A2E0F" w:rsidRPr="00D308F8" w14:paraId="1546D448" w14:textId="77777777">
        <w:trPr>
          <w:cantSplit/>
          <w:jc w:val="center"/>
        </w:trPr>
        <w:tc>
          <w:tcPr>
            <w:tcW w:w="2948" w:type="dxa"/>
            <w:shd w:val="clear" w:color="auto" w:fill="FAFAFA"/>
            <w:tcMar>
              <w:top w:w="75" w:type="dxa"/>
              <w:left w:w="85" w:type="dxa"/>
              <w:bottom w:w="75" w:type="dxa"/>
              <w:right w:w="85" w:type="dxa"/>
            </w:tcMar>
            <w:vAlign w:val="center"/>
          </w:tcPr>
          <w:p w14:paraId="26125D13" w14:textId="77777777" w:rsidR="004A2E0F" w:rsidRPr="00D308F8" w:rsidRDefault="00000000">
            <w:pPr>
              <w:spacing w:after="0" w:line="240" w:lineRule="auto"/>
              <w:rPr>
                <w:noProof/>
                <w:lang w:val="ro-RO"/>
              </w:rPr>
            </w:pPr>
            <w:r w:rsidRPr="00D308F8">
              <w:rPr>
                <w:noProof/>
                <w:sz w:val="15"/>
                <w:lang w:val="ro-RO"/>
              </w:rPr>
              <w:t>Reprezentantul managementului / responsabil QMS</w:t>
            </w:r>
          </w:p>
        </w:tc>
        <w:tc>
          <w:tcPr>
            <w:tcW w:w="6973" w:type="dxa"/>
            <w:shd w:val="clear" w:color="auto" w:fill="FAFAFA"/>
            <w:tcMar>
              <w:top w:w="75" w:type="dxa"/>
              <w:left w:w="85" w:type="dxa"/>
              <w:bottom w:w="75" w:type="dxa"/>
              <w:right w:w="85" w:type="dxa"/>
            </w:tcMar>
            <w:vAlign w:val="center"/>
          </w:tcPr>
          <w:p w14:paraId="298959CD" w14:textId="77777777" w:rsidR="004A2E0F" w:rsidRPr="00D308F8" w:rsidRDefault="00000000">
            <w:pPr>
              <w:spacing w:after="0" w:line="240" w:lineRule="auto"/>
              <w:rPr>
                <w:noProof/>
                <w:lang w:val="ro-RO"/>
              </w:rPr>
            </w:pPr>
            <w:r w:rsidRPr="00D308F8">
              <w:rPr>
                <w:noProof/>
                <w:sz w:val="15"/>
                <w:lang w:val="ro-RO"/>
              </w:rPr>
              <w:t>Coordonează obiectivele, raportarea și analiza eficacității QMS.</w:t>
            </w:r>
          </w:p>
        </w:tc>
      </w:tr>
      <w:tr w:rsidR="004A2E0F" w:rsidRPr="00D308F8" w14:paraId="467EACA9" w14:textId="77777777">
        <w:trPr>
          <w:cantSplit/>
          <w:jc w:val="center"/>
        </w:trPr>
        <w:tc>
          <w:tcPr>
            <w:tcW w:w="2948" w:type="dxa"/>
            <w:shd w:val="clear" w:color="auto" w:fill="FFFFFF"/>
            <w:tcMar>
              <w:top w:w="75" w:type="dxa"/>
              <w:left w:w="85" w:type="dxa"/>
              <w:bottom w:w="75" w:type="dxa"/>
              <w:right w:w="85" w:type="dxa"/>
            </w:tcMar>
            <w:vAlign w:val="center"/>
          </w:tcPr>
          <w:p w14:paraId="594A9A95" w14:textId="77777777" w:rsidR="004A2E0F" w:rsidRPr="00D308F8" w:rsidRDefault="00000000">
            <w:pPr>
              <w:spacing w:after="0" w:line="240" w:lineRule="auto"/>
              <w:rPr>
                <w:noProof/>
                <w:lang w:val="ro-RO"/>
              </w:rPr>
            </w:pPr>
            <w:r w:rsidRPr="00D308F8">
              <w:rPr>
                <w:noProof/>
                <w:sz w:val="15"/>
                <w:lang w:val="ro-RO"/>
              </w:rPr>
              <w:t>Regulatory Affairs</w:t>
            </w:r>
          </w:p>
        </w:tc>
        <w:tc>
          <w:tcPr>
            <w:tcW w:w="6973" w:type="dxa"/>
            <w:shd w:val="clear" w:color="auto" w:fill="FFFFFF"/>
            <w:tcMar>
              <w:top w:w="75" w:type="dxa"/>
              <w:left w:w="85" w:type="dxa"/>
              <w:bottom w:w="75" w:type="dxa"/>
              <w:right w:w="85" w:type="dxa"/>
            </w:tcMar>
            <w:vAlign w:val="center"/>
          </w:tcPr>
          <w:p w14:paraId="1E192A76" w14:textId="77777777" w:rsidR="004A2E0F" w:rsidRPr="00D308F8" w:rsidRDefault="00000000">
            <w:pPr>
              <w:spacing w:after="0" w:line="240" w:lineRule="auto"/>
              <w:rPr>
                <w:noProof/>
                <w:lang w:val="ro-RO"/>
              </w:rPr>
            </w:pPr>
            <w:r w:rsidRPr="00D308F8">
              <w:rPr>
                <w:noProof/>
                <w:sz w:val="15"/>
                <w:lang w:val="ro-RO"/>
              </w:rPr>
              <w:t>Confirmă cerințele piețelor, termenele de raportare și implicațiile de reglementare.</w:t>
            </w:r>
          </w:p>
        </w:tc>
      </w:tr>
      <w:tr w:rsidR="004A2E0F" w:rsidRPr="00D308F8" w14:paraId="29A9F7D4" w14:textId="77777777">
        <w:trPr>
          <w:cantSplit/>
          <w:jc w:val="center"/>
        </w:trPr>
        <w:tc>
          <w:tcPr>
            <w:tcW w:w="2948" w:type="dxa"/>
            <w:shd w:val="clear" w:color="auto" w:fill="FAFAFA"/>
            <w:tcMar>
              <w:top w:w="75" w:type="dxa"/>
              <w:left w:w="85" w:type="dxa"/>
              <w:bottom w:w="75" w:type="dxa"/>
              <w:right w:w="85" w:type="dxa"/>
            </w:tcMar>
            <w:vAlign w:val="center"/>
          </w:tcPr>
          <w:p w14:paraId="04B2A74A" w14:textId="77777777" w:rsidR="004A2E0F" w:rsidRPr="00D308F8" w:rsidRDefault="00000000">
            <w:pPr>
              <w:spacing w:after="0" w:line="240" w:lineRule="auto"/>
              <w:rPr>
                <w:noProof/>
                <w:lang w:val="ro-RO"/>
              </w:rPr>
            </w:pPr>
            <w:r w:rsidRPr="00D308F8">
              <w:rPr>
                <w:noProof/>
                <w:sz w:val="15"/>
                <w:lang w:val="ro-RO"/>
              </w:rPr>
              <w:t>Proprietarul procesului</w:t>
            </w:r>
          </w:p>
        </w:tc>
        <w:tc>
          <w:tcPr>
            <w:tcW w:w="6973" w:type="dxa"/>
            <w:shd w:val="clear" w:color="auto" w:fill="FAFAFA"/>
            <w:tcMar>
              <w:top w:w="75" w:type="dxa"/>
              <w:left w:w="85" w:type="dxa"/>
              <w:bottom w:w="75" w:type="dxa"/>
              <w:right w:w="85" w:type="dxa"/>
            </w:tcMar>
            <w:vAlign w:val="center"/>
          </w:tcPr>
          <w:p w14:paraId="54C877D5" w14:textId="77777777" w:rsidR="004A2E0F" w:rsidRPr="00D308F8" w:rsidRDefault="00000000">
            <w:pPr>
              <w:spacing w:after="0" w:line="240" w:lineRule="auto"/>
              <w:rPr>
                <w:noProof/>
                <w:lang w:val="ro-RO"/>
              </w:rPr>
            </w:pPr>
            <w:r w:rsidRPr="00D308F8">
              <w:rPr>
                <w:noProof/>
                <w:sz w:val="15"/>
                <w:lang w:val="ro-RO"/>
              </w:rPr>
              <w:t>Implementează acțiunile și menține controlul procesului și înregistrările.</w:t>
            </w:r>
          </w:p>
        </w:tc>
      </w:tr>
      <w:tr w:rsidR="004A2E0F" w:rsidRPr="00D308F8" w14:paraId="536FE60F" w14:textId="77777777">
        <w:trPr>
          <w:cantSplit/>
          <w:jc w:val="center"/>
        </w:trPr>
        <w:tc>
          <w:tcPr>
            <w:tcW w:w="2948" w:type="dxa"/>
            <w:shd w:val="clear" w:color="auto" w:fill="FFFFFF"/>
            <w:tcMar>
              <w:top w:w="75" w:type="dxa"/>
              <w:left w:w="85" w:type="dxa"/>
              <w:bottom w:w="75" w:type="dxa"/>
              <w:right w:w="85" w:type="dxa"/>
            </w:tcMar>
            <w:vAlign w:val="center"/>
          </w:tcPr>
          <w:p w14:paraId="7895447F" w14:textId="77777777" w:rsidR="004A2E0F" w:rsidRPr="00D308F8" w:rsidRDefault="00000000">
            <w:pPr>
              <w:spacing w:after="0" w:line="240" w:lineRule="auto"/>
              <w:rPr>
                <w:noProof/>
                <w:lang w:val="ro-RO"/>
              </w:rPr>
            </w:pPr>
            <w:r w:rsidRPr="00D308F8">
              <w:rPr>
                <w:noProof/>
                <w:sz w:val="15"/>
                <w:lang w:val="ro-RO"/>
              </w:rPr>
              <w:t>Managementul riscului / proiectare / medical</w:t>
            </w:r>
          </w:p>
        </w:tc>
        <w:tc>
          <w:tcPr>
            <w:tcW w:w="6973" w:type="dxa"/>
            <w:shd w:val="clear" w:color="auto" w:fill="FFFFFF"/>
            <w:tcMar>
              <w:top w:w="75" w:type="dxa"/>
              <w:left w:w="85" w:type="dxa"/>
              <w:bottom w:w="75" w:type="dxa"/>
              <w:right w:w="85" w:type="dxa"/>
            </w:tcMar>
            <w:vAlign w:val="center"/>
          </w:tcPr>
          <w:p w14:paraId="1171BD17" w14:textId="77777777" w:rsidR="004A2E0F" w:rsidRPr="00D308F8" w:rsidRDefault="00000000">
            <w:pPr>
              <w:spacing w:after="0" w:line="240" w:lineRule="auto"/>
              <w:rPr>
                <w:noProof/>
                <w:lang w:val="ro-RO"/>
              </w:rPr>
            </w:pPr>
            <w:r w:rsidRPr="00D308F8">
              <w:rPr>
                <w:noProof/>
                <w:sz w:val="15"/>
                <w:lang w:val="ro-RO"/>
              </w:rPr>
              <w:t>Evaluează efectul asupra siguranței, performanței și riscului rezidual.</w:t>
            </w:r>
          </w:p>
        </w:tc>
      </w:tr>
      <w:tr w:rsidR="004A2E0F" w:rsidRPr="00D308F8" w14:paraId="44EACC9E" w14:textId="77777777">
        <w:trPr>
          <w:cantSplit/>
          <w:jc w:val="center"/>
        </w:trPr>
        <w:tc>
          <w:tcPr>
            <w:tcW w:w="2948" w:type="dxa"/>
            <w:shd w:val="clear" w:color="auto" w:fill="FAFAFA"/>
            <w:tcMar>
              <w:top w:w="75" w:type="dxa"/>
              <w:left w:w="85" w:type="dxa"/>
              <w:bottom w:w="75" w:type="dxa"/>
              <w:right w:w="85" w:type="dxa"/>
            </w:tcMar>
            <w:vAlign w:val="center"/>
          </w:tcPr>
          <w:p w14:paraId="06D9AAF7" w14:textId="77777777" w:rsidR="004A2E0F" w:rsidRPr="00D308F8" w:rsidRDefault="00000000">
            <w:pPr>
              <w:spacing w:after="0" w:line="240" w:lineRule="auto"/>
              <w:rPr>
                <w:noProof/>
                <w:lang w:val="ro-RO"/>
              </w:rPr>
            </w:pPr>
            <w:r w:rsidRPr="00D308F8">
              <w:rPr>
                <w:noProof/>
                <w:sz w:val="15"/>
                <w:lang w:val="ro-RO"/>
              </w:rPr>
              <w:t>Calitate / date / validare</w:t>
            </w:r>
          </w:p>
        </w:tc>
        <w:tc>
          <w:tcPr>
            <w:tcW w:w="6973" w:type="dxa"/>
            <w:shd w:val="clear" w:color="auto" w:fill="FAFAFA"/>
            <w:tcMar>
              <w:top w:w="75" w:type="dxa"/>
              <w:left w:w="85" w:type="dxa"/>
              <w:bottom w:w="75" w:type="dxa"/>
              <w:right w:w="85" w:type="dxa"/>
            </w:tcMar>
            <w:vAlign w:val="center"/>
          </w:tcPr>
          <w:p w14:paraId="67806D37" w14:textId="77777777" w:rsidR="004A2E0F" w:rsidRPr="00D308F8" w:rsidRDefault="00000000">
            <w:pPr>
              <w:spacing w:after="0" w:line="240" w:lineRule="auto"/>
              <w:rPr>
                <w:noProof/>
                <w:lang w:val="ro-RO"/>
              </w:rPr>
            </w:pPr>
            <w:r w:rsidRPr="00D308F8">
              <w:rPr>
                <w:noProof/>
                <w:sz w:val="15"/>
                <w:lang w:val="ro-RO"/>
              </w:rPr>
              <w:t>Asigură definiția indicatorilor, integritatea datelor și verificarea eficacității.</w:t>
            </w:r>
          </w:p>
        </w:tc>
      </w:tr>
    </w:tbl>
    <w:p w14:paraId="7EB8A9FA" w14:textId="77777777" w:rsidR="004A2E0F" w:rsidRPr="00D308F8" w:rsidRDefault="004A2E0F">
      <w:pPr>
        <w:spacing w:after="20"/>
        <w:rPr>
          <w:noProof/>
          <w:lang w:val="ro-RO"/>
        </w:rPr>
      </w:pPr>
    </w:p>
    <w:p w14:paraId="0D5DE132" w14:textId="77777777" w:rsidR="004A2E0F" w:rsidRPr="00D308F8" w:rsidRDefault="00000000">
      <w:pPr>
        <w:pStyle w:val="Heading2"/>
        <w:rPr>
          <w:noProof/>
          <w:lang w:val="ro-RO"/>
        </w:rPr>
      </w:pPr>
      <w:r w:rsidRPr="00D308F8">
        <w:rPr>
          <w:noProof/>
          <w:lang w:val="ro-RO"/>
        </w:rPr>
        <w:t>Aprobarea setului anual de obiective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84"/>
        <w:gridCol w:w="3969"/>
        <w:gridCol w:w="1417"/>
        <w:gridCol w:w="2551"/>
      </w:tblGrid>
      <w:tr w:rsidR="004A2E0F" w:rsidRPr="00D308F8" w14:paraId="4079171B" w14:textId="77777777">
        <w:trPr>
          <w:tblHeader/>
          <w:jc w:val="center"/>
        </w:trPr>
        <w:tc>
          <w:tcPr>
            <w:tcW w:w="1984" w:type="dxa"/>
            <w:shd w:val="clear" w:color="auto" w:fill="D71920"/>
            <w:tcMar>
              <w:top w:w="75" w:type="dxa"/>
              <w:left w:w="85" w:type="dxa"/>
              <w:bottom w:w="75" w:type="dxa"/>
              <w:right w:w="85" w:type="dxa"/>
            </w:tcMar>
            <w:vAlign w:val="center"/>
          </w:tcPr>
          <w:p w14:paraId="6594FAED" w14:textId="77777777" w:rsidR="004A2E0F" w:rsidRPr="00D308F8" w:rsidRDefault="00000000">
            <w:pPr>
              <w:spacing w:after="0" w:line="240" w:lineRule="auto"/>
              <w:jc w:val="center"/>
              <w:rPr>
                <w:noProof/>
                <w:lang w:val="ro-RO"/>
              </w:rPr>
            </w:pPr>
            <w:r w:rsidRPr="00D308F8">
              <w:rPr>
                <w:b/>
                <w:noProof/>
                <w:color w:val="FFFFFF"/>
                <w:sz w:val="15"/>
                <w:lang w:val="ro-RO"/>
              </w:rPr>
              <w:t>ROL</w:t>
            </w:r>
          </w:p>
        </w:tc>
        <w:tc>
          <w:tcPr>
            <w:tcW w:w="3969" w:type="dxa"/>
            <w:shd w:val="clear" w:color="auto" w:fill="D71920"/>
            <w:tcMar>
              <w:top w:w="75" w:type="dxa"/>
              <w:left w:w="85" w:type="dxa"/>
              <w:bottom w:w="75" w:type="dxa"/>
              <w:right w:w="85" w:type="dxa"/>
            </w:tcMar>
            <w:vAlign w:val="center"/>
          </w:tcPr>
          <w:p w14:paraId="1F6B460B" w14:textId="77777777" w:rsidR="004A2E0F" w:rsidRPr="00D308F8" w:rsidRDefault="00000000">
            <w:pPr>
              <w:spacing w:after="0" w:line="240" w:lineRule="auto"/>
              <w:jc w:val="center"/>
              <w:rPr>
                <w:noProof/>
                <w:lang w:val="ro-RO"/>
              </w:rPr>
            </w:pPr>
            <w:r w:rsidRPr="00D308F8">
              <w:rPr>
                <w:b/>
                <w:noProof/>
                <w:color w:val="FFFFFF"/>
                <w:sz w:val="15"/>
                <w:lang w:val="ro-RO"/>
              </w:rPr>
              <w:t>NUME / SEMNĂTURĂ</w:t>
            </w:r>
          </w:p>
        </w:tc>
        <w:tc>
          <w:tcPr>
            <w:tcW w:w="1417" w:type="dxa"/>
            <w:shd w:val="clear" w:color="auto" w:fill="D71920"/>
            <w:tcMar>
              <w:top w:w="75" w:type="dxa"/>
              <w:left w:w="85" w:type="dxa"/>
              <w:bottom w:w="75" w:type="dxa"/>
              <w:right w:w="85" w:type="dxa"/>
            </w:tcMar>
            <w:vAlign w:val="center"/>
          </w:tcPr>
          <w:p w14:paraId="716AD5B5" w14:textId="77777777" w:rsidR="004A2E0F" w:rsidRPr="00D308F8" w:rsidRDefault="00000000">
            <w:pPr>
              <w:spacing w:after="0" w:line="240" w:lineRule="auto"/>
              <w:jc w:val="center"/>
              <w:rPr>
                <w:noProof/>
                <w:lang w:val="ro-RO"/>
              </w:rPr>
            </w:pPr>
            <w:r w:rsidRPr="00D308F8">
              <w:rPr>
                <w:b/>
                <w:noProof/>
                <w:color w:val="FFFFFF"/>
                <w:sz w:val="15"/>
                <w:lang w:val="ro-RO"/>
              </w:rPr>
              <w:t>CÂMP</w:t>
            </w:r>
          </w:p>
        </w:tc>
        <w:tc>
          <w:tcPr>
            <w:tcW w:w="2551" w:type="dxa"/>
            <w:shd w:val="clear" w:color="auto" w:fill="D71920"/>
            <w:tcMar>
              <w:top w:w="75" w:type="dxa"/>
              <w:left w:w="85" w:type="dxa"/>
              <w:bottom w:w="75" w:type="dxa"/>
              <w:right w:w="85" w:type="dxa"/>
            </w:tcMar>
            <w:vAlign w:val="center"/>
          </w:tcPr>
          <w:p w14:paraId="2A95660F" w14:textId="77777777" w:rsidR="004A2E0F" w:rsidRPr="00D308F8" w:rsidRDefault="00000000">
            <w:pPr>
              <w:spacing w:after="0" w:line="240" w:lineRule="auto"/>
              <w:jc w:val="center"/>
              <w:rPr>
                <w:noProof/>
                <w:lang w:val="ro-RO"/>
              </w:rPr>
            </w:pPr>
            <w:r w:rsidRPr="00D308F8">
              <w:rPr>
                <w:b/>
                <w:noProof/>
                <w:color w:val="FFFFFF"/>
                <w:sz w:val="15"/>
                <w:lang w:val="ro-RO"/>
              </w:rPr>
              <w:t>COMPLETARE</w:t>
            </w:r>
          </w:p>
        </w:tc>
      </w:tr>
      <w:tr w:rsidR="004A2E0F" w:rsidRPr="00D308F8" w14:paraId="701C74E8" w14:textId="77777777">
        <w:trPr>
          <w:cantSplit/>
          <w:jc w:val="center"/>
        </w:trPr>
        <w:tc>
          <w:tcPr>
            <w:tcW w:w="1984" w:type="dxa"/>
            <w:shd w:val="clear" w:color="auto" w:fill="FFFFFF"/>
            <w:tcMar>
              <w:top w:w="75" w:type="dxa"/>
              <w:left w:w="85" w:type="dxa"/>
              <w:bottom w:w="75" w:type="dxa"/>
              <w:right w:w="85" w:type="dxa"/>
            </w:tcMar>
            <w:vAlign w:val="center"/>
          </w:tcPr>
          <w:p w14:paraId="00782F7E" w14:textId="77777777" w:rsidR="004A2E0F" w:rsidRPr="00D308F8" w:rsidRDefault="00000000">
            <w:pPr>
              <w:spacing w:after="0" w:line="240" w:lineRule="auto"/>
              <w:rPr>
                <w:noProof/>
                <w:lang w:val="ro-RO"/>
              </w:rPr>
            </w:pPr>
            <w:r w:rsidRPr="00D308F8">
              <w:rPr>
                <w:noProof/>
                <w:sz w:val="16"/>
                <w:lang w:val="ro-RO"/>
              </w:rPr>
              <w:t>Propus de</w:t>
            </w:r>
          </w:p>
        </w:tc>
        <w:tc>
          <w:tcPr>
            <w:tcW w:w="3969" w:type="dxa"/>
            <w:shd w:val="clear" w:color="auto" w:fill="FFFFFF"/>
            <w:tcMar>
              <w:top w:w="75" w:type="dxa"/>
              <w:left w:w="85" w:type="dxa"/>
              <w:bottom w:w="75" w:type="dxa"/>
              <w:right w:w="85" w:type="dxa"/>
            </w:tcMar>
            <w:vAlign w:val="center"/>
          </w:tcPr>
          <w:p w14:paraId="1DC2AF98" w14:textId="77777777" w:rsidR="004A2E0F" w:rsidRPr="00D308F8" w:rsidRDefault="00000000">
            <w:pPr>
              <w:spacing w:after="0" w:line="240" w:lineRule="auto"/>
              <w:rPr>
                <w:noProof/>
                <w:lang w:val="ro-RO"/>
              </w:rPr>
            </w:pPr>
            <w:r w:rsidRPr="00D308F8">
              <w:rPr>
                <w:noProof/>
                <w:sz w:val="16"/>
                <w:lang w:val="ro-RO"/>
              </w:rPr>
              <w:t>________________________</w:t>
            </w:r>
          </w:p>
        </w:tc>
        <w:tc>
          <w:tcPr>
            <w:tcW w:w="1417" w:type="dxa"/>
            <w:shd w:val="clear" w:color="auto" w:fill="FFFFFF"/>
            <w:tcMar>
              <w:top w:w="75" w:type="dxa"/>
              <w:left w:w="85" w:type="dxa"/>
              <w:bottom w:w="75" w:type="dxa"/>
              <w:right w:w="85" w:type="dxa"/>
            </w:tcMar>
            <w:vAlign w:val="center"/>
          </w:tcPr>
          <w:p w14:paraId="50D72440" w14:textId="77777777" w:rsidR="004A2E0F" w:rsidRPr="00D308F8" w:rsidRDefault="00000000">
            <w:pPr>
              <w:spacing w:after="0" w:line="240" w:lineRule="auto"/>
              <w:rPr>
                <w:noProof/>
                <w:lang w:val="ro-RO"/>
              </w:rPr>
            </w:pPr>
            <w:r w:rsidRPr="00D308F8">
              <w:rPr>
                <w:noProof/>
                <w:sz w:val="16"/>
                <w:lang w:val="ro-RO"/>
              </w:rPr>
              <w:t>Data</w:t>
            </w:r>
          </w:p>
        </w:tc>
        <w:tc>
          <w:tcPr>
            <w:tcW w:w="2551" w:type="dxa"/>
            <w:shd w:val="clear" w:color="auto" w:fill="FFFFFF"/>
            <w:tcMar>
              <w:top w:w="75" w:type="dxa"/>
              <w:left w:w="85" w:type="dxa"/>
              <w:bottom w:w="75" w:type="dxa"/>
              <w:right w:w="85" w:type="dxa"/>
            </w:tcMar>
            <w:vAlign w:val="center"/>
          </w:tcPr>
          <w:p w14:paraId="68967BE8" w14:textId="77777777" w:rsidR="004A2E0F" w:rsidRPr="00D308F8" w:rsidRDefault="00000000">
            <w:pPr>
              <w:spacing w:after="0" w:line="240" w:lineRule="auto"/>
              <w:rPr>
                <w:noProof/>
                <w:lang w:val="ro-RO"/>
              </w:rPr>
            </w:pPr>
            <w:r w:rsidRPr="00D308F8">
              <w:rPr>
                <w:noProof/>
                <w:sz w:val="16"/>
                <w:lang w:val="ro-RO"/>
              </w:rPr>
              <w:t>____________</w:t>
            </w:r>
          </w:p>
        </w:tc>
      </w:tr>
      <w:tr w:rsidR="004A2E0F" w:rsidRPr="00D308F8" w14:paraId="69AD364D" w14:textId="77777777">
        <w:trPr>
          <w:cantSplit/>
          <w:jc w:val="center"/>
        </w:trPr>
        <w:tc>
          <w:tcPr>
            <w:tcW w:w="1984" w:type="dxa"/>
            <w:shd w:val="clear" w:color="auto" w:fill="FAFAFA"/>
            <w:tcMar>
              <w:top w:w="75" w:type="dxa"/>
              <w:left w:w="85" w:type="dxa"/>
              <w:bottom w:w="75" w:type="dxa"/>
              <w:right w:w="85" w:type="dxa"/>
            </w:tcMar>
            <w:vAlign w:val="center"/>
          </w:tcPr>
          <w:p w14:paraId="0EBDCB44" w14:textId="77777777" w:rsidR="004A2E0F" w:rsidRPr="00D308F8" w:rsidRDefault="00000000">
            <w:pPr>
              <w:spacing w:after="0" w:line="240" w:lineRule="auto"/>
              <w:rPr>
                <w:noProof/>
                <w:lang w:val="ro-RO"/>
              </w:rPr>
            </w:pPr>
            <w:r w:rsidRPr="00D308F8">
              <w:rPr>
                <w:noProof/>
                <w:sz w:val="16"/>
                <w:lang w:val="ro-RO"/>
              </w:rPr>
              <w:t>Revizuit de</w:t>
            </w:r>
          </w:p>
        </w:tc>
        <w:tc>
          <w:tcPr>
            <w:tcW w:w="3969" w:type="dxa"/>
            <w:shd w:val="clear" w:color="auto" w:fill="FAFAFA"/>
            <w:tcMar>
              <w:top w:w="75" w:type="dxa"/>
              <w:left w:w="85" w:type="dxa"/>
              <w:bottom w:w="75" w:type="dxa"/>
              <w:right w:w="85" w:type="dxa"/>
            </w:tcMar>
            <w:vAlign w:val="center"/>
          </w:tcPr>
          <w:p w14:paraId="222BA13C" w14:textId="77777777" w:rsidR="004A2E0F" w:rsidRPr="00D308F8" w:rsidRDefault="00000000">
            <w:pPr>
              <w:spacing w:after="0" w:line="240" w:lineRule="auto"/>
              <w:rPr>
                <w:noProof/>
                <w:lang w:val="ro-RO"/>
              </w:rPr>
            </w:pPr>
            <w:r w:rsidRPr="00D308F8">
              <w:rPr>
                <w:noProof/>
                <w:sz w:val="16"/>
                <w:lang w:val="ro-RO"/>
              </w:rPr>
              <w:t>________________________</w:t>
            </w:r>
          </w:p>
        </w:tc>
        <w:tc>
          <w:tcPr>
            <w:tcW w:w="1417" w:type="dxa"/>
            <w:shd w:val="clear" w:color="auto" w:fill="FAFAFA"/>
            <w:tcMar>
              <w:top w:w="75" w:type="dxa"/>
              <w:left w:w="85" w:type="dxa"/>
              <w:bottom w:w="75" w:type="dxa"/>
              <w:right w:w="85" w:type="dxa"/>
            </w:tcMar>
            <w:vAlign w:val="center"/>
          </w:tcPr>
          <w:p w14:paraId="7ED530BE" w14:textId="77777777" w:rsidR="004A2E0F" w:rsidRPr="00D308F8" w:rsidRDefault="00000000">
            <w:pPr>
              <w:spacing w:after="0" w:line="240" w:lineRule="auto"/>
              <w:rPr>
                <w:noProof/>
                <w:lang w:val="ro-RO"/>
              </w:rPr>
            </w:pPr>
            <w:r w:rsidRPr="00D308F8">
              <w:rPr>
                <w:noProof/>
                <w:sz w:val="16"/>
                <w:lang w:val="ro-RO"/>
              </w:rPr>
              <w:t>Data</w:t>
            </w:r>
          </w:p>
        </w:tc>
        <w:tc>
          <w:tcPr>
            <w:tcW w:w="2551" w:type="dxa"/>
            <w:shd w:val="clear" w:color="auto" w:fill="FAFAFA"/>
            <w:tcMar>
              <w:top w:w="75" w:type="dxa"/>
              <w:left w:w="85" w:type="dxa"/>
              <w:bottom w:w="75" w:type="dxa"/>
              <w:right w:w="85" w:type="dxa"/>
            </w:tcMar>
            <w:vAlign w:val="center"/>
          </w:tcPr>
          <w:p w14:paraId="53BBE0D5" w14:textId="77777777" w:rsidR="004A2E0F" w:rsidRPr="00D308F8" w:rsidRDefault="00000000">
            <w:pPr>
              <w:spacing w:after="0" w:line="240" w:lineRule="auto"/>
              <w:rPr>
                <w:noProof/>
                <w:lang w:val="ro-RO"/>
              </w:rPr>
            </w:pPr>
            <w:r w:rsidRPr="00D308F8">
              <w:rPr>
                <w:noProof/>
                <w:sz w:val="16"/>
                <w:lang w:val="ro-RO"/>
              </w:rPr>
              <w:t>____________</w:t>
            </w:r>
          </w:p>
        </w:tc>
      </w:tr>
      <w:tr w:rsidR="004A2E0F" w:rsidRPr="00D308F8" w14:paraId="59202084" w14:textId="77777777">
        <w:trPr>
          <w:cantSplit/>
          <w:jc w:val="center"/>
        </w:trPr>
        <w:tc>
          <w:tcPr>
            <w:tcW w:w="1984" w:type="dxa"/>
            <w:shd w:val="clear" w:color="auto" w:fill="FFFFFF"/>
            <w:tcMar>
              <w:top w:w="75" w:type="dxa"/>
              <w:left w:w="85" w:type="dxa"/>
              <w:bottom w:w="75" w:type="dxa"/>
              <w:right w:w="85" w:type="dxa"/>
            </w:tcMar>
            <w:vAlign w:val="center"/>
          </w:tcPr>
          <w:p w14:paraId="35090988" w14:textId="77777777" w:rsidR="004A2E0F" w:rsidRPr="00D308F8" w:rsidRDefault="00000000">
            <w:pPr>
              <w:spacing w:after="0" w:line="240" w:lineRule="auto"/>
              <w:rPr>
                <w:noProof/>
                <w:lang w:val="ro-RO"/>
              </w:rPr>
            </w:pPr>
            <w:r w:rsidRPr="00D308F8">
              <w:rPr>
                <w:noProof/>
                <w:sz w:val="16"/>
                <w:lang w:val="ro-RO"/>
              </w:rPr>
              <w:t>Aprobat de</w:t>
            </w:r>
          </w:p>
        </w:tc>
        <w:tc>
          <w:tcPr>
            <w:tcW w:w="3969" w:type="dxa"/>
            <w:shd w:val="clear" w:color="auto" w:fill="FFFFFF"/>
            <w:tcMar>
              <w:top w:w="75" w:type="dxa"/>
              <w:left w:w="85" w:type="dxa"/>
              <w:bottom w:w="75" w:type="dxa"/>
              <w:right w:w="85" w:type="dxa"/>
            </w:tcMar>
            <w:vAlign w:val="center"/>
          </w:tcPr>
          <w:p w14:paraId="36BF6CEA" w14:textId="77777777" w:rsidR="004A2E0F" w:rsidRPr="00D308F8" w:rsidRDefault="00000000">
            <w:pPr>
              <w:spacing w:after="0" w:line="240" w:lineRule="auto"/>
              <w:rPr>
                <w:noProof/>
                <w:lang w:val="ro-RO"/>
              </w:rPr>
            </w:pPr>
            <w:r w:rsidRPr="00D308F8">
              <w:rPr>
                <w:noProof/>
                <w:sz w:val="16"/>
                <w:lang w:val="ro-RO"/>
              </w:rPr>
              <w:t>________________________</w:t>
            </w:r>
          </w:p>
        </w:tc>
        <w:tc>
          <w:tcPr>
            <w:tcW w:w="1417" w:type="dxa"/>
            <w:shd w:val="clear" w:color="auto" w:fill="FFFFFF"/>
            <w:tcMar>
              <w:top w:w="75" w:type="dxa"/>
              <w:left w:w="85" w:type="dxa"/>
              <w:bottom w:w="75" w:type="dxa"/>
              <w:right w:w="85" w:type="dxa"/>
            </w:tcMar>
            <w:vAlign w:val="center"/>
          </w:tcPr>
          <w:p w14:paraId="68C223EC" w14:textId="77777777" w:rsidR="004A2E0F" w:rsidRPr="00D308F8" w:rsidRDefault="00000000">
            <w:pPr>
              <w:spacing w:after="0" w:line="240" w:lineRule="auto"/>
              <w:rPr>
                <w:noProof/>
                <w:lang w:val="ro-RO"/>
              </w:rPr>
            </w:pPr>
            <w:r w:rsidRPr="00D308F8">
              <w:rPr>
                <w:noProof/>
                <w:sz w:val="16"/>
                <w:lang w:val="ro-RO"/>
              </w:rPr>
              <w:t>Data</w:t>
            </w:r>
          </w:p>
        </w:tc>
        <w:tc>
          <w:tcPr>
            <w:tcW w:w="2551" w:type="dxa"/>
            <w:shd w:val="clear" w:color="auto" w:fill="FFFFFF"/>
            <w:tcMar>
              <w:top w:w="75" w:type="dxa"/>
              <w:left w:w="85" w:type="dxa"/>
              <w:bottom w:w="75" w:type="dxa"/>
              <w:right w:w="85" w:type="dxa"/>
            </w:tcMar>
            <w:vAlign w:val="center"/>
          </w:tcPr>
          <w:p w14:paraId="7AE9098B" w14:textId="77777777" w:rsidR="004A2E0F" w:rsidRPr="00D308F8" w:rsidRDefault="00000000">
            <w:pPr>
              <w:spacing w:after="0" w:line="240" w:lineRule="auto"/>
              <w:rPr>
                <w:noProof/>
                <w:lang w:val="ro-RO"/>
              </w:rPr>
            </w:pPr>
            <w:r w:rsidRPr="00D308F8">
              <w:rPr>
                <w:noProof/>
                <w:sz w:val="16"/>
                <w:lang w:val="ro-RO"/>
              </w:rPr>
              <w:t>____________</w:t>
            </w:r>
          </w:p>
        </w:tc>
      </w:tr>
    </w:tbl>
    <w:p w14:paraId="408C4E15" w14:textId="77777777" w:rsidR="004A2E0F" w:rsidRPr="00D308F8" w:rsidRDefault="004A2E0F">
      <w:pPr>
        <w:spacing w:after="20"/>
        <w:rPr>
          <w:noProof/>
          <w:lang w:val="ro-RO"/>
        </w:rPr>
      </w:pPr>
    </w:p>
    <w:p w14:paraId="619C4535" w14:textId="77777777" w:rsidR="004A2E0F" w:rsidRPr="00D308F8" w:rsidRDefault="00000000">
      <w:pPr>
        <w:rPr>
          <w:noProof/>
          <w:lang w:val="ro-RO"/>
        </w:rPr>
      </w:pPr>
      <w:r w:rsidRPr="00D308F8">
        <w:rPr>
          <w:noProof/>
          <w:lang w:val="ro-RO"/>
        </w:rPr>
        <w:br w:type="page"/>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4A2E0F" w:rsidRPr="00D308F8" w14:paraId="4402CE98" w14:textId="77777777">
        <w:trPr>
          <w:jc w:val="center"/>
        </w:trPr>
        <w:tc>
          <w:tcPr>
            <w:tcW w:w="1020" w:type="dxa"/>
            <w:shd w:val="clear" w:color="auto" w:fill="D71920"/>
            <w:tcMar>
              <w:top w:w="75" w:type="dxa"/>
              <w:left w:w="85" w:type="dxa"/>
              <w:bottom w:w="75" w:type="dxa"/>
              <w:right w:w="85" w:type="dxa"/>
            </w:tcMar>
            <w:vAlign w:val="center"/>
          </w:tcPr>
          <w:p w14:paraId="4317EA54" w14:textId="77777777" w:rsidR="004A2E0F" w:rsidRPr="00D308F8" w:rsidRDefault="00000000">
            <w:pPr>
              <w:spacing w:after="0" w:line="240" w:lineRule="auto"/>
              <w:jc w:val="center"/>
              <w:rPr>
                <w:noProof/>
                <w:lang w:val="ro-RO"/>
              </w:rPr>
            </w:pPr>
            <w:r w:rsidRPr="00D308F8">
              <w:rPr>
                <w:b/>
                <w:noProof/>
                <w:color w:val="FFFFFF"/>
                <w:sz w:val="34"/>
                <w:lang w:val="ro-RO"/>
              </w:rPr>
              <w:lastRenderedPageBreak/>
              <w:t>3</w:t>
            </w:r>
          </w:p>
        </w:tc>
        <w:tc>
          <w:tcPr>
            <w:tcW w:w="8901" w:type="dxa"/>
            <w:shd w:val="clear" w:color="auto" w:fill="F3F4F5"/>
          </w:tcPr>
          <w:p w14:paraId="07857DD3" w14:textId="77777777" w:rsidR="004A2E0F" w:rsidRPr="00D308F8" w:rsidRDefault="00000000">
            <w:pPr>
              <w:spacing w:after="20"/>
              <w:rPr>
                <w:noProof/>
                <w:lang w:val="ro-RO"/>
              </w:rPr>
            </w:pPr>
            <w:r w:rsidRPr="00D308F8">
              <w:rPr>
                <w:b/>
                <w:noProof/>
                <w:sz w:val="28"/>
                <w:lang w:val="ro-RO"/>
              </w:rPr>
              <w:t>Registrul anual al obiectivelor</w:t>
            </w:r>
          </w:p>
          <w:p w14:paraId="2738AAF2" w14:textId="77777777" w:rsidR="004A2E0F" w:rsidRPr="00D308F8" w:rsidRDefault="00000000">
            <w:pPr>
              <w:spacing w:after="0"/>
              <w:rPr>
                <w:noProof/>
                <w:lang w:val="ro-RO"/>
              </w:rPr>
            </w:pPr>
            <w:r w:rsidRPr="00D308F8">
              <w:rPr>
                <w:noProof/>
                <w:color w:val="666666"/>
                <w:sz w:val="16"/>
                <w:lang w:val="ro-RO"/>
              </w:rPr>
              <w:t>Centralizați obiectivele aprobate și statusul lor într-o singură imagine de management</w:t>
            </w:r>
          </w:p>
        </w:tc>
      </w:tr>
    </w:tbl>
    <w:p w14:paraId="3ABC7E67" w14:textId="77777777" w:rsidR="004A2E0F" w:rsidRPr="00D308F8" w:rsidRDefault="004A2E0F">
      <w:pPr>
        <w:spacing w:after="0"/>
        <w:rPr>
          <w:noProof/>
          <w:lang w:val="ro-RO"/>
        </w:rPr>
      </w:pPr>
    </w:p>
    <w:p w14:paraId="6C49FF72" w14:textId="77777777" w:rsidR="004A2E0F" w:rsidRPr="00D308F8" w:rsidRDefault="00000000">
      <w:pPr>
        <w:spacing w:line="259" w:lineRule="auto"/>
        <w:rPr>
          <w:noProof/>
          <w:lang w:val="ro-RO"/>
        </w:rPr>
      </w:pPr>
      <w:r w:rsidRPr="00D308F8">
        <w:rPr>
          <w:noProof/>
          <w:lang w:val="ro-RO"/>
        </w:rPr>
        <w:t>Completați aceeași identificare în ambele tabele. Pentru obiectivele complexe, utilizați și Fișa individuală din secțiunea 5.</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680"/>
        <w:gridCol w:w="2438"/>
        <w:gridCol w:w="2098"/>
        <w:gridCol w:w="964"/>
        <w:gridCol w:w="964"/>
        <w:gridCol w:w="1134"/>
        <w:gridCol w:w="1644"/>
      </w:tblGrid>
      <w:tr w:rsidR="004A2E0F" w:rsidRPr="00D308F8" w14:paraId="0059A8A8" w14:textId="77777777">
        <w:trPr>
          <w:tblHeader/>
          <w:jc w:val="center"/>
        </w:trPr>
        <w:tc>
          <w:tcPr>
            <w:tcW w:w="680" w:type="dxa"/>
            <w:shd w:val="clear" w:color="auto" w:fill="D71920"/>
            <w:tcMar>
              <w:top w:w="75" w:type="dxa"/>
              <w:left w:w="85" w:type="dxa"/>
              <w:bottom w:w="75" w:type="dxa"/>
              <w:right w:w="85" w:type="dxa"/>
            </w:tcMar>
            <w:vAlign w:val="center"/>
          </w:tcPr>
          <w:p w14:paraId="6DD9A3EF" w14:textId="77777777" w:rsidR="004A2E0F" w:rsidRPr="00D308F8" w:rsidRDefault="00000000">
            <w:pPr>
              <w:spacing w:after="0" w:line="240" w:lineRule="auto"/>
              <w:jc w:val="center"/>
              <w:rPr>
                <w:noProof/>
                <w:lang w:val="ro-RO"/>
              </w:rPr>
            </w:pPr>
            <w:r w:rsidRPr="00D308F8">
              <w:rPr>
                <w:b/>
                <w:noProof/>
                <w:color w:val="FFFFFF"/>
                <w:sz w:val="13"/>
                <w:lang w:val="ro-RO"/>
              </w:rPr>
              <w:t>ID</w:t>
            </w:r>
          </w:p>
        </w:tc>
        <w:tc>
          <w:tcPr>
            <w:tcW w:w="2438" w:type="dxa"/>
            <w:shd w:val="clear" w:color="auto" w:fill="D71920"/>
            <w:tcMar>
              <w:top w:w="75" w:type="dxa"/>
              <w:left w:w="85" w:type="dxa"/>
              <w:bottom w:w="75" w:type="dxa"/>
              <w:right w:w="85" w:type="dxa"/>
            </w:tcMar>
            <w:vAlign w:val="center"/>
          </w:tcPr>
          <w:p w14:paraId="5172FAD7" w14:textId="77777777" w:rsidR="004A2E0F" w:rsidRPr="00D308F8" w:rsidRDefault="00000000">
            <w:pPr>
              <w:spacing w:after="0" w:line="240" w:lineRule="auto"/>
              <w:jc w:val="center"/>
              <w:rPr>
                <w:noProof/>
                <w:lang w:val="ro-RO"/>
              </w:rPr>
            </w:pPr>
            <w:r w:rsidRPr="00D308F8">
              <w:rPr>
                <w:b/>
                <w:noProof/>
                <w:color w:val="FFFFFF"/>
                <w:sz w:val="13"/>
                <w:lang w:val="ro-RO"/>
              </w:rPr>
              <w:t>OBIECTIV / REZULTAT</w:t>
            </w:r>
          </w:p>
        </w:tc>
        <w:tc>
          <w:tcPr>
            <w:tcW w:w="2098" w:type="dxa"/>
            <w:shd w:val="clear" w:color="auto" w:fill="D71920"/>
            <w:tcMar>
              <w:top w:w="75" w:type="dxa"/>
              <w:left w:w="85" w:type="dxa"/>
              <w:bottom w:w="75" w:type="dxa"/>
              <w:right w:w="85" w:type="dxa"/>
            </w:tcMar>
            <w:vAlign w:val="center"/>
          </w:tcPr>
          <w:p w14:paraId="430DDD0D" w14:textId="77777777" w:rsidR="004A2E0F" w:rsidRPr="00D308F8" w:rsidRDefault="00000000">
            <w:pPr>
              <w:spacing w:after="0" w:line="240" w:lineRule="auto"/>
              <w:jc w:val="center"/>
              <w:rPr>
                <w:noProof/>
                <w:lang w:val="ro-RO"/>
              </w:rPr>
            </w:pPr>
            <w:r w:rsidRPr="00D308F8">
              <w:rPr>
                <w:b/>
                <w:noProof/>
                <w:color w:val="FFFFFF"/>
                <w:sz w:val="13"/>
                <w:lang w:val="ro-RO"/>
              </w:rPr>
              <w:t>KPI + FORMULĂ</w:t>
            </w:r>
          </w:p>
        </w:tc>
        <w:tc>
          <w:tcPr>
            <w:tcW w:w="964" w:type="dxa"/>
            <w:shd w:val="clear" w:color="auto" w:fill="D71920"/>
            <w:tcMar>
              <w:top w:w="75" w:type="dxa"/>
              <w:left w:w="85" w:type="dxa"/>
              <w:bottom w:w="75" w:type="dxa"/>
              <w:right w:w="85" w:type="dxa"/>
            </w:tcMar>
            <w:vAlign w:val="center"/>
          </w:tcPr>
          <w:p w14:paraId="05E6187D" w14:textId="77777777" w:rsidR="004A2E0F" w:rsidRPr="00D308F8" w:rsidRDefault="00000000">
            <w:pPr>
              <w:spacing w:after="0" w:line="240" w:lineRule="auto"/>
              <w:jc w:val="center"/>
              <w:rPr>
                <w:noProof/>
                <w:lang w:val="ro-RO"/>
              </w:rPr>
            </w:pPr>
            <w:r w:rsidRPr="00D308F8">
              <w:rPr>
                <w:b/>
                <w:noProof/>
                <w:color w:val="FFFFFF"/>
                <w:sz w:val="13"/>
                <w:lang w:val="ro-RO"/>
              </w:rPr>
              <w:t>BAZĂ</w:t>
            </w:r>
          </w:p>
        </w:tc>
        <w:tc>
          <w:tcPr>
            <w:tcW w:w="964" w:type="dxa"/>
            <w:shd w:val="clear" w:color="auto" w:fill="D71920"/>
            <w:tcMar>
              <w:top w:w="75" w:type="dxa"/>
              <w:left w:w="85" w:type="dxa"/>
              <w:bottom w:w="75" w:type="dxa"/>
              <w:right w:w="85" w:type="dxa"/>
            </w:tcMar>
            <w:vAlign w:val="center"/>
          </w:tcPr>
          <w:p w14:paraId="674621F0" w14:textId="77777777" w:rsidR="004A2E0F" w:rsidRPr="00D308F8" w:rsidRDefault="00000000">
            <w:pPr>
              <w:spacing w:after="0" w:line="240" w:lineRule="auto"/>
              <w:jc w:val="center"/>
              <w:rPr>
                <w:noProof/>
                <w:lang w:val="ro-RO"/>
              </w:rPr>
            </w:pPr>
            <w:r w:rsidRPr="00D308F8">
              <w:rPr>
                <w:b/>
                <w:noProof/>
                <w:color w:val="FFFFFF"/>
                <w:sz w:val="13"/>
                <w:lang w:val="ro-RO"/>
              </w:rPr>
              <w:t>ȚINTĂ</w:t>
            </w:r>
          </w:p>
        </w:tc>
        <w:tc>
          <w:tcPr>
            <w:tcW w:w="1134" w:type="dxa"/>
            <w:shd w:val="clear" w:color="auto" w:fill="D71920"/>
            <w:tcMar>
              <w:top w:w="75" w:type="dxa"/>
              <w:left w:w="85" w:type="dxa"/>
              <w:bottom w:w="75" w:type="dxa"/>
              <w:right w:w="85" w:type="dxa"/>
            </w:tcMar>
            <w:vAlign w:val="center"/>
          </w:tcPr>
          <w:p w14:paraId="0890ECAD" w14:textId="77777777" w:rsidR="004A2E0F" w:rsidRPr="00D308F8" w:rsidRDefault="00000000">
            <w:pPr>
              <w:spacing w:after="0" w:line="240" w:lineRule="auto"/>
              <w:jc w:val="center"/>
              <w:rPr>
                <w:noProof/>
                <w:lang w:val="ro-RO"/>
              </w:rPr>
            </w:pPr>
            <w:r w:rsidRPr="00D308F8">
              <w:rPr>
                <w:b/>
                <w:noProof/>
                <w:color w:val="FFFFFF"/>
                <w:sz w:val="13"/>
                <w:lang w:val="ro-RO"/>
              </w:rPr>
              <w:t>TERMEN</w:t>
            </w:r>
          </w:p>
        </w:tc>
        <w:tc>
          <w:tcPr>
            <w:tcW w:w="1644" w:type="dxa"/>
            <w:shd w:val="clear" w:color="auto" w:fill="D71920"/>
            <w:tcMar>
              <w:top w:w="75" w:type="dxa"/>
              <w:left w:w="85" w:type="dxa"/>
              <w:bottom w:w="75" w:type="dxa"/>
              <w:right w:w="85" w:type="dxa"/>
            </w:tcMar>
            <w:vAlign w:val="center"/>
          </w:tcPr>
          <w:p w14:paraId="3AD45F52" w14:textId="77777777" w:rsidR="004A2E0F" w:rsidRPr="00D308F8" w:rsidRDefault="00000000">
            <w:pPr>
              <w:spacing w:after="0" w:line="240" w:lineRule="auto"/>
              <w:jc w:val="center"/>
              <w:rPr>
                <w:noProof/>
                <w:lang w:val="ro-RO"/>
              </w:rPr>
            </w:pPr>
            <w:r w:rsidRPr="00D308F8">
              <w:rPr>
                <w:b/>
                <w:noProof/>
                <w:color w:val="FFFFFF"/>
                <w:sz w:val="13"/>
                <w:lang w:val="ro-RO"/>
              </w:rPr>
              <w:t>RESP.</w:t>
            </w:r>
          </w:p>
        </w:tc>
      </w:tr>
      <w:tr w:rsidR="004A2E0F" w:rsidRPr="00D308F8" w14:paraId="393C02E4" w14:textId="77777777">
        <w:trPr>
          <w:cantSplit/>
          <w:jc w:val="center"/>
        </w:trPr>
        <w:tc>
          <w:tcPr>
            <w:tcW w:w="680" w:type="dxa"/>
            <w:shd w:val="clear" w:color="auto" w:fill="FFFFFF"/>
            <w:tcMar>
              <w:top w:w="75" w:type="dxa"/>
              <w:left w:w="85" w:type="dxa"/>
              <w:bottom w:w="75" w:type="dxa"/>
              <w:right w:w="85" w:type="dxa"/>
            </w:tcMar>
            <w:vAlign w:val="center"/>
          </w:tcPr>
          <w:p w14:paraId="0AA7DCAC" w14:textId="77777777" w:rsidR="004A2E0F" w:rsidRPr="00D308F8" w:rsidRDefault="00000000">
            <w:pPr>
              <w:spacing w:after="0" w:line="240" w:lineRule="auto"/>
              <w:jc w:val="center"/>
              <w:rPr>
                <w:noProof/>
                <w:lang w:val="ro-RO"/>
              </w:rPr>
            </w:pPr>
            <w:r w:rsidRPr="00D308F8">
              <w:rPr>
                <w:noProof/>
                <w:sz w:val="14"/>
                <w:lang w:val="ro-RO"/>
              </w:rPr>
              <w:t>O-01</w:t>
            </w:r>
          </w:p>
        </w:tc>
        <w:tc>
          <w:tcPr>
            <w:tcW w:w="2438" w:type="dxa"/>
            <w:shd w:val="clear" w:color="auto" w:fill="FFFFFF"/>
            <w:tcMar>
              <w:top w:w="75" w:type="dxa"/>
              <w:left w:w="85" w:type="dxa"/>
              <w:bottom w:w="75" w:type="dxa"/>
              <w:right w:w="85" w:type="dxa"/>
            </w:tcMar>
            <w:vAlign w:val="center"/>
          </w:tcPr>
          <w:p w14:paraId="64C96955" w14:textId="77777777" w:rsidR="004A2E0F" w:rsidRPr="00D308F8" w:rsidRDefault="004A2E0F">
            <w:pPr>
              <w:spacing w:after="0" w:line="240" w:lineRule="auto"/>
              <w:rPr>
                <w:noProof/>
                <w:lang w:val="ro-RO"/>
              </w:rPr>
            </w:pPr>
          </w:p>
        </w:tc>
        <w:tc>
          <w:tcPr>
            <w:tcW w:w="2098" w:type="dxa"/>
            <w:shd w:val="clear" w:color="auto" w:fill="FFFFFF"/>
            <w:tcMar>
              <w:top w:w="75" w:type="dxa"/>
              <w:left w:w="85" w:type="dxa"/>
              <w:bottom w:w="75" w:type="dxa"/>
              <w:right w:w="85" w:type="dxa"/>
            </w:tcMar>
            <w:vAlign w:val="center"/>
          </w:tcPr>
          <w:p w14:paraId="1DDAC899" w14:textId="77777777" w:rsidR="004A2E0F" w:rsidRPr="00D308F8" w:rsidRDefault="004A2E0F">
            <w:pPr>
              <w:spacing w:after="0" w:line="240" w:lineRule="auto"/>
              <w:rPr>
                <w:noProof/>
                <w:lang w:val="ro-RO"/>
              </w:rPr>
            </w:pPr>
          </w:p>
        </w:tc>
        <w:tc>
          <w:tcPr>
            <w:tcW w:w="964" w:type="dxa"/>
            <w:shd w:val="clear" w:color="auto" w:fill="FFFFFF"/>
            <w:tcMar>
              <w:top w:w="75" w:type="dxa"/>
              <w:left w:w="85" w:type="dxa"/>
              <w:bottom w:w="75" w:type="dxa"/>
              <w:right w:w="85" w:type="dxa"/>
            </w:tcMar>
            <w:vAlign w:val="center"/>
          </w:tcPr>
          <w:p w14:paraId="6D4E6142" w14:textId="77777777" w:rsidR="004A2E0F" w:rsidRPr="00D308F8" w:rsidRDefault="004A2E0F">
            <w:pPr>
              <w:spacing w:after="0" w:line="240" w:lineRule="auto"/>
              <w:rPr>
                <w:noProof/>
                <w:lang w:val="ro-RO"/>
              </w:rPr>
            </w:pPr>
          </w:p>
        </w:tc>
        <w:tc>
          <w:tcPr>
            <w:tcW w:w="964" w:type="dxa"/>
            <w:shd w:val="clear" w:color="auto" w:fill="FFFFFF"/>
            <w:tcMar>
              <w:top w:w="75" w:type="dxa"/>
              <w:left w:w="85" w:type="dxa"/>
              <w:bottom w:w="75" w:type="dxa"/>
              <w:right w:w="85" w:type="dxa"/>
            </w:tcMar>
            <w:vAlign w:val="center"/>
          </w:tcPr>
          <w:p w14:paraId="72F60C59" w14:textId="77777777" w:rsidR="004A2E0F" w:rsidRPr="00D308F8" w:rsidRDefault="004A2E0F">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64449769" w14:textId="77777777" w:rsidR="004A2E0F" w:rsidRPr="00D308F8" w:rsidRDefault="004A2E0F">
            <w:pPr>
              <w:spacing w:after="0" w:line="240" w:lineRule="auto"/>
              <w:rPr>
                <w:noProof/>
                <w:lang w:val="ro-RO"/>
              </w:rPr>
            </w:pPr>
          </w:p>
        </w:tc>
        <w:tc>
          <w:tcPr>
            <w:tcW w:w="1644" w:type="dxa"/>
            <w:shd w:val="clear" w:color="auto" w:fill="FFFFFF"/>
            <w:tcMar>
              <w:top w:w="75" w:type="dxa"/>
              <w:left w:w="85" w:type="dxa"/>
              <w:bottom w:w="75" w:type="dxa"/>
              <w:right w:w="85" w:type="dxa"/>
            </w:tcMar>
            <w:vAlign w:val="center"/>
          </w:tcPr>
          <w:p w14:paraId="36717255" w14:textId="77777777" w:rsidR="004A2E0F" w:rsidRPr="00D308F8" w:rsidRDefault="004A2E0F">
            <w:pPr>
              <w:spacing w:after="0" w:line="240" w:lineRule="auto"/>
              <w:rPr>
                <w:noProof/>
                <w:lang w:val="ro-RO"/>
              </w:rPr>
            </w:pPr>
          </w:p>
        </w:tc>
      </w:tr>
      <w:tr w:rsidR="004A2E0F" w:rsidRPr="00D308F8" w14:paraId="4626EA52" w14:textId="77777777">
        <w:trPr>
          <w:cantSplit/>
          <w:jc w:val="center"/>
        </w:trPr>
        <w:tc>
          <w:tcPr>
            <w:tcW w:w="680" w:type="dxa"/>
            <w:shd w:val="clear" w:color="auto" w:fill="FAFAFA"/>
            <w:tcMar>
              <w:top w:w="75" w:type="dxa"/>
              <w:left w:w="85" w:type="dxa"/>
              <w:bottom w:w="75" w:type="dxa"/>
              <w:right w:w="85" w:type="dxa"/>
            </w:tcMar>
            <w:vAlign w:val="center"/>
          </w:tcPr>
          <w:p w14:paraId="4E47C0C4" w14:textId="77777777" w:rsidR="004A2E0F" w:rsidRPr="00D308F8" w:rsidRDefault="00000000">
            <w:pPr>
              <w:spacing w:after="0" w:line="240" w:lineRule="auto"/>
              <w:jc w:val="center"/>
              <w:rPr>
                <w:noProof/>
                <w:lang w:val="ro-RO"/>
              </w:rPr>
            </w:pPr>
            <w:r w:rsidRPr="00D308F8">
              <w:rPr>
                <w:noProof/>
                <w:sz w:val="14"/>
                <w:lang w:val="ro-RO"/>
              </w:rPr>
              <w:t>O-02</w:t>
            </w:r>
          </w:p>
        </w:tc>
        <w:tc>
          <w:tcPr>
            <w:tcW w:w="2438" w:type="dxa"/>
            <w:shd w:val="clear" w:color="auto" w:fill="FAFAFA"/>
            <w:tcMar>
              <w:top w:w="75" w:type="dxa"/>
              <w:left w:w="85" w:type="dxa"/>
              <w:bottom w:w="75" w:type="dxa"/>
              <w:right w:w="85" w:type="dxa"/>
            </w:tcMar>
            <w:vAlign w:val="center"/>
          </w:tcPr>
          <w:p w14:paraId="31BAF42C" w14:textId="77777777" w:rsidR="004A2E0F" w:rsidRPr="00D308F8" w:rsidRDefault="004A2E0F">
            <w:pPr>
              <w:spacing w:after="0" w:line="240" w:lineRule="auto"/>
              <w:rPr>
                <w:noProof/>
                <w:lang w:val="ro-RO"/>
              </w:rPr>
            </w:pPr>
          </w:p>
        </w:tc>
        <w:tc>
          <w:tcPr>
            <w:tcW w:w="2098" w:type="dxa"/>
            <w:shd w:val="clear" w:color="auto" w:fill="FAFAFA"/>
            <w:tcMar>
              <w:top w:w="75" w:type="dxa"/>
              <w:left w:w="85" w:type="dxa"/>
              <w:bottom w:w="75" w:type="dxa"/>
              <w:right w:w="85" w:type="dxa"/>
            </w:tcMar>
            <w:vAlign w:val="center"/>
          </w:tcPr>
          <w:p w14:paraId="6C361512" w14:textId="77777777" w:rsidR="004A2E0F" w:rsidRPr="00D308F8" w:rsidRDefault="004A2E0F">
            <w:pPr>
              <w:spacing w:after="0" w:line="240" w:lineRule="auto"/>
              <w:rPr>
                <w:noProof/>
                <w:lang w:val="ro-RO"/>
              </w:rPr>
            </w:pPr>
          </w:p>
        </w:tc>
        <w:tc>
          <w:tcPr>
            <w:tcW w:w="964" w:type="dxa"/>
            <w:shd w:val="clear" w:color="auto" w:fill="FAFAFA"/>
            <w:tcMar>
              <w:top w:w="75" w:type="dxa"/>
              <w:left w:w="85" w:type="dxa"/>
              <w:bottom w:w="75" w:type="dxa"/>
              <w:right w:w="85" w:type="dxa"/>
            </w:tcMar>
            <w:vAlign w:val="center"/>
          </w:tcPr>
          <w:p w14:paraId="71D3529D" w14:textId="77777777" w:rsidR="004A2E0F" w:rsidRPr="00D308F8" w:rsidRDefault="004A2E0F">
            <w:pPr>
              <w:spacing w:after="0" w:line="240" w:lineRule="auto"/>
              <w:rPr>
                <w:noProof/>
                <w:lang w:val="ro-RO"/>
              </w:rPr>
            </w:pPr>
          </w:p>
        </w:tc>
        <w:tc>
          <w:tcPr>
            <w:tcW w:w="964" w:type="dxa"/>
            <w:shd w:val="clear" w:color="auto" w:fill="FAFAFA"/>
            <w:tcMar>
              <w:top w:w="75" w:type="dxa"/>
              <w:left w:w="85" w:type="dxa"/>
              <w:bottom w:w="75" w:type="dxa"/>
              <w:right w:w="85" w:type="dxa"/>
            </w:tcMar>
            <w:vAlign w:val="center"/>
          </w:tcPr>
          <w:p w14:paraId="531553A2" w14:textId="77777777" w:rsidR="004A2E0F" w:rsidRPr="00D308F8" w:rsidRDefault="004A2E0F">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74365EC4" w14:textId="77777777" w:rsidR="004A2E0F" w:rsidRPr="00D308F8" w:rsidRDefault="004A2E0F">
            <w:pPr>
              <w:spacing w:after="0" w:line="240" w:lineRule="auto"/>
              <w:rPr>
                <w:noProof/>
                <w:lang w:val="ro-RO"/>
              </w:rPr>
            </w:pPr>
          </w:p>
        </w:tc>
        <w:tc>
          <w:tcPr>
            <w:tcW w:w="1644" w:type="dxa"/>
            <w:shd w:val="clear" w:color="auto" w:fill="FAFAFA"/>
            <w:tcMar>
              <w:top w:w="75" w:type="dxa"/>
              <w:left w:w="85" w:type="dxa"/>
              <w:bottom w:w="75" w:type="dxa"/>
              <w:right w:w="85" w:type="dxa"/>
            </w:tcMar>
            <w:vAlign w:val="center"/>
          </w:tcPr>
          <w:p w14:paraId="64DE7B23" w14:textId="77777777" w:rsidR="004A2E0F" w:rsidRPr="00D308F8" w:rsidRDefault="004A2E0F">
            <w:pPr>
              <w:spacing w:after="0" w:line="240" w:lineRule="auto"/>
              <w:rPr>
                <w:noProof/>
                <w:lang w:val="ro-RO"/>
              </w:rPr>
            </w:pPr>
          </w:p>
        </w:tc>
      </w:tr>
      <w:tr w:rsidR="004A2E0F" w:rsidRPr="00D308F8" w14:paraId="7F8C96EB" w14:textId="77777777">
        <w:trPr>
          <w:cantSplit/>
          <w:jc w:val="center"/>
        </w:trPr>
        <w:tc>
          <w:tcPr>
            <w:tcW w:w="680" w:type="dxa"/>
            <w:shd w:val="clear" w:color="auto" w:fill="FFFFFF"/>
            <w:tcMar>
              <w:top w:w="75" w:type="dxa"/>
              <w:left w:w="85" w:type="dxa"/>
              <w:bottom w:w="75" w:type="dxa"/>
              <w:right w:w="85" w:type="dxa"/>
            </w:tcMar>
            <w:vAlign w:val="center"/>
          </w:tcPr>
          <w:p w14:paraId="5DF82840" w14:textId="77777777" w:rsidR="004A2E0F" w:rsidRPr="00D308F8" w:rsidRDefault="00000000">
            <w:pPr>
              <w:spacing w:after="0" w:line="240" w:lineRule="auto"/>
              <w:jc w:val="center"/>
              <w:rPr>
                <w:noProof/>
                <w:lang w:val="ro-RO"/>
              </w:rPr>
            </w:pPr>
            <w:r w:rsidRPr="00D308F8">
              <w:rPr>
                <w:noProof/>
                <w:sz w:val="14"/>
                <w:lang w:val="ro-RO"/>
              </w:rPr>
              <w:t>O-03</w:t>
            </w:r>
          </w:p>
        </w:tc>
        <w:tc>
          <w:tcPr>
            <w:tcW w:w="2438" w:type="dxa"/>
            <w:shd w:val="clear" w:color="auto" w:fill="FFFFFF"/>
            <w:tcMar>
              <w:top w:w="75" w:type="dxa"/>
              <w:left w:w="85" w:type="dxa"/>
              <w:bottom w:w="75" w:type="dxa"/>
              <w:right w:w="85" w:type="dxa"/>
            </w:tcMar>
            <w:vAlign w:val="center"/>
          </w:tcPr>
          <w:p w14:paraId="142CFEA3" w14:textId="77777777" w:rsidR="004A2E0F" w:rsidRPr="00D308F8" w:rsidRDefault="004A2E0F">
            <w:pPr>
              <w:spacing w:after="0" w:line="240" w:lineRule="auto"/>
              <w:rPr>
                <w:noProof/>
                <w:lang w:val="ro-RO"/>
              </w:rPr>
            </w:pPr>
          </w:p>
        </w:tc>
        <w:tc>
          <w:tcPr>
            <w:tcW w:w="2098" w:type="dxa"/>
            <w:shd w:val="clear" w:color="auto" w:fill="FFFFFF"/>
            <w:tcMar>
              <w:top w:w="75" w:type="dxa"/>
              <w:left w:w="85" w:type="dxa"/>
              <w:bottom w:w="75" w:type="dxa"/>
              <w:right w:w="85" w:type="dxa"/>
            </w:tcMar>
            <w:vAlign w:val="center"/>
          </w:tcPr>
          <w:p w14:paraId="1D316F76" w14:textId="77777777" w:rsidR="004A2E0F" w:rsidRPr="00D308F8" w:rsidRDefault="004A2E0F">
            <w:pPr>
              <w:spacing w:after="0" w:line="240" w:lineRule="auto"/>
              <w:rPr>
                <w:noProof/>
                <w:lang w:val="ro-RO"/>
              </w:rPr>
            </w:pPr>
          </w:p>
        </w:tc>
        <w:tc>
          <w:tcPr>
            <w:tcW w:w="964" w:type="dxa"/>
            <w:shd w:val="clear" w:color="auto" w:fill="FFFFFF"/>
            <w:tcMar>
              <w:top w:w="75" w:type="dxa"/>
              <w:left w:w="85" w:type="dxa"/>
              <w:bottom w:w="75" w:type="dxa"/>
              <w:right w:w="85" w:type="dxa"/>
            </w:tcMar>
            <w:vAlign w:val="center"/>
          </w:tcPr>
          <w:p w14:paraId="0C8DB6D8" w14:textId="77777777" w:rsidR="004A2E0F" w:rsidRPr="00D308F8" w:rsidRDefault="004A2E0F">
            <w:pPr>
              <w:spacing w:after="0" w:line="240" w:lineRule="auto"/>
              <w:rPr>
                <w:noProof/>
                <w:lang w:val="ro-RO"/>
              </w:rPr>
            </w:pPr>
          </w:p>
        </w:tc>
        <w:tc>
          <w:tcPr>
            <w:tcW w:w="964" w:type="dxa"/>
            <w:shd w:val="clear" w:color="auto" w:fill="FFFFFF"/>
            <w:tcMar>
              <w:top w:w="75" w:type="dxa"/>
              <w:left w:w="85" w:type="dxa"/>
              <w:bottom w:w="75" w:type="dxa"/>
              <w:right w:w="85" w:type="dxa"/>
            </w:tcMar>
            <w:vAlign w:val="center"/>
          </w:tcPr>
          <w:p w14:paraId="33AC400E" w14:textId="77777777" w:rsidR="004A2E0F" w:rsidRPr="00D308F8" w:rsidRDefault="004A2E0F">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72222CC7" w14:textId="77777777" w:rsidR="004A2E0F" w:rsidRPr="00D308F8" w:rsidRDefault="004A2E0F">
            <w:pPr>
              <w:spacing w:after="0" w:line="240" w:lineRule="auto"/>
              <w:rPr>
                <w:noProof/>
                <w:lang w:val="ro-RO"/>
              </w:rPr>
            </w:pPr>
          </w:p>
        </w:tc>
        <w:tc>
          <w:tcPr>
            <w:tcW w:w="1644" w:type="dxa"/>
            <w:shd w:val="clear" w:color="auto" w:fill="FFFFFF"/>
            <w:tcMar>
              <w:top w:w="75" w:type="dxa"/>
              <w:left w:w="85" w:type="dxa"/>
              <w:bottom w:w="75" w:type="dxa"/>
              <w:right w:w="85" w:type="dxa"/>
            </w:tcMar>
            <w:vAlign w:val="center"/>
          </w:tcPr>
          <w:p w14:paraId="241CCA60" w14:textId="77777777" w:rsidR="004A2E0F" w:rsidRPr="00D308F8" w:rsidRDefault="004A2E0F">
            <w:pPr>
              <w:spacing w:after="0" w:line="240" w:lineRule="auto"/>
              <w:rPr>
                <w:noProof/>
                <w:lang w:val="ro-RO"/>
              </w:rPr>
            </w:pPr>
          </w:p>
        </w:tc>
      </w:tr>
      <w:tr w:rsidR="004A2E0F" w:rsidRPr="00D308F8" w14:paraId="3FB1D196" w14:textId="77777777">
        <w:trPr>
          <w:cantSplit/>
          <w:jc w:val="center"/>
        </w:trPr>
        <w:tc>
          <w:tcPr>
            <w:tcW w:w="680" w:type="dxa"/>
            <w:shd w:val="clear" w:color="auto" w:fill="FAFAFA"/>
            <w:tcMar>
              <w:top w:w="75" w:type="dxa"/>
              <w:left w:w="85" w:type="dxa"/>
              <w:bottom w:w="75" w:type="dxa"/>
              <w:right w:w="85" w:type="dxa"/>
            </w:tcMar>
            <w:vAlign w:val="center"/>
          </w:tcPr>
          <w:p w14:paraId="4F86B19A" w14:textId="77777777" w:rsidR="004A2E0F" w:rsidRPr="00D308F8" w:rsidRDefault="00000000">
            <w:pPr>
              <w:spacing w:after="0" w:line="240" w:lineRule="auto"/>
              <w:jc w:val="center"/>
              <w:rPr>
                <w:noProof/>
                <w:lang w:val="ro-RO"/>
              </w:rPr>
            </w:pPr>
            <w:r w:rsidRPr="00D308F8">
              <w:rPr>
                <w:noProof/>
                <w:sz w:val="14"/>
                <w:lang w:val="ro-RO"/>
              </w:rPr>
              <w:t>O-04</w:t>
            </w:r>
          </w:p>
        </w:tc>
        <w:tc>
          <w:tcPr>
            <w:tcW w:w="2438" w:type="dxa"/>
            <w:shd w:val="clear" w:color="auto" w:fill="FAFAFA"/>
            <w:tcMar>
              <w:top w:w="75" w:type="dxa"/>
              <w:left w:w="85" w:type="dxa"/>
              <w:bottom w:w="75" w:type="dxa"/>
              <w:right w:w="85" w:type="dxa"/>
            </w:tcMar>
            <w:vAlign w:val="center"/>
          </w:tcPr>
          <w:p w14:paraId="7D584113" w14:textId="77777777" w:rsidR="004A2E0F" w:rsidRPr="00D308F8" w:rsidRDefault="004A2E0F">
            <w:pPr>
              <w:spacing w:after="0" w:line="240" w:lineRule="auto"/>
              <w:rPr>
                <w:noProof/>
                <w:lang w:val="ro-RO"/>
              </w:rPr>
            </w:pPr>
          </w:p>
        </w:tc>
        <w:tc>
          <w:tcPr>
            <w:tcW w:w="2098" w:type="dxa"/>
            <w:shd w:val="clear" w:color="auto" w:fill="FAFAFA"/>
            <w:tcMar>
              <w:top w:w="75" w:type="dxa"/>
              <w:left w:w="85" w:type="dxa"/>
              <w:bottom w:w="75" w:type="dxa"/>
              <w:right w:w="85" w:type="dxa"/>
            </w:tcMar>
            <w:vAlign w:val="center"/>
          </w:tcPr>
          <w:p w14:paraId="3DC577D4" w14:textId="77777777" w:rsidR="004A2E0F" w:rsidRPr="00D308F8" w:rsidRDefault="004A2E0F">
            <w:pPr>
              <w:spacing w:after="0" w:line="240" w:lineRule="auto"/>
              <w:rPr>
                <w:noProof/>
                <w:lang w:val="ro-RO"/>
              </w:rPr>
            </w:pPr>
          </w:p>
        </w:tc>
        <w:tc>
          <w:tcPr>
            <w:tcW w:w="964" w:type="dxa"/>
            <w:shd w:val="clear" w:color="auto" w:fill="FAFAFA"/>
            <w:tcMar>
              <w:top w:w="75" w:type="dxa"/>
              <w:left w:w="85" w:type="dxa"/>
              <w:bottom w:w="75" w:type="dxa"/>
              <w:right w:w="85" w:type="dxa"/>
            </w:tcMar>
            <w:vAlign w:val="center"/>
          </w:tcPr>
          <w:p w14:paraId="5B92D8A8" w14:textId="77777777" w:rsidR="004A2E0F" w:rsidRPr="00D308F8" w:rsidRDefault="004A2E0F">
            <w:pPr>
              <w:spacing w:after="0" w:line="240" w:lineRule="auto"/>
              <w:rPr>
                <w:noProof/>
                <w:lang w:val="ro-RO"/>
              </w:rPr>
            </w:pPr>
          </w:p>
        </w:tc>
        <w:tc>
          <w:tcPr>
            <w:tcW w:w="964" w:type="dxa"/>
            <w:shd w:val="clear" w:color="auto" w:fill="FAFAFA"/>
            <w:tcMar>
              <w:top w:w="75" w:type="dxa"/>
              <w:left w:w="85" w:type="dxa"/>
              <w:bottom w:w="75" w:type="dxa"/>
              <w:right w:w="85" w:type="dxa"/>
            </w:tcMar>
            <w:vAlign w:val="center"/>
          </w:tcPr>
          <w:p w14:paraId="2B8E7A4D" w14:textId="77777777" w:rsidR="004A2E0F" w:rsidRPr="00D308F8" w:rsidRDefault="004A2E0F">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13F6AA93" w14:textId="77777777" w:rsidR="004A2E0F" w:rsidRPr="00D308F8" w:rsidRDefault="004A2E0F">
            <w:pPr>
              <w:spacing w:after="0" w:line="240" w:lineRule="auto"/>
              <w:rPr>
                <w:noProof/>
                <w:lang w:val="ro-RO"/>
              </w:rPr>
            </w:pPr>
          </w:p>
        </w:tc>
        <w:tc>
          <w:tcPr>
            <w:tcW w:w="1644" w:type="dxa"/>
            <w:shd w:val="clear" w:color="auto" w:fill="FAFAFA"/>
            <w:tcMar>
              <w:top w:w="75" w:type="dxa"/>
              <w:left w:w="85" w:type="dxa"/>
              <w:bottom w:w="75" w:type="dxa"/>
              <w:right w:w="85" w:type="dxa"/>
            </w:tcMar>
            <w:vAlign w:val="center"/>
          </w:tcPr>
          <w:p w14:paraId="78FA91A1" w14:textId="77777777" w:rsidR="004A2E0F" w:rsidRPr="00D308F8" w:rsidRDefault="004A2E0F">
            <w:pPr>
              <w:spacing w:after="0" w:line="240" w:lineRule="auto"/>
              <w:rPr>
                <w:noProof/>
                <w:lang w:val="ro-RO"/>
              </w:rPr>
            </w:pPr>
          </w:p>
        </w:tc>
      </w:tr>
      <w:tr w:rsidR="004A2E0F" w:rsidRPr="00D308F8" w14:paraId="3BCEFACC" w14:textId="77777777">
        <w:trPr>
          <w:cantSplit/>
          <w:jc w:val="center"/>
        </w:trPr>
        <w:tc>
          <w:tcPr>
            <w:tcW w:w="680" w:type="dxa"/>
            <w:shd w:val="clear" w:color="auto" w:fill="FFFFFF"/>
            <w:tcMar>
              <w:top w:w="75" w:type="dxa"/>
              <w:left w:w="85" w:type="dxa"/>
              <w:bottom w:w="75" w:type="dxa"/>
              <w:right w:w="85" w:type="dxa"/>
            </w:tcMar>
            <w:vAlign w:val="center"/>
          </w:tcPr>
          <w:p w14:paraId="23C24A53" w14:textId="77777777" w:rsidR="004A2E0F" w:rsidRPr="00D308F8" w:rsidRDefault="00000000">
            <w:pPr>
              <w:spacing w:after="0" w:line="240" w:lineRule="auto"/>
              <w:jc w:val="center"/>
              <w:rPr>
                <w:noProof/>
                <w:lang w:val="ro-RO"/>
              </w:rPr>
            </w:pPr>
            <w:r w:rsidRPr="00D308F8">
              <w:rPr>
                <w:noProof/>
                <w:sz w:val="14"/>
                <w:lang w:val="ro-RO"/>
              </w:rPr>
              <w:t>O-05</w:t>
            </w:r>
          </w:p>
        </w:tc>
        <w:tc>
          <w:tcPr>
            <w:tcW w:w="2438" w:type="dxa"/>
            <w:shd w:val="clear" w:color="auto" w:fill="FFFFFF"/>
            <w:tcMar>
              <w:top w:w="75" w:type="dxa"/>
              <w:left w:w="85" w:type="dxa"/>
              <w:bottom w:w="75" w:type="dxa"/>
              <w:right w:w="85" w:type="dxa"/>
            </w:tcMar>
            <w:vAlign w:val="center"/>
          </w:tcPr>
          <w:p w14:paraId="6FAA1C07" w14:textId="77777777" w:rsidR="004A2E0F" w:rsidRPr="00D308F8" w:rsidRDefault="004A2E0F">
            <w:pPr>
              <w:spacing w:after="0" w:line="240" w:lineRule="auto"/>
              <w:rPr>
                <w:noProof/>
                <w:lang w:val="ro-RO"/>
              </w:rPr>
            </w:pPr>
          </w:p>
        </w:tc>
        <w:tc>
          <w:tcPr>
            <w:tcW w:w="2098" w:type="dxa"/>
            <w:shd w:val="clear" w:color="auto" w:fill="FFFFFF"/>
            <w:tcMar>
              <w:top w:w="75" w:type="dxa"/>
              <w:left w:w="85" w:type="dxa"/>
              <w:bottom w:w="75" w:type="dxa"/>
              <w:right w:w="85" w:type="dxa"/>
            </w:tcMar>
            <w:vAlign w:val="center"/>
          </w:tcPr>
          <w:p w14:paraId="6C023C7D" w14:textId="77777777" w:rsidR="004A2E0F" w:rsidRPr="00D308F8" w:rsidRDefault="004A2E0F">
            <w:pPr>
              <w:spacing w:after="0" w:line="240" w:lineRule="auto"/>
              <w:rPr>
                <w:noProof/>
                <w:lang w:val="ro-RO"/>
              </w:rPr>
            </w:pPr>
          </w:p>
        </w:tc>
        <w:tc>
          <w:tcPr>
            <w:tcW w:w="964" w:type="dxa"/>
            <w:shd w:val="clear" w:color="auto" w:fill="FFFFFF"/>
            <w:tcMar>
              <w:top w:w="75" w:type="dxa"/>
              <w:left w:w="85" w:type="dxa"/>
              <w:bottom w:w="75" w:type="dxa"/>
              <w:right w:w="85" w:type="dxa"/>
            </w:tcMar>
            <w:vAlign w:val="center"/>
          </w:tcPr>
          <w:p w14:paraId="2CD782AB" w14:textId="77777777" w:rsidR="004A2E0F" w:rsidRPr="00D308F8" w:rsidRDefault="004A2E0F">
            <w:pPr>
              <w:spacing w:after="0" w:line="240" w:lineRule="auto"/>
              <w:rPr>
                <w:noProof/>
                <w:lang w:val="ro-RO"/>
              </w:rPr>
            </w:pPr>
          </w:p>
        </w:tc>
        <w:tc>
          <w:tcPr>
            <w:tcW w:w="964" w:type="dxa"/>
            <w:shd w:val="clear" w:color="auto" w:fill="FFFFFF"/>
            <w:tcMar>
              <w:top w:w="75" w:type="dxa"/>
              <w:left w:w="85" w:type="dxa"/>
              <w:bottom w:w="75" w:type="dxa"/>
              <w:right w:w="85" w:type="dxa"/>
            </w:tcMar>
            <w:vAlign w:val="center"/>
          </w:tcPr>
          <w:p w14:paraId="62BCAC51" w14:textId="77777777" w:rsidR="004A2E0F" w:rsidRPr="00D308F8" w:rsidRDefault="004A2E0F">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7B2B833A" w14:textId="77777777" w:rsidR="004A2E0F" w:rsidRPr="00D308F8" w:rsidRDefault="004A2E0F">
            <w:pPr>
              <w:spacing w:after="0" w:line="240" w:lineRule="auto"/>
              <w:rPr>
                <w:noProof/>
                <w:lang w:val="ro-RO"/>
              </w:rPr>
            </w:pPr>
          </w:p>
        </w:tc>
        <w:tc>
          <w:tcPr>
            <w:tcW w:w="1644" w:type="dxa"/>
            <w:shd w:val="clear" w:color="auto" w:fill="FFFFFF"/>
            <w:tcMar>
              <w:top w:w="75" w:type="dxa"/>
              <w:left w:w="85" w:type="dxa"/>
              <w:bottom w:w="75" w:type="dxa"/>
              <w:right w:w="85" w:type="dxa"/>
            </w:tcMar>
            <w:vAlign w:val="center"/>
          </w:tcPr>
          <w:p w14:paraId="4F56462D" w14:textId="77777777" w:rsidR="004A2E0F" w:rsidRPr="00D308F8" w:rsidRDefault="004A2E0F">
            <w:pPr>
              <w:spacing w:after="0" w:line="240" w:lineRule="auto"/>
              <w:rPr>
                <w:noProof/>
                <w:lang w:val="ro-RO"/>
              </w:rPr>
            </w:pPr>
          </w:p>
        </w:tc>
      </w:tr>
      <w:tr w:rsidR="004A2E0F" w:rsidRPr="00D308F8" w14:paraId="37FDB758" w14:textId="77777777">
        <w:trPr>
          <w:cantSplit/>
          <w:jc w:val="center"/>
        </w:trPr>
        <w:tc>
          <w:tcPr>
            <w:tcW w:w="680" w:type="dxa"/>
            <w:shd w:val="clear" w:color="auto" w:fill="FAFAFA"/>
            <w:tcMar>
              <w:top w:w="75" w:type="dxa"/>
              <w:left w:w="85" w:type="dxa"/>
              <w:bottom w:w="75" w:type="dxa"/>
              <w:right w:w="85" w:type="dxa"/>
            </w:tcMar>
            <w:vAlign w:val="center"/>
          </w:tcPr>
          <w:p w14:paraId="0E7844C5" w14:textId="77777777" w:rsidR="004A2E0F" w:rsidRPr="00D308F8" w:rsidRDefault="00000000">
            <w:pPr>
              <w:spacing w:after="0" w:line="240" w:lineRule="auto"/>
              <w:jc w:val="center"/>
              <w:rPr>
                <w:noProof/>
                <w:lang w:val="ro-RO"/>
              </w:rPr>
            </w:pPr>
            <w:r w:rsidRPr="00D308F8">
              <w:rPr>
                <w:noProof/>
                <w:sz w:val="14"/>
                <w:lang w:val="ro-RO"/>
              </w:rPr>
              <w:t>O-06</w:t>
            </w:r>
          </w:p>
        </w:tc>
        <w:tc>
          <w:tcPr>
            <w:tcW w:w="2438" w:type="dxa"/>
            <w:shd w:val="clear" w:color="auto" w:fill="FAFAFA"/>
            <w:tcMar>
              <w:top w:w="75" w:type="dxa"/>
              <w:left w:w="85" w:type="dxa"/>
              <w:bottom w:w="75" w:type="dxa"/>
              <w:right w:w="85" w:type="dxa"/>
            </w:tcMar>
            <w:vAlign w:val="center"/>
          </w:tcPr>
          <w:p w14:paraId="36F2F92E" w14:textId="77777777" w:rsidR="004A2E0F" w:rsidRPr="00D308F8" w:rsidRDefault="004A2E0F">
            <w:pPr>
              <w:spacing w:after="0" w:line="240" w:lineRule="auto"/>
              <w:rPr>
                <w:noProof/>
                <w:lang w:val="ro-RO"/>
              </w:rPr>
            </w:pPr>
          </w:p>
        </w:tc>
        <w:tc>
          <w:tcPr>
            <w:tcW w:w="2098" w:type="dxa"/>
            <w:shd w:val="clear" w:color="auto" w:fill="FAFAFA"/>
            <w:tcMar>
              <w:top w:w="75" w:type="dxa"/>
              <w:left w:w="85" w:type="dxa"/>
              <w:bottom w:w="75" w:type="dxa"/>
              <w:right w:w="85" w:type="dxa"/>
            </w:tcMar>
            <w:vAlign w:val="center"/>
          </w:tcPr>
          <w:p w14:paraId="224E3BB8" w14:textId="77777777" w:rsidR="004A2E0F" w:rsidRPr="00D308F8" w:rsidRDefault="004A2E0F">
            <w:pPr>
              <w:spacing w:after="0" w:line="240" w:lineRule="auto"/>
              <w:rPr>
                <w:noProof/>
                <w:lang w:val="ro-RO"/>
              </w:rPr>
            </w:pPr>
          </w:p>
        </w:tc>
        <w:tc>
          <w:tcPr>
            <w:tcW w:w="964" w:type="dxa"/>
            <w:shd w:val="clear" w:color="auto" w:fill="FAFAFA"/>
            <w:tcMar>
              <w:top w:w="75" w:type="dxa"/>
              <w:left w:w="85" w:type="dxa"/>
              <w:bottom w:w="75" w:type="dxa"/>
              <w:right w:w="85" w:type="dxa"/>
            </w:tcMar>
            <w:vAlign w:val="center"/>
          </w:tcPr>
          <w:p w14:paraId="2E55CBCD" w14:textId="77777777" w:rsidR="004A2E0F" w:rsidRPr="00D308F8" w:rsidRDefault="004A2E0F">
            <w:pPr>
              <w:spacing w:after="0" w:line="240" w:lineRule="auto"/>
              <w:rPr>
                <w:noProof/>
                <w:lang w:val="ro-RO"/>
              </w:rPr>
            </w:pPr>
          </w:p>
        </w:tc>
        <w:tc>
          <w:tcPr>
            <w:tcW w:w="964" w:type="dxa"/>
            <w:shd w:val="clear" w:color="auto" w:fill="FAFAFA"/>
            <w:tcMar>
              <w:top w:w="75" w:type="dxa"/>
              <w:left w:w="85" w:type="dxa"/>
              <w:bottom w:w="75" w:type="dxa"/>
              <w:right w:w="85" w:type="dxa"/>
            </w:tcMar>
            <w:vAlign w:val="center"/>
          </w:tcPr>
          <w:p w14:paraId="2C7835AA" w14:textId="77777777" w:rsidR="004A2E0F" w:rsidRPr="00D308F8" w:rsidRDefault="004A2E0F">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1AAF8B75" w14:textId="77777777" w:rsidR="004A2E0F" w:rsidRPr="00D308F8" w:rsidRDefault="004A2E0F">
            <w:pPr>
              <w:spacing w:after="0" w:line="240" w:lineRule="auto"/>
              <w:rPr>
                <w:noProof/>
                <w:lang w:val="ro-RO"/>
              </w:rPr>
            </w:pPr>
          </w:p>
        </w:tc>
        <w:tc>
          <w:tcPr>
            <w:tcW w:w="1644" w:type="dxa"/>
            <w:shd w:val="clear" w:color="auto" w:fill="FAFAFA"/>
            <w:tcMar>
              <w:top w:w="75" w:type="dxa"/>
              <w:left w:w="85" w:type="dxa"/>
              <w:bottom w:w="75" w:type="dxa"/>
              <w:right w:w="85" w:type="dxa"/>
            </w:tcMar>
            <w:vAlign w:val="center"/>
          </w:tcPr>
          <w:p w14:paraId="5B85D308" w14:textId="77777777" w:rsidR="004A2E0F" w:rsidRPr="00D308F8" w:rsidRDefault="004A2E0F">
            <w:pPr>
              <w:spacing w:after="0" w:line="240" w:lineRule="auto"/>
              <w:rPr>
                <w:noProof/>
                <w:lang w:val="ro-RO"/>
              </w:rPr>
            </w:pPr>
          </w:p>
        </w:tc>
      </w:tr>
      <w:tr w:rsidR="004A2E0F" w:rsidRPr="00D308F8" w14:paraId="64140DD7" w14:textId="77777777">
        <w:trPr>
          <w:cantSplit/>
          <w:jc w:val="center"/>
        </w:trPr>
        <w:tc>
          <w:tcPr>
            <w:tcW w:w="680" w:type="dxa"/>
            <w:shd w:val="clear" w:color="auto" w:fill="FFFFFF"/>
            <w:tcMar>
              <w:top w:w="75" w:type="dxa"/>
              <w:left w:w="85" w:type="dxa"/>
              <w:bottom w:w="75" w:type="dxa"/>
              <w:right w:w="85" w:type="dxa"/>
            </w:tcMar>
            <w:vAlign w:val="center"/>
          </w:tcPr>
          <w:p w14:paraId="1B6F71DA" w14:textId="77777777" w:rsidR="004A2E0F" w:rsidRPr="00D308F8" w:rsidRDefault="00000000">
            <w:pPr>
              <w:spacing w:after="0" w:line="240" w:lineRule="auto"/>
              <w:jc w:val="center"/>
              <w:rPr>
                <w:noProof/>
                <w:lang w:val="ro-RO"/>
              </w:rPr>
            </w:pPr>
            <w:r w:rsidRPr="00D308F8">
              <w:rPr>
                <w:noProof/>
                <w:sz w:val="14"/>
                <w:lang w:val="ro-RO"/>
              </w:rPr>
              <w:t>O-07</w:t>
            </w:r>
          </w:p>
        </w:tc>
        <w:tc>
          <w:tcPr>
            <w:tcW w:w="2438" w:type="dxa"/>
            <w:shd w:val="clear" w:color="auto" w:fill="FFFFFF"/>
            <w:tcMar>
              <w:top w:w="75" w:type="dxa"/>
              <w:left w:w="85" w:type="dxa"/>
              <w:bottom w:w="75" w:type="dxa"/>
              <w:right w:w="85" w:type="dxa"/>
            </w:tcMar>
            <w:vAlign w:val="center"/>
          </w:tcPr>
          <w:p w14:paraId="1D6F8B98" w14:textId="77777777" w:rsidR="004A2E0F" w:rsidRPr="00D308F8" w:rsidRDefault="004A2E0F">
            <w:pPr>
              <w:spacing w:after="0" w:line="240" w:lineRule="auto"/>
              <w:rPr>
                <w:noProof/>
                <w:lang w:val="ro-RO"/>
              </w:rPr>
            </w:pPr>
          </w:p>
        </w:tc>
        <w:tc>
          <w:tcPr>
            <w:tcW w:w="2098" w:type="dxa"/>
            <w:shd w:val="clear" w:color="auto" w:fill="FFFFFF"/>
            <w:tcMar>
              <w:top w:w="75" w:type="dxa"/>
              <w:left w:w="85" w:type="dxa"/>
              <w:bottom w:w="75" w:type="dxa"/>
              <w:right w:w="85" w:type="dxa"/>
            </w:tcMar>
            <w:vAlign w:val="center"/>
          </w:tcPr>
          <w:p w14:paraId="5B4B0010" w14:textId="77777777" w:rsidR="004A2E0F" w:rsidRPr="00D308F8" w:rsidRDefault="004A2E0F">
            <w:pPr>
              <w:spacing w:after="0" w:line="240" w:lineRule="auto"/>
              <w:rPr>
                <w:noProof/>
                <w:lang w:val="ro-RO"/>
              </w:rPr>
            </w:pPr>
          </w:p>
        </w:tc>
        <w:tc>
          <w:tcPr>
            <w:tcW w:w="964" w:type="dxa"/>
            <w:shd w:val="clear" w:color="auto" w:fill="FFFFFF"/>
            <w:tcMar>
              <w:top w:w="75" w:type="dxa"/>
              <w:left w:w="85" w:type="dxa"/>
              <w:bottom w:w="75" w:type="dxa"/>
              <w:right w:w="85" w:type="dxa"/>
            </w:tcMar>
            <w:vAlign w:val="center"/>
          </w:tcPr>
          <w:p w14:paraId="674E4857" w14:textId="77777777" w:rsidR="004A2E0F" w:rsidRPr="00D308F8" w:rsidRDefault="004A2E0F">
            <w:pPr>
              <w:spacing w:after="0" w:line="240" w:lineRule="auto"/>
              <w:rPr>
                <w:noProof/>
                <w:lang w:val="ro-RO"/>
              </w:rPr>
            </w:pPr>
          </w:p>
        </w:tc>
        <w:tc>
          <w:tcPr>
            <w:tcW w:w="964" w:type="dxa"/>
            <w:shd w:val="clear" w:color="auto" w:fill="FFFFFF"/>
            <w:tcMar>
              <w:top w:w="75" w:type="dxa"/>
              <w:left w:w="85" w:type="dxa"/>
              <w:bottom w:w="75" w:type="dxa"/>
              <w:right w:w="85" w:type="dxa"/>
            </w:tcMar>
            <w:vAlign w:val="center"/>
          </w:tcPr>
          <w:p w14:paraId="413A2C57" w14:textId="77777777" w:rsidR="004A2E0F" w:rsidRPr="00D308F8" w:rsidRDefault="004A2E0F">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6FC3CD4F" w14:textId="77777777" w:rsidR="004A2E0F" w:rsidRPr="00D308F8" w:rsidRDefault="004A2E0F">
            <w:pPr>
              <w:spacing w:after="0" w:line="240" w:lineRule="auto"/>
              <w:rPr>
                <w:noProof/>
                <w:lang w:val="ro-RO"/>
              </w:rPr>
            </w:pPr>
          </w:p>
        </w:tc>
        <w:tc>
          <w:tcPr>
            <w:tcW w:w="1644" w:type="dxa"/>
            <w:shd w:val="clear" w:color="auto" w:fill="FFFFFF"/>
            <w:tcMar>
              <w:top w:w="75" w:type="dxa"/>
              <w:left w:w="85" w:type="dxa"/>
              <w:bottom w:w="75" w:type="dxa"/>
              <w:right w:w="85" w:type="dxa"/>
            </w:tcMar>
            <w:vAlign w:val="center"/>
          </w:tcPr>
          <w:p w14:paraId="45A84962" w14:textId="77777777" w:rsidR="004A2E0F" w:rsidRPr="00D308F8" w:rsidRDefault="004A2E0F">
            <w:pPr>
              <w:spacing w:after="0" w:line="240" w:lineRule="auto"/>
              <w:rPr>
                <w:noProof/>
                <w:lang w:val="ro-RO"/>
              </w:rPr>
            </w:pPr>
          </w:p>
        </w:tc>
      </w:tr>
      <w:tr w:rsidR="004A2E0F" w:rsidRPr="00D308F8" w14:paraId="04A505D6" w14:textId="77777777">
        <w:trPr>
          <w:cantSplit/>
          <w:jc w:val="center"/>
        </w:trPr>
        <w:tc>
          <w:tcPr>
            <w:tcW w:w="680" w:type="dxa"/>
            <w:shd w:val="clear" w:color="auto" w:fill="FAFAFA"/>
            <w:tcMar>
              <w:top w:w="75" w:type="dxa"/>
              <w:left w:w="85" w:type="dxa"/>
              <w:bottom w:w="75" w:type="dxa"/>
              <w:right w:w="85" w:type="dxa"/>
            </w:tcMar>
            <w:vAlign w:val="center"/>
          </w:tcPr>
          <w:p w14:paraId="7063D7C1" w14:textId="77777777" w:rsidR="004A2E0F" w:rsidRPr="00D308F8" w:rsidRDefault="00000000">
            <w:pPr>
              <w:spacing w:after="0" w:line="240" w:lineRule="auto"/>
              <w:jc w:val="center"/>
              <w:rPr>
                <w:noProof/>
                <w:lang w:val="ro-RO"/>
              </w:rPr>
            </w:pPr>
            <w:r w:rsidRPr="00D308F8">
              <w:rPr>
                <w:noProof/>
                <w:sz w:val="14"/>
                <w:lang w:val="ro-RO"/>
              </w:rPr>
              <w:t>O-08</w:t>
            </w:r>
          </w:p>
        </w:tc>
        <w:tc>
          <w:tcPr>
            <w:tcW w:w="2438" w:type="dxa"/>
            <w:shd w:val="clear" w:color="auto" w:fill="FAFAFA"/>
            <w:tcMar>
              <w:top w:w="75" w:type="dxa"/>
              <w:left w:w="85" w:type="dxa"/>
              <w:bottom w:w="75" w:type="dxa"/>
              <w:right w:w="85" w:type="dxa"/>
            </w:tcMar>
            <w:vAlign w:val="center"/>
          </w:tcPr>
          <w:p w14:paraId="41590179" w14:textId="77777777" w:rsidR="004A2E0F" w:rsidRPr="00D308F8" w:rsidRDefault="004A2E0F">
            <w:pPr>
              <w:spacing w:after="0" w:line="240" w:lineRule="auto"/>
              <w:rPr>
                <w:noProof/>
                <w:lang w:val="ro-RO"/>
              </w:rPr>
            </w:pPr>
          </w:p>
        </w:tc>
        <w:tc>
          <w:tcPr>
            <w:tcW w:w="2098" w:type="dxa"/>
            <w:shd w:val="clear" w:color="auto" w:fill="FAFAFA"/>
            <w:tcMar>
              <w:top w:w="75" w:type="dxa"/>
              <w:left w:w="85" w:type="dxa"/>
              <w:bottom w:w="75" w:type="dxa"/>
              <w:right w:w="85" w:type="dxa"/>
            </w:tcMar>
            <w:vAlign w:val="center"/>
          </w:tcPr>
          <w:p w14:paraId="0E9A4A43" w14:textId="77777777" w:rsidR="004A2E0F" w:rsidRPr="00D308F8" w:rsidRDefault="004A2E0F">
            <w:pPr>
              <w:spacing w:after="0" w:line="240" w:lineRule="auto"/>
              <w:rPr>
                <w:noProof/>
                <w:lang w:val="ro-RO"/>
              </w:rPr>
            </w:pPr>
          </w:p>
        </w:tc>
        <w:tc>
          <w:tcPr>
            <w:tcW w:w="964" w:type="dxa"/>
            <w:shd w:val="clear" w:color="auto" w:fill="FAFAFA"/>
            <w:tcMar>
              <w:top w:w="75" w:type="dxa"/>
              <w:left w:w="85" w:type="dxa"/>
              <w:bottom w:w="75" w:type="dxa"/>
              <w:right w:w="85" w:type="dxa"/>
            </w:tcMar>
            <w:vAlign w:val="center"/>
          </w:tcPr>
          <w:p w14:paraId="501FB4DF" w14:textId="77777777" w:rsidR="004A2E0F" w:rsidRPr="00D308F8" w:rsidRDefault="004A2E0F">
            <w:pPr>
              <w:spacing w:after="0" w:line="240" w:lineRule="auto"/>
              <w:rPr>
                <w:noProof/>
                <w:lang w:val="ro-RO"/>
              </w:rPr>
            </w:pPr>
          </w:p>
        </w:tc>
        <w:tc>
          <w:tcPr>
            <w:tcW w:w="964" w:type="dxa"/>
            <w:shd w:val="clear" w:color="auto" w:fill="FAFAFA"/>
            <w:tcMar>
              <w:top w:w="75" w:type="dxa"/>
              <w:left w:w="85" w:type="dxa"/>
              <w:bottom w:w="75" w:type="dxa"/>
              <w:right w:w="85" w:type="dxa"/>
            </w:tcMar>
            <w:vAlign w:val="center"/>
          </w:tcPr>
          <w:p w14:paraId="6B6AA241" w14:textId="77777777" w:rsidR="004A2E0F" w:rsidRPr="00D308F8" w:rsidRDefault="004A2E0F">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74DF903F" w14:textId="77777777" w:rsidR="004A2E0F" w:rsidRPr="00D308F8" w:rsidRDefault="004A2E0F">
            <w:pPr>
              <w:spacing w:after="0" w:line="240" w:lineRule="auto"/>
              <w:rPr>
                <w:noProof/>
                <w:lang w:val="ro-RO"/>
              </w:rPr>
            </w:pPr>
          </w:p>
        </w:tc>
        <w:tc>
          <w:tcPr>
            <w:tcW w:w="1644" w:type="dxa"/>
            <w:shd w:val="clear" w:color="auto" w:fill="FAFAFA"/>
            <w:tcMar>
              <w:top w:w="75" w:type="dxa"/>
              <w:left w:w="85" w:type="dxa"/>
              <w:bottom w:w="75" w:type="dxa"/>
              <w:right w:w="85" w:type="dxa"/>
            </w:tcMar>
            <w:vAlign w:val="center"/>
          </w:tcPr>
          <w:p w14:paraId="3FADABCF" w14:textId="77777777" w:rsidR="004A2E0F" w:rsidRPr="00D308F8" w:rsidRDefault="004A2E0F">
            <w:pPr>
              <w:spacing w:after="0" w:line="240" w:lineRule="auto"/>
              <w:rPr>
                <w:noProof/>
                <w:lang w:val="ro-RO"/>
              </w:rPr>
            </w:pPr>
          </w:p>
        </w:tc>
      </w:tr>
    </w:tbl>
    <w:p w14:paraId="49DD89DB" w14:textId="77777777" w:rsidR="004A2E0F" w:rsidRPr="00D308F8" w:rsidRDefault="004A2E0F">
      <w:pPr>
        <w:spacing w:after="20"/>
        <w:rPr>
          <w:noProof/>
          <w:lang w:val="ro-RO"/>
        </w:rPr>
      </w:pPr>
    </w:p>
    <w:p w14:paraId="52FE695B" w14:textId="77777777" w:rsidR="004A2E0F" w:rsidRPr="00D308F8" w:rsidRDefault="00000000">
      <w:pPr>
        <w:pStyle w:val="Heading2"/>
        <w:rPr>
          <w:noProof/>
          <w:lang w:val="ro-RO"/>
        </w:rPr>
      </w:pPr>
      <w:r w:rsidRPr="00D308F8">
        <w:rPr>
          <w:noProof/>
          <w:lang w:val="ro-RO"/>
        </w:rPr>
        <w:t>Plan, monitorizare și decizie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680"/>
        <w:gridCol w:w="1531"/>
        <w:gridCol w:w="3572"/>
        <w:gridCol w:w="1134"/>
        <w:gridCol w:w="3005"/>
      </w:tblGrid>
      <w:tr w:rsidR="004A2E0F" w:rsidRPr="00D308F8" w14:paraId="7D61338E" w14:textId="77777777">
        <w:trPr>
          <w:tblHeader/>
          <w:jc w:val="center"/>
        </w:trPr>
        <w:tc>
          <w:tcPr>
            <w:tcW w:w="680" w:type="dxa"/>
            <w:shd w:val="clear" w:color="auto" w:fill="D71920"/>
            <w:tcMar>
              <w:top w:w="75" w:type="dxa"/>
              <w:left w:w="85" w:type="dxa"/>
              <w:bottom w:w="75" w:type="dxa"/>
              <w:right w:w="85" w:type="dxa"/>
            </w:tcMar>
            <w:vAlign w:val="center"/>
          </w:tcPr>
          <w:p w14:paraId="051C96E3" w14:textId="77777777" w:rsidR="004A2E0F" w:rsidRPr="00D308F8" w:rsidRDefault="00000000">
            <w:pPr>
              <w:spacing w:after="0" w:line="240" w:lineRule="auto"/>
              <w:jc w:val="center"/>
              <w:rPr>
                <w:noProof/>
                <w:lang w:val="ro-RO"/>
              </w:rPr>
            </w:pPr>
            <w:r w:rsidRPr="00D308F8">
              <w:rPr>
                <w:b/>
                <w:noProof/>
                <w:color w:val="FFFFFF"/>
                <w:sz w:val="14"/>
                <w:lang w:val="ro-RO"/>
              </w:rPr>
              <w:t>ID</w:t>
            </w:r>
          </w:p>
        </w:tc>
        <w:tc>
          <w:tcPr>
            <w:tcW w:w="1531" w:type="dxa"/>
            <w:shd w:val="clear" w:color="auto" w:fill="D71920"/>
            <w:tcMar>
              <w:top w:w="75" w:type="dxa"/>
              <w:left w:w="85" w:type="dxa"/>
              <w:bottom w:w="75" w:type="dxa"/>
              <w:right w:w="85" w:type="dxa"/>
            </w:tcMar>
            <w:vAlign w:val="center"/>
          </w:tcPr>
          <w:p w14:paraId="34D5393D" w14:textId="77777777" w:rsidR="004A2E0F" w:rsidRPr="00D308F8" w:rsidRDefault="00000000">
            <w:pPr>
              <w:spacing w:after="0" w:line="240" w:lineRule="auto"/>
              <w:jc w:val="center"/>
              <w:rPr>
                <w:noProof/>
                <w:lang w:val="ro-RO"/>
              </w:rPr>
            </w:pPr>
            <w:r w:rsidRPr="00D308F8">
              <w:rPr>
                <w:b/>
                <w:noProof/>
                <w:color w:val="FFFFFF"/>
                <w:sz w:val="14"/>
                <w:lang w:val="ro-RO"/>
              </w:rPr>
              <w:t>FRECVENȚĂ</w:t>
            </w:r>
          </w:p>
        </w:tc>
        <w:tc>
          <w:tcPr>
            <w:tcW w:w="3572" w:type="dxa"/>
            <w:shd w:val="clear" w:color="auto" w:fill="D71920"/>
            <w:tcMar>
              <w:top w:w="75" w:type="dxa"/>
              <w:left w:w="85" w:type="dxa"/>
              <w:bottom w:w="75" w:type="dxa"/>
              <w:right w:w="85" w:type="dxa"/>
            </w:tcMar>
            <w:vAlign w:val="center"/>
          </w:tcPr>
          <w:p w14:paraId="7301AA88" w14:textId="77777777" w:rsidR="004A2E0F" w:rsidRPr="00D308F8" w:rsidRDefault="00000000">
            <w:pPr>
              <w:spacing w:after="0" w:line="240" w:lineRule="auto"/>
              <w:jc w:val="center"/>
              <w:rPr>
                <w:noProof/>
                <w:lang w:val="ro-RO"/>
              </w:rPr>
            </w:pPr>
            <w:r w:rsidRPr="00D308F8">
              <w:rPr>
                <w:b/>
                <w:noProof/>
                <w:color w:val="FFFFFF"/>
                <w:sz w:val="14"/>
                <w:lang w:val="ro-RO"/>
              </w:rPr>
              <w:t>ACȚIUNI-CHEIE</w:t>
            </w:r>
          </w:p>
        </w:tc>
        <w:tc>
          <w:tcPr>
            <w:tcW w:w="1134" w:type="dxa"/>
            <w:shd w:val="clear" w:color="auto" w:fill="D71920"/>
            <w:tcMar>
              <w:top w:w="75" w:type="dxa"/>
              <w:left w:w="85" w:type="dxa"/>
              <w:bottom w:w="75" w:type="dxa"/>
              <w:right w:w="85" w:type="dxa"/>
            </w:tcMar>
            <w:vAlign w:val="center"/>
          </w:tcPr>
          <w:p w14:paraId="21F8074A" w14:textId="77777777" w:rsidR="004A2E0F" w:rsidRPr="00D308F8" w:rsidRDefault="00000000">
            <w:pPr>
              <w:spacing w:after="0" w:line="240" w:lineRule="auto"/>
              <w:jc w:val="center"/>
              <w:rPr>
                <w:noProof/>
                <w:lang w:val="ro-RO"/>
              </w:rPr>
            </w:pPr>
            <w:r w:rsidRPr="00D308F8">
              <w:rPr>
                <w:b/>
                <w:noProof/>
                <w:color w:val="FFFFFF"/>
                <w:sz w:val="14"/>
                <w:lang w:val="ro-RO"/>
              </w:rPr>
              <w:t>STATUS</w:t>
            </w:r>
          </w:p>
        </w:tc>
        <w:tc>
          <w:tcPr>
            <w:tcW w:w="3005" w:type="dxa"/>
            <w:shd w:val="clear" w:color="auto" w:fill="D71920"/>
            <w:tcMar>
              <w:top w:w="75" w:type="dxa"/>
              <w:left w:w="85" w:type="dxa"/>
              <w:bottom w:w="75" w:type="dxa"/>
              <w:right w:w="85" w:type="dxa"/>
            </w:tcMar>
            <w:vAlign w:val="center"/>
          </w:tcPr>
          <w:p w14:paraId="433C5A4E" w14:textId="77777777" w:rsidR="004A2E0F" w:rsidRPr="00D308F8" w:rsidRDefault="00000000">
            <w:pPr>
              <w:spacing w:after="0" w:line="240" w:lineRule="auto"/>
              <w:jc w:val="center"/>
              <w:rPr>
                <w:noProof/>
                <w:lang w:val="ro-RO"/>
              </w:rPr>
            </w:pPr>
            <w:r w:rsidRPr="00D308F8">
              <w:rPr>
                <w:b/>
                <w:noProof/>
                <w:color w:val="FFFFFF"/>
                <w:sz w:val="14"/>
                <w:lang w:val="ro-RO"/>
              </w:rPr>
              <w:t>REZULTAT / DECIZIE</w:t>
            </w:r>
          </w:p>
        </w:tc>
      </w:tr>
      <w:tr w:rsidR="004A2E0F" w:rsidRPr="00D308F8" w14:paraId="46E8DE1E" w14:textId="77777777">
        <w:trPr>
          <w:cantSplit/>
          <w:jc w:val="center"/>
        </w:trPr>
        <w:tc>
          <w:tcPr>
            <w:tcW w:w="680" w:type="dxa"/>
            <w:shd w:val="clear" w:color="auto" w:fill="FFFFFF"/>
            <w:tcMar>
              <w:top w:w="75" w:type="dxa"/>
              <w:left w:w="85" w:type="dxa"/>
              <w:bottom w:w="75" w:type="dxa"/>
              <w:right w:w="85" w:type="dxa"/>
            </w:tcMar>
            <w:vAlign w:val="center"/>
          </w:tcPr>
          <w:p w14:paraId="1503CAE5" w14:textId="77777777" w:rsidR="004A2E0F" w:rsidRPr="00D308F8" w:rsidRDefault="00000000">
            <w:pPr>
              <w:spacing w:after="0" w:line="240" w:lineRule="auto"/>
              <w:jc w:val="center"/>
              <w:rPr>
                <w:noProof/>
                <w:lang w:val="ro-RO"/>
              </w:rPr>
            </w:pPr>
            <w:r w:rsidRPr="00D308F8">
              <w:rPr>
                <w:noProof/>
                <w:sz w:val="14"/>
                <w:lang w:val="ro-RO"/>
              </w:rPr>
              <w:t>O-01</w:t>
            </w:r>
          </w:p>
        </w:tc>
        <w:tc>
          <w:tcPr>
            <w:tcW w:w="1531" w:type="dxa"/>
            <w:shd w:val="clear" w:color="auto" w:fill="FFFFFF"/>
            <w:tcMar>
              <w:top w:w="75" w:type="dxa"/>
              <w:left w:w="85" w:type="dxa"/>
              <w:bottom w:w="75" w:type="dxa"/>
              <w:right w:w="85" w:type="dxa"/>
            </w:tcMar>
            <w:vAlign w:val="center"/>
          </w:tcPr>
          <w:p w14:paraId="4D8B73DB" w14:textId="77777777" w:rsidR="004A2E0F" w:rsidRPr="00D308F8" w:rsidRDefault="004A2E0F">
            <w:pPr>
              <w:spacing w:after="0" w:line="240" w:lineRule="auto"/>
              <w:rPr>
                <w:noProof/>
                <w:lang w:val="ro-RO"/>
              </w:rPr>
            </w:pPr>
          </w:p>
        </w:tc>
        <w:tc>
          <w:tcPr>
            <w:tcW w:w="3572" w:type="dxa"/>
            <w:shd w:val="clear" w:color="auto" w:fill="FFFFFF"/>
            <w:tcMar>
              <w:top w:w="75" w:type="dxa"/>
              <w:left w:w="85" w:type="dxa"/>
              <w:bottom w:w="75" w:type="dxa"/>
              <w:right w:w="85" w:type="dxa"/>
            </w:tcMar>
            <w:vAlign w:val="center"/>
          </w:tcPr>
          <w:p w14:paraId="79E86907" w14:textId="77777777" w:rsidR="004A2E0F" w:rsidRPr="00D308F8" w:rsidRDefault="004A2E0F">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641234E4" w14:textId="77777777" w:rsidR="004A2E0F" w:rsidRPr="00D308F8" w:rsidRDefault="00000000">
            <w:pPr>
              <w:spacing w:after="0" w:line="240" w:lineRule="auto"/>
              <w:jc w:val="center"/>
              <w:rPr>
                <w:noProof/>
                <w:lang w:val="ro-RO"/>
              </w:rPr>
            </w:pPr>
            <w:r w:rsidRPr="00D308F8">
              <w:rPr>
                <w:noProof/>
                <w:sz w:val="14"/>
                <w:lang w:val="ro-RO"/>
              </w:rPr>
              <w:t>G/A/R</w:t>
            </w:r>
          </w:p>
        </w:tc>
        <w:tc>
          <w:tcPr>
            <w:tcW w:w="3005" w:type="dxa"/>
            <w:shd w:val="clear" w:color="auto" w:fill="FFFFFF"/>
            <w:tcMar>
              <w:top w:w="75" w:type="dxa"/>
              <w:left w:w="85" w:type="dxa"/>
              <w:bottom w:w="75" w:type="dxa"/>
              <w:right w:w="85" w:type="dxa"/>
            </w:tcMar>
            <w:vAlign w:val="center"/>
          </w:tcPr>
          <w:p w14:paraId="2983F8B4" w14:textId="77777777" w:rsidR="004A2E0F" w:rsidRPr="00D308F8" w:rsidRDefault="004A2E0F">
            <w:pPr>
              <w:spacing w:after="0" w:line="240" w:lineRule="auto"/>
              <w:rPr>
                <w:noProof/>
                <w:lang w:val="ro-RO"/>
              </w:rPr>
            </w:pPr>
          </w:p>
        </w:tc>
      </w:tr>
      <w:tr w:rsidR="004A2E0F" w:rsidRPr="00D308F8" w14:paraId="74C23661" w14:textId="77777777">
        <w:trPr>
          <w:cantSplit/>
          <w:jc w:val="center"/>
        </w:trPr>
        <w:tc>
          <w:tcPr>
            <w:tcW w:w="680" w:type="dxa"/>
            <w:shd w:val="clear" w:color="auto" w:fill="FAFAFA"/>
            <w:tcMar>
              <w:top w:w="75" w:type="dxa"/>
              <w:left w:w="85" w:type="dxa"/>
              <w:bottom w:w="75" w:type="dxa"/>
              <w:right w:w="85" w:type="dxa"/>
            </w:tcMar>
            <w:vAlign w:val="center"/>
          </w:tcPr>
          <w:p w14:paraId="6E9DFEBC" w14:textId="77777777" w:rsidR="004A2E0F" w:rsidRPr="00D308F8" w:rsidRDefault="00000000">
            <w:pPr>
              <w:spacing w:after="0" w:line="240" w:lineRule="auto"/>
              <w:jc w:val="center"/>
              <w:rPr>
                <w:noProof/>
                <w:lang w:val="ro-RO"/>
              </w:rPr>
            </w:pPr>
            <w:r w:rsidRPr="00D308F8">
              <w:rPr>
                <w:noProof/>
                <w:sz w:val="14"/>
                <w:lang w:val="ro-RO"/>
              </w:rPr>
              <w:t>O-02</w:t>
            </w:r>
          </w:p>
        </w:tc>
        <w:tc>
          <w:tcPr>
            <w:tcW w:w="1531" w:type="dxa"/>
            <w:shd w:val="clear" w:color="auto" w:fill="FAFAFA"/>
            <w:tcMar>
              <w:top w:w="75" w:type="dxa"/>
              <w:left w:w="85" w:type="dxa"/>
              <w:bottom w:w="75" w:type="dxa"/>
              <w:right w:w="85" w:type="dxa"/>
            </w:tcMar>
            <w:vAlign w:val="center"/>
          </w:tcPr>
          <w:p w14:paraId="3E426A55" w14:textId="77777777" w:rsidR="004A2E0F" w:rsidRPr="00D308F8" w:rsidRDefault="004A2E0F">
            <w:pPr>
              <w:spacing w:after="0" w:line="240" w:lineRule="auto"/>
              <w:rPr>
                <w:noProof/>
                <w:lang w:val="ro-RO"/>
              </w:rPr>
            </w:pPr>
          </w:p>
        </w:tc>
        <w:tc>
          <w:tcPr>
            <w:tcW w:w="3572" w:type="dxa"/>
            <w:shd w:val="clear" w:color="auto" w:fill="FAFAFA"/>
            <w:tcMar>
              <w:top w:w="75" w:type="dxa"/>
              <w:left w:w="85" w:type="dxa"/>
              <w:bottom w:w="75" w:type="dxa"/>
              <w:right w:w="85" w:type="dxa"/>
            </w:tcMar>
            <w:vAlign w:val="center"/>
          </w:tcPr>
          <w:p w14:paraId="14F6186C" w14:textId="77777777" w:rsidR="004A2E0F" w:rsidRPr="00D308F8" w:rsidRDefault="004A2E0F">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40139D09" w14:textId="77777777" w:rsidR="004A2E0F" w:rsidRPr="00D308F8" w:rsidRDefault="00000000">
            <w:pPr>
              <w:spacing w:after="0" w:line="240" w:lineRule="auto"/>
              <w:jc w:val="center"/>
              <w:rPr>
                <w:noProof/>
                <w:lang w:val="ro-RO"/>
              </w:rPr>
            </w:pPr>
            <w:r w:rsidRPr="00D308F8">
              <w:rPr>
                <w:noProof/>
                <w:sz w:val="14"/>
                <w:lang w:val="ro-RO"/>
              </w:rPr>
              <w:t>G/A/R</w:t>
            </w:r>
          </w:p>
        </w:tc>
        <w:tc>
          <w:tcPr>
            <w:tcW w:w="3005" w:type="dxa"/>
            <w:shd w:val="clear" w:color="auto" w:fill="FAFAFA"/>
            <w:tcMar>
              <w:top w:w="75" w:type="dxa"/>
              <w:left w:w="85" w:type="dxa"/>
              <w:bottom w:w="75" w:type="dxa"/>
              <w:right w:w="85" w:type="dxa"/>
            </w:tcMar>
            <w:vAlign w:val="center"/>
          </w:tcPr>
          <w:p w14:paraId="4B7C25C8" w14:textId="77777777" w:rsidR="004A2E0F" w:rsidRPr="00D308F8" w:rsidRDefault="004A2E0F">
            <w:pPr>
              <w:spacing w:after="0" w:line="240" w:lineRule="auto"/>
              <w:rPr>
                <w:noProof/>
                <w:lang w:val="ro-RO"/>
              </w:rPr>
            </w:pPr>
          </w:p>
        </w:tc>
      </w:tr>
      <w:tr w:rsidR="004A2E0F" w:rsidRPr="00D308F8" w14:paraId="120F4BFD" w14:textId="77777777">
        <w:trPr>
          <w:cantSplit/>
          <w:jc w:val="center"/>
        </w:trPr>
        <w:tc>
          <w:tcPr>
            <w:tcW w:w="680" w:type="dxa"/>
            <w:shd w:val="clear" w:color="auto" w:fill="FFFFFF"/>
            <w:tcMar>
              <w:top w:w="75" w:type="dxa"/>
              <w:left w:w="85" w:type="dxa"/>
              <w:bottom w:w="75" w:type="dxa"/>
              <w:right w:w="85" w:type="dxa"/>
            </w:tcMar>
            <w:vAlign w:val="center"/>
          </w:tcPr>
          <w:p w14:paraId="59AD2770" w14:textId="77777777" w:rsidR="004A2E0F" w:rsidRPr="00D308F8" w:rsidRDefault="00000000">
            <w:pPr>
              <w:spacing w:after="0" w:line="240" w:lineRule="auto"/>
              <w:jc w:val="center"/>
              <w:rPr>
                <w:noProof/>
                <w:lang w:val="ro-RO"/>
              </w:rPr>
            </w:pPr>
            <w:r w:rsidRPr="00D308F8">
              <w:rPr>
                <w:noProof/>
                <w:sz w:val="14"/>
                <w:lang w:val="ro-RO"/>
              </w:rPr>
              <w:t>O-03</w:t>
            </w:r>
          </w:p>
        </w:tc>
        <w:tc>
          <w:tcPr>
            <w:tcW w:w="1531" w:type="dxa"/>
            <w:shd w:val="clear" w:color="auto" w:fill="FFFFFF"/>
            <w:tcMar>
              <w:top w:w="75" w:type="dxa"/>
              <w:left w:w="85" w:type="dxa"/>
              <w:bottom w:w="75" w:type="dxa"/>
              <w:right w:w="85" w:type="dxa"/>
            </w:tcMar>
            <w:vAlign w:val="center"/>
          </w:tcPr>
          <w:p w14:paraId="62CEEBCC" w14:textId="77777777" w:rsidR="004A2E0F" w:rsidRPr="00D308F8" w:rsidRDefault="004A2E0F">
            <w:pPr>
              <w:spacing w:after="0" w:line="240" w:lineRule="auto"/>
              <w:rPr>
                <w:noProof/>
                <w:lang w:val="ro-RO"/>
              </w:rPr>
            </w:pPr>
          </w:p>
        </w:tc>
        <w:tc>
          <w:tcPr>
            <w:tcW w:w="3572" w:type="dxa"/>
            <w:shd w:val="clear" w:color="auto" w:fill="FFFFFF"/>
            <w:tcMar>
              <w:top w:w="75" w:type="dxa"/>
              <w:left w:w="85" w:type="dxa"/>
              <w:bottom w:w="75" w:type="dxa"/>
              <w:right w:w="85" w:type="dxa"/>
            </w:tcMar>
            <w:vAlign w:val="center"/>
          </w:tcPr>
          <w:p w14:paraId="3738D178" w14:textId="77777777" w:rsidR="004A2E0F" w:rsidRPr="00D308F8" w:rsidRDefault="004A2E0F">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19C8B2B3" w14:textId="77777777" w:rsidR="004A2E0F" w:rsidRPr="00D308F8" w:rsidRDefault="00000000">
            <w:pPr>
              <w:spacing w:after="0" w:line="240" w:lineRule="auto"/>
              <w:jc w:val="center"/>
              <w:rPr>
                <w:noProof/>
                <w:lang w:val="ro-RO"/>
              </w:rPr>
            </w:pPr>
            <w:r w:rsidRPr="00D308F8">
              <w:rPr>
                <w:noProof/>
                <w:sz w:val="14"/>
                <w:lang w:val="ro-RO"/>
              </w:rPr>
              <w:t>G/A/R</w:t>
            </w:r>
          </w:p>
        </w:tc>
        <w:tc>
          <w:tcPr>
            <w:tcW w:w="3005" w:type="dxa"/>
            <w:shd w:val="clear" w:color="auto" w:fill="FFFFFF"/>
            <w:tcMar>
              <w:top w:w="75" w:type="dxa"/>
              <w:left w:w="85" w:type="dxa"/>
              <w:bottom w:w="75" w:type="dxa"/>
              <w:right w:w="85" w:type="dxa"/>
            </w:tcMar>
            <w:vAlign w:val="center"/>
          </w:tcPr>
          <w:p w14:paraId="437C4928" w14:textId="77777777" w:rsidR="004A2E0F" w:rsidRPr="00D308F8" w:rsidRDefault="004A2E0F">
            <w:pPr>
              <w:spacing w:after="0" w:line="240" w:lineRule="auto"/>
              <w:rPr>
                <w:noProof/>
                <w:lang w:val="ro-RO"/>
              </w:rPr>
            </w:pPr>
          </w:p>
        </w:tc>
      </w:tr>
      <w:tr w:rsidR="004A2E0F" w:rsidRPr="00D308F8" w14:paraId="084FECC9" w14:textId="77777777">
        <w:trPr>
          <w:cantSplit/>
          <w:jc w:val="center"/>
        </w:trPr>
        <w:tc>
          <w:tcPr>
            <w:tcW w:w="680" w:type="dxa"/>
            <w:shd w:val="clear" w:color="auto" w:fill="FAFAFA"/>
            <w:tcMar>
              <w:top w:w="75" w:type="dxa"/>
              <w:left w:w="85" w:type="dxa"/>
              <w:bottom w:w="75" w:type="dxa"/>
              <w:right w:w="85" w:type="dxa"/>
            </w:tcMar>
            <w:vAlign w:val="center"/>
          </w:tcPr>
          <w:p w14:paraId="6FE2F52F" w14:textId="77777777" w:rsidR="004A2E0F" w:rsidRPr="00D308F8" w:rsidRDefault="00000000">
            <w:pPr>
              <w:spacing w:after="0" w:line="240" w:lineRule="auto"/>
              <w:jc w:val="center"/>
              <w:rPr>
                <w:noProof/>
                <w:lang w:val="ro-RO"/>
              </w:rPr>
            </w:pPr>
            <w:r w:rsidRPr="00D308F8">
              <w:rPr>
                <w:noProof/>
                <w:sz w:val="14"/>
                <w:lang w:val="ro-RO"/>
              </w:rPr>
              <w:t>O-04</w:t>
            </w:r>
          </w:p>
        </w:tc>
        <w:tc>
          <w:tcPr>
            <w:tcW w:w="1531" w:type="dxa"/>
            <w:shd w:val="clear" w:color="auto" w:fill="FAFAFA"/>
            <w:tcMar>
              <w:top w:w="75" w:type="dxa"/>
              <w:left w:w="85" w:type="dxa"/>
              <w:bottom w:w="75" w:type="dxa"/>
              <w:right w:w="85" w:type="dxa"/>
            </w:tcMar>
            <w:vAlign w:val="center"/>
          </w:tcPr>
          <w:p w14:paraId="70E508D4" w14:textId="77777777" w:rsidR="004A2E0F" w:rsidRPr="00D308F8" w:rsidRDefault="004A2E0F">
            <w:pPr>
              <w:spacing w:after="0" w:line="240" w:lineRule="auto"/>
              <w:rPr>
                <w:noProof/>
                <w:lang w:val="ro-RO"/>
              </w:rPr>
            </w:pPr>
          </w:p>
        </w:tc>
        <w:tc>
          <w:tcPr>
            <w:tcW w:w="3572" w:type="dxa"/>
            <w:shd w:val="clear" w:color="auto" w:fill="FAFAFA"/>
            <w:tcMar>
              <w:top w:w="75" w:type="dxa"/>
              <w:left w:w="85" w:type="dxa"/>
              <w:bottom w:w="75" w:type="dxa"/>
              <w:right w:w="85" w:type="dxa"/>
            </w:tcMar>
            <w:vAlign w:val="center"/>
          </w:tcPr>
          <w:p w14:paraId="1D90977E" w14:textId="77777777" w:rsidR="004A2E0F" w:rsidRPr="00D308F8" w:rsidRDefault="004A2E0F">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4F107498" w14:textId="77777777" w:rsidR="004A2E0F" w:rsidRPr="00D308F8" w:rsidRDefault="00000000">
            <w:pPr>
              <w:spacing w:after="0" w:line="240" w:lineRule="auto"/>
              <w:jc w:val="center"/>
              <w:rPr>
                <w:noProof/>
                <w:lang w:val="ro-RO"/>
              </w:rPr>
            </w:pPr>
            <w:r w:rsidRPr="00D308F8">
              <w:rPr>
                <w:noProof/>
                <w:sz w:val="14"/>
                <w:lang w:val="ro-RO"/>
              </w:rPr>
              <w:t>G/A/R</w:t>
            </w:r>
          </w:p>
        </w:tc>
        <w:tc>
          <w:tcPr>
            <w:tcW w:w="3005" w:type="dxa"/>
            <w:shd w:val="clear" w:color="auto" w:fill="FAFAFA"/>
            <w:tcMar>
              <w:top w:w="75" w:type="dxa"/>
              <w:left w:w="85" w:type="dxa"/>
              <w:bottom w:w="75" w:type="dxa"/>
              <w:right w:w="85" w:type="dxa"/>
            </w:tcMar>
            <w:vAlign w:val="center"/>
          </w:tcPr>
          <w:p w14:paraId="4555D16C" w14:textId="77777777" w:rsidR="004A2E0F" w:rsidRPr="00D308F8" w:rsidRDefault="004A2E0F">
            <w:pPr>
              <w:spacing w:after="0" w:line="240" w:lineRule="auto"/>
              <w:rPr>
                <w:noProof/>
                <w:lang w:val="ro-RO"/>
              </w:rPr>
            </w:pPr>
          </w:p>
        </w:tc>
      </w:tr>
      <w:tr w:rsidR="004A2E0F" w:rsidRPr="00D308F8" w14:paraId="42F6270B" w14:textId="77777777">
        <w:trPr>
          <w:cantSplit/>
          <w:jc w:val="center"/>
        </w:trPr>
        <w:tc>
          <w:tcPr>
            <w:tcW w:w="680" w:type="dxa"/>
            <w:shd w:val="clear" w:color="auto" w:fill="FFFFFF"/>
            <w:tcMar>
              <w:top w:w="75" w:type="dxa"/>
              <w:left w:w="85" w:type="dxa"/>
              <w:bottom w:w="75" w:type="dxa"/>
              <w:right w:w="85" w:type="dxa"/>
            </w:tcMar>
            <w:vAlign w:val="center"/>
          </w:tcPr>
          <w:p w14:paraId="7D3B989B" w14:textId="77777777" w:rsidR="004A2E0F" w:rsidRPr="00D308F8" w:rsidRDefault="00000000">
            <w:pPr>
              <w:spacing w:after="0" w:line="240" w:lineRule="auto"/>
              <w:jc w:val="center"/>
              <w:rPr>
                <w:noProof/>
                <w:lang w:val="ro-RO"/>
              </w:rPr>
            </w:pPr>
            <w:r w:rsidRPr="00D308F8">
              <w:rPr>
                <w:noProof/>
                <w:sz w:val="14"/>
                <w:lang w:val="ro-RO"/>
              </w:rPr>
              <w:t>O-05</w:t>
            </w:r>
          </w:p>
        </w:tc>
        <w:tc>
          <w:tcPr>
            <w:tcW w:w="1531" w:type="dxa"/>
            <w:shd w:val="clear" w:color="auto" w:fill="FFFFFF"/>
            <w:tcMar>
              <w:top w:w="75" w:type="dxa"/>
              <w:left w:w="85" w:type="dxa"/>
              <w:bottom w:w="75" w:type="dxa"/>
              <w:right w:w="85" w:type="dxa"/>
            </w:tcMar>
            <w:vAlign w:val="center"/>
          </w:tcPr>
          <w:p w14:paraId="725A7E59" w14:textId="77777777" w:rsidR="004A2E0F" w:rsidRPr="00D308F8" w:rsidRDefault="004A2E0F">
            <w:pPr>
              <w:spacing w:after="0" w:line="240" w:lineRule="auto"/>
              <w:rPr>
                <w:noProof/>
                <w:lang w:val="ro-RO"/>
              </w:rPr>
            </w:pPr>
          </w:p>
        </w:tc>
        <w:tc>
          <w:tcPr>
            <w:tcW w:w="3572" w:type="dxa"/>
            <w:shd w:val="clear" w:color="auto" w:fill="FFFFFF"/>
            <w:tcMar>
              <w:top w:w="75" w:type="dxa"/>
              <w:left w:w="85" w:type="dxa"/>
              <w:bottom w:w="75" w:type="dxa"/>
              <w:right w:w="85" w:type="dxa"/>
            </w:tcMar>
            <w:vAlign w:val="center"/>
          </w:tcPr>
          <w:p w14:paraId="14AE08E8" w14:textId="77777777" w:rsidR="004A2E0F" w:rsidRPr="00D308F8" w:rsidRDefault="004A2E0F">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73986766" w14:textId="77777777" w:rsidR="004A2E0F" w:rsidRPr="00D308F8" w:rsidRDefault="00000000">
            <w:pPr>
              <w:spacing w:after="0" w:line="240" w:lineRule="auto"/>
              <w:jc w:val="center"/>
              <w:rPr>
                <w:noProof/>
                <w:lang w:val="ro-RO"/>
              </w:rPr>
            </w:pPr>
            <w:r w:rsidRPr="00D308F8">
              <w:rPr>
                <w:noProof/>
                <w:sz w:val="14"/>
                <w:lang w:val="ro-RO"/>
              </w:rPr>
              <w:t>G/A/R</w:t>
            </w:r>
          </w:p>
        </w:tc>
        <w:tc>
          <w:tcPr>
            <w:tcW w:w="3005" w:type="dxa"/>
            <w:shd w:val="clear" w:color="auto" w:fill="FFFFFF"/>
            <w:tcMar>
              <w:top w:w="75" w:type="dxa"/>
              <w:left w:w="85" w:type="dxa"/>
              <w:bottom w:w="75" w:type="dxa"/>
              <w:right w:w="85" w:type="dxa"/>
            </w:tcMar>
            <w:vAlign w:val="center"/>
          </w:tcPr>
          <w:p w14:paraId="38C399F5" w14:textId="77777777" w:rsidR="004A2E0F" w:rsidRPr="00D308F8" w:rsidRDefault="004A2E0F">
            <w:pPr>
              <w:spacing w:after="0" w:line="240" w:lineRule="auto"/>
              <w:rPr>
                <w:noProof/>
                <w:lang w:val="ro-RO"/>
              </w:rPr>
            </w:pPr>
          </w:p>
        </w:tc>
      </w:tr>
      <w:tr w:rsidR="004A2E0F" w:rsidRPr="00D308F8" w14:paraId="20B5D6C7" w14:textId="77777777">
        <w:trPr>
          <w:cantSplit/>
          <w:jc w:val="center"/>
        </w:trPr>
        <w:tc>
          <w:tcPr>
            <w:tcW w:w="680" w:type="dxa"/>
            <w:shd w:val="clear" w:color="auto" w:fill="FAFAFA"/>
            <w:tcMar>
              <w:top w:w="75" w:type="dxa"/>
              <w:left w:w="85" w:type="dxa"/>
              <w:bottom w:w="75" w:type="dxa"/>
              <w:right w:w="85" w:type="dxa"/>
            </w:tcMar>
            <w:vAlign w:val="center"/>
          </w:tcPr>
          <w:p w14:paraId="78449F11" w14:textId="77777777" w:rsidR="004A2E0F" w:rsidRPr="00D308F8" w:rsidRDefault="00000000">
            <w:pPr>
              <w:spacing w:after="0" w:line="240" w:lineRule="auto"/>
              <w:jc w:val="center"/>
              <w:rPr>
                <w:noProof/>
                <w:lang w:val="ro-RO"/>
              </w:rPr>
            </w:pPr>
            <w:r w:rsidRPr="00D308F8">
              <w:rPr>
                <w:noProof/>
                <w:sz w:val="14"/>
                <w:lang w:val="ro-RO"/>
              </w:rPr>
              <w:t>O-06</w:t>
            </w:r>
          </w:p>
        </w:tc>
        <w:tc>
          <w:tcPr>
            <w:tcW w:w="1531" w:type="dxa"/>
            <w:shd w:val="clear" w:color="auto" w:fill="FAFAFA"/>
            <w:tcMar>
              <w:top w:w="75" w:type="dxa"/>
              <w:left w:w="85" w:type="dxa"/>
              <w:bottom w:w="75" w:type="dxa"/>
              <w:right w:w="85" w:type="dxa"/>
            </w:tcMar>
            <w:vAlign w:val="center"/>
          </w:tcPr>
          <w:p w14:paraId="7B9759B7" w14:textId="77777777" w:rsidR="004A2E0F" w:rsidRPr="00D308F8" w:rsidRDefault="004A2E0F">
            <w:pPr>
              <w:spacing w:after="0" w:line="240" w:lineRule="auto"/>
              <w:rPr>
                <w:noProof/>
                <w:lang w:val="ro-RO"/>
              </w:rPr>
            </w:pPr>
          </w:p>
        </w:tc>
        <w:tc>
          <w:tcPr>
            <w:tcW w:w="3572" w:type="dxa"/>
            <w:shd w:val="clear" w:color="auto" w:fill="FAFAFA"/>
            <w:tcMar>
              <w:top w:w="75" w:type="dxa"/>
              <w:left w:w="85" w:type="dxa"/>
              <w:bottom w:w="75" w:type="dxa"/>
              <w:right w:w="85" w:type="dxa"/>
            </w:tcMar>
            <w:vAlign w:val="center"/>
          </w:tcPr>
          <w:p w14:paraId="7859BC23" w14:textId="77777777" w:rsidR="004A2E0F" w:rsidRPr="00D308F8" w:rsidRDefault="004A2E0F">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259371E5" w14:textId="77777777" w:rsidR="004A2E0F" w:rsidRPr="00D308F8" w:rsidRDefault="00000000">
            <w:pPr>
              <w:spacing w:after="0" w:line="240" w:lineRule="auto"/>
              <w:jc w:val="center"/>
              <w:rPr>
                <w:noProof/>
                <w:lang w:val="ro-RO"/>
              </w:rPr>
            </w:pPr>
            <w:r w:rsidRPr="00D308F8">
              <w:rPr>
                <w:noProof/>
                <w:sz w:val="14"/>
                <w:lang w:val="ro-RO"/>
              </w:rPr>
              <w:t>G/A/R</w:t>
            </w:r>
          </w:p>
        </w:tc>
        <w:tc>
          <w:tcPr>
            <w:tcW w:w="3005" w:type="dxa"/>
            <w:shd w:val="clear" w:color="auto" w:fill="FAFAFA"/>
            <w:tcMar>
              <w:top w:w="75" w:type="dxa"/>
              <w:left w:w="85" w:type="dxa"/>
              <w:bottom w:w="75" w:type="dxa"/>
              <w:right w:w="85" w:type="dxa"/>
            </w:tcMar>
            <w:vAlign w:val="center"/>
          </w:tcPr>
          <w:p w14:paraId="24851651" w14:textId="77777777" w:rsidR="004A2E0F" w:rsidRPr="00D308F8" w:rsidRDefault="004A2E0F">
            <w:pPr>
              <w:spacing w:after="0" w:line="240" w:lineRule="auto"/>
              <w:rPr>
                <w:noProof/>
                <w:lang w:val="ro-RO"/>
              </w:rPr>
            </w:pPr>
          </w:p>
        </w:tc>
      </w:tr>
      <w:tr w:rsidR="004A2E0F" w:rsidRPr="00D308F8" w14:paraId="5632E712" w14:textId="77777777">
        <w:trPr>
          <w:cantSplit/>
          <w:jc w:val="center"/>
        </w:trPr>
        <w:tc>
          <w:tcPr>
            <w:tcW w:w="680" w:type="dxa"/>
            <w:shd w:val="clear" w:color="auto" w:fill="FFFFFF"/>
            <w:tcMar>
              <w:top w:w="75" w:type="dxa"/>
              <w:left w:w="85" w:type="dxa"/>
              <w:bottom w:w="75" w:type="dxa"/>
              <w:right w:w="85" w:type="dxa"/>
            </w:tcMar>
            <w:vAlign w:val="center"/>
          </w:tcPr>
          <w:p w14:paraId="7AFD505A" w14:textId="77777777" w:rsidR="004A2E0F" w:rsidRPr="00D308F8" w:rsidRDefault="00000000">
            <w:pPr>
              <w:spacing w:after="0" w:line="240" w:lineRule="auto"/>
              <w:jc w:val="center"/>
              <w:rPr>
                <w:noProof/>
                <w:lang w:val="ro-RO"/>
              </w:rPr>
            </w:pPr>
            <w:r w:rsidRPr="00D308F8">
              <w:rPr>
                <w:noProof/>
                <w:sz w:val="14"/>
                <w:lang w:val="ro-RO"/>
              </w:rPr>
              <w:t>O-07</w:t>
            </w:r>
          </w:p>
        </w:tc>
        <w:tc>
          <w:tcPr>
            <w:tcW w:w="1531" w:type="dxa"/>
            <w:shd w:val="clear" w:color="auto" w:fill="FFFFFF"/>
            <w:tcMar>
              <w:top w:w="75" w:type="dxa"/>
              <w:left w:w="85" w:type="dxa"/>
              <w:bottom w:w="75" w:type="dxa"/>
              <w:right w:w="85" w:type="dxa"/>
            </w:tcMar>
            <w:vAlign w:val="center"/>
          </w:tcPr>
          <w:p w14:paraId="63009882" w14:textId="77777777" w:rsidR="004A2E0F" w:rsidRPr="00D308F8" w:rsidRDefault="004A2E0F">
            <w:pPr>
              <w:spacing w:after="0" w:line="240" w:lineRule="auto"/>
              <w:rPr>
                <w:noProof/>
                <w:lang w:val="ro-RO"/>
              </w:rPr>
            </w:pPr>
          </w:p>
        </w:tc>
        <w:tc>
          <w:tcPr>
            <w:tcW w:w="3572" w:type="dxa"/>
            <w:shd w:val="clear" w:color="auto" w:fill="FFFFFF"/>
            <w:tcMar>
              <w:top w:w="75" w:type="dxa"/>
              <w:left w:w="85" w:type="dxa"/>
              <w:bottom w:w="75" w:type="dxa"/>
              <w:right w:w="85" w:type="dxa"/>
            </w:tcMar>
            <w:vAlign w:val="center"/>
          </w:tcPr>
          <w:p w14:paraId="28E7B155" w14:textId="77777777" w:rsidR="004A2E0F" w:rsidRPr="00D308F8" w:rsidRDefault="004A2E0F">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5B8AD841" w14:textId="77777777" w:rsidR="004A2E0F" w:rsidRPr="00D308F8" w:rsidRDefault="00000000">
            <w:pPr>
              <w:spacing w:after="0" w:line="240" w:lineRule="auto"/>
              <w:jc w:val="center"/>
              <w:rPr>
                <w:noProof/>
                <w:lang w:val="ro-RO"/>
              </w:rPr>
            </w:pPr>
            <w:r w:rsidRPr="00D308F8">
              <w:rPr>
                <w:noProof/>
                <w:sz w:val="14"/>
                <w:lang w:val="ro-RO"/>
              </w:rPr>
              <w:t>G/A/R</w:t>
            </w:r>
          </w:p>
        </w:tc>
        <w:tc>
          <w:tcPr>
            <w:tcW w:w="3005" w:type="dxa"/>
            <w:shd w:val="clear" w:color="auto" w:fill="FFFFFF"/>
            <w:tcMar>
              <w:top w:w="75" w:type="dxa"/>
              <w:left w:w="85" w:type="dxa"/>
              <w:bottom w:w="75" w:type="dxa"/>
              <w:right w:w="85" w:type="dxa"/>
            </w:tcMar>
            <w:vAlign w:val="center"/>
          </w:tcPr>
          <w:p w14:paraId="78970F4D" w14:textId="77777777" w:rsidR="004A2E0F" w:rsidRPr="00D308F8" w:rsidRDefault="004A2E0F">
            <w:pPr>
              <w:spacing w:after="0" w:line="240" w:lineRule="auto"/>
              <w:rPr>
                <w:noProof/>
                <w:lang w:val="ro-RO"/>
              </w:rPr>
            </w:pPr>
          </w:p>
        </w:tc>
      </w:tr>
      <w:tr w:rsidR="004A2E0F" w:rsidRPr="00D308F8" w14:paraId="1A92847C" w14:textId="77777777">
        <w:trPr>
          <w:cantSplit/>
          <w:jc w:val="center"/>
        </w:trPr>
        <w:tc>
          <w:tcPr>
            <w:tcW w:w="680" w:type="dxa"/>
            <w:shd w:val="clear" w:color="auto" w:fill="FAFAFA"/>
            <w:tcMar>
              <w:top w:w="75" w:type="dxa"/>
              <w:left w:w="85" w:type="dxa"/>
              <w:bottom w:w="75" w:type="dxa"/>
              <w:right w:w="85" w:type="dxa"/>
            </w:tcMar>
            <w:vAlign w:val="center"/>
          </w:tcPr>
          <w:p w14:paraId="79D77F2B" w14:textId="77777777" w:rsidR="004A2E0F" w:rsidRPr="00D308F8" w:rsidRDefault="00000000">
            <w:pPr>
              <w:spacing w:after="0" w:line="240" w:lineRule="auto"/>
              <w:jc w:val="center"/>
              <w:rPr>
                <w:noProof/>
                <w:lang w:val="ro-RO"/>
              </w:rPr>
            </w:pPr>
            <w:r w:rsidRPr="00D308F8">
              <w:rPr>
                <w:noProof/>
                <w:sz w:val="14"/>
                <w:lang w:val="ro-RO"/>
              </w:rPr>
              <w:t>O-08</w:t>
            </w:r>
          </w:p>
        </w:tc>
        <w:tc>
          <w:tcPr>
            <w:tcW w:w="1531" w:type="dxa"/>
            <w:shd w:val="clear" w:color="auto" w:fill="FAFAFA"/>
            <w:tcMar>
              <w:top w:w="75" w:type="dxa"/>
              <w:left w:w="85" w:type="dxa"/>
              <w:bottom w:w="75" w:type="dxa"/>
              <w:right w:w="85" w:type="dxa"/>
            </w:tcMar>
            <w:vAlign w:val="center"/>
          </w:tcPr>
          <w:p w14:paraId="5B368875" w14:textId="77777777" w:rsidR="004A2E0F" w:rsidRPr="00D308F8" w:rsidRDefault="004A2E0F">
            <w:pPr>
              <w:spacing w:after="0" w:line="240" w:lineRule="auto"/>
              <w:rPr>
                <w:noProof/>
                <w:lang w:val="ro-RO"/>
              </w:rPr>
            </w:pPr>
          </w:p>
        </w:tc>
        <w:tc>
          <w:tcPr>
            <w:tcW w:w="3572" w:type="dxa"/>
            <w:shd w:val="clear" w:color="auto" w:fill="FAFAFA"/>
            <w:tcMar>
              <w:top w:w="75" w:type="dxa"/>
              <w:left w:w="85" w:type="dxa"/>
              <w:bottom w:w="75" w:type="dxa"/>
              <w:right w:w="85" w:type="dxa"/>
            </w:tcMar>
            <w:vAlign w:val="center"/>
          </w:tcPr>
          <w:p w14:paraId="561DE9D0" w14:textId="77777777" w:rsidR="004A2E0F" w:rsidRPr="00D308F8" w:rsidRDefault="004A2E0F">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549FAD53" w14:textId="77777777" w:rsidR="004A2E0F" w:rsidRPr="00D308F8" w:rsidRDefault="00000000">
            <w:pPr>
              <w:spacing w:after="0" w:line="240" w:lineRule="auto"/>
              <w:jc w:val="center"/>
              <w:rPr>
                <w:noProof/>
                <w:lang w:val="ro-RO"/>
              </w:rPr>
            </w:pPr>
            <w:r w:rsidRPr="00D308F8">
              <w:rPr>
                <w:noProof/>
                <w:sz w:val="14"/>
                <w:lang w:val="ro-RO"/>
              </w:rPr>
              <w:t>G/A/R</w:t>
            </w:r>
          </w:p>
        </w:tc>
        <w:tc>
          <w:tcPr>
            <w:tcW w:w="3005" w:type="dxa"/>
            <w:shd w:val="clear" w:color="auto" w:fill="FAFAFA"/>
            <w:tcMar>
              <w:top w:w="75" w:type="dxa"/>
              <w:left w:w="85" w:type="dxa"/>
              <w:bottom w:w="75" w:type="dxa"/>
              <w:right w:w="85" w:type="dxa"/>
            </w:tcMar>
            <w:vAlign w:val="center"/>
          </w:tcPr>
          <w:p w14:paraId="0CC91E0D" w14:textId="77777777" w:rsidR="004A2E0F" w:rsidRPr="00D308F8" w:rsidRDefault="004A2E0F">
            <w:pPr>
              <w:spacing w:after="0" w:line="240" w:lineRule="auto"/>
              <w:rPr>
                <w:noProof/>
                <w:lang w:val="ro-RO"/>
              </w:rPr>
            </w:pPr>
          </w:p>
        </w:tc>
      </w:tr>
    </w:tbl>
    <w:p w14:paraId="01F13F86" w14:textId="77777777" w:rsidR="004A2E0F" w:rsidRPr="00D308F8" w:rsidRDefault="004A2E0F">
      <w:pPr>
        <w:spacing w:after="2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701"/>
        <w:gridCol w:w="5102"/>
        <w:gridCol w:w="3118"/>
      </w:tblGrid>
      <w:tr w:rsidR="004A2E0F" w:rsidRPr="00D308F8" w14:paraId="35F4C13B" w14:textId="77777777">
        <w:trPr>
          <w:tblHeader/>
          <w:jc w:val="center"/>
        </w:trPr>
        <w:tc>
          <w:tcPr>
            <w:tcW w:w="1701" w:type="dxa"/>
            <w:shd w:val="clear" w:color="auto" w:fill="D71920"/>
            <w:tcMar>
              <w:top w:w="75" w:type="dxa"/>
              <w:left w:w="85" w:type="dxa"/>
              <w:bottom w:w="75" w:type="dxa"/>
              <w:right w:w="85" w:type="dxa"/>
            </w:tcMar>
            <w:vAlign w:val="center"/>
          </w:tcPr>
          <w:p w14:paraId="1F1EAD2E" w14:textId="77777777" w:rsidR="004A2E0F" w:rsidRPr="00D308F8" w:rsidRDefault="00000000">
            <w:pPr>
              <w:spacing w:after="0" w:line="240" w:lineRule="auto"/>
              <w:jc w:val="center"/>
              <w:rPr>
                <w:noProof/>
                <w:lang w:val="ro-RO"/>
              </w:rPr>
            </w:pPr>
            <w:r w:rsidRPr="00D308F8">
              <w:rPr>
                <w:b/>
                <w:noProof/>
                <w:color w:val="FFFFFF"/>
                <w:sz w:val="15"/>
                <w:lang w:val="ro-RO"/>
              </w:rPr>
              <w:t>STATUS</w:t>
            </w:r>
          </w:p>
        </w:tc>
        <w:tc>
          <w:tcPr>
            <w:tcW w:w="5102" w:type="dxa"/>
            <w:shd w:val="clear" w:color="auto" w:fill="D71920"/>
            <w:tcMar>
              <w:top w:w="75" w:type="dxa"/>
              <w:left w:w="85" w:type="dxa"/>
              <w:bottom w:w="75" w:type="dxa"/>
              <w:right w:w="85" w:type="dxa"/>
            </w:tcMar>
            <w:vAlign w:val="center"/>
          </w:tcPr>
          <w:p w14:paraId="76E68BB6" w14:textId="77777777" w:rsidR="004A2E0F" w:rsidRPr="00D308F8" w:rsidRDefault="00000000">
            <w:pPr>
              <w:spacing w:after="0" w:line="240" w:lineRule="auto"/>
              <w:jc w:val="center"/>
              <w:rPr>
                <w:noProof/>
                <w:lang w:val="ro-RO"/>
              </w:rPr>
            </w:pPr>
            <w:r w:rsidRPr="00D308F8">
              <w:rPr>
                <w:b/>
                <w:noProof/>
                <w:color w:val="FFFFFF"/>
                <w:sz w:val="15"/>
                <w:lang w:val="ro-RO"/>
              </w:rPr>
              <w:t>CRITERIU</w:t>
            </w:r>
          </w:p>
        </w:tc>
        <w:tc>
          <w:tcPr>
            <w:tcW w:w="3118" w:type="dxa"/>
            <w:shd w:val="clear" w:color="auto" w:fill="D71920"/>
            <w:tcMar>
              <w:top w:w="75" w:type="dxa"/>
              <w:left w:w="85" w:type="dxa"/>
              <w:bottom w:w="75" w:type="dxa"/>
              <w:right w:w="85" w:type="dxa"/>
            </w:tcMar>
            <w:vAlign w:val="center"/>
          </w:tcPr>
          <w:p w14:paraId="058AB956" w14:textId="77777777" w:rsidR="004A2E0F" w:rsidRPr="00D308F8" w:rsidRDefault="00000000">
            <w:pPr>
              <w:spacing w:after="0" w:line="240" w:lineRule="auto"/>
              <w:jc w:val="center"/>
              <w:rPr>
                <w:noProof/>
                <w:lang w:val="ro-RO"/>
              </w:rPr>
            </w:pPr>
            <w:r w:rsidRPr="00D308F8">
              <w:rPr>
                <w:b/>
                <w:noProof/>
                <w:color w:val="FFFFFF"/>
                <w:sz w:val="15"/>
                <w:lang w:val="ro-RO"/>
              </w:rPr>
              <w:t>ACȚIUNE MANAGERIALĂ</w:t>
            </w:r>
          </w:p>
        </w:tc>
      </w:tr>
      <w:tr w:rsidR="004A2E0F" w:rsidRPr="00D308F8" w14:paraId="1E2FE042" w14:textId="77777777">
        <w:trPr>
          <w:cantSplit/>
          <w:jc w:val="center"/>
        </w:trPr>
        <w:tc>
          <w:tcPr>
            <w:tcW w:w="1701" w:type="dxa"/>
            <w:shd w:val="clear" w:color="auto" w:fill="FFFFFF"/>
            <w:tcMar>
              <w:top w:w="75" w:type="dxa"/>
              <w:left w:w="85" w:type="dxa"/>
              <w:bottom w:w="75" w:type="dxa"/>
              <w:right w:w="85" w:type="dxa"/>
            </w:tcMar>
            <w:vAlign w:val="center"/>
          </w:tcPr>
          <w:p w14:paraId="09A5B5A0" w14:textId="77777777" w:rsidR="004A2E0F" w:rsidRPr="00D308F8" w:rsidRDefault="00000000">
            <w:pPr>
              <w:spacing w:after="0" w:line="240" w:lineRule="auto"/>
              <w:rPr>
                <w:noProof/>
                <w:lang w:val="ro-RO"/>
              </w:rPr>
            </w:pPr>
            <w:r w:rsidRPr="00D308F8">
              <w:rPr>
                <w:noProof/>
                <w:sz w:val="15"/>
                <w:lang w:val="ro-RO"/>
              </w:rPr>
              <w:t>VERDE</w:t>
            </w:r>
          </w:p>
        </w:tc>
        <w:tc>
          <w:tcPr>
            <w:tcW w:w="5102" w:type="dxa"/>
            <w:shd w:val="clear" w:color="auto" w:fill="FFFFFF"/>
            <w:tcMar>
              <w:top w:w="75" w:type="dxa"/>
              <w:left w:w="85" w:type="dxa"/>
              <w:bottom w:w="75" w:type="dxa"/>
              <w:right w:w="85" w:type="dxa"/>
            </w:tcMar>
            <w:vAlign w:val="center"/>
          </w:tcPr>
          <w:p w14:paraId="35356FA7" w14:textId="77777777" w:rsidR="004A2E0F" w:rsidRPr="00D308F8" w:rsidRDefault="00000000">
            <w:pPr>
              <w:spacing w:after="0" w:line="240" w:lineRule="auto"/>
              <w:rPr>
                <w:noProof/>
                <w:lang w:val="ro-RO"/>
              </w:rPr>
            </w:pPr>
            <w:r w:rsidRPr="00D308F8">
              <w:rPr>
                <w:noProof/>
                <w:sz w:val="15"/>
                <w:lang w:val="ro-RO"/>
              </w:rPr>
              <w:t>Rezultatul curent este la țintă sau traiectoria confirmă atingerea la termen.</w:t>
            </w:r>
          </w:p>
        </w:tc>
        <w:tc>
          <w:tcPr>
            <w:tcW w:w="3118" w:type="dxa"/>
            <w:shd w:val="clear" w:color="auto" w:fill="FFFFFF"/>
            <w:tcMar>
              <w:top w:w="75" w:type="dxa"/>
              <w:left w:w="85" w:type="dxa"/>
              <w:bottom w:w="75" w:type="dxa"/>
              <w:right w:w="85" w:type="dxa"/>
            </w:tcMar>
            <w:vAlign w:val="center"/>
          </w:tcPr>
          <w:p w14:paraId="5E0919CE" w14:textId="77777777" w:rsidR="004A2E0F" w:rsidRPr="00D308F8" w:rsidRDefault="00000000">
            <w:pPr>
              <w:spacing w:after="0" w:line="240" w:lineRule="auto"/>
              <w:rPr>
                <w:noProof/>
                <w:lang w:val="ro-RO"/>
              </w:rPr>
            </w:pPr>
            <w:r w:rsidRPr="00D308F8">
              <w:rPr>
                <w:noProof/>
                <w:sz w:val="15"/>
                <w:lang w:val="ro-RO"/>
              </w:rPr>
              <w:t>Continuați și verificați sustenabilitatea.</w:t>
            </w:r>
          </w:p>
        </w:tc>
      </w:tr>
      <w:tr w:rsidR="004A2E0F" w:rsidRPr="00D308F8" w14:paraId="310C7773" w14:textId="77777777">
        <w:trPr>
          <w:cantSplit/>
          <w:jc w:val="center"/>
        </w:trPr>
        <w:tc>
          <w:tcPr>
            <w:tcW w:w="1701" w:type="dxa"/>
            <w:shd w:val="clear" w:color="auto" w:fill="FAFAFA"/>
            <w:tcMar>
              <w:top w:w="75" w:type="dxa"/>
              <w:left w:w="85" w:type="dxa"/>
              <w:bottom w:w="75" w:type="dxa"/>
              <w:right w:w="85" w:type="dxa"/>
            </w:tcMar>
            <w:vAlign w:val="center"/>
          </w:tcPr>
          <w:p w14:paraId="2DBB1773" w14:textId="77777777" w:rsidR="004A2E0F" w:rsidRPr="00D308F8" w:rsidRDefault="00000000">
            <w:pPr>
              <w:spacing w:after="0" w:line="240" w:lineRule="auto"/>
              <w:rPr>
                <w:noProof/>
                <w:lang w:val="ro-RO"/>
              </w:rPr>
            </w:pPr>
            <w:r w:rsidRPr="00D308F8">
              <w:rPr>
                <w:noProof/>
                <w:sz w:val="15"/>
                <w:lang w:val="ro-RO"/>
              </w:rPr>
              <w:t>GALBEN</w:t>
            </w:r>
          </w:p>
        </w:tc>
        <w:tc>
          <w:tcPr>
            <w:tcW w:w="5102" w:type="dxa"/>
            <w:shd w:val="clear" w:color="auto" w:fill="FAFAFA"/>
            <w:tcMar>
              <w:top w:w="75" w:type="dxa"/>
              <w:left w:w="85" w:type="dxa"/>
              <w:bottom w:w="75" w:type="dxa"/>
              <w:right w:w="85" w:type="dxa"/>
            </w:tcMar>
            <w:vAlign w:val="center"/>
          </w:tcPr>
          <w:p w14:paraId="7D7F5796" w14:textId="77777777" w:rsidR="004A2E0F" w:rsidRPr="00D308F8" w:rsidRDefault="00000000">
            <w:pPr>
              <w:spacing w:after="0" w:line="240" w:lineRule="auto"/>
              <w:rPr>
                <w:noProof/>
                <w:lang w:val="ro-RO"/>
              </w:rPr>
            </w:pPr>
            <w:r w:rsidRPr="00D308F8">
              <w:rPr>
                <w:noProof/>
                <w:sz w:val="15"/>
                <w:lang w:val="ro-RO"/>
              </w:rPr>
              <w:t>Există abatere sau risc, dar recuperarea este realistă cu măsuri definite.</w:t>
            </w:r>
          </w:p>
        </w:tc>
        <w:tc>
          <w:tcPr>
            <w:tcW w:w="3118" w:type="dxa"/>
            <w:shd w:val="clear" w:color="auto" w:fill="FAFAFA"/>
            <w:tcMar>
              <w:top w:w="75" w:type="dxa"/>
              <w:left w:w="85" w:type="dxa"/>
              <w:bottom w:w="75" w:type="dxa"/>
              <w:right w:w="85" w:type="dxa"/>
            </w:tcMar>
            <w:vAlign w:val="center"/>
          </w:tcPr>
          <w:p w14:paraId="19501A45" w14:textId="77777777" w:rsidR="004A2E0F" w:rsidRPr="00D308F8" w:rsidRDefault="00000000">
            <w:pPr>
              <w:spacing w:after="0" w:line="240" w:lineRule="auto"/>
              <w:rPr>
                <w:noProof/>
                <w:lang w:val="ro-RO"/>
              </w:rPr>
            </w:pPr>
            <w:r w:rsidRPr="00D308F8">
              <w:rPr>
                <w:noProof/>
                <w:sz w:val="15"/>
                <w:lang w:val="ro-RO"/>
              </w:rPr>
              <w:t>Stabiliți acțiuni și termen de revenire.</w:t>
            </w:r>
          </w:p>
        </w:tc>
      </w:tr>
      <w:tr w:rsidR="004A2E0F" w:rsidRPr="00D308F8" w14:paraId="4DC8B416" w14:textId="77777777">
        <w:trPr>
          <w:cantSplit/>
          <w:jc w:val="center"/>
        </w:trPr>
        <w:tc>
          <w:tcPr>
            <w:tcW w:w="1701" w:type="dxa"/>
            <w:shd w:val="clear" w:color="auto" w:fill="FFFFFF"/>
            <w:tcMar>
              <w:top w:w="75" w:type="dxa"/>
              <w:left w:w="85" w:type="dxa"/>
              <w:bottom w:w="75" w:type="dxa"/>
              <w:right w:w="85" w:type="dxa"/>
            </w:tcMar>
            <w:vAlign w:val="center"/>
          </w:tcPr>
          <w:p w14:paraId="464F3AF6" w14:textId="77777777" w:rsidR="004A2E0F" w:rsidRPr="00D308F8" w:rsidRDefault="00000000">
            <w:pPr>
              <w:spacing w:after="0" w:line="240" w:lineRule="auto"/>
              <w:rPr>
                <w:noProof/>
                <w:lang w:val="ro-RO"/>
              </w:rPr>
            </w:pPr>
            <w:r w:rsidRPr="00D308F8">
              <w:rPr>
                <w:noProof/>
                <w:sz w:val="15"/>
                <w:lang w:val="ro-RO"/>
              </w:rPr>
              <w:t>ROȘU</w:t>
            </w:r>
          </w:p>
        </w:tc>
        <w:tc>
          <w:tcPr>
            <w:tcW w:w="5102" w:type="dxa"/>
            <w:shd w:val="clear" w:color="auto" w:fill="FFFFFF"/>
            <w:tcMar>
              <w:top w:w="75" w:type="dxa"/>
              <w:left w:w="85" w:type="dxa"/>
              <w:bottom w:w="75" w:type="dxa"/>
              <w:right w:w="85" w:type="dxa"/>
            </w:tcMar>
            <w:vAlign w:val="center"/>
          </w:tcPr>
          <w:p w14:paraId="6895D471" w14:textId="77777777" w:rsidR="004A2E0F" w:rsidRPr="00D308F8" w:rsidRDefault="00000000">
            <w:pPr>
              <w:spacing w:after="0" w:line="240" w:lineRule="auto"/>
              <w:rPr>
                <w:noProof/>
                <w:lang w:val="ro-RO"/>
              </w:rPr>
            </w:pPr>
            <w:r w:rsidRPr="00D308F8">
              <w:rPr>
                <w:noProof/>
                <w:sz w:val="15"/>
                <w:lang w:val="ro-RO"/>
              </w:rPr>
              <w:t>Ținta este ratată, trendul este nefavorabil ori datele sunt insuficiente.</w:t>
            </w:r>
          </w:p>
        </w:tc>
        <w:tc>
          <w:tcPr>
            <w:tcW w:w="3118" w:type="dxa"/>
            <w:shd w:val="clear" w:color="auto" w:fill="FFFFFF"/>
            <w:tcMar>
              <w:top w:w="75" w:type="dxa"/>
              <w:left w:w="85" w:type="dxa"/>
              <w:bottom w:w="75" w:type="dxa"/>
              <w:right w:w="85" w:type="dxa"/>
            </w:tcMar>
            <w:vAlign w:val="center"/>
          </w:tcPr>
          <w:p w14:paraId="5703F487" w14:textId="77777777" w:rsidR="004A2E0F" w:rsidRPr="00D308F8" w:rsidRDefault="00000000">
            <w:pPr>
              <w:spacing w:after="0" w:line="240" w:lineRule="auto"/>
              <w:rPr>
                <w:noProof/>
                <w:lang w:val="ro-RO"/>
              </w:rPr>
            </w:pPr>
            <w:r w:rsidRPr="00D308F8">
              <w:rPr>
                <w:noProof/>
                <w:sz w:val="15"/>
                <w:lang w:val="ro-RO"/>
              </w:rPr>
              <w:t>Analizați cauza; escaladați și decideți resurse sau schimbări.</w:t>
            </w:r>
          </w:p>
        </w:tc>
      </w:tr>
      <w:tr w:rsidR="004A2E0F" w:rsidRPr="00D308F8" w14:paraId="78A05596" w14:textId="77777777">
        <w:trPr>
          <w:cantSplit/>
          <w:jc w:val="center"/>
        </w:trPr>
        <w:tc>
          <w:tcPr>
            <w:tcW w:w="1701" w:type="dxa"/>
            <w:shd w:val="clear" w:color="auto" w:fill="FAFAFA"/>
            <w:tcMar>
              <w:top w:w="75" w:type="dxa"/>
              <w:left w:w="85" w:type="dxa"/>
              <w:bottom w:w="75" w:type="dxa"/>
              <w:right w:w="85" w:type="dxa"/>
            </w:tcMar>
            <w:vAlign w:val="center"/>
          </w:tcPr>
          <w:p w14:paraId="27B1900D" w14:textId="77777777" w:rsidR="004A2E0F" w:rsidRPr="00D308F8" w:rsidRDefault="00000000">
            <w:pPr>
              <w:spacing w:after="0" w:line="240" w:lineRule="auto"/>
              <w:rPr>
                <w:noProof/>
                <w:lang w:val="ro-RO"/>
              </w:rPr>
            </w:pPr>
            <w:r w:rsidRPr="00D308F8">
              <w:rPr>
                <w:noProof/>
                <w:sz w:val="15"/>
                <w:lang w:val="ro-RO"/>
              </w:rPr>
              <w:t>GRI</w:t>
            </w:r>
          </w:p>
        </w:tc>
        <w:tc>
          <w:tcPr>
            <w:tcW w:w="5102" w:type="dxa"/>
            <w:shd w:val="clear" w:color="auto" w:fill="FAFAFA"/>
            <w:tcMar>
              <w:top w:w="75" w:type="dxa"/>
              <w:left w:w="85" w:type="dxa"/>
              <w:bottom w:w="75" w:type="dxa"/>
              <w:right w:w="85" w:type="dxa"/>
            </w:tcMar>
            <w:vAlign w:val="center"/>
          </w:tcPr>
          <w:p w14:paraId="61F01751" w14:textId="77777777" w:rsidR="004A2E0F" w:rsidRPr="00D308F8" w:rsidRDefault="00000000">
            <w:pPr>
              <w:spacing w:after="0" w:line="240" w:lineRule="auto"/>
              <w:rPr>
                <w:noProof/>
                <w:lang w:val="ro-RO"/>
              </w:rPr>
            </w:pPr>
            <w:r w:rsidRPr="00D308F8">
              <w:rPr>
                <w:noProof/>
                <w:sz w:val="15"/>
                <w:lang w:val="ro-RO"/>
              </w:rPr>
              <w:t>Obiectiv neînceput, suspendat ori date nevalidate.</w:t>
            </w:r>
          </w:p>
        </w:tc>
        <w:tc>
          <w:tcPr>
            <w:tcW w:w="3118" w:type="dxa"/>
            <w:shd w:val="clear" w:color="auto" w:fill="FAFAFA"/>
            <w:tcMar>
              <w:top w:w="75" w:type="dxa"/>
              <w:left w:w="85" w:type="dxa"/>
              <w:bottom w:w="75" w:type="dxa"/>
              <w:right w:w="85" w:type="dxa"/>
            </w:tcMar>
            <w:vAlign w:val="center"/>
          </w:tcPr>
          <w:p w14:paraId="52BB5B09" w14:textId="77777777" w:rsidR="004A2E0F" w:rsidRPr="00D308F8" w:rsidRDefault="00000000">
            <w:pPr>
              <w:spacing w:after="0" w:line="240" w:lineRule="auto"/>
              <w:rPr>
                <w:noProof/>
                <w:lang w:val="ro-RO"/>
              </w:rPr>
            </w:pPr>
            <w:r w:rsidRPr="00D308F8">
              <w:rPr>
                <w:noProof/>
                <w:sz w:val="15"/>
                <w:lang w:val="ro-RO"/>
              </w:rPr>
              <w:t>Clarificați motivul și data următoarei decizii.</w:t>
            </w:r>
          </w:p>
        </w:tc>
      </w:tr>
    </w:tbl>
    <w:p w14:paraId="3A005C38" w14:textId="77777777" w:rsidR="004A2E0F" w:rsidRPr="00D308F8" w:rsidRDefault="004A2E0F">
      <w:pPr>
        <w:spacing w:after="20"/>
        <w:rPr>
          <w:noProof/>
          <w:lang w:val="ro-RO"/>
        </w:rPr>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4A2E0F" w:rsidRPr="00D308F8" w14:paraId="53C24D01" w14:textId="77777777">
        <w:trPr>
          <w:cantSplit/>
          <w:jc w:val="center"/>
        </w:trPr>
        <w:tc>
          <w:tcPr>
            <w:tcW w:w="567" w:type="dxa"/>
            <w:shd w:val="clear" w:color="auto" w:fill="D71920"/>
            <w:tcMar>
              <w:top w:w="75" w:type="dxa"/>
              <w:left w:w="85" w:type="dxa"/>
              <w:bottom w:w="75" w:type="dxa"/>
              <w:right w:w="85" w:type="dxa"/>
            </w:tcMar>
            <w:vAlign w:val="center"/>
          </w:tcPr>
          <w:p w14:paraId="3ADEAC95" w14:textId="77777777" w:rsidR="004A2E0F" w:rsidRPr="00D308F8" w:rsidRDefault="00000000">
            <w:pPr>
              <w:spacing w:after="0" w:line="240" w:lineRule="auto"/>
              <w:jc w:val="center"/>
              <w:rPr>
                <w:noProof/>
                <w:lang w:val="ro-RO"/>
              </w:rPr>
            </w:pPr>
            <w:r w:rsidRPr="00D308F8">
              <w:rPr>
                <w:b/>
                <w:noProof/>
                <w:color w:val="FFFFFF"/>
                <w:sz w:val="30"/>
                <w:lang w:val="ro-RO"/>
              </w:rPr>
              <w:t>!</w:t>
            </w:r>
          </w:p>
        </w:tc>
        <w:tc>
          <w:tcPr>
            <w:tcW w:w="9354" w:type="dxa"/>
            <w:shd w:val="clear" w:color="auto" w:fill="FCEBEC"/>
          </w:tcPr>
          <w:p w14:paraId="0B8F9A9C" w14:textId="77777777" w:rsidR="004A2E0F" w:rsidRPr="00D308F8" w:rsidRDefault="00000000">
            <w:pPr>
              <w:spacing w:after="40"/>
              <w:rPr>
                <w:noProof/>
                <w:lang w:val="ro-RO"/>
              </w:rPr>
            </w:pPr>
            <w:r w:rsidRPr="00D308F8">
              <w:rPr>
                <w:b/>
                <w:noProof/>
                <w:color w:val="D71920"/>
                <w:lang w:val="ro-RO"/>
              </w:rPr>
              <w:t>CONTROLUL DATELOR</w:t>
            </w:r>
          </w:p>
          <w:p w14:paraId="1F2B1B48" w14:textId="77777777" w:rsidR="004A2E0F" w:rsidRPr="00D308F8" w:rsidRDefault="00000000">
            <w:pPr>
              <w:spacing w:after="0" w:line="252" w:lineRule="auto"/>
              <w:rPr>
                <w:noProof/>
                <w:lang w:val="ro-RO"/>
              </w:rPr>
            </w:pPr>
            <w:r w:rsidRPr="00D308F8">
              <w:rPr>
                <w:noProof/>
                <w:sz w:val="17"/>
                <w:lang w:val="ro-RO"/>
              </w:rPr>
              <w:t>Definiți dispozitivele, variantele, loturile, piețele, perioada, unitatea și regulile pentru reclamații, rework, rebut și reanalizare. Păstrați trasabilitatea la sursă, integritatea datelor și numerele absolute împreună cu ratele normalizate.</w:t>
            </w:r>
          </w:p>
        </w:tc>
      </w:tr>
    </w:tbl>
    <w:p w14:paraId="601113E0" w14:textId="77777777" w:rsidR="004A2E0F" w:rsidRPr="00D308F8" w:rsidRDefault="004A2E0F">
      <w:pPr>
        <w:spacing w:after="0"/>
        <w:rPr>
          <w:noProof/>
          <w:lang w:val="ro-RO"/>
        </w:rPr>
      </w:pPr>
    </w:p>
    <w:p w14:paraId="0A346387" w14:textId="77777777" w:rsidR="004A2E0F" w:rsidRPr="00D308F8" w:rsidRDefault="00000000">
      <w:pPr>
        <w:rPr>
          <w:noProof/>
          <w:lang w:val="ro-RO"/>
        </w:rPr>
      </w:pPr>
      <w:r w:rsidRPr="00D308F8">
        <w:rPr>
          <w:noProof/>
          <w:lang w:val="ro-RO"/>
        </w:rPr>
        <w:br w:type="page"/>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4A2E0F" w:rsidRPr="00D308F8" w14:paraId="07A1E4D8" w14:textId="77777777">
        <w:trPr>
          <w:jc w:val="center"/>
        </w:trPr>
        <w:tc>
          <w:tcPr>
            <w:tcW w:w="1020" w:type="dxa"/>
            <w:shd w:val="clear" w:color="auto" w:fill="D71920"/>
            <w:tcMar>
              <w:top w:w="75" w:type="dxa"/>
              <w:left w:w="85" w:type="dxa"/>
              <w:bottom w:w="75" w:type="dxa"/>
              <w:right w:w="85" w:type="dxa"/>
            </w:tcMar>
            <w:vAlign w:val="center"/>
          </w:tcPr>
          <w:p w14:paraId="16DADBC8" w14:textId="77777777" w:rsidR="004A2E0F" w:rsidRPr="00D308F8" w:rsidRDefault="00000000">
            <w:pPr>
              <w:spacing w:after="0" w:line="240" w:lineRule="auto"/>
              <w:jc w:val="center"/>
              <w:rPr>
                <w:noProof/>
                <w:lang w:val="ro-RO"/>
              </w:rPr>
            </w:pPr>
            <w:r w:rsidRPr="00D308F8">
              <w:rPr>
                <w:b/>
                <w:noProof/>
                <w:color w:val="FFFFFF"/>
                <w:sz w:val="34"/>
                <w:lang w:val="ro-RO"/>
              </w:rPr>
              <w:lastRenderedPageBreak/>
              <w:t>4</w:t>
            </w:r>
          </w:p>
        </w:tc>
        <w:tc>
          <w:tcPr>
            <w:tcW w:w="8901" w:type="dxa"/>
            <w:shd w:val="clear" w:color="auto" w:fill="F3F4F5"/>
          </w:tcPr>
          <w:p w14:paraId="652E41CC" w14:textId="77777777" w:rsidR="004A2E0F" w:rsidRPr="00D308F8" w:rsidRDefault="00000000">
            <w:pPr>
              <w:spacing w:after="20"/>
              <w:rPr>
                <w:noProof/>
                <w:lang w:val="ro-RO"/>
              </w:rPr>
            </w:pPr>
            <w:r w:rsidRPr="00D308F8">
              <w:rPr>
                <w:b/>
                <w:noProof/>
                <w:sz w:val="28"/>
                <w:lang w:val="ro-RO"/>
              </w:rPr>
              <w:t>Bibliotecă de obiective și indicatori</w:t>
            </w:r>
          </w:p>
          <w:p w14:paraId="3A9F2D84" w14:textId="77777777" w:rsidR="004A2E0F" w:rsidRPr="00D308F8" w:rsidRDefault="00000000">
            <w:pPr>
              <w:spacing w:after="0"/>
              <w:rPr>
                <w:noProof/>
                <w:lang w:val="ro-RO"/>
              </w:rPr>
            </w:pPr>
            <w:r w:rsidRPr="00D308F8">
              <w:rPr>
                <w:noProof/>
                <w:color w:val="666666"/>
                <w:sz w:val="16"/>
                <w:lang w:val="ro-RO"/>
              </w:rPr>
              <w:t>Exemple adaptabile; selectați numai domeniile relevante pentru contextul organizației</w:t>
            </w:r>
          </w:p>
        </w:tc>
      </w:tr>
    </w:tbl>
    <w:p w14:paraId="68D4D54F" w14:textId="77777777" w:rsidR="004A2E0F" w:rsidRPr="00D308F8" w:rsidRDefault="004A2E0F">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644"/>
        <w:gridCol w:w="2381"/>
        <w:gridCol w:w="3231"/>
        <w:gridCol w:w="2665"/>
      </w:tblGrid>
      <w:tr w:rsidR="004A2E0F" w:rsidRPr="00D308F8" w14:paraId="3726488E" w14:textId="77777777">
        <w:trPr>
          <w:tblHeader/>
          <w:jc w:val="center"/>
        </w:trPr>
        <w:tc>
          <w:tcPr>
            <w:tcW w:w="1644" w:type="dxa"/>
            <w:shd w:val="clear" w:color="auto" w:fill="D71920"/>
            <w:tcMar>
              <w:top w:w="75" w:type="dxa"/>
              <w:left w:w="85" w:type="dxa"/>
              <w:bottom w:w="75" w:type="dxa"/>
              <w:right w:w="85" w:type="dxa"/>
            </w:tcMar>
            <w:vAlign w:val="center"/>
          </w:tcPr>
          <w:p w14:paraId="4808234C" w14:textId="77777777" w:rsidR="004A2E0F" w:rsidRPr="00D308F8" w:rsidRDefault="00000000">
            <w:pPr>
              <w:spacing w:after="0" w:line="240" w:lineRule="auto"/>
              <w:jc w:val="center"/>
              <w:rPr>
                <w:noProof/>
                <w:lang w:val="ro-RO"/>
              </w:rPr>
            </w:pPr>
            <w:r w:rsidRPr="00D308F8">
              <w:rPr>
                <w:b/>
                <w:noProof/>
                <w:color w:val="FFFFFF"/>
                <w:sz w:val="13"/>
                <w:lang w:val="ro-RO"/>
              </w:rPr>
              <w:t>DOMENIU</w:t>
            </w:r>
          </w:p>
        </w:tc>
        <w:tc>
          <w:tcPr>
            <w:tcW w:w="2381" w:type="dxa"/>
            <w:shd w:val="clear" w:color="auto" w:fill="D71920"/>
            <w:tcMar>
              <w:top w:w="75" w:type="dxa"/>
              <w:left w:w="85" w:type="dxa"/>
              <w:bottom w:w="75" w:type="dxa"/>
              <w:right w:w="85" w:type="dxa"/>
            </w:tcMar>
            <w:vAlign w:val="center"/>
          </w:tcPr>
          <w:p w14:paraId="7B3EEE27" w14:textId="77777777" w:rsidR="004A2E0F" w:rsidRPr="00D308F8" w:rsidRDefault="00000000">
            <w:pPr>
              <w:spacing w:after="0" w:line="240" w:lineRule="auto"/>
              <w:jc w:val="center"/>
              <w:rPr>
                <w:noProof/>
                <w:lang w:val="ro-RO"/>
              </w:rPr>
            </w:pPr>
            <w:r w:rsidRPr="00D308F8">
              <w:rPr>
                <w:b/>
                <w:noProof/>
                <w:color w:val="FFFFFF"/>
                <w:sz w:val="13"/>
                <w:lang w:val="ro-RO"/>
              </w:rPr>
              <w:t>DIRECȚIE DE OBIECTIV</w:t>
            </w:r>
          </w:p>
        </w:tc>
        <w:tc>
          <w:tcPr>
            <w:tcW w:w="3231" w:type="dxa"/>
            <w:shd w:val="clear" w:color="auto" w:fill="D71920"/>
            <w:tcMar>
              <w:top w:w="75" w:type="dxa"/>
              <w:left w:w="85" w:type="dxa"/>
              <w:bottom w:w="75" w:type="dxa"/>
              <w:right w:w="85" w:type="dxa"/>
            </w:tcMar>
            <w:vAlign w:val="center"/>
          </w:tcPr>
          <w:p w14:paraId="38433C50" w14:textId="77777777" w:rsidR="004A2E0F" w:rsidRPr="00D308F8" w:rsidRDefault="00000000">
            <w:pPr>
              <w:spacing w:after="0" w:line="240" w:lineRule="auto"/>
              <w:jc w:val="center"/>
              <w:rPr>
                <w:noProof/>
                <w:lang w:val="ro-RO"/>
              </w:rPr>
            </w:pPr>
            <w:r w:rsidRPr="00D308F8">
              <w:rPr>
                <w:b/>
                <w:noProof/>
                <w:color w:val="FFFFFF"/>
                <w:sz w:val="13"/>
                <w:lang w:val="ro-RO"/>
              </w:rPr>
              <w:t>INDICATORI / SURSE</w:t>
            </w:r>
          </w:p>
        </w:tc>
        <w:tc>
          <w:tcPr>
            <w:tcW w:w="2665" w:type="dxa"/>
            <w:shd w:val="clear" w:color="auto" w:fill="D71920"/>
            <w:tcMar>
              <w:top w:w="75" w:type="dxa"/>
              <w:left w:w="85" w:type="dxa"/>
              <w:bottom w:w="75" w:type="dxa"/>
              <w:right w:w="85" w:type="dxa"/>
            </w:tcMar>
            <w:vAlign w:val="center"/>
          </w:tcPr>
          <w:p w14:paraId="066DA381" w14:textId="77777777" w:rsidR="004A2E0F" w:rsidRPr="00D308F8" w:rsidRDefault="00000000">
            <w:pPr>
              <w:spacing w:after="0" w:line="240" w:lineRule="auto"/>
              <w:jc w:val="center"/>
              <w:rPr>
                <w:noProof/>
                <w:lang w:val="ro-RO"/>
              </w:rPr>
            </w:pPr>
            <w:r w:rsidRPr="00D308F8">
              <w:rPr>
                <w:b/>
                <w:noProof/>
                <w:color w:val="FFFFFF"/>
                <w:sz w:val="13"/>
                <w:lang w:val="ro-RO"/>
              </w:rPr>
              <w:t>PRECAUȚIE</w:t>
            </w:r>
          </w:p>
        </w:tc>
      </w:tr>
      <w:tr w:rsidR="004A2E0F" w:rsidRPr="00D308F8" w14:paraId="6F8CA20A" w14:textId="77777777">
        <w:trPr>
          <w:cantSplit/>
          <w:jc w:val="center"/>
        </w:trPr>
        <w:tc>
          <w:tcPr>
            <w:tcW w:w="1644" w:type="dxa"/>
            <w:shd w:val="clear" w:color="auto" w:fill="FFFFFF"/>
            <w:tcMar>
              <w:top w:w="75" w:type="dxa"/>
              <w:left w:w="85" w:type="dxa"/>
              <w:bottom w:w="75" w:type="dxa"/>
              <w:right w:w="85" w:type="dxa"/>
            </w:tcMar>
            <w:vAlign w:val="center"/>
          </w:tcPr>
          <w:p w14:paraId="52BA4E5F" w14:textId="77777777" w:rsidR="004A2E0F" w:rsidRPr="00D308F8" w:rsidRDefault="00000000">
            <w:pPr>
              <w:spacing w:after="0" w:line="240" w:lineRule="auto"/>
              <w:rPr>
                <w:noProof/>
                <w:lang w:val="ro-RO"/>
              </w:rPr>
            </w:pPr>
            <w:r w:rsidRPr="00D308F8">
              <w:rPr>
                <w:noProof/>
                <w:sz w:val="13"/>
                <w:lang w:val="ro-RO"/>
              </w:rPr>
              <w:t>Conformare de reglementare</w:t>
            </w:r>
          </w:p>
        </w:tc>
        <w:tc>
          <w:tcPr>
            <w:tcW w:w="2381" w:type="dxa"/>
            <w:shd w:val="clear" w:color="auto" w:fill="FFFFFF"/>
            <w:tcMar>
              <w:top w:w="75" w:type="dxa"/>
              <w:left w:w="85" w:type="dxa"/>
              <w:bottom w:w="75" w:type="dxa"/>
              <w:right w:w="85" w:type="dxa"/>
            </w:tcMar>
            <w:vAlign w:val="center"/>
          </w:tcPr>
          <w:p w14:paraId="505D63BC" w14:textId="77777777" w:rsidR="004A2E0F" w:rsidRPr="00D308F8" w:rsidRDefault="00000000">
            <w:pPr>
              <w:spacing w:after="0" w:line="240" w:lineRule="auto"/>
              <w:rPr>
                <w:noProof/>
                <w:lang w:val="ro-RO"/>
              </w:rPr>
            </w:pPr>
            <w:r w:rsidRPr="00D308F8">
              <w:rPr>
                <w:noProof/>
                <w:sz w:val="13"/>
                <w:lang w:val="ro-RO"/>
              </w:rPr>
              <w:t>Îmbunătățirea respectării obligațiilor, termenelor și dosarelor aplicabile.</w:t>
            </w:r>
          </w:p>
        </w:tc>
        <w:tc>
          <w:tcPr>
            <w:tcW w:w="3231" w:type="dxa"/>
            <w:shd w:val="clear" w:color="auto" w:fill="FFFFFF"/>
            <w:tcMar>
              <w:top w:w="75" w:type="dxa"/>
              <w:left w:w="85" w:type="dxa"/>
              <w:bottom w:w="75" w:type="dxa"/>
              <w:right w:w="85" w:type="dxa"/>
            </w:tcMar>
            <w:vAlign w:val="center"/>
          </w:tcPr>
          <w:p w14:paraId="29C7F93E" w14:textId="77777777" w:rsidR="004A2E0F" w:rsidRPr="00D308F8" w:rsidRDefault="00000000">
            <w:pPr>
              <w:spacing w:after="0" w:line="240" w:lineRule="auto"/>
              <w:rPr>
                <w:noProof/>
                <w:lang w:val="ro-RO"/>
              </w:rPr>
            </w:pPr>
            <w:r w:rsidRPr="00D308F8">
              <w:rPr>
                <w:noProof/>
                <w:sz w:val="13"/>
                <w:lang w:val="ro-RO"/>
              </w:rPr>
              <w:t>% termene respectate; deficiențe; timp răspuns; dosare complete; observații audit.</w:t>
            </w:r>
          </w:p>
        </w:tc>
        <w:tc>
          <w:tcPr>
            <w:tcW w:w="2665" w:type="dxa"/>
            <w:shd w:val="clear" w:color="auto" w:fill="FFFFFF"/>
            <w:tcMar>
              <w:top w:w="75" w:type="dxa"/>
              <w:left w:w="85" w:type="dxa"/>
              <w:bottom w:w="75" w:type="dxa"/>
              <w:right w:w="85" w:type="dxa"/>
            </w:tcMar>
            <w:vAlign w:val="center"/>
          </w:tcPr>
          <w:p w14:paraId="77B1801C" w14:textId="77777777" w:rsidR="004A2E0F" w:rsidRPr="00D308F8" w:rsidRDefault="00000000">
            <w:pPr>
              <w:spacing w:after="0" w:line="240" w:lineRule="auto"/>
              <w:rPr>
                <w:noProof/>
                <w:lang w:val="ro-RO"/>
              </w:rPr>
            </w:pPr>
            <w:r w:rsidRPr="00D308F8">
              <w:rPr>
                <w:noProof/>
                <w:sz w:val="13"/>
                <w:lang w:val="ro-RO"/>
              </w:rPr>
              <w:t>Indicatorul trebuie adaptat rolului și piețelor organizației.</w:t>
            </w:r>
          </w:p>
        </w:tc>
      </w:tr>
      <w:tr w:rsidR="004A2E0F" w:rsidRPr="00D308F8" w14:paraId="776B920F" w14:textId="77777777">
        <w:trPr>
          <w:cantSplit/>
          <w:jc w:val="center"/>
        </w:trPr>
        <w:tc>
          <w:tcPr>
            <w:tcW w:w="1644" w:type="dxa"/>
            <w:shd w:val="clear" w:color="auto" w:fill="FAFAFA"/>
            <w:tcMar>
              <w:top w:w="75" w:type="dxa"/>
              <w:left w:w="85" w:type="dxa"/>
              <w:bottom w:w="75" w:type="dxa"/>
              <w:right w:w="85" w:type="dxa"/>
            </w:tcMar>
            <w:vAlign w:val="center"/>
          </w:tcPr>
          <w:p w14:paraId="01313AD2" w14:textId="77777777" w:rsidR="004A2E0F" w:rsidRPr="00D308F8" w:rsidRDefault="00000000">
            <w:pPr>
              <w:spacing w:after="0" w:line="240" w:lineRule="auto"/>
              <w:rPr>
                <w:noProof/>
                <w:lang w:val="ro-RO"/>
              </w:rPr>
            </w:pPr>
            <w:r w:rsidRPr="00D308F8">
              <w:rPr>
                <w:noProof/>
                <w:sz w:val="13"/>
                <w:lang w:val="ro-RO"/>
              </w:rPr>
              <w:t>Siguranță și risc</w:t>
            </w:r>
          </w:p>
        </w:tc>
        <w:tc>
          <w:tcPr>
            <w:tcW w:w="2381" w:type="dxa"/>
            <w:shd w:val="clear" w:color="auto" w:fill="FAFAFA"/>
            <w:tcMar>
              <w:top w:w="75" w:type="dxa"/>
              <w:left w:w="85" w:type="dxa"/>
              <w:bottom w:w="75" w:type="dxa"/>
              <w:right w:w="85" w:type="dxa"/>
            </w:tcMar>
            <w:vAlign w:val="center"/>
          </w:tcPr>
          <w:p w14:paraId="58AA2E07" w14:textId="77777777" w:rsidR="004A2E0F" w:rsidRPr="00D308F8" w:rsidRDefault="00000000">
            <w:pPr>
              <w:spacing w:after="0" w:line="240" w:lineRule="auto"/>
              <w:rPr>
                <w:noProof/>
                <w:lang w:val="ro-RO"/>
              </w:rPr>
            </w:pPr>
            <w:r w:rsidRPr="00D308F8">
              <w:rPr>
                <w:noProof/>
                <w:sz w:val="13"/>
                <w:lang w:val="ro-RO"/>
              </w:rPr>
              <w:t>Reducerea riscurilor prioritare și verificarea controalelor de risc.</w:t>
            </w:r>
          </w:p>
        </w:tc>
        <w:tc>
          <w:tcPr>
            <w:tcW w:w="3231" w:type="dxa"/>
            <w:shd w:val="clear" w:color="auto" w:fill="FAFAFA"/>
            <w:tcMar>
              <w:top w:w="75" w:type="dxa"/>
              <w:left w:w="85" w:type="dxa"/>
              <w:bottom w:w="75" w:type="dxa"/>
              <w:right w:w="85" w:type="dxa"/>
            </w:tcMar>
            <w:vAlign w:val="center"/>
          </w:tcPr>
          <w:p w14:paraId="13B4B50A" w14:textId="77777777" w:rsidR="004A2E0F" w:rsidRPr="00D308F8" w:rsidRDefault="00000000">
            <w:pPr>
              <w:spacing w:after="0" w:line="240" w:lineRule="auto"/>
              <w:rPr>
                <w:noProof/>
                <w:lang w:val="ro-RO"/>
              </w:rPr>
            </w:pPr>
            <w:r w:rsidRPr="00D308F8">
              <w:rPr>
                <w:noProof/>
                <w:sz w:val="13"/>
                <w:lang w:val="ro-RO"/>
              </w:rPr>
              <w:t>risc rezidual; controale verificate; semnale; defecte asociate pericolului.</w:t>
            </w:r>
          </w:p>
        </w:tc>
        <w:tc>
          <w:tcPr>
            <w:tcW w:w="2665" w:type="dxa"/>
            <w:shd w:val="clear" w:color="auto" w:fill="FAFAFA"/>
            <w:tcMar>
              <w:top w:w="75" w:type="dxa"/>
              <w:left w:w="85" w:type="dxa"/>
              <w:bottom w:w="75" w:type="dxa"/>
              <w:right w:w="85" w:type="dxa"/>
            </w:tcMar>
            <w:vAlign w:val="center"/>
          </w:tcPr>
          <w:p w14:paraId="1691EE31" w14:textId="77777777" w:rsidR="004A2E0F" w:rsidRPr="00D308F8" w:rsidRDefault="00000000">
            <w:pPr>
              <w:spacing w:after="0" w:line="240" w:lineRule="auto"/>
              <w:rPr>
                <w:noProof/>
                <w:lang w:val="ro-RO"/>
              </w:rPr>
            </w:pPr>
            <w:r w:rsidRPr="00D308F8">
              <w:rPr>
                <w:noProof/>
                <w:sz w:val="13"/>
                <w:lang w:val="ro-RO"/>
              </w:rPr>
              <w:t>Nu înlocuiți managementul riscului cu un singur KPI.</w:t>
            </w:r>
          </w:p>
        </w:tc>
      </w:tr>
      <w:tr w:rsidR="004A2E0F" w:rsidRPr="00D308F8" w14:paraId="126E5D3A" w14:textId="77777777">
        <w:trPr>
          <w:cantSplit/>
          <w:jc w:val="center"/>
        </w:trPr>
        <w:tc>
          <w:tcPr>
            <w:tcW w:w="1644" w:type="dxa"/>
            <w:shd w:val="clear" w:color="auto" w:fill="FFFFFF"/>
            <w:tcMar>
              <w:top w:w="75" w:type="dxa"/>
              <w:left w:w="85" w:type="dxa"/>
              <w:bottom w:w="75" w:type="dxa"/>
              <w:right w:w="85" w:type="dxa"/>
            </w:tcMar>
            <w:vAlign w:val="center"/>
          </w:tcPr>
          <w:p w14:paraId="74CF357E" w14:textId="77777777" w:rsidR="004A2E0F" w:rsidRPr="00D308F8" w:rsidRDefault="00000000">
            <w:pPr>
              <w:spacing w:after="0" w:line="240" w:lineRule="auto"/>
              <w:rPr>
                <w:noProof/>
                <w:lang w:val="ro-RO"/>
              </w:rPr>
            </w:pPr>
            <w:r w:rsidRPr="00D308F8">
              <w:rPr>
                <w:noProof/>
                <w:sz w:val="13"/>
                <w:lang w:val="ro-RO"/>
              </w:rPr>
              <w:t>Proiectare și dezvoltare</w:t>
            </w:r>
          </w:p>
        </w:tc>
        <w:tc>
          <w:tcPr>
            <w:tcW w:w="2381" w:type="dxa"/>
            <w:shd w:val="clear" w:color="auto" w:fill="FFFFFF"/>
            <w:tcMar>
              <w:top w:w="75" w:type="dxa"/>
              <w:left w:w="85" w:type="dxa"/>
              <w:bottom w:w="75" w:type="dxa"/>
              <w:right w:w="85" w:type="dxa"/>
            </w:tcMar>
            <w:vAlign w:val="center"/>
          </w:tcPr>
          <w:p w14:paraId="4C442047" w14:textId="77777777" w:rsidR="004A2E0F" w:rsidRPr="00D308F8" w:rsidRDefault="00000000">
            <w:pPr>
              <w:spacing w:after="0" w:line="240" w:lineRule="auto"/>
              <w:rPr>
                <w:noProof/>
                <w:lang w:val="ro-RO"/>
              </w:rPr>
            </w:pPr>
            <w:r w:rsidRPr="00D308F8">
              <w:rPr>
                <w:noProof/>
                <w:sz w:val="13"/>
                <w:lang w:val="ro-RO"/>
              </w:rPr>
              <w:t>Creșterea calității intrărilor, verificării, validării și transferului.</w:t>
            </w:r>
          </w:p>
        </w:tc>
        <w:tc>
          <w:tcPr>
            <w:tcW w:w="3231" w:type="dxa"/>
            <w:shd w:val="clear" w:color="auto" w:fill="FFFFFF"/>
            <w:tcMar>
              <w:top w:w="75" w:type="dxa"/>
              <w:left w:w="85" w:type="dxa"/>
              <w:bottom w:w="75" w:type="dxa"/>
              <w:right w:w="85" w:type="dxa"/>
            </w:tcMar>
            <w:vAlign w:val="center"/>
          </w:tcPr>
          <w:p w14:paraId="6C972738" w14:textId="77777777" w:rsidR="004A2E0F" w:rsidRPr="00D308F8" w:rsidRDefault="00000000">
            <w:pPr>
              <w:spacing w:after="0" w:line="240" w:lineRule="auto"/>
              <w:rPr>
                <w:noProof/>
                <w:lang w:val="ro-RO"/>
              </w:rPr>
            </w:pPr>
            <w:r w:rsidRPr="00D308F8">
              <w:rPr>
                <w:noProof/>
                <w:sz w:val="13"/>
                <w:lang w:val="ro-RO"/>
              </w:rPr>
              <w:t>defecte târzii; cerințe trasabile; protocoale acceptate; modificări post-transfer.</w:t>
            </w:r>
          </w:p>
        </w:tc>
        <w:tc>
          <w:tcPr>
            <w:tcW w:w="2665" w:type="dxa"/>
            <w:shd w:val="clear" w:color="auto" w:fill="FFFFFF"/>
            <w:tcMar>
              <w:top w:w="75" w:type="dxa"/>
              <w:left w:w="85" w:type="dxa"/>
              <w:bottom w:w="75" w:type="dxa"/>
              <w:right w:w="85" w:type="dxa"/>
            </w:tcMar>
            <w:vAlign w:val="center"/>
          </w:tcPr>
          <w:p w14:paraId="7DC890F7" w14:textId="77777777" w:rsidR="004A2E0F" w:rsidRPr="00D308F8" w:rsidRDefault="00000000">
            <w:pPr>
              <w:spacing w:after="0" w:line="240" w:lineRule="auto"/>
              <w:rPr>
                <w:noProof/>
                <w:lang w:val="ro-RO"/>
              </w:rPr>
            </w:pPr>
            <w:r w:rsidRPr="00D308F8">
              <w:rPr>
                <w:noProof/>
                <w:sz w:val="13"/>
                <w:lang w:val="ro-RO"/>
              </w:rPr>
              <w:t>Viteza proiectului nu trebuie să reducă independența și rigoarea evaluărilor.</w:t>
            </w:r>
          </w:p>
        </w:tc>
      </w:tr>
      <w:tr w:rsidR="004A2E0F" w:rsidRPr="00D308F8" w14:paraId="46C14CE8" w14:textId="77777777">
        <w:trPr>
          <w:cantSplit/>
          <w:jc w:val="center"/>
        </w:trPr>
        <w:tc>
          <w:tcPr>
            <w:tcW w:w="1644" w:type="dxa"/>
            <w:shd w:val="clear" w:color="auto" w:fill="FAFAFA"/>
            <w:tcMar>
              <w:top w:w="75" w:type="dxa"/>
              <w:left w:w="85" w:type="dxa"/>
              <w:bottom w:w="75" w:type="dxa"/>
              <w:right w:w="85" w:type="dxa"/>
            </w:tcMar>
            <w:vAlign w:val="center"/>
          </w:tcPr>
          <w:p w14:paraId="2EFB3989" w14:textId="77777777" w:rsidR="004A2E0F" w:rsidRPr="00D308F8" w:rsidRDefault="00000000">
            <w:pPr>
              <w:spacing w:after="0" w:line="240" w:lineRule="auto"/>
              <w:rPr>
                <w:noProof/>
                <w:lang w:val="ro-RO"/>
              </w:rPr>
            </w:pPr>
            <w:r w:rsidRPr="00D308F8">
              <w:rPr>
                <w:noProof/>
                <w:sz w:val="13"/>
                <w:lang w:val="ro-RO"/>
              </w:rPr>
              <w:t>Furnizori critici</w:t>
            </w:r>
          </w:p>
        </w:tc>
        <w:tc>
          <w:tcPr>
            <w:tcW w:w="2381" w:type="dxa"/>
            <w:shd w:val="clear" w:color="auto" w:fill="FAFAFA"/>
            <w:tcMar>
              <w:top w:w="75" w:type="dxa"/>
              <w:left w:w="85" w:type="dxa"/>
              <w:bottom w:w="75" w:type="dxa"/>
              <w:right w:w="85" w:type="dxa"/>
            </w:tcMar>
            <w:vAlign w:val="center"/>
          </w:tcPr>
          <w:p w14:paraId="76DB10D6" w14:textId="77777777" w:rsidR="004A2E0F" w:rsidRPr="00D308F8" w:rsidRDefault="00000000">
            <w:pPr>
              <w:spacing w:after="0" w:line="240" w:lineRule="auto"/>
              <w:rPr>
                <w:noProof/>
                <w:lang w:val="ro-RO"/>
              </w:rPr>
            </w:pPr>
            <w:r w:rsidRPr="00D308F8">
              <w:rPr>
                <w:noProof/>
                <w:sz w:val="13"/>
                <w:lang w:val="ro-RO"/>
              </w:rPr>
              <w:t>Reducerea neconformităților și riscului proceselor externalizate.</w:t>
            </w:r>
          </w:p>
        </w:tc>
        <w:tc>
          <w:tcPr>
            <w:tcW w:w="3231" w:type="dxa"/>
            <w:shd w:val="clear" w:color="auto" w:fill="FAFAFA"/>
            <w:tcMar>
              <w:top w:w="75" w:type="dxa"/>
              <w:left w:w="85" w:type="dxa"/>
              <w:bottom w:w="75" w:type="dxa"/>
              <w:right w:w="85" w:type="dxa"/>
            </w:tcMar>
            <w:vAlign w:val="center"/>
          </w:tcPr>
          <w:p w14:paraId="4D21DA4D" w14:textId="77777777" w:rsidR="004A2E0F" w:rsidRPr="00D308F8" w:rsidRDefault="00000000">
            <w:pPr>
              <w:spacing w:after="0" w:line="240" w:lineRule="auto"/>
              <w:rPr>
                <w:noProof/>
                <w:lang w:val="ro-RO"/>
              </w:rPr>
            </w:pPr>
            <w:r w:rsidRPr="00D308F8">
              <w:rPr>
                <w:noProof/>
                <w:sz w:val="13"/>
                <w:lang w:val="ro-RO"/>
              </w:rPr>
              <w:t>loturi conforme; SCAR/CAPA; audituri; schimbări notificate; risc rezidual.</w:t>
            </w:r>
          </w:p>
        </w:tc>
        <w:tc>
          <w:tcPr>
            <w:tcW w:w="2665" w:type="dxa"/>
            <w:shd w:val="clear" w:color="auto" w:fill="FAFAFA"/>
            <w:tcMar>
              <w:top w:w="75" w:type="dxa"/>
              <w:left w:w="85" w:type="dxa"/>
              <w:bottom w:w="75" w:type="dxa"/>
              <w:right w:w="85" w:type="dxa"/>
            </w:tcMar>
            <w:vAlign w:val="center"/>
          </w:tcPr>
          <w:p w14:paraId="26C09FDB" w14:textId="77777777" w:rsidR="004A2E0F" w:rsidRPr="00D308F8" w:rsidRDefault="00000000">
            <w:pPr>
              <w:spacing w:after="0" w:line="240" w:lineRule="auto"/>
              <w:rPr>
                <w:noProof/>
                <w:lang w:val="ro-RO"/>
              </w:rPr>
            </w:pPr>
            <w:r w:rsidRPr="00D308F8">
              <w:rPr>
                <w:noProof/>
                <w:sz w:val="13"/>
                <w:lang w:val="ro-RO"/>
              </w:rPr>
              <w:t>Certificatul furnizorului nu înlocuiește controlul bazat pe risc.</w:t>
            </w:r>
          </w:p>
        </w:tc>
      </w:tr>
      <w:tr w:rsidR="004A2E0F" w:rsidRPr="00D308F8" w14:paraId="7200636F" w14:textId="77777777">
        <w:trPr>
          <w:cantSplit/>
          <w:jc w:val="center"/>
        </w:trPr>
        <w:tc>
          <w:tcPr>
            <w:tcW w:w="1644" w:type="dxa"/>
            <w:shd w:val="clear" w:color="auto" w:fill="FFFFFF"/>
            <w:tcMar>
              <w:top w:w="75" w:type="dxa"/>
              <w:left w:w="85" w:type="dxa"/>
              <w:bottom w:w="75" w:type="dxa"/>
              <w:right w:w="85" w:type="dxa"/>
            </w:tcMar>
            <w:vAlign w:val="center"/>
          </w:tcPr>
          <w:p w14:paraId="00B02A8A" w14:textId="77777777" w:rsidR="004A2E0F" w:rsidRPr="00D308F8" w:rsidRDefault="00000000">
            <w:pPr>
              <w:spacing w:after="0" w:line="240" w:lineRule="auto"/>
              <w:rPr>
                <w:noProof/>
                <w:lang w:val="ro-RO"/>
              </w:rPr>
            </w:pPr>
            <w:r w:rsidRPr="00D308F8">
              <w:rPr>
                <w:noProof/>
                <w:sz w:val="13"/>
                <w:lang w:val="ro-RO"/>
              </w:rPr>
              <w:t>Proces / capabilitate</w:t>
            </w:r>
          </w:p>
        </w:tc>
        <w:tc>
          <w:tcPr>
            <w:tcW w:w="2381" w:type="dxa"/>
            <w:shd w:val="clear" w:color="auto" w:fill="FFFFFF"/>
            <w:tcMar>
              <w:top w:w="75" w:type="dxa"/>
              <w:left w:w="85" w:type="dxa"/>
              <w:bottom w:w="75" w:type="dxa"/>
              <w:right w:w="85" w:type="dxa"/>
            </w:tcMar>
            <w:vAlign w:val="center"/>
          </w:tcPr>
          <w:p w14:paraId="015CA3D6" w14:textId="77777777" w:rsidR="004A2E0F" w:rsidRPr="00D308F8" w:rsidRDefault="00000000">
            <w:pPr>
              <w:spacing w:after="0" w:line="240" w:lineRule="auto"/>
              <w:rPr>
                <w:noProof/>
                <w:lang w:val="ro-RO"/>
              </w:rPr>
            </w:pPr>
            <w:r w:rsidRPr="00D308F8">
              <w:rPr>
                <w:noProof/>
                <w:sz w:val="13"/>
                <w:lang w:val="ro-RO"/>
              </w:rPr>
              <w:t>Reducerea defectelor și stabilizarea proceselor speciale și critice.</w:t>
            </w:r>
          </w:p>
        </w:tc>
        <w:tc>
          <w:tcPr>
            <w:tcW w:w="3231" w:type="dxa"/>
            <w:shd w:val="clear" w:color="auto" w:fill="FFFFFF"/>
            <w:tcMar>
              <w:top w:w="75" w:type="dxa"/>
              <w:left w:w="85" w:type="dxa"/>
              <w:bottom w:w="75" w:type="dxa"/>
              <w:right w:w="85" w:type="dxa"/>
            </w:tcMar>
            <w:vAlign w:val="center"/>
          </w:tcPr>
          <w:p w14:paraId="5A0608F5" w14:textId="77777777" w:rsidR="004A2E0F" w:rsidRPr="00D308F8" w:rsidRDefault="00000000">
            <w:pPr>
              <w:spacing w:after="0" w:line="240" w:lineRule="auto"/>
              <w:rPr>
                <w:noProof/>
                <w:lang w:val="ro-RO"/>
              </w:rPr>
            </w:pPr>
            <w:r w:rsidRPr="00D308F8">
              <w:rPr>
                <w:noProof/>
                <w:sz w:val="13"/>
                <w:lang w:val="ro-RO"/>
              </w:rPr>
              <w:t>ppm defecte; Cp/Cpk unde este adecvat; abateri; rework; rezultate validare.</w:t>
            </w:r>
          </w:p>
        </w:tc>
        <w:tc>
          <w:tcPr>
            <w:tcW w:w="2665" w:type="dxa"/>
            <w:shd w:val="clear" w:color="auto" w:fill="FFFFFF"/>
            <w:tcMar>
              <w:top w:w="75" w:type="dxa"/>
              <w:left w:w="85" w:type="dxa"/>
              <w:bottom w:w="75" w:type="dxa"/>
              <w:right w:w="85" w:type="dxa"/>
            </w:tcMar>
            <w:vAlign w:val="center"/>
          </w:tcPr>
          <w:p w14:paraId="34927788" w14:textId="77777777" w:rsidR="004A2E0F" w:rsidRPr="00D308F8" w:rsidRDefault="00000000">
            <w:pPr>
              <w:spacing w:after="0" w:line="240" w:lineRule="auto"/>
              <w:rPr>
                <w:noProof/>
                <w:lang w:val="ro-RO"/>
              </w:rPr>
            </w:pPr>
            <w:r w:rsidRPr="00D308F8">
              <w:rPr>
                <w:noProof/>
                <w:sz w:val="13"/>
                <w:lang w:val="ro-RO"/>
              </w:rPr>
              <w:t>Randamentul nu poate prevala asupra criteriilor de acceptare.</w:t>
            </w:r>
          </w:p>
        </w:tc>
      </w:tr>
      <w:tr w:rsidR="004A2E0F" w:rsidRPr="00D308F8" w14:paraId="237A6804" w14:textId="77777777">
        <w:trPr>
          <w:cantSplit/>
          <w:jc w:val="center"/>
        </w:trPr>
        <w:tc>
          <w:tcPr>
            <w:tcW w:w="1644" w:type="dxa"/>
            <w:shd w:val="clear" w:color="auto" w:fill="FAFAFA"/>
            <w:tcMar>
              <w:top w:w="75" w:type="dxa"/>
              <w:left w:w="85" w:type="dxa"/>
              <w:bottom w:w="75" w:type="dxa"/>
              <w:right w:w="85" w:type="dxa"/>
            </w:tcMar>
            <w:vAlign w:val="center"/>
          </w:tcPr>
          <w:p w14:paraId="13F3A106" w14:textId="77777777" w:rsidR="004A2E0F" w:rsidRPr="00D308F8" w:rsidRDefault="00000000">
            <w:pPr>
              <w:spacing w:after="0" w:line="240" w:lineRule="auto"/>
              <w:rPr>
                <w:noProof/>
                <w:lang w:val="ro-RO"/>
              </w:rPr>
            </w:pPr>
            <w:r w:rsidRPr="00D308F8">
              <w:rPr>
                <w:noProof/>
                <w:sz w:val="13"/>
                <w:lang w:val="ro-RO"/>
              </w:rPr>
              <w:t>Sterilizare / mediu controlat</w:t>
            </w:r>
          </w:p>
        </w:tc>
        <w:tc>
          <w:tcPr>
            <w:tcW w:w="2381" w:type="dxa"/>
            <w:shd w:val="clear" w:color="auto" w:fill="FAFAFA"/>
            <w:tcMar>
              <w:top w:w="75" w:type="dxa"/>
              <w:left w:w="85" w:type="dxa"/>
              <w:bottom w:w="75" w:type="dxa"/>
              <w:right w:w="85" w:type="dxa"/>
            </w:tcMar>
            <w:vAlign w:val="center"/>
          </w:tcPr>
          <w:p w14:paraId="047514DC" w14:textId="77777777" w:rsidR="004A2E0F" w:rsidRPr="00D308F8" w:rsidRDefault="00000000">
            <w:pPr>
              <w:spacing w:after="0" w:line="240" w:lineRule="auto"/>
              <w:rPr>
                <w:noProof/>
                <w:lang w:val="ro-RO"/>
              </w:rPr>
            </w:pPr>
            <w:r w:rsidRPr="00D308F8">
              <w:rPr>
                <w:noProof/>
                <w:sz w:val="13"/>
                <w:lang w:val="ro-RO"/>
              </w:rPr>
              <w:t>Creșterea stării de control și conformării parametrilor validați.</w:t>
            </w:r>
          </w:p>
        </w:tc>
        <w:tc>
          <w:tcPr>
            <w:tcW w:w="3231" w:type="dxa"/>
            <w:shd w:val="clear" w:color="auto" w:fill="FAFAFA"/>
            <w:tcMar>
              <w:top w:w="75" w:type="dxa"/>
              <w:left w:w="85" w:type="dxa"/>
              <w:bottom w:w="75" w:type="dxa"/>
              <w:right w:w="85" w:type="dxa"/>
            </w:tcMar>
            <w:vAlign w:val="center"/>
          </w:tcPr>
          <w:p w14:paraId="1AADFFCF" w14:textId="77777777" w:rsidR="004A2E0F" w:rsidRPr="00D308F8" w:rsidRDefault="00000000">
            <w:pPr>
              <w:spacing w:after="0" w:line="240" w:lineRule="auto"/>
              <w:rPr>
                <w:noProof/>
                <w:lang w:val="ro-RO"/>
              </w:rPr>
            </w:pPr>
            <w:r w:rsidRPr="00D308F8">
              <w:rPr>
                <w:noProof/>
                <w:sz w:val="13"/>
                <w:lang w:val="ro-RO"/>
              </w:rPr>
              <w:t>parametri, încărcări, bioburden, monitorizare mediu, deviații, revalidare.</w:t>
            </w:r>
          </w:p>
        </w:tc>
        <w:tc>
          <w:tcPr>
            <w:tcW w:w="2665" w:type="dxa"/>
            <w:shd w:val="clear" w:color="auto" w:fill="FAFAFA"/>
            <w:tcMar>
              <w:top w:w="75" w:type="dxa"/>
              <w:left w:w="85" w:type="dxa"/>
              <w:bottom w:w="75" w:type="dxa"/>
              <w:right w:w="85" w:type="dxa"/>
            </w:tcMar>
            <w:vAlign w:val="center"/>
          </w:tcPr>
          <w:p w14:paraId="203B7168" w14:textId="77777777" w:rsidR="004A2E0F" w:rsidRPr="00D308F8" w:rsidRDefault="00000000">
            <w:pPr>
              <w:spacing w:after="0" w:line="240" w:lineRule="auto"/>
              <w:rPr>
                <w:noProof/>
                <w:lang w:val="ro-RO"/>
              </w:rPr>
            </w:pPr>
            <w:r w:rsidRPr="00D308F8">
              <w:rPr>
                <w:noProof/>
                <w:sz w:val="13"/>
                <w:lang w:val="ro-RO"/>
              </w:rPr>
              <w:t>Criteriile validate și eliberarea nu sunt ținte negociabile.</w:t>
            </w:r>
          </w:p>
        </w:tc>
      </w:tr>
      <w:tr w:rsidR="004A2E0F" w:rsidRPr="00D308F8" w14:paraId="767E38EE" w14:textId="77777777">
        <w:trPr>
          <w:cantSplit/>
          <w:jc w:val="center"/>
        </w:trPr>
        <w:tc>
          <w:tcPr>
            <w:tcW w:w="1644" w:type="dxa"/>
            <w:shd w:val="clear" w:color="auto" w:fill="FFFFFF"/>
            <w:tcMar>
              <w:top w:w="75" w:type="dxa"/>
              <w:left w:w="85" w:type="dxa"/>
              <w:bottom w:w="75" w:type="dxa"/>
              <w:right w:w="85" w:type="dxa"/>
            </w:tcMar>
            <w:vAlign w:val="center"/>
          </w:tcPr>
          <w:p w14:paraId="29F53500" w14:textId="77777777" w:rsidR="004A2E0F" w:rsidRPr="00D308F8" w:rsidRDefault="00000000">
            <w:pPr>
              <w:spacing w:after="0" w:line="240" w:lineRule="auto"/>
              <w:rPr>
                <w:noProof/>
                <w:lang w:val="ro-RO"/>
              </w:rPr>
            </w:pPr>
            <w:r w:rsidRPr="00D308F8">
              <w:rPr>
                <w:noProof/>
                <w:sz w:val="13"/>
                <w:lang w:val="ro-RO"/>
              </w:rPr>
              <w:t>Reclamații</w:t>
            </w:r>
          </w:p>
        </w:tc>
        <w:tc>
          <w:tcPr>
            <w:tcW w:w="2381" w:type="dxa"/>
            <w:shd w:val="clear" w:color="auto" w:fill="FFFFFF"/>
            <w:tcMar>
              <w:top w:w="75" w:type="dxa"/>
              <w:left w:w="85" w:type="dxa"/>
              <w:bottom w:w="75" w:type="dxa"/>
              <w:right w:w="85" w:type="dxa"/>
            </w:tcMar>
            <w:vAlign w:val="center"/>
          </w:tcPr>
          <w:p w14:paraId="3EFF08C8" w14:textId="77777777" w:rsidR="004A2E0F" w:rsidRPr="00D308F8" w:rsidRDefault="00000000">
            <w:pPr>
              <w:spacing w:after="0" w:line="240" w:lineRule="auto"/>
              <w:rPr>
                <w:noProof/>
                <w:lang w:val="ro-RO"/>
              </w:rPr>
            </w:pPr>
            <w:r w:rsidRPr="00D308F8">
              <w:rPr>
                <w:noProof/>
                <w:sz w:val="13"/>
                <w:lang w:val="ro-RO"/>
              </w:rPr>
              <w:t>Reducerea recurenței cauzelor confirmate și accelerarea evaluării corecte.</w:t>
            </w:r>
          </w:p>
        </w:tc>
        <w:tc>
          <w:tcPr>
            <w:tcW w:w="3231" w:type="dxa"/>
            <w:shd w:val="clear" w:color="auto" w:fill="FFFFFF"/>
            <w:tcMar>
              <w:top w:w="75" w:type="dxa"/>
              <w:left w:w="85" w:type="dxa"/>
              <w:bottom w:w="75" w:type="dxa"/>
              <w:right w:w="85" w:type="dxa"/>
            </w:tcMar>
            <w:vAlign w:val="center"/>
          </w:tcPr>
          <w:p w14:paraId="5900BAF2" w14:textId="77777777" w:rsidR="004A2E0F" w:rsidRPr="00D308F8" w:rsidRDefault="00000000">
            <w:pPr>
              <w:spacing w:after="0" w:line="240" w:lineRule="auto"/>
              <w:rPr>
                <w:noProof/>
                <w:lang w:val="ro-RO"/>
              </w:rPr>
            </w:pPr>
            <w:r w:rsidRPr="00D308F8">
              <w:rPr>
                <w:noProof/>
                <w:sz w:val="13"/>
                <w:lang w:val="ro-RO"/>
              </w:rPr>
              <w:t>rata pe volum; severitate; timp triere; raportabilitate; recurență.</w:t>
            </w:r>
          </w:p>
        </w:tc>
        <w:tc>
          <w:tcPr>
            <w:tcW w:w="2665" w:type="dxa"/>
            <w:shd w:val="clear" w:color="auto" w:fill="FFFFFF"/>
            <w:tcMar>
              <w:top w:w="75" w:type="dxa"/>
              <w:left w:w="85" w:type="dxa"/>
              <w:bottom w:w="75" w:type="dxa"/>
              <w:right w:w="85" w:type="dxa"/>
            </w:tcMar>
            <w:vAlign w:val="center"/>
          </w:tcPr>
          <w:p w14:paraId="0C10AB09" w14:textId="77777777" w:rsidR="004A2E0F" w:rsidRPr="00D308F8" w:rsidRDefault="00000000">
            <w:pPr>
              <w:spacing w:after="0" w:line="240" w:lineRule="auto"/>
              <w:rPr>
                <w:noProof/>
                <w:lang w:val="ro-RO"/>
              </w:rPr>
            </w:pPr>
            <w:r w:rsidRPr="00D308F8">
              <w:rPr>
                <w:noProof/>
                <w:sz w:val="13"/>
                <w:lang w:val="ro-RO"/>
              </w:rPr>
              <w:t>Nu recompensați scăderea numărului de reclamații primite sau acceptate.</w:t>
            </w:r>
          </w:p>
        </w:tc>
      </w:tr>
      <w:tr w:rsidR="004A2E0F" w:rsidRPr="00D308F8" w14:paraId="400358D8" w14:textId="77777777">
        <w:trPr>
          <w:cantSplit/>
          <w:jc w:val="center"/>
        </w:trPr>
        <w:tc>
          <w:tcPr>
            <w:tcW w:w="1644" w:type="dxa"/>
            <w:shd w:val="clear" w:color="auto" w:fill="FAFAFA"/>
            <w:tcMar>
              <w:top w:w="75" w:type="dxa"/>
              <w:left w:w="85" w:type="dxa"/>
              <w:bottom w:w="75" w:type="dxa"/>
              <w:right w:w="85" w:type="dxa"/>
            </w:tcMar>
            <w:vAlign w:val="center"/>
          </w:tcPr>
          <w:p w14:paraId="635AF94C" w14:textId="77777777" w:rsidR="004A2E0F" w:rsidRPr="00D308F8" w:rsidRDefault="00000000">
            <w:pPr>
              <w:spacing w:after="0" w:line="240" w:lineRule="auto"/>
              <w:rPr>
                <w:noProof/>
                <w:lang w:val="ro-RO"/>
              </w:rPr>
            </w:pPr>
            <w:r w:rsidRPr="00D308F8">
              <w:rPr>
                <w:noProof/>
                <w:sz w:val="13"/>
                <w:lang w:val="ro-RO"/>
              </w:rPr>
              <w:t>Vigilență / raportare</w:t>
            </w:r>
          </w:p>
        </w:tc>
        <w:tc>
          <w:tcPr>
            <w:tcW w:w="2381" w:type="dxa"/>
            <w:shd w:val="clear" w:color="auto" w:fill="FAFAFA"/>
            <w:tcMar>
              <w:top w:w="75" w:type="dxa"/>
              <w:left w:w="85" w:type="dxa"/>
              <w:bottom w:w="75" w:type="dxa"/>
              <w:right w:w="85" w:type="dxa"/>
            </w:tcMar>
            <w:vAlign w:val="center"/>
          </w:tcPr>
          <w:p w14:paraId="341AB5BF" w14:textId="77777777" w:rsidR="004A2E0F" w:rsidRPr="00D308F8" w:rsidRDefault="00000000">
            <w:pPr>
              <w:spacing w:after="0" w:line="240" w:lineRule="auto"/>
              <w:rPr>
                <w:noProof/>
                <w:lang w:val="ro-RO"/>
              </w:rPr>
            </w:pPr>
            <w:r w:rsidRPr="00D308F8">
              <w:rPr>
                <w:noProof/>
                <w:sz w:val="13"/>
                <w:lang w:val="ro-RO"/>
              </w:rPr>
              <w:t>Îmbunătățirea deciziei și respectării termenelor de raportare.</w:t>
            </w:r>
          </w:p>
        </w:tc>
        <w:tc>
          <w:tcPr>
            <w:tcW w:w="3231" w:type="dxa"/>
            <w:shd w:val="clear" w:color="auto" w:fill="FAFAFA"/>
            <w:tcMar>
              <w:top w:w="75" w:type="dxa"/>
              <w:left w:w="85" w:type="dxa"/>
              <w:bottom w:w="75" w:type="dxa"/>
              <w:right w:w="85" w:type="dxa"/>
            </w:tcMar>
            <w:vAlign w:val="center"/>
          </w:tcPr>
          <w:p w14:paraId="7FBB31C1" w14:textId="77777777" w:rsidR="004A2E0F" w:rsidRPr="00D308F8" w:rsidRDefault="00000000">
            <w:pPr>
              <w:spacing w:after="0" w:line="240" w:lineRule="auto"/>
              <w:rPr>
                <w:noProof/>
                <w:lang w:val="ro-RO"/>
              </w:rPr>
            </w:pPr>
            <w:r w:rsidRPr="00D308F8">
              <w:rPr>
                <w:noProof/>
                <w:sz w:val="13"/>
                <w:lang w:val="ro-RO"/>
              </w:rPr>
              <w:t>% evaluări la timp; raportări la timp; calitatea dosarului; acțiuni în teren.</w:t>
            </w:r>
          </w:p>
        </w:tc>
        <w:tc>
          <w:tcPr>
            <w:tcW w:w="2665" w:type="dxa"/>
            <w:shd w:val="clear" w:color="auto" w:fill="FAFAFA"/>
            <w:tcMar>
              <w:top w:w="75" w:type="dxa"/>
              <w:left w:w="85" w:type="dxa"/>
              <w:bottom w:w="75" w:type="dxa"/>
              <w:right w:w="85" w:type="dxa"/>
            </w:tcMar>
            <w:vAlign w:val="center"/>
          </w:tcPr>
          <w:p w14:paraId="4B70C35B" w14:textId="77777777" w:rsidR="004A2E0F" w:rsidRPr="00D308F8" w:rsidRDefault="00000000">
            <w:pPr>
              <w:spacing w:after="0" w:line="240" w:lineRule="auto"/>
              <w:rPr>
                <w:noProof/>
                <w:lang w:val="ro-RO"/>
              </w:rPr>
            </w:pPr>
            <w:r w:rsidRPr="00D308F8">
              <w:rPr>
                <w:noProof/>
                <w:sz w:val="13"/>
                <w:lang w:val="ro-RO"/>
              </w:rPr>
              <w:t>Termenele și criteriile depind de jurisdicție.</w:t>
            </w:r>
          </w:p>
        </w:tc>
      </w:tr>
      <w:tr w:rsidR="004A2E0F" w:rsidRPr="00D308F8" w14:paraId="28BEC8D6" w14:textId="77777777">
        <w:trPr>
          <w:cantSplit/>
          <w:jc w:val="center"/>
        </w:trPr>
        <w:tc>
          <w:tcPr>
            <w:tcW w:w="1644" w:type="dxa"/>
            <w:shd w:val="clear" w:color="auto" w:fill="FFFFFF"/>
            <w:tcMar>
              <w:top w:w="75" w:type="dxa"/>
              <w:left w:w="85" w:type="dxa"/>
              <w:bottom w:w="75" w:type="dxa"/>
              <w:right w:w="85" w:type="dxa"/>
            </w:tcMar>
            <w:vAlign w:val="center"/>
          </w:tcPr>
          <w:p w14:paraId="5B7427B1" w14:textId="77777777" w:rsidR="004A2E0F" w:rsidRPr="00D308F8" w:rsidRDefault="00000000">
            <w:pPr>
              <w:spacing w:after="0" w:line="240" w:lineRule="auto"/>
              <w:rPr>
                <w:noProof/>
                <w:lang w:val="ro-RO"/>
              </w:rPr>
            </w:pPr>
            <w:r w:rsidRPr="00D308F8">
              <w:rPr>
                <w:noProof/>
                <w:sz w:val="13"/>
                <w:lang w:val="ro-RO"/>
              </w:rPr>
              <w:t>CAPA</w:t>
            </w:r>
          </w:p>
        </w:tc>
        <w:tc>
          <w:tcPr>
            <w:tcW w:w="2381" w:type="dxa"/>
            <w:shd w:val="clear" w:color="auto" w:fill="FFFFFF"/>
            <w:tcMar>
              <w:top w:w="75" w:type="dxa"/>
              <w:left w:w="85" w:type="dxa"/>
              <w:bottom w:w="75" w:type="dxa"/>
              <w:right w:w="85" w:type="dxa"/>
            </w:tcMar>
            <w:vAlign w:val="center"/>
          </w:tcPr>
          <w:p w14:paraId="1223873F" w14:textId="77777777" w:rsidR="004A2E0F" w:rsidRPr="00D308F8" w:rsidRDefault="00000000">
            <w:pPr>
              <w:spacing w:after="0" w:line="240" w:lineRule="auto"/>
              <w:rPr>
                <w:noProof/>
                <w:lang w:val="ro-RO"/>
              </w:rPr>
            </w:pPr>
            <w:r w:rsidRPr="00D308F8">
              <w:rPr>
                <w:noProof/>
                <w:sz w:val="13"/>
                <w:lang w:val="ro-RO"/>
              </w:rPr>
              <w:t>Creșterea eficacității acțiunilor și reducerea recurenței.</w:t>
            </w:r>
          </w:p>
        </w:tc>
        <w:tc>
          <w:tcPr>
            <w:tcW w:w="3231" w:type="dxa"/>
            <w:shd w:val="clear" w:color="auto" w:fill="FFFFFF"/>
            <w:tcMar>
              <w:top w:w="75" w:type="dxa"/>
              <w:left w:w="85" w:type="dxa"/>
              <w:bottom w:w="75" w:type="dxa"/>
              <w:right w:w="85" w:type="dxa"/>
            </w:tcMar>
            <w:vAlign w:val="center"/>
          </w:tcPr>
          <w:p w14:paraId="78083C79" w14:textId="77777777" w:rsidR="004A2E0F" w:rsidRPr="00D308F8" w:rsidRDefault="00000000">
            <w:pPr>
              <w:spacing w:after="0" w:line="240" w:lineRule="auto"/>
              <w:rPr>
                <w:noProof/>
                <w:lang w:val="ro-RO"/>
              </w:rPr>
            </w:pPr>
            <w:r w:rsidRPr="00D308F8">
              <w:rPr>
                <w:noProof/>
                <w:sz w:val="13"/>
                <w:lang w:val="ro-RO"/>
              </w:rPr>
              <w:t>CAPA eficiente; recurență; vechime; verificări; acțiuni redeschise.</w:t>
            </w:r>
          </w:p>
        </w:tc>
        <w:tc>
          <w:tcPr>
            <w:tcW w:w="2665" w:type="dxa"/>
            <w:shd w:val="clear" w:color="auto" w:fill="FFFFFF"/>
            <w:tcMar>
              <w:top w:w="75" w:type="dxa"/>
              <w:left w:w="85" w:type="dxa"/>
              <w:bottom w:w="75" w:type="dxa"/>
              <w:right w:w="85" w:type="dxa"/>
            </w:tcMar>
            <w:vAlign w:val="center"/>
          </w:tcPr>
          <w:p w14:paraId="6F04DDD3" w14:textId="77777777" w:rsidR="004A2E0F" w:rsidRPr="00D308F8" w:rsidRDefault="00000000">
            <w:pPr>
              <w:spacing w:after="0" w:line="240" w:lineRule="auto"/>
              <w:rPr>
                <w:noProof/>
                <w:lang w:val="ro-RO"/>
              </w:rPr>
            </w:pPr>
            <w:r w:rsidRPr="00D308F8">
              <w:rPr>
                <w:noProof/>
                <w:sz w:val="13"/>
                <w:lang w:val="ro-RO"/>
              </w:rPr>
              <w:t>Închiderea la termen nu este echivalentă cu eficacitatea.</w:t>
            </w:r>
          </w:p>
        </w:tc>
      </w:tr>
      <w:tr w:rsidR="004A2E0F" w:rsidRPr="00D308F8" w14:paraId="6B7812DA" w14:textId="77777777">
        <w:trPr>
          <w:cantSplit/>
          <w:jc w:val="center"/>
        </w:trPr>
        <w:tc>
          <w:tcPr>
            <w:tcW w:w="1644" w:type="dxa"/>
            <w:shd w:val="clear" w:color="auto" w:fill="FAFAFA"/>
            <w:tcMar>
              <w:top w:w="75" w:type="dxa"/>
              <w:left w:w="85" w:type="dxa"/>
              <w:bottom w:w="75" w:type="dxa"/>
              <w:right w:w="85" w:type="dxa"/>
            </w:tcMar>
            <w:vAlign w:val="center"/>
          </w:tcPr>
          <w:p w14:paraId="3A2B83D9" w14:textId="77777777" w:rsidR="004A2E0F" w:rsidRPr="00D308F8" w:rsidRDefault="00000000">
            <w:pPr>
              <w:spacing w:after="0" w:line="240" w:lineRule="auto"/>
              <w:rPr>
                <w:noProof/>
                <w:lang w:val="ro-RO"/>
              </w:rPr>
            </w:pPr>
            <w:r w:rsidRPr="00D308F8">
              <w:rPr>
                <w:noProof/>
                <w:sz w:val="13"/>
                <w:lang w:val="ro-RO"/>
              </w:rPr>
              <w:t>Trasabilitate / UDI</w:t>
            </w:r>
          </w:p>
        </w:tc>
        <w:tc>
          <w:tcPr>
            <w:tcW w:w="2381" w:type="dxa"/>
            <w:shd w:val="clear" w:color="auto" w:fill="FAFAFA"/>
            <w:tcMar>
              <w:top w:w="75" w:type="dxa"/>
              <w:left w:w="85" w:type="dxa"/>
              <w:bottom w:w="75" w:type="dxa"/>
              <w:right w:w="85" w:type="dxa"/>
            </w:tcMar>
            <w:vAlign w:val="center"/>
          </w:tcPr>
          <w:p w14:paraId="326DE7F6" w14:textId="77777777" w:rsidR="004A2E0F" w:rsidRPr="00D308F8" w:rsidRDefault="00000000">
            <w:pPr>
              <w:spacing w:after="0" w:line="240" w:lineRule="auto"/>
              <w:rPr>
                <w:noProof/>
                <w:lang w:val="ro-RO"/>
              </w:rPr>
            </w:pPr>
            <w:r w:rsidRPr="00D308F8">
              <w:rPr>
                <w:noProof/>
                <w:sz w:val="13"/>
                <w:lang w:val="ro-RO"/>
              </w:rPr>
              <w:t>Creșterea preciziei și vitezei trasării produselor și componentelor.</w:t>
            </w:r>
          </w:p>
        </w:tc>
        <w:tc>
          <w:tcPr>
            <w:tcW w:w="3231" w:type="dxa"/>
            <w:shd w:val="clear" w:color="auto" w:fill="FAFAFA"/>
            <w:tcMar>
              <w:top w:w="75" w:type="dxa"/>
              <w:left w:w="85" w:type="dxa"/>
              <w:bottom w:w="75" w:type="dxa"/>
              <w:right w:w="85" w:type="dxa"/>
            </w:tcMar>
            <w:vAlign w:val="center"/>
          </w:tcPr>
          <w:p w14:paraId="3D6890D3" w14:textId="77777777" w:rsidR="004A2E0F" w:rsidRPr="00D308F8" w:rsidRDefault="00000000">
            <w:pPr>
              <w:spacing w:after="0" w:line="240" w:lineRule="auto"/>
              <w:rPr>
                <w:noProof/>
                <w:lang w:val="ro-RO"/>
              </w:rPr>
            </w:pPr>
            <w:r w:rsidRPr="00D308F8">
              <w:rPr>
                <w:noProof/>
                <w:sz w:val="13"/>
                <w:lang w:val="ro-RO"/>
              </w:rPr>
              <w:t>timp trasare; reconciliere; înregistrări complete; erori UDI/etichetare.</w:t>
            </w:r>
          </w:p>
        </w:tc>
        <w:tc>
          <w:tcPr>
            <w:tcW w:w="2665" w:type="dxa"/>
            <w:shd w:val="clear" w:color="auto" w:fill="FAFAFA"/>
            <w:tcMar>
              <w:top w:w="75" w:type="dxa"/>
              <w:left w:w="85" w:type="dxa"/>
              <w:bottom w:w="75" w:type="dxa"/>
              <w:right w:w="85" w:type="dxa"/>
            </w:tcMar>
            <w:vAlign w:val="center"/>
          </w:tcPr>
          <w:p w14:paraId="6F88BAED" w14:textId="77777777" w:rsidR="004A2E0F" w:rsidRPr="00D308F8" w:rsidRDefault="00000000">
            <w:pPr>
              <w:spacing w:after="0" w:line="240" w:lineRule="auto"/>
              <w:rPr>
                <w:noProof/>
                <w:lang w:val="ro-RO"/>
              </w:rPr>
            </w:pPr>
            <w:r w:rsidRPr="00D308F8">
              <w:rPr>
                <w:noProof/>
                <w:sz w:val="13"/>
                <w:lang w:val="ro-RO"/>
              </w:rPr>
              <w:t>Aplicați cerințele specifice produsului și pieței.</w:t>
            </w:r>
          </w:p>
        </w:tc>
      </w:tr>
      <w:tr w:rsidR="004A2E0F" w:rsidRPr="00D308F8" w14:paraId="3712B20F" w14:textId="77777777">
        <w:trPr>
          <w:cantSplit/>
          <w:jc w:val="center"/>
        </w:trPr>
        <w:tc>
          <w:tcPr>
            <w:tcW w:w="1644" w:type="dxa"/>
            <w:shd w:val="clear" w:color="auto" w:fill="FFFFFF"/>
            <w:tcMar>
              <w:top w:w="75" w:type="dxa"/>
              <w:left w:w="85" w:type="dxa"/>
              <w:bottom w:w="75" w:type="dxa"/>
              <w:right w:w="85" w:type="dxa"/>
            </w:tcMar>
            <w:vAlign w:val="center"/>
          </w:tcPr>
          <w:p w14:paraId="78781FAA" w14:textId="77777777" w:rsidR="004A2E0F" w:rsidRPr="00D308F8" w:rsidRDefault="00000000">
            <w:pPr>
              <w:spacing w:after="0" w:line="240" w:lineRule="auto"/>
              <w:rPr>
                <w:noProof/>
                <w:lang w:val="ro-RO"/>
              </w:rPr>
            </w:pPr>
            <w:r w:rsidRPr="00D308F8">
              <w:rPr>
                <w:noProof/>
                <w:sz w:val="13"/>
                <w:lang w:val="ro-RO"/>
              </w:rPr>
              <w:t>Competență</w:t>
            </w:r>
          </w:p>
        </w:tc>
        <w:tc>
          <w:tcPr>
            <w:tcW w:w="2381" w:type="dxa"/>
            <w:shd w:val="clear" w:color="auto" w:fill="FFFFFF"/>
            <w:tcMar>
              <w:top w:w="75" w:type="dxa"/>
              <w:left w:w="85" w:type="dxa"/>
              <w:bottom w:w="75" w:type="dxa"/>
              <w:right w:w="85" w:type="dxa"/>
            </w:tcMar>
            <w:vAlign w:val="center"/>
          </w:tcPr>
          <w:p w14:paraId="3363C14F" w14:textId="77777777" w:rsidR="004A2E0F" w:rsidRPr="00D308F8" w:rsidRDefault="00000000">
            <w:pPr>
              <w:spacing w:after="0" w:line="240" w:lineRule="auto"/>
              <w:rPr>
                <w:noProof/>
                <w:lang w:val="ro-RO"/>
              </w:rPr>
            </w:pPr>
            <w:r w:rsidRPr="00D308F8">
              <w:rPr>
                <w:noProof/>
                <w:sz w:val="13"/>
                <w:lang w:val="ro-RO"/>
              </w:rPr>
              <w:t>Creșterea competenței pentru activități care afectează calitatea.</w:t>
            </w:r>
          </w:p>
        </w:tc>
        <w:tc>
          <w:tcPr>
            <w:tcW w:w="3231" w:type="dxa"/>
            <w:shd w:val="clear" w:color="auto" w:fill="FFFFFF"/>
            <w:tcMar>
              <w:top w:w="75" w:type="dxa"/>
              <w:left w:w="85" w:type="dxa"/>
              <w:bottom w:w="75" w:type="dxa"/>
              <w:right w:w="85" w:type="dxa"/>
            </w:tcMar>
            <w:vAlign w:val="center"/>
          </w:tcPr>
          <w:p w14:paraId="14FBB39E" w14:textId="77777777" w:rsidR="004A2E0F" w:rsidRPr="00D308F8" w:rsidRDefault="00000000">
            <w:pPr>
              <w:spacing w:after="0" w:line="240" w:lineRule="auto"/>
              <w:rPr>
                <w:noProof/>
                <w:lang w:val="ro-RO"/>
              </w:rPr>
            </w:pPr>
            <w:r w:rsidRPr="00D308F8">
              <w:rPr>
                <w:noProof/>
                <w:sz w:val="13"/>
                <w:lang w:val="ro-RO"/>
              </w:rPr>
              <w:t>demonstrații; erori asociate; autorizări; reevaluare după schimbare.</w:t>
            </w:r>
          </w:p>
        </w:tc>
        <w:tc>
          <w:tcPr>
            <w:tcW w:w="2665" w:type="dxa"/>
            <w:shd w:val="clear" w:color="auto" w:fill="FFFFFF"/>
            <w:tcMar>
              <w:top w:w="75" w:type="dxa"/>
              <w:left w:w="85" w:type="dxa"/>
              <w:bottom w:w="75" w:type="dxa"/>
              <w:right w:w="85" w:type="dxa"/>
            </w:tcMar>
            <w:vAlign w:val="center"/>
          </w:tcPr>
          <w:p w14:paraId="1726658E" w14:textId="77777777" w:rsidR="004A2E0F" w:rsidRPr="00D308F8" w:rsidRDefault="00000000">
            <w:pPr>
              <w:spacing w:after="0" w:line="240" w:lineRule="auto"/>
              <w:rPr>
                <w:noProof/>
                <w:lang w:val="ro-RO"/>
              </w:rPr>
            </w:pPr>
            <w:r w:rsidRPr="00D308F8">
              <w:rPr>
                <w:noProof/>
                <w:sz w:val="13"/>
                <w:lang w:val="ro-RO"/>
              </w:rPr>
              <w:t>Prezența la instruire nu demonstrează competență.</w:t>
            </w:r>
          </w:p>
        </w:tc>
      </w:tr>
      <w:tr w:rsidR="004A2E0F" w:rsidRPr="00D308F8" w14:paraId="32D5FF56" w14:textId="77777777">
        <w:trPr>
          <w:cantSplit/>
          <w:jc w:val="center"/>
        </w:trPr>
        <w:tc>
          <w:tcPr>
            <w:tcW w:w="1644" w:type="dxa"/>
            <w:shd w:val="clear" w:color="auto" w:fill="FAFAFA"/>
            <w:tcMar>
              <w:top w:w="75" w:type="dxa"/>
              <w:left w:w="85" w:type="dxa"/>
              <w:bottom w:w="75" w:type="dxa"/>
              <w:right w:w="85" w:type="dxa"/>
            </w:tcMar>
            <w:vAlign w:val="center"/>
          </w:tcPr>
          <w:p w14:paraId="6345A923" w14:textId="77777777" w:rsidR="004A2E0F" w:rsidRPr="00D308F8" w:rsidRDefault="00000000">
            <w:pPr>
              <w:spacing w:after="0" w:line="240" w:lineRule="auto"/>
              <w:rPr>
                <w:noProof/>
                <w:lang w:val="ro-RO"/>
              </w:rPr>
            </w:pPr>
            <w:r w:rsidRPr="00D308F8">
              <w:rPr>
                <w:noProof/>
                <w:sz w:val="13"/>
                <w:lang w:val="ro-RO"/>
              </w:rPr>
              <w:t>Calibrare / mentenanță</w:t>
            </w:r>
          </w:p>
        </w:tc>
        <w:tc>
          <w:tcPr>
            <w:tcW w:w="2381" w:type="dxa"/>
            <w:shd w:val="clear" w:color="auto" w:fill="FAFAFA"/>
            <w:tcMar>
              <w:top w:w="75" w:type="dxa"/>
              <w:left w:w="85" w:type="dxa"/>
              <w:bottom w:w="75" w:type="dxa"/>
              <w:right w:w="85" w:type="dxa"/>
            </w:tcMar>
            <w:vAlign w:val="center"/>
          </w:tcPr>
          <w:p w14:paraId="02768CB2" w14:textId="77777777" w:rsidR="004A2E0F" w:rsidRPr="00D308F8" w:rsidRDefault="00000000">
            <w:pPr>
              <w:spacing w:after="0" w:line="240" w:lineRule="auto"/>
              <w:rPr>
                <w:noProof/>
                <w:lang w:val="ro-RO"/>
              </w:rPr>
            </w:pPr>
            <w:r w:rsidRPr="00D308F8">
              <w:rPr>
                <w:noProof/>
                <w:sz w:val="13"/>
                <w:lang w:val="ro-RO"/>
              </w:rPr>
              <w:t>Reducerea riscului măsurărilor nevalide și defectelor echipamentelor.</w:t>
            </w:r>
          </w:p>
        </w:tc>
        <w:tc>
          <w:tcPr>
            <w:tcW w:w="3231" w:type="dxa"/>
            <w:shd w:val="clear" w:color="auto" w:fill="FAFAFA"/>
            <w:tcMar>
              <w:top w:w="75" w:type="dxa"/>
              <w:left w:w="85" w:type="dxa"/>
              <w:bottom w:w="75" w:type="dxa"/>
              <w:right w:w="85" w:type="dxa"/>
            </w:tcMar>
            <w:vAlign w:val="center"/>
          </w:tcPr>
          <w:p w14:paraId="19002823" w14:textId="77777777" w:rsidR="004A2E0F" w:rsidRPr="00D308F8" w:rsidRDefault="00000000">
            <w:pPr>
              <w:spacing w:after="0" w:line="240" w:lineRule="auto"/>
              <w:rPr>
                <w:noProof/>
                <w:lang w:val="ro-RO"/>
              </w:rPr>
            </w:pPr>
            <w:r w:rsidRPr="00D308F8">
              <w:rPr>
                <w:noProof/>
                <w:sz w:val="13"/>
                <w:lang w:val="ro-RO"/>
              </w:rPr>
              <w:t>echipamente restante; rezultate out-of-tolerance; impact evaluat; indisponibilitate.</w:t>
            </w:r>
          </w:p>
        </w:tc>
        <w:tc>
          <w:tcPr>
            <w:tcW w:w="2665" w:type="dxa"/>
            <w:shd w:val="clear" w:color="auto" w:fill="FAFAFA"/>
            <w:tcMar>
              <w:top w:w="75" w:type="dxa"/>
              <w:left w:w="85" w:type="dxa"/>
              <w:bottom w:w="75" w:type="dxa"/>
              <w:right w:w="85" w:type="dxa"/>
            </w:tcMar>
            <w:vAlign w:val="center"/>
          </w:tcPr>
          <w:p w14:paraId="36108549" w14:textId="77777777" w:rsidR="004A2E0F" w:rsidRPr="00D308F8" w:rsidRDefault="00000000">
            <w:pPr>
              <w:spacing w:after="0" w:line="240" w:lineRule="auto"/>
              <w:rPr>
                <w:noProof/>
                <w:lang w:val="ro-RO"/>
              </w:rPr>
            </w:pPr>
            <w:r w:rsidRPr="00D308F8">
              <w:rPr>
                <w:noProof/>
                <w:sz w:val="13"/>
                <w:lang w:val="ro-RO"/>
              </w:rPr>
              <w:t>Procentul la termen trebuie analizat cu criticitatea și impactul produsului.</w:t>
            </w:r>
          </w:p>
        </w:tc>
      </w:tr>
    </w:tbl>
    <w:p w14:paraId="56B15A76" w14:textId="77777777" w:rsidR="004A2E0F" w:rsidRPr="00D308F8" w:rsidRDefault="004A2E0F">
      <w:pPr>
        <w:spacing w:after="20"/>
        <w:rPr>
          <w:noProof/>
          <w:lang w:val="ro-RO"/>
        </w:rPr>
      </w:pPr>
    </w:p>
    <w:p w14:paraId="6CE840FF" w14:textId="77777777" w:rsidR="004A2E0F" w:rsidRPr="00D308F8" w:rsidRDefault="00000000">
      <w:pPr>
        <w:pStyle w:val="Heading2"/>
        <w:rPr>
          <w:noProof/>
          <w:lang w:val="ro-RO"/>
        </w:rPr>
      </w:pPr>
      <w:r w:rsidRPr="00D308F8">
        <w:rPr>
          <w:noProof/>
          <w:lang w:val="ro-RO"/>
        </w:rPr>
        <w:t>Exemple de formulare completă</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84"/>
        <w:gridCol w:w="7937"/>
      </w:tblGrid>
      <w:tr w:rsidR="004A2E0F" w:rsidRPr="00D308F8" w14:paraId="58D2D9E8" w14:textId="77777777">
        <w:trPr>
          <w:tblHeader/>
          <w:jc w:val="center"/>
        </w:trPr>
        <w:tc>
          <w:tcPr>
            <w:tcW w:w="1984" w:type="dxa"/>
            <w:shd w:val="clear" w:color="auto" w:fill="D71920"/>
            <w:tcMar>
              <w:top w:w="75" w:type="dxa"/>
              <w:left w:w="85" w:type="dxa"/>
              <w:bottom w:w="75" w:type="dxa"/>
              <w:right w:w="85" w:type="dxa"/>
            </w:tcMar>
            <w:vAlign w:val="center"/>
          </w:tcPr>
          <w:p w14:paraId="25127890" w14:textId="77777777" w:rsidR="004A2E0F" w:rsidRPr="00D308F8" w:rsidRDefault="00000000">
            <w:pPr>
              <w:spacing w:after="0" w:line="240" w:lineRule="auto"/>
              <w:jc w:val="center"/>
              <w:rPr>
                <w:noProof/>
                <w:lang w:val="ro-RO"/>
              </w:rPr>
            </w:pPr>
            <w:r w:rsidRPr="00D308F8">
              <w:rPr>
                <w:b/>
                <w:noProof/>
                <w:color w:val="FFFFFF"/>
                <w:sz w:val="15"/>
                <w:lang w:val="ro-RO"/>
              </w:rPr>
              <w:t>TEMĂ</w:t>
            </w:r>
          </w:p>
        </w:tc>
        <w:tc>
          <w:tcPr>
            <w:tcW w:w="7937" w:type="dxa"/>
            <w:shd w:val="clear" w:color="auto" w:fill="D71920"/>
            <w:tcMar>
              <w:top w:w="75" w:type="dxa"/>
              <w:left w:w="85" w:type="dxa"/>
              <w:bottom w:w="75" w:type="dxa"/>
              <w:right w:w="85" w:type="dxa"/>
            </w:tcMar>
            <w:vAlign w:val="center"/>
          </w:tcPr>
          <w:p w14:paraId="50A804F4" w14:textId="77777777" w:rsidR="004A2E0F" w:rsidRPr="00D308F8" w:rsidRDefault="00000000">
            <w:pPr>
              <w:spacing w:after="0" w:line="240" w:lineRule="auto"/>
              <w:jc w:val="center"/>
              <w:rPr>
                <w:noProof/>
                <w:lang w:val="ro-RO"/>
              </w:rPr>
            </w:pPr>
            <w:r w:rsidRPr="00D308F8">
              <w:rPr>
                <w:b/>
                <w:noProof/>
                <w:color w:val="FFFFFF"/>
                <w:sz w:val="15"/>
                <w:lang w:val="ro-RO"/>
              </w:rPr>
              <w:t>FORMULARE</w:t>
            </w:r>
          </w:p>
        </w:tc>
      </w:tr>
      <w:tr w:rsidR="004A2E0F" w:rsidRPr="00D308F8" w14:paraId="2A4D8FA3" w14:textId="77777777">
        <w:trPr>
          <w:cantSplit/>
          <w:jc w:val="center"/>
        </w:trPr>
        <w:tc>
          <w:tcPr>
            <w:tcW w:w="1984" w:type="dxa"/>
            <w:shd w:val="clear" w:color="auto" w:fill="FFFFFF"/>
            <w:tcMar>
              <w:top w:w="75" w:type="dxa"/>
              <w:left w:w="85" w:type="dxa"/>
              <w:bottom w:w="75" w:type="dxa"/>
              <w:right w:w="85" w:type="dxa"/>
            </w:tcMar>
            <w:vAlign w:val="center"/>
          </w:tcPr>
          <w:p w14:paraId="2BFE8E3F" w14:textId="77777777" w:rsidR="004A2E0F" w:rsidRPr="00D308F8" w:rsidRDefault="00000000">
            <w:pPr>
              <w:spacing w:after="0" w:line="240" w:lineRule="auto"/>
              <w:rPr>
                <w:noProof/>
                <w:lang w:val="ro-RO"/>
              </w:rPr>
            </w:pPr>
            <w:r w:rsidRPr="00D308F8">
              <w:rPr>
                <w:noProof/>
                <w:sz w:val="15"/>
                <w:lang w:val="ro-RO"/>
              </w:rPr>
              <w:t>Proces</w:t>
            </w:r>
          </w:p>
        </w:tc>
        <w:tc>
          <w:tcPr>
            <w:tcW w:w="7937" w:type="dxa"/>
            <w:shd w:val="clear" w:color="auto" w:fill="FFFFFF"/>
            <w:tcMar>
              <w:top w:w="75" w:type="dxa"/>
              <w:left w:w="85" w:type="dxa"/>
              <w:bottom w:w="75" w:type="dxa"/>
              <w:right w:w="85" w:type="dxa"/>
            </w:tcMar>
            <w:vAlign w:val="center"/>
          </w:tcPr>
          <w:p w14:paraId="5FA3CF1E" w14:textId="77777777" w:rsidR="004A2E0F" w:rsidRPr="00D308F8" w:rsidRDefault="00000000">
            <w:pPr>
              <w:spacing w:after="0" w:line="240" w:lineRule="auto"/>
              <w:rPr>
                <w:noProof/>
                <w:lang w:val="ro-RO"/>
              </w:rPr>
            </w:pPr>
            <w:r w:rsidRPr="00D308F8">
              <w:rPr>
                <w:noProof/>
                <w:sz w:val="15"/>
                <w:lang w:val="ro-RO"/>
              </w:rPr>
              <w:t>Reducerea neconformităților confirmate de etanșare la produsul finit de la 850 la maximum 300 ppm până la 31.12.2027, menținând criteriile de acceptare și trasabilitatea lotului.</w:t>
            </w:r>
          </w:p>
        </w:tc>
      </w:tr>
      <w:tr w:rsidR="004A2E0F" w:rsidRPr="00D308F8" w14:paraId="7323E8E8" w14:textId="77777777">
        <w:trPr>
          <w:cantSplit/>
          <w:jc w:val="center"/>
        </w:trPr>
        <w:tc>
          <w:tcPr>
            <w:tcW w:w="1984" w:type="dxa"/>
            <w:shd w:val="clear" w:color="auto" w:fill="FAFAFA"/>
            <w:tcMar>
              <w:top w:w="75" w:type="dxa"/>
              <w:left w:w="85" w:type="dxa"/>
              <w:bottom w:w="75" w:type="dxa"/>
              <w:right w:w="85" w:type="dxa"/>
            </w:tcMar>
            <w:vAlign w:val="center"/>
          </w:tcPr>
          <w:p w14:paraId="7C8C1C9B" w14:textId="77777777" w:rsidR="004A2E0F" w:rsidRPr="00D308F8" w:rsidRDefault="00000000">
            <w:pPr>
              <w:spacing w:after="0" w:line="240" w:lineRule="auto"/>
              <w:rPr>
                <w:noProof/>
                <w:lang w:val="ro-RO"/>
              </w:rPr>
            </w:pPr>
            <w:r w:rsidRPr="00D308F8">
              <w:rPr>
                <w:noProof/>
                <w:sz w:val="15"/>
                <w:lang w:val="ro-RO"/>
              </w:rPr>
              <w:t>CAPA</w:t>
            </w:r>
          </w:p>
        </w:tc>
        <w:tc>
          <w:tcPr>
            <w:tcW w:w="7937" w:type="dxa"/>
            <w:shd w:val="clear" w:color="auto" w:fill="FAFAFA"/>
            <w:tcMar>
              <w:top w:w="75" w:type="dxa"/>
              <w:left w:w="85" w:type="dxa"/>
              <w:bottom w:w="75" w:type="dxa"/>
              <w:right w:w="85" w:type="dxa"/>
            </w:tcMar>
            <w:vAlign w:val="center"/>
          </w:tcPr>
          <w:p w14:paraId="26324F96" w14:textId="77777777" w:rsidR="004A2E0F" w:rsidRPr="00D308F8" w:rsidRDefault="00000000">
            <w:pPr>
              <w:spacing w:after="0" w:line="240" w:lineRule="auto"/>
              <w:rPr>
                <w:noProof/>
                <w:lang w:val="ro-RO"/>
              </w:rPr>
            </w:pPr>
            <w:r w:rsidRPr="00D308F8">
              <w:rPr>
                <w:noProof/>
                <w:sz w:val="15"/>
                <w:lang w:val="ro-RO"/>
              </w:rPr>
              <w:t>Creșterea proporției CAPA majore confirmate eficace la prima verificare de la 68% la minimum 90% până la 30.09.2027, fără reducerea perioadei necesare detectării recurenței.</w:t>
            </w:r>
          </w:p>
        </w:tc>
      </w:tr>
      <w:tr w:rsidR="004A2E0F" w:rsidRPr="00D308F8" w14:paraId="07A395F1" w14:textId="77777777">
        <w:trPr>
          <w:cantSplit/>
          <w:jc w:val="center"/>
        </w:trPr>
        <w:tc>
          <w:tcPr>
            <w:tcW w:w="1984" w:type="dxa"/>
            <w:shd w:val="clear" w:color="auto" w:fill="FFFFFF"/>
            <w:tcMar>
              <w:top w:w="75" w:type="dxa"/>
              <w:left w:w="85" w:type="dxa"/>
              <w:bottom w:w="75" w:type="dxa"/>
              <w:right w:w="85" w:type="dxa"/>
            </w:tcMar>
            <w:vAlign w:val="center"/>
          </w:tcPr>
          <w:p w14:paraId="43AB0E0F" w14:textId="77777777" w:rsidR="004A2E0F" w:rsidRPr="00D308F8" w:rsidRDefault="00000000">
            <w:pPr>
              <w:spacing w:after="0" w:line="240" w:lineRule="auto"/>
              <w:rPr>
                <w:noProof/>
                <w:lang w:val="ro-RO"/>
              </w:rPr>
            </w:pPr>
            <w:r w:rsidRPr="00D308F8">
              <w:rPr>
                <w:noProof/>
                <w:sz w:val="15"/>
                <w:lang w:val="ro-RO"/>
              </w:rPr>
              <w:t>Reclamații</w:t>
            </w:r>
          </w:p>
        </w:tc>
        <w:tc>
          <w:tcPr>
            <w:tcW w:w="7937" w:type="dxa"/>
            <w:shd w:val="clear" w:color="auto" w:fill="FFFFFF"/>
            <w:tcMar>
              <w:top w:w="75" w:type="dxa"/>
              <w:left w:w="85" w:type="dxa"/>
              <w:bottom w:w="75" w:type="dxa"/>
              <w:right w:w="85" w:type="dxa"/>
            </w:tcMar>
            <w:vAlign w:val="center"/>
          </w:tcPr>
          <w:p w14:paraId="14472002" w14:textId="77777777" w:rsidR="004A2E0F" w:rsidRPr="00D308F8" w:rsidRDefault="00000000">
            <w:pPr>
              <w:spacing w:after="0" w:line="240" w:lineRule="auto"/>
              <w:rPr>
                <w:noProof/>
                <w:lang w:val="ro-RO"/>
              </w:rPr>
            </w:pPr>
            <w:r w:rsidRPr="00D308F8">
              <w:rPr>
                <w:noProof/>
                <w:sz w:val="15"/>
                <w:lang w:val="ro-RO"/>
              </w:rPr>
              <w:t>Reducerea timpului median de evaluare inițială a reclamațiilor potențial raportabile de la 5 la maximum 2 zile lucrătoare până la 30.06.2027, menținând sensibilitatea criteriilor de escaladare.</w:t>
            </w:r>
          </w:p>
        </w:tc>
      </w:tr>
      <w:tr w:rsidR="004A2E0F" w:rsidRPr="00D308F8" w14:paraId="088D10D7" w14:textId="77777777">
        <w:trPr>
          <w:cantSplit/>
          <w:jc w:val="center"/>
        </w:trPr>
        <w:tc>
          <w:tcPr>
            <w:tcW w:w="1984" w:type="dxa"/>
            <w:shd w:val="clear" w:color="auto" w:fill="FAFAFA"/>
            <w:tcMar>
              <w:top w:w="75" w:type="dxa"/>
              <w:left w:w="85" w:type="dxa"/>
              <w:bottom w:w="75" w:type="dxa"/>
              <w:right w:w="85" w:type="dxa"/>
            </w:tcMar>
            <w:vAlign w:val="center"/>
          </w:tcPr>
          <w:p w14:paraId="29BBEE48" w14:textId="77777777" w:rsidR="004A2E0F" w:rsidRPr="00D308F8" w:rsidRDefault="00000000">
            <w:pPr>
              <w:spacing w:after="0" w:line="240" w:lineRule="auto"/>
              <w:rPr>
                <w:noProof/>
                <w:lang w:val="ro-RO"/>
              </w:rPr>
            </w:pPr>
            <w:r w:rsidRPr="00D308F8">
              <w:rPr>
                <w:noProof/>
                <w:sz w:val="15"/>
                <w:lang w:val="ro-RO"/>
              </w:rPr>
              <w:t>Furnizori</w:t>
            </w:r>
          </w:p>
        </w:tc>
        <w:tc>
          <w:tcPr>
            <w:tcW w:w="7937" w:type="dxa"/>
            <w:shd w:val="clear" w:color="auto" w:fill="FAFAFA"/>
            <w:tcMar>
              <w:top w:w="75" w:type="dxa"/>
              <w:left w:w="85" w:type="dxa"/>
              <w:bottom w:w="75" w:type="dxa"/>
              <w:right w:w="85" w:type="dxa"/>
            </w:tcMar>
            <w:vAlign w:val="center"/>
          </w:tcPr>
          <w:p w14:paraId="29B10EAF" w14:textId="77777777" w:rsidR="004A2E0F" w:rsidRPr="00D308F8" w:rsidRDefault="00000000">
            <w:pPr>
              <w:spacing w:after="0" w:line="240" w:lineRule="auto"/>
              <w:rPr>
                <w:noProof/>
                <w:lang w:val="ro-RO"/>
              </w:rPr>
            </w:pPr>
            <w:r w:rsidRPr="00D308F8">
              <w:rPr>
                <w:noProof/>
                <w:sz w:val="15"/>
                <w:lang w:val="ro-RO"/>
              </w:rPr>
              <w:t>Reducerea loturilor neconforme de la furnizorii componentelor critice de la 2,4% la maximum 0,8% până la 31.12.2027, prin control bazat pe risc și verificarea acțiunilor furnizorului.</w:t>
            </w:r>
          </w:p>
        </w:tc>
      </w:tr>
    </w:tbl>
    <w:p w14:paraId="26CBC39A" w14:textId="77777777" w:rsidR="004A2E0F" w:rsidRPr="00D308F8" w:rsidRDefault="004A2E0F">
      <w:pPr>
        <w:spacing w:after="20"/>
        <w:rPr>
          <w:noProof/>
          <w:lang w:val="ro-RO"/>
        </w:rPr>
      </w:pPr>
    </w:p>
    <w:p w14:paraId="721BA6F6" w14:textId="77777777" w:rsidR="004A2E0F" w:rsidRPr="00D308F8" w:rsidRDefault="00000000">
      <w:pPr>
        <w:rPr>
          <w:noProof/>
          <w:lang w:val="ro-RO"/>
        </w:rPr>
      </w:pPr>
      <w:r w:rsidRPr="00D308F8">
        <w:rPr>
          <w:noProof/>
          <w:lang w:val="ro-RO"/>
        </w:rPr>
        <w:br w:type="page"/>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4A2E0F" w:rsidRPr="00D308F8" w14:paraId="7CBE00EF" w14:textId="77777777">
        <w:trPr>
          <w:jc w:val="center"/>
        </w:trPr>
        <w:tc>
          <w:tcPr>
            <w:tcW w:w="1020" w:type="dxa"/>
            <w:shd w:val="clear" w:color="auto" w:fill="D71920"/>
            <w:tcMar>
              <w:top w:w="75" w:type="dxa"/>
              <w:left w:w="85" w:type="dxa"/>
              <w:bottom w:w="75" w:type="dxa"/>
              <w:right w:w="85" w:type="dxa"/>
            </w:tcMar>
            <w:vAlign w:val="center"/>
          </w:tcPr>
          <w:p w14:paraId="29E1182A" w14:textId="77777777" w:rsidR="004A2E0F" w:rsidRPr="00D308F8" w:rsidRDefault="00000000">
            <w:pPr>
              <w:spacing w:after="0" w:line="240" w:lineRule="auto"/>
              <w:jc w:val="center"/>
              <w:rPr>
                <w:noProof/>
                <w:lang w:val="ro-RO"/>
              </w:rPr>
            </w:pPr>
            <w:r w:rsidRPr="00D308F8">
              <w:rPr>
                <w:b/>
                <w:noProof/>
                <w:color w:val="FFFFFF"/>
                <w:sz w:val="34"/>
                <w:lang w:val="ro-RO"/>
              </w:rPr>
              <w:lastRenderedPageBreak/>
              <w:t>4B</w:t>
            </w:r>
          </w:p>
        </w:tc>
        <w:tc>
          <w:tcPr>
            <w:tcW w:w="8901" w:type="dxa"/>
            <w:shd w:val="clear" w:color="auto" w:fill="F3F4F5"/>
          </w:tcPr>
          <w:p w14:paraId="3B68D335" w14:textId="77777777" w:rsidR="004A2E0F" w:rsidRPr="00D308F8" w:rsidRDefault="00000000">
            <w:pPr>
              <w:spacing w:after="20"/>
              <w:rPr>
                <w:noProof/>
                <w:lang w:val="ro-RO"/>
              </w:rPr>
            </w:pPr>
            <w:r w:rsidRPr="00D308F8">
              <w:rPr>
                <w:b/>
                <w:noProof/>
                <w:sz w:val="28"/>
                <w:lang w:val="ro-RO"/>
              </w:rPr>
              <w:t>Proiectarea indicatorilor</w:t>
            </w:r>
          </w:p>
          <w:p w14:paraId="3F7B6AD3" w14:textId="77777777" w:rsidR="004A2E0F" w:rsidRPr="00D308F8" w:rsidRDefault="00000000">
            <w:pPr>
              <w:spacing w:after="0"/>
              <w:rPr>
                <w:noProof/>
                <w:lang w:val="ro-RO"/>
              </w:rPr>
            </w:pPr>
            <w:r w:rsidRPr="00D308F8">
              <w:rPr>
                <w:noProof/>
                <w:color w:val="666666"/>
                <w:sz w:val="16"/>
                <w:lang w:val="ro-RO"/>
              </w:rPr>
              <w:t>Indicatorul trebuie să conducă la decizii corecte, nu doar la un procent ușor de raportat</w:t>
            </w:r>
          </w:p>
        </w:tc>
      </w:tr>
    </w:tbl>
    <w:p w14:paraId="2036BA53" w14:textId="77777777" w:rsidR="004A2E0F" w:rsidRPr="00D308F8" w:rsidRDefault="004A2E0F">
      <w:pPr>
        <w:spacing w:after="0"/>
        <w:rPr>
          <w:noProof/>
          <w:lang w:val="ro-RO"/>
        </w:rPr>
      </w:pPr>
    </w:p>
    <w:p w14:paraId="6E96D266" w14:textId="77777777" w:rsidR="004A2E0F" w:rsidRPr="00D308F8" w:rsidRDefault="00000000">
      <w:pPr>
        <w:pStyle w:val="Heading2"/>
        <w:rPr>
          <w:noProof/>
          <w:lang w:val="ro-RO"/>
        </w:rPr>
      </w:pPr>
      <w:r w:rsidRPr="00D308F8">
        <w:rPr>
          <w:noProof/>
          <w:lang w:val="ro-RO"/>
        </w:rPr>
        <w:t>Fișa tehnică a indicatorului</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3288"/>
        <w:gridCol w:w="6633"/>
      </w:tblGrid>
      <w:tr w:rsidR="004A2E0F" w:rsidRPr="00D308F8" w14:paraId="6F359D59" w14:textId="77777777">
        <w:trPr>
          <w:tblHeader/>
          <w:jc w:val="center"/>
        </w:trPr>
        <w:tc>
          <w:tcPr>
            <w:tcW w:w="3288" w:type="dxa"/>
            <w:shd w:val="clear" w:color="auto" w:fill="D71920"/>
            <w:tcMar>
              <w:top w:w="75" w:type="dxa"/>
              <w:left w:w="85" w:type="dxa"/>
              <w:bottom w:w="75" w:type="dxa"/>
              <w:right w:w="85" w:type="dxa"/>
            </w:tcMar>
            <w:vAlign w:val="center"/>
          </w:tcPr>
          <w:p w14:paraId="2B128180" w14:textId="77777777" w:rsidR="004A2E0F" w:rsidRPr="00D308F8" w:rsidRDefault="00000000">
            <w:pPr>
              <w:spacing w:after="0" w:line="240" w:lineRule="auto"/>
              <w:jc w:val="center"/>
              <w:rPr>
                <w:noProof/>
                <w:lang w:val="ro-RO"/>
              </w:rPr>
            </w:pPr>
            <w:r w:rsidRPr="00D308F8">
              <w:rPr>
                <w:b/>
                <w:noProof/>
                <w:color w:val="FFFFFF"/>
                <w:sz w:val="16"/>
                <w:lang w:val="ro-RO"/>
              </w:rPr>
              <w:t>ELEMENT</w:t>
            </w:r>
          </w:p>
        </w:tc>
        <w:tc>
          <w:tcPr>
            <w:tcW w:w="6633" w:type="dxa"/>
            <w:shd w:val="clear" w:color="auto" w:fill="D71920"/>
            <w:tcMar>
              <w:top w:w="75" w:type="dxa"/>
              <w:left w:w="85" w:type="dxa"/>
              <w:bottom w:w="75" w:type="dxa"/>
              <w:right w:w="85" w:type="dxa"/>
            </w:tcMar>
            <w:vAlign w:val="center"/>
          </w:tcPr>
          <w:p w14:paraId="7FFEDB72" w14:textId="77777777" w:rsidR="004A2E0F" w:rsidRPr="00D308F8" w:rsidRDefault="00000000">
            <w:pPr>
              <w:spacing w:after="0" w:line="240" w:lineRule="auto"/>
              <w:jc w:val="center"/>
              <w:rPr>
                <w:noProof/>
                <w:lang w:val="ro-RO"/>
              </w:rPr>
            </w:pPr>
            <w:r w:rsidRPr="00D308F8">
              <w:rPr>
                <w:b/>
                <w:noProof/>
                <w:color w:val="FFFFFF"/>
                <w:sz w:val="16"/>
                <w:lang w:val="ro-RO"/>
              </w:rPr>
              <w:t>COMPLETARE</w:t>
            </w:r>
          </w:p>
        </w:tc>
      </w:tr>
      <w:tr w:rsidR="004A2E0F" w:rsidRPr="00D308F8" w14:paraId="1DB432BF" w14:textId="77777777">
        <w:trPr>
          <w:cantSplit/>
          <w:jc w:val="center"/>
        </w:trPr>
        <w:tc>
          <w:tcPr>
            <w:tcW w:w="3288" w:type="dxa"/>
            <w:shd w:val="clear" w:color="auto" w:fill="FFFFFF"/>
            <w:tcMar>
              <w:top w:w="75" w:type="dxa"/>
              <w:left w:w="85" w:type="dxa"/>
              <w:bottom w:w="75" w:type="dxa"/>
              <w:right w:w="85" w:type="dxa"/>
            </w:tcMar>
            <w:vAlign w:val="center"/>
          </w:tcPr>
          <w:p w14:paraId="76E23FC3" w14:textId="77777777" w:rsidR="004A2E0F" w:rsidRPr="00D308F8" w:rsidRDefault="00000000">
            <w:pPr>
              <w:spacing w:after="0" w:line="240" w:lineRule="auto"/>
              <w:rPr>
                <w:noProof/>
                <w:lang w:val="ro-RO"/>
              </w:rPr>
            </w:pPr>
            <w:r w:rsidRPr="00D308F8">
              <w:rPr>
                <w:noProof/>
                <w:sz w:val="16"/>
                <w:lang w:val="ro-RO"/>
              </w:rPr>
              <w:t>Denumire și scop</w:t>
            </w:r>
          </w:p>
        </w:tc>
        <w:tc>
          <w:tcPr>
            <w:tcW w:w="6633" w:type="dxa"/>
            <w:shd w:val="clear" w:color="auto" w:fill="FFFFFF"/>
            <w:tcMar>
              <w:top w:w="75" w:type="dxa"/>
              <w:left w:w="85" w:type="dxa"/>
              <w:bottom w:w="75" w:type="dxa"/>
              <w:right w:w="85" w:type="dxa"/>
            </w:tcMar>
            <w:vAlign w:val="center"/>
          </w:tcPr>
          <w:p w14:paraId="60B51359" w14:textId="77777777" w:rsidR="004A2E0F" w:rsidRPr="00D308F8" w:rsidRDefault="004A2E0F">
            <w:pPr>
              <w:spacing w:after="0" w:line="240" w:lineRule="auto"/>
              <w:rPr>
                <w:noProof/>
                <w:lang w:val="ro-RO"/>
              </w:rPr>
            </w:pPr>
          </w:p>
        </w:tc>
      </w:tr>
      <w:tr w:rsidR="004A2E0F" w:rsidRPr="00D308F8" w14:paraId="03C35A15" w14:textId="77777777">
        <w:trPr>
          <w:cantSplit/>
          <w:jc w:val="center"/>
        </w:trPr>
        <w:tc>
          <w:tcPr>
            <w:tcW w:w="3288" w:type="dxa"/>
            <w:shd w:val="clear" w:color="auto" w:fill="FAFAFA"/>
            <w:tcMar>
              <w:top w:w="75" w:type="dxa"/>
              <w:left w:w="85" w:type="dxa"/>
              <w:bottom w:w="75" w:type="dxa"/>
              <w:right w:w="85" w:type="dxa"/>
            </w:tcMar>
            <w:vAlign w:val="center"/>
          </w:tcPr>
          <w:p w14:paraId="250B9511" w14:textId="77777777" w:rsidR="004A2E0F" w:rsidRPr="00D308F8" w:rsidRDefault="00000000">
            <w:pPr>
              <w:spacing w:after="0" w:line="240" w:lineRule="auto"/>
              <w:rPr>
                <w:noProof/>
                <w:lang w:val="ro-RO"/>
              </w:rPr>
            </w:pPr>
            <w:r w:rsidRPr="00D308F8">
              <w:rPr>
                <w:noProof/>
                <w:sz w:val="16"/>
                <w:lang w:val="ro-RO"/>
              </w:rPr>
              <w:t>Produs / proces / risc asociat</w:t>
            </w:r>
          </w:p>
        </w:tc>
        <w:tc>
          <w:tcPr>
            <w:tcW w:w="6633" w:type="dxa"/>
            <w:shd w:val="clear" w:color="auto" w:fill="FAFAFA"/>
            <w:tcMar>
              <w:top w:w="75" w:type="dxa"/>
              <w:left w:w="85" w:type="dxa"/>
              <w:bottom w:w="75" w:type="dxa"/>
              <w:right w:w="85" w:type="dxa"/>
            </w:tcMar>
            <w:vAlign w:val="center"/>
          </w:tcPr>
          <w:p w14:paraId="4862722F" w14:textId="77777777" w:rsidR="004A2E0F" w:rsidRPr="00D308F8" w:rsidRDefault="004A2E0F">
            <w:pPr>
              <w:spacing w:after="0" w:line="240" w:lineRule="auto"/>
              <w:rPr>
                <w:noProof/>
                <w:lang w:val="ro-RO"/>
              </w:rPr>
            </w:pPr>
          </w:p>
        </w:tc>
      </w:tr>
      <w:tr w:rsidR="004A2E0F" w:rsidRPr="00D308F8" w14:paraId="6CED4488" w14:textId="77777777">
        <w:trPr>
          <w:cantSplit/>
          <w:jc w:val="center"/>
        </w:trPr>
        <w:tc>
          <w:tcPr>
            <w:tcW w:w="3288" w:type="dxa"/>
            <w:shd w:val="clear" w:color="auto" w:fill="FFFFFF"/>
            <w:tcMar>
              <w:top w:w="75" w:type="dxa"/>
              <w:left w:w="85" w:type="dxa"/>
              <w:bottom w:w="75" w:type="dxa"/>
              <w:right w:w="85" w:type="dxa"/>
            </w:tcMar>
            <w:vAlign w:val="center"/>
          </w:tcPr>
          <w:p w14:paraId="78638568" w14:textId="77777777" w:rsidR="004A2E0F" w:rsidRPr="00D308F8" w:rsidRDefault="00000000">
            <w:pPr>
              <w:spacing w:after="0" w:line="240" w:lineRule="auto"/>
              <w:rPr>
                <w:noProof/>
                <w:lang w:val="ro-RO"/>
              </w:rPr>
            </w:pPr>
            <w:r w:rsidRPr="00D308F8">
              <w:rPr>
                <w:noProof/>
                <w:sz w:val="16"/>
                <w:lang w:val="ro-RO"/>
              </w:rPr>
              <w:t>Dispozitive, variante și piețe acoperite</w:t>
            </w:r>
          </w:p>
        </w:tc>
        <w:tc>
          <w:tcPr>
            <w:tcW w:w="6633" w:type="dxa"/>
            <w:shd w:val="clear" w:color="auto" w:fill="FFFFFF"/>
            <w:tcMar>
              <w:top w:w="75" w:type="dxa"/>
              <w:left w:w="85" w:type="dxa"/>
              <w:bottom w:w="75" w:type="dxa"/>
              <w:right w:w="85" w:type="dxa"/>
            </w:tcMar>
            <w:vAlign w:val="center"/>
          </w:tcPr>
          <w:p w14:paraId="1D01E650" w14:textId="77777777" w:rsidR="004A2E0F" w:rsidRPr="00D308F8" w:rsidRDefault="004A2E0F">
            <w:pPr>
              <w:spacing w:after="0" w:line="240" w:lineRule="auto"/>
              <w:rPr>
                <w:noProof/>
                <w:lang w:val="ro-RO"/>
              </w:rPr>
            </w:pPr>
          </w:p>
        </w:tc>
      </w:tr>
      <w:tr w:rsidR="004A2E0F" w:rsidRPr="00D308F8" w14:paraId="5B481442" w14:textId="77777777">
        <w:trPr>
          <w:cantSplit/>
          <w:jc w:val="center"/>
        </w:trPr>
        <w:tc>
          <w:tcPr>
            <w:tcW w:w="3288" w:type="dxa"/>
            <w:shd w:val="clear" w:color="auto" w:fill="FAFAFA"/>
            <w:tcMar>
              <w:top w:w="75" w:type="dxa"/>
              <w:left w:w="85" w:type="dxa"/>
              <w:bottom w:w="75" w:type="dxa"/>
              <w:right w:w="85" w:type="dxa"/>
            </w:tcMar>
            <w:vAlign w:val="center"/>
          </w:tcPr>
          <w:p w14:paraId="656AFB75" w14:textId="77777777" w:rsidR="004A2E0F" w:rsidRPr="00D308F8" w:rsidRDefault="00000000">
            <w:pPr>
              <w:spacing w:after="0" w:line="240" w:lineRule="auto"/>
              <w:rPr>
                <w:noProof/>
                <w:lang w:val="ro-RO"/>
              </w:rPr>
            </w:pPr>
            <w:r w:rsidRPr="00D308F8">
              <w:rPr>
                <w:noProof/>
                <w:sz w:val="16"/>
                <w:lang w:val="ro-RO"/>
              </w:rPr>
              <w:t>Indicator preventiv / proces</w:t>
            </w:r>
          </w:p>
        </w:tc>
        <w:tc>
          <w:tcPr>
            <w:tcW w:w="6633" w:type="dxa"/>
            <w:shd w:val="clear" w:color="auto" w:fill="FAFAFA"/>
            <w:tcMar>
              <w:top w:w="75" w:type="dxa"/>
              <w:left w:w="85" w:type="dxa"/>
              <w:bottom w:w="75" w:type="dxa"/>
              <w:right w:w="85" w:type="dxa"/>
            </w:tcMar>
            <w:vAlign w:val="center"/>
          </w:tcPr>
          <w:p w14:paraId="543DA0A1" w14:textId="77777777" w:rsidR="004A2E0F" w:rsidRPr="00D308F8" w:rsidRDefault="004A2E0F">
            <w:pPr>
              <w:spacing w:after="0" w:line="240" w:lineRule="auto"/>
              <w:rPr>
                <w:noProof/>
                <w:lang w:val="ro-RO"/>
              </w:rPr>
            </w:pPr>
          </w:p>
        </w:tc>
      </w:tr>
      <w:tr w:rsidR="004A2E0F" w:rsidRPr="00D308F8" w14:paraId="0B3DFED2" w14:textId="77777777">
        <w:trPr>
          <w:cantSplit/>
          <w:jc w:val="center"/>
        </w:trPr>
        <w:tc>
          <w:tcPr>
            <w:tcW w:w="3288" w:type="dxa"/>
            <w:shd w:val="clear" w:color="auto" w:fill="FFFFFF"/>
            <w:tcMar>
              <w:top w:w="75" w:type="dxa"/>
              <w:left w:w="85" w:type="dxa"/>
              <w:bottom w:w="75" w:type="dxa"/>
              <w:right w:w="85" w:type="dxa"/>
            </w:tcMar>
            <w:vAlign w:val="center"/>
          </w:tcPr>
          <w:p w14:paraId="773E04A9" w14:textId="77777777" w:rsidR="004A2E0F" w:rsidRPr="00D308F8" w:rsidRDefault="00000000">
            <w:pPr>
              <w:spacing w:after="0" w:line="240" w:lineRule="auto"/>
              <w:rPr>
                <w:noProof/>
                <w:lang w:val="ro-RO"/>
              </w:rPr>
            </w:pPr>
            <w:r w:rsidRPr="00D308F8">
              <w:rPr>
                <w:noProof/>
                <w:sz w:val="16"/>
                <w:lang w:val="ro-RO"/>
              </w:rPr>
              <w:t>Indicator de rezultat / produs</w:t>
            </w:r>
          </w:p>
        </w:tc>
        <w:tc>
          <w:tcPr>
            <w:tcW w:w="6633" w:type="dxa"/>
            <w:shd w:val="clear" w:color="auto" w:fill="FFFFFF"/>
            <w:tcMar>
              <w:top w:w="75" w:type="dxa"/>
              <w:left w:w="85" w:type="dxa"/>
              <w:bottom w:w="75" w:type="dxa"/>
              <w:right w:w="85" w:type="dxa"/>
            </w:tcMar>
            <w:vAlign w:val="center"/>
          </w:tcPr>
          <w:p w14:paraId="2145BBAF" w14:textId="77777777" w:rsidR="004A2E0F" w:rsidRPr="00D308F8" w:rsidRDefault="004A2E0F">
            <w:pPr>
              <w:spacing w:after="0" w:line="240" w:lineRule="auto"/>
              <w:rPr>
                <w:noProof/>
                <w:lang w:val="ro-RO"/>
              </w:rPr>
            </w:pPr>
          </w:p>
        </w:tc>
      </w:tr>
      <w:tr w:rsidR="004A2E0F" w:rsidRPr="00D308F8" w14:paraId="57550DF0" w14:textId="77777777">
        <w:trPr>
          <w:cantSplit/>
          <w:jc w:val="center"/>
        </w:trPr>
        <w:tc>
          <w:tcPr>
            <w:tcW w:w="3288" w:type="dxa"/>
            <w:shd w:val="clear" w:color="auto" w:fill="FAFAFA"/>
            <w:tcMar>
              <w:top w:w="75" w:type="dxa"/>
              <w:left w:w="85" w:type="dxa"/>
              <w:bottom w:w="75" w:type="dxa"/>
              <w:right w:w="85" w:type="dxa"/>
            </w:tcMar>
            <w:vAlign w:val="center"/>
          </w:tcPr>
          <w:p w14:paraId="64657463" w14:textId="77777777" w:rsidR="004A2E0F" w:rsidRPr="00D308F8" w:rsidRDefault="00000000">
            <w:pPr>
              <w:spacing w:after="0" w:line="240" w:lineRule="auto"/>
              <w:rPr>
                <w:noProof/>
                <w:lang w:val="ro-RO"/>
              </w:rPr>
            </w:pPr>
            <w:r w:rsidRPr="00D308F8">
              <w:rPr>
                <w:noProof/>
                <w:sz w:val="16"/>
                <w:lang w:val="ro-RO"/>
              </w:rPr>
              <w:t>Formula și unitatea</w:t>
            </w:r>
          </w:p>
        </w:tc>
        <w:tc>
          <w:tcPr>
            <w:tcW w:w="6633" w:type="dxa"/>
            <w:shd w:val="clear" w:color="auto" w:fill="FAFAFA"/>
            <w:tcMar>
              <w:top w:w="75" w:type="dxa"/>
              <w:left w:w="85" w:type="dxa"/>
              <w:bottom w:w="75" w:type="dxa"/>
              <w:right w:w="85" w:type="dxa"/>
            </w:tcMar>
            <w:vAlign w:val="center"/>
          </w:tcPr>
          <w:p w14:paraId="232ED95A" w14:textId="77777777" w:rsidR="004A2E0F" w:rsidRPr="00D308F8" w:rsidRDefault="004A2E0F">
            <w:pPr>
              <w:spacing w:after="0" w:line="240" w:lineRule="auto"/>
              <w:rPr>
                <w:noProof/>
                <w:lang w:val="ro-RO"/>
              </w:rPr>
            </w:pPr>
          </w:p>
        </w:tc>
      </w:tr>
      <w:tr w:rsidR="004A2E0F" w:rsidRPr="00D308F8" w14:paraId="4C055D55" w14:textId="77777777">
        <w:trPr>
          <w:cantSplit/>
          <w:jc w:val="center"/>
        </w:trPr>
        <w:tc>
          <w:tcPr>
            <w:tcW w:w="3288" w:type="dxa"/>
            <w:shd w:val="clear" w:color="auto" w:fill="FFFFFF"/>
            <w:tcMar>
              <w:top w:w="75" w:type="dxa"/>
              <w:left w:w="85" w:type="dxa"/>
              <w:bottom w:w="75" w:type="dxa"/>
              <w:right w:w="85" w:type="dxa"/>
            </w:tcMar>
            <w:vAlign w:val="center"/>
          </w:tcPr>
          <w:p w14:paraId="75048B86" w14:textId="77777777" w:rsidR="004A2E0F" w:rsidRPr="00D308F8" w:rsidRDefault="00000000">
            <w:pPr>
              <w:spacing w:after="0" w:line="240" w:lineRule="auto"/>
              <w:rPr>
                <w:noProof/>
                <w:lang w:val="ro-RO"/>
              </w:rPr>
            </w:pPr>
            <w:r w:rsidRPr="00D308F8">
              <w:rPr>
                <w:noProof/>
                <w:sz w:val="16"/>
                <w:lang w:val="ro-RO"/>
              </w:rPr>
              <w:t>Sursa datelor și trasabilitate</w:t>
            </w:r>
          </w:p>
        </w:tc>
        <w:tc>
          <w:tcPr>
            <w:tcW w:w="6633" w:type="dxa"/>
            <w:shd w:val="clear" w:color="auto" w:fill="FFFFFF"/>
            <w:tcMar>
              <w:top w:w="75" w:type="dxa"/>
              <w:left w:w="85" w:type="dxa"/>
              <w:bottom w:w="75" w:type="dxa"/>
              <w:right w:w="85" w:type="dxa"/>
            </w:tcMar>
            <w:vAlign w:val="center"/>
          </w:tcPr>
          <w:p w14:paraId="4A697DA1" w14:textId="77777777" w:rsidR="004A2E0F" w:rsidRPr="00D308F8" w:rsidRDefault="004A2E0F">
            <w:pPr>
              <w:spacing w:after="0" w:line="240" w:lineRule="auto"/>
              <w:rPr>
                <w:noProof/>
                <w:lang w:val="ro-RO"/>
              </w:rPr>
            </w:pPr>
          </w:p>
        </w:tc>
      </w:tr>
      <w:tr w:rsidR="004A2E0F" w:rsidRPr="00D308F8" w14:paraId="4E44BC05" w14:textId="77777777">
        <w:trPr>
          <w:cantSplit/>
          <w:jc w:val="center"/>
        </w:trPr>
        <w:tc>
          <w:tcPr>
            <w:tcW w:w="3288" w:type="dxa"/>
            <w:shd w:val="clear" w:color="auto" w:fill="FAFAFA"/>
            <w:tcMar>
              <w:top w:w="75" w:type="dxa"/>
              <w:left w:w="85" w:type="dxa"/>
              <w:bottom w:w="75" w:type="dxa"/>
              <w:right w:w="85" w:type="dxa"/>
            </w:tcMar>
            <w:vAlign w:val="center"/>
          </w:tcPr>
          <w:p w14:paraId="04DA698A" w14:textId="77777777" w:rsidR="004A2E0F" w:rsidRPr="00D308F8" w:rsidRDefault="00000000">
            <w:pPr>
              <w:spacing w:after="0" w:line="240" w:lineRule="auto"/>
              <w:rPr>
                <w:noProof/>
                <w:lang w:val="ro-RO"/>
              </w:rPr>
            </w:pPr>
            <w:r w:rsidRPr="00D308F8">
              <w:rPr>
                <w:noProof/>
                <w:sz w:val="16"/>
                <w:lang w:val="ro-RO"/>
              </w:rPr>
              <w:t>Frecvență și responsabil</w:t>
            </w:r>
          </w:p>
        </w:tc>
        <w:tc>
          <w:tcPr>
            <w:tcW w:w="6633" w:type="dxa"/>
            <w:shd w:val="clear" w:color="auto" w:fill="FAFAFA"/>
            <w:tcMar>
              <w:top w:w="75" w:type="dxa"/>
              <w:left w:w="85" w:type="dxa"/>
              <w:bottom w:w="75" w:type="dxa"/>
              <w:right w:w="85" w:type="dxa"/>
            </w:tcMar>
            <w:vAlign w:val="center"/>
          </w:tcPr>
          <w:p w14:paraId="4A0F7693" w14:textId="77777777" w:rsidR="004A2E0F" w:rsidRPr="00D308F8" w:rsidRDefault="004A2E0F">
            <w:pPr>
              <w:spacing w:after="0" w:line="240" w:lineRule="auto"/>
              <w:rPr>
                <w:noProof/>
                <w:lang w:val="ro-RO"/>
              </w:rPr>
            </w:pPr>
          </w:p>
        </w:tc>
      </w:tr>
      <w:tr w:rsidR="004A2E0F" w:rsidRPr="00D308F8" w14:paraId="0D35EF18" w14:textId="77777777">
        <w:trPr>
          <w:cantSplit/>
          <w:jc w:val="center"/>
        </w:trPr>
        <w:tc>
          <w:tcPr>
            <w:tcW w:w="3288" w:type="dxa"/>
            <w:shd w:val="clear" w:color="auto" w:fill="FFFFFF"/>
            <w:tcMar>
              <w:top w:w="75" w:type="dxa"/>
              <w:left w:w="85" w:type="dxa"/>
              <w:bottom w:w="75" w:type="dxa"/>
              <w:right w:w="85" w:type="dxa"/>
            </w:tcMar>
            <w:vAlign w:val="center"/>
          </w:tcPr>
          <w:p w14:paraId="3DEDE4C2" w14:textId="77777777" w:rsidR="004A2E0F" w:rsidRPr="00D308F8" w:rsidRDefault="00000000">
            <w:pPr>
              <w:spacing w:after="0" w:line="240" w:lineRule="auto"/>
              <w:rPr>
                <w:noProof/>
                <w:lang w:val="ro-RO"/>
              </w:rPr>
            </w:pPr>
            <w:r w:rsidRPr="00D308F8">
              <w:rPr>
                <w:noProof/>
                <w:sz w:val="16"/>
                <w:lang w:val="ro-RO"/>
              </w:rPr>
              <w:t>Baza de referință</w:t>
            </w:r>
          </w:p>
        </w:tc>
        <w:tc>
          <w:tcPr>
            <w:tcW w:w="6633" w:type="dxa"/>
            <w:shd w:val="clear" w:color="auto" w:fill="FFFFFF"/>
            <w:tcMar>
              <w:top w:w="75" w:type="dxa"/>
              <w:left w:w="85" w:type="dxa"/>
              <w:bottom w:w="75" w:type="dxa"/>
              <w:right w:w="85" w:type="dxa"/>
            </w:tcMar>
            <w:vAlign w:val="center"/>
          </w:tcPr>
          <w:p w14:paraId="6A6DB141" w14:textId="77777777" w:rsidR="004A2E0F" w:rsidRPr="00D308F8" w:rsidRDefault="004A2E0F">
            <w:pPr>
              <w:spacing w:after="0" w:line="240" w:lineRule="auto"/>
              <w:rPr>
                <w:noProof/>
                <w:lang w:val="ro-RO"/>
              </w:rPr>
            </w:pPr>
          </w:p>
        </w:tc>
      </w:tr>
      <w:tr w:rsidR="004A2E0F" w:rsidRPr="00D308F8" w14:paraId="42A5CEA9" w14:textId="77777777">
        <w:trPr>
          <w:cantSplit/>
          <w:jc w:val="center"/>
        </w:trPr>
        <w:tc>
          <w:tcPr>
            <w:tcW w:w="3288" w:type="dxa"/>
            <w:shd w:val="clear" w:color="auto" w:fill="FAFAFA"/>
            <w:tcMar>
              <w:top w:w="75" w:type="dxa"/>
              <w:left w:w="85" w:type="dxa"/>
              <w:bottom w:w="75" w:type="dxa"/>
              <w:right w:w="85" w:type="dxa"/>
            </w:tcMar>
            <w:vAlign w:val="center"/>
          </w:tcPr>
          <w:p w14:paraId="69223572" w14:textId="77777777" w:rsidR="004A2E0F" w:rsidRPr="00D308F8" w:rsidRDefault="00000000">
            <w:pPr>
              <w:spacing w:after="0" w:line="240" w:lineRule="auto"/>
              <w:rPr>
                <w:noProof/>
                <w:lang w:val="ro-RO"/>
              </w:rPr>
            </w:pPr>
            <w:r w:rsidRPr="00D308F8">
              <w:rPr>
                <w:noProof/>
                <w:sz w:val="16"/>
                <w:lang w:val="ro-RO"/>
              </w:rPr>
              <w:t>Țintă și praguri</w:t>
            </w:r>
          </w:p>
        </w:tc>
        <w:tc>
          <w:tcPr>
            <w:tcW w:w="6633" w:type="dxa"/>
            <w:shd w:val="clear" w:color="auto" w:fill="FAFAFA"/>
            <w:tcMar>
              <w:top w:w="75" w:type="dxa"/>
              <w:left w:w="85" w:type="dxa"/>
              <w:bottom w:w="75" w:type="dxa"/>
              <w:right w:w="85" w:type="dxa"/>
            </w:tcMar>
            <w:vAlign w:val="center"/>
          </w:tcPr>
          <w:p w14:paraId="60694C6D" w14:textId="77777777" w:rsidR="004A2E0F" w:rsidRPr="00D308F8" w:rsidRDefault="004A2E0F">
            <w:pPr>
              <w:spacing w:after="0" w:line="240" w:lineRule="auto"/>
              <w:rPr>
                <w:noProof/>
                <w:lang w:val="ro-RO"/>
              </w:rPr>
            </w:pPr>
          </w:p>
        </w:tc>
      </w:tr>
      <w:tr w:rsidR="004A2E0F" w:rsidRPr="00D308F8" w14:paraId="257B2D82" w14:textId="77777777">
        <w:trPr>
          <w:cantSplit/>
          <w:jc w:val="center"/>
        </w:trPr>
        <w:tc>
          <w:tcPr>
            <w:tcW w:w="3288" w:type="dxa"/>
            <w:shd w:val="clear" w:color="auto" w:fill="FFFFFF"/>
            <w:tcMar>
              <w:top w:w="75" w:type="dxa"/>
              <w:left w:w="85" w:type="dxa"/>
              <w:bottom w:w="75" w:type="dxa"/>
              <w:right w:w="85" w:type="dxa"/>
            </w:tcMar>
            <w:vAlign w:val="center"/>
          </w:tcPr>
          <w:p w14:paraId="6DF5F3CC" w14:textId="77777777" w:rsidR="004A2E0F" w:rsidRPr="00D308F8" w:rsidRDefault="00000000">
            <w:pPr>
              <w:spacing w:after="0" w:line="240" w:lineRule="auto"/>
              <w:rPr>
                <w:noProof/>
                <w:lang w:val="ro-RO"/>
              </w:rPr>
            </w:pPr>
            <w:r w:rsidRPr="00D308F8">
              <w:rPr>
                <w:noProof/>
                <w:sz w:val="16"/>
                <w:lang w:val="ro-RO"/>
              </w:rPr>
              <w:t>Criterii de acceptare / reglementare</w:t>
            </w:r>
          </w:p>
        </w:tc>
        <w:tc>
          <w:tcPr>
            <w:tcW w:w="6633" w:type="dxa"/>
            <w:shd w:val="clear" w:color="auto" w:fill="FFFFFF"/>
            <w:tcMar>
              <w:top w:w="75" w:type="dxa"/>
              <w:left w:w="85" w:type="dxa"/>
              <w:bottom w:w="75" w:type="dxa"/>
              <w:right w:w="85" w:type="dxa"/>
            </w:tcMar>
            <w:vAlign w:val="center"/>
          </w:tcPr>
          <w:p w14:paraId="0F96C11D" w14:textId="77777777" w:rsidR="004A2E0F" w:rsidRPr="00D308F8" w:rsidRDefault="004A2E0F">
            <w:pPr>
              <w:spacing w:after="0" w:line="240" w:lineRule="auto"/>
              <w:rPr>
                <w:noProof/>
                <w:lang w:val="ro-RO"/>
              </w:rPr>
            </w:pPr>
          </w:p>
        </w:tc>
      </w:tr>
      <w:tr w:rsidR="004A2E0F" w:rsidRPr="00D308F8" w14:paraId="00FB2CD4" w14:textId="77777777">
        <w:trPr>
          <w:cantSplit/>
          <w:jc w:val="center"/>
        </w:trPr>
        <w:tc>
          <w:tcPr>
            <w:tcW w:w="3288" w:type="dxa"/>
            <w:shd w:val="clear" w:color="auto" w:fill="FAFAFA"/>
            <w:tcMar>
              <w:top w:w="75" w:type="dxa"/>
              <w:left w:w="85" w:type="dxa"/>
              <w:bottom w:w="75" w:type="dxa"/>
              <w:right w:w="85" w:type="dxa"/>
            </w:tcMar>
            <w:vAlign w:val="center"/>
          </w:tcPr>
          <w:p w14:paraId="018DA202" w14:textId="77777777" w:rsidR="004A2E0F" w:rsidRPr="00D308F8" w:rsidRDefault="00000000">
            <w:pPr>
              <w:spacing w:after="0" w:line="240" w:lineRule="auto"/>
              <w:rPr>
                <w:noProof/>
                <w:lang w:val="ro-RO"/>
              </w:rPr>
            </w:pPr>
            <w:r w:rsidRPr="00D308F8">
              <w:rPr>
                <w:noProof/>
                <w:sz w:val="16"/>
                <w:lang w:val="ro-RO"/>
              </w:rPr>
              <w:t>Metoda de verificare a eficacității</w:t>
            </w:r>
          </w:p>
        </w:tc>
        <w:tc>
          <w:tcPr>
            <w:tcW w:w="6633" w:type="dxa"/>
            <w:shd w:val="clear" w:color="auto" w:fill="FAFAFA"/>
            <w:tcMar>
              <w:top w:w="75" w:type="dxa"/>
              <w:left w:w="85" w:type="dxa"/>
              <w:bottom w:w="75" w:type="dxa"/>
              <w:right w:w="85" w:type="dxa"/>
            </w:tcMar>
            <w:vAlign w:val="center"/>
          </w:tcPr>
          <w:p w14:paraId="318CC8AC" w14:textId="77777777" w:rsidR="004A2E0F" w:rsidRPr="00D308F8" w:rsidRDefault="004A2E0F">
            <w:pPr>
              <w:spacing w:after="0" w:line="240" w:lineRule="auto"/>
              <w:rPr>
                <w:noProof/>
                <w:lang w:val="ro-RO"/>
              </w:rPr>
            </w:pPr>
          </w:p>
        </w:tc>
      </w:tr>
      <w:tr w:rsidR="004A2E0F" w:rsidRPr="00D308F8" w14:paraId="10D10C87" w14:textId="77777777">
        <w:trPr>
          <w:cantSplit/>
          <w:jc w:val="center"/>
        </w:trPr>
        <w:tc>
          <w:tcPr>
            <w:tcW w:w="3288" w:type="dxa"/>
            <w:shd w:val="clear" w:color="auto" w:fill="FFFFFF"/>
            <w:tcMar>
              <w:top w:w="75" w:type="dxa"/>
              <w:left w:w="85" w:type="dxa"/>
              <w:bottom w:w="75" w:type="dxa"/>
              <w:right w:w="85" w:type="dxa"/>
            </w:tcMar>
            <w:vAlign w:val="center"/>
          </w:tcPr>
          <w:p w14:paraId="3EF384CA" w14:textId="77777777" w:rsidR="004A2E0F" w:rsidRPr="00D308F8" w:rsidRDefault="00000000">
            <w:pPr>
              <w:spacing w:after="0" w:line="240" w:lineRule="auto"/>
              <w:rPr>
                <w:noProof/>
                <w:lang w:val="ro-RO"/>
              </w:rPr>
            </w:pPr>
            <w:r w:rsidRPr="00D308F8">
              <w:rPr>
                <w:noProof/>
                <w:sz w:val="16"/>
                <w:lang w:val="ro-RO"/>
              </w:rPr>
              <w:t>Efecte nedorite și integritatea datelor</w:t>
            </w:r>
          </w:p>
        </w:tc>
        <w:tc>
          <w:tcPr>
            <w:tcW w:w="6633" w:type="dxa"/>
            <w:shd w:val="clear" w:color="auto" w:fill="FFFFFF"/>
            <w:tcMar>
              <w:top w:w="75" w:type="dxa"/>
              <w:left w:w="85" w:type="dxa"/>
              <w:bottom w:w="75" w:type="dxa"/>
              <w:right w:w="85" w:type="dxa"/>
            </w:tcMar>
            <w:vAlign w:val="center"/>
          </w:tcPr>
          <w:p w14:paraId="1F3A0B52" w14:textId="77777777" w:rsidR="004A2E0F" w:rsidRPr="00D308F8" w:rsidRDefault="004A2E0F">
            <w:pPr>
              <w:spacing w:after="0" w:line="240" w:lineRule="auto"/>
              <w:rPr>
                <w:noProof/>
                <w:lang w:val="ro-RO"/>
              </w:rPr>
            </w:pPr>
          </w:p>
        </w:tc>
      </w:tr>
    </w:tbl>
    <w:p w14:paraId="3EDA5250" w14:textId="77777777" w:rsidR="004A2E0F" w:rsidRPr="00D308F8" w:rsidRDefault="004A2E0F">
      <w:pPr>
        <w:spacing w:after="20"/>
        <w:rPr>
          <w:noProof/>
          <w:lang w:val="ro-RO"/>
        </w:rPr>
      </w:pPr>
    </w:p>
    <w:p w14:paraId="5894948A" w14:textId="77777777" w:rsidR="004A2E0F" w:rsidRPr="00D308F8" w:rsidRDefault="00000000">
      <w:pPr>
        <w:pStyle w:val="Heading2"/>
        <w:rPr>
          <w:noProof/>
          <w:lang w:val="ro-RO"/>
        </w:rPr>
      </w:pPr>
      <w:r w:rsidRPr="00D308F8">
        <w:rPr>
          <w:noProof/>
          <w:lang w:val="ro-RO"/>
        </w:rPr>
        <w:t>Combinați indicatori de proces cu indicatori de produs, risc și conformitate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438"/>
        <w:gridCol w:w="3402"/>
        <w:gridCol w:w="4082"/>
      </w:tblGrid>
      <w:tr w:rsidR="004A2E0F" w:rsidRPr="00D308F8" w14:paraId="311DCC68" w14:textId="77777777">
        <w:trPr>
          <w:tblHeader/>
          <w:jc w:val="center"/>
        </w:trPr>
        <w:tc>
          <w:tcPr>
            <w:tcW w:w="2438" w:type="dxa"/>
            <w:shd w:val="clear" w:color="auto" w:fill="D71920"/>
            <w:tcMar>
              <w:top w:w="75" w:type="dxa"/>
              <w:left w:w="85" w:type="dxa"/>
              <w:bottom w:w="75" w:type="dxa"/>
              <w:right w:w="85" w:type="dxa"/>
            </w:tcMar>
            <w:vAlign w:val="center"/>
          </w:tcPr>
          <w:p w14:paraId="571344ED" w14:textId="77777777" w:rsidR="004A2E0F" w:rsidRPr="00D308F8" w:rsidRDefault="00000000">
            <w:pPr>
              <w:spacing w:after="0" w:line="240" w:lineRule="auto"/>
              <w:jc w:val="center"/>
              <w:rPr>
                <w:noProof/>
                <w:lang w:val="ro-RO"/>
              </w:rPr>
            </w:pPr>
            <w:r w:rsidRPr="00D308F8">
              <w:rPr>
                <w:b/>
                <w:noProof/>
                <w:color w:val="FFFFFF"/>
                <w:sz w:val="15"/>
                <w:lang w:val="ro-RO"/>
              </w:rPr>
              <w:t>DOMENIU</w:t>
            </w:r>
          </w:p>
        </w:tc>
        <w:tc>
          <w:tcPr>
            <w:tcW w:w="3402" w:type="dxa"/>
            <w:shd w:val="clear" w:color="auto" w:fill="D71920"/>
            <w:tcMar>
              <w:top w:w="75" w:type="dxa"/>
              <w:left w:w="85" w:type="dxa"/>
              <w:bottom w:w="75" w:type="dxa"/>
              <w:right w:w="85" w:type="dxa"/>
            </w:tcMar>
            <w:vAlign w:val="center"/>
          </w:tcPr>
          <w:p w14:paraId="19482D4A" w14:textId="77777777" w:rsidR="004A2E0F" w:rsidRPr="00D308F8" w:rsidRDefault="00000000">
            <w:pPr>
              <w:spacing w:after="0" w:line="240" w:lineRule="auto"/>
              <w:jc w:val="center"/>
              <w:rPr>
                <w:noProof/>
                <w:lang w:val="ro-RO"/>
              </w:rPr>
            </w:pPr>
            <w:r w:rsidRPr="00D308F8">
              <w:rPr>
                <w:b/>
                <w:noProof/>
                <w:color w:val="FFFFFF"/>
                <w:sz w:val="15"/>
                <w:lang w:val="ro-RO"/>
              </w:rPr>
              <w:t>INDICATOR DE PROCES / PREVENTIV</w:t>
            </w:r>
          </w:p>
        </w:tc>
        <w:tc>
          <w:tcPr>
            <w:tcW w:w="4082" w:type="dxa"/>
            <w:shd w:val="clear" w:color="auto" w:fill="D71920"/>
            <w:tcMar>
              <w:top w:w="75" w:type="dxa"/>
              <w:left w:w="85" w:type="dxa"/>
              <w:bottom w:w="75" w:type="dxa"/>
              <w:right w:w="85" w:type="dxa"/>
            </w:tcMar>
            <w:vAlign w:val="center"/>
          </w:tcPr>
          <w:p w14:paraId="00FE26A9" w14:textId="77777777" w:rsidR="004A2E0F" w:rsidRPr="00D308F8" w:rsidRDefault="00000000">
            <w:pPr>
              <w:spacing w:after="0" w:line="240" w:lineRule="auto"/>
              <w:jc w:val="center"/>
              <w:rPr>
                <w:noProof/>
                <w:lang w:val="ro-RO"/>
              </w:rPr>
            </w:pPr>
            <w:r w:rsidRPr="00D308F8">
              <w:rPr>
                <w:b/>
                <w:noProof/>
                <w:color w:val="FFFFFF"/>
                <w:sz w:val="15"/>
                <w:lang w:val="ro-RO"/>
              </w:rPr>
              <w:t>INDICATOR DE PRODUS / RISC / REZULTAT</w:t>
            </w:r>
          </w:p>
        </w:tc>
      </w:tr>
      <w:tr w:rsidR="004A2E0F" w:rsidRPr="00D308F8" w14:paraId="5FECCF7D" w14:textId="77777777">
        <w:trPr>
          <w:cantSplit/>
          <w:jc w:val="center"/>
        </w:trPr>
        <w:tc>
          <w:tcPr>
            <w:tcW w:w="2438" w:type="dxa"/>
            <w:shd w:val="clear" w:color="auto" w:fill="FFFFFF"/>
            <w:tcMar>
              <w:top w:w="75" w:type="dxa"/>
              <w:left w:w="85" w:type="dxa"/>
              <w:bottom w:w="75" w:type="dxa"/>
              <w:right w:w="85" w:type="dxa"/>
            </w:tcMar>
            <w:vAlign w:val="center"/>
          </w:tcPr>
          <w:p w14:paraId="5F376F4C" w14:textId="77777777" w:rsidR="004A2E0F" w:rsidRPr="00D308F8" w:rsidRDefault="00000000">
            <w:pPr>
              <w:spacing w:after="0" w:line="240" w:lineRule="auto"/>
              <w:rPr>
                <w:noProof/>
                <w:lang w:val="ro-RO"/>
              </w:rPr>
            </w:pPr>
            <w:r w:rsidRPr="00D308F8">
              <w:rPr>
                <w:noProof/>
                <w:sz w:val="15"/>
                <w:lang w:val="ro-RO"/>
              </w:rPr>
              <w:t>Proiectare</w:t>
            </w:r>
          </w:p>
        </w:tc>
        <w:tc>
          <w:tcPr>
            <w:tcW w:w="3402" w:type="dxa"/>
            <w:shd w:val="clear" w:color="auto" w:fill="FFFFFF"/>
            <w:tcMar>
              <w:top w:w="75" w:type="dxa"/>
              <w:left w:w="85" w:type="dxa"/>
              <w:bottom w:w="75" w:type="dxa"/>
              <w:right w:w="85" w:type="dxa"/>
            </w:tcMar>
            <w:vAlign w:val="center"/>
          </w:tcPr>
          <w:p w14:paraId="6CB5A0D1" w14:textId="77777777" w:rsidR="004A2E0F" w:rsidRPr="00D308F8" w:rsidRDefault="00000000">
            <w:pPr>
              <w:spacing w:after="0" w:line="240" w:lineRule="auto"/>
              <w:rPr>
                <w:noProof/>
                <w:lang w:val="ro-RO"/>
              </w:rPr>
            </w:pPr>
            <w:r w:rsidRPr="00D308F8">
              <w:rPr>
                <w:noProof/>
                <w:sz w:val="15"/>
                <w:lang w:val="ro-RO"/>
              </w:rPr>
              <w:t>cerințe trasabile; review-uri; verificare/validare la timp</w:t>
            </w:r>
          </w:p>
        </w:tc>
        <w:tc>
          <w:tcPr>
            <w:tcW w:w="4082" w:type="dxa"/>
            <w:shd w:val="clear" w:color="auto" w:fill="FFFFFF"/>
            <w:tcMar>
              <w:top w:w="75" w:type="dxa"/>
              <w:left w:w="85" w:type="dxa"/>
              <w:bottom w:w="75" w:type="dxa"/>
              <w:right w:w="85" w:type="dxa"/>
            </w:tcMar>
            <w:vAlign w:val="center"/>
          </w:tcPr>
          <w:p w14:paraId="0EE77128" w14:textId="77777777" w:rsidR="004A2E0F" w:rsidRPr="00D308F8" w:rsidRDefault="00000000">
            <w:pPr>
              <w:spacing w:after="0" w:line="240" w:lineRule="auto"/>
              <w:rPr>
                <w:noProof/>
                <w:lang w:val="ro-RO"/>
              </w:rPr>
            </w:pPr>
            <w:r w:rsidRPr="00D308F8">
              <w:rPr>
                <w:noProof/>
                <w:sz w:val="15"/>
                <w:lang w:val="ro-RO"/>
              </w:rPr>
              <w:t>defecte târzii; modificări post-transfer; riscuri reziduale</w:t>
            </w:r>
          </w:p>
        </w:tc>
      </w:tr>
      <w:tr w:rsidR="004A2E0F" w:rsidRPr="00D308F8" w14:paraId="74EF2282" w14:textId="77777777">
        <w:trPr>
          <w:cantSplit/>
          <w:jc w:val="center"/>
        </w:trPr>
        <w:tc>
          <w:tcPr>
            <w:tcW w:w="2438" w:type="dxa"/>
            <w:shd w:val="clear" w:color="auto" w:fill="FAFAFA"/>
            <w:tcMar>
              <w:top w:w="75" w:type="dxa"/>
              <w:left w:w="85" w:type="dxa"/>
              <w:bottom w:w="75" w:type="dxa"/>
              <w:right w:w="85" w:type="dxa"/>
            </w:tcMar>
            <w:vAlign w:val="center"/>
          </w:tcPr>
          <w:p w14:paraId="1AE0E4F3" w14:textId="77777777" w:rsidR="004A2E0F" w:rsidRPr="00D308F8" w:rsidRDefault="00000000">
            <w:pPr>
              <w:spacing w:after="0" w:line="240" w:lineRule="auto"/>
              <w:rPr>
                <w:noProof/>
                <w:lang w:val="ro-RO"/>
              </w:rPr>
            </w:pPr>
            <w:r w:rsidRPr="00D308F8">
              <w:rPr>
                <w:noProof/>
                <w:sz w:val="15"/>
                <w:lang w:val="ro-RO"/>
              </w:rPr>
              <w:t>Proces critic</w:t>
            </w:r>
          </w:p>
        </w:tc>
        <w:tc>
          <w:tcPr>
            <w:tcW w:w="3402" w:type="dxa"/>
            <w:shd w:val="clear" w:color="auto" w:fill="FAFAFA"/>
            <w:tcMar>
              <w:top w:w="75" w:type="dxa"/>
              <w:left w:w="85" w:type="dxa"/>
              <w:bottom w:w="75" w:type="dxa"/>
              <w:right w:w="85" w:type="dxa"/>
            </w:tcMar>
            <w:vAlign w:val="center"/>
          </w:tcPr>
          <w:p w14:paraId="40BBFF64" w14:textId="77777777" w:rsidR="004A2E0F" w:rsidRPr="00D308F8" w:rsidRDefault="00000000">
            <w:pPr>
              <w:spacing w:after="0" w:line="240" w:lineRule="auto"/>
              <w:rPr>
                <w:noProof/>
                <w:lang w:val="ro-RO"/>
              </w:rPr>
            </w:pPr>
            <w:r w:rsidRPr="00D308F8">
              <w:rPr>
                <w:noProof/>
                <w:sz w:val="15"/>
                <w:lang w:val="ro-RO"/>
              </w:rPr>
              <w:t>parametri în stare de control; mentenanță; calificare operator</w:t>
            </w:r>
          </w:p>
        </w:tc>
        <w:tc>
          <w:tcPr>
            <w:tcW w:w="4082" w:type="dxa"/>
            <w:shd w:val="clear" w:color="auto" w:fill="FAFAFA"/>
            <w:tcMar>
              <w:top w:w="75" w:type="dxa"/>
              <w:left w:w="85" w:type="dxa"/>
              <w:bottom w:w="75" w:type="dxa"/>
              <w:right w:w="85" w:type="dxa"/>
            </w:tcMar>
            <w:vAlign w:val="center"/>
          </w:tcPr>
          <w:p w14:paraId="07417340" w14:textId="77777777" w:rsidR="004A2E0F" w:rsidRPr="00D308F8" w:rsidRDefault="00000000">
            <w:pPr>
              <w:spacing w:after="0" w:line="240" w:lineRule="auto"/>
              <w:rPr>
                <w:noProof/>
                <w:lang w:val="ro-RO"/>
              </w:rPr>
            </w:pPr>
            <w:r w:rsidRPr="00D308F8">
              <w:rPr>
                <w:noProof/>
                <w:sz w:val="15"/>
                <w:lang w:val="ro-RO"/>
              </w:rPr>
              <w:t>defecte ppm; rework; deviații; produs neconform</w:t>
            </w:r>
          </w:p>
        </w:tc>
      </w:tr>
      <w:tr w:rsidR="004A2E0F" w:rsidRPr="00D308F8" w14:paraId="752CE422" w14:textId="77777777">
        <w:trPr>
          <w:cantSplit/>
          <w:jc w:val="center"/>
        </w:trPr>
        <w:tc>
          <w:tcPr>
            <w:tcW w:w="2438" w:type="dxa"/>
            <w:shd w:val="clear" w:color="auto" w:fill="FFFFFF"/>
            <w:tcMar>
              <w:top w:w="75" w:type="dxa"/>
              <w:left w:w="85" w:type="dxa"/>
              <w:bottom w:w="75" w:type="dxa"/>
              <w:right w:w="85" w:type="dxa"/>
            </w:tcMar>
            <w:vAlign w:val="center"/>
          </w:tcPr>
          <w:p w14:paraId="150BC147" w14:textId="77777777" w:rsidR="004A2E0F" w:rsidRPr="00D308F8" w:rsidRDefault="00000000">
            <w:pPr>
              <w:spacing w:after="0" w:line="240" w:lineRule="auto"/>
              <w:rPr>
                <w:noProof/>
                <w:lang w:val="ro-RO"/>
              </w:rPr>
            </w:pPr>
            <w:r w:rsidRPr="00D308F8">
              <w:rPr>
                <w:noProof/>
                <w:sz w:val="15"/>
                <w:lang w:val="ro-RO"/>
              </w:rPr>
              <w:t>Furnizori</w:t>
            </w:r>
          </w:p>
        </w:tc>
        <w:tc>
          <w:tcPr>
            <w:tcW w:w="3402" w:type="dxa"/>
            <w:shd w:val="clear" w:color="auto" w:fill="FFFFFF"/>
            <w:tcMar>
              <w:top w:w="75" w:type="dxa"/>
              <w:left w:w="85" w:type="dxa"/>
              <w:bottom w:w="75" w:type="dxa"/>
              <w:right w:w="85" w:type="dxa"/>
            </w:tcMar>
            <w:vAlign w:val="center"/>
          </w:tcPr>
          <w:p w14:paraId="7F027191" w14:textId="77777777" w:rsidR="004A2E0F" w:rsidRPr="00D308F8" w:rsidRDefault="00000000">
            <w:pPr>
              <w:spacing w:after="0" w:line="240" w:lineRule="auto"/>
              <w:rPr>
                <w:noProof/>
                <w:lang w:val="ro-RO"/>
              </w:rPr>
            </w:pPr>
            <w:r w:rsidRPr="00D308F8">
              <w:rPr>
                <w:noProof/>
                <w:sz w:val="15"/>
                <w:lang w:val="ro-RO"/>
              </w:rPr>
              <w:t>evaluări, controale și acțiuni verificate</w:t>
            </w:r>
          </w:p>
        </w:tc>
        <w:tc>
          <w:tcPr>
            <w:tcW w:w="4082" w:type="dxa"/>
            <w:shd w:val="clear" w:color="auto" w:fill="FFFFFF"/>
            <w:tcMar>
              <w:top w:w="75" w:type="dxa"/>
              <w:left w:w="85" w:type="dxa"/>
              <w:bottom w:w="75" w:type="dxa"/>
              <w:right w:w="85" w:type="dxa"/>
            </w:tcMar>
            <w:vAlign w:val="center"/>
          </w:tcPr>
          <w:p w14:paraId="1BCBD166" w14:textId="77777777" w:rsidR="004A2E0F" w:rsidRPr="00D308F8" w:rsidRDefault="00000000">
            <w:pPr>
              <w:spacing w:after="0" w:line="240" w:lineRule="auto"/>
              <w:rPr>
                <w:noProof/>
                <w:lang w:val="ro-RO"/>
              </w:rPr>
            </w:pPr>
            <w:r w:rsidRPr="00D308F8">
              <w:rPr>
                <w:noProof/>
                <w:sz w:val="15"/>
                <w:lang w:val="ro-RO"/>
              </w:rPr>
              <w:t>loturi neconforme; impact produs; reclamații asociate</w:t>
            </w:r>
          </w:p>
        </w:tc>
      </w:tr>
      <w:tr w:rsidR="004A2E0F" w:rsidRPr="00D308F8" w14:paraId="1044EFF2" w14:textId="77777777">
        <w:trPr>
          <w:cantSplit/>
          <w:jc w:val="center"/>
        </w:trPr>
        <w:tc>
          <w:tcPr>
            <w:tcW w:w="2438" w:type="dxa"/>
            <w:shd w:val="clear" w:color="auto" w:fill="FAFAFA"/>
            <w:tcMar>
              <w:top w:w="75" w:type="dxa"/>
              <w:left w:w="85" w:type="dxa"/>
              <w:bottom w:w="75" w:type="dxa"/>
              <w:right w:w="85" w:type="dxa"/>
            </w:tcMar>
            <w:vAlign w:val="center"/>
          </w:tcPr>
          <w:p w14:paraId="5638E163" w14:textId="77777777" w:rsidR="004A2E0F" w:rsidRPr="00D308F8" w:rsidRDefault="00000000">
            <w:pPr>
              <w:spacing w:after="0" w:line="240" w:lineRule="auto"/>
              <w:rPr>
                <w:noProof/>
                <w:lang w:val="ro-RO"/>
              </w:rPr>
            </w:pPr>
            <w:r w:rsidRPr="00D308F8">
              <w:rPr>
                <w:noProof/>
                <w:sz w:val="15"/>
                <w:lang w:val="ro-RO"/>
              </w:rPr>
              <w:t>Reclamații</w:t>
            </w:r>
          </w:p>
        </w:tc>
        <w:tc>
          <w:tcPr>
            <w:tcW w:w="3402" w:type="dxa"/>
            <w:shd w:val="clear" w:color="auto" w:fill="FAFAFA"/>
            <w:tcMar>
              <w:top w:w="75" w:type="dxa"/>
              <w:left w:w="85" w:type="dxa"/>
              <w:bottom w:w="75" w:type="dxa"/>
              <w:right w:w="85" w:type="dxa"/>
            </w:tcMar>
            <w:vAlign w:val="center"/>
          </w:tcPr>
          <w:p w14:paraId="5F2B88AD" w14:textId="77777777" w:rsidR="004A2E0F" w:rsidRPr="00D308F8" w:rsidRDefault="00000000">
            <w:pPr>
              <w:spacing w:after="0" w:line="240" w:lineRule="auto"/>
              <w:rPr>
                <w:noProof/>
                <w:lang w:val="ro-RO"/>
              </w:rPr>
            </w:pPr>
            <w:r w:rsidRPr="00D308F8">
              <w:rPr>
                <w:noProof/>
                <w:sz w:val="15"/>
                <w:lang w:val="ro-RO"/>
              </w:rPr>
              <w:t>timp triere; investigații complete; evaluare raportabilitate</w:t>
            </w:r>
          </w:p>
        </w:tc>
        <w:tc>
          <w:tcPr>
            <w:tcW w:w="4082" w:type="dxa"/>
            <w:shd w:val="clear" w:color="auto" w:fill="FAFAFA"/>
            <w:tcMar>
              <w:top w:w="75" w:type="dxa"/>
              <w:left w:w="85" w:type="dxa"/>
              <w:bottom w:w="75" w:type="dxa"/>
              <w:right w:w="85" w:type="dxa"/>
            </w:tcMar>
            <w:vAlign w:val="center"/>
          </w:tcPr>
          <w:p w14:paraId="24273C67" w14:textId="77777777" w:rsidR="004A2E0F" w:rsidRPr="00D308F8" w:rsidRDefault="00000000">
            <w:pPr>
              <w:spacing w:after="0" w:line="240" w:lineRule="auto"/>
              <w:rPr>
                <w:noProof/>
                <w:lang w:val="ro-RO"/>
              </w:rPr>
            </w:pPr>
            <w:r w:rsidRPr="00D308F8">
              <w:rPr>
                <w:noProof/>
                <w:sz w:val="15"/>
                <w:lang w:val="ro-RO"/>
              </w:rPr>
              <w:t>rata/severitatea; recurență; acțiuni în teren</w:t>
            </w:r>
          </w:p>
        </w:tc>
      </w:tr>
      <w:tr w:rsidR="004A2E0F" w:rsidRPr="00D308F8" w14:paraId="48A541D2" w14:textId="77777777">
        <w:trPr>
          <w:cantSplit/>
          <w:jc w:val="center"/>
        </w:trPr>
        <w:tc>
          <w:tcPr>
            <w:tcW w:w="2438" w:type="dxa"/>
            <w:shd w:val="clear" w:color="auto" w:fill="FFFFFF"/>
            <w:tcMar>
              <w:top w:w="75" w:type="dxa"/>
              <w:left w:w="85" w:type="dxa"/>
              <w:bottom w:w="75" w:type="dxa"/>
              <w:right w:w="85" w:type="dxa"/>
            </w:tcMar>
            <w:vAlign w:val="center"/>
          </w:tcPr>
          <w:p w14:paraId="3FB5D70E" w14:textId="77777777" w:rsidR="004A2E0F" w:rsidRPr="00D308F8" w:rsidRDefault="00000000">
            <w:pPr>
              <w:spacing w:after="0" w:line="240" w:lineRule="auto"/>
              <w:rPr>
                <w:noProof/>
                <w:lang w:val="ro-RO"/>
              </w:rPr>
            </w:pPr>
            <w:r w:rsidRPr="00D308F8">
              <w:rPr>
                <w:noProof/>
                <w:sz w:val="15"/>
                <w:lang w:val="ro-RO"/>
              </w:rPr>
              <w:t>CAPA</w:t>
            </w:r>
          </w:p>
        </w:tc>
        <w:tc>
          <w:tcPr>
            <w:tcW w:w="3402" w:type="dxa"/>
            <w:shd w:val="clear" w:color="auto" w:fill="FFFFFF"/>
            <w:tcMar>
              <w:top w:w="75" w:type="dxa"/>
              <w:left w:w="85" w:type="dxa"/>
              <w:bottom w:w="75" w:type="dxa"/>
              <w:right w:w="85" w:type="dxa"/>
            </w:tcMar>
            <w:vAlign w:val="center"/>
          </w:tcPr>
          <w:p w14:paraId="3E07FA25" w14:textId="77777777" w:rsidR="004A2E0F" w:rsidRPr="00D308F8" w:rsidRDefault="00000000">
            <w:pPr>
              <w:spacing w:after="0" w:line="240" w:lineRule="auto"/>
              <w:rPr>
                <w:noProof/>
                <w:lang w:val="ro-RO"/>
              </w:rPr>
            </w:pPr>
            <w:r w:rsidRPr="00D308F8">
              <w:rPr>
                <w:noProof/>
                <w:sz w:val="15"/>
                <w:lang w:val="ro-RO"/>
              </w:rPr>
              <w:t>calitatea cauzei; implementare; verificare planificată</w:t>
            </w:r>
          </w:p>
        </w:tc>
        <w:tc>
          <w:tcPr>
            <w:tcW w:w="4082" w:type="dxa"/>
            <w:shd w:val="clear" w:color="auto" w:fill="FFFFFF"/>
            <w:tcMar>
              <w:top w:w="75" w:type="dxa"/>
              <w:left w:w="85" w:type="dxa"/>
              <w:bottom w:w="75" w:type="dxa"/>
              <w:right w:w="85" w:type="dxa"/>
            </w:tcMar>
            <w:vAlign w:val="center"/>
          </w:tcPr>
          <w:p w14:paraId="531430E9" w14:textId="77777777" w:rsidR="004A2E0F" w:rsidRPr="00D308F8" w:rsidRDefault="00000000">
            <w:pPr>
              <w:spacing w:after="0" w:line="240" w:lineRule="auto"/>
              <w:rPr>
                <w:noProof/>
                <w:lang w:val="ro-RO"/>
              </w:rPr>
            </w:pPr>
            <w:r w:rsidRPr="00D308F8">
              <w:rPr>
                <w:noProof/>
                <w:sz w:val="15"/>
                <w:lang w:val="ro-RO"/>
              </w:rPr>
              <w:t>recurență, redeschidere, eficacitate și risc rezidual</w:t>
            </w:r>
          </w:p>
        </w:tc>
      </w:tr>
      <w:tr w:rsidR="004A2E0F" w:rsidRPr="00D308F8" w14:paraId="70A7CB9C" w14:textId="77777777">
        <w:trPr>
          <w:cantSplit/>
          <w:jc w:val="center"/>
        </w:trPr>
        <w:tc>
          <w:tcPr>
            <w:tcW w:w="2438" w:type="dxa"/>
            <w:shd w:val="clear" w:color="auto" w:fill="FAFAFA"/>
            <w:tcMar>
              <w:top w:w="75" w:type="dxa"/>
              <w:left w:w="85" w:type="dxa"/>
              <w:bottom w:w="75" w:type="dxa"/>
              <w:right w:w="85" w:type="dxa"/>
            </w:tcMar>
            <w:vAlign w:val="center"/>
          </w:tcPr>
          <w:p w14:paraId="06DAF3B4" w14:textId="77777777" w:rsidR="004A2E0F" w:rsidRPr="00D308F8" w:rsidRDefault="00000000">
            <w:pPr>
              <w:spacing w:after="0" w:line="240" w:lineRule="auto"/>
              <w:rPr>
                <w:noProof/>
                <w:lang w:val="ro-RO"/>
              </w:rPr>
            </w:pPr>
            <w:r w:rsidRPr="00D308F8">
              <w:rPr>
                <w:noProof/>
                <w:sz w:val="15"/>
                <w:lang w:val="ro-RO"/>
              </w:rPr>
              <w:t>Trasabilitate</w:t>
            </w:r>
          </w:p>
        </w:tc>
        <w:tc>
          <w:tcPr>
            <w:tcW w:w="3402" w:type="dxa"/>
            <w:shd w:val="clear" w:color="auto" w:fill="FAFAFA"/>
            <w:tcMar>
              <w:top w:w="75" w:type="dxa"/>
              <w:left w:w="85" w:type="dxa"/>
              <w:bottom w:w="75" w:type="dxa"/>
              <w:right w:w="85" w:type="dxa"/>
            </w:tcMar>
            <w:vAlign w:val="center"/>
          </w:tcPr>
          <w:p w14:paraId="18C3EEC6" w14:textId="77777777" w:rsidR="004A2E0F" w:rsidRPr="00D308F8" w:rsidRDefault="00000000">
            <w:pPr>
              <w:spacing w:after="0" w:line="240" w:lineRule="auto"/>
              <w:rPr>
                <w:noProof/>
                <w:lang w:val="ro-RO"/>
              </w:rPr>
            </w:pPr>
            <w:r w:rsidRPr="00D308F8">
              <w:rPr>
                <w:noProof/>
                <w:sz w:val="15"/>
                <w:lang w:val="ro-RO"/>
              </w:rPr>
              <w:t>înregistrări complete; teste; reconciliere și UDI</w:t>
            </w:r>
          </w:p>
        </w:tc>
        <w:tc>
          <w:tcPr>
            <w:tcW w:w="4082" w:type="dxa"/>
            <w:shd w:val="clear" w:color="auto" w:fill="FAFAFA"/>
            <w:tcMar>
              <w:top w:w="75" w:type="dxa"/>
              <w:left w:w="85" w:type="dxa"/>
              <w:bottom w:w="75" w:type="dxa"/>
              <w:right w:w="85" w:type="dxa"/>
            </w:tcMar>
            <w:vAlign w:val="center"/>
          </w:tcPr>
          <w:p w14:paraId="2FABE61E" w14:textId="77777777" w:rsidR="004A2E0F" w:rsidRPr="00D308F8" w:rsidRDefault="00000000">
            <w:pPr>
              <w:spacing w:after="0" w:line="240" w:lineRule="auto"/>
              <w:rPr>
                <w:noProof/>
                <w:lang w:val="ro-RO"/>
              </w:rPr>
            </w:pPr>
            <w:r w:rsidRPr="00D308F8">
              <w:rPr>
                <w:noProof/>
                <w:sz w:val="15"/>
                <w:lang w:val="ro-RO"/>
              </w:rPr>
              <w:t>timp de trasare; erori; impactul acțiunilor în teren</w:t>
            </w:r>
          </w:p>
        </w:tc>
      </w:tr>
    </w:tbl>
    <w:p w14:paraId="703B2125" w14:textId="77777777" w:rsidR="004A2E0F" w:rsidRPr="00D308F8" w:rsidRDefault="004A2E0F">
      <w:pPr>
        <w:spacing w:after="20"/>
        <w:rPr>
          <w:noProof/>
          <w:lang w:val="ro-RO"/>
        </w:rPr>
      </w:pPr>
    </w:p>
    <w:p w14:paraId="277383DA" w14:textId="77777777" w:rsidR="004A2E0F" w:rsidRPr="00D308F8" w:rsidRDefault="00000000">
      <w:pPr>
        <w:pStyle w:val="Heading2"/>
        <w:rPr>
          <w:noProof/>
          <w:lang w:val="ro-RO"/>
        </w:rPr>
      </w:pPr>
      <w:r w:rsidRPr="00D308F8">
        <w:rPr>
          <w:noProof/>
          <w:lang w:val="ro-RO"/>
        </w:rPr>
        <w:t>Reguli de interpretare</w:t>
      </w:r>
    </w:p>
    <w:p w14:paraId="1595FBF8" w14:textId="77777777" w:rsidR="004A2E0F" w:rsidRPr="00D308F8" w:rsidRDefault="00000000">
      <w:pPr>
        <w:pStyle w:val="ListBullet"/>
        <w:spacing w:after="40"/>
        <w:ind w:left="283" w:hanging="170"/>
        <w:rPr>
          <w:noProof/>
          <w:lang w:val="ro-RO"/>
        </w:rPr>
      </w:pPr>
      <w:r w:rsidRPr="00D308F8">
        <w:rPr>
          <w:noProof/>
          <w:lang w:val="ro-RO"/>
        </w:rPr>
        <w:t>Analizați ratele împreună cu numărul absolut, severitatea, clasa și volumul dispozitivelor și piețele relevante.</w:t>
      </w:r>
    </w:p>
    <w:p w14:paraId="35F00E4B" w14:textId="77777777" w:rsidR="004A2E0F" w:rsidRPr="00D308F8" w:rsidRDefault="00000000">
      <w:pPr>
        <w:pStyle w:val="ListBullet"/>
        <w:spacing w:after="40"/>
        <w:ind w:left="283" w:hanging="170"/>
        <w:rPr>
          <w:noProof/>
          <w:lang w:val="ro-RO"/>
        </w:rPr>
      </w:pPr>
      <w:r w:rsidRPr="00D308F8">
        <w:rPr>
          <w:noProof/>
          <w:lang w:val="ro-RO"/>
        </w:rPr>
        <w:t>Mai multe neconformități detectate înainte de eliberare pot indica un control mai bun; analizați defectele scăpate la client separat.</w:t>
      </w:r>
    </w:p>
    <w:p w14:paraId="55612BBC" w14:textId="77777777" w:rsidR="004A2E0F" w:rsidRPr="00D308F8" w:rsidRDefault="00000000">
      <w:pPr>
        <w:pStyle w:val="ListBullet"/>
        <w:spacing w:after="40"/>
        <w:ind w:left="283" w:hanging="170"/>
        <w:rPr>
          <w:noProof/>
          <w:lang w:val="ro-RO"/>
        </w:rPr>
      </w:pPr>
      <w:r w:rsidRPr="00D308F8">
        <w:rPr>
          <w:noProof/>
          <w:lang w:val="ro-RO"/>
        </w:rPr>
        <w:t>Mențineți criteriile de reclamație, raportabilitate și neconformitate stabile și documentați orice schimbare.</w:t>
      </w:r>
    </w:p>
    <w:p w14:paraId="0BD7B8FF" w14:textId="77777777" w:rsidR="004A2E0F" w:rsidRPr="00D308F8" w:rsidRDefault="00000000">
      <w:pPr>
        <w:pStyle w:val="ListBullet"/>
        <w:spacing w:after="40"/>
        <w:ind w:left="283" w:hanging="170"/>
        <w:rPr>
          <w:noProof/>
          <w:lang w:val="ro-RO"/>
        </w:rPr>
      </w:pPr>
      <w:r w:rsidRPr="00D308F8">
        <w:rPr>
          <w:noProof/>
          <w:lang w:val="ro-RO"/>
        </w:rPr>
        <w:t>Segmentați pe produs, variantă, lot, linie, furnizor, piață și tip de risc pentru a evita diluarea semnalelor.</w:t>
      </w:r>
    </w:p>
    <w:p w14:paraId="6DE0BF1D" w14:textId="77777777" w:rsidR="004A2E0F" w:rsidRPr="00D308F8" w:rsidRDefault="00000000">
      <w:pPr>
        <w:pStyle w:val="ListBullet"/>
        <w:spacing w:after="40"/>
        <w:ind w:left="283" w:hanging="170"/>
        <w:rPr>
          <w:noProof/>
          <w:lang w:val="ro-RO"/>
        </w:rPr>
      </w:pPr>
      <w:r w:rsidRPr="00D308F8">
        <w:rPr>
          <w:noProof/>
          <w:lang w:val="ro-RO"/>
        </w:rPr>
        <w:t>Verificați eficacitatea după o perioadă și un volum suficiente pentru recurență și actualizați dosarul de management al riscului când este necesar.</w:t>
      </w: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4A2E0F" w:rsidRPr="00D308F8" w14:paraId="2077A066" w14:textId="77777777">
        <w:trPr>
          <w:cantSplit/>
          <w:jc w:val="center"/>
        </w:trPr>
        <w:tc>
          <w:tcPr>
            <w:tcW w:w="567" w:type="dxa"/>
            <w:shd w:val="clear" w:color="auto" w:fill="D71920"/>
            <w:tcMar>
              <w:top w:w="75" w:type="dxa"/>
              <w:left w:w="85" w:type="dxa"/>
              <w:bottom w:w="75" w:type="dxa"/>
              <w:right w:w="85" w:type="dxa"/>
            </w:tcMar>
            <w:vAlign w:val="center"/>
          </w:tcPr>
          <w:p w14:paraId="6210A961" w14:textId="77777777" w:rsidR="004A2E0F" w:rsidRPr="00D308F8" w:rsidRDefault="00000000">
            <w:pPr>
              <w:spacing w:after="0" w:line="240" w:lineRule="auto"/>
              <w:jc w:val="center"/>
              <w:rPr>
                <w:noProof/>
                <w:lang w:val="ro-RO"/>
              </w:rPr>
            </w:pPr>
            <w:r w:rsidRPr="00D308F8">
              <w:rPr>
                <w:b/>
                <w:noProof/>
                <w:color w:val="FFFFFF"/>
                <w:sz w:val="30"/>
                <w:lang w:val="ro-RO"/>
              </w:rPr>
              <w:t>!</w:t>
            </w:r>
          </w:p>
        </w:tc>
        <w:tc>
          <w:tcPr>
            <w:tcW w:w="9354" w:type="dxa"/>
            <w:shd w:val="clear" w:color="auto" w:fill="FCEBEC"/>
          </w:tcPr>
          <w:p w14:paraId="343ED32B" w14:textId="77777777" w:rsidR="004A2E0F" w:rsidRPr="00D308F8" w:rsidRDefault="00000000">
            <w:pPr>
              <w:spacing w:after="40"/>
              <w:rPr>
                <w:noProof/>
                <w:lang w:val="ro-RO"/>
              </w:rPr>
            </w:pPr>
            <w:r w:rsidRPr="00D308F8">
              <w:rPr>
                <w:b/>
                <w:noProof/>
                <w:color w:val="D71920"/>
                <w:lang w:val="ro-RO"/>
              </w:rPr>
              <w:t>ATENȚIE LA EFECTE NEDORITE</w:t>
            </w:r>
          </w:p>
          <w:p w14:paraId="6937E5CC" w14:textId="77777777" w:rsidR="004A2E0F" w:rsidRPr="00D308F8" w:rsidRDefault="00000000">
            <w:pPr>
              <w:spacing w:after="0" w:line="252" w:lineRule="auto"/>
              <w:rPr>
                <w:noProof/>
                <w:lang w:val="ro-RO"/>
              </w:rPr>
            </w:pPr>
            <w:r w:rsidRPr="00D308F8">
              <w:rPr>
                <w:noProof/>
                <w:sz w:val="17"/>
                <w:lang w:val="ro-RO"/>
              </w:rPr>
              <w:t>Țintele pentru randament, închiderea rapidă a CAPA sau reducerea reclamațiilor pot încuraja rework necontrolat, reclasificare, investigații superficiale sau neraportare. Protejați independența funcției calitate, criteriile de acceptare și obligațiile de reglementare.</w:t>
            </w:r>
          </w:p>
        </w:tc>
      </w:tr>
    </w:tbl>
    <w:p w14:paraId="28512201" w14:textId="77777777" w:rsidR="004A2E0F" w:rsidRPr="00D308F8" w:rsidRDefault="004A2E0F">
      <w:pPr>
        <w:spacing w:after="0"/>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4A2E0F" w:rsidRPr="00D308F8" w14:paraId="25E4BBAB" w14:textId="77777777">
        <w:trPr>
          <w:jc w:val="center"/>
        </w:trPr>
        <w:tc>
          <w:tcPr>
            <w:tcW w:w="1020" w:type="dxa"/>
            <w:shd w:val="clear" w:color="auto" w:fill="D71920"/>
            <w:tcMar>
              <w:top w:w="75" w:type="dxa"/>
              <w:left w:w="85" w:type="dxa"/>
              <w:bottom w:w="75" w:type="dxa"/>
              <w:right w:w="85" w:type="dxa"/>
            </w:tcMar>
            <w:vAlign w:val="center"/>
          </w:tcPr>
          <w:p w14:paraId="4B9235A3" w14:textId="77777777" w:rsidR="004A2E0F" w:rsidRPr="00D308F8" w:rsidRDefault="00000000">
            <w:pPr>
              <w:spacing w:after="0" w:line="240" w:lineRule="auto"/>
              <w:jc w:val="center"/>
              <w:rPr>
                <w:noProof/>
                <w:lang w:val="ro-RO"/>
              </w:rPr>
            </w:pPr>
            <w:r w:rsidRPr="00D308F8">
              <w:rPr>
                <w:b/>
                <w:noProof/>
                <w:color w:val="FFFFFF"/>
                <w:sz w:val="34"/>
                <w:lang w:val="ro-RO"/>
              </w:rPr>
              <w:t>5</w:t>
            </w:r>
          </w:p>
        </w:tc>
        <w:tc>
          <w:tcPr>
            <w:tcW w:w="8901" w:type="dxa"/>
            <w:shd w:val="clear" w:color="auto" w:fill="F3F4F5"/>
          </w:tcPr>
          <w:p w14:paraId="43208DAC" w14:textId="77777777" w:rsidR="004A2E0F" w:rsidRPr="00D308F8" w:rsidRDefault="00000000">
            <w:pPr>
              <w:spacing w:after="20"/>
              <w:rPr>
                <w:noProof/>
                <w:lang w:val="ro-RO"/>
              </w:rPr>
            </w:pPr>
            <w:r w:rsidRPr="00D308F8">
              <w:rPr>
                <w:b/>
                <w:noProof/>
                <w:sz w:val="28"/>
                <w:lang w:val="ro-RO"/>
              </w:rPr>
              <w:t>Fișa individuală a obiectivului</w:t>
            </w:r>
          </w:p>
          <w:p w14:paraId="52E7E90F" w14:textId="77777777" w:rsidR="004A2E0F" w:rsidRPr="00D308F8" w:rsidRDefault="00000000">
            <w:pPr>
              <w:spacing w:after="0"/>
              <w:rPr>
                <w:noProof/>
                <w:lang w:val="ro-RO"/>
              </w:rPr>
            </w:pPr>
            <w:r w:rsidRPr="00D308F8">
              <w:rPr>
                <w:noProof/>
                <w:color w:val="666666"/>
                <w:sz w:val="16"/>
                <w:lang w:val="ro-RO"/>
              </w:rPr>
              <w:t>Folosiți fișa când obiectivul implică mai multe acțiuni, riscuri, niveluri de monitorizare sau părți responsabile</w:t>
            </w:r>
          </w:p>
        </w:tc>
      </w:tr>
    </w:tbl>
    <w:p w14:paraId="53005315" w14:textId="77777777" w:rsidR="004A2E0F" w:rsidRPr="00D308F8" w:rsidRDefault="004A2E0F">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84"/>
        <w:gridCol w:w="3855"/>
        <w:gridCol w:w="1587"/>
        <w:gridCol w:w="2494"/>
      </w:tblGrid>
      <w:tr w:rsidR="004A2E0F" w:rsidRPr="00D308F8" w14:paraId="3A617811" w14:textId="77777777">
        <w:trPr>
          <w:tblHeader/>
          <w:jc w:val="center"/>
        </w:trPr>
        <w:tc>
          <w:tcPr>
            <w:tcW w:w="1984" w:type="dxa"/>
            <w:shd w:val="clear" w:color="auto" w:fill="D71920"/>
            <w:tcMar>
              <w:top w:w="75" w:type="dxa"/>
              <w:left w:w="85" w:type="dxa"/>
              <w:bottom w:w="75" w:type="dxa"/>
              <w:right w:w="85" w:type="dxa"/>
            </w:tcMar>
            <w:vAlign w:val="center"/>
          </w:tcPr>
          <w:p w14:paraId="4E801CCD" w14:textId="77777777" w:rsidR="004A2E0F" w:rsidRPr="00D308F8" w:rsidRDefault="00000000">
            <w:pPr>
              <w:spacing w:after="0" w:line="240" w:lineRule="auto"/>
              <w:jc w:val="center"/>
              <w:rPr>
                <w:noProof/>
                <w:lang w:val="ro-RO"/>
              </w:rPr>
            </w:pPr>
            <w:r w:rsidRPr="00D308F8">
              <w:rPr>
                <w:b/>
                <w:noProof/>
                <w:color w:val="FFFFFF"/>
                <w:sz w:val="15"/>
                <w:lang w:val="ro-RO"/>
              </w:rPr>
              <w:t>CÂMP</w:t>
            </w:r>
          </w:p>
        </w:tc>
        <w:tc>
          <w:tcPr>
            <w:tcW w:w="3855" w:type="dxa"/>
            <w:shd w:val="clear" w:color="auto" w:fill="D71920"/>
            <w:tcMar>
              <w:top w:w="75" w:type="dxa"/>
              <w:left w:w="85" w:type="dxa"/>
              <w:bottom w:w="75" w:type="dxa"/>
              <w:right w:w="85" w:type="dxa"/>
            </w:tcMar>
            <w:vAlign w:val="center"/>
          </w:tcPr>
          <w:p w14:paraId="23DDCBF3" w14:textId="77777777" w:rsidR="004A2E0F" w:rsidRPr="00D308F8" w:rsidRDefault="00000000">
            <w:pPr>
              <w:spacing w:after="0" w:line="240" w:lineRule="auto"/>
              <w:jc w:val="center"/>
              <w:rPr>
                <w:noProof/>
                <w:lang w:val="ro-RO"/>
              </w:rPr>
            </w:pPr>
            <w:r w:rsidRPr="00D308F8">
              <w:rPr>
                <w:b/>
                <w:noProof/>
                <w:color w:val="FFFFFF"/>
                <w:sz w:val="15"/>
                <w:lang w:val="ro-RO"/>
              </w:rPr>
              <w:t>COMPLETARE</w:t>
            </w:r>
          </w:p>
        </w:tc>
        <w:tc>
          <w:tcPr>
            <w:tcW w:w="1587" w:type="dxa"/>
            <w:shd w:val="clear" w:color="auto" w:fill="D71920"/>
            <w:tcMar>
              <w:top w:w="75" w:type="dxa"/>
              <w:left w:w="85" w:type="dxa"/>
              <w:bottom w:w="75" w:type="dxa"/>
              <w:right w:w="85" w:type="dxa"/>
            </w:tcMar>
            <w:vAlign w:val="center"/>
          </w:tcPr>
          <w:p w14:paraId="0EE5FD33" w14:textId="77777777" w:rsidR="004A2E0F" w:rsidRPr="00D308F8" w:rsidRDefault="00000000">
            <w:pPr>
              <w:spacing w:after="0" w:line="240" w:lineRule="auto"/>
              <w:jc w:val="center"/>
              <w:rPr>
                <w:noProof/>
                <w:lang w:val="ro-RO"/>
              </w:rPr>
            </w:pPr>
            <w:r w:rsidRPr="00D308F8">
              <w:rPr>
                <w:b/>
                <w:noProof/>
                <w:color w:val="FFFFFF"/>
                <w:sz w:val="15"/>
                <w:lang w:val="ro-RO"/>
              </w:rPr>
              <w:t>CÂMP</w:t>
            </w:r>
          </w:p>
        </w:tc>
        <w:tc>
          <w:tcPr>
            <w:tcW w:w="2494" w:type="dxa"/>
            <w:shd w:val="clear" w:color="auto" w:fill="D71920"/>
            <w:tcMar>
              <w:top w:w="75" w:type="dxa"/>
              <w:left w:w="85" w:type="dxa"/>
              <w:bottom w:w="75" w:type="dxa"/>
              <w:right w:w="85" w:type="dxa"/>
            </w:tcMar>
            <w:vAlign w:val="center"/>
          </w:tcPr>
          <w:p w14:paraId="282F51CA" w14:textId="77777777" w:rsidR="004A2E0F" w:rsidRPr="00D308F8" w:rsidRDefault="00000000">
            <w:pPr>
              <w:spacing w:after="0" w:line="240" w:lineRule="auto"/>
              <w:jc w:val="center"/>
              <w:rPr>
                <w:noProof/>
                <w:lang w:val="ro-RO"/>
              </w:rPr>
            </w:pPr>
            <w:r w:rsidRPr="00D308F8">
              <w:rPr>
                <w:b/>
                <w:noProof/>
                <w:color w:val="FFFFFF"/>
                <w:sz w:val="15"/>
                <w:lang w:val="ro-RO"/>
              </w:rPr>
              <w:t>COMPLETARE</w:t>
            </w:r>
          </w:p>
        </w:tc>
      </w:tr>
      <w:tr w:rsidR="004A2E0F" w:rsidRPr="00D308F8" w14:paraId="40EE5417" w14:textId="77777777">
        <w:trPr>
          <w:cantSplit/>
          <w:jc w:val="center"/>
        </w:trPr>
        <w:tc>
          <w:tcPr>
            <w:tcW w:w="1984" w:type="dxa"/>
            <w:shd w:val="clear" w:color="auto" w:fill="FFFFFF"/>
            <w:tcMar>
              <w:top w:w="75" w:type="dxa"/>
              <w:left w:w="85" w:type="dxa"/>
              <w:bottom w:w="75" w:type="dxa"/>
              <w:right w:w="85" w:type="dxa"/>
            </w:tcMar>
            <w:vAlign w:val="center"/>
          </w:tcPr>
          <w:p w14:paraId="4847FB2B" w14:textId="77777777" w:rsidR="004A2E0F" w:rsidRPr="00D308F8" w:rsidRDefault="00000000">
            <w:pPr>
              <w:spacing w:after="0" w:line="240" w:lineRule="auto"/>
              <w:rPr>
                <w:noProof/>
                <w:lang w:val="ro-RO"/>
              </w:rPr>
            </w:pPr>
            <w:r w:rsidRPr="00D308F8">
              <w:rPr>
                <w:noProof/>
                <w:sz w:val="16"/>
                <w:lang w:val="ro-RO"/>
              </w:rPr>
              <w:t>Cod obiectiv</w:t>
            </w:r>
          </w:p>
        </w:tc>
        <w:tc>
          <w:tcPr>
            <w:tcW w:w="3855" w:type="dxa"/>
            <w:shd w:val="clear" w:color="auto" w:fill="FFFFFF"/>
            <w:tcMar>
              <w:top w:w="75" w:type="dxa"/>
              <w:left w:w="85" w:type="dxa"/>
              <w:bottom w:w="75" w:type="dxa"/>
              <w:right w:w="85" w:type="dxa"/>
            </w:tcMar>
            <w:vAlign w:val="center"/>
          </w:tcPr>
          <w:p w14:paraId="0C7B760B" w14:textId="77777777" w:rsidR="004A2E0F" w:rsidRPr="00D308F8" w:rsidRDefault="00000000">
            <w:pPr>
              <w:spacing w:after="0" w:line="240" w:lineRule="auto"/>
              <w:rPr>
                <w:noProof/>
                <w:lang w:val="ro-RO"/>
              </w:rPr>
            </w:pPr>
            <w:r w:rsidRPr="00D308F8">
              <w:rPr>
                <w:noProof/>
                <w:sz w:val="16"/>
                <w:lang w:val="ro-RO"/>
              </w:rPr>
              <w:t>_____________________</w:t>
            </w:r>
          </w:p>
        </w:tc>
        <w:tc>
          <w:tcPr>
            <w:tcW w:w="1587" w:type="dxa"/>
            <w:shd w:val="clear" w:color="auto" w:fill="FFFFFF"/>
            <w:tcMar>
              <w:top w:w="75" w:type="dxa"/>
              <w:left w:w="85" w:type="dxa"/>
              <w:bottom w:w="75" w:type="dxa"/>
              <w:right w:w="85" w:type="dxa"/>
            </w:tcMar>
            <w:vAlign w:val="center"/>
          </w:tcPr>
          <w:p w14:paraId="776C3A2B" w14:textId="77777777" w:rsidR="004A2E0F" w:rsidRPr="00D308F8" w:rsidRDefault="00000000">
            <w:pPr>
              <w:spacing w:after="0" w:line="240" w:lineRule="auto"/>
              <w:rPr>
                <w:noProof/>
                <w:lang w:val="ro-RO"/>
              </w:rPr>
            </w:pPr>
            <w:r w:rsidRPr="00D308F8">
              <w:rPr>
                <w:noProof/>
                <w:sz w:val="16"/>
                <w:lang w:val="ro-RO"/>
              </w:rPr>
              <w:t>Perioadă</w:t>
            </w:r>
          </w:p>
        </w:tc>
        <w:tc>
          <w:tcPr>
            <w:tcW w:w="2494" w:type="dxa"/>
            <w:shd w:val="clear" w:color="auto" w:fill="FFFFFF"/>
            <w:tcMar>
              <w:top w:w="75" w:type="dxa"/>
              <w:left w:w="85" w:type="dxa"/>
              <w:bottom w:w="75" w:type="dxa"/>
              <w:right w:w="85" w:type="dxa"/>
            </w:tcMar>
            <w:vAlign w:val="center"/>
          </w:tcPr>
          <w:p w14:paraId="0E0069FA" w14:textId="77777777" w:rsidR="004A2E0F" w:rsidRPr="00D308F8" w:rsidRDefault="00000000">
            <w:pPr>
              <w:spacing w:after="0" w:line="240" w:lineRule="auto"/>
              <w:rPr>
                <w:noProof/>
                <w:lang w:val="ro-RO"/>
              </w:rPr>
            </w:pPr>
            <w:r w:rsidRPr="00D308F8">
              <w:rPr>
                <w:noProof/>
                <w:sz w:val="16"/>
                <w:lang w:val="ro-RO"/>
              </w:rPr>
              <w:t>_____________________</w:t>
            </w:r>
          </w:p>
        </w:tc>
      </w:tr>
      <w:tr w:rsidR="004A2E0F" w:rsidRPr="00D308F8" w14:paraId="476FE860" w14:textId="77777777">
        <w:trPr>
          <w:cantSplit/>
          <w:jc w:val="center"/>
        </w:trPr>
        <w:tc>
          <w:tcPr>
            <w:tcW w:w="1984" w:type="dxa"/>
            <w:shd w:val="clear" w:color="auto" w:fill="FAFAFA"/>
            <w:tcMar>
              <w:top w:w="75" w:type="dxa"/>
              <w:left w:w="85" w:type="dxa"/>
              <w:bottom w:w="75" w:type="dxa"/>
              <w:right w:w="85" w:type="dxa"/>
            </w:tcMar>
            <w:vAlign w:val="center"/>
          </w:tcPr>
          <w:p w14:paraId="121CE002" w14:textId="77777777" w:rsidR="004A2E0F" w:rsidRPr="00D308F8" w:rsidRDefault="00000000">
            <w:pPr>
              <w:spacing w:after="0" w:line="240" w:lineRule="auto"/>
              <w:rPr>
                <w:noProof/>
                <w:lang w:val="ro-RO"/>
              </w:rPr>
            </w:pPr>
            <w:r w:rsidRPr="00D308F8">
              <w:rPr>
                <w:noProof/>
                <w:sz w:val="16"/>
                <w:lang w:val="ro-RO"/>
              </w:rPr>
              <w:t>Titlu scurt</w:t>
            </w:r>
          </w:p>
        </w:tc>
        <w:tc>
          <w:tcPr>
            <w:tcW w:w="3855" w:type="dxa"/>
            <w:shd w:val="clear" w:color="auto" w:fill="FAFAFA"/>
            <w:tcMar>
              <w:top w:w="75" w:type="dxa"/>
              <w:left w:w="85" w:type="dxa"/>
              <w:bottom w:w="75" w:type="dxa"/>
              <w:right w:w="85" w:type="dxa"/>
            </w:tcMar>
            <w:vAlign w:val="center"/>
          </w:tcPr>
          <w:p w14:paraId="78CA648C" w14:textId="77777777" w:rsidR="004A2E0F" w:rsidRPr="00D308F8" w:rsidRDefault="00000000">
            <w:pPr>
              <w:spacing w:after="0" w:line="240" w:lineRule="auto"/>
              <w:rPr>
                <w:noProof/>
                <w:lang w:val="ro-RO"/>
              </w:rPr>
            </w:pPr>
            <w:r w:rsidRPr="00D308F8">
              <w:rPr>
                <w:noProof/>
                <w:sz w:val="16"/>
                <w:lang w:val="ro-RO"/>
              </w:rPr>
              <w:t>________________________________</w:t>
            </w:r>
          </w:p>
        </w:tc>
        <w:tc>
          <w:tcPr>
            <w:tcW w:w="1587" w:type="dxa"/>
            <w:shd w:val="clear" w:color="auto" w:fill="FAFAFA"/>
            <w:tcMar>
              <w:top w:w="75" w:type="dxa"/>
              <w:left w:w="85" w:type="dxa"/>
              <w:bottom w:w="75" w:type="dxa"/>
              <w:right w:w="85" w:type="dxa"/>
            </w:tcMar>
            <w:vAlign w:val="center"/>
          </w:tcPr>
          <w:p w14:paraId="07803511" w14:textId="77777777" w:rsidR="004A2E0F" w:rsidRPr="00D308F8" w:rsidRDefault="00000000">
            <w:pPr>
              <w:spacing w:after="0" w:line="240" w:lineRule="auto"/>
              <w:rPr>
                <w:noProof/>
                <w:lang w:val="ro-RO"/>
              </w:rPr>
            </w:pPr>
            <w:r w:rsidRPr="00D308F8">
              <w:rPr>
                <w:noProof/>
                <w:sz w:val="16"/>
                <w:lang w:val="ro-RO"/>
              </w:rPr>
              <w:t>Sponsor</w:t>
            </w:r>
          </w:p>
        </w:tc>
        <w:tc>
          <w:tcPr>
            <w:tcW w:w="2494" w:type="dxa"/>
            <w:shd w:val="clear" w:color="auto" w:fill="FAFAFA"/>
            <w:tcMar>
              <w:top w:w="75" w:type="dxa"/>
              <w:left w:w="85" w:type="dxa"/>
              <w:bottom w:w="75" w:type="dxa"/>
              <w:right w:w="85" w:type="dxa"/>
            </w:tcMar>
            <w:vAlign w:val="center"/>
          </w:tcPr>
          <w:p w14:paraId="5C80775C" w14:textId="77777777" w:rsidR="004A2E0F" w:rsidRPr="00D308F8" w:rsidRDefault="00000000">
            <w:pPr>
              <w:spacing w:after="0" w:line="240" w:lineRule="auto"/>
              <w:rPr>
                <w:noProof/>
                <w:lang w:val="ro-RO"/>
              </w:rPr>
            </w:pPr>
            <w:r w:rsidRPr="00D308F8">
              <w:rPr>
                <w:noProof/>
                <w:sz w:val="16"/>
                <w:lang w:val="ro-RO"/>
              </w:rPr>
              <w:t>_____________________</w:t>
            </w:r>
          </w:p>
        </w:tc>
      </w:tr>
      <w:tr w:rsidR="004A2E0F" w:rsidRPr="00D308F8" w14:paraId="699D3566" w14:textId="77777777">
        <w:trPr>
          <w:cantSplit/>
          <w:jc w:val="center"/>
        </w:trPr>
        <w:tc>
          <w:tcPr>
            <w:tcW w:w="1984" w:type="dxa"/>
            <w:shd w:val="clear" w:color="auto" w:fill="FFFFFF"/>
            <w:tcMar>
              <w:top w:w="75" w:type="dxa"/>
              <w:left w:w="85" w:type="dxa"/>
              <w:bottom w:w="75" w:type="dxa"/>
              <w:right w:w="85" w:type="dxa"/>
            </w:tcMar>
            <w:vAlign w:val="center"/>
          </w:tcPr>
          <w:p w14:paraId="2B32908E" w14:textId="77777777" w:rsidR="004A2E0F" w:rsidRPr="00D308F8" w:rsidRDefault="00000000">
            <w:pPr>
              <w:spacing w:after="0" w:line="240" w:lineRule="auto"/>
              <w:rPr>
                <w:noProof/>
                <w:lang w:val="ro-RO"/>
              </w:rPr>
            </w:pPr>
            <w:r w:rsidRPr="00D308F8">
              <w:rPr>
                <w:noProof/>
                <w:sz w:val="16"/>
                <w:lang w:val="ro-RO"/>
              </w:rPr>
              <w:t>Proces / locație</w:t>
            </w:r>
          </w:p>
        </w:tc>
        <w:tc>
          <w:tcPr>
            <w:tcW w:w="3855" w:type="dxa"/>
            <w:shd w:val="clear" w:color="auto" w:fill="FFFFFF"/>
            <w:tcMar>
              <w:top w:w="75" w:type="dxa"/>
              <w:left w:w="85" w:type="dxa"/>
              <w:bottom w:w="75" w:type="dxa"/>
              <w:right w:w="85" w:type="dxa"/>
            </w:tcMar>
            <w:vAlign w:val="center"/>
          </w:tcPr>
          <w:p w14:paraId="4DE05DB8" w14:textId="77777777" w:rsidR="004A2E0F" w:rsidRPr="00D308F8" w:rsidRDefault="00000000">
            <w:pPr>
              <w:spacing w:after="0" w:line="240" w:lineRule="auto"/>
              <w:rPr>
                <w:noProof/>
                <w:lang w:val="ro-RO"/>
              </w:rPr>
            </w:pPr>
            <w:r w:rsidRPr="00D308F8">
              <w:rPr>
                <w:noProof/>
                <w:sz w:val="16"/>
                <w:lang w:val="ro-RO"/>
              </w:rPr>
              <w:t>________________________________</w:t>
            </w:r>
          </w:p>
        </w:tc>
        <w:tc>
          <w:tcPr>
            <w:tcW w:w="1587" w:type="dxa"/>
            <w:shd w:val="clear" w:color="auto" w:fill="FFFFFF"/>
            <w:tcMar>
              <w:top w:w="75" w:type="dxa"/>
              <w:left w:w="85" w:type="dxa"/>
              <w:bottom w:w="75" w:type="dxa"/>
              <w:right w:w="85" w:type="dxa"/>
            </w:tcMar>
            <w:vAlign w:val="center"/>
          </w:tcPr>
          <w:p w14:paraId="33783649" w14:textId="77777777" w:rsidR="004A2E0F" w:rsidRPr="00D308F8" w:rsidRDefault="00000000">
            <w:pPr>
              <w:spacing w:after="0" w:line="240" w:lineRule="auto"/>
              <w:rPr>
                <w:noProof/>
                <w:lang w:val="ro-RO"/>
              </w:rPr>
            </w:pPr>
            <w:r w:rsidRPr="00D308F8">
              <w:rPr>
                <w:noProof/>
                <w:sz w:val="16"/>
                <w:lang w:val="ro-RO"/>
              </w:rPr>
              <w:t>Responsabil</w:t>
            </w:r>
          </w:p>
        </w:tc>
        <w:tc>
          <w:tcPr>
            <w:tcW w:w="2494" w:type="dxa"/>
            <w:shd w:val="clear" w:color="auto" w:fill="FFFFFF"/>
            <w:tcMar>
              <w:top w:w="75" w:type="dxa"/>
              <w:left w:w="85" w:type="dxa"/>
              <w:bottom w:w="75" w:type="dxa"/>
              <w:right w:w="85" w:type="dxa"/>
            </w:tcMar>
            <w:vAlign w:val="center"/>
          </w:tcPr>
          <w:p w14:paraId="25C74B37" w14:textId="77777777" w:rsidR="004A2E0F" w:rsidRPr="00D308F8" w:rsidRDefault="00000000">
            <w:pPr>
              <w:spacing w:after="0" w:line="240" w:lineRule="auto"/>
              <w:rPr>
                <w:noProof/>
                <w:lang w:val="ro-RO"/>
              </w:rPr>
            </w:pPr>
            <w:r w:rsidRPr="00D308F8">
              <w:rPr>
                <w:noProof/>
                <w:sz w:val="16"/>
                <w:lang w:val="ro-RO"/>
              </w:rPr>
              <w:t>_____________________</w:t>
            </w:r>
          </w:p>
        </w:tc>
      </w:tr>
      <w:tr w:rsidR="004A2E0F" w:rsidRPr="00D308F8" w14:paraId="625AFD38" w14:textId="77777777">
        <w:trPr>
          <w:cantSplit/>
          <w:jc w:val="center"/>
        </w:trPr>
        <w:tc>
          <w:tcPr>
            <w:tcW w:w="1984" w:type="dxa"/>
            <w:shd w:val="clear" w:color="auto" w:fill="FAFAFA"/>
            <w:tcMar>
              <w:top w:w="75" w:type="dxa"/>
              <w:left w:w="85" w:type="dxa"/>
              <w:bottom w:w="75" w:type="dxa"/>
              <w:right w:w="85" w:type="dxa"/>
            </w:tcMar>
            <w:vAlign w:val="center"/>
          </w:tcPr>
          <w:p w14:paraId="4F1681A4" w14:textId="77777777" w:rsidR="004A2E0F" w:rsidRPr="00D308F8" w:rsidRDefault="00000000">
            <w:pPr>
              <w:spacing w:after="0" w:line="240" w:lineRule="auto"/>
              <w:rPr>
                <w:noProof/>
                <w:lang w:val="ro-RO"/>
              </w:rPr>
            </w:pPr>
            <w:r w:rsidRPr="00D308F8">
              <w:rPr>
                <w:noProof/>
                <w:sz w:val="16"/>
                <w:lang w:val="ro-RO"/>
              </w:rPr>
              <w:t>Legătura cu politica</w:t>
            </w:r>
          </w:p>
        </w:tc>
        <w:tc>
          <w:tcPr>
            <w:tcW w:w="3855" w:type="dxa"/>
            <w:shd w:val="clear" w:color="auto" w:fill="FAFAFA"/>
            <w:tcMar>
              <w:top w:w="75" w:type="dxa"/>
              <w:left w:w="85" w:type="dxa"/>
              <w:bottom w:w="75" w:type="dxa"/>
              <w:right w:w="85" w:type="dxa"/>
            </w:tcMar>
            <w:vAlign w:val="center"/>
          </w:tcPr>
          <w:p w14:paraId="2D784686" w14:textId="77777777" w:rsidR="004A2E0F" w:rsidRPr="00D308F8" w:rsidRDefault="00000000">
            <w:pPr>
              <w:spacing w:after="0" w:line="240" w:lineRule="auto"/>
              <w:rPr>
                <w:noProof/>
                <w:lang w:val="ro-RO"/>
              </w:rPr>
            </w:pPr>
            <w:r w:rsidRPr="00D308F8">
              <w:rPr>
                <w:noProof/>
                <w:sz w:val="16"/>
                <w:lang w:val="ro-RO"/>
              </w:rPr>
              <w:t>________________________________</w:t>
            </w:r>
          </w:p>
        </w:tc>
        <w:tc>
          <w:tcPr>
            <w:tcW w:w="1587" w:type="dxa"/>
            <w:shd w:val="clear" w:color="auto" w:fill="FAFAFA"/>
            <w:tcMar>
              <w:top w:w="75" w:type="dxa"/>
              <w:left w:w="85" w:type="dxa"/>
              <w:bottom w:w="75" w:type="dxa"/>
              <w:right w:w="85" w:type="dxa"/>
            </w:tcMar>
            <w:vAlign w:val="center"/>
          </w:tcPr>
          <w:p w14:paraId="7A364344" w14:textId="77777777" w:rsidR="004A2E0F" w:rsidRPr="00D308F8" w:rsidRDefault="00000000">
            <w:pPr>
              <w:spacing w:after="0" w:line="240" w:lineRule="auto"/>
              <w:rPr>
                <w:noProof/>
                <w:lang w:val="ro-RO"/>
              </w:rPr>
            </w:pPr>
            <w:r w:rsidRPr="00D308F8">
              <w:rPr>
                <w:noProof/>
                <w:sz w:val="16"/>
                <w:lang w:val="ro-RO"/>
              </w:rPr>
              <w:t>Aprobat de</w:t>
            </w:r>
          </w:p>
        </w:tc>
        <w:tc>
          <w:tcPr>
            <w:tcW w:w="2494" w:type="dxa"/>
            <w:shd w:val="clear" w:color="auto" w:fill="FAFAFA"/>
            <w:tcMar>
              <w:top w:w="75" w:type="dxa"/>
              <w:left w:w="85" w:type="dxa"/>
              <w:bottom w:w="75" w:type="dxa"/>
              <w:right w:w="85" w:type="dxa"/>
            </w:tcMar>
            <w:vAlign w:val="center"/>
          </w:tcPr>
          <w:p w14:paraId="0EBF7793" w14:textId="77777777" w:rsidR="004A2E0F" w:rsidRPr="00D308F8" w:rsidRDefault="00000000">
            <w:pPr>
              <w:spacing w:after="0" w:line="240" w:lineRule="auto"/>
              <w:rPr>
                <w:noProof/>
                <w:lang w:val="ro-RO"/>
              </w:rPr>
            </w:pPr>
            <w:r w:rsidRPr="00D308F8">
              <w:rPr>
                <w:noProof/>
                <w:sz w:val="16"/>
                <w:lang w:val="ro-RO"/>
              </w:rPr>
              <w:t>_____________________</w:t>
            </w:r>
          </w:p>
        </w:tc>
      </w:tr>
    </w:tbl>
    <w:p w14:paraId="57B13DBC" w14:textId="77777777" w:rsidR="004A2E0F" w:rsidRPr="00D308F8" w:rsidRDefault="004A2E0F">
      <w:pPr>
        <w:spacing w:after="20"/>
        <w:rPr>
          <w:noProof/>
          <w:lang w:val="ro-RO"/>
        </w:rPr>
      </w:pPr>
    </w:p>
    <w:p w14:paraId="459A40D2" w14:textId="77777777" w:rsidR="004A2E0F" w:rsidRPr="00D308F8" w:rsidRDefault="00000000">
      <w:pPr>
        <w:pStyle w:val="Heading2"/>
        <w:rPr>
          <w:noProof/>
          <w:lang w:val="ro-RO"/>
        </w:rPr>
      </w:pPr>
      <w:r w:rsidRPr="00D308F8">
        <w:rPr>
          <w:noProof/>
          <w:lang w:val="ro-RO"/>
        </w:rPr>
        <w:t>A. Formularea și justificarea</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3118"/>
        <w:gridCol w:w="6803"/>
      </w:tblGrid>
      <w:tr w:rsidR="004A2E0F" w:rsidRPr="00D308F8" w14:paraId="2F366F23" w14:textId="77777777">
        <w:trPr>
          <w:tblHeader/>
          <w:jc w:val="center"/>
        </w:trPr>
        <w:tc>
          <w:tcPr>
            <w:tcW w:w="3118" w:type="dxa"/>
            <w:shd w:val="clear" w:color="auto" w:fill="D71920"/>
            <w:tcMar>
              <w:top w:w="75" w:type="dxa"/>
              <w:left w:w="85" w:type="dxa"/>
              <w:bottom w:w="75" w:type="dxa"/>
              <w:right w:w="85" w:type="dxa"/>
            </w:tcMar>
            <w:vAlign w:val="center"/>
          </w:tcPr>
          <w:p w14:paraId="49B584DE" w14:textId="77777777" w:rsidR="004A2E0F" w:rsidRPr="00D308F8" w:rsidRDefault="00000000">
            <w:pPr>
              <w:spacing w:after="0" w:line="240" w:lineRule="auto"/>
              <w:jc w:val="center"/>
              <w:rPr>
                <w:noProof/>
                <w:lang w:val="ro-RO"/>
              </w:rPr>
            </w:pPr>
            <w:r w:rsidRPr="00D308F8">
              <w:rPr>
                <w:b/>
                <w:noProof/>
                <w:color w:val="FFFFFF"/>
                <w:sz w:val="15"/>
                <w:lang w:val="ro-RO"/>
              </w:rPr>
              <w:t>ELEMENT</w:t>
            </w:r>
          </w:p>
        </w:tc>
        <w:tc>
          <w:tcPr>
            <w:tcW w:w="6803" w:type="dxa"/>
            <w:shd w:val="clear" w:color="auto" w:fill="D71920"/>
            <w:tcMar>
              <w:top w:w="75" w:type="dxa"/>
              <w:left w:w="85" w:type="dxa"/>
              <w:bottom w:w="75" w:type="dxa"/>
              <w:right w:w="85" w:type="dxa"/>
            </w:tcMar>
            <w:vAlign w:val="center"/>
          </w:tcPr>
          <w:p w14:paraId="53B7048D" w14:textId="77777777" w:rsidR="004A2E0F" w:rsidRPr="00D308F8" w:rsidRDefault="00000000">
            <w:pPr>
              <w:spacing w:after="0" w:line="240" w:lineRule="auto"/>
              <w:jc w:val="center"/>
              <w:rPr>
                <w:noProof/>
                <w:lang w:val="ro-RO"/>
              </w:rPr>
            </w:pPr>
            <w:r w:rsidRPr="00D308F8">
              <w:rPr>
                <w:b/>
                <w:noProof/>
                <w:color w:val="FFFFFF"/>
                <w:sz w:val="15"/>
                <w:lang w:val="ro-RO"/>
              </w:rPr>
              <w:t>COMPLETARE</w:t>
            </w:r>
          </w:p>
        </w:tc>
      </w:tr>
      <w:tr w:rsidR="004A2E0F" w:rsidRPr="00D308F8" w14:paraId="167E371E" w14:textId="77777777">
        <w:trPr>
          <w:cantSplit/>
          <w:jc w:val="center"/>
        </w:trPr>
        <w:tc>
          <w:tcPr>
            <w:tcW w:w="3118" w:type="dxa"/>
            <w:shd w:val="clear" w:color="auto" w:fill="FFFFFF"/>
            <w:tcMar>
              <w:top w:w="75" w:type="dxa"/>
              <w:left w:w="85" w:type="dxa"/>
              <w:bottom w:w="75" w:type="dxa"/>
              <w:right w:w="85" w:type="dxa"/>
            </w:tcMar>
            <w:vAlign w:val="center"/>
          </w:tcPr>
          <w:p w14:paraId="56526A5B" w14:textId="77777777" w:rsidR="004A2E0F" w:rsidRPr="00D308F8" w:rsidRDefault="00000000">
            <w:pPr>
              <w:spacing w:after="0" w:line="240" w:lineRule="auto"/>
              <w:rPr>
                <w:noProof/>
                <w:lang w:val="ro-RO"/>
              </w:rPr>
            </w:pPr>
            <w:r w:rsidRPr="00D308F8">
              <w:rPr>
                <w:noProof/>
                <w:sz w:val="15"/>
                <w:lang w:val="ro-RO"/>
              </w:rPr>
              <w:t>Obiectiv formulat complet</w:t>
            </w:r>
          </w:p>
        </w:tc>
        <w:tc>
          <w:tcPr>
            <w:tcW w:w="6803" w:type="dxa"/>
            <w:shd w:val="clear" w:color="auto" w:fill="FFFFFF"/>
            <w:tcMar>
              <w:top w:w="75" w:type="dxa"/>
              <w:left w:w="85" w:type="dxa"/>
              <w:bottom w:w="75" w:type="dxa"/>
              <w:right w:w="85" w:type="dxa"/>
            </w:tcMar>
            <w:vAlign w:val="center"/>
          </w:tcPr>
          <w:p w14:paraId="32C6FA54" w14:textId="77777777" w:rsidR="004A2E0F" w:rsidRPr="00D308F8" w:rsidRDefault="00000000">
            <w:pPr>
              <w:spacing w:after="0" w:line="240" w:lineRule="auto"/>
              <w:rPr>
                <w:noProof/>
                <w:lang w:val="ro-RO"/>
              </w:rPr>
            </w:pPr>
            <w:r w:rsidRPr="00D308F8">
              <w:rPr>
                <w:noProof/>
                <w:sz w:val="15"/>
                <w:lang w:val="ro-RO"/>
              </w:rPr>
              <w:t>________________________________________________________________________________</w:t>
            </w:r>
            <w:r w:rsidRPr="00D308F8">
              <w:rPr>
                <w:noProof/>
                <w:sz w:val="15"/>
                <w:lang w:val="ro-RO"/>
              </w:rPr>
              <w:br/>
              <w:t>________________________________________________________________________________</w:t>
            </w:r>
          </w:p>
        </w:tc>
      </w:tr>
      <w:tr w:rsidR="004A2E0F" w:rsidRPr="00D308F8" w14:paraId="70C5A0F6" w14:textId="77777777">
        <w:trPr>
          <w:cantSplit/>
          <w:jc w:val="center"/>
        </w:trPr>
        <w:tc>
          <w:tcPr>
            <w:tcW w:w="3118" w:type="dxa"/>
            <w:shd w:val="clear" w:color="auto" w:fill="FAFAFA"/>
            <w:tcMar>
              <w:top w:w="75" w:type="dxa"/>
              <w:left w:w="85" w:type="dxa"/>
              <w:bottom w:w="75" w:type="dxa"/>
              <w:right w:w="85" w:type="dxa"/>
            </w:tcMar>
            <w:vAlign w:val="center"/>
          </w:tcPr>
          <w:p w14:paraId="03154222" w14:textId="77777777" w:rsidR="004A2E0F" w:rsidRPr="00D308F8" w:rsidRDefault="00000000">
            <w:pPr>
              <w:spacing w:after="0" w:line="240" w:lineRule="auto"/>
              <w:rPr>
                <w:noProof/>
                <w:lang w:val="ro-RO"/>
              </w:rPr>
            </w:pPr>
            <w:r w:rsidRPr="00D308F8">
              <w:rPr>
                <w:noProof/>
                <w:sz w:val="15"/>
                <w:lang w:val="ro-RO"/>
              </w:rPr>
              <w:t>Produs / proces / problemă și justificare</w:t>
            </w:r>
          </w:p>
        </w:tc>
        <w:tc>
          <w:tcPr>
            <w:tcW w:w="6803" w:type="dxa"/>
            <w:shd w:val="clear" w:color="auto" w:fill="FAFAFA"/>
            <w:tcMar>
              <w:top w:w="75" w:type="dxa"/>
              <w:left w:w="85" w:type="dxa"/>
              <w:bottom w:w="75" w:type="dxa"/>
              <w:right w:w="85" w:type="dxa"/>
            </w:tcMar>
            <w:vAlign w:val="center"/>
          </w:tcPr>
          <w:p w14:paraId="6196C9B9" w14:textId="77777777" w:rsidR="004A2E0F" w:rsidRPr="00D308F8" w:rsidRDefault="00000000">
            <w:pPr>
              <w:spacing w:after="0" w:line="240" w:lineRule="auto"/>
              <w:rPr>
                <w:noProof/>
                <w:lang w:val="ro-RO"/>
              </w:rPr>
            </w:pPr>
            <w:r w:rsidRPr="00D308F8">
              <w:rPr>
                <w:noProof/>
                <w:sz w:val="15"/>
                <w:lang w:val="ro-RO"/>
              </w:rPr>
              <w:t>________________________________________________________________________________</w:t>
            </w:r>
            <w:r w:rsidRPr="00D308F8">
              <w:rPr>
                <w:noProof/>
                <w:sz w:val="15"/>
                <w:lang w:val="ro-RO"/>
              </w:rPr>
              <w:br/>
              <w:t>________________________________________________________________________________</w:t>
            </w:r>
          </w:p>
        </w:tc>
      </w:tr>
      <w:tr w:rsidR="004A2E0F" w:rsidRPr="00D308F8" w14:paraId="11A0D867" w14:textId="77777777">
        <w:trPr>
          <w:cantSplit/>
          <w:jc w:val="center"/>
        </w:trPr>
        <w:tc>
          <w:tcPr>
            <w:tcW w:w="3118" w:type="dxa"/>
            <w:shd w:val="clear" w:color="auto" w:fill="FFFFFF"/>
            <w:tcMar>
              <w:top w:w="75" w:type="dxa"/>
              <w:left w:w="85" w:type="dxa"/>
              <w:bottom w:w="75" w:type="dxa"/>
              <w:right w:w="85" w:type="dxa"/>
            </w:tcMar>
            <w:vAlign w:val="center"/>
          </w:tcPr>
          <w:p w14:paraId="68BCFDA4" w14:textId="77777777" w:rsidR="004A2E0F" w:rsidRPr="00D308F8" w:rsidRDefault="00000000">
            <w:pPr>
              <w:spacing w:after="0" w:line="240" w:lineRule="auto"/>
              <w:rPr>
                <w:noProof/>
                <w:lang w:val="ro-RO"/>
              </w:rPr>
            </w:pPr>
            <w:r w:rsidRPr="00D308F8">
              <w:rPr>
                <w:noProof/>
                <w:sz w:val="15"/>
                <w:lang w:val="ro-RO"/>
              </w:rPr>
              <w:t>Cerințe de reglementare și piețe</w:t>
            </w:r>
          </w:p>
        </w:tc>
        <w:tc>
          <w:tcPr>
            <w:tcW w:w="6803" w:type="dxa"/>
            <w:shd w:val="clear" w:color="auto" w:fill="FFFFFF"/>
            <w:tcMar>
              <w:top w:w="75" w:type="dxa"/>
              <w:left w:w="85" w:type="dxa"/>
              <w:bottom w:w="75" w:type="dxa"/>
              <w:right w:w="85" w:type="dxa"/>
            </w:tcMar>
            <w:vAlign w:val="center"/>
          </w:tcPr>
          <w:p w14:paraId="355B7B95" w14:textId="77777777" w:rsidR="004A2E0F" w:rsidRPr="00D308F8" w:rsidRDefault="00000000">
            <w:pPr>
              <w:spacing w:after="0" w:line="240" w:lineRule="auto"/>
              <w:rPr>
                <w:noProof/>
                <w:lang w:val="ro-RO"/>
              </w:rPr>
            </w:pPr>
            <w:r w:rsidRPr="00D308F8">
              <w:rPr>
                <w:noProof/>
                <w:sz w:val="15"/>
                <w:lang w:val="ro-RO"/>
              </w:rPr>
              <w:t>________________________________________________________________________________</w:t>
            </w:r>
            <w:r w:rsidRPr="00D308F8">
              <w:rPr>
                <w:noProof/>
                <w:sz w:val="15"/>
                <w:lang w:val="ro-RO"/>
              </w:rPr>
              <w:br/>
              <w:t>________________________________________________________________________________</w:t>
            </w:r>
          </w:p>
        </w:tc>
      </w:tr>
      <w:tr w:rsidR="004A2E0F" w:rsidRPr="00D308F8" w14:paraId="522C3013" w14:textId="77777777">
        <w:trPr>
          <w:cantSplit/>
          <w:jc w:val="center"/>
        </w:trPr>
        <w:tc>
          <w:tcPr>
            <w:tcW w:w="3118" w:type="dxa"/>
            <w:shd w:val="clear" w:color="auto" w:fill="FAFAFA"/>
            <w:tcMar>
              <w:top w:w="75" w:type="dxa"/>
              <w:left w:w="85" w:type="dxa"/>
              <w:bottom w:w="75" w:type="dxa"/>
              <w:right w:w="85" w:type="dxa"/>
            </w:tcMar>
            <w:vAlign w:val="center"/>
          </w:tcPr>
          <w:p w14:paraId="629A8FA7" w14:textId="77777777" w:rsidR="004A2E0F" w:rsidRPr="00D308F8" w:rsidRDefault="00000000">
            <w:pPr>
              <w:spacing w:after="0" w:line="240" w:lineRule="auto"/>
              <w:rPr>
                <w:noProof/>
                <w:lang w:val="ro-RO"/>
              </w:rPr>
            </w:pPr>
            <w:r w:rsidRPr="00D308F8">
              <w:rPr>
                <w:noProof/>
                <w:sz w:val="15"/>
                <w:lang w:val="ro-RO"/>
              </w:rPr>
              <w:t>Pericol, risc și control asociat</w:t>
            </w:r>
          </w:p>
        </w:tc>
        <w:tc>
          <w:tcPr>
            <w:tcW w:w="6803" w:type="dxa"/>
            <w:shd w:val="clear" w:color="auto" w:fill="FAFAFA"/>
            <w:tcMar>
              <w:top w:w="75" w:type="dxa"/>
              <w:left w:w="85" w:type="dxa"/>
              <w:bottom w:w="75" w:type="dxa"/>
              <w:right w:w="85" w:type="dxa"/>
            </w:tcMar>
            <w:vAlign w:val="center"/>
          </w:tcPr>
          <w:p w14:paraId="5E85E843" w14:textId="77777777" w:rsidR="004A2E0F" w:rsidRPr="00D308F8" w:rsidRDefault="00000000">
            <w:pPr>
              <w:spacing w:after="0" w:line="240" w:lineRule="auto"/>
              <w:rPr>
                <w:noProof/>
                <w:lang w:val="ro-RO"/>
              </w:rPr>
            </w:pPr>
            <w:r w:rsidRPr="00D308F8">
              <w:rPr>
                <w:noProof/>
                <w:sz w:val="15"/>
                <w:lang w:val="ro-RO"/>
              </w:rPr>
              <w:t>________________________________________________________________________________</w:t>
            </w:r>
            <w:r w:rsidRPr="00D308F8">
              <w:rPr>
                <w:noProof/>
                <w:sz w:val="15"/>
                <w:lang w:val="ro-RO"/>
              </w:rPr>
              <w:br/>
              <w:t>________________________________________________________________________________</w:t>
            </w:r>
          </w:p>
        </w:tc>
      </w:tr>
      <w:tr w:rsidR="004A2E0F" w:rsidRPr="00D308F8" w14:paraId="30F8530B" w14:textId="77777777">
        <w:trPr>
          <w:cantSplit/>
          <w:jc w:val="center"/>
        </w:trPr>
        <w:tc>
          <w:tcPr>
            <w:tcW w:w="3118" w:type="dxa"/>
            <w:shd w:val="clear" w:color="auto" w:fill="FFFFFF"/>
            <w:tcMar>
              <w:top w:w="75" w:type="dxa"/>
              <w:left w:w="85" w:type="dxa"/>
              <w:bottom w:w="75" w:type="dxa"/>
              <w:right w:w="85" w:type="dxa"/>
            </w:tcMar>
            <w:vAlign w:val="center"/>
          </w:tcPr>
          <w:p w14:paraId="043D2BA9" w14:textId="77777777" w:rsidR="004A2E0F" w:rsidRPr="00D308F8" w:rsidRDefault="00000000">
            <w:pPr>
              <w:spacing w:after="0" w:line="240" w:lineRule="auto"/>
              <w:rPr>
                <w:noProof/>
                <w:lang w:val="ro-RO"/>
              </w:rPr>
            </w:pPr>
            <w:r w:rsidRPr="00D308F8">
              <w:rPr>
                <w:noProof/>
                <w:sz w:val="15"/>
                <w:lang w:val="ro-RO"/>
              </w:rPr>
              <w:t>Date de producție / post-producție</w:t>
            </w:r>
          </w:p>
        </w:tc>
        <w:tc>
          <w:tcPr>
            <w:tcW w:w="6803" w:type="dxa"/>
            <w:shd w:val="clear" w:color="auto" w:fill="FFFFFF"/>
            <w:tcMar>
              <w:top w:w="75" w:type="dxa"/>
              <w:left w:w="85" w:type="dxa"/>
              <w:bottom w:w="75" w:type="dxa"/>
              <w:right w:w="85" w:type="dxa"/>
            </w:tcMar>
            <w:vAlign w:val="center"/>
          </w:tcPr>
          <w:p w14:paraId="39C0B54E" w14:textId="77777777" w:rsidR="004A2E0F" w:rsidRPr="00D308F8" w:rsidRDefault="00000000">
            <w:pPr>
              <w:spacing w:after="0" w:line="240" w:lineRule="auto"/>
              <w:rPr>
                <w:noProof/>
                <w:lang w:val="ro-RO"/>
              </w:rPr>
            </w:pPr>
            <w:r w:rsidRPr="00D308F8">
              <w:rPr>
                <w:noProof/>
                <w:sz w:val="15"/>
                <w:lang w:val="ro-RO"/>
              </w:rPr>
              <w:t>________________________________________________________________________________</w:t>
            </w:r>
            <w:r w:rsidRPr="00D308F8">
              <w:rPr>
                <w:noProof/>
                <w:sz w:val="15"/>
                <w:lang w:val="ro-RO"/>
              </w:rPr>
              <w:br/>
              <w:t>________________________________________________________________________________</w:t>
            </w:r>
          </w:p>
        </w:tc>
      </w:tr>
      <w:tr w:rsidR="004A2E0F" w:rsidRPr="00D308F8" w14:paraId="3225C0C5" w14:textId="77777777">
        <w:trPr>
          <w:cantSplit/>
          <w:jc w:val="center"/>
        </w:trPr>
        <w:tc>
          <w:tcPr>
            <w:tcW w:w="3118" w:type="dxa"/>
            <w:shd w:val="clear" w:color="auto" w:fill="FAFAFA"/>
            <w:tcMar>
              <w:top w:w="75" w:type="dxa"/>
              <w:left w:w="85" w:type="dxa"/>
              <w:bottom w:w="75" w:type="dxa"/>
              <w:right w:w="85" w:type="dxa"/>
            </w:tcMar>
            <w:vAlign w:val="center"/>
          </w:tcPr>
          <w:p w14:paraId="4196A171" w14:textId="77777777" w:rsidR="004A2E0F" w:rsidRPr="00D308F8" w:rsidRDefault="00000000">
            <w:pPr>
              <w:spacing w:after="0" w:line="240" w:lineRule="auto"/>
              <w:rPr>
                <w:noProof/>
                <w:lang w:val="ro-RO"/>
              </w:rPr>
            </w:pPr>
            <w:r w:rsidRPr="00D308F8">
              <w:rPr>
                <w:noProof/>
                <w:sz w:val="15"/>
                <w:lang w:val="ro-RO"/>
              </w:rPr>
              <w:t>Controale existente și limitele lor</w:t>
            </w:r>
          </w:p>
        </w:tc>
        <w:tc>
          <w:tcPr>
            <w:tcW w:w="6803" w:type="dxa"/>
            <w:shd w:val="clear" w:color="auto" w:fill="FAFAFA"/>
            <w:tcMar>
              <w:top w:w="75" w:type="dxa"/>
              <w:left w:w="85" w:type="dxa"/>
              <w:bottom w:w="75" w:type="dxa"/>
              <w:right w:w="85" w:type="dxa"/>
            </w:tcMar>
            <w:vAlign w:val="center"/>
          </w:tcPr>
          <w:p w14:paraId="4ABC3ABA" w14:textId="77777777" w:rsidR="004A2E0F" w:rsidRPr="00D308F8" w:rsidRDefault="00000000">
            <w:pPr>
              <w:spacing w:after="0" w:line="240" w:lineRule="auto"/>
              <w:rPr>
                <w:noProof/>
                <w:lang w:val="ro-RO"/>
              </w:rPr>
            </w:pPr>
            <w:r w:rsidRPr="00D308F8">
              <w:rPr>
                <w:noProof/>
                <w:sz w:val="15"/>
                <w:lang w:val="ro-RO"/>
              </w:rPr>
              <w:t>________________________________________________________________________________</w:t>
            </w:r>
            <w:r w:rsidRPr="00D308F8">
              <w:rPr>
                <w:noProof/>
                <w:sz w:val="15"/>
                <w:lang w:val="ro-RO"/>
              </w:rPr>
              <w:br/>
              <w:t>________________________________________________________________________________</w:t>
            </w:r>
          </w:p>
        </w:tc>
      </w:tr>
      <w:tr w:rsidR="004A2E0F" w:rsidRPr="00D308F8" w14:paraId="170ABFF0" w14:textId="77777777">
        <w:trPr>
          <w:cantSplit/>
          <w:jc w:val="center"/>
        </w:trPr>
        <w:tc>
          <w:tcPr>
            <w:tcW w:w="3118" w:type="dxa"/>
            <w:shd w:val="clear" w:color="auto" w:fill="FFFFFF"/>
            <w:tcMar>
              <w:top w:w="75" w:type="dxa"/>
              <w:left w:w="85" w:type="dxa"/>
              <w:bottom w:w="75" w:type="dxa"/>
              <w:right w:w="85" w:type="dxa"/>
            </w:tcMar>
            <w:vAlign w:val="center"/>
          </w:tcPr>
          <w:p w14:paraId="6D611F2E" w14:textId="77777777" w:rsidR="004A2E0F" w:rsidRPr="00D308F8" w:rsidRDefault="00000000">
            <w:pPr>
              <w:spacing w:after="0" w:line="240" w:lineRule="auto"/>
              <w:rPr>
                <w:noProof/>
                <w:lang w:val="ro-RO"/>
              </w:rPr>
            </w:pPr>
            <w:r w:rsidRPr="00D308F8">
              <w:rPr>
                <w:noProof/>
                <w:sz w:val="15"/>
                <w:lang w:val="ro-RO"/>
              </w:rPr>
              <w:t>Riscul dacă obiectivul nu este atins</w:t>
            </w:r>
          </w:p>
        </w:tc>
        <w:tc>
          <w:tcPr>
            <w:tcW w:w="6803" w:type="dxa"/>
            <w:shd w:val="clear" w:color="auto" w:fill="FFFFFF"/>
            <w:tcMar>
              <w:top w:w="75" w:type="dxa"/>
              <w:left w:w="85" w:type="dxa"/>
              <w:bottom w:w="75" w:type="dxa"/>
              <w:right w:w="85" w:type="dxa"/>
            </w:tcMar>
            <w:vAlign w:val="center"/>
          </w:tcPr>
          <w:p w14:paraId="41F60AD7" w14:textId="77777777" w:rsidR="004A2E0F" w:rsidRPr="00D308F8" w:rsidRDefault="00000000">
            <w:pPr>
              <w:spacing w:after="0" w:line="240" w:lineRule="auto"/>
              <w:rPr>
                <w:noProof/>
                <w:lang w:val="ro-RO"/>
              </w:rPr>
            </w:pPr>
            <w:r w:rsidRPr="00D308F8">
              <w:rPr>
                <w:noProof/>
                <w:sz w:val="15"/>
                <w:lang w:val="ro-RO"/>
              </w:rPr>
              <w:t>________________________________________________________________________________</w:t>
            </w:r>
            <w:r w:rsidRPr="00D308F8">
              <w:rPr>
                <w:noProof/>
                <w:sz w:val="15"/>
                <w:lang w:val="ro-RO"/>
              </w:rPr>
              <w:br/>
              <w:t>________________________________________________________________________________</w:t>
            </w:r>
          </w:p>
        </w:tc>
      </w:tr>
      <w:tr w:rsidR="004A2E0F" w:rsidRPr="00D308F8" w14:paraId="5E1FEFC5" w14:textId="77777777">
        <w:trPr>
          <w:cantSplit/>
          <w:jc w:val="center"/>
        </w:trPr>
        <w:tc>
          <w:tcPr>
            <w:tcW w:w="3118" w:type="dxa"/>
            <w:shd w:val="clear" w:color="auto" w:fill="FAFAFA"/>
            <w:tcMar>
              <w:top w:w="75" w:type="dxa"/>
              <w:left w:w="85" w:type="dxa"/>
              <w:bottom w:w="75" w:type="dxa"/>
              <w:right w:w="85" w:type="dxa"/>
            </w:tcMar>
            <w:vAlign w:val="center"/>
          </w:tcPr>
          <w:p w14:paraId="127207E6" w14:textId="77777777" w:rsidR="004A2E0F" w:rsidRPr="00D308F8" w:rsidRDefault="00000000">
            <w:pPr>
              <w:spacing w:after="0" w:line="240" w:lineRule="auto"/>
              <w:rPr>
                <w:noProof/>
                <w:lang w:val="ro-RO"/>
              </w:rPr>
            </w:pPr>
            <w:r w:rsidRPr="00D308F8">
              <w:rPr>
                <w:noProof/>
                <w:sz w:val="15"/>
                <w:lang w:val="ro-RO"/>
              </w:rPr>
              <w:t>Schimbări, validări și riscuri transferate</w:t>
            </w:r>
          </w:p>
        </w:tc>
        <w:tc>
          <w:tcPr>
            <w:tcW w:w="6803" w:type="dxa"/>
            <w:shd w:val="clear" w:color="auto" w:fill="FAFAFA"/>
            <w:tcMar>
              <w:top w:w="75" w:type="dxa"/>
              <w:left w:w="85" w:type="dxa"/>
              <w:bottom w:w="75" w:type="dxa"/>
              <w:right w:w="85" w:type="dxa"/>
            </w:tcMar>
            <w:vAlign w:val="center"/>
          </w:tcPr>
          <w:p w14:paraId="3BA5AE63" w14:textId="77777777" w:rsidR="004A2E0F" w:rsidRPr="00D308F8" w:rsidRDefault="00000000">
            <w:pPr>
              <w:spacing w:after="0" w:line="240" w:lineRule="auto"/>
              <w:rPr>
                <w:noProof/>
                <w:lang w:val="ro-RO"/>
              </w:rPr>
            </w:pPr>
            <w:r w:rsidRPr="00D308F8">
              <w:rPr>
                <w:noProof/>
                <w:sz w:val="15"/>
                <w:lang w:val="ro-RO"/>
              </w:rPr>
              <w:t>________________________________________________________________________________</w:t>
            </w:r>
            <w:r w:rsidRPr="00D308F8">
              <w:rPr>
                <w:noProof/>
                <w:sz w:val="15"/>
                <w:lang w:val="ro-RO"/>
              </w:rPr>
              <w:br/>
              <w:t>________________________________________________________________________________</w:t>
            </w:r>
          </w:p>
        </w:tc>
      </w:tr>
    </w:tbl>
    <w:p w14:paraId="0A3E3050" w14:textId="77777777" w:rsidR="004A2E0F" w:rsidRPr="00D308F8" w:rsidRDefault="004A2E0F">
      <w:pPr>
        <w:spacing w:after="20"/>
        <w:rPr>
          <w:noProof/>
          <w:lang w:val="ro-RO"/>
        </w:rPr>
      </w:pPr>
    </w:p>
    <w:p w14:paraId="0ED01514" w14:textId="77777777" w:rsidR="004A2E0F" w:rsidRPr="00D308F8" w:rsidRDefault="00000000">
      <w:pPr>
        <w:pStyle w:val="Heading2"/>
        <w:rPr>
          <w:noProof/>
          <w:lang w:val="ro-RO"/>
        </w:rPr>
      </w:pPr>
      <w:r w:rsidRPr="00D308F8">
        <w:rPr>
          <w:noProof/>
          <w:lang w:val="ro-RO"/>
        </w:rPr>
        <w:t>B. Indicator și criterii de evaluare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3118"/>
        <w:gridCol w:w="6803"/>
      </w:tblGrid>
      <w:tr w:rsidR="004A2E0F" w:rsidRPr="00D308F8" w14:paraId="0ACBBF47" w14:textId="77777777">
        <w:trPr>
          <w:tblHeader/>
          <w:jc w:val="center"/>
        </w:trPr>
        <w:tc>
          <w:tcPr>
            <w:tcW w:w="3118" w:type="dxa"/>
            <w:shd w:val="clear" w:color="auto" w:fill="D71920"/>
            <w:tcMar>
              <w:top w:w="75" w:type="dxa"/>
              <w:left w:w="85" w:type="dxa"/>
              <w:bottom w:w="75" w:type="dxa"/>
              <w:right w:w="85" w:type="dxa"/>
            </w:tcMar>
            <w:vAlign w:val="center"/>
          </w:tcPr>
          <w:p w14:paraId="5FC55397" w14:textId="77777777" w:rsidR="004A2E0F" w:rsidRPr="00D308F8" w:rsidRDefault="00000000">
            <w:pPr>
              <w:spacing w:after="0" w:line="240" w:lineRule="auto"/>
              <w:jc w:val="center"/>
              <w:rPr>
                <w:noProof/>
                <w:lang w:val="ro-RO"/>
              </w:rPr>
            </w:pPr>
            <w:r w:rsidRPr="00D308F8">
              <w:rPr>
                <w:b/>
                <w:noProof/>
                <w:color w:val="FFFFFF"/>
                <w:sz w:val="15"/>
                <w:lang w:val="ro-RO"/>
              </w:rPr>
              <w:t>ELEMENT</w:t>
            </w:r>
          </w:p>
        </w:tc>
        <w:tc>
          <w:tcPr>
            <w:tcW w:w="6803" w:type="dxa"/>
            <w:shd w:val="clear" w:color="auto" w:fill="D71920"/>
            <w:tcMar>
              <w:top w:w="75" w:type="dxa"/>
              <w:left w:w="85" w:type="dxa"/>
              <w:bottom w:w="75" w:type="dxa"/>
              <w:right w:w="85" w:type="dxa"/>
            </w:tcMar>
            <w:vAlign w:val="center"/>
          </w:tcPr>
          <w:p w14:paraId="3024B1F5" w14:textId="77777777" w:rsidR="004A2E0F" w:rsidRPr="00D308F8" w:rsidRDefault="00000000">
            <w:pPr>
              <w:spacing w:after="0" w:line="240" w:lineRule="auto"/>
              <w:jc w:val="center"/>
              <w:rPr>
                <w:noProof/>
                <w:lang w:val="ro-RO"/>
              </w:rPr>
            </w:pPr>
            <w:r w:rsidRPr="00D308F8">
              <w:rPr>
                <w:b/>
                <w:noProof/>
                <w:color w:val="FFFFFF"/>
                <w:sz w:val="15"/>
                <w:lang w:val="ro-RO"/>
              </w:rPr>
              <w:t>COMPLETARE</w:t>
            </w:r>
          </w:p>
        </w:tc>
      </w:tr>
      <w:tr w:rsidR="004A2E0F" w:rsidRPr="00D308F8" w14:paraId="08E17E18" w14:textId="77777777">
        <w:trPr>
          <w:cantSplit/>
          <w:jc w:val="center"/>
        </w:trPr>
        <w:tc>
          <w:tcPr>
            <w:tcW w:w="3118" w:type="dxa"/>
            <w:shd w:val="clear" w:color="auto" w:fill="FFFFFF"/>
            <w:tcMar>
              <w:top w:w="75" w:type="dxa"/>
              <w:left w:w="85" w:type="dxa"/>
              <w:bottom w:w="75" w:type="dxa"/>
              <w:right w:w="85" w:type="dxa"/>
            </w:tcMar>
            <w:vAlign w:val="center"/>
          </w:tcPr>
          <w:p w14:paraId="4575ADE8" w14:textId="77777777" w:rsidR="004A2E0F" w:rsidRPr="00D308F8" w:rsidRDefault="00000000">
            <w:pPr>
              <w:spacing w:after="0" w:line="240" w:lineRule="auto"/>
              <w:rPr>
                <w:noProof/>
                <w:lang w:val="ro-RO"/>
              </w:rPr>
            </w:pPr>
            <w:r w:rsidRPr="00D308F8">
              <w:rPr>
                <w:noProof/>
                <w:sz w:val="15"/>
                <w:lang w:val="ro-RO"/>
              </w:rPr>
              <w:t>Indicator de proces principal</w:t>
            </w:r>
          </w:p>
        </w:tc>
        <w:tc>
          <w:tcPr>
            <w:tcW w:w="6803" w:type="dxa"/>
            <w:shd w:val="clear" w:color="auto" w:fill="FFFFFF"/>
            <w:tcMar>
              <w:top w:w="75" w:type="dxa"/>
              <w:left w:w="85" w:type="dxa"/>
              <w:bottom w:w="75" w:type="dxa"/>
              <w:right w:w="85" w:type="dxa"/>
            </w:tcMar>
            <w:vAlign w:val="center"/>
          </w:tcPr>
          <w:p w14:paraId="4E9D7014" w14:textId="77777777" w:rsidR="004A2E0F" w:rsidRPr="00D308F8" w:rsidRDefault="004A2E0F">
            <w:pPr>
              <w:spacing w:after="0" w:line="240" w:lineRule="auto"/>
              <w:rPr>
                <w:noProof/>
                <w:lang w:val="ro-RO"/>
              </w:rPr>
            </w:pPr>
          </w:p>
        </w:tc>
      </w:tr>
      <w:tr w:rsidR="004A2E0F" w:rsidRPr="00D308F8" w14:paraId="1620F353" w14:textId="77777777">
        <w:trPr>
          <w:cantSplit/>
          <w:jc w:val="center"/>
        </w:trPr>
        <w:tc>
          <w:tcPr>
            <w:tcW w:w="3118" w:type="dxa"/>
            <w:shd w:val="clear" w:color="auto" w:fill="FAFAFA"/>
            <w:tcMar>
              <w:top w:w="75" w:type="dxa"/>
              <w:left w:w="85" w:type="dxa"/>
              <w:bottom w:w="75" w:type="dxa"/>
              <w:right w:w="85" w:type="dxa"/>
            </w:tcMar>
            <w:vAlign w:val="center"/>
          </w:tcPr>
          <w:p w14:paraId="4DAF157E" w14:textId="77777777" w:rsidR="004A2E0F" w:rsidRPr="00D308F8" w:rsidRDefault="00000000">
            <w:pPr>
              <w:spacing w:after="0" w:line="240" w:lineRule="auto"/>
              <w:rPr>
                <w:noProof/>
                <w:lang w:val="ro-RO"/>
              </w:rPr>
            </w:pPr>
            <w:r w:rsidRPr="00D308F8">
              <w:rPr>
                <w:noProof/>
                <w:sz w:val="15"/>
                <w:lang w:val="ro-RO"/>
              </w:rPr>
              <w:t>Indicator de produs / risc</w:t>
            </w:r>
          </w:p>
        </w:tc>
        <w:tc>
          <w:tcPr>
            <w:tcW w:w="6803" w:type="dxa"/>
            <w:shd w:val="clear" w:color="auto" w:fill="FAFAFA"/>
            <w:tcMar>
              <w:top w:w="75" w:type="dxa"/>
              <w:left w:w="85" w:type="dxa"/>
              <w:bottom w:w="75" w:type="dxa"/>
              <w:right w:w="85" w:type="dxa"/>
            </w:tcMar>
            <w:vAlign w:val="center"/>
          </w:tcPr>
          <w:p w14:paraId="50D85425" w14:textId="77777777" w:rsidR="004A2E0F" w:rsidRPr="00D308F8" w:rsidRDefault="004A2E0F">
            <w:pPr>
              <w:spacing w:after="0" w:line="240" w:lineRule="auto"/>
              <w:rPr>
                <w:noProof/>
                <w:lang w:val="ro-RO"/>
              </w:rPr>
            </w:pPr>
          </w:p>
        </w:tc>
      </w:tr>
      <w:tr w:rsidR="004A2E0F" w:rsidRPr="00D308F8" w14:paraId="5B5C052D" w14:textId="77777777">
        <w:trPr>
          <w:cantSplit/>
          <w:jc w:val="center"/>
        </w:trPr>
        <w:tc>
          <w:tcPr>
            <w:tcW w:w="3118" w:type="dxa"/>
            <w:shd w:val="clear" w:color="auto" w:fill="FFFFFF"/>
            <w:tcMar>
              <w:top w:w="75" w:type="dxa"/>
              <w:left w:w="85" w:type="dxa"/>
              <w:bottom w:w="75" w:type="dxa"/>
              <w:right w:w="85" w:type="dxa"/>
            </w:tcMar>
            <w:vAlign w:val="center"/>
          </w:tcPr>
          <w:p w14:paraId="09236F81" w14:textId="77777777" w:rsidR="004A2E0F" w:rsidRPr="00D308F8" w:rsidRDefault="00000000">
            <w:pPr>
              <w:spacing w:after="0" w:line="240" w:lineRule="auto"/>
              <w:rPr>
                <w:noProof/>
                <w:lang w:val="ro-RO"/>
              </w:rPr>
            </w:pPr>
            <w:r w:rsidRPr="00D308F8">
              <w:rPr>
                <w:noProof/>
                <w:sz w:val="15"/>
                <w:lang w:val="ro-RO"/>
              </w:rPr>
              <w:t>Definiție și formulă</w:t>
            </w:r>
          </w:p>
        </w:tc>
        <w:tc>
          <w:tcPr>
            <w:tcW w:w="6803" w:type="dxa"/>
            <w:shd w:val="clear" w:color="auto" w:fill="FFFFFF"/>
            <w:tcMar>
              <w:top w:w="75" w:type="dxa"/>
              <w:left w:w="85" w:type="dxa"/>
              <w:bottom w:w="75" w:type="dxa"/>
              <w:right w:w="85" w:type="dxa"/>
            </w:tcMar>
            <w:vAlign w:val="center"/>
          </w:tcPr>
          <w:p w14:paraId="2F794BC1" w14:textId="77777777" w:rsidR="004A2E0F" w:rsidRPr="00D308F8" w:rsidRDefault="004A2E0F">
            <w:pPr>
              <w:spacing w:after="0" w:line="240" w:lineRule="auto"/>
              <w:rPr>
                <w:noProof/>
                <w:lang w:val="ro-RO"/>
              </w:rPr>
            </w:pPr>
          </w:p>
        </w:tc>
      </w:tr>
      <w:tr w:rsidR="004A2E0F" w:rsidRPr="00D308F8" w14:paraId="11D8E4FA" w14:textId="77777777">
        <w:trPr>
          <w:cantSplit/>
          <w:jc w:val="center"/>
        </w:trPr>
        <w:tc>
          <w:tcPr>
            <w:tcW w:w="3118" w:type="dxa"/>
            <w:shd w:val="clear" w:color="auto" w:fill="FAFAFA"/>
            <w:tcMar>
              <w:top w:w="75" w:type="dxa"/>
              <w:left w:w="85" w:type="dxa"/>
              <w:bottom w:w="75" w:type="dxa"/>
              <w:right w:w="85" w:type="dxa"/>
            </w:tcMar>
            <w:vAlign w:val="center"/>
          </w:tcPr>
          <w:p w14:paraId="743F75EC" w14:textId="77777777" w:rsidR="004A2E0F" w:rsidRPr="00D308F8" w:rsidRDefault="00000000">
            <w:pPr>
              <w:spacing w:after="0" w:line="240" w:lineRule="auto"/>
              <w:rPr>
                <w:noProof/>
                <w:lang w:val="ro-RO"/>
              </w:rPr>
            </w:pPr>
            <w:r w:rsidRPr="00D308F8">
              <w:rPr>
                <w:noProof/>
                <w:sz w:val="15"/>
                <w:lang w:val="ro-RO"/>
              </w:rPr>
              <w:t>Dispozitive / loturi / piețe incluse</w:t>
            </w:r>
          </w:p>
        </w:tc>
        <w:tc>
          <w:tcPr>
            <w:tcW w:w="6803" w:type="dxa"/>
            <w:shd w:val="clear" w:color="auto" w:fill="FAFAFA"/>
            <w:tcMar>
              <w:top w:w="75" w:type="dxa"/>
              <w:left w:w="85" w:type="dxa"/>
              <w:bottom w:w="75" w:type="dxa"/>
              <w:right w:w="85" w:type="dxa"/>
            </w:tcMar>
            <w:vAlign w:val="center"/>
          </w:tcPr>
          <w:p w14:paraId="419BD220" w14:textId="77777777" w:rsidR="004A2E0F" w:rsidRPr="00D308F8" w:rsidRDefault="004A2E0F">
            <w:pPr>
              <w:spacing w:after="0" w:line="240" w:lineRule="auto"/>
              <w:rPr>
                <w:noProof/>
                <w:lang w:val="ro-RO"/>
              </w:rPr>
            </w:pPr>
          </w:p>
        </w:tc>
      </w:tr>
      <w:tr w:rsidR="004A2E0F" w:rsidRPr="00D308F8" w14:paraId="4FD80489" w14:textId="77777777">
        <w:trPr>
          <w:cantSplit/>
          <w:jc w:val="center"/>
        </w:trPr>
        <w:tc>
          <w:tcPr>
            <w:tcW w:w="3118" w:type="dxa"/>
            <w:shd w:val="clear" w:color="auto" w:fill="FFFFFF"/>
            <w:tcMar>
              <w:top w:w="75" w:type="dxa"/>
              <w:left w:w="85" w:type="dxa"/>
              <w:bottom w:w="75" w:type="dxa"/>
              <w:right w:w="85" w:type="dxa"/>
            </w:tcMar>
            <w:vAlign w:val="center"/>
          </w:tcPr>
          <w:p w14:paraId="48D50C02" w14:textId="77777777" w:rsidR="004A2E0F" w:rsidRPr="00D308F8" w:rsidRDefault="00000000">
            <w:pPr>
              <w:spacing w:after="0" w:line="240" w:lineRule="auto"/>
              <w:rPr>
                <w:noProof/>
                <w:lang w:val="ro-RO"/>
              </w:rPr>
            </w:pPr>
            <w:r w:rsidRPr="00D308F8">
              <w:rPr>
                <w:noProof/>
                <w:sz w:val="15"/>
                <w:lang w:val="ro-RO"/>
              </w:rPr>
              <w:t>Sursa datelor și integritatea ei</w:t>
            </w:r>
          </w:p>
        </w:tc>
        <w:tc>
          <w:tcPr>
            <w:tcW w:w="6803" w:type="dxa"/>
            <w:shd w:val="clear" w:color="auto" w:fill="FFFFFF"/>
            <w:tcMar>
              <w:top w:w="75" w:type="dxa"/>
              <w:left w:w="85" w:type="dxa"/>
              <w:bottom w:w="75" w:type="dxa"/>
              <w:right w:w="85" w:type="dxa"/>
            </w:tcMar>
            <w:vAlign w:val="center"/>
          </w:tcPr>
          <w:p w14:paraId="303A839E" w14:textId="77777777" w:rsidR="004A2E0F" w:rsidRPr="00D308F8" w:rsidRDefault="004A2E0F">
            <w:pPr>
              <w:spacing w:after="0" w:line="240" w:lineRule="auto"/>
              <w:rPr>
                <w:noProof/>
                <w:lang w:val="ro-RO"/>
              </w:rPr>
            </w:pPr>
          </w:p>
        </w:tc>
      </w:tr>
      <w:tr w:rsidR="004A2E0F" w:rsidRPr="00D308F8" w14:paraId="1A0D053F" w14:textId="77777777">
        <w:trPr>
          <w:cantSplit/>
          <w:jc w:val="center"/>
        </w:trPr>
        <w:tc>
          <w:tcPr>
            <w:tcW w:w="3118" w:type="dxa"/>
            <w:shd w:val="clear" w:color="auto" w:fill="FAFAFA"/>
            <w:tcMar>
              <w:top w:w="75" w:type="dxa"/>
              <w:left w:w="85" w:type="dxa"/>
              <w:bottom w:w="75" w:type="dxa"/>
              <w:right w:w="85" w:type="dxa"/>
            </w:tcMar>
            <w:vAlign w:val="center"/>
          </w:tcPr>
          <w:p w14:paraId="2D32E831" w14:textId="77777777" w:rsidR="004A2E0F" w:rsidRPr="00D308F8" w:rsidRDefault="00000000">
            <w:pPr>
              <w:spacing w:after="0" w:line="240" w:lineRule="auto"/>
              <w:rPr>
                <w:noProof/>
                <w:lang w:val="ro-RO"/>
              </w:rPr>
            </w:pPr>
            <w:r w:rsidRPr="00D308F8">
              <w:rPr>
                <w:noProof/>
                <w:sz w:val="15"/>
                <w:lang w:val="ro-RO"/>
              </w:rPr>
              <w:t>Responsabil date</w:t>
            </w:r>
          </w:p>
        </w:tc>
        <w:tc>
          <w:tcPr>
            <w:tcW w:w="6803" w:type="dxa"/>
            <w:shd w:val="clear" w:color="auto" w:fill="FAFAFA"/>
            <w:tcMar>
              <w:top w:w="75" w:type="dxa"/>
              <w:left w:w="85" w:type="dxa"/>
              <w:bottom w:w="75" w:type="dxa"/>
              <w:right w:w="85" w:type="dxa"/>
            </w:tcMar>
            <w:vAlign w:val="center"/>
          </w:tcPr>
          <w:p w14:paraId="15027346" w14:textId="77777777" w:rsidR="004A2E0F" w:rsidRPr="00D308F8" w:rsidRDefault="004A2E0F">
            <w:pPr>
              <w:spacing w:after="0" w:line="240" w:lineRule="auto"/>
              <w:rPr>
                <w:noProof/>
                <w:lang w:val="ro-RO"/>
              </w:rPr>
            </w:pPr>
          </w:p>
        </w:tc>
      </w:tr>
      <w:tr w:rsidR="004A2E0F" w:rsidRPr="00D308F8" w14:paraId="79631739" w14:textId="77777777">
        <w:trPr>
          <w:cantSplit/>
          <w:jc w:val="center"/>
        </w:trPr>
        <w:tc>
          <w:tcPr>
            <w:tcW w:w="3118" w:type="dxa"/>
            <w:shd w:val="clear" w:color="auto" w:fill="FFFFFF"/>
            <w:tcMar>
              <w:top w:w="75" w:type="dxa"/>
              <w:left w:w="85" w:type="dxa"/>
              <w:bottom w:w="75" w:type="dxa"/>
              <w:right w:w="85" w:type="dxa"/>
            </w:tcMar>
            <w:vAlign w:val="center"/>
          </w:tcPr>
          <w:p w14:paraId="008EF9F0" w14:textId="77777777" w:rsidR="004A2E0F" w:rsidRPr="00D308F8" w:rsidRDefault="00000000">
            <w:pPr>
              <w:spacing w:after="0" w:line="240" w:lineRule="auto"/>
              <w:rPr>
                <w:noProof/>
                <w:lang w:val="ro-RO"/>
              </w:rPr>
            </w:pPr>
            <w:r w:rsidRPr="00D308F8">
              <w:rPr>
                <w:noProof/>
                <w:sz w:val="15"/>
                <w:lang w:val="ro-RO"/>
              </w:rPr>
              <w:t>Baza de referință</w:t>
            </w:r>
          </w:p>
        </w:tc>
        <w:tc>
          <w:tcPr>
            <w:tcW w:w="6803" w:type="dxa"/>
            <w:shd w:val="clear" w:color="auto" w:fill="FFFFFF"/>
            <w:tcMar>
              <w:top w:w="75" w:type="dxa"/>
              <w:left w:w="85" w:type="dxa"/>
              <w:bottom w:w="75" w:type="dxa"/>
              <w:right w:w="85" w:type="dxa"/>
            </w:tcMar>
            <w:vAlign w:val="center"/>
          </w:tcPr>
          <w:p w14:paraId="08171A92" w14:textId="77777777" w:rsidR="004A2E0F" w:rsidRPr="00D308F8" w:rsidRDefault="004A2E0F">
            <w:pPr>
              <w:spacing w:after="0" w:line="240" w:lineRule="auto"/>
              <w:rPr>
                <w:noProof/>
                <w:lang w:val="ro-RO"/>
              </w:rPr>
            </w:pPr>
          </w:p>
        </w:tc>
      </w:tr>
      <w:tr w:rsidR="004A2E0F" w:rsidRPr="00D308F8" w14:paraId="1FB6276C" w14:textId="77777777">
        <w:trPr>
          <w:cantSplit/>
          <w:jc w:val="center"/>
        </w:trPr>
        <w:tc>
          <w:tcPr>
            <w:tcW w:w="3118" w:type="dxa"/>
            <w:shd w:val="clear" w:color="auto" w:fill="FAFAFA"/>
            <w:tcMar>
              <w:top w:w="75" w:type="dxa"/>
              <w:left w:w="85" w:type="dxa"/>
              <w:bottom w:w="75" w:type="dxa"/>
              <w:right w:w="85" w:type="dxa"/>
            </w:tcMar>
            <w:vAlign w:val="center"/>
          </w:tcPr>
          <w:p w14:paraId="697ED649" w14:textId="77777777" w:rsidR="004A2E0F" w:rsidRPr="00D308F8" w:rsidRDefault="00000000">
            <w:pPr>
              <w:spacing w:after="0" w:line="240" w:lineRule="auto"/>
              <w:rPr>
                <w:noProof/>
                <w:lang w:val="ro-RO"/>
              </w:rPr>
            </w:pPr>
            <w:r w:rsidRPr="00D308F8">
              <w:rPr>
                <w:noProof/>
                <w:sz w:val="15"/>
                <w:lang w:val="ro-RO"/>
              </w:rPr>
              <w:t>Țintă finală și intermediară</w:t>
            </w:r>
          </w:p>
        </w:tc>
        <w:tc>
          <w:tcPr>
            <w:tcW w:w="6803" w:type="dxa"/>
            <w:shd w:val="clear" w:color="auto" w:fill="FAFAFA"/>
            <w:tcMar>
              <w:top w:w="75" w:type="dxa"/>
              <w:left w:w="85" w:type="dxa"/>
              <w:bottom w:w="75" w:type="dxa"/>
              <w:right w:w="85" w:type="dxa"/>
            </w:tcMar>
            <w:vAlign w:val="center"/>
          </w:tcPr>
          <w:p w14:paraId="41EF9865" w14:textId="77777777" w:rsidR="004A2E0F" w:rsidRPr="00D308F8" w:rsidRDefault="004A2E0F">
            <w:pPr>
              <w:spacing w:after="0" w:line="240" w:lineRule="auto"/>
              <w:rPr>
                <w:noProof/>
                <w:lang w:val="ro-RO"/>
              </w:rPr>
            </w:pPr>
          </w:p>
        </w:tc>
      </w:tr>
      <w:tr w:rsidR="004A2E0F" w:rsidRPr="00D308F8" w14:paraId="38B3AEC6" w14:textId="77777777">
        <w:trPr>
          <w:cantSplit/>
          <w:jc w:val="center"/>
        </w:trPr>
        <w:tc>
          <w:tcPr>
            <w:tcW w:w="3118" w:type="dxa"/>
            <w:shd w:val="clear" w:color="auto" w:fill="FFFFFF"/>
            <w:tcMar>
              <w:top w:w="75" w:type="dxa"/>
              <w:left w:w="85" w:type="dxa"/>
              <w:bottom w:w="75" w:type="dxa"/>
              <w:right w:w="85" w:type="dxa"/>
            </w:tcMar>
            <w:vAlign w:val="center"/>
          </w:tcPr>
          <w:p w14:paraId="2A130DB6" w14:textId="77777777" w:rsidR="004A2E0F" w:rsidRPr="00D308F8" w:rsidRDefault="00000000">
            <w:pPr>
              <w:spacing w:after="0" w:line="240" w:lineRule="auto"/>
              <w:rPr>
                <w:noProof/>
                <w:lang w:val="ro-RO"/>
              </w:rPr>
            </w:pPr>
            <w:r w:rsidRPr="00D308F8">
              <w:rPr>
                <w:noProof/>
                <w:sz w:val="15"/>
                <w:lang w:val="ro-RO"/>
              </w:rPr>
              <w:t>Prag galben / roșu</w:t>
            </w:r>
          </w:p>
        </w:tc>
        <w:tc>
          <w:tcPr>
            <w:tcW w:w="6803" w:type="dxa"/>
            <w:shd w:val="clear" w:color="auto" w:fill="FFFFFF"/>
            <w:tcMar>
              <w:top w:w="75" w:type="dxa"/>
              <w:left w:w="85" w:type="dxa"/>
              <w:bottom w:w="75" w:type="dxa"/>
              <w:right w:w="85" w:type="dxa"/>
            </w:tcMar>
            <w:vAlign w:val="center"/>
          </w:tcPr>
          <w:p w14:paraId="3801D0CA" w14:textId="77777777" w:rsidR="004A2E0F" w:rsidRPr="00D308F8" w:rsidRDefault="004A2E0F">
            <w:pPr>
              <w:spacing w:after="0" w:line="240" w:lineRule="auto"/>
              <w:rPr>
                <w:noProof/>
                <w:lang w:val="ro-RO"/>
              </w:rPr>
            </w:pPr>
          </w:p>
        </w:tc>
      </w:tr>
      <w:tr w:rsidR="004A2E0F" w:rsidRPr="00D308F8" w14:paraId="56C54E7F" w14:textId="77777777">
        <w:trPr>
          <w:cantSplit/>
          <w:jc w:val="center"/>
        </w:trPr>
        <w:tc>
          <w:tcPr>
            <w:tcW w:w="3118" w:type="dxa"/>
            <w:shd w:val="clear" w:color="auto" w:fill="FAFAFA"/>
            <w:tcMar>
              <w:top w:w="75" w:type="dxa"/>
              <w:left w:w="85" w:type="dxa"/>
              <w:bottom w:w="75" w:type="dxa"/>
              <w:right w:w="85" w:type="dxa"/>
            </w:tcMar>
            <w:vAlign w:val="center"/>
          </w:tcPr>
          <w:p w14:paraId="6044B027" w14:textId="77777777" w:rsidR="004A2E0F" w:rsidRPr="00D308F8" w:rsidRDefault="00000000">
            <w:pPr>
              <w:spacing w:after="0" w:line="240" w:lineRule="auto"/>
              <w:rPr>
                <w:noProof/>
                <w:lang w:val="ro-RO"/>
              </w:rPr>
            </w:pPr>
            <w:r w:rsidRPr="00D308F8">
              <w:rPr>
                <w:noProof/>
                <w:sz w:val="15"/>
                <w:lang w:val="ro-RO"/>
              </w:rPr>
              <w:t>Frecvență monitorizare</w:t>
            </w:r>
          </w:p>
        </w:tc>
        <w:tc>
          <w:tcPr>
            <w:tcW w:w="6803" w:type="dxa"/>
            <w:shd w:val="clear" w:color="auto" w:fill="FAFAFA"/>
            <w:tcMar>
              <w:top w:w="75" w:type="dxa"/>
              <w:left w:w="85" w:type="dxa"/>
              <w:bottom w:w="75" w:type="dxa"/>
              <w:right w:w="85" w:type="dxa"/>
            </w:tcMar>
            <w:vAlign w:val="center"/>
          </w:tcPr>
          <w:p w14:paraId="4626BA49" w14:textId="77777777" w:rsidR="004A2E0F" w:rsidRPr="00D308F8" w:rsidRDefault="004A2E0F">
            <w:pPr>
              <w:spacing w:after="0" w:line="240" w:lineRule="auto"/>
              <w:rPr>
                <w:noProof/>
                <w:lang w:val="ro-RO"/>
              </w:rPr>
            </w:pPr>
          </w:p>
        </w:tc>
      </w:tr>
      <w:tr w:rsidR="004A2E0F" w:rsidRPr="00D308F8" w14:paraId="45DDF3E3" w14:textId="77777777">
        <w:trPr>
          <w:cantSplit/>
          <w:jc w:val="center"/>
        </w:trPr>
        <w:tc>
          <w:tcPr>
            <w:tcW w:w="3118" w:type="dxa"/>
            <w:shd w:val="clear" w:color="auto" w:fill="FFFFFF"/>
            <w:tcMar>
              <w:top w:w="75" w:type="dxa"/>
              <w:left w:w="85" w:type="dxa"/>
              <w:bottom w:w="75" w:type="dxa"/>
              <w:right w:w="85" w:type="dxa"/>
            </w:tcMar>
            <w:vAlign w:val="center"/>
          </w:tcPr>
          <w:p w14:paraId="6A613F04" w14:textId="77777777" w:rsidR="004A2E0F" w:rsidRPr="00D308F8" w:rsidRDefault="00000000">
            <w:pPr>
              <w:spacing w:after="0" w:line="240" w:lineRule="auto"/>
              <w:rPr>
                <w:noProof/>
                <w:lang w:val="ro-RO"/>
              </w:rPr>
            </w:pPr>
            <w:r w:rsidRPr="00D308F8">
              <w:rPr>
                <w:noProof/>
                <w:sz w:val="15"/>
                <w:lang w:val="ro-RO"/>
              </w:rPr>
              <w:lastRenderedPageBreak/>
              <w:t>Criteriu de escaladare / acceptare</w:t>
            </w:r>
          </w:p>
        </w:tc>
        <w:tc>
          <w:tcPr>
            <w:tcW w:w="6803" w:type="dxa"/>
            <w:shd w:val="clear" w:color="auto" w:fill="FFFFFF"/>
            <w:tcMar>
              <w:top w:w="75" w:type="dxa"/>
              <w:left w:w="85" w:type="dxa"/>
              <w:bottom w:w="75" w:type="dxa"/>
              <w:right w:w="85" w:type="dxa"/>
            </w:tcMar>
            <w:vAlign w:val="center"/>
          </w:tcPr>
          <w:p w14:paraId="2FBB7756" w14:textId="77777777" w:rsidR="004A2E0F" w:rsidRPr="00D308F8" w:rsidRDefault="004A2E0F">
            <w:pPr>
              <w:spacing w:after="0" w:line="240" w:lineRule="auto"/>
              <w:rPr>
                <w:noProof/>
                <w:lang w:val="ro-RO"/>
              </w:rPr>
            </w:pPr>
          </w:p>
        </w:tc>
      </w:tr>
      <w:tr w:rsidR="004A2E0F" w:rsidRPr="00D308F8" w14:paraId="59F0F0BB" w14:textId="77777777">
        <w:trPr>
          <w:cantSplit/>
          <w:jc w:val="center"/>
        </w:trPr>
        <w:tc>
          <w:tcPr>
            <w:tcW w:w="3118" w:type="dxa"/>
            <w:shd w:val="clear" w:color="auto" w:fill="FAFAFA"/>
            <w:tcMar>
              <w:top w:w="75" w:type="dxa"/>
              <w:left w:w="85" w:type="dxa"/>
              <w:bottom w:w="75" w:type="dxa"/>
              <w:right w:w="85" w:type="dxa"/>
            </w:tcMar>
            <w:vAlign w:val="center"/>
          </w:tcPr>
          <w:p w14:paraId="6EE2168A" w14:textId="77777777" w:rsidR="004A2E0F" w:rsidRPr="00D308F8" w:rsidRDefault="00000000">
            <w:pPr>
              <w:spacing w:after="0" w:line="240" w:lineRule="auto"/>
              <w:rPr>
                <w:noProof/>
                <w:lang w:val="ro-RO"/>
              </w:rPr>
            </w:pPr>
            <w:r w:rsidRPr="00D308F8">
              <w:rPr>
                <w:noProof/>
                <w:sz w:val="15"/>
                <w:lang w:val="ro-RO"/>
              </w:rPr>
              <w:t>Metoda de verificare a eficacității</w:t>
            </w:r>
          </w:p>
        </w:tc>
        <w:tc>
          <w:tcPr>
            <w:tcW w:w="6803" w:type="dxa"/>
            <w:shd w:val="clear" w:color="auto" w:fill="FAFAFA"/>
            <w:tcMar>
              <w:top w:w="75" w:type="dxa"/>
              <w:left w:w="85" w:type="dxa"/>
              <w:bottom w:w="75" w:type="dxa"/>
              <w:right w:w="85" w:type="dxa"/>
            </w:tcMar>
            <w:vAlign w:val="center"/>
          </w:tcPr>
          <w:p w14:paraId="7287AC7B" w14:textId="77777777" w:rsidR="004A2E0F" w:rsidRPr="00D308F8" w:rsidRDefault="004A2E0F">
            <w:pPr>
              <w:spacing w:after="0" w:line="240" w:lineRule="auto"/>
              <w:rPr>
                <w:noProof/>
                <w:lang w:val="ro-RO"/>
              </w:rPr>
            </w:pPr>
          </w:p>
        </w:tc>
      </w:tr>
    </w:tbl>
    <w:p w14:paraId="0B500E21" w14:textId="77777777" w:rsidR="004A2E0F" w:rsidRPr="00D308F8" w:rsidRDefault="004A2E0F">
      <w:pPr>
        <w:spacing w:after="20"/>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4A2E0F" w:rsidRPr="00D308F8" w14:paraId="6CF75760" w14:textId="77777777">
        <w:trPr>
          <w:jc w:val="center"/>
        </w:trPr>
        <w:tc>
          <w:tcPr>
            <w:tcW w:w="1020" w:type="dxa"/>
            <w:shd w:val="clear" w:color="auto" w:fill="D71920"/>
            <w:tcMar>
              <w:top w:w="75" w:type="dxa"/>
              <w:left w:w="85" w:type="dxa"/>
              <w:bottom w:w="75" w:type="dxa"/>
              <w:right w:w="85" w:type="dxa"/>
            </w:tcMar>
            <w:vAlign w:val="center"/>
          </w:tcPr>
          <w:p w14:paraId="193AB373" w14:textId="77777777" w:rsidR="004A2E0F" w:rsidRPr="00D308F8" w:rsidRDefault="00000000">
            <w:pPr>
              <w:spacing w:after="0" w:line="240" w:lineRule="auto"/>
              <w:jc w:val="center"/>
              <w:rPr>
                <w:noProof/>
                <w:lang w:val="ro-RO"/>
              </w:rPr>
            </w:pPr>
            <w:r w:rsidRPr="00D308F8">
              <w:rPr>
                <w:b/>
                <w:noProof/>
                <w:color w:val="FFFFFF"/>
                <w:sz w:val="34"/>
                <w:lang w:val="ro-RO"/>
              </w:rPr>
              <w:t>5B</w:t>
            </w:r>
          </w:p>
        </w:tc>
        <w:tc>
          <w:tcPr>
            <w:tcW w:w="8901" w:type="dxa"/>
            <w:shd w:val="clear" w:color="auto" w:fill="F3F4F5"/>
          </w:tcPr>
          <w:p w14:paraId="7C0303BD" w14:textId="77777777" w:rsidR="004A2E0F" w:rsidRPr="00D308F8" w:rsidRDefault="00000000">
            <w:pPr>
              <w:spacing w:after="20"/>
              <w:rPr>
                <w:noProof/>
                <w:lang w:val="ro-RO"/>
              </w:rPr>
            </w:pPr>
            <w:r w:rsidRPr="00D308F8">
              <w:rPr>
                <w:b/>
                <w:noProof/>
                <w:sz w:val="28"/>
                <w:lang w:val="ro-RO"/>
              </w:rPr>
              <w:t>Planul de realizare și monitorizare</w:t>
            </w:r>
          </w:p>
          <w:p w14:paraId="1AB35602" w14:textId="77777777" w:rsidR="004A2E0F" w:rsidRPr="00D308F8" w:rsidRDefault="00000000">
            <w:pPr>
              <w:spacing w:after="0"/>
              <w:rPr>
                <w:noProof/>
                <w:lang w:val="ro-RO"/>
              </w:rPr>
            </w:pPr>
            <w:r w:rsidRPr="00D308F8">
              <w:rPr>
                <w:noProof/>
                <w:color w:val="666666"/>
                <w:sz w:val="16"/>
                <w:lang w:val="ro-RO"/>
              </w:rPr>
              <w:t>Transformați ținta într-un plan executabil, cu resurse, responsabilități și criterii de verificare</w:t>
            </w:r>
          </w:p>
        </w:tc>
      </w:tr>
    </w:tbl>
    <w:p w14:paraId="67DFF71B" w14:textId="77777777" w:rsidR="004A2E0F" w:rsidRPr="00D308F8" w:rsidRDefault="004A2E0F">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10"/>
        <w:gridCol w:w="3288"/>
        <w:gridCol w:w="1474"/>
        <w:gridCol w:w="1361"/>
        <w:gridCol w:w="1134"/>
        <w:gridCol w:w="1644"/>
        <w:gridCol w:w="510"/>
      </w:tblGrid>
      <w:tr w:rsidR="004A2E0F" w:rsidRPr="00D308F8" w14:paraId="3D9E4DA7" w14:textId="77777777">
        <w:trPr>
          <w:tblHeader/>
          <w:jc w:val="center"/>
        </w:trPr>
        <w:tc>
          <w:tcPr>
            <w:tcW w:w="510" w:type="dxa"/>
            <w:shd w:val="clear" w:color="auto" w:fill="D71920"/>
            <w:tcMar>
              <w:top w:w="75" w:type="dxa"/>
              <w:left w:w="85" w:type="dxa"/>
              <w:bottom w:w="75" w:type="dxa"/>
              <w:right w:w="85" w:type="dxa"/>
            </w:tcMar>
            <w:vAlign w:val="center"/>
          </w:tcPr>
          <w:p w14:paraId="1617C31E" w14:textId="77777777" w:rsidR="004A2E0F" w:rsidRPr="00D308F8" w:rsidRDefault="00000000">
            <w:pPr>
              <w:spacing w:after="0" w:line="240" w:lineRule="auto"/>
              <w:jc w:val="center"/>
              <w:rPr>
                <w:noProof/>
                <w:lang w:val="ro-RO"/>
              </w:rPr>
            </w:pPr>
            <w:r w:rsidRPr="00D308F8">
              <w:rPr>
                <w:b/>
                <w:noProof/>
                <w:color w:val="FFFFFF"/>
                <w:sz w:val="14"/>
                <w:lang w:val="ro-RO"/>
              </w:rPr>
              <w:t>#</w:t>
            </w:r>
          </w:p>
        </w:tc>
        <w:tc>
          <w:tcPr>
            <w:tcW w:w="3288" w:type="dxa"/>
            <w:shd w:val="clear" w:color="auto" w:fill="D71920"/>
            <w:tcMar>
              <w:top w:w="75" w:type="dxa"/>
              <w:left w:w="85" w:type="dxa"/>
              <w:bottom w:w="75" w:type="dxa"/>
              <w:right w:w="85" w:type="dxa"/>
            </w:tcMar>
            <w:vAlign w:val="center"/>
          </w:tcPr>
          <w:p w14:paraId="28A5167D" w14:textId="77777777" w:rsidR="004A2E0F" w:rsidRPr="00D308F8" w:rsidRDefault="00000000">
            <w:pPr>
              <w:spacing w:after="0" w:line="240" w:lineRule="auto"/>
              <w:jc w:val="center"/>
              <w:rPr>
                <w:noProof/>
                <w:lang w:val="ro-RO"/>
              </w:rPr>
            </w:pPr>
            <w:r w:rsidRPr="00D308F8">
              <w:rPr>
                <w:b/>
                <w:noProof/>
                <w:color w:val="FFFFFF"/>
                <w:sz w:val="14"/>
                <w:lang w:val="ro-RO"/>
              </w:rPr>
              <w:t>ACȚIUNE / LIVRABIL</w:t>
            </w:r>
          </w:p>
        </w:tc>
        <w:tc>
          <w:tcPr>
            <w:tcW w:w="1474" w:type="dxa"/>
            <w:shd w:val="clear" w:color="auto" w:fill="D71920"/>
            <w:tcMar>
              <w:top w:w="75" w:type="dxa"/>
              <w:left w:w="85" w:type="dxa"/>
              <w:bottom w:w="75" w:type="dxa"/>
              <w:right w:w="85" w:type="dxa"/>
            </w:tcMar>
            <w:vAlign w:val="center"/>
          </w:tcPr>
          <w:p w14:paraId="605C82EA" w14:textId="77777777" w:rsidR="004A2E0F" w:rsidRPr="00D308F8" w:rsidRDefault="00000000">
            <w:pPr>
              <w:spacing w:after="0" w:line="240" w:lineRule="auto"/>
              <w:jc w:val="center"/>
              <w:rPr>
                <w:noProof/>
                <w:lang w:val="ro-RO"/>
              </w:rPr>
            </w:pPr>
            <w:r w:rsidRPr="00D308F8">
              <w:rPr>
                <w:b/>
                <w:noProof/>
                <w:color w:val="FFFFFF"/>
                <w:sz w:val="14"/>
                <w:lang w:val="ro-RO"/>
              </w:rPr>
              <w:t>RESPONSABIL</w:t>
            </w:r>
          </w:p>
        </w:tc>
        <w:tc>
          <w:tcPr>
            <w:tcW w:w="1361" w:type="dxa"/>
            <w:shd w:val="clear" w:color="auto" w:fill="D71920"/>
            <w:tcMar>
              <w:top w:w="75" w:type="dxa"/>
              <w:left w:w="85" w:type="dxa"/>
              <w:bottom w:w="75" w:type="dxa"/>
              <w:right w:w="85" w:type="dxa"/>
            </w:tcMar>
            <w:vAlign w:val="center"/>
          </w:tcPr>
          <w:p w14:paraId="58172C1D" w14:textId="77777777" w:rsidR="004A2E0F" w:rsidRPr="00D308F8" w:rsidRDefault="00000000">
            <w:pPr>
              <w:spacing w:after="0" w:line="240" w:lineRule="auto"/>
              <w:jc w:val="center"/>
              <w:rPr>
                <w:noProof/>
                <w:lang w:val="ro-RO"/>
              </w:rPr>
            </w:pPr>
            <w:r w:rsidRPr="00D308F8">
              <w:rPr>
                <w:b/>
                <w:noProof/>
                <w:color w:val="FFFFFF"/>
                <w:sz w:val="14"/>
                <w:lang w:val="ro-RO"/>
              </w:rPr>
              <w:t>RESURSE</w:t>
            </w:r>
          </w:p>
        </w:tc>
        <w:tc>
          <w:tcPr>
            <w:tcW w:w="1134" w:type="dxa"/>
            <w:shd w:val="clear" w:color="auto" w:fill="D71920"/>
            <w:tcMar>
              <w:top w:w="75" w:type="dxa"/>
              <w:left w:w="85" w:type="dxa"/>
              <w:bottom w:w="75" w:type="dxa"/>
              <w:right w:w="85" w:type="dxa"/>
            </w:tcMar>
            <w:vAlign w:val="center"/>
          </w:tcPr>
          <w:p w14:paraId="0C043DF6" w14:textId="77777777" w:rsidR="004A2E0F" w:rsidRPr="00D308F8" w:rsidRDefault="00000000">
            <w:pPr>
              <w:spacing w:after="0" w:line="240" w:lineRule="auto"/>
              <w:jc w:val="center"/>
              <w:rPr>
                <w:noProof/>
                <w:lang w:val="ro-RO"/>
              </w:rPr>
            </w:pPr>
            <w:r w:rsidRPr="00D308F8">
              <w:rPr>
                <w:b/>
                <w:noProof/>
                <w:color w:val="FFFFFF"/>
                <w:sz w:val="14"/>
                <w:lang w:val="ro-RO"/>
              </w:rPr>
              <w:t>TERMEN</w:t>
            </w:r>
          </w:p>
        </w:tc>
        <w:tc>
          <w:tcPr>
            <w:tcW w:w="1644" w:type="dxa"/>
            <w:shd w:val="clear" w:color="auto" w:fill="D71920"/>
            <w:tcMar>
              <w:top w:w="75" w:type="dxa"/>
              <w:left w:w="85" w:type="dxa"/>
              <w:bottom w:w="75" w:type="dxa"/>
              <w:right w:w="85" w:type="dxa"/>
            </w:tcMar>
            <w:vAlign w:val="center"/>
          </w:tcPr>
          <w:p w14:paraId="19C9CFA6" w14:textId="77777777" w:rsidR="004A2E0F" w:rsidRPr="00D308F8" w:rsidRDefault="00000000">
            <w:pPr>
              <w:spacing w:after="0" w:line="240" w:lineRule="auto"/>
              <w:jc w:val="center"/>
              <w:rPr>
                <w:noProof/>
                <w:lang w:val="ro-RO"/>
              </w:rPr>
            </w:pPr>
            <w:r w:rsidRPr="00D308F8">
              <w:rPr>
                <w:b/>
                <w:noProof/>
                <w:color w:val="FFFFFF"/>
                <w:sz w:val="14"/>
                <w:lang w:val="ro-RO"/>
              </w:rPr>
              <w:t>DOVADĂ / CRITERIU</w:t>
            </w:r>
          </w:p>
        </w:tc>
        <w:tc>
          <w:tcPr>
            <w:tcW w:w="510" w:type="dxa"/>
            <w:shd w:val="clear" w:color="auto" w:fill="D71920"/>
            <w:tcMar>
              <w:top w:w="75" w:type="dxa"/>
              <w:left w:w="85" w:type="dxa"/>
              <w:bottom w:w="75" w:type="dxa"/>
              <w:right w:w="85" w:type="dxa"/>
            </w:tcMar>
            <w:vAlign w:val="center"/>
          </w:tcPr>
          <w:p w14:paraId="6E2FDF81" w14:textId="77777777" w:rsidR="004A2E0F" w:rsidRPr="00D308F8" w:rsidRDefault="00000000">
            <w:pPr>
              <w:spacing w:after="0" w:line="240" w:lineRule="auto"/>
              <w:jc w:val="center"/>
              <w:rPr>
                <w:noProof/>
                <w:lang w:val="ro-RO"/>
              </w:rPr>
            </w:pPr>
            <w:r w:rsidRPr="00D308F8">
              <w:rPr>
                <w:b/>
                <w:noProof/>
                <w:color w:val="FFFFFF"/>
                <w:sz w:val="14"/>
                <w:lang w:val="ro-RO"/>
              </w:rPr>
              <w:t>STATUS</w:t>
            </w:r>
          </w:p>
        </w:tc>
      </w:tr>
      <w:tr w:rsidR="004A2E0F" w:rsidRPr="00D308F8" w14:paraId="4C333F08" w14:textId="77777777">
        <w:trPr>
          <w:cantSplit/>
          <w:jc w:val="center"/>
        </w:trPr>
        <w:tc>
          <w:tcPr>
            <w:tcW w:w="510" w:type="dxa"/>
            <w:shd w:val="clear" w:color="auto" w:fill="FFFFFF"/>
            <w:tcMar>
              <w:top w:w="75" w:type="dxa"/>
              <w:left w:w="85" w:type="dxa"/>
              <w:bottom w:w="75" w:type="dxa"/>
              <w:right w:w="85" w:type="dxa"/>
            </w:tcMar>
            <w:vAlign w:val="center"/>
          </w:tcPr>
          <w:p w14:paraId="7D15C7D2" w14:textId="77777777" w:rsidR="004A2E0F" w:rsidRPr="00D308F8" w:rsidRDefault="00000000">
            <w:pPr>
              <w:spacing w:after="0" w:line="240" w:lineRule="auto"/>
              <w:jc w:val="center"/>
              <w:rPr>
                <w:noProof/>
                <w:lang w:val="ro-RO"/>
              </w:rPr>
            </w:pPr>
            <w:r w:rsidRPr="00D308F8">
              <w:rPr>
                <w:noProof/>
                <w:sz w:val="14"/>
                <w:lang w:val="ro-RO"/>
              </w:rPr>
              <w:t>1</w:t>
            </w:r>
          </w:p>
        </w:tc>
        <w:tc>
          <w:tcPr>
            <w:tcW w:w="3288" w:type="dxa"/>
            <w:shd w:val="clear" w:color="auto" w:fill="FFFFFF"/>
            <w:tcMar>
              <w:top w:w="75" w:type="dxa"/>
              <w:left w:w="85" w:type="dxa"/>
              <w:bottom w:w="75" w:type="dxa"/>
              <w:right w:w="85" w:type="dxa"/>
            </w:tcMar>
            <w:vAlign w:val="center"/>
          </w:tcPr>
          <w:p w14:paraId="479FC06B" w14:textId="77777777" w:rsidR="004A2E0F" w:rsidRPr="00D308F8" w:rsidRDefault="004A2E0F">
            <w:pPr>
              <w:spacing w:after="0" w:line="240" w:lineRule="auto"/>
              <w:rPr>
                <w:noProof/>
                <w:lang w:val="ro-RO"/>
              </w:rPr>
            </w:pPr>
          </w:p>
        </w:tc>
        <w:tc>
          <w:tcPr>
            <w:tcW w:w="1474" w:type="dxa"/>
            <w:shd w:val="clear" w:color="auto" w:fill="FFFFFF"/>
            <w:tcMar>
              <w:top w:w="75" w:type="dxa"/>
              <w:left w:w="85" w:type="dxa"/>
              <w:bottom w:w="75" w:type="dxa"/>
              <w:right w:w="85" w:type="dxa"/>
            </w:tcMar>
            <w:vAlign w:val="center"/>
          </w:tcPr>
          <w:p w14:paraId="56A5AFE5" w14:textId="77777777" w:rsidR="004A2E0F" w:rsidRPr="00D308F8" w:rsidRDefault="004A2E0F">
            <w:pPr>
              <w:spacing w:after="0" w:line="240" w:lineRule="auto"/>
              <w:rPr>
                <w:noProof/>
                <w:lang w:val="ro-RO"/>
              </w:rPr>
            </w:pPr>
          </w:p>
        </w:tc>
        <w:tc>
          <w:tcPr>
            <w:tcW w:w="1361" w:type="dxa"/>
            <w:shd w:val="clear" w:color="auto" w:fill="FFFFFF"/>
            <w:tcMar>
              <w:top w:w="75" w:type="dxa"/>
              <w:left w:w="85" w:type="dxa"/>
              <w:bottom w:w="75" w:type="dxa"/>
              <w:right w:w="85" w:type="dxa"/>
            </w:tcMar>
            <w:vAlign w:val="center"/>
          </w:tcPr>
          <w:p w14:paraId="2D59DB07" w14:textId="77777777" w:rsidR="004A2E0F" w:rsidRPr="00D308F8" w:rsidRDefault="004A2E0F">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6B347887" w14:textId="77777777" w:rsidR="004A2E0F" w:rsidRPr="00D308F8" w:rsidRDefault="004A2E0F">
            <w:pPr>
              <w:spacing w:after="0" w:line="240" w:lineRule="auto"/>
              <w:rPr>
                <w:noProof/>
                <w:lang w:val="ro-RO"/>
              </w:rPr>
            </w:pPr>
          </w:p>
        </w:tc>
        <w:tc>
          <w:tcPr>
            <w:tcW w:w="1644" w:type="dxa"/>
            <w:shd w:val="clear" w:color="auto" w:fill="FFFFFF"/>
            <w:tcMar>
              <w:top w:w="75" w:type="dxa"/>
              <w:left w:w="85" w:type="dxa"/>
              <w:bottom w:w="75" w:type="dxa"/>
              <w:right w:w="85" w:type="dxa"/>
            </w:tcMar>
            <w:vAlign w:val="center"/>
          </w:tcPr>
          <w:p w14:paraId="5700BCD7" w14:textId="77777777" w:rsidR="004A2E0F" w:rsidRPr="00D308F8" w:rsidRDefault="004A2E0F">
            <w:pPr>
              <w:spacing w:after="0" w:line="240" w:lineRule="auto"/>
              <w:rPr>
                <w:noProof/>
                <w:lang w:val="ro-RO"/>
              </w:rPr>
            </w:pPr>
          </w:p>
        </w:tc>
        <w:tc>
          <w:tcPr>
            <w:tcW w:w="510" w:type="dxa"/>
            <w:shd w:val="clear" w:color="auto" w:fill="FFFFFF"/>
            <w:tcMar>
              <w:top w:w="75" w:type="dxa"/>
              <w:left w:w="85" w:type="dxa"/>
              <w:bottom w:w="75" w:type="dxa"/>
              <w:right w:w="85" w:type="dxa"/>
            </w:tcMar>
            <w:vAlign w:val="center"/>
          </w:tcPr>
          <w:p w14:paraId="5259703A" w14:textId="77777777" w:rsidR="004A2E0F" w:rsidRPr="00D308F8" w:rsidRDefault="004A2E0F">
            <w:pPr>
              <w:spacing w:after="0" w:line="240" w:lineRule="auto"/>
              <w:jc w:val="center"/>
              <w:rPr>
                <w:noProof/>
                <w:lang w:val="ro-RO"/>
              </w:rPr>
            </w:pPr>
          </w:p>
        </w:tc>
      </w:tr>
      <w:tr w:rsidR="004A2E0F" w:rsidRPr="00D308F8" w14:paraId="01EDC7EB" w14:textId="77777777">
        <w:trPr>
          <w:cantSplit/>
          <w:jc w:val="center"/>
        </w:trPr>
        <w:tc>
          <w:tcPr>
            <w:tcW w:w="510" w:type="dxa"/>
            <w:shd w:val="clear" w:color="auto" w:fill="FAFAFA"/>
            <w:tcMar>
              <w:top w:w="75" w:type="dxa"/>
              <w:left w:w="85" w:type="dxa"/>
              <w:bottom w:w="75" w:type="dxa"/>
              <w:right w:w="85" w:type="dxa"/>
            </w:tcMar>
            <w:vAlign w:val="center"/>
          </w:tcPr>
          <w:p w14:paraId="6505E734" w14:textId="77777777" w:rsidR="004A2E0F" w:rsidRPr="00D308F8" w:rsidRDefault="00000000">
            <w:pPr>
              <w:spacing w:after="0" w:line="240" w:lineRule="auto"/>
              <w:jc w:val="center"/>
              <w:rPr>
                <w:noProof/>
                <w:lang w:val="ro-RO"/>
              </w:rPr>
            </w:pPr>
            <w:r w:rsidRPr="00D308F8">
              <w:rPr>
                <w:noProof/>
                <w:sz w:val="14"/>
                <w:lang w:val="ro-RO"/>
              </w:rPr>
              <w:t>2</w:t>
            </w:r>
          </w:p>
        </w:tc>
        <w:tc>
          <w:tcPr>
            <w:tcW w:w="3288" w:type="dxa"/>
            <w:shd w:val="clear" w:color="auto" w:fill="FAFAFA"/>
            <w:tcMar>
              <w:top w:w="75" w:type="dxa"/>
              <w:left w:w="85" w:type="dxa"/>
              <w:bottom w:w="75" w:type="dxa"/>
              <w:right w:w="85" w:type="dxa"/>
            </w:tcMar>
            <w:vAlign w:val="center"/>
          </w:tcPr>
          <w:p w14:paraId="2E8392CE" w14:textId="77777777" w:rsidR="004A2E0F" w:rsidRPr="00D308F8" w:rsidRDefault="004A2E0F">
            <w:pPr>
              <w:spacing w:after="0" w:line="240" w:lineRule="auto"/>
              <w:rPr>
                <w:noProof/>
                <w:lang w:val="ro-RO"/>
              </w:rPr>
            </w:pPr>
          </w:p>
        </w:tc>
        <w:tc>
          <w:tcPr>
            <w:tcW w:w="1474" w:type="dxa"/>
            <w:shd w:val="clear" w:color="auto" w:fill="FAFAFA"/>
            <w:tcMar>
              <w:top w:w="75" w:type="dxa"/>
              <w:left w:w="85" w:type="dxa"/>
              <w:bottom w:w="75" w:type="dxa"/>
              <w:right w:w="85" w:type="dxa"/>
            </w:tcMar>
            <w:vAlign w:val="center"/>
          </w:tcPr>
          <w:p w14:paraId="08A3A54F" w14:textId="77777777" w:rsidR="004A2E0F" w:rsidRPr="00D308F8" w:rsidRDefault="004A2E0F">
            <w:pPr>
              <w:spacing w:after="0" w:line="240" w:lineRule="auto"/>
              <w:rPr>
                <w:noProof/>
                <w:lang w:val="ro-RO"/>
              </w:rPr>
            </w:pPr>
          </w:p>
        </w:tc>
        <w:tc>
          <w:tcPr>
            <w:tcW w:w="1361" w:type="dxa"/>
            <w:shd w:val="clear" w:color="auto" w:fill="FAFAFA"/>
            <w:tcMar>
              <w:top w:w="75" w:type="dxa"/>
              <w:left w:w="85" w:type="dxa"/>
              <w:bottom w:w="75" w:type="dxa"/>
              <w:right w:w="85" w:type="dxa"/>
            </w:tcMar>
            <w:vAlign w:val="center"/>
          </w:tcPr>
          <w:p w14:paraId="09096B38" w14:textId="77777777" w:rsidR="004A2E0F" w:rsidRPr="00D308F8" w:rsidRDefault="004A2E0F">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4962FA91" w14:textId="77777777" w:rsidR="004A2E0F" w:rsidRPr="00D308F8" w:rsidRDefault="004A2E0F">
            <w:pPr>
              <w:spacing w:after="0" w:line="240" w:lineRule="auto"/>
              <w:rPr>
                <w:noProof/>
                <w:lang w:val="ro-RO"/>
              </w:rPr>
            </w:pPr>
          </w:p>
        </w:tc>
        <w:tc>
          <w:tcPr>
            <w:tcW w:w="1644" w:type="dxa"/>
            <w:shd w:val="clear" w:color="auto" w:fill="FAFAFA"/>
            <w:tcMar>
              <w:top w:w="75" w:type="dxa"/>
              <w:left w:w="85" w:type="dxa"/>
              <w:bottom w:w="75" w:type="dxa"/>
              <w:right w:w="85" w:type="dxa"/>
            </w:tcMar>
            <w:vAlign w:val="center"/>
          </w:tcPr>
          <w:p w14:paraId="7533617E" w14:textId="77777777" w:rsidR="004A2E0F" w:rsidRPr="00D308F8" w:rsidRDefault="004A2E0F">
            <w:pPr>
              <w:spacing w:after="0" w:line="240" w:lineRule="auto"/>
              <w:rPr>
                <w:noProof/>
                <w:lang w:val="ro-RO"/>
              </w:rPr>
            </w:pPr>
          </w:p>
        </w:tc>
        <w:tc>
          <w:tcPr>
            <w:tcW w:w="510" w:type="dxa"/>
            <w:shd w:val="clear" w:color="auto" w:fill="FAFAFA"/>
            <w:tcMar>
              <w:top w:w="75" w:type="dxa"/>
              <w:left w:w="85" w:type="dxa"/>
              <w:bottom w:w="75" w:type="dxa"/>
              <w:right w:w="85" w:type="dxa"/>
            </w:tcMar>
            <w:vAlign w:val="center"/>
          </w:tcPr>
          <w:p w14:paraId="4F30104A" w14:textId="77777777" w:rsidR="004A2E0F" w:rsidRPr="00D308F8" w:rsidRDefault="004A2E0F">
            <w:pPr>
              <w:spacing w:after="0" w:line="240" w:lineRule="auto"/>
              <w:jc w:val="center"/>
              <w:rPr>
                <w:noProof/>
                <w:lang w:val="ro-RO"/>
              </w:rPr>
            </w:pPr>
          </w:p>
        </w:tc>
      </w:tr>
      <w:tr w:rsidR="004A2E0F" w:rsidRPr="00D308F8" w14:paraId="1BF679A5" w14:textId="77777777">
        <w:trPr>
          <w:cantSplit/>
          <w:jc w:val="center"/>
        </w:trPr>
        <w:tc>
          <w:tcPr>
            <w:tcW w:w="510" w:type="dxa"/>
            <w:shd w:val="clear" w:color="auto" w:fill="FFFFFF"/>
            <w:tcMar>
              <w:top w:w="75" w:type="dxa"/>
              <w:left w:w="85" w:type="dxa"/>
              <w:bottom w:w="75" w:type="dxa"/>
              <w:right w:w="85" w:type="dxa"/>
            </w:tcMar>
            <w:vAlign w:val="center"/>
          </w:tcPr>
          <w:p w14:paraId="1A1B3E77" w14:textId="77777777" w:rsidR="004A2E0F" w:rsidRPr="00D308F8" w:rsidRDefault="00000000">
            <w:pPr>
              <w:spacing w:after="0" w:line="240" w:lineRule="auto"/>
              <w:jc w:val="center"/>
              <w:rPr>
                <w:noProof/>
                <w:lang w:val="ro-RO"/>
              </w:rPr>
            </w:pPr>
            <w:r w:rsidRPr="00D308F8">
              <w:rPr>
                <w:noProof/>
                <w:sz w:val="14"/>
                <w:lang w:val="ro-RO"/>
              </w:rPr>
              <w:t>3</w:t>
            </w:r>
          </w:p>
        </w:tc>
        <w:tc>
          <w:tcPr>
            <w:tcW w:w="3288" w:type="dxa"/>
            <w:shd w:val="clear" w:color="auto" w:fill="FFFFFF"/>
            <w:tcMar>
              <w:top w:w="75" w:type="dxa"/>
              <w:left w:w="85" w:type="dxa"/>
              <w:bottom w:w="75" w:type="dxa"/>
              <w:right w:w="85" w:type="dxa"/>
            </w:tcMar>
            <w:vAlign w:val="center"/>
          </w:tcPr>
          <w:p w14:paraId="223828A3" w14:textId="77777777" w:rsidR="004A2E0F" w:rsidRPr="00D308F8" w:rsidRDefault="004A2E0F">
            <w:pPr>
              <w:spacing w:after="0" w:line="240" w:lineRule="auto"/>
              <w:rPr>
                <w:noProof/>
                <w:lang w:val="ro-RO"/>
              </w:rPr>
            </w:pPr>
          </w:p>
        </w:tc>
        <w:tc>
          <w:tcPr>
            <w:tcW w:w="1474" w:type="dxa"/>
            <w:shd w:val="clear" w:color="auto" w:fill="FFFFFF"/>
            <w:tcMar>
              <w:top w:w="75" w:type="dxa"/>
              <w:left w:w="85" w:type="dxa"/>
              <w:bottom w:w="75" w:type="dxa"/>
              <w:right w:w="85" w:type="dxa"/>
            </w:tcMar>
            <w:vAlign w:val="center"/>
          </w:tcPr>
          <w:p w14:paraId="5F7BB1AE" w14:textId="77777777" w:rsidR="004A2E0F" w:rsidRPr="00D308F8" w:rsidRDefault="004A2E0F">
            <w:pPr>
              <w:spacing w:after="0" w:line="240" w:lineRule="auto"/>
              <w:rPr>
                <w:noProof/>
                <w:lang w:val="ro-RO"/>
              </w:rPr>
            </w:pPr>
          </w:p>
        </w:tc>
        <w:tc>
          <w:tcPr>
            <w:tcW w:w="1361" w:type="dxa"/>
            <w:shd w:val="clear" w:color="auto" w:fill="FFFFFF"/>
            <w:tcMar>
              <w:top w:w="75" w:type="dxa"/>
              <w:left w:w="85" w:type="dxa"/>
              <w:bottom w:w="75" w:type="dxa"/>
              <w:right w:w="85" w:type="dxa"/>
            </w:tcMar>
            <w:vAlign w:val="center"/>
          </w:tcPr>
          <w:p w14:paraId="275C5075" w14:textId="77777777" w:rsidR="004A2E0F" w:rsidRPr="00D308F8" w:rsidRDefault="004A2E0F">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1B874FBB" w14:textId="77777777" w:rsidR="004A2E0F" w:rsidRPr="00D308F8" w:rsidRDefault="004A2E0F">
            <w:pPr>
              <w:spacing w:after="0" w:line="240" w:lineRule="auto"/>
              <w:rPr>
                <w:noProof/>
                <w:lang w:val="ro-RO"/>
              </w:rPr>
            </w:pPr>
          </w:p>
        </w:tc>
        <w:tc>
          <w:tcPr>
            <w:tcW w:w="1644" w:type="dxa"/>
            <w:shd w:val="clear" w:color="auto" w:fill="FFFFFF"/>
            <w:tcMar>
              <w:top w:w="75" w:type="dxa"/>
              <w:left w:w="85" w:type="dxa"/>
              <w:bottom w:w="75" w:type="dxa"/>
              <w:right w:w="85" w:type="dxa"/>
            </w:tcMar>
            <w:vAlign w:val="center"/>
          </w:tcPr>
          <w:p w14:paraId="310A6764" w14:textId="77777777" w:rsidR="004A2E0F" w:rsidRPr="00D308F8" w:rsidRDefault="004A2E0F">
            <w:pPr>
              <w:spacing w:after="0" w:line="240" w:lineRule="auto"/>
              <w:rPr>
                <w:noProof/>
                <w:lang w:val="ro-RO"/>
              </w:rPr>
            </w:pPr>
          </w:p>
        </w:tc>
        <w:tc>
          <w:tcPr>
            <w:tcW w:w="510" w:type="dxa"/>
            <w:shd w:val="clear" w:color="auto" w:fill="FFFFFF"/>
            <w:tcMar>
              <w:top w:w="75" w:type="dxa"/>
              <w:left w:w="85" w:type="dxa"/>
              <w:bottom w:w="75" w:type="dxa"/>
              <w:right w:w="85" w:type="dxa"/>
            </w:tcMar>
            <w:vAlign w:val="center"/>
          </w:tcPr>
          <w:p w14:paraId="772D327A" w14:textId="77777777" w:rsidR="004A2E0F" w:rsidRPr="00D308F8" w:rsidRDefault="004A2E0F">
            <w:pPr>
              <w:spacing w:after="0" w:line="240" w:lineRule="auto"/>
              <w:jc w:val="center"/>
              <w:rPr>
                <w:noProof/>
                <w:lang w:val="ro-RO"/>
              </w:rPr>
            </w:pPr>
          </w:p>
        </w:tc>
      </w:tr>
      <w:tr w:rsidR="004A2E0F" w:rsidRPr="00D308F8" w14:paraId="1FD87B57" w14:textId="77777777">
        <w:trPr>
          <w:cantSplit/>
          <w:jc w:val="center"/>
        </w:trPr>
        <w:tc>
          <w:tcPr>
            <w:tcW w:w="510" w:type="dxa"/>
            <w:shd w:val="clear" w:color="auto" w:fill="FAFAFA"/>
            <w:tcMar>
              <w:top w:w="75" w:type="dxa"/>
              <w:left w:w="85" w:type="dxa"/>
              <w:bottom w:w="75" w:type="dxa"/>
              <w:right w:w="85" w:type="dxa"/>
            </w:tcMar>
            <w:vAlign w:val="center"/>
          </w:tcPr>
          <w:p w14:paraId="59A56437" w14:textId="77777777" w:rsidR="004A2E0F" w:rsidRPr="00D308F8" w:rsidRDefault="00000000">
            <w:pPr>
              <w:spacing w:after="0" w:line="240" w:lineRule="auto"/>
              <w:jc w:val="center"/>
              <w:rPr>
                <w:noProof/>
                <w:lang w:val="ro-RO"/>
              </w:rPr>
            </w:pPr>
            <w:r w:rsidRPr="00D308F8">
              <w:rPr>
                <w:noProof/>
                <w:sz w:val="14"/>
                <w:lang w:val="ro-RO"/>
              </w:rPr>
              <w:t>4</w:t>
            </w:r>
          </w:p>
        </w:tc>
        <w:tc>
          <w:tcPr>
            <w:tcW w:w="3288" w:type="dxa"/>
            <w:shd w:val="clear" w:color="auto" w:fill="FAFAFA"/>
            <w:tcMar>
              <w:top w:w="75" w:type="dxa"/>
              <w:left w:w="85" w:type="dxa"/>
              <w:bottom w:w="75" w:type="dxa"/>
              <w:right w:w="85" w:type="dxa"/>
            </w:tcMar>
            <w:vAlign w:val="center"/>
          </w:tcPr>
          <w:p w14:paraId="39027171" w14:textId="77777777" w:rsidR="004A2E0F" w:rsidRPr="00D308F8" w:rsidRDefault="004A2E0F">
            <w:pPr>
              <w:spacing w:after="0" w:line="240" w:lineRule="auto"/>
              <w:rPr>
                <w:noProof/>
                <w:lang w:val="ro-RO"/>
              </w:rPr>
            </w:pPr>
          </w:p>
        </w:tc>
        <w:tc>
          <w:tcPr>
            <w:tcW w:w="1474" w:type="dxa"/>
            <w:shd w:val="clear" w:color="auto" w:fill="FAFAFA"/>
            <w:tcMar>
              <w:top w:w="75" w:type="dxa"/>
              <w:left w:w="85" w:type="dxa"/>
              <w:bottom w:w="75" w:type="dxa"/>
              <w:right w:w="85" w:type="dxa"/>
            </w:tcMar>
            <w:vAlign w:val="center"/>
          </w:tcPr>
          <w:p w14:paraId="2DC6BF43" w14:textId="77777777" w:rsidR="004A2E0F" w:rsidRPr="00D308F8" w:rsidRDefault="004A2E0F">
            <w:pPr>
              <w:spacing w:after="0" w:line="240" w:lineRule="auto"/>
              <w:rPr>
                <w:noProof/>
                <w:lang w:val="ro-RO"/>
              </w:rPr>
            </w:pPr>
          </w:p>
        </w:tc>
        <w:tc>
          <w:tcPr>
            <w:tcW w:w="1361" w:type="dxa"/>
            <w:shd w:val="clear" w:color="auto" w:fill="FAFAFA"/>
            <w:tcMar>
              <w:top w:w="75" w:type="dxa"/>
              <w:left w:w="85" w:type="dxa"/>
              <w:bottom w:w="75" w:type="dxa"/>
              <w:right w:w="85" w:type="dxa"/>
            </w:tcMar>
            <w:vAlign w:val="center"/>
          </w:tcPr>
          <w:p w14:paraId="3CA4448F" w14:textId="77777777" w:rsidR="004A2E0F" w:rsidRPr="00D308F8" w:rsidRDefault="004A2E0F">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04E6E5EA" w14:textId="77777777" w:rsidR="004A2E0F" w:rsidRPr="00D308F8" w:rsidRDefault="004A2E0F">
            <w:pPr>
              <w:spacing w:after="0" w:line="240" w:lineRule="auto"/>
              <w:rPr>
                <w:noProof/>
                <w:lang w:val="ro-RO"/>
              </w:rPr>
            </w:pPr>
          </w:p>
        </w:tc>
        <w:tc>
          <w:tcPr>
            <w:tcW w:w="1644" w:type="dxa"/>
            <w:shd w:val="clear" w:color="auto" w:fill="FAFAFA"/>
            <w:tcMar>
              <w:top w:w="75" w:type="dxa"/>
              <w:left w:w="85" w:type="dxa"/>
              <w:bottom w:w="75" w:type="dxa"/>
              <w:right w:w="85" w:type="dxa"/>
            </w:tcMar>
            <w:vAlign w:val="center"/>
          </w:tcPr>
          <w:p w14:paraId="290EEBD2" w14:textId="77777777" w:rsidR="004A2E0F" w:rsidRPr="00D308F8" w:rsidRDefault="004A2E0F">
            <w:pPr>
              <w:spacing w:after="0" w:line="240" w:lineRule="auto"/>
              <w:rPr>
                <w:noProof/>
                <w:lang w:val="ro-RO"/>
              </w:rPr>
            </w:pPr>
          </w:p>
        </w:tc>
        <w:tc>
          <w:tcPr>
            <w:tcW w:w="510" w:type="dxa"/>
            <w:shd w:val="clear" w:color="auto" w:fill="FAFAFA"/>
            <w:tcMar>
              <w:top w:w="75" w:type="dxa"/>
              <w:left w:w="85" w:type="dxa"/>
              <w:bottom w:w="75" w:type="dxa"/>
              <w:right w:w="85" w:type="dxa"/>
            </w:tcMar>
            <w:vAlign w:val="center"/>
          </w:tcPr>
          <w:p w14:paraId="3C799867" w14:textId="77777777" w:rsidR="004A2E0F" w:rsidRPr="00D308F8" w:rsidRDefault="004A2E0F">
            <w:pPr>
              <w:spacing w:after="0" w:line="240" w:lineRule="auto"/>
              <w:jc w:val="center"/>
              <w:rPr>
                <w:noProof/>
                <w:lang w:val="ro-RO"/>
              </w:rPr>
            </w:pPr>
          </w:p>
        </w:tc>
      </w:tr>
      <w:tr w:rsidR="004A2E0F" w:rsidRPr="00D308F8" w14:paraId="0B8AD4FB" w14:textId="77777777">
        <w:trPr>
          <w:cantSplit/>
          <w:jc w:val="center"/>
        </w:trPr>
        <w:tc>
          <w:tcPr>
            <w:tcW w:w="510" w:type="dxa"/>
            <w:shd w:val="clear" w:color="auto" w:fill="FFFFFF"/>
            <w:tcMar>
              <w:top w:w="75" w:type="dxa"/>
              <w:left w:w="85" w:type="dxa"/>
              <w:bottom w:w="75" w:type="dxa"/>
              <w:right w:w="85" w:type="dxa"/>
            </w:tcMar>
            <w:vAlign w:val="center"/>
          </w:tcPr>
          <w:p w14:paraId="4F007CDD" w14:textId="77777777" w:rsidR="004A2E0F" w:rsidRPr="00D308F8" w:rsidRDefault="00000000">
            <w:pPr>
              <w:spacing w:after="0" w:line="240" w:lineRule="auto"/>
              <w:jc w:val="center"/>
              <w:rPr>
                <w:noProof/>
                <w:lang w:val="ro-RO"/>
              </w:rPr>
            </w:pPr>
            <w:r w:rsidRPr="00D308F8">
              <w:rPr>
                <w:noProof/>
                <w:sz w:val="14"/>
                <w:lang w:val="ro-RO"/>
              </w:rPr>
              <w:t>5</w:t>
            </w:r>
          </w:p>
        </w:tc>
        <w:tc>
          <w:tcPr>
            <w:tcW w:w="3288" w:type="dxa"/>
            <w:shd w:val="clear" w:color="auto" w:fill="FFFFFF"/>
            <w:tcMar>
              <w:top w:w="75" w:type="dxa"/>
              <w:left w:w="85" w:type="dxa"/>
              <w:bottom w:w="75" w:type="dxa"/>
              <w:right w:w="85" w:type="dxa"/>
            </w:tcMar>
            <w:vAlign w:val="center"/>
          </w:tcPr>
          <w:p w14:paraId="60C31654" w14:textId="77777777" w:rsidR="004A2E0F" w:rsidRPr="00D308F8" w:rsidRDefault="004A2E0F">
            <w:pPr>
              <w:spacing w:after="0" w:line="240" w:lineRule="auto"/>
              <w:rPr>
                <w:noProof/>
                <w:lang w:val="ro-RO"/>
              </w:rPr>
            </w:pPr>
          </w:p>
        </w:tc>
        <w:tc>
          <w:tcPr>
            <w:tcW w:w="1474" w:type="dxa"/>
            <w:shd w:val="clear" w:color="auto" w:fill="FFFFFF"/>
            <w:tcMar>
              <w:top w:w="75" w:type="dxa"/>
              <w:left w:w="85" w:type="dxa"/>
              <w:bottom w:w="75" w:type="dxa"/>
              <w:right w:w="85" w:type="dxa"/>
            </w:tcMar>
            <w:vAlign w:val="center"/>
          </w:tcPr>
          <w:p w14:paraId="373C91DF" w14:textId="77777777" w:rsidR="004A2E0F" w:rsidRPr="00D308F8" w:rsidRDefault="004A2E0F">
            <w:pPr>
              <w:spacing w:after="0" w:line="240" w:lineRule="auto"/>
              <w:rPr>
                <w:noProof/>
                <w:lang w:val="ro-RO"/>
              </w:rPr>
            </w:pPr>
          </w:p>
        </w:tc>
        <w:tc>
          <w:tcPr>
            <w:tcW w:w="1361" w:type="dxa"/>
            <w:shd w:val="clear" w:color="auto" w:fill="FFFFFF"/>
            <w:tcMar>
              <w:top w:w="75" w:type="dxa"/>
              <w:left w:w="85" w:type="dxa"/>
              <w:bottom w:w="75" w:type="dxa"/>
              <w:right w:w="85" w:type="dxa"/>
            </w:tcMar>
            <w:vAlign w:val="center"/>
          </w:tcPr>
          <w:p w14:paraId="29B4ED6F" w14:textId="77777777" w:rsidR="004A2E0F" w:rsidRPr="00D308F8" w:rsidRDefault="004A2E0F">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1D057180" w14:textId="77777777" w:rsidR="004A2E0F" w:rsidRPr="00D308F8" w:rsidRDefault="004A2E0F">
            <w:pPr>
              <w:spacing w:after="0" w:line="240" w:lineRule="auto"/>
              <w:rPr>
                <w:noProof/>
                <w:lang w:val="ro-RO"/>
              </w:rPr>
            </w:pPr>
          </w:p>
        </w:tc>
        <w:tc>
          <w:tcPr>
            <w:tcW w:w="1644" w:type="dxa"/>
            <w:shd w:val="clear" w:color="auto" w:fill="FFFFFF"/>
            <w:tcMar>
              <w:top w:w="75" w:type="dxa"/>
              <w:left w:w="85" w:type="dxa"/>
              <w:bottom w:w="75" w:type="dxa"/>
              <w:right w:w="85" w:type="dxa"/>
            </w:tcMar>
            <w:vAlign w:val="center"/>
          </w:tcPr>
          <w:p w14:paraId="74DFFB7C" w14:textId="77777777" w:rsidR="004A2E0F" w:rsidRPr="00D308F8" w:rsidRDefault="004A2E0F">
            <w:pPr>
              <w:spacing w:after="0" w:line="240" w:lineRule="auto"/>
              <w:rPr>
                <w:noProof/>
                <w:lang w:val="ro-RO"/>
              </w:rPr>
            </w:pPr>
          </w:p>
        </w:tc>
        <w:tc>
          <w:tcPr>
            <w:tcW w:w="510" w:type="dxa"/>
            <w:shd w:val="clear" w:color="auto" w:fill="FFFFFF"/>
            <w:tcMar>
              <w:top w:w="75" w:type="dxa"/>
              <w:left w:w="85" w:type="dxa"/>
              <w:bottom w:w="75" w:type="dxa"/>
              <w:right w:w="85" w:type="dxa"/>
            </w:tcMar>
            <w:vAlign w:val="center"/>
          </w:tcPr>
          <w:p w14:paraId="4FBFC8E5" w14:textId="77777777" w:rsidR="004A2E0F" w:rsidRPr="00D308F8" w:rsidRDefault="004A2E0F">
            <w:pPr>
              <w:spacing w:after="0" w:line="240" w:lineRule="auto"/>
              <w:jc w:val="center"/>
              <w:rPr>
                <w:noProof/>
                <w:lang w:val="ro-RO"/>
              </w:rPr>
            </w:pPr>
          </w:p>
        </w:tc>
      </w:tr>
      <w:tr w:rsidR="004A2E0F" w:rsidRPr="00D308F8" w14:paraId="219F9334" w14:textId="77777777">
        <w:trPr>
          <w:cantSplit/>
          <w:jc w:val="center"/>
        </w:trPr>
        <w:tc>
          <w:tcPr>
            <w:tcW w:w="510" w:type="dxa"/>
            <w:shd w:val="clear" w:color="auto" w:fill="FAFAFA"/>
            <w:tcMar>
              <w:top w:w="75" w:type="dxa"/>
              <w:left w:w="85" w:type="dxa"/>
              <w:bottom w:w="75" w:type="dxa"/>
              <w:right w:w="85" w:type="dxa"/>
            </w:tcMar>
            <w:vAlign w:val="center"/>
          </w:tcPr>
          <w:p w14:paraId="68196837" w14:textId="77777777" w:rsidR="004A2E0F" w:rsidRPr="00D308F8" w:rsidRDefault="00000000">
            <w:pPr>
              <w:spacing w:after="0" w:line="240" w:lineRule="auto"/>
              <w:jc w:val="center"/>
              <w:rPr>
                <w:noProof/>
                <w:lang w:val="ro-RO"/>
              </w:rPr>
            </w:pPr>
            <w:r w:rsidRPr="00D308F8">
              <w:rPr>
                <w:noProof/>
                <w:sz w:val="14"/>
                <w:lang w:val="ro-RO"/>
              </w:rPr>
              <w:t>6</w:t>
            </w:r>
          </w:p>
        </w:tc>
        <w:tc>
          <w:tcPr>
            <w:tcW w:w="3288" w:type="dxa"/>
            <w:shd w:val="clear" w:color="auto" w:fill="FAFAFA"/>
            <w:tcMar>
              <w:top w:w="75" w:type="dxa"/>
              <w:left w:w="85" w:type="dxa"/>
              <w:bottom w:w="75" w:type="dxa"/>
              <w:right w:w="85" w:type="dxa"/>
            </w:tcMar>
            <w:vAlign w:val="center"/>
          </w:tcPr>
          <w:p w14:paraId="31BFE750" w14:textId="77777777" w:rsidR="004A2E0F" w:rsidRPr="00D308F8" w:rsidRDefault="004A2E0F">
            <w:pPr>
              <w:spacing w:after="0" w:line="240" w:lineRule="auto"/>
              <w:rPr>
                <w:noProof/>
                <w:lang w:val="ro-RO"/>
              </w:rPr>
            </w:pPr>
          </w:p>
        </w:tc>
        <w:tc>
          <w:tcPr>
            <w:tcW w:w="1474" w:type="dxa"/>
            <w:shd w:val="clear" w:color="auto" w:fill="FAFAFA"/>
            <w:tcMar>
              <w:top w:w="75" w:type="dxa"/>
              <w:left w:w="85" w:type="dxa"/>
              <w:bottom w:w="75" w:type="dxa"/>
              <w:right w:w="85" w:type="dxa"/>
            </w:tcMar>
            <w:vAlign w:val="center"/>
          </w:tcPr>
          <w:p w14:paraId="2A19C008" w14:textId="77777777" w:rsidR="004A2E0F" w:rsidRPr="00D308F8" w:rsidRDefault="004A2E0F">
            <w:pPr>
              <w:spacing w:after="0" w:line="240" w:lineRule="auto"/>
              <w:rPr>
                <w:noProof/>
                <w:lang w:val="ro-RO"/>
              </w:rPr>
            </w:pPr>
          </w:p>
        </w:tc>
        <w:tc>
          <w:tcPr>
            <w:tcW w:w="1361" w:type="dxa"/>
            <w:shd w:val="clear" w:color="auto" w:fill="FAFAFA"/>
            <w:tcMar>
              <w:top w:w="75" w:type="dxa"/>
              <w:left w:w="85" w:type="dxa"/>
              <w:bottom w:w="75" w:type="dxa"/>
              <w:right w:w="85" w:type="dxa"/>
            </w:tcMar>
            <w:vAlign w:val="center"/>
          </w:tcPr>
          <w:p w14:paraId="38E8AFD3" w14:textId="77777777" w:rsidR="004A2E0F" w:rsidRPr="00D308F8" w:rsidRDefault="004A2E0F">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51ADFEFA" w14:textId="77777777" w:rsidR="004A2E0F" w:rsidRPr="00D308F8" w:rsidRDefault="004A2E0F">
            <w:pPr>
              <w:spacing w:after="0" w:line="240" w:lineRule="auto"/>
              <w:rPr>
                <w:noProof/>
                <w:lang w:val="ro-RO"/>
              </w:rPr>
            </w:pPr>
          </w:p>
        </w:tc>
        <w:tc>
          <w:tcPr>
            <w:tcW w:w="1644" w:type="dxa"/>
            <w:shd w:val="clear" w:color="auto" w:fill="FAFAFA"/>
            <w:tcMar>
              <w:top w:w="75" w:type="dxa"/>
              <w:left w:w="85" w:type="dxa"/>
              <w:bottom w:w="75" w:type="dxa"/>
              <w:right w:w="85" w:type="dxa"/>
            </w:tcMar>
            <w:vAlign w:val="center"/>
          </w:tcPr>
          <w:p w14:paraId="1B1BA80C" w14:textId="77777777" w:rsidR="004A2E0F" w:rsidRPr="00D308F8" w:rsidRDefault="004A2E0F">
            <w:pPr>
              <w:spacing w:after="0" w:line="240" w:lineRule="auto"/>
              <w:rPr>
                <w:noProof/>
                <w:lang w:val="ro-RO"/>
              </w:rPr>
            </w:pPr>
          </w:p>
        </w:tc>
        <w:tc>
          <w:tcPr>
            <w:tcW w:w="510" w:type="dxa"/>
            <w:shd w:val="clear" w:color="auto" w:fill="FAFAFA"/>
            <w:tcMar>
              <w:top w:w="75" w:type="dxa"/>
              <w:left w:w="85" w:type="dxa"/>
              <w:bottom w:w="75" w:type="dxa"/>
              <w:right w:w="85" w:type="dxa"/>
            </w:tcMar>
            <w:vAlign w:val="center"/>
          </w:tcPr>
          <w:p w14:paraId="0F0A8511" w14:textId="77777777" w:rsidR="004A2E0F" w:rsidRPr="00D308F8" w:rsidRDefault="004A2E0F">
            <w:pPr>
              <w:spacing w:after="0" w:line="240" w:lineRule="auto"/>
              <w:jc w:val="center"/>
              <w:rPr>
                <w:noProof/>
                <w:lang w:val="ro-RO"/>
              </w:rPr>
            </w:pPr>
          </w:p>
        </w:tc>
      </w:tr>
    </w:tbl>
    <w:p w14:paraId="01DEE3F2" w14:textId="77777777" w:rsidR="004A2E0F" w:rsidRPr="00D308F8" w:rsidRDefault="004A2E0F">
      <w:pPr>
        <w:spacing w:after="20"/>
        <w:rPr>
          <w:noProof/>
          <w:lang w:val="ro-RO"/>
        </w:rPr>
      </w:pPr>
    </w:p>
    <w:p w14:paraId="5EDB7B47" w14:textId="77777777" w:rsidR="004A2E0F" w:rsidRPr="00D308F8" w:rsidRDefault="00000000">
      <w:pPr>
        <w:pStyle w:val="Heading2"/>
        <w:rPr>
          <w:noProof/>
          <w:lang w:val="ro-RO"/>
        </w:rPr>
      </w:pPr>
      <w:r w:rsidRPr="00D308F8">
        <w:rPr>
          <w:noProof/>
          <w:lang w:val="ro-RO"/>
        </w:rPr>
        <w:t>Riscuri, dependențe și măsuri</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10"/>
        <w:gridCol w:w="3118"/>
        <w:gridCol w:w="1020"/>
        <w:gridCol w:w="1020"/>
        <w:gridCol w:w="3118"/>
        <w:gridCol w:w="1134"/>
      </w:tblGrid>
      <w:tr w:rsidR="004A2E0F" w:rsidRPr="00D308F8" w14:paraId="502E6288" w14:textId="77777777">
        <w:trPr>
          <w:tblHeader/>
          <w:jc w:val="center"/>
        </w:trPr>
        <w:tc>
          <w:tcPr>
            <w:tcW w:w="510" w:type="dxa"/>
            <w:shd w:val="clear" w:color="auto" w:fill="D71920"/>
            <w:tcMar>
              <w:top w:w="75" w:type="dxa"/>
              <w:left w:w="85" w:type="dxa"/>
              <w:bottom w:w="75" w:type="dxa"/>
              <w:right w:w="85" w:type="dxa"/>
            </w:tcMar>
            <w:vAlign w:val="center"/>
          </w:tcPr>
          <w:p w14:paraId="25152DC3" w14:textId="77777777" w:rsidR="004A2E0F" w:rsidRPr="00D308F8" w:rsidRDefault="00000000">
            <w:pPr>
              <w:spacing w:after="0" w:line="240" w:lineRule="auto"/>
              <w:jc w:val="center"/>
              <w:rPr>
                <w:noProof/>
                <w:lang w:val="ro-RO"/>
              </w:rPr>
            </w:pPr>
            <w:r w:rsidRPr="00D308F8">
              <w:rPr>
                <w:b/>
                <w:noProof/>
                <w:color w:val="FFFFFF"/>
                <w:sz w:val="14"/>
                <w:lang w:val="ro-RO"/>
              </w:rPr>
              <w:t>#</w:t>
            </w:r>
          </w:p>
        </w:tc>
        <w:tc>
          <w:tcPr>
            <w:tcW w:w="3118" w:type="dxa"/>
            <w:shd w:val="clear" w:color="auto" w:fill="D71920"/>
            <w:tcMar>
              <w:top w:w="75" w:type="dxa"/>
              <w:left w:w="85" w:type="dxa"/>
              <w:bottom w:w="75" w:type="dxa"/>
              <w:right w:w="85" w:type="dxa"/>
            </w:tcMar>
            <w:vAlign w:val="center"/>
          </w:tcPr>
          <w:p w14:paraId="38894996" w14:textId="77777777" w:rsidR="004A2E0F" w:rsidRPr="00D308F8" w:rsidRDefault="00000000">
            <w:pPr>
              <w:spacing w:after="0" w:line="240" w:lineRule="auto"/>
              <w:jc w:val="center"/>
              <w:rPr>
                <w:noProof/>
                <w:lang w:val="ro-RO"/>
              </w:rPr>
            </w:pPr>
            <w:r w:rsidRPr="00D308F8">
              <w:rPr>
                <w:b/>
                <w:noProof/>
                <w:color w:val="FFFFFF"/>
                <w:sz w:val="14"/>
                <w:lang w:val="ro-RO"/>
              </w:rPr>
              <w:t>RISC / DEPENDENȚĂ</w:t>
            </w:r>
          </w:p>
        </w:tc>
        <w:tc>
          <w:tcPr>
            <w:tcW w:w="1020" w:type="dxa"/>
            <w:shd w:val="clear" w:color="auto" w:fill="D71920"/>
            <w:tcMar>
              <w:top w:w="75" w:type="dxa"/>
              <w:left w:w="85" w:type="dxa"/>
              <w:bottom w:w="75" w:type="dxa"/>
              <w:right w:w="85" w:type="dxa"/>
            </w:tcMar>
            <w:vAlign w:val="center"/>
          </w:tcPr>
          <w:p w14:paraId="05D8DEBB" w14:textId="77777777" w:rsidR="004A2E0F" w:rsidRPr="00D308F8" w:rsidRDefault="00000000">
            <w:pPr>
              <w:spacing w:after="0" w:line="240" w:lineRule="auto"/>
              <w:jc w:val="center"/>
              <w:rPr>
                <w:noProof/>
                <w:lang w:val="ro-RO"/>
              </w:rPr>
            </w:pPr>
            <w:r w:rsidRPr="00D308F8">
              <w:rPr>
                <w:b/>
                <w:noProof/>
                <w:color w:val="FFFFFF"/>
                <w:sz w:val="14"/>
                <w:lang w:val="ro-RO"/>
              </w:rPr>
              <w:t>PROB.</w:t>
            </w:r>
          </w:p>
        </w:tc>
        <w:tc>
          <w:tcPr>
            <w:tcW w:w="1020" w:type="dxa"/>
            <w:shd w:val="clear" w:color="auto" w:fill="D71920"/>
            <w:tcMar>
              <w:top w:w="75" w:type="dxa"/>
              <w:left w:w="85" w:type="dxa"/>
              <w:bottom w:w="75" w:type="dxa"/>
              <w:right w:w="85" w:type="dxa"/>
            </w:tcMar>
            <w:vAlign w:val="center"/>
          </w:tcPr>
          <w:p w14:paraId="6BE55A3D" w14:textId="77777777" w:rsidR="004A2E0F" w:rsidRPr="00D308F8" w:rsidRDefault="00000000">
            <w:pPr>
              <w:spacing w:after="0" w:line="240" w:lineRule="auto"/>
              <w:jc w:val="center"/>
              <w:rPr>
                <w:noProof/>
                <w:lang w:val="ro-RO"/>
              </w:rPr>
            </w:pPr>
            <w:r w:rsidRPr="00D308F8">
              <w:rPr>
                <w:b/>
                <w:noProof/>
                <w:color w:val="FFFFFF"/>
                <w:sz w:val="14"/>
                <w:lang w:val="ro-RO"/>
              </w:rPr>
              <w:t>IMPACT</w:t>
            </w:r>
          </w:p>
        </w:tc>
        <w:tc>
          <w:tcPr>
            <w:tcW w:w="3118" w:type="dxa"/>
            <w:shd w:val="clear" w:color="auto" w:fill="D71920"/>
            <w:tcMar>
              <w:top w:w="75" w:type="dxa"/>
              <w:left w:w="85" w:type="dxa"/>
              <w:bottom w:w="75" w:type="dxa"/>
              <w:right w:w="85" w:type="dxa"/>
            </w:tcMar>
            <w:vAlign w:val="center"/>
          </w:tcPr>
          <w:p w14:paraId="58C3B9BD" w14:textId="77777777" w:rsidR="004A2E0F" w:rsidRPr="00D308F8" w:rsidRDefault="00000000">
            <w:pPr>
              <w:spacing w:after="0" w:line="240" w:lineRule="auto"/>
              <w:jc w:val="center"/>
              <w:rPr>
                <w:noProof/>
                <w:lang w:val="ro-RO"/>
              </w:rPr>
            </w:pPr>
            <w:r w:rsidRPr="00D308F8">
              <w:rPr>
                <w:b/>
                <w:noProof/>
                <w:color w:val="FFFFFF"/>
                <w:sz w:val="14"/>
                <w:lang w:val="ro-RO"/>
              </w:rPr>
              <w:t>MĂSURĂ / CONTINGENȚĂ</w:t>
            </w:r>
          </w:p>
        </w:tc>
        <w:tc>
          <w:tcPr>
            <w:tcW w:w="1134" w:type="dxa"/>
            <w:shd w:val="clear" w:color="auto" w:fill="D71920"/>
            <w:tcMar>
              <w:top w:w="75" w:type="dxa"/>
              <w:left w:w="85" w:type="dxa"/>
              <w:bottom w:w="75" w:type="dxa"/>
              <w:right w:w="85" w:type="dxa"/>
            </w:tcMar>
            <w:vAlign w:val="center"/>
          </w:tcPr>
          <w:p w14:paraId="67B970EF" w14:textId="77777777" w:rsidR="004A2E0F" w:rsidRPr="00D308F8" w:rsidRDefault="00000000">
            <w:pPr>
              <w:spacing w:after="0" w:line="240" w:lineRule="auto"/>
              <w:jc w:val="center"/>
              <w:rPr>
                <w:noProof/>
                <w:lang w:val="ro-RO"/>
              </w:rPr>
            </w:pPr>
            <w:r w:rsidRPr="00D308F8">
              <w:rPr>
                <w:b/>
                <w:noProof/>
                <w:color w:val="FFFFFF"/>
                <w:sz w:val="14"/>
                <w:lang w:val="ro-RO"/>
              </w:rPr>
              <w:t>RESP.</w:t>
            </w:r>
          </w:p>
        </w:tc>
      </w:tr>
      <w:tr w:rsidR="004A2E0F" w:rsidRPr="00D308F8" w14:paraId="14260048" w14:textId="77777777">
        <w:trPr>
          <w:cantSplit/>
          <w:jc w:val="center"/>
        </w:trPr>
        <w:tc>
          <w:tcPr>
            <w:tcW w:w="510" w:type="dxa"/>
            <w:shd w:val="clear" w:color="auto" w:fill="FFFFFF"/>
            <w:tcMar>
              <w:top w:w="75" w:type="dxa"/>
              <w:left w:w="85" w:type="dxa"/>
              <w:bottom w:w="75" w:type="dxa"/>
              <w:right w:w="85" w:type="dxa"/>
            </w:tcMar>
            <w:vAlign w:val="center"/>
          </w:tcPr>
          <w:p w14:paraId="1E86CFDA" w14:textId="77777777" w:rsidR="004A2E0F" w:rsidRPr="00D308F8" w:rsidRDefault="00000000">
            <w:pPr>
              <w:spacing w:after="0" w:line="240" w:lineRule="auto"/>
              <w:jc w:val="center"/>
              <w:rPr>
                <w:noProof/>
                <w:lang w:val="ro-RO"/>
              </w:rPr>
            </w:pPr>
            <w:r w:rsidRPr="00D308F8">
              <w:rPr>
                <w:noProof/>
                <w:sz w:val="15"/>
                <w:lang w:val="ro-RO"/>
              </w:rPr>
              <w:t>1</w:t>
            </w:r>
          </w:p>
        </w:tc>
        <w:tc>
          <w:tcPr>
            <w:tcW w:w="3118" w:type="dxa"/>
            <w:shd w:val="clear" w:color="auto" w:fill="FFFFFF"/>
            <w:tcMar>
              <w:top w:w="75" w:type="dxa"/>
              <w:left w:w="85" w:type="dxa"/>
              <w:bottom w:w="75" w:type="dxa"/>
              <w:right w:w="85" w:type="dxa"/>
            </w:tcMar>
            <w:vAlign w:val="center"/>
          </w:tcPr>
          <w:p w14:paraId="34E0ACDF" w14:textId="77777777" w:rsidR="004A2E0F" w:rsidRPr="00D308F8" w:rsidRDefault="004A2E0F">
            <w:pPr>
              <w:spacing w:after="0" w:line="240" w:lineRule="auto"/>
              <w:rPr>
                <w:noProof/>
                <w:lang w:val="ro-RO"/>
              </w:rPr>
            </w:pPr>
          </w:p>
        </w:tc>
        <w:tc>
          <w:tcPr>
            <w:tcW w:w="1020" w:type="dxa"/>
            <w:shd w:val="clear" w:color="auto" w:fill="FFFFFF"/>
            <w:tcMar>
              <w:top w:w="75" w:type="dxa"/>
              <w:left w:w="85" w:type="dxa"/>
              <w:bottom w:w="75" w:type="dxa"/>
              <w:right w:w="85" w:type="dxa"/>
            </w:tcMar>
            <w:vAlign w:val="center"/>
          </w:tcPr>
          <w:p w14:paraId="2A54B636" w14:textId="77777777" w:rsidR="004A2E0F" w:rsidRPr="00D308F8" w:rsidRDefault="004A2E0F">
            <w:pPr>
              <w:spacing w:after="0" w:line="240" w:lineRule="auto"/>
              <w:jc w:val="center"/>
              <w:rPr>
                <w:noProof/>
                <w:lang w:val="ro-RO"/>
              </w:rPr>
            </w:pPr>
          </w:p>
        </w:tc>
        <w:tc>
          <w:tcPr>
            <w:tcW w:w="1020" w:type="dxa"/>
            <w:shd w:val="clear" w:color="auto" w:fill="FFFFFF"/>
            <w:tcMar>
              <w:top w:w="75" w:type="dxa"/>
              <w:left w:w="85" w:type="dxa"/>
              <w:bottom w:w="75" w:type="dxa"/>
              <w:right w:w="85" w:type="dxa"/>
            </w:tcMar>
            <w:vAlign w:val="center"/>
          </w:tcPr>
          <w:p w14:paraId="0EDF0F3C" w14:textId="77777777" w:rsidR="004A2E0F" w:rsidRPr="00D308F8" w:rsidRDefault="004A2E0F">
            <w:pPr>
              <w:spacing w:after="0" w:line="240" w:lineRule="auto"/>
              <w:jc w:val="center"/>
              <w:rPr>
                <w:noProof/>
                <w:lang w:val="ro-RO"/>
              </w:rPr>
            </w:pPr>
          </w:p>
        </w:tc>
        <w:tc>
          <w:tcPr>
            <w:tcW w:w="3118" w:type="dxa"/>
            <w:shd w:val="clear" w:color="auto" w:fill="FFFFFF"/>
            <w:tcMar>
              <w:top w:w="75" w:type="dxa"/>
              <w:left w:w="85" w:type="dxa"/>
              <w:bottom w:w="75" w:type="dxa"/>
              <w:right w:w="85" w:type="dxa"/>
            </w:tcMar>
            <w:vAlign w:val="center"/>
          </w:tcPr>
          <w:p w14:paraId="1E582D91" w14:textId="77777777" w:rsidR="004A2E0F" w:rsidRPr="00D308F8" w:rsidRDefault="004A2E0F">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37D8D311" w14:textId="77777777" w:rsidR="004A2E0F" w:rsidRPr="00D308F8" w:rsidRDefault="004A2E0F">
            <w:pPr>
              <w:spacing w:after="0" w:line="240" w:lineRule="auto"/>
              <w:rPr>
                <w:noProof/>
                <w:lang w:val="ro-RO"/>
              </w:rPr>
            </w:pPr>
          </w:p>
        </w:tc>
      </w:tr>
      <w:tr w:rsidR="004A2E0F" w:rsidRPr="00D308F8" w14:paraId="0CAAA5CF" w14:textId="77777777">
        <w:trPr>
          <w:cantSplit/>
          <w:jc w:val="center"/>
        </w:trPr>
        <w:tc>
          <w:tcPr>
            <w:tcW w:w="510" w:type="dxa"/>
            <w:shd w:val="clear" w:color="auto" w:fill="FAFAFA"/>
            <w:tcMar>
              <w:top w:w="75" w:type="dxa"/>
              <w:left w:w="85" w:type="dxa"/>
              <w:bottom w:w="75" w:type="dxa"/>
              <w:right w:w="85" w:type="dxa"/>
            </w:tcMar>
            <w:vAlign w:val="center"/>
          </w:tcPr>
          <w:p w14:paraId="10E57A1D" w14:textId="77777777" w:rsidR="004A2E0F" w:rsidRPr="00D308F8" w:rsidRDefault="00000000">
            <w:pPr>
              <w:spacing w:after="0" w:line="240" w:lineRule="auto"/>
              <w:jc w:val="center"/>
              <w:rPr>
                <w:noProof/>
                <w:lang w:val="ro-RO"/>
              </w:rPr>
            </w:pPr>
            <w:r w:rsidRPr="00D308F8">
              <w:rPr>
                <w:noProof/>
                <w:sz w:val="15"/>
                <w:lang w:val="ro-RO"/>
              </w:rPr>
              <w:t>2</w:t>
            </w:r>
          </w:p>
        </w:tc>
        <w:tc>
          <w:tcPr>
            <w:tcW w:w="3118" w:type="dxa"/>
            <w:shd w:val="clear" w:color="auto" w:fill="FAFAFA"/>
            <w:tcMar>
              <w:top w:w="75" w:type="dxa"/>
              <w:left w:w="85" w:type="dxa"/>
              <w:bottom w:w="75" w:type="dxa"/>
              <w:right w:w="85" w:type="dxa"/>
            </w:tcMar>
            <w:vAlign w:val="center"/>
          </w:tcPr>
          <w:p w14:paraId="4E8A679A" w14:textId="77777777" w:rsidR="004A2E0F" w:rsidRPr="00D308F8" w:rsidRDefault="004A2E0F">
            <w:pPr>
              <w:spacing w:after="0" w:line="240" w:lineRule="auto"/>
              <w:rPr>
                <w:noProof/>
                <w:lang w:val="ro-RO"/>
              </w:rPr>
            </w:pPr>
          </w:p>
        </w:tc>
        <w:tc>
          <w:tcPr>
            <w:tcW w:w="1020" w:type="dxa"/>
            <w:shd w:val="clear" w:color="auto" w:fill="FAFAFA"/>
            <w:tcMar>
              <w:top w:w="75" w:type="dxa"/>
              <w:left w:w="85" w:type="dxa"/>
              <w:bottom w:w="75" w:type="dxa"/>
              <w:right w:w="85" w:type="dxa"/>
            </w:tcMar>
            <w:vAlign w:val="center"/>
          </w:tcPr>
          <w:p w14:paraId="2EB55A36" w14:textId="77777777" w:rsidR="004A2E0F" w:rsidRPr="00D308F8" w:rsidRDefault="004A2E0F">
            <w:pPr>
              <w:spacing w:after="0" w:line="240" w:lineRule="auto"/>
              <w:jc w:val="center"/>
              <w:rPr>
                <w:noProof/>
                <w:lang w:val="ro-RO"/>
              </w:rPr>
            </w:pPr>
          </w:p>
        </w:tc>
        <w:tc>
          <w:tcPr>
            <w:tcW w:w="1020" w:type="dxa"/>
            <w:shd w:val="clear" w:color="auto" w:fill="FAFAFA"/>
            <w:tcMar>
              <w:top w:w="75" w:type="dxa"/>
              <w:left w:w="85" w:type="dxa"/>
              <w:bottom w:w="75" w:type="dxa"/>
              <w:right w:w="85" w:type="dxa"/>
            </w:tcMar>
            <w:vAlign w:val="center"/>
          </w:tcPr>
          <w:p w14:paraId="7E52863B" w14:textId="77777777" w:rsidR="004A2E0F" w:rsidRPr="00D308F8" w:rsidRDefault="004A2E0F">
            <w:pPr>
              <w:spacing w:after="0" w:line="240" w:lineRule="auto"/>
              <w:jc w:val="center"/>
              <w:rPr>
                <w:noProof/>
                <w:lang w:val="ro-RO"/>
              </w:rPr>
            </w:pPr>
          </w:p>
        </w:tc>
        <w:tc>
          <w:tcPr>
            <w:tcW w:w="3118" w:type="dxa"/>
            <w:shd w:val="clear" w:color="auto" w:fill="FAFAFA"/>
            <w:tcMar>
              <w:top w:w="75" w:type="dxa"/>
              <w:left w:w="85" w:type="dxa"/>
              <w:bottom w:w="75" w:type="dxa"/>
              <w:right w:w="85" w:type="dxa"/>
            </w:tcMar>
            <w:vAlign w:val="center"/>
          </w:tcPr>
          <w:p w14:paraId="3EF4839D" w14:textId="77777777" w:rsidR="004A2E0F" w:rsidRPr="00D308F8" w:rsidRDefault="004A2E0F">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4569F361" w14:textId="77777777" w:rsidR="004A2E0F" w:rsidRPr="00D308F8" w:rsidRDefault="004A2E0F">
            <w:pPr>
              <w:spacing w:after="0" w:line="240" w:lineRule="auto"/>
              <w:rPr>
                <w:noProof/>
                <w:lang w:val="ro-RO"/>
              </w:rPr>
            </w:pPr>
          </w:p>
        </w:tc>
      </w:tr>
      <w:tr w:rsidR="004A2E0F" w:rsidRPr="00D308F8" w14:paraId="545FC8F0" w14:textId="77777777">
        <w:trPr>
          <w:cantSplit/>
          <w:jc w:val="center"/>
        </w:trPr>
        <w:tc>
          <w:tcPr>
            <w:tcW w:w="510" w:type="dxa"/>
            <w:shd w:val="clear" w:color="auto" w:fill="FFFFFF"/>
            <w:tcMar>
              <w:top w:w="75" w:type="dxa"/>
              <w:left w:w="85" w:type="dxa"/>
              <w:bottom w:w="75" w:type="dxa"/>
              <w:right w:w="85" w:type="dxa"/>
            </w:tcMar>
            <w:vAlign w:val="center"/>
          </w:tcPr>
          <w:p w14:paraId="09A7BA50" w14:textId="77777777" w:rsidR="004A2E0F" w:rsidRPr="00D308F8" w:rsidRDefault="00000000">
            <w:pPr>
              <w:spacing w:after="0" w:line="240" w:lineRule="auto"/>
              <w:jc w:val="center"/>
              <w:rPr>
                <w:noProof/>
                <w:lang w:val="ro-RO"/>
              </w:rPr>
            </w:pPr>
            <w:r w:rsidRPr="00D308F8">
              <w:rPr>
                <w:noProof/>
                <w:sz w:val="15"/>
                <w:lang w:val="ro-RO"/>
              </w:rPr>
              <w:t>3</w:t>
            </w:r>
          </w:p>
        </w:tc>
        <w:tc>
          <w:tcPr>
            <w:tcW w:w="3118" w:type="dxa"/>
            <w:shd w:val="clear" w:color="auto" w:fill="FFFFFF"/>
            <w:tcMar>
              <w:top w:w="75" w:type="dxa"/>
              <w:left w:w="85" w:type="dxa"/>
              <w:bottom w:w="75" w:type="dxa"/>
              <w:right w:w="85" w:type="dxa"/>
            </w:tcMar>
            <w:vAlign w:val="center"/>
          </w:tcPr>
          <w:p w14:paraId="02A346D0" w14:textId="77777777" w:rsidR="004A2E0F" w:rsidRPr="00D308F8" w:rsidRDefault="004A2E0F">
            <w:pPr>
              <w:spacing w:after="0" w:line="240" w:lineRule="auto"/>
              <w:rPr>
                <w:noProof/>
                <w:lang w:val="ro-RO"/>
              </w:rPr>
            </w:pPr>
          </w:p>
        </w:tc>
        <w:tc>
          <w:tcPr>
            <w:tcW w:w="1020" w:type="dxa"/>
            <w:shd w:val="clear" w:color="auto" w:fill="FFFFFF"/>
            <w:tcMar>
              <w:top w:w="75" w:type="dxa"/>
              <w:left w:w="85" w:type="dxa"/>
              <w:bottom w:w="75" w:type="dxa"/>
              <w:right w:w="85" w:type="dxa"/>
            </w:tcMar>
            <w:vAlign w:val="center"/>
          </w:tcPr>
          <w:p w14:paraId="4CE0526F" w14:textId="77777777" w:rsidR="004A2E0F" w:rsidRPr="00D308F8" w:rsidRDefault="004A2E0F">
            <w:pPr>
              <w:spacing w:after="0" w:line="240" w:lineRule="auto"/>
              <w:jc w:val="center"/>
              <w:rPr>
                <w:noProof/>
                <w:lang w:val="ro-RO"/>
              </w:rPr>
            </w:pPr>
          </w:p>
        </w:tc>
        <w:tc>
          <w:tcPr>
            <w:tcW w:w="1020" w:type="dxa"/>
            <w:shd w:val="clear" w:color="auto" w:fill="FFFFFF"/>
            <w:tcMar>
              <w:top w:w="75" w:type="dxa"/>
              <w:left w:w="85" w:type="dxa"/>
              <w:bottom w:w="75" w:type="dxa"/>
              <w:right w:w="85" w:type="dxa"/>
            </w:tcMar>
            <w:vAlign w:val="center"/>
          </w:tcPr>
          <w:p w14:paraId="54C740FF" w14:textId="77777777" w:rsidR="004A2E0F" w:rsidRPr="00D308F8" w:rsidRDefault="004A2E0F">
            <w:pPr>
              <w:spacing w:after="0" w:line="240" w:lineRule="auto"/>
              <w:jc w:val="center"/>
              <w:rPr>
                <w:noProof/>
                <w:lang w:val="ro-RO"/>
              </w:rPr>
            </w:pPr>
          </w:p>
        </w:tc>
        <w:tc>
          <w:tcPr>
            <w:tcW w:w="3118" w:type="dxa"/>
            <w:shd w:val="clear" w:color="auto" w:fill="FFFFFF"/>
            <w:tcMar>
              <w:top w:w="75" w:type="dxa"/>
              <w:left w:w="85" w:type="dxa"/>
              <w:bottom w:w="75" w:type="dxa"/>
              <w:right w:w="85" w:type="dxa"/>
            </w:tcMar>
            <w:vAlign w:val="center"/>
          </w:tcPr>
          <w:p w14:paraId="7B154ADA" w14:textId="77777777" w:rsidR="004A2E0F" w:rsidRPr="00D308F8" w:rsidRDefault="004A2E0F">
            <w:pPr>
              <w:spacing w:after="0" w:line="240" w:lineRule="auto"/>
              <w:rPr>
                <w:noProof/>
                <w:lang w:val="ro-RO"/>
              </w:rPr>
            </w:pPr>
          </w:p>
        </w:tc>
        <w:tc>
          <w:tcPr>
            <w:tcW w:w="1134" w:type="dxa"/>
            <w:shd w:val="clear" w:color="auto" w:fill="FFFFFF"/>
            <w:tcMar>
              <w:top w:w="75" w:type="dxa"/>
              <w:left w:w="85" w:type="dxa"/>
              <w:bottom w:w="75" w:type="dxa"/>
              <w:right w:w="85" w:type="dxa"/>
            </w:tcMar>
            <w:vAlign w:val="center"/>
          </w:tcPr>
          <w:p w14:paraId="7AE593B0" w14:textId="77777777" w:rsidR="004A2E0F" w:rsidRPr="00D308F8" w:rsidRDefault="004A2E0F">
            <w:pPr>
              <w:spacing w:after="0" w:line="240" w:lineRule="auto"/>
              <w:rPr>
                <w:noProof/>
                <w:lang w:val="ro-RO"/>
              </w:rPr>
            </w:pPr>
          </w:p>
        </w:tc>
      </w:tr>
      <w:tr w:rsidR="004A2E0F" w:rsidRPr="00D308F8" w14:paraId="3C0E4468" w14:textId="77777777">
        <w:trPr>
          <w:cantSplit/>
          <w:jc w:val="center"/>
        </w:trPr>
        <w:tc>
          <w:tcPr>
            <w:tcW w:w="510" w:type="dxa"/>
            <w:shd w:val="clear" w:color="auto" w:fill="FAFAFA"/>
            <w:tcMar>
              <w:top w:w="75" w:type="dxa"/>
              <w:left w:w="85" w:type="dxa"/>
              <w:bottom w:w="75" w:type="dxa"/>
              <w:right w:w="85" w:type="dxa"/>
            </w:tcMar>
            <w:vAlign w:val="center"/>
          </w:tcPr>
          <w:p w14:paraId="79AC7EB8" w14:textId="77777777" w:rsidR="004A2E0F" w:rsidRPr="00D308F8" w:rsidRDefault="00000000">
            <w:pPr>
              <w:spacing w:after="0" w:line="240" w:lineRule="auto"/>
              <w:jc w:val="center"/>
              <w:rPr>
                <w:noProof/>
                <w:lang w:val="ro-RO"/>
              </w:rPr>
            </w:pPr>
            <w:r w:rsidRPr="00D308F8">
              <w:rPr>
                <w:noProof/>
                <w:sz w:val="15"/>
                <w:lang w:val="ro-RO"/>
              </w:rPr>
              <w:t>4</w:t>
            </w:r>
          </w:p>
        </w:tc>
        <w:tc>
          <w:tcPr>
            <w:tcW w:w="3118" w:type="dxa"/>
            <w:shd w:val="clear" w:color="auto" w:fill="FAFAFA"/>
            <w:tcMar>
              <w:top w:w="75" w:type="dxa"/>
              <w:left w:w="85" w:type="dxa"/>
              <w:bottom w:w="75" w:type="dxa"/>
              <w:right w:w="85" w:type="dxa"/>
            </w:tcMar>
            <w:vAlign w:val="center"/>
          </w:tcPr>
          <w:p w14:paraId="69864962" w14:textId="77777777" w:rsidR="004A2E0F" w:rsidRPr="00D308F8" w:rsidRDefault="004A2E0F">
            <w:pPr>
              <w:spacing w:after="0" w:line="240" w:lineRule="auto"/>
              <w:rPr>
                <w:noProof/>
                <w:lang w:val="ro-RO"/>
              </w:rPr>
            </w:pPr>
          </w:p>
        </w:tc>
        <w:tc>
          <w:tcPr>
            <w:tcW w:w="1020" w:type="dxa"/>
            <w:shd w:val="clear" w:color="auto" w:fill="FAFAFA"/>
            <w:tcMar>
              <w:top w:w="75" w:type="dxa"/>
              <w:left w:w="85" w:type="dxa"/>
              <w:bottom w:w="75" w:type="dxa"/>
              <w:right w:w="85" w:type="dxa"/>
            </w:tcMar>
            <w:vAlign w:val="center"/>
          </w:tcPr>
          <w:p w14:paraId="5FBA2E35" w14:textId="77777777" w:rsidR="004A2E0F" w:rsidRPr="00D308F8" w:rsidRDefault="004A2E0F">
            <w:pPr>
              <w:spacing w:after="0" w:line="240" w:lineRule="auto"/>
              <w:jc w:val="center"/>
              <w:rPr>
                <w:noProof/>
                <w:lang w:val="ro-RO"/>
              </w:rPr>
            </w:pPr>
          </w:p>
        </w:tc>
        <w:tc>
          <w:tcPr>
            <w:tcW w:w="1020" w:type="dxa"/>
            <w:shd w:val="clear" w:color="auto" w:fill="FAFAFA"/>
            <w:tcMar>
              <w:top w:w="75" w:type="dxa"/>
              <w:left w:w="85" w:type="dxa"/>
              <w:bottom w:w="75" w:type="dxa"/>
              <w:right w:w="85" w:type="dxa"/>
            </w:tcMar>
            <w:vAlign w:val="center"/>
          </w:tcPr>
          <w:p w14:paraId="048B9FE4" w14:textId="77777777" w:rsidR="004A2E0F" w:rsidRPr="00D308F8" w:rsidRDefault="004A2E0F">
            <w:pPr>
              <w:spacing w:after="0" w:line="240" w:lineRule="auto"/>
              <w:jc w:val="center"/>
              <w:rPr>
                <w:noProof/>
                <w:lang w:val="ro-RO"/>
              </w:rPr>
            </w:pPr>
          </w:p>
        </w:tc>
        <w:tc>
          <w:tcPr>
            <w:tcW w:w="3118" w:type="dxa"/>
            <w:shd w:val="clear" w:color="auto" w:fill="FAFAFA"/>
            <w:tcMar>
              <w:top w:w="75" w:type="dxa"/>
              <w:left w:w="85" w:type="dxa"/>
              <w:bottom w:w="75" w:type="dxa"/>
              <w:right w:w="85" w:type="dxa"/>
            </w:tcMar>
            <w:vAlign w:val="center"/>
          </w:tcPr>
          <w:p w14:paraId="7B81B23C" w14:textId="77777777" w:rsidR="004A2E0F" w:rsidRPr="00D308F8" w:rsidRDefault="004A2E0F">
            <w:pPr>
              <w:spacing w:after="0" w:line="240" w:lineRule="auto"/>
              <w:rPr>
                <w:noProof/>
                <w:lang w:val="ro-RO"/>
              </w:rPr>
            </w:pPr>
          </w:p>
        </w:tc>
        <w:tc>
          <w:tcPr>
            <w:tcW w:w="1134" w:type="dxa"/>
            <w:shd w:val="clear" w:color="auto" w:fill="FAFAFA"/>
            <w:tcMar>
              <w:top w:w="75" w:type="dxa"/>
              <w:left w:w="85" w:type="dxa"/>
              <w:bottom w:w="75" w:type="dxa"/>
              <w:right w:w="85" w:type="dxa"/>
            </w:tcMar>
            <w:vAlign w:val="center"/>
          </w:tcPr>
          <w:p w14:paraId="399FA1C8" w14:textId="77777777" w:rsidR="004A2E0F" w:rsidRPr="00D308F8" w:rsidRDefault="004A2E0F">
            <w:pPr>
              <w:spacing w:after="0" w:line="240" w:lineRule="auto"/>
              <w:rPr>
                <w:noProof/>
                <w:lang w:val="ro-RO"/>
              </w:rPr>
            </w:pPr>
          </w:p>
        </w:tc>
      </w:tr>
    </w:tbl>
    <w:p w14:paraId="0A631FF4" w14:textId="77777777" w:rsidR="004A2E0F" w:rsidRPr="00D308F8" w:rsidRDefault="004A2E0F">
      <w:pPr>
        <w:spacing w:after="20"/>
        <w:rPr>
          <w:noProof/>
          <w:lang w:val="ro-RO"/>
        </w:rPr>
      </w:pPr>
    </w:p>
    <w:p w14:paraId="17CD82C6" w14:textId="77777777" w:rsidR="004A2E0F" w:rsidRPr="00D308F8" w:rsidRDefault="00000000">
      <w:pPr>
        <w:pStyle w:val="Heading2"/>
        <w:rPr>
          <w:noProof/>
          <w:lang w:val="ro-RO"/>
        </w:rPr>
      </w:pPr>
      <w:r w:rsidRPr="00D308F8">
        <w:rPr>
          <w:noProof/>
          <w:lang w:val="ro-RO"/>
        </w:rPr>
        <w:t>Monitorizarea periodică</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361"/>
        <w:gridCol w:w="1644"/>
        <w:gridCol w:w="1814"/>
        <w:gridCol w:w="907"/>
        <w:gridCol w:w="2211"/>
        <w:gridCol w:w="1984"/>
      </w:tblGrid>
      <w:tr w:rsidR="004A2E0F" w:rsidRPr="00D308F8" w14:paraId="15F16E55" w14:textId="77777777">
        <w:trPr>
          <w:tblHeader/>
          <w:jc w:val="center"/>
        </w:trPr>
        <w:tc>
          <w:tcPr>
            <w:tcW w:w="1361" w:type="dxa"/>
            <w:shd w:val="clear" w:color="auto" w:fill="D71920"/>
            <w:tcMar>
              <w:top w:w="75" w:type="dxa"/>
              <w:left w:w="85" w:type="dxa"/>
              <w:bottom w:w="75" w:type="dxa"/>
              <w:right w:w="85" w:type="dxa"/>
            </w:tcMar>
            <w:vAlign w:val="center"/>
          </w:tcPr>
          <w:p w14:paraId="421EA312" w14:textId="77777777" w:rsidR="004A2E0F" w:rsidRPr="00D308F8" w:rsidRDefault="00000000">
            <w:pPr>
              <w:spacing w:after="0" w:line="240" w:lineRule="auto"/>
              <w:jc w:val="center"/>
              <w:rPr>
                <w:noProof/>
                <w:lang w:val="ro-RO"/>
              </w:rPr>
            </w:pPr>
            <w:r w:rsidRPr="00D308F8">
              <w:rPr>
                <w:b/>
                <w:noProof/>
                <w:color w:val="FFFFFF"/>
                <w:sz w:val="14"/>
                <w:lang w:val="ro-RO"/>
              </w:rPr>
              <w:t>PERIOADĂ</w:t>
            </w:r>
          </w:p>
        </w:tc>
        <w:tc>
          <w:tcPr>
            <w:tcW w:w="1644" w:type="dxa"/>
            <w:shd w:val="clear" w:color="auto" w:fill="D71920"/>
            <w:tcMar>
              <w:top w:w="75" w:type="dxa"/>
              <w:left w:w="85" w:type="dxa"/>
              <w:bottom w:w="75" w:type="dxa"/>
              <w:right w:w="85" w:type="dxa"/>
            </w:tcMar>
            <w:vAlign w:val="center"/>
          </w:tcPr>
          <w:p w14:paraId="2C62CBC6" w14:textId="77777777" w:rsidR="004A2E0F" w:rsidRPr="00D308F8" w:rsidRDefault="00000000">
            <w:pPr>
              <w:spacing w:after="0" w:line="240" w:lineRule="auto"/>
              <w:jc w:val="center"/>
              <w:rPr>
                <w:noProof/>
                <w:lang w:val="ro-RO"/>
              </w:rPr>
            </w:pPr>
            <w:r w:rsidRPr="00D308F8">
              <w:rPr>
                <w:b/>
                <w:noProof/>
                <w:color w:val="FFFFFF"/>
                <w:sz w:val="14"/>
                <w:lang w:val="ro-RO"/>
              </w:rPr>
              <w:t>REZULTAT KPI</w:t>
            </w:r>
          </w:p>
        </w:tc>
        <w:tc>
          <w:tcPr>
            <w:tcW w:w="1814" w:type="dxa"/>
            <w:shd w:val="clear" w:color="auto" w:fill="D71920"/>
            <w:tcMar>
              <w:top w:w="75" w:type="dxa"/>
              <w:left w:w="85" w:type="dxa"/>
              <w:bottom w:w="75" w:type="dxa"/>
              <w:right w:w="85" w:type="dxa"/>
            </w:tcMar>
            <w:vAlign w:val="center"/>
          </w:tcPr>
          <w:p w14:paraId="6530236C" w14:textId="77777777" w:rsidR="004A2E0F" w:rsidRPr="00D308F8" w:rsidRDefault="00000000">
            <w:pPr>
              <w:spacing w:after="0" w:line="240" w:lineRule="auto"/>
              <w:jc w:val="center"/>
              <w:rPr>
                <w:noProof/>
                <w:lang w:val="ro-RO"/>
              </w:rPr>
            </w:pPr>
            <w:r w:rsidRPr="00D308F8">
              <w:rPr>
                <w:b/>
                <w:noProof/>
                <w:color w:val="FFFFFF"/>
                <w:sz w:val="14"/>
                <w:lang w:val="ro-RO"/>
              </w:rPr>
              <w:t>ȚINTĂ INTERMEDIARĂ</w:t>
            </w:r>
          </w:p>
        </w:tc>
        <w:tc>
          <w:tcPr>
            <w:tcW w:w="907" w:type="dxa"/>
            <w:shd w:val="clear" w:color="auto" w:fill="D71920"/>
            <w:tcMar>
              <w:top w:w="75" w:type="dxa"/>
              <w:left w:w="85" w:type="dxa"/>
              <w:bottom w:w="75" w:type="dxa"/>
              <w:right w:w="85" w:type="dxa"/>
            </w:tcMar>
            <w:vAlign w:val="center"/>
          </w:tcPr>
          <w:p w14:paraId="02CBE4CB" w14:textId="77777777" w:rsidR="004A2E0F" w:rsidRPr="00D308F8" w:rsidRDefault="00000000">
            <w:pPr>
              <w:spacing w:after="0" w:line="240" w:lineRule="auto"/>
              <w:jc w:val="center"/>
              <w:rPr>
                <w:noProof/>
                <w:lang w:val="ro-RO"/>
              </w:rPr>
            </w:pPr>
            <w:r w:rsidRPr="00D308F8">
              <w:rPr>
                <w:b/>
                <w:noProof/>
                <w:color w:val="FFFFFF"/>
                <w:sz w:val="14"/>
                <w:lang w:val="ro-RO"/>
              </w:rPr>
              <w:t>STATUS</w:t>
            </w:r>
          </w:p>
        </w:tc>
        <w:tc>
          <w:tcPr>
            <w:tcW w:w="2211" w:type="dxa"/>
            <w:shd w:val="clear" w:color="auto" w:fill="D71920"/>
            <w:tcMar>
              <w:top w:w="75" w:type="dxa"/>
              <w:left w:w="85" w:type="dxa"/>
              <w:bottom w:w="75" w:type="dxa"/>
              <w:right w:w="85" w:type="dxa"/>
            </w:tcMar>
            <w:vAlign w:val="center"/>
          </w:tcPr>
          <w:p w14:paraId="6314EB34" w14:textId="77777777" w:rsidR="004A2E0F" w:rsidRPr="00D308F8" w:rsidRDefault="00000000">
            <w:pPr>
              <w:spacing w:after="0" w:line="240" w:lineRule="auto"/>
              <w:jc w:val="center"/>
              <w:rPr>
                <w:noProof/>
                <w:lang w:val="ro-RO"/>
              </w:rPr>
            </w:pPr>
            <w:r w:rsidRPr="00D308F8">
              <w:rPr>
                <w:b/>
                <w:noProof/>
                <w:color w:val="FFFFFF"/>
                <w:sz w:val="14"/>
                <w:lang w:val="ro-RO"/>
              </w:rPr>
              <w:t>ANALIZĂ / CAUZĂ</w:t>
            </w:r>
          </w:p>
        </w:tc>
        <w:tc>
          <w:tcPr>
            <w:tcW w:w="1984" w:type="dxa"/>
            <w:shd w:val="clear" w:color="auto" w:fill="D71920"/>
            <w:tcMar>
              <w:top w:w="75" w:type="dxa"/>
              <w:left w:w="85" w:type="dxa"/>
              <w:bottom w:w="75" w:type="dxa"/>
              <w:right w:w="85" w:type="dxa"/>
            </w:tcMar>
            <w:vAlign w:val="center"/>
          </w:tcPr>
          <w:p w14:paraId="34901138" w14:textId="77777777" w:rsidR="004A2E0F" w:rsidRPr="00D308F8" w:rsidRDefault="00000000">
            <w:pPr>
              <w:spacing w:after="0" w:line="240" w:lineRule="auto"/>
              <w:jc w:val="center"/>
              <w:rPr>
                <w:noProof/>
                <w:lang w:val="ro-RO"/>
              </w:rPr>
            </w:pPr>
            <w:r w:rsidRPr="00D308F8">
              <w:rPr>
                <w:b/>
                <w:noProof/>
                <w:color w:val="FFFFFF"/>
                <w:sz w:val="14"/>
                <w:lang w:val="ro-RO"/>
              </w:rPr>
              <w:t>DECIZIE / ACȚIUNE</w:t>
            </w:r>
          </w:p>
        </w:tc>
      </w:tr>
      <w:tr w:rsidR="004A2E0F" w:rsidRPr="00D308F8" w14:paraId="042A41ED" w14:textId="77777777">
        <w:trPr>
          <w:cantSplit/>
          <w:jc w:val="center"/>
        </w:trPr>
        <w:tc>
          <w:tcPr>
            <w:tcW w:w="1361" w:type="dxa"/>
            <w:shd w:val="clear" w:color="auto" w:fill="FFFFFF"/>
            <w:tcMar>
              <w:top w:w="75" w:type="dxa"/>
              <w:left w:w="85" w:type="dxa"/>
              <w:bottom w:w="75" w:type="dxa"/>
              <w:right w:w="85" w:type="dxa"/>
            </w:tcMar>
            <w:vAlign w:val="center"/>
          </w:tcPr>
          <w:p w14:paraId="6A227650" w14:textId="77777777" w:rsidR="004A2E0F" w:rsidRPr="00D308F8" w:rsidRDefault="004A2E0F">
            <w:pPr>
              <w:spacing w:after="0" w:line="240" w:lineRule="auto"/>
              <w:rPr>
                <w:noProof/>
                <w:lang w:val="ro-RO"/>
              </w:rPr>
            </w:pPr>
          </w:p>
        </w:tc>
        <w:tc>
          <w:tcPr>
            <w:tcW w:w="1644" w:type="dxa"/>
            <w:shd w:val="clear" w:color="auto" w:fill="FFFFFF"/>
            <w:tcMar>
              <w:top w:w="75" w:type="dxa"/>
              <w:left w:w="85" w:type="dxa"/>
              <w:bottom w:w="75" w:type="dxa"/>
              <w:right w:w="85" w:type="dxa"/>
            </w:tcMar>
            <w:vAlign w:val="center"/>
          </w:tcPr>
          <w:p w14:paraId="4721C72F" w14:textId="77777777" w:rsidR="004A2E0F" w:rsidRPr="00D308F8" w:rsidRDefault="004A2E0F">
            <w:pPr>
              <w:spacing w:after="0" w:line="240" w:lineRule="auto"/>
              <w:rPr>
                <w:noProof/>
                <w:lang w:val="ro-RO"/>
              </w:rPr>
            </w:pPr>
          </w:p>
        </w:tc>
        <w:tc>
          <w:tcPr>
            <w:tcW w:w="1814" w:type="dxa"/>
            <w:shd w:val="clear" w:color="auto" w:fill="FFFFFF"/>
            <w:tcMar>
              <w:top w:w="75" w:type="dxa"/>
              <w:left w:w="85" w:type="dxa"/>
              <w:bottom w:w="75" w:type="dxa"/>
              <w:right w:w="85" w:type="dxa"/>
            </w:tcMar>
            <w:vAlign w:val="center"/>
          </w:tcPr>
          <w:p w14:paraId="75E33408" w14:textId="77777777" w:rsidR="004A2E0F" w:rsidRPr="00D308F8" w:rsidRDefault="004A2E0F">
            <w:pPr>
              <w:spacing w:after="0" w:line="240" w:lineRule="auto"/>
              <w:rPr>
                <w:noProof/>
                <w:lang w:val="ro-RO"/>
              </w:rPr>
            </w:pPr>
          </w:p>
        </w:tc>
        <w:tc>
          <w:tcPr>
            <w:tcW w:w="907" w:type="dxa"/>
            <w:shd w:val="clear" w:color="auto" w:fill="FFFFFF"/>
            <w:tcMar>
              <w:top w:w="75" w:type="dxa"/>
              <w:left w:w="85" w:type="dxa"/>
              <w:bottom w:w="75" w:type="dxa"/>
              <w:right w:w="85" w:type="dxa"/>
            </w:tcMar>
            <w:vAlign w:val="center"/>
          </w:tcPr>
          <w:p w14:paraId="28500E92" w14:textId="77777777" w:rsidR="004A2E0F" w:rsidRPr="00D308F8" w:rsidRDefault="00000000">
            <w:pPr>
              <w:spacing w:after="0" w:line="240" w:lineRule="auto"/>
              <w:jc w:val="center"/>
              <w:rPr>
                <w:noProof/>
                <w:lang w:val="ro-RO"/>
              </w:rPr>
            </w:pPr>
            <w:r w:rsidRPr="00D308F8">
              <w:rPr>
                <w:noProof/>
                <w:sz w:val="14"/>
                <w:lang w:val="ro-RO"/>
              </w:rPr>
              <w:t>G/A/R</w:t>
            </w:r>
          </w:p>
        </w:tc>
        <w:tc>
          <w:tcPr>
            <w:tcW w:w="2211" w:type="dxa"/>
            <w:shd w:val="clear" w:color="auto" w:fill="FFFFFF"/>
            <w:tcMar>
              <w:top w:w="75" w:type="dxa"/>
              <w:left w:w="85" w:type="dxa"/>
              <w:bottom w:w="75" w:type="dxa"/>
              <w:right w:w="85" w:type="dxa"/>
            </w:tcMar>
            <w:vAlign w:val="center"/>
          </w:tcPr>
          <w:p w14:paraId="224BADAA" w14:textId="77777777" w:rsidR="004A2E0F" w:rsidRPr="00D308F8" w:rsidRDefault="004A2E0F">
            <w:pPr>
              <w:spacing w:after="0" w:line="240" w:lineRule="auto"/>
              <w:rPr>
                <w:noProof/>
                <w:lang w:val="ro-RO"/>
              </w:rPr>
            </w:pPr>
          </w:p>
        </w:tc>
        <w:tc>
          <w:tcPr>
            <w:tcW w:w="1984" w:type="dxa"/>
            <w:shd w:val="clear" w:color="auto" w:fill="FFFFFF"/>
            <w:tcMar>
              <w:top w:w="75" w:type="dxa"/>
              <w:left w:w="85" w:type="dxa"/>
              <w:bottom w:w="75" w:type="dxa"/>
              <w:right w:w="85" w:type="dxa"/>
            </w:tcMar>
            <w:vAlign w:val="center"/>
          </w:tcPr>
          <w:p w14:paraId="4C521631" w14:textId="77777777" w:rsidR="004A2E0F" w:rsidRPr="00D308F8" w:rsidRDefault="004A2E0F">
            <w:pPr>
              <w:spacing w:after="0" w:line="240" w:lineRule="auto"/>
              <w:rPr>
                <w:noProof/>
                <w:lang w:val="ro-RO"/>
              </w:rPr>
            </w:pPr>
          </w:p>
        </w:tc>
      </w:tr>
      <w:tr w:rsidR="004A2E0F" w:rsidRPr="00D308F8" w14:paraId="4553CCDC" w14:textId="77777777">
        <w:trPr>
          <w:cantSplit/>
          <w:jc w:val="center"/>
        </w:trPr>
        <w:tc>
          <w:tcPr>
            <w:tcW w:w="1361" w:type="dxa"/>
            <w:shd w:val="clear" w:color="auto" w:fill="FAFAFA"/>
            <w:tcMar>
              <w:top w:w="75" w:type="dxa"/>
              <w:left w:w="85" w:type="dxa"/>
              <w:bottom w:w="75" w:type="dxa"/>
              <w:right w:w="85" w:type="dxa"/>
            </w:tcMar>
            <w:vAlign w:val="center"/>
          </w:tcPr>
          <w:p w14:paraId="642FD8B1" w14:textId="77777777" w:rsidR="004A2E0F" w:rsidRPr="00D308F8" w:rsidRDefault="004A2E0F">
            <w:pPr>
              <w:spacing w:after="0" w:line="240" w:lineRule="auto"/>
              <w:rPr>
                <w:noProof/>
                <w:lang w:val="ro-RO"/>
              </w:rPr>
            </w:pPr>
          </w:p>
        </w:tc>
        <w:tc>
          <w:tcPr>
            <w:tcW w:w="1644" w:type="dxa"/>
            <w:shd w:val="clear" w:color="auto" w:fill="FAFAFA"/>
            <w:tcMar>
              <w:top w:w="75" w:type="dxa"/>
              <w:left w:w="85" w:type="dxa"/>
              <w:bottom w:w="75" w:type="dxa"/>
              <w:right w:w="85" w:type="dxa"/>
            </w:tcMar>
            <w:vAlign w:val="center"/>
          </w:tcPr>
          <w:p w14:paraId="1A98F5F7" w14:textId="77777777" w:rsidR="004A2E0F" w:rsidRPr="00D308F8" w:rsidRDefault="004A2E0F">
            <w:pPr>
              <w:spacing w:after="0" w:line="240" w:lineRule="auto"/>
              <w:rPr>
                <w:noProof/>
                <w:lang w:val="ro-RO"/>
              </w:rPr>
            </w:pPr>
          </w:p>
        </w:tc>
        <w:tc>
          <w:tcPr>
            <w:tcW w:w="1814" w:type="dxa"/>
            <w:shd w:val="clear" w:color="auto" w:fill="FAFAFA"/>
            <w:tcMar>
              <w:top w:w="75" w:type="dxa"/>
              <w:left w:w="85" w:type="dxa"/>
              <w:bottom w:w="75" w:type="dxa"/>
              <w:right w:w="85" w:type="dxa"/>
            </w:tcMar>
            <w:vAlign w:val="center"/>
          </w:tcPr>
          <w:p w14:paraId="7920BB46" w14:textId="77777777" w:rsidR="004A2E0F" w:rsidRPr="00D308F8" w:rsidRDefault="004A2E0F">
            <w:pPr>
              <w:spacing w:after="0" w:line="240" w:lineRule="auto"/>
              <w:rPr>
                <w:noProof/>
                <w:lang w:val="ro-RO"/>
              </w:rPr>
            </w:pPr>
          </w:p>
        </w:tc>
        <w:tc>
          <w:tcPr>
            <w:tcW w:w="907" w:type="dxa"/>
            <w:shd w:val="clear" w:color="auto" w:fill="FAFAFA"/>
            <w:tcMar>
              <w:top w:w="75" w:type="dxa"/>
              <w:left w:w="85" w:type="dxa"/>
              <w:bottom w:w="75" w:type="dxa"/>
              <w:right w:w="85" w:type="dxa"/>
            </w:tcMar>
            <w:vAlign w:val="center"/>
          </w:tcPr>
          <w:p w14:paraId="77BD759F" w14:textId="77777777" w:rsidR="004A2E0F" w:rsidRPr="00D308F8" w:rsidRDefault="00000000">
            <w:pPr>
              <w:spacing w:after="0" w:line="240" w:lineRule="auto"/>
              <w:jc w:val="center"/>
              <w:rPr>
                <w:noProof/>
                <w:lang w:val="ro-RO"/>
              </w:rPr>
            </w:pPr>
            <w:r w:rsidRPr="00D308F8">
              <w:rPr>
                <w:noProof/>
                <w:sz w:val="14"/>
                <w:lang w:val="ro-RO"/>
              </w:rPr>
              <w:t>G/A/R</w:t>
            </w:r>
          </w:p>
        </w:tc>
        <w:tc>
          <w:tcPr>
            <w:tcW w:w="2211" w:type="dxa"/>
            <w:shd w:val="clear" w:color="auto" w:fill="FAFAFA"/>
            <w:tcMar>
              <w:top w:w="75" w:type="dxa"/>
              <w:left w:w="85" w:type="dxa"/>
              <w:bottom w:w="75" w:type="dxa"/>
              <w:right w:w="85" w:type="dxa"/>
            </w:tcMar>
            <w:vAlign w:val="center"/>
          </w:tcPr>
          <w:p w14:paraId="3A564514" w14:textId="77777777" w:rsidR="004A2E0F" w:rsidRPr="00D308F8" w:rsidRDefault="004A2E0F">
            <w:pPr>
              <w:spacing w:after="0" w:line="240" w:lineRule="auto"/>
              <w:rPr>
                <w:noProof/>
                <w:lang w:val="ro-RO"/>
              </w:rPr>
            </w:pPr>
          </w:p>
        </w:tc>
        <w:tc>
          <w:tcPr>
            <w:tcW w:w="1984" w:type="dxa"/>
            <w:shd w:val="clear" w:color="auto" w:fill="FAFAFA"/>
            <w:tcMar>
              <w:top w:w="75" w:type="dxa"/>
              <w:left w:w="85" w:type="dxa"/>
              <w:bottom w:w="75" w:type="dxa"/>
              <w:right w:w="85" w:type="dxa"/>
            </w:tcMar>
            <w:vAlign w:val="center"/>
          </w:tcPr>
          <w:p w14:paraId="1AA4F4E6" w14:textId="77777777" w:rsidR="004A2E0F" w:rsidRPr="00D308F8" w:rsidRDefault="004A2E0F">
            <w:pPr>
              <w:spacing w:after="0" w:line="240" w:lineRule="auto"/>
              <w:rPr>
                <w:noProof/>
                <w:lang w:val="ro-RO"/>
              </w:rPr>
            </w:pPr>
          </w:p>
        </w:tc>
      </w:tr>
      <w:tr w:rsidR="004A2E0F" w:rsidRPr="00D308F8" w14:paraId="31ED0A4B" w14:textId="77777777">
        <w:trPr>
          <w:cantSplit/>
          <w:jc w:val="center"/>
        </w:trPr>
        <w:tc>
          <w:tcPr>
            <w:tcW w:w="1361" w:type="dxa"/>
            <w:shd w:val="clear" w:color="auto" w:fill="FFFFFF"/>
            <w:tcMar>
              <w:top w:w="75" w:type="dxa"/>
              <w:left w:w="85" w:type="dxa"/>
              <w:bottom w:w="75" w:type="dxa"/>
              <w:right w:w="85" w:type="dxa"/>
            </w:tcMar>
            <w:vAlign w:val="center"/>
          </w:tcPr>
          <w:p w14:paraId="3AE6DB54" w14:textId="77777777" w:rsidR="004A2E0F" w:rsidRPr="00D308F8" w:rsidRDefault="004A2E0F">
            <w:pPr>
              <w:spacing w:after="0" w:line="240" w:lineRule="auto"/>
              <w:rPr>
                <w:noProof/>
                <w:lang w:val="ro-RO"/>
              </w:rPr>
            </w:pPr>
          </w:p>
        </w:tc>
        <w:tc>
          <w:tcPr>
            <w:tcW w:w="1644" w:type="dxa"/>
            <w:shd w:val="clear" w:color="auto" w:fill="FFFFFF"/>
            <w:tcMar>
              <w:top w:w="75" w:type="dxa"/>
              <w:left w:w="85" w:type="dxa"/>
              <w:bottom w:w="75" w:type="dxa"/>
              <w:right w:w="85" w:type="dxa"/>
            </w:tcMar>
            <w:vAlign w:val="center"/>
          </w:tcPr>
          <w:p w14:paraId="45790353" w14:textId="77777777" w:rsidR="004A2E0F" w:rsidRPr="00D308F8" w:rsidRDefault="004A2E0F">
            <w:pPr>
              <w:spacing w:after="0" w:line="240" w:lineRule="auto"/>
              <w:rPr>
                <w:noProof/>
                <w:lang w:val="ro-RO"/>
              </w:rPr>
            </w:pPr>
          </w:p>
        </w:tc>
        <w:tc>
          <w:tcPr>
            <w:tcW w:w="1814" w:type="dxa"/>
            <w:shd w:val="clear" w:color="auto" w:fill="FFFFFF"/>
            <w:tcMar>
              <w:top w:w="75" w:type="dxa"/>
              <w:left w:w="85" w:type="dxa"/>
              <w:bottom w:w="75" w:type="dxa"/>
              <w:right w:w="85" w:type="dxa"/>
            </w:tcMar>
            <w:vAlign w:val="center"/>
          </w:tcPr>
          <w:p w14:paraId="4E8170E0" w14:textId="77777777" w:rsidR="004A2E0F" w:rsidRPr="00D308F8" w:rsidRDefault="004A2E0F">
            <w:pPr>
              <w:spacing w:after="0" w:line="240" w:lineRule="auto"/>
              <w:rPr>
                <w:noProof/>
                <w:lang w:val="ro-RO"/>
              </w:rPr>
            </w:pPr>
          </w:p>
        </w:tc>
        <w:tc>
          <w:tcPr>
            <w:tcW w:w="907" w:type="dxa"/>
            <w:shd w:val="clear" w:color="auto" w:fill="FFFFFF"/>
            <w:tcMar>
              <w:top w:w="75" w:type="dxa"/>
              <w:left w:w="85" w:type="dxa"/>
              <w:bottom w:w="75" w:type="dxa"/>
              <w:right w:w="85" w:type="dxa"/>
            </w:tcMar>
            <w:vAlign w:val="center"/>
          </w:tcPr>
          <w:p w14:paraId="56D42687" w14:textId="77777777" w:rsidR="004A2E0F" w:rsidRPr="00D308F8" w:rsidRDefault="00000000">
            <w:pPr>
              <w:spacing w:after="0" w:line="240" w:lineRule="auto"/>
              <w:jc w:val="center"/>
              <w:rPr>
                <w:noProof/>
                <w:lang w:val="ro-RO"/>
              </w:rPr>
            </w:pPr>
            <w:r w:rsidRPr="00D308F8">
              <w:rPr>
                <w:noProof/>
                <w:sz w:val="14"/>
                <w:lang w:val="ro-RO"/>
              </w:rPr>
              <w:t>G/A/R</w:t>
            </w:r>
          </w:p>
        </w:tc>
        <w:tc>
          <w:tcPr>
            <w:tcW w:w="2211" w:type="dxa"/>
            <w:shd w:val="clear" w:color="auto" w:fill="FFFFFF"/>
            <w:tcMar>
              <w:top w:w="75" w:type="dxa"/>
              <w:left w:w="85" w:type="dxa"/>
              <w:bottom w:w="75" w:type="dxa"/>
              <w:right w:w="85" w:type="dxa"/>
            </w:tcMar>
            <w:vAlign w:val="center"/>
          </w:tcPr>
          <w:p w14:paraId="23D6EB20" w14:textId="77777777" w:rsidR="004A2E0F" w:rsidRPr="00D308F8" w:rsidRDefault="004A2E0F">
            <w:pPr>
              <w:spacing w:after="0" w:line="240" w:lineRule="auto"/>
              <w:rPr>
                <w:noProof/>
                <w:lang w:val="ro-RO"/>
              </w:rPr>
            </w:pPr>
          </w:p>
        </w:tc>
        <w:tc>
          <w:tcPr>
            <w:tcW w:w="1984" w:type="dxa"/>
            <w:shd w:val="clear" w:color="auto" w:fill="FFFFFF"/>
            <w:tcMar>
              <w:top w:w="75" w:type="dxa"/>
              <w:left w:w="85" w:type="dxa"/>
              <w:bottom w:w="75" w:type="dxa"/>
              <w:right w:w="85" w:type="dxa"/>
            </w:tcMar>
            <w:vAlign w:val="center"/>
          </w:tcPr>
          <w:p w14:paraId="0706FB8D" w14:textId="77777777" w:rsidR="004A2E0F" w:rsidRPr="00D308F8" w:rsidRDefault="004A2E0F">
            <w:pPr>
              <w:spacing w:after="0" w:line="240" w:lineRule="auto"/>
              <w:rPr>
                <w:noProof/>
                <w:lang w:val="ro-RO"/>
              </w:rPr>
            </w:pPr>
          </w:p>
        </w:tc>
      </w:tr>
      <w:tr w:rsidR="004A2E0F" w:rsidRPr="00D308F8" w14:paraId="6F0A00D7" w14:textId="77777777">
        <w:trPr>
          <w:cantSplit/>
          <w:jc w:val="center"/>
        </w:trPr>
        <w:tc>
          <w:tcPr>
            <w:tcW w:w="1361" w:type="dxa"/>
            <w:shd w:val="clear" w:color="auto" w:fill="FAFAFA"/>
            <w:tcMar>
              <w:top w:w="75" w:type="dxa"/>
              <w:left w:w="85" w:type="dxa"/>
              <w:bottom w:w="75" w:type="dxa"/>
              <w:right w:w="85" w:type="dxa"/>
            </w:tcMar>
            <w:vAlign w:val="center"/>
          </w:tcPr>
          <w:p w14:paraId="6DB0B051" w14:textId="77777777" w:rsidR="004A2E0F" w:rsidRPr="00D308F8" w:rsidRDefault="004A2E0F">
            <w:pPr>
              <w:spacing w:after="0" w:line="240" w:lineRule="auto"/>
              <w:rPr>
                <w:noProof/>
                <w:lang w:val="ro-RO"/>
              </w:rPr>
            </w:pPr>
          </w:p>
        </w:tc>
        <w:tc>
          <w:tcPr>
            <w:tcW w:w="1644" w:type="dxa"/>
            <w:shd w:val="clear" w:color="auto" w:fill="FAFAFA"/>
            <w:tcMar>
              <w:top w:w="75" w:type="dxa"/>
              <w:left w:w="85" w:type="dxa"/>
              <w:bottom w:w="75" w:type="dxa"/>
              <w:right w:w="85" w:type="dxa"/>
            </w:tcMar>
            <w:vAlign w:val="center"/>
          </w:tcPr>
          <w:p w14:paraId="2E6901CC" w14:textId="77777777" w:rsidR="004A2E0F" w:rsidRPr="00D308F8" w:rsidRDefault="004A2E0F">
            <w:pPr>
              <w:spacing w:after="0" w:line="240" w:lineRule="auto"/>
              <w:rPr>
                <w:noProof/>
                <w:lang w:val="ro-RO"/>
              </w:rPr>
            </w:pPr>
          </w:p>
        </w:tc>
        <w:tc>
          <w:tcPr>
            <w:tcW w:w="1814" w:type="dxa"/>
            <w:shd w:val="clear" w:color="auto" w:fill="FAFAFA"/>
            <w:tcMar>
              <w:top w:w="75" w:type="dxa"/>
              <w:left w:w="85" w:type="dxa"/>
              <w:bottom w:w="75" w:type="dxa"/>
              <w:right w:w="85" w:type="dxa"/>
            </w:tcMar>
            <w:vAlign w:val="center"/>
          </w:tcPr>
          <w:p w14:paraId="0D76B805" w14:textId="77777777" w:rsidR="004A2E0F" w:rsidRPr="00D308F8" w:rsidRDefault="004A2E0F">
            <w:pPr>
              <w:spacing w:after="0" w:line="240" w:lineRule="auto"/>
              <w:rPr>
                <w:noProof/>
                <w:lang w:val="ro-RO"/>
              </w:rPr>
            </w:pPr>
          </w:p>
        </w:tc>
        <w:tc>
          <w:tcPr>
            <w:tcW w:w="907" w:type="dxa"/>
            <w:shd w:val="clear" w:color="auto" w:fill="FAFAFA"/>
            <w:tcMar>
              <w:top w:w="75" w:type="dxa"/>
              <w:left w:w="85" w:type="dxa"/>
              <w:bottom w:w="75" w:type="dxa"/>
              <w:right w:w="85" w:type="dxa"/>
            </w:tcMar>
            <w:vAlign w:val="center"/>
          </w:tcPr>
          <w:p w14:paraId="1E7E412E" w14:textId="77777777" w:rsidR="004A2E0F" w:rsidRPr="00D308F8" w:rsidRDefault="00000000">
            <w:pPr>
              <w:spacing w:after="0" w:line="240" w:lineRule="auto"/>
              <w:jc w:val="center"/>
              <w:rPr>
                <w:noProof/>
                <w:lang w:val="ro-RO"/>
              </w:rPr>
            </w:pPr>
            <w:r w:rsidRPr="00D308F8">
              <w:rPr>
                <w:noProof/>
                <w:sz w:val="14"/>
                <w:lang w:val="ro-RO"/>
              </w:rPr>
              <w:t>G/A/R</w:t>
            </w:r>
          </w:p>
        </w:tc>
        <w:tc>
          <w:tcPr>
            <w:tcW w:w="2211" w:type="dxa"/>
            <w:shd w:val="clear" w:color="auto" w:fill="FAFAFA"/>
            <w:tcMar>
              <w:top w:w="75" w:type="dxa"/>
              <w:left w:w="85" w:type="dxa"/>
              <w:bottom w:w="75" w:type="dxa"/>
              <w:right w:w="85" w:type="dxa"/>
            </w:tcMar>
            <w:vAlign w:val="center"/>
          </w:tcPr>
          <w:p w14:paraId="6C973F60" w14:textId="77777777" w:rsidR="004A2E0F" w:rsidRPr="00D308F8" w:rsidRDefault="004A2E0F">
            <w:pPr>
              <w:spacing w:after="0" w:line="240" w:lineRule="auto"/>
              <w:rPr>
                <w:noProof/>
                <w:lang w:val="ro-RO"/>
              </w:rPr>
            </w:pPr>
          </w:p>
        </w:tc>
        <w:tc>
          <w:tcPr>
            <w:tcW w:w="1984" w:type="dxa"/>
            <w:shd w:val="clear" w:color="auto" w:fill="FAFAFA"/>
            <w:tcMar>
              <w:top w:w="75" w:type="dxa"/>
              <w:left w:w="85" w:type="dxa"/>
              <w:bottom w:w="75" w:type="dxa"/>
              <w:right w:w="85" w:type="dxa"/>
            </w:tcMar>
            <w:vAlign w:val="center"/>
          </w:tcPr>
          <w:p w14:paraId="01673286" w14:textId="77777777" w:rsidR="004A2E0F" w:rsidRPr="00D308F8" w:rsidRDefault="004A2E0F">
            <w:pPr>
              <w:spacing w:after="0" w:line="240" w:lineRule="auto"/>
              <w:rPr>
                <w:noProof/>
                <w:lang w:val="ro-RO"/>
              </w:rPr>
            </w:pPr>
          </w:p>
        </w:tc>
      </w:tr>
      <w:tr w:rsidR="004A2E0F" w:rsidRPr="00D308F8" w14:paraId="0FA0DE94" w14:textId="77777777">
        <w:trPr>
          <w:cantSplit/>
          <w:jc w:val="center"/>
        </w:trPr>
        <w:tc>
          <w:tcPr>
            <w:tcW w:w="1361" w:type="dxa"/>
            <w:shd w:val="clear" w:color="auto" w:fill="FFFFFF"/>
            <w:tcMar>
              <w:top w:w="75" w:type="dxa"/>
              <w:left w:w="85" w:type="dxa"/>
              <w:bottom w:w="75" w:type="dxa"/>
              <w:right w:w="85" w:type="dxa"/>
            </w:tcMar>
            <w:vAlign w:val="center"/>
          </w:tcPr>
          <w:p w14:paraId="6DCF20DB" w14:textId="77777777" w:rsidR="004A2E0F" w:rsidRPr="00D308F8" w:rsidRDefault="004A2E0F">
            <w:pPr>
              <w:spacing w:after="0" w:line="240" w:lineRule="auto"/>
              <w:rPr>
                <w:noProof/>
                <w:lang w:val="ro-RO"/>
              </w:rPr>
            </w:pPr>
          </w:p>
        </w:tc>
        <w:tc>
          <w:tcPr>
            <w:tcW w:w="1644" w:type="dxa"/>
            <w:shd w:val="clear" w:color="auto" w:fill="FFFFFF"/>
            <w:tcMar>
              <w:top w:w="75" w:type="dxa"/>
              <w:left w:w="85" w:type="dxa"/>
              <w:bottom w:w="75" w:type="dxa"/>
              <w:right w:w="85" w:type="dxa"/>
            </w:tcMar>
            <w:vAlign w:val="center"/>
          </w:tcPr>
          <w:p w14:paraId="3E2C5464" w14:textId="77777777" w:rsidR="004A2E0F" w:rsidRPr="00D308F8" w:rsidRDefault="004A2E0F">
            <w:pPr>
              <w:spacing w:after="0" w:line="240" w:lineRule="auto"/>
              <w:rPr>
                <w:noProof/>
                <w:lang w:val="ro-RO"/>
              </w:rPr>
            </w:pPr>
          </w:p>
        </w:tc>
        <w:tc>
          <w:tcPr>
            <w:tcW w:w="1814" w:type="dxa"/>
            <w:shd w:val="clear" w:color="auto" w:fill="FFFFFF"/>
            <w:tcMar>
              <w:top w:w="75" w:type="dxa"/>
              <w:left w:w="85" w:type="dxa"/>
              <w:bottom w:w="75" w:type="dxa"/>
              <w:right w:w="85" w:type="dxa"/>
            </w:tcMar>
            <w:vAlign w:val="center"/>
          </w:tcPr>
          <w:p w14:paraId="45AE4A48" w14:textId="77777777" w:rsidR="004A2E0F" w:rsidRPr="00D308F8" w:rsidRDefault="004A2E0F">
            <w:pPr>
              <w:spacing w:after="0" w:line="240" w:lineRule="auto"/>
              <w:rPr>
                <w:noProof/>
                <w:lang w:val="ro-RO"/>
              </w:rPr>
            </w:pPr>
          </w:p>
        </w:tc>
        <w:tc>
          <w:tcPr>
            <w:tcW w:w="907" w:type="dxa"/>
            <w:shd w:val="clear" w:color="auto" w:fill="FFFFFF"/>
            <w:tcMar>
              <w:top w:w="75" w:type="dxa"/>
              <w:left w:w="85" w:type="dxa"/>
              <w:bottom w:w="75" w:type="dxa"/>
              <w:right w:w="85" w:type="dxa"/>
            </w:tcMar>
            <w:vAlign w:val="center"/>
          </w:tcPr>
          <w:p w14:paraId="4A6490B6" w14:textId="77777777" w:rsidR="004A2E0F" w:rsidRPr="00D308F8" w:rsidRDefault="00000000">
            <w:pPr>
              <w:spacing w:after="0" w:line="240" w:lineRule="auto"/>
              <w:jc w:val="center"/>
              <w:rPr>
                <w:noProof/>
                <w:lang w:val="ro-RO"/>
              </w:rPr>
            </w:pPr>
            <w:r w:rsidRPr="00D308F8">
              <w:rPr>
                <w:noProof/>
                <w:sz w:val="14"/>
                <w:lang w:val="ro-RO"/>
              </w:rPr>
              <w:t>G/A/R</w:t>
            </w:r>
          </w:p>
        </w:tc>
        <w:tc>
          <w:tcPr>
            <w:tcW w:w="2211" w:type="dxa"/>
            <w:shd w:val="clear" w:color="auto" w:fill="FFFFFF"/>
            <w:tcMar>
              <w:top w:w="75" w:type="dxa"/>
              <w:left w:w="85" w:type="dxa"/>
              <w:bottom w:w="75" w:type="dxa"/>
              <w:right w:w="85" w:type="dxa"/>
            </w:tcMar>
            <w:vAlign w:val="center"/>
          </w:tcPr>
          <w:p w14:paraId="0F1066D1" w14:textId="77777777" w:rsidR="004A2E0F" w:rsidRPr="00D308F8" w:rsidRDefault="004A2E0F">
            <w:pPr>
              <w:spacing w:after="0" w:line="240" w:lineRule="auto"/>
              <w:rPr>
                <w:noProof/>
                <w:lang w:val="ro-RO"/>
              </w:rPr>
            </w:pPr>
          </w:p>
        </w:tc>
        <w:tc>
          <w:tcPr>
            <w:tcW w:w="1984" w:type="dxa"/>
            <w:shd w:val="clear" w:color="auto" w:fill="FFFFFF"/>
            <w:tcMar>
              <w:top w:w="75" w:type="dxa"/>
              <w:left w:w="85" w:type="dxa"/>
              <w:bottom w:w="75" w:type="dxa"/>
              <w:right w:w="85" w:type="dxa"/>
            </w:tcMar>
            <w:vAlign w:val="center"/>
          </w:tcPr>
          <w:p w14:paraId="03452B75" w14:textId="77777777" w:rsidR="004A2E0F" w:rsidRPr="00D308F8" w:rsidRDefault="004A2E0F">
            <w:pPr>
              <w:spacing w:after="0" w:line="240" w:lineRule="auto"/>
              <w:rPr>
                <w:noProof/>
                <w:lang w:val="ro-RO"/>
              </w:rPr>
            </w:pPr>
          </w:p>
        </w:tc>
      </w:tr>
      <w:tr w:rsidR="004A2E0F" w:rsidRPr="00D308F8" w14:paraId="5BCB2174" w14:textId="77777777">
        <w:trPr>
          <w:cantSplit/>
          <w:jc w:val="center"/>
        </w:trPr>
        <w:tc>
          <w:tcPr>
            <w:tcW w:w="1361" w:type="dxa"/>
            <w:shd w:val="clear" w:color="auto" w:fill="FAFAFA"/>
            <w:tcMar>
              <w:top w:w="75" w:type="dxa"/>
              <w:left w:w="85" w:type="dxa"/>
              <w:bottom w:w="75" w:type="dxa"/>
              <w:right w:w="85" w:type="dxa"/>
            </w:tcMar>
            <w:vAlign w:val="center"/>
          </w:tcPr>
          <w:p w14:paraId="29879AA7" w14:textId="77777777" w:rsidR="004A2E0F" w:rsidRPr="00D308F8" w:rsidRDefault="004A2E0F">
            <w:pPr>
              <w:spacing w:after="0" w:line="240" w:lineRule="auto"/>
              <w:rPr>
                <w:noProof/>
                <w:lang w:val="ro-RO"/>
              </w:rPr>
            </w:pPr>
          </w:p>
        </w:tc>
        <w:tc>
          <w:tcPr>
            <w:tcW w:w="1644" w:type="dxa"/>
            <w:shd w:val="clear" w:color="auto" w:fill="FAFAFA"/>
            <w:tcMar>
              <w:top w:w="75" w:type="dxa"/>
              <w:left w:w="85" w:type="dxa"/>
              <w:bottom w:w="75" w:type="dxa"/>
              <w:right w:w="85" w:type="dxa"/>
            </w:tcMar>
            <w:vAlign w:val="center"/>
          </w:tcPr>
          <w:p w14:paraId="5244BCB4" w14:textId="77777777" w:rsidR="004A2E0F" w:rsidRPr="00D308F8" w:rsidRDefault="004A2E0F">
            <w:pPr>
              <w:spacing w:after="0" w:line="240" w:lineRule="auto"/>
              <w:rPr>
                <w:noProof/>
                <w:lang w:val="ro-RO"/>
              </w:rPr>
            </w:pPr>
          </w:p>
        </w:tc>
        <w:tc>
          <w:tcPr>
            <w:tcW w:w="1814" w:type="dxa"/>
            <w:shd w:val="clear" w:color="auto" w:fill="FAFAFA"/>
            <w:tcMar>
              <w:top w:w="75" w:type="dxa"/>
              <w:left w:w="85" w:type="dxa"/>
              <w:bottom w:w="75" w:type="dxa"/>
              <w:right w:w="85" w:type="dxa"/>
            </w:tcMar>
            <w:vAlign w:val="center"/>
          </w:tcPr>
          <w:p w14:paraId="32081C89" w14:textId="77777777" w:rsidR="004A2E0F" w:rsidRPr="00D308F8" w:rsidRDefault="004A2E0F">
            <w:pPr>
              <w:spacing w:after="0" w:line="240" w:lineRule="auto"/>
              <w:rPr>
                <w:noProof/>
                <w:lang w:val="ro-RO"/>
              </w:rPr>
            </w:pPr>
          </w:p>
        </w:tc>
        <w:tc>
          <w:tcPr>
            <w:tcW w:w="907" w:type="dxa"/>
            <w:shd w:val="clear" w:color="auto" w:fill="FAFAFA"/>
            <w:tcMar>
              <w:top w:w="75" w:type="dxa"/>
              <w:left w:w="85" w:type="dxa"/>
              <w:bottom w:w="75" w:type="dxa"/>
              <w:right w:w="85" w:type="dxa"/>
            </w:tcMar>
            <w:vAlign w:val="center"/>
          </w:tcPr>
          <w:p w14:paraId="7C3B70C2" w14:textId="77777777" w:rsidR="004A2E0F" w:rsidRPr="00D308F8" w:rsidRDefault="00000000">
            <w:pPr>
              <w:spacing w:after="0" w:line="240" w:lineRule="auto"/>
              <w:jc w:val="center"/>
              <w:rPr>
                <w:noProof/>
                <w:lang w:val="ro-RO"/>
              </w:rPr>
            </w:pPr>
            <w:r w:rsidRPr="00D308F8">
              <w:rPr>
                <w:noProof/>
                <w:sz w:val="14"/>
                <w:lang w:val="ro-RO"/>
              </w:rPr>
              <w:t>G/A/R</w:t>
            </w:r>
          </w:p>
        </w:tc>
        <w:tc>
          <w:tcPr>
            <w:tcW w:w="2211" w:type="dxa"/>
            <w:shd w:val="clear" w:color="auto" w:fill="FAFAFA"/>
            <w:tcMar>
              <w:top w:w="75" w:type="dxa"/>
              <w:left w:w="85" w:type="dxa"/>
              <w:bottom w:w="75" w:type="dxa"/>
              <w:right w:w="85" w:type="dxa"/>
            </w:tcMar>
            <w:vAlign w:val="center"/>
          </w:tcPr>
          <w:p w14:paraId="0F61BD23" w14:textId="77777777" w:rsidR="004A2E0F" w:rsidRPr="00D308F8" w:rsidRDefault="004A2E0F">
            <w:pPr>
              <w:spacing w:after="0" w:line="240" w:lineRule="auto"/>
              <w:rPr>
                <w:noProof/>
                <w:lang w:val="ro-RO"/>
              </w:rPr>
            </w:pPr>
          </w:p>
        </w:tc>
        <w:tc>
          <w:tcPr>
            <w:tcW w:w="1984" w:type="dxa"/>
            <w:shd w:val="clear" w:color="auto" w:fill="FAFAFA"/>
            <w:tcMar>
              <w:top w:w="75" w:type="dxa"/>
              <w:left w:w="85" w:type="dxa"/>
              <w:bottom w:w="75" w:type="dxa"/>
              <w:right w:w="85" w:type="dxa"/>
            </w:tcMar>
            <w:vAlign w:val="center"/>
          </w:tcPr>
          <w:p w14:paraId="33A1A887" w14:textId="77777777" w:rsidR="004A2E0F" w:rsidRPr="00D308F8" w:rsidRDefault="004A2E0F">
            <w:pPr>
              <w:spacing w:after="0" w:line="240" w:lineRule="auto"/>
              <w:rPr>
                <w:noProof/>
                <w:lang w:val="ro-RO"/>
              </w:rPr>
            </w:pPr>
          </w:p>
        </w:tc>
      </w:tr>
    </w:tbl>
    <w:p w14:paraId="1ACF33E3" w14:textId="77777777" w:rsidR="004A2E0F" w:rsidRPr="00D308F8" w:rsidRDefault="004A2E0F">
      <w:pPr>
        <w:spacing w:after="20"/>
        <w:rPr>
          <w:noProof/>
          <w:lang w:val="ro-RO"/>
        </w:rPr>
      </w:pPr>
    </w:p>
    <w:p w14:paraId="1A064FA7" w14:textId="77777777" w:rsidR="004A2E0F" w:rsidRPr="00D308F8" w:rsidRDefault="00000000">
      <w:pPr>
        <w:pStyle w:val="Heading2"/>
        <w:rPr>
          <w:noProof/>
          <w:lang w:val="ro-RO"/>
        </w:rPr>
      </w:pPr>
      <w:r w:rsidRPr="00D308F8">
        <w:rPr>
          <w:noProof/>
          <w:lang w:val="ro-RO"/>
        </w:rPr>
        <w:t>Evaluarea finală</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3118"/>
        <w:gridCol w:w="6803"/>
      </w:tblGrid>
      <w:tr w:rsidR="004A2E0F" w:rsidRPr="00D308F8" w14:paraId="45959B86" w14:textId="77777777">
        <w:trPr>
          <w:tblHeader/>
          <w:jc w:val="center"/>
        </w:trPr>
        <w:tc>
          <w:tcPr>
            <w:tcW w:w="3118" w:type="dxa"/>
            <w:shd w:val="clear" w:color="auto" w:fill="D71920"/>
            <w:tcMar>
              <w:top w:w="75" w:type="dxa"/>
              <w:left w:w="85" w:type="dxa"/>
              <w:bottom w:w="75" w:type="dxa"/>
              <w:right w:w="85" w:type="dxa"/>
            </w:tcMar>
            <w:vAlign w:val="center"/>
          </w:tcPr>
          <w:p w14:paraId="7F2A7861" w14:textId="77777777" w:rsidR="004A2E0F" w:rsidRPr="00D308F8" w:rsidRDefault="00000000">
            <w:pPr>
              <w:spacing w:after="0" w:line="240" w:lineRule="auto"/>
              <w:jc w:val="center"/>
              <w:rPr>
                <w:noProof/>
                <w:lang w:val="ro-RO"/>
              </w:rPr>
            </w:pPr>
            <w:r w:rsidRPr="00D308F8">
              <w:rPr>
                <w:b/>
                <w:noProof/>
                <w:color w:val="FFFFFF"/>
                <w:sz w:val="15"/>
                <w:lang w:val="ro-RO"/>
              </w:rPr>
              <w:t>ELEMENT</w:t>
            </w:r>
          </w:p>
        </w:tc>
        <w:tc>
          <w:tcPr>
            <w:tcW w:w="6803" w:type="dxa"/>
            <w:shd w:val="clear" w:color="auto" w:fill="D71920"/>
            <w:tcMar>
              <w:top w:w="75" w:type="dxa"/>
              <w:left w:w="85" w:type="dxa"/>
              <w:bottom w:w="75" w:type="dxa"/>
              <w:right w:w="85" w:type="dxa"/>
            </w:tcMar>
            <w:vAlign w:val="center"/>
          </w:tcPr>
          <w:p w14:paraId="1B5922B8" w14:textId="77777777" w:rsidR="004A2E0F" w:rsidRPr="00D308F8" w:rsidRDefault="00000000">
            <w:pPr>
              <w:spacing w:after="0" w:line="240" w:lineRule="auto"/>
              <w:jc w:val="center"/>
              <w:rPr>
                <w:noProof/>
                <w:lang w:val="ro-RO"/>
              </w:rPr>
            </w:pPr>
            <w:r w:rsidRPr="00D308F8">
              <w:rPr>
                <w:b/>
                <w:noProof/>
                <w:color w:val="FFFFFF"/>
                <w:sz w:val="15"/>
                <w:lang w:val="ro-RO"/>
              </w:rPr>
              <w:t>CONCLUZIE</w:t>
            </w:r>
          </w:p>
        </w:tc>
      </w:tr>
      <w:tr w:rsidR="004A2E0F" w:rsidRPr="00D308F8" w14:paraId="3FDB603A" w14:textId="77777777">
        <w:trPr>
          <w:cantSplit/>
          <w:jc w:val="center"/>
        </w:trPr>
        <w:tc>
          <w:tcPr>
            <w:tcW w:w="3118" w:type="dxa"/>
            <w:shd w:val="clear" w:color="auto" w:fill="FFFFFF"/>
            <w:tcMar>
              <w:top w:w="75" w:type="dxa"/>
              <w:left w:w="85" w:type="dxa"/>
              <w:bottom w:w="75" w:type="dxa"/>
              <w:right w:w="85" w:type="dxa"/>
            </w:tcMar>
            <w:vAlign w:val="center"/>
          </w:tcPr>
          <w:p w14:paraId="177C43BE" w14:textId="77777777" w:rsidR="004A2E0F" w:rsidRPr="00D308F8" w:rsidRDefault="00000000">
            <w:pPr>
              <w:spacing w:after="0" w:line="240" w:lineRule="auto"/>
              <w:rPr>
                <w:noProof/>
                <w:lang w:val="ro-RO"/>
              </w:rPr>
            </w:pPr>
            <w:r w:rsidRPr="00D308F8">
              <w:rPr>
                <w:noProof/>
                <w:sz w:val="15"/>
                <w:lang w:val="ro-RO"/>
              </w:rPr>
              <w:t>Rezultat final</w:t>
            </w:r>
          </w:p>
        </w:tc>
        <w:tc>
          <w:tcPr>
            <w:tcW w:w="6803" w:type="dxa"/>
            <w:shd w:val="clear" w:color="auto" w:fill="FFFFFF"/>
            <w:tcMar>
              <w:top w:w="75" w:type="dxa"/>
              <w:left w:w="85" w:type="dxa"/>
              <w:bottom w:w="75" w:type="dxa"/>
              <w:right w:w="85" w:type="dxa"/>
            </w:tcMar>
            <w:vAlign w:val="center"/>
          </w:tcPr>
          <w:p w14:paraId="153F7E42" w14:textId="77777777" w:rsidR="004A2E0F" w:rsidRPr="00D308F8" w:rsidRDefault="004A2E0F">
            <w:pPr>
              <w:spacing w:after="0" w:line="240" w:lineRule="auto"/>
              <w:rPr>
                <w:noProof/>
                <w:lang w:val="ro-RO"/>
              </w:rPr>
            </w:pPr>
          </w:p>
        </w:tc>
      </w:tr>
      <w:tr w:rsidR="004A2E0F" w:rsidRPr="00D308F8" w14:paraId="671C465E" w14:textId="77777777">
        <w:trPr>
          <w:cantSplit/>
          <w:jc w:val="center"/>
        </w:trPr>
        <w:tc>
          <w:tcPr>
            <w:tcW w:w="3118" w:type="dxa"/>
            <w:shd w:val="clear" w:color="auto" w:fill="FAFAFA"/>
            <w:tcMar>
              <w:top w:w="75" w:type="dxa"/>
              <w:left w:w="85" w:type="dxa"/>
              <w:bottom w:w="75" w:type="dxa"/>
              <w:right w:w="85" w:type="dxa"/>
            </w:tcMar>
            <w:vAlign w:val="center"/>
          </w:tcPr>
          <w:p w14:paraId="5E075807" w14:textId="77777777" w:rsidR="004A2E0F" w:rsidRPr="00D308F8" w:rsidRDefault="00000000">
            <w:pPr>
              <w:spacing w:after="0" w:line="240" w:lineRule="auto"/>
              <w:rPr>
                <w:noProof/>
                <w:lang w:val="ro-RO"/>
              </w:rPr>
            </w:pPr>
            <w:r w:rsidRPr="00D308F8">
              <w:rPr>
                <w:noProof/>
                <w:sz w:val="15"/>
                <w:lang w:val="ro-RO"/>
              </w:rPr>
              <w:t>Obiectiv</w:t>
            </w:r>
          </w:p>
        </w:tc>
        <w:tc>
          <w:tcPr>
            <w:tcW w:w="6803" w:type="dxa"/>
            <w:shd w:val="clear" w:color="auto" w:fill="FAFAFA"/>
            <w:tcMar>
              <w:top w:w="75" w:type="dxa"/>
              <w:left w:w="85" w:type="dxa"/>
              <w:bottom w:w="75" w:type="dxa"/>
              <w:right w:w="85" w:type="dxa"/>
            </w:tcMar>
            <w:vAlign w:val="center"/>
          </w:tcPr>
          <w:p w14:paraId="5AC8DEE8" w14:textId="77777777" w:rsidR="004A2E0F" w:rsidRPr="00D308F8" w:rsidRDefault="00000000">
            <w:pPr>
              <w:spacing w:after="0" w:line="240" w:lineRule="auto"/>
              <w:rPr>
                <w:noProof/>
                <w:lang w:val="ro-RO"/>
              </w:rPr>
            </w:pPr>
            <w:r w:rsidRPr="00D308F8">
              <w:rPr>
                <w:noProof/>
                <w:sz w:val="15"/>
                <w:lang w:val="ro-RO"/>
              </w:rPr>
              <w:t>[ ] Atins   [ ] Parțial atins   [ ] Neatins   [ ] Anulat justificat</w:t>
            </w:r>
          </w:p>
        </w:tc>
      </w:tr>
      <w:tr w:rsidR="004A2E0F" w:rsidRPr="00D308F8" w14:paraId="6B712E49" w14:textId="77777777">
        <w:trPr>
          <w:cantSplit/>
          <w:jc w:val="center"/>
        </w:trPr>
        <w:tc>
          <w:tcPr>
            <w:tcW w:w="3118" w:type="dxa"/>
            <w:shd w:val="clear" w:color="auto" w:fill="FFFFFF"/>
            <w:tcMar>
              <w:top w:w="75" w:type="dxa"/>
              <w:left w:w="85" w:type="dxa"/>
              <w:bottom w:w="75" w:type="dxa"/>
              <w:right w:w="85" w:type="dxa"/>
            </w:tcMar>
            <w:vAlign w:val="center"/>
          </w:tcPr>
          <w:p w14:paraId="42C4670E" w14:textId="77777777" w:rsidR="004A2E0F" w:rsidRPr="00D308F8" w:rsidRDefault="00000000">
            <w:pPr>
              <w:spacing w:after="0" w:line="240" w:lineRule="auto"/>
              <w:rPr>
                <w:noProof/>
                <w:lang w:val="ro-RO"/>
              </w:rPr>
            </w:pPr>
            <w:r w:rsidRPr="00D308F8">
              <w:rPr>
                <w:noProof/>
                <w:sz w:val="15"/>
                <w:lang w:val="ro-RO"/>
              </w:rPr>
              <w:t>Eficacitatea măsurilor</w:t>
            </w:r>
          </w:p>
        </w:tc>
        <w:tc>
          <w:tcPr>
            <w:tcW w:w="6803" w:type="dxa"/>
            <w:shd w:val="clear" w:color="auto" w:fill="FFFFFF"/>
            <w:tcMar>
              <w:top w:w="75" w:type="dxa"/>
              <w:left w:w="85" w:type="dxa"/>
              <w:bottom w:w="75" w:type="dxa"/>
              <w:right w:w="85" w:type="dxa"/>
            </w:tcMar>
            <w:vAlign w:val="center"/>
          </w:tcPr>
          <w:p w14:paraId="03B254F0" w14:textId="77777777" w:rsidR="004A2E0F" w:rsidRPr="00D308F8" w:rsidRDefault="004A2E0F">
            <w:pPr>
              <w:spacing w:after="0" w:line="240" w:lineRule="auto"/>
              <w:rPr>
                <w:noProof/>
                <w:lang w:val="ro-RO"/>
              </w:rPr>
            </w:pPr>
          </w:p>
        </w:tc>
      </w:tr>
      <w:tr w:rsidR="004A2E0F" w:rsidRPr="00D308F8" w14:paraId="397B43DA" w14:textId="77777777">
        <w:trPr>
          <w:cantSplit/>
          <w:jc w:val="center"/>
        </w:trPr>
        <w:tc>
          <w:tcPr>
            <w:tcW w:w="3118" w:type="dxa"/>
            <w:shd w:val="clear" w:color="auto" w:fill="FAFAFA"/>
            <w:tcMar>
              <w:top w:w="75" w:type="dxa"/>
              <w:left w:w="85" w:type="dxa"/>
              <w:bottom w:w="75" w:type="dxa"/>
              <w:right w:w="85" w:type="dxa"/>
            </w:tcMar>
            <w:vAlign w:val="center"/>
          </w:tcPr>
          <w:p w14:paraId="7009A213" w14:textId="77777777" w:rsidR="004A2E0F" w:rsidRPr="00D308F8" w:rsidRDefault="00000000">
            <w:pPr>
              <w:spacing w:after="0" w:line="240" w:lineRule="auto"/>
              <w:rPr>
                <w:noProof/>
                <w:lang w:val="ro-RO"/>
              </w:rPr>
            </w:pPr>
            <w:r w:rsidRPr="00D308F8">
              <w:rPr>
                <w:noProof/>
                <w:sz w:val="15"/>
                <w:lang w:val="ro-RO"/>
              </w:rPr>
              <w:t>Efecte secundare / compromisuri</w:t>
            </w:r>
          </w:p>
        </w:tc>
        <w:tc>
          <w:tcPr>
            <w:tcW w:w="6803" w:type="dxa"/>
            <w:shd w:val="clear" w:color="auto" w:fill="FAFAFA"/>
            <w:tcMar>
              <w:top w:w="75" w:type="dxa"/>
              <w:left w:w="85" w:type="dxa"/>
              <w:bottom w:w="75" w:type="dxa"/>
              <w:right w:w="85" w:type="dxa"/>
            </w:tcMar>
            <w:vAlign w:val="center"/>
          </w:tcPr>
          <w:p w14:paraId="3C9BA0F9" w14:textId="77777777" w:rsidR="004A2E0F" w:rsidRPr="00D308F8" w:rsidRDefault="004A2E0F">
            <w:pPr>
              <w:spacing w:after="0" w:line="240" w:lineRule="auto"/>
              <w:rPr>
                <w:noProof/>
                <w:lang w:val="ro-RO"/>
              </w:rPr>
            </w:pPr>
          </w:p>
        </w:tc>
      </w:tr>
      <w:tr w:rsidR="004A2E0F" w:rsidRPr="00D308F8" w14:paraId="78A21DA5" w14:textId="77777777">
        <w:trPr>
          <w:cantSplit/>
          <w:jc w:val="center"/>
        </w:trPr>
        <w:tc>
          <w:tcPr>
            <w:tcW w:w="3118" w:type="dxa"/>
            <w:shd w:val="clear" w:color="auto" w:fill="FFFFFF"/>
            <w:tcMar>
              <w:top w:w="75" w:type="dxa"/>
              <w:left w:w="85" w:type="dxa"/>
              <w:bottom w:w="75" w:type="dxa"/>
              <w:right w:w="85" w:type="dxa"/>
            </w:tcMar>
            <w:vAlign w:val="center"/>
          </w:tcPr>
          <w:p w14:paraId="48E6E267" w14:textId="77777777" w:rsidR="004A2E0F" w:rsidRPr="00D308F8" w:rsidRDefault="00000000">
            <w:pPr>
              <w:spacing w:after="0" w:line="240" w:lineRule="auto"/>
              <w:rPr>
                <w:noProof/>
                <w:lang w:val="ro-RO"/>
              </w:rPr>
            </w:pPr>
            <w:r w:rsidRPr="00D308F8">
              <w:rPr>
                <w:noProof/>
                <w:sz w:val="15"/>
                <w:lang w:val="ro-RO"/>
              </w:rPr>
              <w:t>Lecții învățate</w:t>
            </w:r>
          </w:p>
        </w:tc>
        <w:tc>
          <w:tcPr>
            <w:tcW w:w="6803" w:type="dxa"/>
            <w:shd w:val="clear" w:color="auto" w:fill="FFFFFF"/>
            <w:tcMar>
              <w:top w:w="75" w:type="dxa"/>
              <w:left w:w="85" w:type="dxa"/>
              <w:bottom w:w="75" w:type="dxa"/>
              <w:right w:w="85" w:type="dxa"/>
            </w:tcMar>
            <w:vAlign w:val="center"/>
          </w:tcPr>
          <w:p w14:paraId="5C886BF2" w14:textId="77777777" w:rsidR="004A2E0F" w:rsidRPr="00D308F8" w:rsidRDefault="004A2E0F">
            <w:pPr>
              <w:spacing w:after="0" w:line="240" w:lineRule="auto"/>
              <w:rPr>
                <w:noProof/>
                <w:lang w:val="ro-RO"/>
              </w:rPr>
            </w:pPr>
          </w:p>
        </w:tc>
      </w:tr>
      <w:tr w:rsidR="004A2E0F" w:rsidRPr="00D308F8" w14:paraId="45C15C54" w14:textId="77777777">
        <w:trPr>
          <w:cantSplit/>
          <w:jc w:val="center"/>
        </w:trPr>
        <w:tc>
          <w:tcPr>
            <w:tcW w:w="3118" w:type="dxa"/>
            <w:shd w:val="clear" w:color="auto" w:fill="FAFAFA"/>
            <w:tcMar>
              <w:top w:w="75" w:type="dxa"/>
              <w:left w:w="85" w:type="dxa"/>
              <w:bottom w:w="75" w:type="dxa"/>
              <w:right w:w="85" w:type="dxa"/>
            </w:tcMar>
            <w:vAlign w:val="center"/>
          </w:tcPr>
          <w:p w14:paraId="7E583102" w14:textId="77777777" w:rsidR="004A2E0F" w:rsidRPr="00D308F8" w:rsidRDefault="00000000">
            <w:pPr>
              <w:spacing w:after="0" w:line="240" w:lineRule="auto"/>
              <w:rPr>
                <w:noProof/>
                <w:lang w:val="ro-RO"/>
              </w:rPr>
            </w:pPr>
            <w:r w:rsidRPr="00D308F8">
              <w:rPr>
                <w:noProof/>
                <w:sz w:val="15"/>
                <w:lang w:val="ro-RO"/>
              </w:rPr>
              <w:t>Decizie</w:t>
            </w:r>
          </w:p>
        </w:tc>
        <w:tc>
          <w:tcPr>
            <w:tcW w:w="6803" w:type="dxa"/>
            <w:shd w:val="clear" w:color="auto" w:fill="FAFAFA"/>
            <w:tcMar>
              <w:top w:w="75" w:type="dxa"/>
              <w:left w:w="85" w:type="dxa"/>
              <w:bottom w:w="75" w:type="dxa"/>
              <w:right w:w="85" w:type="dxa"/>
            </w:tcMar>
            <w:vAlign w:val="center"/>
          </w:tcPr>
          <w:p w14:paraId="185D137D" w14:textId="77777777" w:rsidR="004A2E0F" w:rsidRPr="00D308F8" w:rsidRDefault="00000000">
            <w:pPr>
              <w:spacing w:after="0" w:line="240" w:lineRule="auto"/>
              <w:rPr>
                <w:noProof/>
                <w:lang w:val="ro-RO"/>
              </w:rPr>
            </w:pPr>
            <w:r w:rsidRPr="00D308F8">
              <w:rPr>
                <w:noProof/>
                <w:sz w:val="15"/>
                <w:lang w:val="ro-RO"/>
              </w:rPr>
              <w:t>[ ] Menținere   [ ] Continuare   [ ] Revizuire   [ ] Înlocuire   [ ] Închidere</w:t>
            </w:r>
          </w:p>
        </w:tc>
      </w:tr>
      <w:tr w:rsidR="004A2E0F" w:rsidRPr="00D308F8" w14:paraId="47C93279" w14:textId="77777777">
        <w:trPr>
          <w:cantSplit/>
          <w:jc w:val="center"/>
        </w:trPr>
        <w:tc>
          <w:tcPr>
            <w:tcW w:w="3118" w:type="dxa"/>
            <w:shd w:val="clear" w:color="auto" w:fill="FFFFFF"/>
            <w:tcMar>
              <w:top w:w="75" w:type="dxa"/>
              <w:left w:w="85" w:type="dxa"/>
              <w:bottom w:w="75" w:type="dxa"/>
              <w:right w:w="85" w:type="dxa"/>
            </w:tcMar>
            <w:vAlign w:val="center"/>
          </w:tcPr>
          <w:p w14:paraId="25FFEC04" w14:textId="77777777" w:rsidR="004A2E0F" w:rsidRPr="00D308F8" w:rsidRDefault="00000000">
            <w:pPr>
              <w:spacing w:after="0" w:line="240" w:lineRule="auto"/>
              <w:rPr>
                <w:noProof/>
                <w:lang w:val="ro-RO"/>
              </w:rPr>
            </w:pPr>
            <w:r w:rsidRPr="00D308F8">
              <w:rPr>
                <w:noProof/>
                <w:sz w:val="15"/>
                <w:lang w:val="ro-RO"/>
              </w:rPr>
              <w:t>Aprobare / dată</w:t>
            </w:r>
          </w:p>
        </w:tc>
        <w:tc>
          <w:tcPr>
            <w:tcW w:w="6803" w:type="dxa"/>
            <w:shd w:val="clear" w:color="auto" w:fill="FFFFFF"/>
            <w:tcMar>
              <w:top w:w="75" w:type="dxa"/>
              <w:left w:w="85" w:type="dxa"/>
              <w:bottom w:w="75" w:type="dxa"/>
              <w:right w:w="85" w:type="dxa"/>
            </w:tcMar>
            <w:vAlign w:val="center"/>
          </w:tcPr>
          <w:p w14:paraId="660E25B3" w14:textId="77777777" w:rsidR="004A2E0F" w:rsidRPr="00D308F8" w:rsidRDefault="004A2E0F">
            <w:pPr>
              <w:spacing w:after="0" w:line="240" w:lineRule="auto"/>
              <w:rPr>
                <w:noProof/>
                <w:lang w:val="ro-RO"/>
              </w:rPr>
            </w:pPr>
          </w:p>
        </w:tc>
      </w:tr>
    </w:tbl>
    <w:p w14:paraId="0CA21BC2" w14:textId="77777777" w:rsidR="004A2E0F" w:rsidRPr="00D308F8" w:rsidRDefault="004A2E0F">
      <w:pPr>
        <w:spacing w:after="20"/>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4A2E0F" w:rsidRPr="00D308F8" w14:paraId="753982F2" w14:textId="77777777">
        <w:trPr>
          <w:jc w:val="center"/>
        </w:trPr>
        <w:tc>
          <w:tcPr>
            <w:tcW w:w="1020" w:type="dxa"/>
            <w:shd w:val="clear" w:color="auto" w:fill="D71920"/>
            <w:tcMar>
              <w:top w:w="75" w:type="dxa"/>
              <w:left w:w="85" w:type="dxa"/>
              <w:bottom w:w="75" w:type="dxa"/>
              <w:right w:w="85" w:type="dxa"/>
            </w:tcMar>
            <w:vAlign w:val="center"/>
          </w:tcPr>
          <w:p w14:paraId="420FA61C" w14:textId="77777777" w:rsidR="004A2E0F" w:rsidRPr="00D308F8" w:rsidRDefault="00000000">
            <w:pPr>
              <w:spacing w:after="0" w:line="240" w:lineRule="auto"/>
              <w:jc w:val="center"/>
              <w:rPr>
                <w:noProof/>
                <w:lang w:val="ro-RO"/>
              </w:rPr>
            </w:pPr>
            <w:r w:rsidRPr="00D308F8">
              <w:rPr>
                <w:b/>
                <w:noProof/>
                <w:color w:val="FFFFFF"/>
                <w:sz w:val="34"/>
                <w:lang w:val="ro-RO"/>
              </w:rPr>
              <w:lastRenderedPageBreak/>
              <w:t>6</w:t>
            </w:r>
          </w:p>
        </w:tc>
        <w:tc>
          <w:tcPr>
            <w:tcW w:w="8901" w:type="dxa"/>
            <w:shd w:val="clear" w:color="auto" w:fill="F3F4F5"/>
          </w:tcPr>
          <w:p w14:paraId="6D6468B2" w14:textId="77777777" w:rsidR="004A2E0F" w:rsidRPr="00D308F8" w:rsidRDefault="00000000">
            <w:pPr>
              <w:spacing w:after="20"/>
              <w:rPr>
                <w:noProof/>
                <w:lang w:val="ro-RO"/>
              </w:rPr>
            </w:pPr>
            <w:r w:rsidRPr="00D308F8">
              <w:rPr>
                <w:b/>
                <w:noProof/>
                <w:sz w:val="28"/>
                <w:lang w:val="ro-RO"/>
              </w:rPr>
              <w:t>Exemplu completat</w:t>
            </w:r>
          </w:p>
          <w:p w14:paraId="40115D6A" w14:textId="77777777" w:rsidR="004A2E0F" w:rsidRPr="00D308F8" w:rsidRDefault="00000000">
            <w:pPr>
              <w:spacing w:after="0"/>
              <w:rPr>
                <w:noProof/>
                <w:lang w:val="ro-RO"/>
              </w:rPr>
            </w:pPr>
            <w:r w:rsidRPr="00D308F8">
              <w:rPr>
                <w:noProof/>
                <w:color w:val="666666"/>
                <w:sz w:val="16"/>
                <w:lang w:val="ro-RO"/>
              </w:rPr>
              <w:t>Obiectiv: reducerea neconformităților de etanșare la produsul finit - exemplu generic, de adaptat</w:t>
            </w:r>
          </w:p>
        </w:tc>
      </w:tr>
    </w:tbl>
    <w:p w14:paraId="3A617D25" w14:textId="77777777" w:rsidR="004A2E0F" w:rsidRPr="00D308F8" w:rsidRDefault="004A2E0F">
      <w:pPr>
        <w:spacing w:after="0"/>
        <w:rPr>
          <w:noProof/>
          <w:lang w:val="ro-RO"/>
        </w:rPr>
      </w:pPr>
    </w:p>
    <w:p w14:paraId="490AB867" w14:textId="77777777" w:rsidR="004A2E0F" w:rsidRPr="00D308F8" w:rsidRDefault="00000000">
      <w:pPr>
        <w:pStyle w:val="Heading2"/>
        <w:rPr>
          <w:noProof/>
          <w:lang w:val="ro-RO"/>
        </w:rPr>
      </w:pPr>
      <w:r w:rsidRPr="00D308F8">
        <w:rPr>
          <w:noProof/>
          <w:lang w:val="ro-RO"/>
        </w:rPr>
        <w:t>A. Formulare și indicator</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551"/>
        <w:gridCol w:w="7370"/>
      </w:tblGrid>
      <w:tr w:rsidR="004A2E0F" w:rsidRPr="00D308F8" w14:paraId="56D807CC" w14:textId="77777777">
        <w:trPr>
          <w:tblHeader/>
          <w:jc w:val="center"/>
        </w:trPr>
        <w:tc>
          <w:tcPr>
            <w:tcW w:w="2551" w:type="dxa"/>
            <w:shd w:val="clear" w:color="auto" w:fill="D71920"/>
            <w:tcMar>
              <w:top w:w="75" w:type="dxa"/>
              <w:left w:w="85" w:type="dxa"/>
              <w:bottom w:w="75" w:type="dxa"/>
              <w:right w:w="85" w:type="dxa"/>
            </w:tcMar>
            <w:vAlign w:val="center"/>
          </w:tcPr>
          <w:p w14:paraId="3B511798" w14:textId="77777777" w:rsidR="004A2E0F" w:rsidRPr="00D308F8" w:rsidRDefault="00000000">
            <w:pPr>
              <w:spacing w:after="0" w:line="240" w:lineRule="auto"/>
              <w:jc w:val="center"/>
              <w:rPr>
                <w:noProof/>
                <w:lang w:val="ro-RO"/>
              </w:rPr>
            </w:pPr>
            <w:r w:rsidRPr="00D308F8">
              <w:rPr>
                <w:b/>
                <w:noProof/>
                <w:color w:val="FFFFFF"/>
                <w:sz w:val="15"/>
                <w:lang w:val="ro-RO"/>
              </w:rPr>
              <w:t>ELEMENT</w:t>
            </w:r>
          </w:p>
        </w:tc>
        <w:tc>
          <w:tcPr>
            <w:tcW w:w="7370" w:type="dxa"/>
            <w:shd w:val="clear" w:color="auto" w:fill="D71920"/>
            <w:tcMar>
              <w:top w:w="75" w:type="dxa"/>
              <w:left w:w="85" w:type="dxa"/>
              <w:bottom w:w="75" w:type="dxa"/>
              <w:right w:w="85" w:type="dxa"/>
            </w:tcMar>
            <w:vAlign w:val="center"/>
          </w:tcPr>
          <w:p w14:paraId="3102E355" w14:textId="77777777" w:rsidR="004A2E0F" w:rsidRPr="00D308F8" w:rsidRDefault="00000000">
            <w:pPr>
              <w:spacing w:after="0" w:line="240" w:lineRule="auto"/>
              <w:jc w:val="center"/>
              <w:rPr>
                <w:noProof/>
                <w:lang w:val="ro-RO"/>
              </w:rPr>
            </w:pPr>
            <w:r w:rsidRPr="00D308F8">
              <w:rPr>
                <w:b/>
                <w:noProof/>
                <w:color w:val="FFFFFF"/>
                <w:sz w:val="15"/>
                <w:lang w:val="ro-RO"/>
              </w:rPr>
              <w:t>EXEMPLU COMPLETAT</w:t>
            </w:r>
          </w:p>
        </w:tc>
      </w:tr>
      <w:tr w:rsidR="004A2E0F" w:rsidRPr="00D308F8" w14:paraId="3D38802D" w14:textId="77777777">
        <w:trPr>
          <w:cantSplit/>
          <w:jc w:val="center"/>
        </w:trPr>
        <w:tc>
          <w:tcPr>
            <w:tcW w:w="2551" w:type="dxa"/>
            <w:shd w:val="clear" w:color="auto" w:fill="FFFFFF"/>
            <w:tcMar>
              <w:top w:w="75" w:type="dxa"/>
              <w:left w:w="85" w:type="dxa"/>
              <w:bottom w:w="75" w:type="dxa"/>
              <w:right w:w="85" w:type="dxa"/>
            </w:tcMar>
            <w:vAlign w:val="center"/>
          </w:tcPr>
          <w:p w14:paraId="38B007BC" w14:textId="77777777" w:rsidR="004A2E0F" w:rsidRPr="00D308F8" w:rsidRDefault="00000000">
            <w:pPr>
              <w:spacing w:after="0" w:line="240" w:lineRule="auto"/>
              <w:rPr>
                <w:noProof/>
                <w:lang w:val="ro-RO"/>
              </w:rPr>
            </w:pPr>
            <w:r w:rsidRPr="00D308F8">
              <w:rPr>
                <w:noProof/>
                <w:sz w:val="15"/>
                <w:lang w:val="ro-RO"/>
              </w:rPr>
              <w:t>Cod / perioadă</w:t>
            </w:r>
          </w:p>
        </w:tc>
        <w:tc>
          <w:tcPr>
            <w:tcW w:w="7370" w:type="dxa"/>
            <w:shd w:val="clear" w:color="auto" w:fill="FFFFFF"/>
            <w:tcMar>
              <w:top w:w="75" w:type="dxa"/>
              <w:left w:w="85" w:type="dxa"/>
              <w:bottom w:w="75" w:type="dxa"/>
              <w:right w:w="85" w:type="dxa"/>
            </w:tcMar>
            <w:vAlign w:val="center"/>
          </w:tcPr>
          <w:p w14:paraId="54257CFB" w14:textId="77777777" w:rsidR="004A2E0F" w:rsidRPr="00D308F8" w:rsidRDefault="00000000">
            <w:pPr>
              <w:spacing w:after="0" w:line="240" w:lineRule="auto"/>
              <w:rPr>
                <w:noProof/>
                <w:lang w:val="ro-RO"/>
              </w:rPr>
            </w:pPr>
            <w:r w:rsidRPr="00D308F8">
              <w:rPr>
                <w:noProof/>
                <w:sz w:val="15"/>
                <w:lang w:val="ro-RO"/>
              </w:rPr>
              <w:t>MD-04 / 2027</w:t>
            </w:r>
          </w:p>
        </w:tc>
      </w:tr>
      <w:tr w:rsidR="004A2E0F" w:rsidRPr="00D308F8" w14:paraId="77429302" w14:textId="77777777">
        <w:trPr>
          <w:cantSplit/>
          <w:jc w:val="center"/>
        </w:trPr>
        <w:tc>
          <w:tcPr>
            <w:tcW w:w="2551" w:type="dxa"/>
            <w:shd w:val="clear" w:color="auto" w:fill="FAFAFA"/>
            <w:tcMar>
              <w:top w:w="75" w:type="dxa"/>
              <w:left w:w="85" w:type="dxa"/>
              <w:bottom w:w="75" w:type="dxa"/>
              <w:right w:w="85" w:type="dxa"/>
            </w:tcMar>
            <w:vAlign w:val="center"/>
          </w:tcPr>
          <w:p w14:paraId="3B9A13C4" w14:textId="77777777" w:rsidR="004A2E0F" w:rsidRPr="00D308F8" w:rsidRDefault="00000000">
            <w:pPr>
              <w:spacing w:after="0" w:line="240" w:lineRule="auto"/>
              <w:rPr>
                <w:noProof/>
                <w:lang w:val="ro-RO"/>
              </w:rPr>
            </w:pPr>
            <w:r w:rsidRPr="00D308F8">
              <w:rPr>
                <w:noProof/>
                <w:sz w:val="15"/>
                <w:lang w:val="ro-RO"/>
              </w:rPr>
              <w:t>Obiectiv</w:t>
            </w:r>
          </w:p>
        </w:tc>
        <w:tc>
          <w:tcPr>
            <w:tcW w:w="7370" w:type="dxa"/>
            <w:shd w:val="clear" w:color="auto" w:fill="FAFAFA"/>
            <w:tcMar>
              <w:top w:w="75" w:type="dxa"/>
              <w:left w:w="85" w:type="dxa"/>
              <w:bottom w:w="75" w:type="dxa"/>
              <w:right w:w="85" w:type="dxa"/>
            </w:tcMar>
            <w:vAlign w:val="center"/>
          </w:tcPr>
          <w:p w14:paraId="20F522BE" w14:textId="77777777" w:rsidR="004A2E0F" w:rsidRPr="00D308F8" w:rsidRDefault="00000000">
            <w:pPr>
              <w:spacing w:after="0" w:line="240" w:lineRule="auto"/>
              <w:rPr>
                <w:noProof/>
                <w:lang w:val="ro-RO"/>
              </w:rPr>
            </w:pPr>
            <w:r w:rsidRPr="00D308F8">
              <w:rPr>
                <w:noProof/>
                <w:sz w:val="15"/>
                <w:lang w:val="ro-RO"/>
              </w:rPr>
              <w:t>Reducerea neconformităților confirmate de etanșare la produsul finit de la 850 la maximum 300 ppm până la 31.12.2027 pentru familia selectată, menținând integral criteriile de acceptare, trasabilitatea și evaluarea riscului.</w:t>
            </w:r>
          </w:p>
        </w:tc>
      </w:tr>
      <w:tr w:rsidR="004A2E0F" w:rsidRPr="00D308F8" w14:paraId="25D90DD6" w14:textId="77777777">
        <w:trPr>
          <w:cantSplit/>
          <w:jc w:val="center"/>
        </w:trPr>
        <w:tc>
          <w:tcPr>
            <w:tcW w:w="2551" w:type="dxa"/>
            <w:shd w:val="clear" w:color="auto" w:fill="FFFFFF"/>
            <w:tcMar>
              <w:top w:w="75" w:type="dxa"/>
              <w:left w:w="85" w:type="dxa"/>
              <w:bottom w:w="75" w:type="dxa"/>
              <w:right w:w="85" w:type="dxa"/>
            </w:tcMar>
            <w:vAlign w:val="center"/>
          </w:tcPr>
          <w:p w14:paraId="500EB893" w14:textId="77777777" w:rsidR="004A2E0F" w:rsidRPr="00D308F8" w:rsidRDefault="00000000">
            <w:pPr>
              <w:spacing w:after="0" w:line="240" w:lineRule="auto"/>
              <w:rPr>
                <w:noProof/>
                <w:lang w:val="ro-RO"/>
              </w:rPr>
            </w:pPr>
            <w:r w:rsidRPr="00D308F8">
              <w:rPr>
                <w:noProof/>
                <w:sz w:val="15"/>
                <w:lang w:val="ro-RO"/>
              </w:rPr>
              <w:t>Justificare</w:t>
            </w:r>
          </w:p>
        </w:tc>
        <w:tc>
          <w:tcPr>
            <w:tcW w:w="7370" w:type="dxa"/>
            <w:shd w:val="clear" w:color="auto" w:fill="FFFFFF"/>
            <w:tcMar>
              <w:top w:w="75" w:type="dxa"/>
              <w:left w:w="85" w:type="dxa"/>
              <w:bottom w:w="75" w:type="dxa"/>
              <w:right w:w="85" w:type="dxa"/>
            </w:tcMar>
            <w:vAlign w:val="center"/>
          </w:tcPr>
          <w:p w14:paraId="5FCBBB30" w14:textId="77777777" w:rsidR="004A2E0F" w:rsidRPr="00D308F8" w:rsidRDefault="00000000">
            <w:pPr>
              <w:spacing w:after="0" w:line="240" w:lineRule="auto"/>
              <w:rPr>
                <w:noProof/>
                <w:lang w:val="ro-RO"/>
              </w:rPr>
            </w:pPr>
            <w:r w:rsidRPr="00D308F8">
              <w:rPr>
                <w:noProof/>
                <w:sz w:val="15"/>
                <w:lang w:val="ro-RO"/>
              </w:rPr>
              <w:t>Tendința internă și reclamațiile confirmate indică variabilitate asociată temperaturii, presiunii și uzurii sculelor. Defectul poate afecta bariera sau funcția dispozitivului, în funcție de utilizare.</w:t>
            </w:r>
          </w:p>
        </w:tc>
      </w:tr>
      <w:tr w:rsidR="004A2E0F" w:rsidRPr="00D308F8" w14:paraId="10445BEA" w14:textId="77777777">
        <w:trPr>
          <w:cantSplit/>
          <w:jc w:val="center"/>
        </w:trPr>
        <w:tc>
          <w:tcPr>
            <w:tcW w:w="2551" w:type="dxa"/>
            <w:shd w:val="clear" w:color="auto" w:fill="FAFAFA"/>
            <w:tcMar>
              <w:top w:w="75" w:type="dxa"/>
              <w:left w:w="85" w:type="dxa"/>
              <w:bottom w:w="75" w:type="dxa"/>
              <w:right w:w="85" w:type="dxa"/>
            </w:tcMar>
            <w:vAlign w:val="center"/>
          </w:tcPr>
          <w:p w14:paraId="12F485B7" w14:textId="77777777" w:rsidR="004A2E0F" w:rsidRPr="00D308F8" w:rsidRDefault="00000000">
            <w:pPr>
              <w:spacing w:after="0" w:line="240" w:lineRule="auto"/>
              <w:rPr>
                <w:noProof/>
                <w:lang w:val="ro-RO"/>
              </w:rPr>
            </w:pPr>
            <w:r w:rsidRPr="00D308F8">
              <w:rPr>
                <w:noProof/>
                <w:sz w:val="15"/>
                <w:lang w:val="ro-RO"/>
              </w:rPr>
              <w:t>Legătura cu politica</w:t>
            </w:r>
          </w:p>
        </w:tc>
        <w:tc>
          <w:tcPr>
            <w:tcW w:w="7370" w:type="dxa"/>
            <w:shd w:val="clear" w:color="auto" w:fill="FAFAFA"/>
            <w:tcMar>
              <w:top w:w="75" w:type="dxa"/>
              <w:left w:w="85" w:type="dxa"/>
              <w:bottom w:w="75" w:type="dxa"/>
              <w:right w:w="85" w:type="dxa"/>
            </w:tcMar>
            <w:vAlign w:val="center"/>
          </w:tcPr>
          <w:p w14:paraId="49BA6F15" w14:textId="77777777" w:rsidR="004A2E0F" w:rsidRPr="00D308F8" w:rsidRDefault="00000000">
            <w:pPr>
              <w:spacing w:after="0" w:line="240" w:lineRule="auto"/>
              <w:rPr>
                <w:noProof/>
                <w:lang w:val="ro-RO"/>
              </w:rPr>
            </w:pPr>
            <w:r w:rsidRPr="00D308F8">
              <w:rPr>
                <w:noProof/>
                <w:sz w:val="15"/>
                <w:lang w:val="ro-RO"/>
              </w:rPr>
              <w:t>Conformitatea produsului, siguranța pacientului/utilizatorului, cerințele de reglementare și îmbunătățirea QMS.</w:t>
            </w:r>
          </w:p>
        </w:tc>
      </w:tr>
      <w:tr w:rsidR="004A2E0F" w:rsidRPr="00D308F8" w14:paraId="4068117E" w14:textId="77777777">
        <w:trPr>
          <w:cantSplit/>
          <w:jc w:val="center"/>
        </w:trPr>
        <w:tc>
          <w:tcPr>
            <w:tcW w:w="2551" w:type="dxa"/>
            <w:shd w:val="clear" w:color="auto" w:fill="FFFFFF"/>
            <w:tcMar>
              <w:top w:w="75" w:type="dxa"/>
              <w:left w:w="85" w:type="dxa"/>
              <w:bottom w:w="75" w:type="dxa"/>
              <w:right w:w="85" w:type="dxa"/>
            </w:tcMar>
            <w:vAlign w:val="center"/>
          </w:tcPr>
          <w:p w14:paraId="2986C6F9" w14:textId="77777777" w:rsidR="004A2E0F" w:rsidRPr="00D308F8" w:rsidRDefault="00000000">
            <w:pPr>
              <w:spacing w:after="0" w:line="240" w:lineRule="auto"/>
              <w:rPr>
                <w:noProof/>
                <w:lang w:val="ro-RO"/>
              </w:rPr>
            </w:pPr>
            <w:r w:rsidRPr="00D308F8">
              <w:rPr>
                <w:noProof/>
                <w:sz w:val="15"/>
                <w:lang w:val="ro-RO"/>
              </w:rPr>
              <w:t>Responsabil</w:t>
            </w:r>
          </w:p>
        </w:tc>
        <w:tc>
          <w:tcPr>
            <w:tcW w:w="7370" w:type="dxa"/>
            <w:shd w:val="clear" w:color="auto" w:fill="FFFFFF"/>
            <w:tcMar>
              <w:top w:w="75" w:type="dxa"/>
              <w:left w:w="85" w:type="dxa"/>
              <w:bottom w:w="75" w:type="dxa"/>
              <w:right w:w="85" w:type="dxa"/>
            </w:tcMar>
            <w:vAlign w:val="center"/>
          </w:tcPr>
          <w:p w14:paraId="328C0351" w14:textId="77777777" w:rsidR="004A2E0F" w:rsidRPr="00D308F8" w:rsidRDefault="00000000">
            <w:pPr>
              <w:spacing w:after="0" w:line="240" w:lineRule="auto"/>
              <w:rPr>
                <w:noProof/>
                <w:lang w:val="ro-RO"/>
              </w:rPr>
            </w:pPr>
            <w:r w:rsidRPr="00D308F8">
              <w:rPr>
                <w:noProof/>
                <w:sz w:val="15"/>
                <w:lang w:val="ro-RO"/>
              </w:rPr>
              <w:t>Manager operațiuni; coordonare: calitate, inginerie proces și managementul riscului.</w:t>
            </w:r>
          </w:p>
        </w:tc>
      </w:tr>
      <w:tr w:rsidR="004A2E0F" w:rsidRPr="00D308F8" w14:paraId="520F296D" w14:textId="77777777">
        <w:trPr>
          <w:cantSplit/>
          <w:jc w:val="center"/>
        </w:trPr>
        <w:tc>
          <w:tcPr>
            <w:tcW w:w="2551" w:type="dxa"/>
            <w:shd w:val="clear" w:color="auto" w:fill="FAFAFA"/>
            <w:tcMar>
              <w:top w:w="75" w:type="dxa"/>
              <w:left w:w="85" w:type="dxa"/>
              <w:bottom w:w="75" w:type="dxa"/>
              <w:right w:w="85" w:type="dxa"/>
            </w:tcMar>
            <w:vAlign w:val="center"/>
          </w:tcPr>
          <w:p w14:paraId="7373EB28" w14:textId="77777777" w:rsidR="004A2E0F" w:rsidRPr="00D308F8" w:rsidRDefault="00000000">
            <w:pPr>
              <w:spacing w:after="0" w:line="240" w:lineRule="auto"/>
              <w:rPr>
                <w:noProof/>
                <w:lang w:val="ro-RO"/>
              </w:rPr>
            </w:pPr>
            <w:r w:rsidRPr="00D308F8">
              <w:rPr>
                <w:noProof/>
                <w:sz w:val="15"/>
                <w:lang w:val="ro-RO"/>
              </w:rPr>
              <w:t>Criteriu nenegociabil</w:t>
            </w:r>
          </w:p>
        </w:tc>
        <w:tc>
          <w:tcPr>
            <w:tcW w:w="7370" w:type="dxa"/>
            <w:shd w:val="clear" w:color="auto" w:fill="FAFAFA"/>
            <w:tcMar>
              <w:top w:w="75" w:type="dxa"/>
              <w:left w:w="85" w:type="dxa"/>
              <w:bottom w:w="75" w:type="dxa"/>
              <w:right w:w="85" w:type="dxa"/>
            </w:tcMar>
            <w:vAlign w:val="center"/>
          </w:tcPr>
          <w:p w14:paraId="41115C4F" w14:textId="77777777" w:rsidR="004A2E0F" w:rsidRPr="00D308F8" w:rsidRDefault="00000000">
            <w:pPr>
              <w:spacing w:after="0" w:line="240" w:lineRule="auto"/>
              <w:rPr>
                <w:noProof/>
                <w:lang w:val="ro-RO"/>
              </w:rPr>
            </w:pPr>
            <w:r w:rsidRPr="00D308F8">
              <w:rPr>
                <w:noProof/>
                <w:sz w:val="15"/>
                <w:lang w:val="ro-RO"/>
              </w:rPr>
              <w:t>Niciun produs nu este eliberat dacă nu îndeplinește criteriile aprobate; rework-ul este permis numai dacă este documentat, validat și reevaluat.</w:t>
            </w:r>
          </w:p>
        </w:tc>
      </w:tr>
    </w:tbl>
    <w:p w14:paraId="2AB51590" w14:textId="77777777" w:rsidR="004A2E0F" w:rsidRPr="00D308F8" w:rsidRDefault="004A2E0F">
      <w:pPr>
        <w:spacing w:after="20"/>
        <w:rPr>
          <w:noProof/>
          <w:lang w:val="ro-RO"/>
        </w:rPr>
      </w:pPr>
    </w:p>
    <w:p w14:paraId="0008FC6C" w14:textId="77777777" w:rsidR="004A2E0F" w:rsidRPr="00D308F8" w:rsidRDefault="00000000">
      <w:pPr>
        <w:pStyle w:val="Heading2"/>
        <w:rPr>
          <w:noProof/>
          <w:lang w:val="ro-RO"/>
        </w:rPr>
      </w:pPr>
      <w:r w:rsidRPr="00D308F8">
        <w:rPr>
          <w:noProof/>
          <w:lang w:val="ro-RO"/>
        </w:rPr>
        <w:t>B. Reguli de calcul și validare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551"/>
        <w:gridCol w:w="7370"/>
      </w:tblGrid>
      <w:tr w:rsidR="004A2E0F" w:rsidRPr="00D308F8" w14:paraId="02CFBA63" w14:textId="77777777">
        <w:trPr>
          <w:tblHeader/>
          <w:jc w:val="center"/>
        </w:trPr>
        <w:tc>
          <w:tcPr>
            <w:tcW w:w="2551" w:type="dxa"/>
            <w:shd w:val="clear" w:color="auto" w:fill="D71920"/>
            <w:tcMar>
              <w:top w:w="75" w:type="dxa"/>
              <w:left w:w="85" w:type="dxa"/>
              <w:bottom w:w="75" w:type="dxa"/>
              <w:right w:w="85" w:type="dxa"/>
            </w:tcMar>
            <w:vAlign w:val="center"/>
          </w:tcPr>
          <w:p w14:paraId="73C87D2B" w14:textId="77777777" w:rsidR="004A2E0F" w:rsidRPr="00D308F8" w:rsidRDefault="00000000">
            <w:pPr>
              <w:spacing w:after="0" w:line="240" w:lineRule="auto"/>
              <w:jc w:val="center"/>
              <w:rPr>
                <w:noProof/>
                <w:lang w:val="ro-RO"/>
              </w:rPr>
            </w:pPr>
            <w:r w:rsidRPr="00D308F8">
              <w:rPr>
                <w:b/>
                <w:noProof/>
                <w:color w:val="FFFFFF"/>
                <w:sz w:val="15"/>
                <w:lang w:val="ro-RO"/>
              </w:rPr>
              <w:t>ELEMENT</w:t>
            </w:r>
          </w:p>
        </w:tc>
        <w:tc>
          <w:tcPr>
            <w:tcW w:w="7370" w:type="dxa"/>
            <w:shd w:val="clear" w:color="auto" w:fill="D71920"/>
            <w:tcMar>
              <w:top w:w="75" w:type="dxa"/>
              <w:left w:w="85" w:type="dxa"/>
              <w:bottom w:w="75" w:type="dxa"/>
              <w:right w:w="85" w:type="dxa"/>
            </w:tcMar>
            <w:vAlign w:val="center"/>
          </w:tcPr>
          <w:p w14:paraId="6D76D4D4" w14:textId="77777777" w:rsidR="004A2E0F" w:rsidRPr="00D308F8" w:rsidRDefault="00000000">
            <w:pPr>
              <w:spacing w:after="0" w:line="240" w:lineRule="auto"/>
              <w:jc w:val="center"/>
              <w:rPr>
                <w:noProof/>
                <w:lang w:val="ro-RO"/>
              </w:rPr>
            </w:pPr>
            <w:r w:rsidRPr="00D308F8">
              <w:rPr>
                <w:b/>
                <w:noProof/>
                <w:color w:val="FFFFFF"/>
                <w:sz w:val="15"/>
                <w:lang w:val="ro-RO"/>
              </w:rPr>
              <w:t>DEFINIȚIE</w:t>
            </w:r>
          </w:p>
        </w:tc>
      </w:tr>
      <w:tr w:rsidR="004A2E0F" w:rsidRPr="00D308F8" w14:paraId="13D86285" w14:textId="77777777">
        <w:trPr>
          <w:cantSplit/>
          <w:jc w:val="center"/>
        </w:trPr>
        <w:tc>
          <w:tcPr>
            <w:tcW w:w="2551" w:type="dxa"/>
            <w:shd w:val="clear" w:color="auto" w:fill="FFFFFF"/>
            <w:tcMar>
              <w:top w:w="75" w:type="dxa"/>
              <w:left w:w="85" w:type="dxa"/>
              <w:bottom w:w="75" w:type="dxa"/>
              <w:right w:w="85" w:type="dxa"/>
            </w:tcMar>
            <w:vAlign w:val="center"/>
          </w:tcPr>
          <w:p w14:paraId="762E14B2" w14:textId="77777777" w:rsidR="004A2E0F" w:rsidRPr="00D308F8" w:rsidRDefault="00000000">
            <w:pPr>
              <w:spacing w:after="0" w:line="240" w:lineRule="auto"/>
              <w:rPr>
                <w:noProof/>
                <w:lang w:val="ro-RO"/>
              </w:rPr>
            </w:pPr>
            <w:r w:rsidRPr="00D308F8">
              <w:rPr>
                <w:noProof/>
                <w:sz w:val="15"/>
                <w:lang w:val="ro-RO"/>
              </w:rPr>
              <w:t>KPI principal</w:t>
            </w:r>
          </w:p>
        </w:tc>
        <w:tc>
          <w:tcPr>
            <w:tcW w:w="7370" w:type="dxa"/>
            <w:shd w:val="clear" w:color="auto" w:fill="FFFFFF"/>
            <w:tcMar>
              <w:top w:w="75" w:type="dxa"/>
              <w:left w:w="85" w:type="dxa"/>
              <w:bottom w:w="75" w:type="dxa"/>
              <w:right w:w="85" w:type="dxa"/>
            </w:tcMar>
            <w:vAlign w:val="center"/>
          </w:tcPr>
          <w:p w14:paraId="60DCDB5D" w14:textId="77777777" w:rsidR="004A2E0F" w:rsidRPr="00D308F8" w:rsidRDefault="00000000">
            <w:pPr>
              <w:spacing w:after="0" w:line="240" w:lineRule="auto"/>
              <w:rPr>
                <w:noProof/>
                <w:lang w:val="ro-RO"/>
              </w:rPr>
            </w:pPr>
            <w:r w:rsidRPr="00D308F8">
              <w:rPr>
                <w:noProof/>
                <w:sz w:val="15"/>
                <w:lang w:val="ro-RO"/>
              </w:rPr>
              <w:t>Numărul unităților cu defect confirmat de etanșare / numărul total unități inspectate x 1.000.000.</w:t>
            </w:r>
          </w:p>
        </w:tc>
      </w:tr>
      <w:tr w:rsidR="004A2E0F" w:rsidRPr="00D308F8" w14:paraId="7DDD5190" w14:textId="77777777">
        <w:trPr>
          <w:cantSplit/>
          <w:jc w:val="center"/>
        </w:trPr>
        <w:tc>
          <w:tcPr>
            <w:tcW w:w="2551" w:type="dxa"/>
            <w:shd w:val="clear" w:color="auto" w:fill="FAFAFA"/>
            <w:tcMar>
              <w:top w:w="75" w:type="dxa"/>
              <w:left w:w="85" w:type="dxa"/>
              <w:bottom w:w="75" w:type="dxa"/>
              <w:right w:w="85" w:type="dxa"/>
            </w:tcMar>
            <w:vAlign w:val="center"/>
          </w:tcPr>
          <w:p w14:paraId="6F4832B9" w14:textId="77777777" w:rsidR="004A2E0F" w:rsidRPr="00D308F8" w:rsidRDefault="00000000">
            <w:pPr>
              <w:spacing w:after="0" w:line="240" w:lineRule="auto"/>
              <w:rPr>
                <w:noProof/>
                <w:lang w:val="ro-RO"/>
              </w:rPr>
            </w:pPr>
            <w:r w:rsidRPr="00D308F8">
              <w:rPr>
                <w:noProof/>
                <w:sz w:val="15"/>
                <w:lang w:val="ro-RO"/>
              </w:rPr>
              <w:t>Bază</w:t>
            </w:r>
          </w:p>
        </w:tc>
        <w:tc>
          <w:tcPr>
            <w:tcW w:w="7370" w:type="dxa"/>
            <w:shd w:val="clear" w:color="auto" w:fill="FAFAFA"/>
            <w:tcMar>
              <w:top w:w="75" w:type="dxa"/>
              <w:left w:w="85" w:type="dxa"/>
              <w:bottom w:w="75" w:type="dxa"/>
              <w:right w:w="85" w:type="dxa"/>
            </w:tcMar>
            <w:vAlign w:val="center"/>
          </w:tcPr>
          <w:p w14:paraId="3FCEDC11" w14:textId="77777777" w:rsidR="004A2E0F" w:rsidRPr="00D308F8" w:rsidRDefault="00000000">
            <w:pPr>
              <w:spacing w:after="0" w:line="240" w:lineRule="auto"/>
              <w:rPr>
                <w:noProof/>
                <w:lang w:val="ro-RO"/>
              </w:rPr>
            </w:pPr>
            <w:r w:rsidRPr="00D308F8">
              <w:rPr>
                <w:noProof/>
                <w:sz w:val="15"/>
                <w:lang w:val="ro-RO"/>
              </w:rPr>
              <w:t>850 ppm, media 2026; date reconciliate între inspecție, NCR, rework și reclamații.</w:t>
            </w:r>
          </w:p>
        </w:tc>
      </w:tr>
      <w:tr w:rsidR="004A2E0F" w:rsidRPr="00D308F8" w14:paraId="69151476" w14:textId="77777777">
        <w:trPr>
          <w:cantSplit/>
          <w:jc w:val="center"/>
        </w:trPr>
        <w:tc>
          <w:tcPr>
            <w:tcW w:w="2551" w:type="dxa"/>
            <w:shd w:val="clear" w:color="auto" w:fill="FFFFFF"/>
            <w:tcMar>
              <w:top w:w="75" w:type="dxa"/>
              <w:left w:w="85" w:type="dxa"/>
              <w:bottom w:w="75" w:type="dxa"/>
              <w:right w:w="85" w:type="dxa"/>
            </w:tcMar>
            <w:vAlign w:val="center"/>
          </w:tcPr>
          <w:p w14:paraId="2E8EF5E7" w14:textId="77777777" w:rsidR="004A2E0F" w:rsidRPr="00D308F8" w:rsidRDefault="00000000">
            <w:pPr>
              <w:spacing w:after="0" w:line="240" w:lineRule="auto"/>
              <w:rPr>
                <w:noProof/>
                <w:lang w:val="ro-RO"/>
              </w:rPr>
            </w:pPr>
            <w:r w:rsidRPr="00D308F8">
              <w:rPr>
                <w:noProof/>
                <w:sz w:val="15"/>
                <w:lang w:val="ro-RO"/>
              </w:rPr>
              <w:t>Țintă</w:t>
            </w:r>
          </w:p>
        </w:tc>
        <w:tc>
          <w:tcPr>
            <w:tcW w:w="7370" w:type="dxa"/>
            <w:shd w:val="clear" w:color="auto" w:fill="FFFFFF"/>
            <w:tcMar>
              <w:top w:w="75" w:type="dxa"/>
              <w:left w:w="85" w:type="dxa"/>
              <w:bottom w:w="75" w:type="dxa"/>
              <w:right w:w="85" w:type="dxa"/>
            </w:tcMar>
            <w:vAlign w:val="center"/>
          </w:tcPr>
          <w:p w14:paraId="3D7C6AAC" w14:textId="77777777" w:rsidR="004A2E0F" w:rsidRPr="00D308F8" w:rsidRDefault="00000000">
            <w:pPr>
              <w:spacing w:after="0" w:line="240" w:lineRule="auto"/>
              <w:rPr>
                <w:noProof/>
                <w:lang w:val="ro-RO"/>
              </w:rPr>
            </w:pPr>
            <w:r w:rsidRPr="00D308F8">
              <w:rPr>
                <w:noProof/>
                <w:sz w:val="15"/>
                <w:lang w:val="ro-RO"/>
              </w:rPr>
              <w:t>Maximum 300 ppm în T4 2027; zero loturi eliberate cu neconformitate cunoscută.</w:t>
            </w:r>
          </w:p>
        </w:tc>
      </w:tr>
      <w:tr w:rsidR="004A2E0F" w:rsidRPr="00D308F8" w14:paraId="32AAC9B6" w14:textId="77777777">
        <w:trPr>
          <w:cantSplit/>
          <w:jc w:val="center"/>
        </w:trPr>
        <w:tc>
          <w:tcPr>
            <w:tcW w:w="2551" w:type="dxa"/>
            <w:shd w:val="clear" w:color="auto" w:fill="FAFAFA"/>
            <w:tcMar>
              <w:top w:w="75" w:type="dxa"/>
              <w:left w:w="85" w:type="dxa"/>
              <w:bottom w:w="75" w:type="dxa"/>
              <w:right w:w="85" w:type="dxa"/>
            </w:tcMar>
            <w:vAlign w:val="center"/>
          </w:tcPr>
          <w:p w14:paraId="68BED3BF" w14:textId="77777777" w:rsidR="004A2E0F" w:rsidRPr="00D308F8" w:rsidRDefault="00000000">
            <w:pPr>
              <w:spacing w:after="0" w:line="240" w:lineRule="auto"/>
              <w:rPr>
                <w:noProof/>
                <w:lang w:val="ro-RO"/>
              </w:rPr>
            </w:pPr>
            <w:r w:rsidRPr="00D308F8">
              <w:rPr>
                <w:noProof/>
                <w:sz w:val="15"/>
                <w:lang w:val="ro-RO"/>
              </w:rPr>
              <w:t>Indicatori preventivi</w:t>
            </w:r>
          </w:p>
        </w:tc>
        <w:tc>
          <w:tcPr>
            <w:tcW w:w="7370" w:type="dxa"/>
            <w:shd w:val="clear" w:color="auto" w:fill="FAFAFA"/>
            <w:tcMar>
              <w:top w:w="75" w:type="dxa"/>
              <w:left w:w="85" w:type="dxa"/>
              <w:bottom w:w="75" w:type="dxa"/>
              <w:right w:w="85" w:type="dxa"/>
            </w:tcMar>
            <w:vAlign w:val="center"/>
          </w:tcPr>
          <w:p w14:paraId="7BCE4144" w14:textId="77777777" w:rsidR="004A2E0F" w:rsidRPr="00D308F8" w:rsidRDefault="00000000">
            <w:pPr>
              <w:spacing w:after="0" w:line="240" w:lineRule="auto"/>
              <w:rPr>
                <w:noProof/>
                <w:lang w:val="ro-RO"/>
              </w:rPr>
            </w:pPr>
            <w:r w:rsidRPr="00D308F8">
              <w:rPr>
                <w:noProof/>
                <w:sz w:val="15"/>
                <w:lang w:val="ro-RO"/>
              </w:rPr>
              <w:t>capabilitatea parametrilor; uzura sculelor; mentenanță; calificarea operatorilor; alarme și first-piece approval.</w:t>
            </w:r>
          </w:p>
        </w:tc>
      </w:tr>
      <w:tr w:rsidR="004A2E0F" w:rsidRPr="00D308F8" w14:paraId="102D5FAC" w14:textId="77777777">
        <w:trPr>
          <w:cantSplit/>
          <w:jc w:val="center"/>
        </w:trPr>
        <w:tc>
          <w:tcPr>
            <w:tcW w:w="2551" w:type="dxa"/>
            <w:shd w:val="clear" w:color="auto" w:fill="FFFFFF"/>
            <w:tcMar>
              <w:top w:w="75" w:type="dxa"/>
              <w:left w:w="85" w:type="dxa"/>
              <w:bottom w:w="75" w:type="dxa"/>
              <w:right w:w="85" w:type="dxa"/>
            </w:tcMar>
            <w:vAlign w:val="center"/>
          </w:tcPr>
          <w:p w14:paraId="5D091645" w14:textId="77777777" w:rsidR="004A2E0F" w:rsidRPr="00D308F8" w:rsidRDefault="00000000">
            <w:pPr>
              <w:spacing w:after="0" w:line="240" w:lineRule="auto"/>
              <w:rPr>
                <w:noProof/>
                <w:lang w:val="ro-RO"/>
              </w:rPr>
            </w:pPr>
            <w:r w:rsidRPr="00D308F8">
              <w:rPr>
                <w:noProof/>
                <w:sz w:val="15"/>
                <w:lang w:val="ro-RO"/>
              </w:rPr>
              <w:t>Indicatori de rezultat</w:t>
            </w:r>
          </w:p>
        </w:tc>
        <w:tc>
          <w:tcPr>
            <w:tcW w:w="7370" w:type="dxa"/>
            <w:shd w:val="clear" w:color="auto" w:fill="FFFFFF"/>
            <w:tcMar>
              <w:top w:w="75" w:type="dxa"/>
              <w:left w:w="85" w:type="dxa"/>
              <w:bottom w:w="75" w:type="dxa"/>
              <w:right w:w="85" w:type="dxa"/>
            </w:tcMar>
            <w:vAlign w:val="center"/>
          </w:tcPr>
          <w:p w14:paraId="40A83606" w14:textId="77777777" w:rsidR="004A2E0F" w:rsidRPr="00D308F8" w:rsidRDefault="00000000">
            <w:pPr>
              <w:spacing w:after="0" w:line="240" w:lineRule="auto"/>
              <w:rPr>
                <w:noProof/>
                <w:lang w:val="ro-RO"/>
              </w:rPr>
            </w:pPr>
            <w:r w:rsidRPr="00D308F8">
              <w:rPr>
                <w:noProof/>
                <w:sz w:val="15"/>
                <w:lang w:val="ro-RO"/>
              </w:rPr>
              <w:t>ppm intern; defecte scăpate; reclamații confirmate; severitate; produs blocat și rework.</w:t>
            </w:r>
          </w:p>
        </w:tc>
      </w:tr>
      <w:tr w:rsidR="004A2E0F" w:rsidRPr="00D308F8" w14:paraId="1B31DE29" w14:textId="77777777">
        <w:trPr>
          <w:cantSplit/>
          <w:jc w:val="center"/>
        </w:trPr>
        <w:tc>
          <w:tcPr>
            <w:tcW w:w="2551" w:type="dxa"/>
            <w:shd w:val="clear" w:color="auto" w:fill="FAFAFA"/>
            <w:tcMar>
              <w:top w:w="75" w:type="dxa"/>
              <w:left w:w="85" w:type="dxa"/>
              <w:bottom w:w="75" w:type="dxa"/>
              <w:right w:w="85" w:type="dxa"/>
            </w:tcMar>
            <w:vAlign w:val="center"/>
          </w:tcPr>
          <w:p w14:paraId="37BBF4A5" w14:textId="77777777" w:rsidR="004A2E0F" w:rsidRPr="00D308F8" w:rsidRDefault="00000000">
            <w:pPr>
              <w:spacing w:after="0" w:line="240" w:lineRule="auto"/>
              <w:rPr>
                <w:noProof/>
                <w:lang w:val="ro-RO"/>
              </w:rPr>
            </w:pPr>
            <w:r w:rsidRPr="00D308F8">
              <w:rPr>
                <w:noProof/>
                <w:sz w:val="15"/>
                <w:lang w:val="ro-RO"/>
              </w:rPr>
              <w:t>Verificare</w:t>
            </w:r>
          </w:p>
        </w:tc>
        <w:tc>
          <w:tcPr>
            <w:tcW w:w="7370" w:type="dxa"/>
            <w:shd w:val="clear" w:color="auto" w:fill="FAFAFA"/>
            <w:tcMar>
              <w:top w:w="75" w:type="dxa"/>
              <w:left w:w="85" w:type="dxa"/>
              <w:bottom w:w="75" w:type="dxa"/>
              <w:right w:w="85" w:type="dxa"/>
            </w:tcMar>
            <w:vAlign w:val="center"/>
          </w:tcPr>
          <w:p w14:paraId="40A52965" w14:textId="77777777" w:rsidR="004A2E0F" w:rsidRPr="00D308F8" w:rsidRDefault="00000000">
            <w:pPr>
              <w:spacing w:after="0" w:line="240" w:lineRule="auto"/>
              <w:rPr>
                <w:noProof/>
                <w:lang w:val="ro-RO"/>
              </w:rPr>
            </w:pPr>
            <w:r w:rsidRPr="00D308F8">
              <w:rPr>
                <w:noProof/>
                <w:sz w:val="15"/>
                <w:lang w:val="ro-RO"/>
              </w:rPr>
              <w:t>Analiză statistică, audit în teren, confirmarea sistemului de măsurare și verificarea post-implementare pe volum definit.</w:t>
            </w:r>
          </w:p>
        </w:tc>
      </w:tr>
      <w:tr w:rsidR="004A2E0F" w:rsidRPr="00D308F8" w14:paraId="0506CA23" w14:textId="77777777">
        <w:trPr>
          <w:cantSplit/>
          <w:jc w:val="center"/>
        </w:trPr>
        <w:tc>
          <w:tcPr>
            <w:tcW w:w="2551" w:type="dxa"/>
            <w:shd w:val="clear" w:color="auto" w:fill="FFFFFF"/>
            <w:tcMar>
              <w:top w:w="75" w:type="dxa"/>
              <w:left w:w="85" w:type="dxa"/>
              <w:bottom w:w="75" w:type="dxa"/>
              <w:right w:w="85" w:type="dxa"/>
            </w:tcMar>
            <w:vAlign w:val="center"/>
          </w:tcPr>
          <w:p w14:paraId="632495E5" w14:textId="77777777" w:rsidR="004A2E0F" w:rsidRPr="00D308F8" w:rsidRDefault="00000000">
            <w:pPr>
              <w:spacing w:after="0" w:line="240" w:lineRule="auto"/>
              <w:rPr>
                <w:noProof/>
                <w:lang w:val="ro-RO"/>
              </w:rPr>
            </w:pPr>
            <w:r w:rsidRPr="00D308F8">
              <w:rPr>
                <w:noProof/>
                <w:sz w:val="15"/>
                <w:lang w:val="ro-RO"/>
              </w:rPr>
              <w:t>Managementul riscului</w:t>
            </w:r>
          </w:p>
        </w:tc>
        <w:tc>
          <w:tcPr>
            <w:tcW w:w="7370" w:type="dxa"/>
            <w:shd w:val="clear" w:color="auto" w:fill="FFFFFF"/>
            <w:tcMar>
              <w:top w:w="75" w:type="dxa"/>
              <w:left w:w="85" w:type="dxa"/>
              <w:bottom w:w="75" w:type="dxa"/>
              <w:right w:w="85" w:type="dxa"/>
            </w:tcMar>
            <w:vAlign w:val="center"/>
          </w:tcPr>
          <w:p w14:paraId="0D976B94" w14:textId="77777777" w:rsidR="004A2E0F" w:rsidRPr="00D308F8" w:rsidRDefault="00000000">
            <w:pPr>
              <w:spacing w:after="0" w:line="240" w:lineRule="auto"/>
              <w:rPr>
                <w:noProof/>
                <w:lang w:val="ro-RO"/>
              </w:rPr>
            </w:pPr>
            <w:r w:rsidRPr="00D308F8">
              <w:rPr>
                <w:noProof/>
                <w:sz w:val="15"/>
                <w:lang w:val="ro-RO"/>
              </w:rPr>
              <w:t>Reevaluarea probabilității și a controalelor; actualizarea documentației de risc și a informațiilor post-producție, după caz.</w:t>
            </w:r>
          </w:p>
        </w:tc>
      </w:tr>
    </w:tbl>
    <w:p w14:paraId="70854B1F" w14:textId="77777777" w:rsidR="004A2E0F" w:rsidRPr="00D308F8" w:rsidRDefault="004A2E0F">
      <w:pPr>
        <w:spacing w:after="20"/>
        <w:rPr>
          <w:noProof/>
          <w:lang w:val="ro-RO"/>
        </w:rPr>
      </w:pPr>
    </w:p>
    <w:p w14:paraId="449FDD1F" w14:textId="77777777" w:rsidR="004A2E0F" w:rsidRPr="00D308F8" w:rsidRDefault="00000000">
      <w:pPr>
        <w:rPr>
          <w:noProof/>
          <w:lang w:val="ro-RO"/>
        </w:rPr>
      </w:pPr>
      <w:r w:rsidRPr="00D308F8">
        <w:rPr>
          <w:noProof/>
          <w:lang w:val="ro-RO"/>
        </w:rPr>
        <w:br w:type="page"/>
      </w:r>
    </w:p>
    <w:p w14:paraId="43F2C7A7" w14:textId="77777777" w:rsidR="004A2E0F" w:rsidRPr="00D308F8" w:rsidRDefault="00000000">
      <w:pPr>
        <w:pStyle w:val="Heading2"/>
        <w:rPr>
          <w:noProof/>
          <w:lang w:val="ro-RO"/>
        </w:rPr>
      </w:pPr>
      <w:r w:rsidRPr="00D308F8">
        <w:rPr>
          <w:noProof/>
          <w:lang w:val="ro-RO"/>
        </w:rPr>
        <w:lastRenderedPageBreak/>
        <w:t>C. Plan de acțiuni</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10"/>
        <w:gridCol w:w="4082"/>
        <w:gridCol w:w="1474"/>
        <w:gridCol w:w="1247"/>
        <w:gridCol w:w="2608"/>
      </w:tblGrid>
      <w:tr w:rsidR="004A2E0F" w:rsidRPr="00D308F8" w14:paraId="5C2331DB" w14:textId="77777777">
        <w:trPr>
          <w:tblHeader/>
          <w:jc w:val="center"/>
        </w:trPr>
        <w:tc>
          <w:tcPr>
            <w:tcW w:w="510" w:type="dxa"/>
            <w:shd w:val="clear" w:color="auto" w:fill="D71920"/>
            <w:tcMar>
              <w:top w:w="75" w:type="dxa"/>
              <w:left w:w="85" w:type="dxa"/>
              <w:bottom w:w="75" w:type="dxa"/>
              <w:right w:w="85" w:type="dxa"/>
            </w:tcMar>
            <w:vAlign w:val="center"/>
          </w:tcPr>
          <w:p w14:paraId="53E21FE4" w14:textId="77777777" w:rsidR="004A2E0F" w:rsidRPr="00D308F8" w:rsidRDefault="00000000">
            <w:pPr>
              <w:spacing w:after="0" w:line="240" w:lineRule="auto"/>
              <w:jc w:val="center"/>
              <w:rPr>
                <w:noProof/>
                <w:lang w:val="ro-RO"/>
              </w:rPr>
            </w:pPr>
            <w:r w:rsidRPr="00D308F8">
              <w:rPr>
                <w:b/>
                <w:noProof/>
                <w:color w:val="FFFFFF"/>
                <w:sz w:val="14"/>
                <w:lang w:val="ro-RO"/>
              </w:rPr>
              <w:t>#</w:t>
            </w:r>
          </w:p>
        </w:tc>
        <w:tc>
          <w:tcPr>
            <w:tcW w:w="4082" w:type="dxa"/>
            <w:shd w:val="clear" w:color="auto" w:fill="D71920"/>
            <w:tcMar>
              <w:top w:w="75" w:type="dxa"/>
              <w:left w:w="85" w:type="dxa"/>
              <w:bottom w:w="75" w:type="dxa"/>
              <w:right w:w="85" w:type="dxa"/>
            </w:tcMar>
            <w:vAlign w:val="center"/>
          </w:tcPr>
          <w:p w14:paraId="24EE5FF2" w14:textId="77777777" w:rsidR="004A2E0F" w:rsidRPr="00D308F8" w:rsidRDefault="00000000">
            <w:pPr>
              <w:spacing w:after="0" w:line="240" w:lineRule="auto"/>
              <w:jc w:val="center"/>
              <w:rPr>
                <w:noProof/>
                <w:lang w:val="ro-RO"/>
              </w:rPr>
            </w:pPr>
            <w:r w:rsidRPr="00D308F8">
              <w:rPr>
                <w:b/>
                <w:noProof/>
                <w:color w:val="FFFFFF"/>
                <w:sz w:val="14"/>
                <w:lang w:val="ro-RO"/>
              </w:rPr>
              <w:t>ACȚIUNE</w:t>
            </w:r>
          </w:p>
        </w:tc>
        <w:tc>
          <w:tcPr>
            <w:tcW w:w="1474" w:type="dxa"/>
            <w:shd w:val="clear" w:color="auto" w:fill="D71920"/>
            <w:tcMar>
              <w:top w:w="75" w:type="dxa"/>
              <w:left w:w="85" w:type="dxa"/>
              <w:bottom w:w="75" w:type="dxa"/>
              <w:right w:w="85" w:type="dxa"/>
            </w:tcMar>
            <w:vAlign w:val="center"/>
          </w:tcPr>
          <w:p w14:paraId="67E392E4" w14:textId="77777777" w:rsidR="004A2E0F" w:rsidRPr="00D308F8" w:rsidRDefault="00000000">
            <w:pPr>
              <w:spacing w:after="0" w:line="240" w:lineRule="auto"/>
              <w:jc w:val="center"/>
              <w:rPr>
                <w:noProof/>
                <w:lang w:val="ro-RO"/>
              </w:rPr>
            </w:pPr>
            <w:r w:rsidRPr="00D308F8">
              <w:rPr>
                <w:b/>
                <w:noProof/>
                <w:color w:val="FFFFFF"/>
                <w:sz w:val="14"/>
                <w:lang w:val="ro-RO"/>
              </w:rPr>
              <w:t>RESP.</w:t>
            </w:r>
          </w:p>
        </w:tc>
        <w:tc>
          <w:tcPr>
            <w:tcW w:w="1247" w:type="dxa"/>
            <w:shd w:val="clear" w:color="auto" w:fill="D71920"/>
            <w:tcMar>
              <w:top w:w="75" w:type="dxa"/>
              <w:left w:w="85" w:type="dxa"/>
              <w:bottom w:w="75" w:type="dxa"/>
              <w:right w:w="85" w:type="dxa"/>
            </w:tcMar>
            <w:vAlign w:val="center"/>
          </w:tcPr>
          <w:p w14:paraId="208715B6" w14:textId="77777777" w:rsidR="004A2E0F" w:rsidRPr="00D308F8" w:rsidRDefault="00000000">
            <w:pPr>
              <w:spacing w:after="0" w:line="240" w:lineRule="auto"/>
              <w:jc w:val="center"/>
              <w:rPr>
                <w:noProof/>
                <w:lang w:val="ro-RO"/>
              </w:rPr>
            </w:pPr>
            <w:r w:rsidRPr="00D308F8">
              <w:rPr>
                <w:b/>
                <w:noProof/>
                <w:color w:val="FFFFFF"/>
                <w:sz w:val="14"/>
                <w:lang w:val="ro-RO"/>
              </w:rPr>
              <w:t>TERMEN</w:t>
            </w:r>
          </w:p>
        </w:tc>
        <w:tc>
          <w:tcPr>
            <w:tcW w:w="2608" w:type="dxa"/>
            <w:shd w:val="clear" w:color="auto" w:fill="D71920"/>
            <w:tcMar>
              <w:top w:w="75" w:type="dxa"/>
              <w:left w:w="85" w:type="dxa"/>
              <w:bottom w:w="75" w:type="dxa"/>
              <w:right w:w="85" w:type="dxa"/>
            </w:tcMar>
            <w:vAlign w:val="center"/>
          </w:tcPr>
          <w:p w14:paraId="7958BBA2" w14:textId="77777777" w:rsidR="004A2E0F" w:rsidRPr="00D308F8" w:rsidRDefault="00000000">
            <w:pPr>
              <w:spacing w:after="0" w:line="240" w:lineRule="auto"/>
              <w:jc w:val="center"/>
              <w:rPr>
                <w:noProof/>
                <w:lang w:val="ro-RO"/>
              </w:rPr>
            </w:pPr>
            <w:r w:rsidRPr="00D308F8">
              <w:rPr>
                <w:b/>
                <w:noProof/>
                <w:color w:val="FFFFFF"/>
                <w:sz w:val="14"/>
                <w:lang w:val="ro-RO"/>
              </w:rPr>
              <w:t>DOVADĂ / CRITERIU</w:t>
            </w:r>
          </w:p>
        </w:tc>
      </w:tr>
      <w:tr w:rsidR="004A2E0F" w:rsidRPr="00D308F8" w14:paraId="6050E9DE" w14:textId="77777777">
        <w:trPr>
          <w:cantSplit/>
          <w:jc w:val="center"/>
        </w:trPr>
        <w:tc>
          <w:tcPr>
            <w:tcW w:w="510" w:type="dxa"/>
            <w:shd w:val="clear" w:color="auto" w:fill="FFFFFF"/>
            <w:tcMar>
              <w:top w:w="75" w:type="dxa"/>
              <w:left w:w="85" w:type="dxa"/>
              <w:bottom w:w="75" w:type="dxa"/>
              <w:right w:w="85" w:type="dxa"/>
            </w:tcMar>
            <w:vAlign w:val="center"/>
          </w:tcPr>
          <w:p w14:paraId="4D3C9013" w14:textId="77777777" w:rsidR="004A2E0F" w:rsidRPr="00D308F8" w:rsidRDefault="00000000">
            <w:pPr>
              <w:spacing w:after="0" w:line="240" w:lineRule="auto"/>
              <w:jc w:val="center"/>
              <w:rPr>
                <w:noProof/>
                <w:lang w:val="ro-RO"/>
              </w:rPr>
            </w:pPr>
            <w:r w:rsidRPr="00D308F8">
              <w:rPr>
                <w:noProof/>
                <w:sz w:val="14"/>
                <w:lang w:val="ro-RO"/>
              </w:rPr>
              <w:t>1</w:t>
            </w:r>
          </w:p>
        </w:tc>
        <w:tc>
          <w:tcPr>
            <w:tcW w:w="4082" w:type="dxa"/>
            <w:shd w:val="clear" w:color="auto" w:fill="FFFFFF"/>
            <w:tcMar>
              <w:top w:w="75" w:type="dxa"/>
              <w:left w:w="85" w:type="dxa"/>
              <w:bottom w:w="75" w:type="dxa"/>
              <w:right w:w="85" w:type="dxa"/>
            </w:tcMar>
            <w:vAlign w:val="center"/>
          </w:tcPr>
          <w:p w14:paraId="277009DD" w14:textId="77777777" w:rsidR="004A2E0F" w:rsidRPr="00D308F8" w:rsidRDefault="00000000">
            <w:pPr>
              <w:spacing w:after="0" w:line="240" w:lineRule="auto"/>
              <w:rPr>
                <w:noProof/>
                <w:lang w:val="ro-RO"/>
              </w:rPr>
            </w:pPr>
            <w:r w:rsidRPr="00D308F8">
              <w:rPr>
                <w:noProof/>
                <w:sz w:val="14"/>
                <w:lang w:val="ro-RO"/>
              </w:rPr>
              <w:t>Analiza Pareto și studiul sistemului de măsurare pentru defectul de etanșare.</w:t>
            </w:r>
          </w:p>
        </w:tc>
        <w:tc>
          <w:tcPr>
            <w:tcW w:w="1474" w:type="dxa"/>
            <w:shd w:val="clear" w:color="auto" w:fill="FFFFFF"/>
            <w:tcMar>
              <w:top w:w="75" w:type="dxa"/>
              <w:left w:w="85" w:type="dxa"/>
              <w:bottom w:w="75" w:type="dxa"/>
              <w:right w:w="85" w:type="dxa"/>
            </w:tcMar>
            <w:vAlign w:val="center"/>
          </w:tcPr>
          <w:p w14:paraId="1037186A" w14:textId="77777777" w:rsidR="004A2E0F" w:rsidRPr="00D308F8" w:rsidRDefault="00000000">
            <w:pPr>
              <w:spacing w:after="0" w:line="240" w:lineRule="auto"/>
              <w:rPr>
                <w:noProof/>
                <w:lang w:val="ro-RO"/>
              </w:rPr>
            </w:pPr>
            <w:r w:rsidRPr="00D308F8">
              <w:rPr>
                <w:noProof/>
                <w:sz w:val="14"/>
                <w:lang w:val="ro-RO"/>
              </w:rPr>
              <w:t>Calitate + proces</w:t>
            </w:r>
          </w:p>
        </w:tc>
        <w:tc>
          <w:tcPr>
            <w:tcW w:w="1247" w:type="dxa"/>
            <w:shd w:val="clear" w:color="auto" w:fill="FFFFFF"/>
            <w:tcMar>
              <w:top w:w="75" w:type="dxa"/>
              <w:left w:w="85" w:type="dxa"/>
              <w:bottom w:w="75" w:type="dxa"/>
              <w:right w:w="85" w:type="dxa"/>
            </w:tcMar>
            <w:vAlign w:val="center"/>
          </w:tcPr>
          <w:p w14:paraId="2CB045AB" w14:textId="77777777" w:rsidR="004A2E0F" w:rsidRPr="00D308F8" w:rsidRDefault="00000000">
            <w:pPr>
              <w:spacing w:after="0" w:line="240" w:lineRule="auto"/>
              <w:rPr>
                <w:noProof/>
                <w:lang w:val="ro-RO"/>
              </w:rPr>
            </w:pPr>
            <w:r w:rsidRPr="00D308F8">
              <w:rPr>
                <w:noProof/>
                <w:sz w:val="14"/>
                <w:lang w:val="ro-RO"/>
              </w:rPr>
              <w:t>15.02.2027</w:t>
            </w:r>
          </w:p>
        </w:tc>
        <w:tc>
          <w:tcPr>
            <w:tcW w:w="2608" w:type="dxa"/>
            <w:shd w:val="clear" w:color="auto" w:fill="FFFFFF"/>
            <w:tcMar>
              <w:top w:w="75" w:type="dxa"/>
              <w:left w:w="85" w:type="dxa"/>
              <w:bottom w:w="75" w:type="dxa"/>
              <w:right w:w="85" w:type="dxa"/>
            </w:tcMar>
            <w:vAlign w:val="center"/>
          </w:tcPr>
          <w:p w14:paraId="016D7C94" w14:textId="77777777" w:rsidR="004A2E0F" w:rsidRPr="00D308F8" w:rsidRDefault="00000000">
            <w:pPr>
              <w:spacing w:after="0" w:line="240" w:lineRule="auto"/>
              <w:rPr>
                <w:noProof/>
                <w:lang w:val="ro-RO"/>
              </w:rPr>
            </w:pPr>
            <w:r w:rsidRPr="00D308F8">
              <w:rPr>
                <w:noProof/>
                <w:sz w:val="14"/>
                <w:lang w:val="ro-RO"/>
              </w:rPr>
              <w:t>Cauze și fiabilitatea măsurării confirmate.</w:t>
            </w:r>
          </w:p>
        </w:tc>
      </w:tr>
      <w:tr w:rsidR="004A2E0F" w:rsidRPr="00D308F8" w14:paraId="512D83CE" w14:textId="77777777">
        <w:trPr>
          <w:cantSplit/>
          <w:jc w:val="center"/>
        </w:trPr>
        <w:tc>
          <w:tcPr>
            <w:tcW w:w="510" w:type="dxa"/>
            <w:shd w:val="clear" w:color="auto" w:fill="FAFAFA"/>
            <w:tcMar>
              <w:top w:w="75" w:type="dxa"/>
              <w:left w:w="85" w:type="dxa"/>
              <w:bottom w:w="75" w:type="dxa"/>
              <w:right w:w="85" w:type="dxa"/>
            </w:tcMar>
            <w:vAlign w:val="center"/>
          </w:tcPr>
          <w:p w14:paraId="1B28DB05" w14:textId="77777777" w:rsidR="004A2E0F" w:rsidRPr="00D308F8" w:rsidRDefault="00000000">
            <w:pPr>
              <w:spacing w:after="0" w:line="240" w:lineRule="auto"/>
              <w:jc w:val="center"/>
              <w:rPr>
                <w:noProof/>
                <w:lang w:val="ro-RO"/>
              </w:rPr>
            </w:pPr>
            <w:r w:rsidRPr="00D308F8">
              <w:rPr>
                <w:noProof/>
                <w:sz w:val="14"/>
                <w:lang w:val="ro-RO"/>
              </w:rPr>
              <w:t>2</w:t>
            </w:r>
          </w:p>
        </w:tc>
        <w:tc>
          <w:tcPr>
            <w:tcW w:w="4082" w:type="dxa"/>
            <w:shd w:val="clear" w:color="auto" w:fill="FAFAFA"/>
            <w:tcMar>
              <w:top w:w="75" w:type="dxa"/>
              <w:left w:w="85" w:type="dxa"/>
              <w:bottom w:w="75" w:type="dxa"/>
              <w:right w:w="85" w:type="dxa"/>
            </w:tcMar>
            <w:vAlign w:val="center"/>
          </w:tcPr>
          <w:p w14:paraId="096706F1" w14:textId="77777777" w:rsidR="004A2E0F" w:rsidRPr="00D308F8" w:rsidRDefault="00000000">
            <w:pPr>
              <w:spacing w:after="0" w:line="240" w:lineRule="auto"/>
              <w:rPr>
                <w:noProof/>
                <w:lang w:val="ro-RO"/>
              </w:rPr>
            </w:pPr>
            <w:r w:rsidRPr="00D308F8">
              <w:rPr>
                <w:noProof/>
                <w:sz w:val="14"/>
                <w:lang w:val="ro-RO"/>
              </w:rPr>
              <w:t>Caracterizarea ferestrei de proces și a factorilor critici.</w:t>
            </w:r>
          </w:p>
        </w:tc>
        <w:tc>
          <w:tcPr>
            <w:tcW w:w="1474" w:type="dxa"/>
            <w:shd w:val="clear" w:color="auto" w:fill="FAFAFA"/>
            <w:tcMar>
              <w:top w:w="75" w:type="dxa"/>
              <w:left w:w="85" w:type="dxa"/>
              <w:bottom w:w="75" w:type="dxa"/>
              <w:right w:w="85" w:type="dxa"/>
            </w:tcMar>
            <w:vAlign w:val="center"/>
          </w:tcPr>
          <w:p w14:paraId="508200E6" w14:textId="77777777" w:rsidR="004A2E0F" w:rsidRPr="00D308F8" w:rsidRDefault="00000000">
            <w:pPr>
              <w:spacing w:after="0" w:line="240" w:lineRule="auto"/>
              <w:rPr>
                <w:noProof/>
                <w:lang w:val="ro-RO"/>
              </w:rPr>
            </w:pPr>
            <w:r w:rsidRPr="00D308F8">
              <w:rPr>
                <w:noProof/>
                <w:sz w:val="14"/>
                <w:lang w:val="ro-RO"/>
              </w:rPr>
              <w:t>Inginerie</w:t>
            </w:r>
          </w:p>
        </w:tc>
        <w:tc>
          <w:tcPr>
            <w:tcW w:w="1247" w:type="dxa"/>
            <w:shd w:val="clear" w:color="auto" w:fill="FAFAFA"/>
            <w:tcMar>
              <w:top w:w="75" w:type="dxa"/>
              <w:left w:w="85" w:type="dxa"/>
              <w:bottom w:w="75" w:type="dxa"/>
              <w:right w:w="85" w:type="dxa"/>
            </w:tcMar>
            <w:vAlign w:val="center"/>
          </w:tcPr>
          <w:p w14:paraId="26695DFC" w14:textId="77777777" w:rsidR="004A2E0F" w:rsidRPr="00D308F8" w:rsidRDefault="00000000">
            <w:pPr>
              <w:spacing w:after="0" w:line="240" w:lineRule="auto"/>
              <w:rPr>
                <w:noProof/>
                <w:lang w:val="ro-RO"/>
              </w:rPr>
            </w:pPr>
            <w:r w:rsidRPr="00D308F8">
              <w:rPr>
                <w:noProof/>
                <w:sz w:val="14"/>
                <w:lang w:val="ro-RO"/>
              </w:rPr>
              <w:t>31.03.2027</w:t>
            </w:r>
          </w:p>
        </w:tc>
        <w:tc>
          <w:tcPr>
            <w:tcW w:w="2608" w:type="dxa"/>
            <w:shd w:val="clear" w:color="auto" w:fill="FAFAFA"/>
            <w:tcMar>
              <w:top w:w="75" w:type="dxa"/>
              <w:left w:w="85" w:type="dxa"/>
              <w:bottom w:w="75" w:type="dxa"/>
              <w:right w:w="85" w:type="dxa"/>
            </w:tcMar>
            <w:vAlign w:val="center"/>
          </w:tcPr>
          <w:p w14:paraId="33474BA3" w14:textId="77777777" w:rsidR="004A2E0F" w:rsidRPr="00D308F8" w:rsidRDefault="00000000">
            <w:pPr>
              <w:spacing w:after="0" w:line="240" w:lineRule="auto"/>
              <w:rPr>
                <w:noProof/>
                <w:lang w:val="ro-RO"/>
              </w:rPr>
            </w:pPr>
            <w:r w:rsidRPr="00D308F8">
              <w:rPr>
                <w:noProof/>
                <w:sz w:val="14"/>
                <w:lang w:val="ro-RO"/>
              </w:rPr>
              <w:t>Studiu aprobat și parametri propuși.</w:t>
            </w:r>
          </w:p>
        </w:tc>
      </w:tr>
      <w:tr w:rsidR="004A2E0F" w:rsidRPr="00D308F8" w14:paraId="7707FAFA" w14:textId="77777777">
        <w:trPr>
          <w:cantSplit/>
          <w:jc w:val="center"/>
        </w:trPr>
        <w:tc>
          <w:tcPr>
            <w:tcW w:w="510" w:type="dxa"/>
            <w:shd w:val="clear" w:color="auto" w:fill="FFFFFF"/>
            <w:tcMar>
              <w:top w:w="75" w:type="dxa"/>
              <w:left w:w="85" w:type="dxa"/>
              <w:bottom w:w="75" w:type="dxa"/>
              <w:right w:w="85" w:type="dxa"/>
            </w:tcMar>
            <w:vAlign w:val="center"/>
          </w:tcPr>
          <w:p w14:paraId="5A265CA3" w14:textId="77777777" w:rsidR="004A2E0F" w:rsidRPr="00D308F8" w:rsidRDefault="00000000">
            <w:pPr>
              <w:spacing w:after="0" w:line="240" w:lineRule="auto"/>
              <w:jc w:val="center"/>
              <w:rPr>
                <w:noProof/>
                <w:lang w:val="ro-RO"/>
              </w:rPr>
            </w:pPr>
            <w:r w:rsidRPr="00D308F8">
              <w:rPr>
                <w:noProof/>
                <w:sz w:val="14"/>
                <w:lang w:val="ro-RO"/>
              </w:rPr>
              <w:t>3</w:t>
            </w:r>
          </w:p>
        </w:tc>
        <w:tc>
          <w:tcPr>
            <w:tcW w:w="4082" w:type="dxa"/>
            <w:shd w:val="clear" w:color="auto" w:fill="FFFFFF"/>
            <w:tcMar>
              <w:top w:w="75" w:type="dxa"/>
              <w:left w:w="85" w:type="dxa"/>
              <w:bottom w:w="75" w:type="dxa"/>
              <w:right w:w="85" w:type="dxa"/>
            </w:tcMar>
            <w:vAlign w:val="center"/>
          </w:tcPr>
          <w:p w14:paraId="0CBCBB26" w14:textId="77777777" w:rsidR="004A2E0F" w:rsidRPr="00D308F8" w:rsidRDefault="00000000">
            <w:pPr>
              <w:spacing w:after="0" w:line="240" w:lineRule="auto"/>
              <w:rPr>
                <w:noProof/>
                <w:lang w:val="ro-RO"/>
              </w:rPr>
            </w:pPr>
            <w:r w:rsidRPr="00D308F8">
              <w:rPr>
                <w:noProof/>
                <w:sz w:val="14"/>
                <w:lang w:val="ro-RO"/>
              </w:rPr>
              <w:t>Modificarea sculelor și planului de mentenanță preventivă.</w:t>
            </w:r>
          </w:p>
        </w:tc>
        <w:tc>
          <w:tcPr>
            <w:tcW w:w="1474" w:type="dxa"/>
            <w:shd w:val="clear" w:color="auto" w:fill="FFFFFF"/>
            <w:tcMar>
              <w:top w:w="75" w:type="dxa"/>
              <w:left w:w="85" w:type="dxa"/>
              <w:bottom w:w="75" w:type="dxa"/>
              <w:right w:w="85" w:type="dxa"/>
            </w:tcMar>
            <w:vAlign w:val="center"/>
          </w:tcPr>
          <w:p w14:paraId="3F6463CA" w14:textId="77777777" w:rsidR="004A2E0F" w:rsidRPr="00D308F8" w:rsidRDefault="00000000">
            <w:pPr>
              <w:spacing w:after="0" w:line="240" w:lineRule="auto"/>
              <w:rPr>
                <w:noProof/>
                <w:lang w:val="ro-RO"/>
              </w:rPr>
            </w:pPr>
            <w:r w:rsidRPr="00D308F8">
              <w:rPr>
                <w:noProof/>
                <w:sz w:val="14"/>
                <w:lang w:val="ro-RO"/>
              </w:rPr>
              <w:t>Inginerie + mentenanță</w:t>
            </w:r>
          </w:p>
        </w:tc>
        <w:tc>
          <w:tcPr>
            <w:tcW w:w="1247" w:type="dxa"/>
            <w:shd w:val="clear" w:color="auto" w:fill="FFFFFF"/>
            <w:tcMar>
              <w:top w:w="75" w:type="dxa"/>
              <w:left w:w="85" w:type="dxa"/>
              <w:bottom w:w="75" w:type="dxa"/>
              <w:right w:w="85" w:type="dxa"/>
            </w:tcMar>
            <w:vAlign w:val="center"/>
          </w:tcPr>
          <w:p w14:paraId="09552510" w14:textId="77777777" w:rsidR="004A2E0F" w:rsidRPr="00D308F8" w:rsidRDefault="00000000">
            <w:pPr>
              <w:spacing w:after="0" w:line="240" w:lineRule="auto"/>
              <w:rPr>
                <w:noProof/>
                <w:lang w:val="ro-RO"/>
              </w:rPr>
            </w:pPr>
            <w:r w:rsidRPr="00D308F8">
              <w:rPr>
                <w:noProof/>
                <w:sz w:val="14"/>
                <w:lang w:val="ro-RO"/>
              </w:rPr>
              <w:t>30.04.2027</w:t>
            </w:r>
          </w:p>
        </w:tc>
        <w:tc>
          <w:tcPr>
            <w:tcW w:w="2608" w:type="dxa"/>
            <w:shd w:val="clear" w:color="auto" w:fill="FFFFFF"/>
            <w:tcMar>
              <w:top w:w="75" w:type="dxa"/>
              <w:left w:w="85" w:type="dxa"/>
              <w:bottom w:w="75" w:type="dxa"/>
              <w:right w:w="85" w:type="dxa"/>
            </w:tcMar>
            <w:vAlign w:val="center"/>
          </w:tcPr>
          <w:p w14:paraId="227B80C6" w14:textId="77777777" w:rsidR="004A2E0F" w:rsidRPr="00D308F8" w:rsidRDefault="00000000">
            <w:pPr>
              <w:spacing w:after="0" w:line="240" w:lineRule="auto"/>
              <w:rPr>
                <w:noProof/>
                <w:lang w:val="ro-RO"/>
              </w:rPr>
            </w:pPr>
            <w:r w:rsidRPr="00D308F8">
              <w:rPr>
                <w:noProof/>
                <w:sz w:val="14"/>
                <w:lang w:val="ro-RO"/>
              </w:rPr>
              <w:t>Schimbare controlată și acceptată.</w:t>
            </w:r>
          </w:p>
        </w:tc>
      </w:tr>
      <w:tr w:rsidR="004A2E0F" w:rsidRPr="00D308F8" w14:paraId="1D3A40FC" w14:textId="77777777">
        <w:trPr>
          <w:cantSplit/>
          <w:jc w:val="center"/>
        </w:trPr>
        <w:tc>
          <w:tcPr>
            <w:tcW w:w="510" w:type="dxa"/>
            <w:shd w:val="clear" w:color="auto" w:fill="FAFAFA"/>
            <w:tcMar>
              <w:top w:w="75" w:type="dxa"/>
              <w:left w:w="85" w:type="dxa"/>
              <w:bottom w:w="75" w:type="dxa"/>
              <w:right w:w="85" w:type="dxa"/>
            </w:tcMar>
            <w:vAlign w:val="center"/>
          </w:tcPr>
          <w:p w14:paraId="08343ADD" w14:textId="77777777" w:rsidR="004A2E0F" w:rsidRPr="00D308F8" w:rsidRDefault="00000000">
            <w:pPr>
              <w:spacing w:after="0" w:line="240" w:lineRule="auto"/>
              <w:jc w:val="center"/>
              <w:rPr>
                <w:noProof/>
                <w:lang w:val="ro-RO"/>
              </w:rPr>
            </w:pPr>
            <w:r w:rsidRPr="00D308F8">
              <w:rPr>
                <w:noProof/>
                <w:sz w:val="14"/>
                <w:lang w:val="ro-RO"/>
              </w:rPr>
              <w:t>4</w:t>
            </w:r>
          </w:p>
        </w:tc>
        <w:tc>
          <w:tcPr>
            <w:tcW w:w="4082" w:type="dxa"/>
            <w:shd w:val="clear" w:color="auto" w:fill="FAFAFA"/>
            <w:tcMar>
              <w:top w:w="75" w:type="dxa"/>
              <w:left w:w="85" w:type="dxa"/>
              <w:bottom w:w="75" w:type="dxa"/>
              <w:right w:w="85" w:type="dxa"/>
            </w:tcMar>
            <w:vAlign w:val="center"/>
          </w:tcPr>
          <w:p w14:paraId="56C2F571" w14:textId="77777777" w:rsidR="004A2E0F" w:rsidRPr="00D308F8" w:rsidRDefault="00000000">
            <w:pPr>
              <w:spacing w:after="0" w:line="240" w:lineRule="auto"/>
              <w:rPr>
                <w:noProof/>
                <w:lang w:val="ro-RO"/>
              </w:rPr>
            </w:pPr>
            <w:r w:rsidRPr="00D308F8">
              <w:rPr>
                <w:noProof/>
                <w:sz w:val="14"/>
                <w:lang w:val="ro-RO"/>
              </w:rPr>
              <w:t>Revalidarea procesului și actualizarea documentelor aplicabile.</w:t>
            </w:r>
          </w:p>
        </w:tc>
        <w:tc>
          <w:tcPr>
            <w:tcW w:w="1474" w:type="dxa"/>
            <w:shd w:val="clear" w:color="auto" w:fill="FAFAFA"/>
            <w:tcMar>
              <w:top w:w="75" w:type="dxa"/>
              <w:left w:w="85" w:type="dxa"/>
              <w:bottom w:w="75" w:type="dxa"/>
              <w:right w:w="85" w:type="dxa"/>
            </w:tcMar>
            <w:vAlign w:val="center"/>
          </w:tcPr>
          <w:p w14:paraId="104EE2FE" w14:textId="77777777" w:rsidR="004A2E0F" w:rsidRPr="00D308F8" w:rsidRDefault="00000000">
            <w:pPr>
              <w:spacing w:after="0" w:line="240" w:lineRule="auto"/>
              <w:rPr>
                <w:noProof/>
                <w:lang w:val="ro-RO"/>
              </w:rPr>
            </w:pPr>
            <w:r w:rsidRPr="00D308F8">
              <w:rPr>
                <w:noProof/>
                <w:sz w:val="14"/>
                <w:lang w:val="ro-RO"/>
              </w:rPr>
              <w:t>Validare + QA</w:t>
            </w:r>
          </w:p>
        </w:tc>
        <w:tc>
          <w:tcPr>
            <w:tcW w:w="1247" w:type="dxa"/>
            <w:shd w:val="clear" w:color="auto" w:fill="FAFAFA"/>
            <w:tcMar>
              <w:top w:w="75" w:type="dxa"/>
              <w:left w:w="85" w:type="dxa"/>
              <w:bottom w:w="75" w:type="dxa"/>
              <w:right w:w="85" w:type="dxa"/>
            </w:tcMar>
            <w:vAlign w:val="center"/>
          </w:tcPr>
          <w:p w14:paraId="3D66F62D" w14:textId="77777777" w:rsidR="004A2E0F" w:rsidRPr="00D308F8" w:rsidRDefault="00000000">
            <w:pPr>
              <w:spacing w:after="0" w:line="240" w:lineRule="auto"/>
              <w:rPr>
                <w:noProof/>
                <w:lang w:val="ro-RO"/>
              </w:rPr>
            </w:pPr>
            <w:r w:rsidRPr="00D308F8">
              <w:rPr>
                <w:noProof/>
                <w:sz w:val="14"/>
                <w:lang w:val="ro-RO"/>
              </w:rPr>
              <w:t>31.05.2027</w:t>
            </w:r>
          </w:p>
        </w:tc>
        <w:tc>
          <w:tcPr>
            <w:tcW w:w="2608" w:type="dxa"/>
            <w:shd w:val="clear" w:color="auto" w:fill="FAFAFA"/>
            <w:tcMar>
              <w:top w:w="75" w:type="dxa"/>
              <w:left w:w="85" w:type="dxa"/>
              <w:bottom w:w="75" w:type="dxa"/>
              <w:right w:w="85" w:type="dxa"/>
            </w:tcMar>
            <w:vAlign w:val="center"/>
          </w:tcPr>
          <w:p w14:paraId="31FEF643" w14:textId="77777777" w:rsidR="004A2E0F" w:rsidRPr="00D308F8" w:rsidRDefault="00000000">
            <w:pPr>
              <w:spacing w:after="0" w:line="240" w:lineRule="auto"/>
              <w:rPr>
                <w:noProof/>
                <w:lang w:val="ro-RO"/>
              </w:rPr>
            </w:pPr>
            <w:r w:rsidRPr="00D308F8">
              <w:rPr>
                <w:noProof/>
                <w:sz w:val="14"/>
                <w:lang w:val="ro-RO"/>
              </w:rPr>
              <w:t>Protocol/raport aprobat și criterii îndeplinite.</w:t>
            </w:r>
          </w:p>
        </w:tc>
      </w:tr>
      <w:tr w:rsidR="004A2E0F" w:rsidRPr="00D308F8" w14:paraId="34E5BC23" w14:textId="77777777">
        <w:trPr>
          <w:cantSplit/>
          <w:jc w:val="center"/>
        </w:trPr>
        <w:tc>
          <w:tcPr>
            <w:tcW w:w="510" w:type="dxa"/>
            <w:shd w:val="clear" w:color="auto" w:fill="FFFFFF"/>
            <w:tcMar>
              <w:top w:w="75" w:type="dxa"/>
              <w:left w:w="85" w:type="dxa"/>
              <w:bottom w:w="75" w:type="dxa"/>
              <w:right w:w="85" w:type="dxa"/>
            </w:tcMar>
            <w:vAlign w:val="center"/>
          </w:tcPr>
          <w:p w14:paraId="5EDBB273" w14:textId="77777777" w:rsidR="004A2E0F" w:rsidRPr="00D308F8" w:rsidRDefault="00000000">
            <w:pPr>
              <w:spacing w:after="0" w:line="240" w:lineRule="auto"/>
              <w:jc w:val="center"/>
              <w:rPr>
                <w:noProof/>
                <w:lang w:val="ro-RO"/>
              </w:rPr>
            </w:pPr>
            <w:r w:rsidRPr="00D308F8">
              <w:rPr>
                <w:noProof/>
                <w:sz w:val="14"/>
                <w:lang w:val="ro-RO"/>
              </w:rPr>
              <w:t>5</w:t>
            </w:r>
          </w:p>
        </w:tc>
        <w:tc>
          <w:tcPr>
            <w:tcW w:w="4082" w:type="dxa"/>
            <w:shd w:val="clear" w:color="auto" w:fill="FFFFFF"/>
            <w:tcMar>
              <w:top w:w="75" w:type="dxa"/>
              <w:left w:w="85" w:type="dxa"/>
              <w:bottom w:w="75" w:type="dxa"/>
              <w:right w:w="85" w:type="dxa"/>
            </w:tcMar>
            <w:vAlign w:val="center"/>
          </w:tcPr>
          <w:p w14:paraId="2D59DABE" w14:textId="77777777" w:rsidR="004A2E0F" w:rsidRPr="00D308F8" w:rsidRDefault="00000000">
            <w:pPr>
              <w:spacing w:after="0" w:line="240" w:lineRule="auto"/>
              <w:rPr>
                <w:noProof/>
                <w:lang w:val="ro-RO"/>
              </w:rPr>
            </w:pPr>
            <w:r w:rsidRPr="00D308F8">
              <w:rPr>
                <w:noProof/>
                <w:sz w:val="14"/>
                <w:lang w:val="ro-RO"/>
              </w:rPr>
              <w:t>Calificarea operatorilor și monitorizarea intensificată după schimbare.</w:t>
            </w:r>
          </w:p>
        </w:tc>
        <w:tc>
          <w:tcPr>
            <w:tcW w:w="1474" w:type="dxa"/>
            <w:shd w:val="clear" w:color="auto" w:fill="FFFFFF"/>
            <w:tcMar>
              <w:top w:w="75" w:type="dxa"/>
              <w:left w:w="85" w:type="dxa"/>
              <w:bottom w:w="75" w:type="dxa"/>
              <w:right w:w="85" w:type="dxa"/>
            </w:tcMar>
            <w:vAlign w:val="center"/>
          </w:tcPr>
          <w:p w14:paraId="6B297341" w14:textId="77777777" w:rsidR="004A2E0F" w:rsidRPr="00D308F8" w:rsidRDefault="00000000">
            <w:pPr>
              <w:spacing w:after="0" w:line="240" w:lineRule="auto"/>
              <w:rPr>
                <w:noProof/>
                <w:lang w:val="ro-RO"/>
              </w:rPr>
            </w:pPr>
            <w:r w:rsidRPr="00D308F8">
              <w:rPr>
                <w:noProof/>
                <w:sz w:val="14"/>
                <w:lang w:val="ro-RO"/>
              </w:rPr>
              <w:t>Producție</w:t>
            </w:r>
          </w:p>
        </w:tc>
        <w:tc>
          <w:tcPr>
            <w:tcW w:w="1247" w:type="dxa"/>
            <w:shd w:val="clear" w:color="auto" w:fill="FFFFFF"/>
            <w:tcMar>
              <w:top w:w="75" w:type="dxa"/>
              <w:left w:w="85" w:type="dxa"/>
              <w:bottom w:w="75" w:type="dxa"/>
              <w:right w:w="85" w:type="dxa"/>
            </w:tcMar>
            <w:vAlign w:val="center"/>
          </w:tcPr>
          <w:p w14:paraId="3037625A" w14:textId="77777777" w:rsidR="004A2E0F" w:rsidRPr="00D308F8" w:rsidRDefault="00000000">
            <w:pPr>
              <w:spacing w:after="0" w:line="240" w:lineRule="auto"/>
              <w:rPr>
                <w:noProof/>
                <w:lang w:val="ro-RO"/>
              </w:rPr>
            </w:pPr>
            <w:r w:rsidRPr="00D308F8">
              <w:rPr>
                <w:noProof/>
                <w:sz w:val="14"/>
                <w:lang w:val="ro-RO"/>
              </w:rPr>
              <w:t>30.06.2027</w:t>
            </w:r>
          </w:p>
        </w:tc>
        <w:tc>
          <w:tcPr>
            <w:tcW w:w="2608" w:type="dxa"/>
            <w:shd w:val="clear" w:color="auto" w:fill="FFFFFF"/>
            <w:tcMar>
              <w:top w:w="75" w:type="dxa"/>
              <w:left w:w="85" w:type="dxa"/>
              <w:bottom w:w="75" w:type="dxa"/>
              <w:right w:w="85" w:type="dxa"/>
            </w:tcMar>
            <w:vAlign w:val="center"/>
          </w:tcPr>
          <w:p w14:paraId="57C4D329" w14:textId="77777777" w:rsidR="004A2E0F" w:rsidRPr="00D308F8" w:rsidRDefault="00000000">
            <w:pPr>
              <w:spacing w:after="0" w:line="240" w:lineRule="auto"/>
              <w:rPr>
                <w:noProof/>
                <w:lang w:val="ro-RO"/>
              </w:rPr>
            </w:pPr>
            <w:r w:rsidRPr="00D308F8">
              <w:rPr>
                <w:noProof/>
                <w:sz w:val="14"/>
                <w:lang w:val="ro-RO"/>
              </w:rPr>
              <w:t>Demonstrații practice și date de stabilizare.</w:t>
            </w:r>
          </w:p>
        </w:tc>
      </w:tr>
      <w:tr w:rsidR="004A2E0F" w:rsidRPr="00D308F8" w14:paraId="18D165CA" w14:textId="77777777">
        <w:trPr>
          <w:cantSplit/>
          <w:jc w:val="center"/>
        </w:trPr>
        <w:tc>
          <w:tcPr>
            <w:tcW w:w="510" w:type="dxa"/>
            <w:shd w:val="clear" w:color="auto" w:fill="FAFAFA"/>
            <w:tcMar>
              <w:top w:w="75" w:type="dxa"/>
              <w:left w:w="85" w:type="dxa"/>
              <w:bottom w:w="75" w:type="dxa"/>
              <w:right w:w="85" w:type="dxa"/>
            </w:tcMar>
            <w:vAlign w:val="center"/>
          </w:tcPr>
          <w:p w14:paraId="6C6F684C" w14:textId="77777777" w:rsidR="004A2E0F" w:rsidRPr="00D308F8" w:rsidRDefault="00000000">
            <w:pPr>
              <w:spacing w:after="0" w:line="240" w:lineRule="auto"/>
              <w:jc w:val="center"/>
              <w:rPr>
                <w:noProof/>
                <w:lang w:val="ro-RO"/>
              </w:rPr>
            </w:pPr>
            <w:r w:rsidRPr="00D308F8">
              <w:rPr>
                <w:noProof/>
                <w:sz w:val="14"/>
                <w:lang w:val="ro-RO"/>
              </w:rPr>
              <w:t>6</w:t>
            </w:r>
          </w:p>
        </w:tc>
        <w:tc>
          <w:tcPr>
            <w:tcW w:w="4082" w:type="dxa"/>
            <w:shd w:val="clear" w:color="auto" w:fill="FAFAFA"/>
            <w:tcMar>
              <w:top w:w="75" w:type="dxa"/>
              <w:left w:w="85" w:type="dxa"/>
              <w:bottom w:w="75" w:type="dxa"/>
              <w:right w:w="85" w:type="dxa"/>
            </w:tcMar>
            <w:vAlign w:val="center"/>
          </w:tcPr>
          <w:p w14:paraId="090126CC" w14:textId="77777777" w:rsidR="004A2E0F" w:rsidRPr="00D308F8" w:rsidRDefault="00000000">
            <w:pPr>
              <w:spacing w:after="0" w:line="240" w:lineRule="auto"/>
              <w:rPr>
                <w:noProof/>
                <w:lang w:val="ro-RO"/>
              </w:rPr>
            </w:pPr>
            <w:r w:rsidRPr="00D308F8">
              <w:rPr>
                <w:noProof/>
                <w:sz w:val="14"/>
                <w:lang w:val="ro-RO"/>
              </w:rPr>
              <w:t>Verificarea eficacității și actualizarea dosarului de risc.</w:t>
            </w:r>
          </w:p>
        </w:tc>
        <w:tc>
          <w:tcPr>
            <w:tcW w:w="1474" w:type="dxa"/>
            <w:shd w:val="clear" w:color="auto" w:fill="FAFAFA"/>
            <w:tcMar>
              <w:top w:w="75" w:type="dxa"/>
              <w:left w:w="85" w:type="dxa"/>
              <w:bottom w:w="75" w:type="dxa"/>
              <w:right w:w="85" w:type="dxa"/>
            </w:tcMar>
            <w:vAlign w:val="center"/>
          </w:tcPr>
          <w:p w14:paraId="0C3A04E7" w14:textId="77777777" w:rsidR="004A2E0F" w:rsidRPr="00D308F8" w:rsidRDefault="00000000">
            <w:pPr>
              <w:spacing w:after="0" w:line="240" w:lineRule="auto"/>
              <w:rPr>
                <w:noProof/>
                <w:lang w:val="ro-RO"/>
              </w:rPr>
            </w:pPr>
            <w:r w:rsidRPr="00D308F8">
              <w:rPr>
                <w:noProof/>
                <w:sz w:val="14"/>
                <w:lang w:val="ro-RO"/>
              </w:rPr>
              <w:t>QA + risc</w:t>
            </w:r>
          </w:p>
        </w:tc>
        <w:tc>
          <w:tcPr>
            <w:tcW w:w="1247" w:type="dxa"/>
            <w:shd w:val="clear" w:color="auto" w:fill="FAFAFA"/>
            <w:tcMar>
              <w:top w:w="75" w:type="dxa"/>
              <w:left w:w="85" w:type="dxa"/>
              <w:bottom w:w="75" w:type="dxa"/>
              <w:right w:w="85" w:type="dxa"/>
            </w:tcMar>
            <w:vAlign w:val="center"/>
          </w:tcPr>
          <w:p w14:paraId="28DACC83" w14:textId="77777777" w:rsidR="004A2E0F" w:rsidRPr="00D308F8" w:rsidRDefault="00000000">
            <w:pPr>
              <w:spacing w:after="0" w:line="240" w:lineRule="auto"/>
              <w:rPr>
                <w:noProof/>
                <w:lang w:val="ro-RO"/>
              </w:rPr>
            </w:pPr>
            <w:r w:rsidRPr="00D308F8">
              <w:rPr>
                <w:noProof/>
                <w:sz w:val="14"/>
                <w:lang w:val="ro-RO"/>
              </w:rPr>
              <w:t>Trimestrial</w:t>
            </w:r>
          </w:p>
        </w:tc>
        <w:tc>
          <w:tcPr>
            <w:tcW w:w="2608" w:type="dxa"/>
            <w:shd w:val="clear" w:color="auto" w:fill="FAFAFA"/>
            <w:tcMar>
              <w:top w:w="75" w:type="dxa"/>
              <w:left w:w="85" w:type="dxa"/>
              <w:bottom w:w="75" w:type="dxa"/>
              <w:right w:w="85" w:type="dxa"/>
            </w:tcMar>
            <w:vAlign w:val="center"/>
          </w:tcPr>
          <w:p w14:paraId="6CE49913" w14:textId="77777777" w:rsidR="004A2E0F" w:rsidRPr="00D308F8" w:rsidRDefault="00000000">
            <w:pPr>
              <w:spacing w:after="0" w:line="240" w:lineRule="auto"/>
              <w:rPr>
                <w:noProof/>
                <w:lang w:val="ro-RO"/>
              </w:rPr>
            </w:pPr>
            <w:r w:rsidRPr="00D308F8">
              <w:rPr>
                <w:noProof/>
                <w:sz w:val="14"/>
                <w:lang w:val="ro-RO"/>
              </w:rPr>
              <w:t>Trend, reclamații și risc rezidual revizuite.</w:t>
            </w:r>
          </w:p>
        </w:tc>
      </w:tr>
    </w:tbl>
    <w:p w14:paraId="343AC1D6" w14:textId="77777777" w:rsidR="004A2E0F" w:rsidRPr="00D308F8" w:rsidRDefault="004A2E0F">
      <w:pPr>
        <w:spacing w:after="20"/>
        <w:rPr>
          <w:noProof/>
          <w:lang w:val="ro-RO"/>
        </w:rPr>
      </w:pPr>
    </w:p>
    <w:p w14:paraId="4D2B0535" w14:textId="77777777" w:rsidR="004A2E0F" w:rsidRPr="00D308F8" w:rsidRDefault="00000000">
      <w:pPr>
        <w:pStyle w:val="Heading2"/>
        <w:rPr>
          <w:noProof/>
          <w:lang w:val="ro-RO"/>
        </w:rPr>
      </w:pPr>
      <w:r w:rsidRPr="00D308F8">
        <w:rPr>
          <w:noProof/>
          <w:lang w:val="ro-RO"/>
        </w:rPr>
        <w:t>D. Monitorizare exemplificată</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020"/>
        <w:gridCol w:w="1361"/>
        <w:gridCol w:w="1247"/>
        <w:gridCol w:w="1020"/>
        <w:gridCol w:w="2835"/>
        <w:gridCol w:w="2438"/>
      </w:tblGrid>
      <w:tr w:rsidR="004A2E0F" w:rsidRPr="00D308F8" w14:paraId="48694ADF" w14:textId="77777777">
        <w:trPr>
          <w:tblHeader/>
          <w:jc w:val="center"/>
        </w:trPr>
        <w:tc>
          <w:tcPr>
            <w:tcW w:w="1020" w:type="dxa"/>
            <w:shd w:val="clear" w:color="auto" w:fill="D71920"/>
            <w:tcMar>
              <w:top w:w="75" w:type="dxa"/>
              <w:left w:w="85" w:type="dxa"/>
              <w:bottom w:w="75" w:type="dxa"/>
              <w:right w:w="85" w:type="dxa"/>
            </w:tcMar>
            <w:vAlign w:val="center"/>
          </w:tcPr>
          <w:p w14:paraId="0673B3A0" w14:textId="77777777" w:rsidR="004A2E0F" w:rsidRPr="00D308F8" w:rsidRDefault="00000000">
            <w:pPr>
              <w:spacing w:after="0" w:line="240" w:lineRule="auto"/>
              <w:jc w:val="center"/>
              <w:rPr>
                <w:noProof/>
                <w:lang w:val="ro-RO"/>
              </w:rPr>
            </w:pPr>
            <w:r w:rsidRPr="00D308F8">
              <w:rPr>
                <w:b/>
                <w:noProof/>
                <w:color w:val="FFFFFF"/>
                <w:sz w:val="14"/>
                <w:lang w:val="ro-RO"/>
              </w:rPr>
              <w:t>PER.</w:t>
            </w:r>
          </w:p>
        </w:tc>
        <w:tc>
          <w:tcPr>
            <w:tcW w:w="1361" w:type="dxa"/>
            <w:shd w:val="clear" w:color="auto" w:fill="D71920"/>
            <w:tcMar>
              <w:top w:w="75" w:type="dxa"/>
              <w:left w:w="85" w:type="dxa"/>
              <w:bottom w:w="75" w:type="dxa"/>
              <w:right w:w="85" w:type="dxa"/>
            </w:tcMar>
            <w:vAlign w:val="center"/>
          </w:tcPr>
          <w:p w14:paraId="1FBEADC9" w14:textId="77777777" w:rsidR="004A2E0F" w:rsidRPr="00D308F8" w:rsidRDefault="00000000">
            <w:pPr>
              <w:spacing w:after="0" w:line="240" w:lineRule="auto"/>
              <w:jc w:val="center"/>
              <w:rPr>
                <w:noProof/>
                <w:lang w:val="ro-RO"/>
              </w:rPr>
            </w:pPr>
            <w:r w:rsidRPr="00D308F8">
              <w:rPr>
                <w:b/>
                <w:noProof/>
                <w:color w:val="FFFFFF"/>
                <w:sz w:val="14"/>
                <w:lang w:val="ro-RO"/>
              </w:rPr>
              <w:t>REZULTAT</w:t>
            </w:r>
          </w:p>
        </w:tc>
        <w:tc>
          <w:tcPr>
            <w:tcW w:w="1247" w:type="dxa"/>
            <w:shd w:val="clear" w:color="auto" w:fill="D71920"/>
            <w:tcMar>
              <w:top w:w="75" w:type="dxa"/>
              <w:left w:w="85" w:type="dxa"/>
              <w:bottom w:w="75" w:type="dxa"/>
              <w:right w:w="85" w:type="dxa"/>
            </w:tcMar>
            <w:vAlign w:val="center"/>
          </w:tcPr>
          <w:p w14:paraId="711DB562" w14:textId="77777777" w:rsidR="004A2E0F" w:rsidRPr="00D308F8" w:rsidRDefault="00000000">
            <w:pPr>
              <w:spacing w:after="0" w:line="240" w:lineRule="auto"/>
              <w:jc w:val="center"/>
              <w:rPr>
                <w:noProof/>
                <w:lang w:val="ro-RO"/>
              </w:rPr>
            </w:pPr>
            <w:r w:rsidRPr="00D308F8">
              <w:rPr>
                <w:b/>
                <w:noProof/>
                <w:color w:val="FFFFFF"/>
                <w:sz w:val="14"/>
                <w:lang w:val="ro-RO"/>
              </w:rPr>
              <w:t>ȚINTĂ</w:t>
            </w:r>
          </w:p>
        </w:tc>
        <w:tc>
          <w:tcPr>
            <w:tcW w:w="1020" w:type="dxa"/>
            <w:shd w:val="clear" w:color="auto" w:fill="D71920"/>
            <w:tcMar>
              <w:top w:w="75" w:type="dxa"/>
              <w:left w:w="85" w:type="dxa"/>
              <w:bottom w:w="75" w:type="dxa"/>
              <w:right w:w="85" w:type="dxa"/>
            </w:tcMar>
            <w:vAlign w:val="center"/>
          </w:tcPr>
          <w:p w14:paraId="1BC467BD" w14:textId="77777777" w:rsidR="004A2E0F" w:rsidRPr="00D308F8" w:rsidRDefault="00000000">
            <w:pPr>
              <w:spacing w:after="0" w:line="240" w:lineRule="auto"/>
              <w:jc w:val="center"/>
              <w:rPr>
                <w:noProof/>
                <w:lang w:val="ro-RO"/>
              </w:rPr>
            </w:pPr>
            <w:r w:rsidRPr="00D308F8">
              <w:rPr>
                <w:b/>
                <w:noProof/>
                <w:color w:val="FFFFFF"/>
                <w:sz w:val="14"/>
                <w:lang w:val="ro-RO"/>
              </w:rPr>
              <w:t>STATUS</w:t>
            </w:r>
          </w:p>
        </w:tc>
        <w:tc>
          <w:tcPr>
            <w:tcW w:w="2835" w:type="dxa"/>
            <w:shd w:val="clear" w:color="auto" w:fill="D71920"/>
            <w:tcMar>
              <w:top w:w="75" w:type="dxa"/>
              <w:left w:w="85" w:type="dxa"/>
              <w:bottom w:w="75" w:type="dxa"/>
              <w:right w:w="85" w:type="dxa"/>
            </w:tcMar>
            <w:vAlign w:val="center"/>
          </w:tcPr>
          <w:p w14:paraId="58CC904E" w14:textId="77777777" w:rsidR="004A2E0F" w:rsidRPr="00D308F8" w:rsidRDefault="00000000">
            <w:pPr>
              <w:spacing w:after="0" w:line="240" w:lineRule="auto"/>
              <w:jc w:val="center"/>
              <w:rPr>
                <w:noProof/>
                <w:lang w:val="ro-RO"/>
              </w:rPr>
            </w:pPr>
            <w:r w:rsidRPr="00D308F8">
              <w:rPr>
                <w:b/>
                <w:noProof/>
                <w:color w:val="FFFFFF"/>
                <w:sz w:val="14"/>
                <w:lang w:val="ro-RO"/>
              </w:rPr>
              <w:t>ANALIZĂ</w:t>
            </w:r>
          </w:p>
        </w:tc>
        <w:tc>
          <w:tcPr>
            <w:tcW w:w="2438" w:type="dxa"/>
            <w:shd w:val="clear" w:color="auto" w:fill="D71920"/>
            <w:tcMar>
              <w:top w:w="75" w:type="dxa"/>
              <w:left w:w="85" w:type="dxa"/>
              <w:bottom w:w="75" w:type="dxa"/>
              <w:right w:w="85" w:type="dxa"/>
            </w:tcMar>
            <w:vAlign w:val="center"/>
          </w:tcPr>
          <w:p w14:paraId="3AC8E796" w14:textId="77777777" w:rsidR="004A2E0F" w:rsidRPr="00D308F8" w:rsidRDefault="00000000">
            <w:pPr>
              <w:spacing w:after="0" w:line="240" w:lineRule="auto"/>
              <w:jc w:val="center"/>
              <w:rPr>
                <w:noProof/>
                <w:lang w:val="ro-RO"/>
              </w:rPr>
            </w:pPr>
            <w:r w:rsidRPr="00D308F8">
              <w:rPr>
                <w:b/>
                <w:noProof/>
                <w:color w:val="FFFFFF"/>
                <w:sz w:val="14"/>
                <w:lang w:val="ro-RO"/>
              </w:rPr>
              <w:t>DECIZIE</w:t>
            </w:r>
          </w:p>
        </w:tc>
      </w:tr>
      <w:tr w:rsidR="004A2E0F" w:rsidRPr="00D308F8" w14:paraId="340BA08A" w14:textId="77777777">
        <w:trPr>
          <w:cantSplit/>
          <w:jc w:val="center"/>
        </w:trPr>
        <w:tc>
          <w:tcPr>
            <w:tcW w:w="1020" w:type="dxa"/>
            <w:shd w:val="clear" w:color="auto" w:fill="FFFFFF"/>
            <w:tcMar>
              <w:top w:w="75" w:type="dxa"/>
              <w:left w:w="85" w:type="dxa"/>
              <w:bottom w:w="75" w:type="dxa"/>
              <w:right w:w="85" w:type="dxa"/>
            </w:tcMar>
            <w:vAlign w:val="center"/>
          </w:tcPr>
          <w:p w14:paraId="0A6A1DA3" w14:textId="77777777" w:rsidR="004A2E0F" w:rsidRPr="00D308F8" w:rsidRDefault="00000000">
            <w:pPr>
              <w:spacing w:after="0" w:line="240" w:lineRule="auto"/>
              <w:jc w:val="center"/>
              <w:rPr>
                <w:noProof/>
                <w:lang w:val="ro-RO"/>
              </w:rPr>
            </w:pPr>
            <w:r w:rsidRPr="00D308F8">
              <w:rPr>
                <w:noProof/>
                <w:sz w:val="14"/>
                <w:lang w:val="ro-RO"/>
              </w:rPr>
              <w:t>T1</w:t>
            </w:r>
          </w:p>
        </w:tc>
        <w:tc>
          <w:tcPr>
            <w:tcW w:w="1361" w:type="dxa"/>
            <w:shd w:val="clear" w:color="auto" w:fill="FFFFFF"/>
            <w:tcMar>
              <w:top w:w="75" w:type="dxa"/>
              <w:left w:w="85" w:type="dxa"/>
              <w:bottom w:w="75" w:type="dxa"/>
              <w:right w:w="85" w:type="dxa"/>
            </w:tcMar>
            <w:vAlign w:val="center"/>
          </w:tcPr>
          <w:p w14:paraId="23FFBAC7" w14:textId="77777777" w:rsidR="004A2E0F" w:rsidRPr="00D308F8" w:rsidRDefault="00000000">
            <w:pPr>
              <w:spacing w:after="0" w:line="240" w:lineRule="auto"/>
              <w:rPr>
                <w:noProof/>
                <w:lang w:val="ro-RO"/>
              </w:rPr>
            </w:pPr>
            <w:r w:rsidRPr="00D308F8">
              <w:rPr>
                <w:noProof/>
                <w:sz w:val="14"/>
                <w:lang w:val="ro-RO"/>
              </w:rPr>
              <w:t>720 ppm</w:t>
            </w:r>
          </w:p>
        </w:tc>
        <w:tc>
          <w:tcPr>
            <w:tcW w:w="1247" w:type="dxa"/>
            <w:shd w:val="clear" w:color="auto" w:fill="FFFFFF"/>
            <w:tcMar>
              <w:top w:w="75" w:type="dxa"/>
              <w:left w:w="85" w:type="dxa"/>
              <w:bottom w:w="75" w:type="dxa"/>
              <w:right w:w="85" w:type="dxa"/>
            </w:tcMar>
            <w:vAlign w:val="center"/>
          </w:tcPr>
          <w:p w14:paraId="24AD1F7D" w14:textId="77777777" w:rsidR="004A2E0F" w:rsidRPr="00D308F8" w:rsidRDefault="00000000">
            <w:pPr>
              <w:spacing w:after="0" w:line="240" w:lineRule="auto"/>
              <w:rPr>
                <w:noProof/>
                <w:lang w:val="ro-RO"/>
              </w:rPr>
            </w:pPr>
            <w:r w:rsidRPr="00D308F8">
              <w:rPr>
                <w:noProof/>
                <w:sz w:val="14"/>
                <w:lang w:val="ro-RO"/>
              </w:rPr>
              <w:t>700 ppm</w:t>
            </w:r>
          </w:p>
        </w:tc>
        <w:tc>
          <w:tcPr>
            <w:tcW w:w="1020" w:type="dxa"/>
            <w:shd w:val="clear" w:color="auto" w:fill="FFFFFF"/>
            <w:tcMar>
              <w:top w:w="75" w:type="dxa"/>
              <w:left w:w="85" w:type="dxa"/>
              <w:bottom w:w="75" w:type="dxa"/>
              <w:right w:w="85" w:type="dxa"/>
            </w:tcMar>
            <w:vAlign w:val="center"/>
          </w:tcPr>
          <w:p w14:paraId="209DC4EC" w14:textId="77777777" w:rsidR="004A2E0F" w:rsidRPr="00D308F8" w:rsidRDefault="00000000">
            <w:pPr>
              <w:spacing w:after="0" w:line="240" w:lineRule="auto"/>
              <w:jc w:val="center"/>
              <w:rPr>
                <w:noProof/>
                <w:lang w:val="ro-RO"/>
              </w:rPr>
            </w:pPr>
            <w:r w:rsidRPr="00D308F8">
              <w:rPr>
                <w:noProof/>
                <w:sz w:val="14"/>
                <w:lang w:val="ro-RO"/>
              </w:rPr>
              <w:t>GALBEN</w:t>
            </w:r>
          </w:p>
        </w:tc>
        <w:tc>
          <w:tcPr>
            <w:tcW w:w="2835" w:type="dxa"/>
            <w:shd w:val="clear" w:color="auto" w:fill="FFFFFF"/>
            <w:tcMar>
              <w:top w:w="75" w:type="dxa"/>
              <w:left w:w="85" w:type="dxa"/>
              <w:bottom w:w="75" w:type="dxa"/>
              <w:right w:w="85" w:type="dxa"/>
            </w:tcMar>
            <w:vAlign w:val="center"/>
          </w:tcPr>
          <w:p w14:paraId="5F984249" w14:textId="77777777" w:rsidR="004A2E0F" w:rsidRPr="00D308F8" w:rsidRDefault="00000000">
            <w:pPr>
              <w:spacing w:after="0" w:line="240" w:lineRule="auto"/>
              <w:rPr>
                <w:noProof/>
                <w:lang w:val="ro-RO"/>
              </w:rPr>
            </w:pPr>
            <w:r w:rsidRPr="00D308F8">
              <w:rPr>
                <w:noProof/>
                <w:sz w:val="14"/>
                <w:lang w:val="ro-RO"/>
              </w:rPr>
              <w:t>Sistemul de măsurare a evidențiat variație între evaluatori.</w:t>
            </w:r>
          </w:p>
        </w:tc>
        <w:tc>
          <w:tcPr>
            <w:tcW w:w="2438" w:type="dxa"/>
            <w:shd w:val="clear" w:color="auto" w:fill="FFFFFF"/>
            <w:tcMar>
              <w:top w:w="75" w:type="dxa"/>
              <w:left w:w="85" w:type="dxa"/>
              <w:bottom w:w="75" w:type="dxa"/>
              <w:right w:w="85" w:type="dxa"/>
            </w:tcMar>
            <w:vAlign w:val="center"/>
          </w:tcPr>
          <w:p w14:paraId="6F33DF55" w14:textId="77777777" w:rsidR="004A2E0F" w:rsidRPr="00D308F8" w:rsidRDefault="00000000">
            <w:pPr>
              <w:spacing w:after="0" w:line="240" w:lineRule="auto"/>
              <w:rPr>
                <w:noProof/>
                <w:lang w:val="ro-RO"/>
              </w:rPr>
            </w:pPr>
            <w:r w:rsidRPr="00D308F8">
              <w:rPr>
                <w:noProof/>
                <w:sz w:val="14"/>
                <w:lang w:val="ro-RO"/>
              </w:rPr>
              <w:t>Standardizare și recalificare înaintea concluziilor de proces.</w:t>
            </w:r>
          </w:p>
        </w:tc>
      </w:tr>
      <w:tr w:rsidR="004A2E0F" w:rsidRPr="00D308F8" w14:paraId="2C1269AF" w14:textId="77777777">
        <w:trPr>
          <w:cantSplit/>
          <w:jc w:val="center"/>
        </w:trPr>
        <w:tc>
          <w:tcPr>
            <w:tcW w:w="1020" w:type="dxa"/>
            <w:shd w:val="clear" w:color="auto" w:fill="FAFAFA"/>
            <w:tcMar>
              <w:top w:w="75" w:type="dxa"/>
              <w:left w:w="85" w:type="dxa"/>
              <w:bottom w:w="75" w:type="dxa"/>
              <w:right w:w="85" w:type="dxa"/>
            </w:tcMar>
            <w:vAlign w:val="center"/>
          </w:tcPr>
          <w:p w14:paraId="3D1A8DE6" w14:textId="77777777" w:rsidR="004A2E0F" w:rsidRPr="00D308F8" w:rsidRDefault="00000000">
            <w:pPr>
              <w:spacing w:after="0" w:line="240" w:lineRule="auto"/>
              <w:jc w:val="center"/>
              <w:rPr>
                <w:noProof/>
                <w:lang w:val="ro-RO"/>
              </w:rPr>
            </w:pPr>
            <w:r w:rsidRPr="00D308F8">
              <w:rPr>
                <w:noProof/>
                <w:sz w:val="14"/>
                <w:lang w:val="ro-RO"/>
              </w:rPr>
              <w:t>T2</w:t>
            </w:r>
          </w:p>
        </w:tc>
        <w:tc>
          <w:tcPr>
            <w:tcW w:w="1361" w:type="dxa"/>
            <w:shd w:val="clear" w:color="auto" w:fill="FAFAFA"/>
            <w:tcMar>
              <w:top w:w="75" w:type="dxa"/>
              <w:left w:w="85" w:type="dxa"/>
              <w:bottom w:w="75" w:type="dxa"/>
              <w:right w:w="85" w:type="dxa"/>
            </w:tcMar>
            <w:vAlign w:val="center"/>
          </w:tcPr>
          <w:p w14:paraId="3EC27A22" w14:textId="77777777" w:rsidR="004A2E0F" w:rsidRPr="00D308F8" w:rsidRDefault="00000000">
            <w:pPr>
              <w:spacing w:after="0" w:line="240" w:lineRule="auto"/>
              <w:rPr>
                <w:noProof/>
                <w:lang w:val="ro-RO"/>
              </w:rPr>
            </w:pPr>
            <w:r w:rsidRPr="00D308F8">
              <w:rPr>
                <w:noProof/>
                <w:sz w:val="14"/>
                <w:lang w:val="ro-RO"/>
              </w:rPr>
              <w:t>510 ppm</w:t>
            </w:r>
          </w:p>
        </w:tc>
        <w:tc>
          <w:tcPr>
            <w:tcW w:w="1247" w:type="dxa"/>
            <w:shd w:val="clear" w:color="auto" w:fill="FAFAFA"/>
            <w:tcMar>
              <w:top w:w="75" w:type="dxa"/>
              <w:left w:w="85" w:type="dxa"/>
              <w:bottom w:w="75" w:type="dxa"/>
              <w:right w:w="85" w:type="dxa"/>
            </w:tcMar>
            <w:vAlign w:val="center"/>
          </w:tcPr>
          <w:p w14:paraId="45D4526D" w14:textId="77777777" w:rsidR="004A2E0F" w:rsidRPr="00D308F8" w:rsidRDefault="00000000">
            <w:pPr>
              <w:spacing w:after="0" w:line="240" w:lineRule="auto"/>
              <w:rPr>
                <w:noProof/>
                <w:lang w:val="ro-RO"/>
              </w:rPr>
            </w:pPr>
            <w:r w:rsidRPr="00D308F8">
              <w:rPr>
                <w:noProof/>
                <w:sz w:val="14"/>
                <w:lang w:val="ro-RO"/>
              </w:rPr>
              <w:t>520 ppm</w:t>
            </w:r>
          </w:p>
        </w:tc>
        <w:tc>
          <w:tcPr>
            <w:tcW w:w="1020" w:type="dxa"/>
            <w:shd w:val="clear" w:color="auto" w:fill="FAFAFA"/>
            <w:tcMar>
              <w:top w:w="75" w:type="dxa"/>
              <w:left w:w="85" w:type="dxa"/>
              <w:bottom w:w="75" w:type="dxa"/>
              <w:right w:w="85" w:type="dxa"/>
            </w:tcMar>
            <w:vAlign w:val="center"/>
          </w:tcPr>
          <w:p w14:paraId="7D6B04E6" w14:textId="77777777" w:rsidR="004A2E0F" w:rsidRPr="00D308F8" w:rsidRDefault="00000000">
            <w:pPr>
              <w:spacing w:after="0" w:line="240" w:lineRule="auto"/>
              <w:jc w:val="center"/>
              <w:rPr>
                <w:noProof/>
                <w:lang w:val="ro-RO"/>
              </w:rPr>
            </w:pPr>
            <w:r w:rsidRPr="00D308F8">
              <w:rPr>
                <w:noProof/>
                <w:sz w:val="14"/>
                <w:lang w:val="ro-RO"/>
              </w:rPr>
              <w:t>VERDE</w:t>
            </w:r>
          </w:p>
        </w:tc>
        <w:tc>
          <w:tcPr>
            <w:tcW w:w="2835" w:type="dxa"/>
            <w:shd w:val="clear" w:color="auto" w:fill="FAFAFA"/>
            <w:tcMar>
              <w:top w:w="75" w:type="dxa"/>
              <w:left w:w="85" w:type="dxa"/>
              <w:bottom w:w="75" w:type="dxa"/>
              <w:right w:w="85" w:type="dxa"/>
            </w:tcMar>
            <w:vAlign w:val="center"/>
          </w:tcPr>
          <w:p w14:paraId="0DA7DB93" w14:textId="77777777" w:rsidR="004A2E0F" w:rsidRPr="00D308F8" w:rsidRDefault="00000000">
            <w:pPr>
              <w:spacing w:after="0" w:line="240" w:lineRule="auto"/>
              <w:rPr>
                <w:noProof/>
                <w:lang w:val="ro-RO"/>
              </w:rPr>
            </w:pPr>
            <w:r w:rsidRPr="00D308F8">
              <w:rPr>
                <w:noProof/>
                <w:sz w:val="14"/>
                <w:lang w:val="ro-RO"/>
              </w:rPr>
              <w:t>Modificarea sculei și mentenanța reduc variabilitatea.</w:t>
            </w:r>
          </w:p>
        </w:tc>
        <w:tc>
          <w:tcPr>
            <w:tcW w:w="2438" w:type="dxa"/>
            <w:shd w:val="clear" w:color="auto" w:fill="FAFAFA"/>
            <w:tcMar>
              <w:top w:w="75" w:type="dxa"/>
              <w:left w:w="85" w:type="dxa"/>
              <w:bottom w:w="75" w:type="dxa"/>
              <w:right w:w="85" w:type="dxa"/>
            </w:tcMar>
            <w:vAlign w:val="center"/>
          </w:tcPr>
          <w:p w14:paraId="7B9F5F28" w14:textId="77777777" w:rsidR="004A2E0F" w:rsidRPr="00D308F8" w:rsidRDefault="00000000">
            <w:pPr>
              <w:spacing w:after="0" w:line="240" w:lineRule="auto"/>
              <w:rPr>
                <w:noProof/>
                <w:lang w:val="ro-RO"/>
              </w:rPr>
            </w:pPr>
            <w:r w:rsidRPr="00D308F8">
              <w:rPr>
                <w:noProof/>
                <w:sz w:val="14"/>
                <w:lang w:val="ro-RO"/>
              </w:rPr>
              <w:t>Finalizarea revalidării și urmărire pe toate schimburile.</w:t>
            </w:r>
          </w:p>
        </w:tc>
      </w:tr>
      <w:tr w:rsidR="004A2E0F" w:rsidRPr="00D308F8" w14:paraId="7F0261C3" w14:textId="77777777">
        <w:trPr>
          <w:cantSplit/>
          <w:jc w:val="center"/>
        </w:trPr>
        <w:tc>
          <w:tcPr>
            <w:tcW w:w="1020" w:type="dxa"/>
            <w:shd w:val="clear" w:color="auto" w:fill="FFFFFF"/>
            <w:tcMar>
              <w:top w:w="75" w:type="dxa"/>
              <w:left w:w="85" w:type="dxa"/>
              <w:bottom w:w="75" w:type="dxa"/>
              <w:right w:w="85" w:type="dxa"/>
            </w:tcMar>
            <w:vAlign w:val="center"/>
          </w:tcPr>
          <w:p w14:paraId="596D24A2" w14:textId="77777777" w:rsidR="004A2E0F" w:rsidRPr="00D308F8" w:rsidRDefault="00000000">
            <w:pPr>
              <w:spacing w:after="0" w:line="240" w:lineRule="auto"/>
              <w:jc w:val="center"/>
              <w:rPr>
                <w:noProof/>
                <w:lang w:val="ro-RO"/>
              </w:rPr>
            </w:pPr>
            <w:r w:rsidRPr="00D308F8">
              <w:rPr>
                <w:noProof/>
                <w:sz w:val="14"/>
                <w:lang w:val="ro-RO"/>
              </w:rPr>
              <w:t>T3</w:t>
            </w:r>
          </w:p>
        </w:tc>
        <w:tc>
          <w:tcPr>
            <w:tcW w:w="1361" w:type="dxa"/>
            <w:shd w:val="clear" w:color="auto" w:fill="FFFFFF"/>
            <w:tcMar>
              <w:top w:w="75" w:type="dxa"/>
              <w:left w:w="85" w:type="dxa"/>
              <w:bottom w:w="75" w:type="dxa"/>
              <w:right w:w="85" w:type="dxa"/>
            </w:tcMar>
            <w:vAlign w:val="center"/>
          </w:tcPr>
          <w:p w14:paraId="4B232E52" w14:textId="77777777" w:rsidR="004A2E0F" w:rsidRPr="00D308F8" w:rsidRDefault="00000000">
            <w:pPr>
              <w:spacing w:after="0" w:line="240" w:lineRule="auto"/>
              <w:rPr>
                <w:noProof/>
                <w:lang w:val="ro-RO"/>
              </w:rPr>
            </w:pPr>
            <w:r w:rsidRPr="00D308F8">
              <w:rPr>
                <w:noProof/>
                <w:sz w:val="14"/>
                <w:lang w:val="ro-RO"/>
              </w:rPr>
              <w:t>360 ppm</w:t>
            </w:r>
          </w:p>
        </w:tc>
        <w:tc>
          <w:tcPr>
            <w:tcW w:w="1247" w:type="dxa"/>
            <w:shd w:val="clear" w:color="auto" w:fill="FFFFFF"/>
            <w:tcMar>
              <w:top w:w="75" w:type="dxa"/>
              <w:left w:w="85" w:type="dxa"/>
              <w:bottom w:w="75" w:type="dxa"/>
              <w:right w:w="85" w:type="dxa"/>
            </w:tcMar>
            <w:vAlign w:val="center"/>
          </w:tcPr>
          <w:p w14:paraId="1FB4E6F8" w14:textId="77777777" w:rsidR="004A2E0F" w:rsidRPr="00D308F8" w:rsidRDefault="00000000">
            <w:pPr>
              <w:spacing w:after="0" w:line="240" w:lineRule="auto"/>
              <w:rPr>
                <w:noProof/>
                <w:lang w:val="ro-RO"/>
              </w:rPr>
            </w:pPr>
            <w:r w:rsidRPr="00D308F8">
              <w:rPr>
                <w:noProof/>
                <w:sz w:val="14"/>
                <w:lang w:val="ro-RO"/>
              </w:rPr>
              <w:t>380 ppm</w:t>
            </w:r>
          </w:p>
        </w:tc>
        <w:tc>
          <w:tcPr>
            <w:tcW w:w="1020" w:type="dxa"/>
            <w:shd w:val="clear" w:color="auto" w:fill="FFFFFF"/>
            <w:tcMar>
              <w:top w:w="75" w:type="dxa"/>
              <w:left w:w="85" w:type="dxa"/>
              <w:bottom w:w="75" w:type="dxa"/>
              <w:right w:w="85" w:type="dxa"/>
            </w:tcMar>
            <w:vAlign w:val="center"/>
          </w:tcPr>
          <w:p w14:paraId="7A0D7023" w14:textId="77777777" w:rsidR="004A2E0F" w:rsidRPr="00D308F8" w:rsidRDefault="00000000">
            <w:pPr>
              <w:spacing w:after="0" w:line="240" w:lineRule="auto"/>
              <w:jc w:val="center"/>
              <w:rPr>
                <w:noProof/>
                <w:lang w:val="ro-RO"/>
              </w:rPr>
            </w:pPr>
            <w:r w:rsidRPr="00D308F8">
              <w:rPr>
                <w:noProof/>
                <w:sz w:val="14"/>
                <w:lang w:val="ro-RO"/>
              </w:rPr>
              <w:t>VERDE</w:t>
            </w:r>
          </w:p>
        </w:tc>
        <w:tc>
          <w:tcPr>
            <w:tcW w:w="2835" w:type="dxa"/>
            <w:shd w:val="clear" w:color="auto" w:fill="FFFFFF"/>
            <w:tcMar>
              <w:top w:w="75" w:type="dxa"/>
              <w:left w:w="85" w:type="dxa"/>
              <w:bottom w:w="75" w:type="dxa"/>
              <w:right w:w="85" w:type="dxa"/>
            </w:tcMar>
            <w:vAlign w:val="center"/>
          </w:tcPr>
          <w:p w14:paraId="7093E9D2" w14:textId="77777777" w:rsidR="004A2E0F" w:rsidRPr="00D308F8" w:rsidRDefault="00000000">
            <w:pPr>
              <w:spacing w:after="0" w:line="240" w:lineRule="auto"/>
              <w:rPr>
                <w:noProof/>
                <w:lang w:val="ro-RO"/>
              </w:rPr>
            </w:pPr>
            <w:r w:rsidRPr="00D308F8">
              <w:rPr>
                <w:noProof/>
                <w:sz w:val="14"/>
                <w:lang w:val="ro-RO"/>
              </w:rPr>
              <w:t>Proces stabil; un furnizor de material generează deviații sporadice.</w:t>
            </w:r>
          </w:p>
        </w:tc>
        <w:tc>
          <w:tcPr>
            <w:tcW w:w="2438" w:type="dxa"/>
            <w:shd w:val="clear" w:color="auto" w:fill="FFFFFF"/>
            <w:tcMar>
              <w:top w:w="75" w:type="dxa"/>
              <w:left w:w="85" w:type="dxa"/>
              <w:bottom w:w="75" w:type="dxa"/>
              <w:right w:w="85" w:type="dxa"/>
            </w:tcMar>
            <w:vAlign w:val="center"/>
          </w:tcPr>
          <w:p w14:paraId="757E07E9" w14:textId="77777777" w:rsidR="004A2E0F" w:rsidRPr="00D308F8" w:rsidRDefault="00000000">
            <w:pPr>
              <w:spacing w:after="0" w:line="240" w:lineRule="auto"/>
              <w:rPr>
                <w:noProof/>
                <w:lang w:val="ro-RO"/>
              </w:rPr>
            </w:pPr>
            <w:r w:rsidRPr="00D308F8">
              <w:rPr>
                <w:noProof/>
                <w:sz w:val="14"/>
                <w:lang w:val="ro-RO"/>
              </w:rPr>
              <w:t>Acțiune furnizor și control suplimentar la recepție.</w:t>
            </w:r>
          </w:p>
        </w:tc>
      </w:tr>
      <w:tr w:rsidR="004A2E0F" w:rsidRPr="00D308F8" w14:paraId="6413CAE0" w14:textId="77777777">
        <w:trPr>
          <w:cantSplit/>
          <w:jc w:val="center"/>
        </w:trPr>
        <w:tc>
          <w:tcPr>
            <w:tcW w:w="1020" w:type="dxa"/>
            <w:shd w:val="clear" w:color="auto" w:fill="FAFAFA"/>
            <w:tcMar>
              <w:top w:w="75" w:type="dxa"/>
              <w:left w:w="85" w:type="dxa"/>
              <w:bottom w:w="75" w:type="dxa"/>
              <w:right w:w="85" w:type="dxa"/>
            </w:tcMar>
            <w:vAlign w:val="center"/>
          </w:tcPr>
          <w:p w14:paraId="196D7A3E" w14:textId="77777777" w:rsidR="004A2E0F" w:rsidRPr="00D308F8" w:rsidRDefault="00000000">
            <w:pPr>
              <w:spacing w:after="0" w:line="240" w:lineRule="auto"/>
              <w:jc w:val="center"/>
              <w:rPr>
                <w:noProof/>
                <w:lang w:val="ro-RO"/>
              </w:rPr>
            </w:pPr>
            <w:r w:rsidRPr="00D308F8">
              <w:rPr>
                <w:noProof/>
                <w:sz w:val="14"/>
                <w:lang w:val="ro-RO"/>
              </w:rPr>
              <w:t>T4</w:t>
            </w:r>
          </w:p>
        </w:tc>
        <w:tc>
          <w:tcPr>
            <w:tcW w:w="1361" w:type="dxa"/>
            <w:shd w:val="clear" w:color="auto" w:fill="FAFAFA"/>
            <w:tcMar>
              <w:top w:w="75" w:type="dxa"/>
              <w:left w:w="85" w:type="dxa"/>
              <w:bottom w:w="75" w:type="dxa"/>
              <w:right w:w="85" w:type="dxa"/>
            </w:tcMar>
            <w:vAlign w:val="center"/>
          </w:tcPr>
          <w:p w14:paraId="17F74E81" w14:textId="77777777" w:rsidR="004A2E0F" w:rsidRPr="00D308F8" w:rsidRDefault="00000000">
            <w:pPr>
              <w:spacing w:after="0" w:line="240" w:lineRule="auto"/>
              <w:rPr>
                <w:noProof/>
                <w:lang w:val="ro-RO"/>
              </w:rPr>
            </w:pPr>
            <w:r w:rsidRPr="00D308F8">
              <w:rPr>
                <w:noProof/>
                <w:sz w:val="14"/>
                <w:lang w:val="ro-RO"/>
              </w:rPr>
              <w:t>270 ppm</w:t>
            </w:r>
          </w:p>
        </w:tc>
        <w:tc>
          <w:tcPr>
            <w:tcW w:w="1247" w:type="dxa"/>
            <w:shd w:val="clear" w:color="auto" w:fill="FAFAFA"/>
            <w:tcMar>
              <w:top w:w="75" w:type="dxa"/>
              <w:left w:w="85" w:type="dxa"/>
              <w:bottom w:w="75" w:type="dxa"/>
              <w:right w:w="85" w:type="dxa"/>
            </w:tcMar>
            <w:vAlign w:val="center"/>
          </w:tcPr>
          <w:p w14:paraId="058B6443" w14:textId="77777777" w:rsidR="004A2E0F" w:rsidRPr="00D308F8" w:rsidRDefault="00000000">
            <w:pPr>
              <w:spacing w:after="0" w:line="240" w:lineRule="auto"/>
              <w:rPr>
                <w:noProof/>
                <w:lang w:val="ro-RO"/>
              </w:rPr>
            </w:pPr>
            <w:r w:rsidRPr="00D308F8">
              <w:rPr>
                <w:noProof/>
                <w:sz w:val="14"/>
                <w:lang w:val="ro-RO"/>
              </w:rPr>
              <w:t>300 ppm</w:t>
            </w:r>
          </w:p>
        </w:tc>
        <w:tc>
          <w:tcPr>
            <w:tcW w:w="1020" w:type="dxa"/>
            <w:shd w:val="clear" w:color="auto" w:fill="FAFAFA"/>
            <w:tcMar>
              <w:top w:w="75" w:type="dxa"/>
              <w:left w:w="85" w:type="dxa"/>
              <w:bottom w:w="75" w:type="dxa"/>
              <w:right w:w="85" w:type="dxa"/>
            </w:tcMar>
            <w:vAlign w:val="center"/>
          </w:tcPr>
          <w:p w14:paraId="4F92170F" w14:textId="77777777" w:rsidR="004A2E0F" w:rsidRPr="00D308F8" w:rsidRDefault="00000000">
            <w:pPr>
              <w:spacing w:after="0" w:line="240" w:lineRule="auto"/>
              <w:jc w:val="center"/>
              <w:rPr>
                <w:noProof/>
                <w:lang w:val="ro-RO"/>
              </w:rPr>
            </w:pPr>
            <w:r w:rsidRPr="00D308F8">
              <w:rPr>
                <w:noProof/>
                <w:sz w:val="14"/>
                <w:lang w:val="ro-RO"/>
              </w:rPr>
              <w:t>VERDE</w:t>
            </w:r>
          </w:p>
        </w:tc>
        <w:tc>
          <w:tcPr>
            <w:tcW w:w="2835" w:type="dxa"/>
            <w:shd w:val="clear" w:color="auto" w:fill="FAFAFA"/>
            <w:tcMar>
              <w:top w:w="75" w:type="dxa"/>
              <w:left w:w="85" w:type="dxa"/>
              <w:bottom w:w="75" w:type="dxa"/>
              <w:right w:w="85" w:type="dxa"/>
            </w:tcMar>
            <w:vAlign w:val="center"/>
          </w:tcPr>
          <w:p w14:paraId="328B878C" w14:textId="77777777" w:rsidR="004A2E0F" w:rsidRPr="00D308F8" w:rsidRDefault="00000000">
            <w:pPr>
              <w:spacing w:after="0" w:line="240" w:lineRule="auto"/>
              <w:rPr>
                <w:noProof/>
                <w:lang w:val="ro-RO"/>
              </w:rPr>
            </w:pPr>
            <w:r w:rsidRPr="00D308F8">
              <w:rPr>
                <w:noProof/>
                <w:sz w:val="14"/>
                <w:lang w:val="ro-RO"/>
              </w:rPr>
              <w:t>Ținta atinsă; fără defecte scăpate confirmate; risc reevaluat.</w:t>
            </w:r>
          </w:p>
        </w:tc>
        <w:tc>
          <w:tcPr>
            <w:tcW w:w="2438" w:type="dxa"/>
            <w:shd w:val="clear" w:color="auto" w:fill="FAFAFA"/>
            <w:tcMar>
              <w:top w:w="75" w:type="dxa"/>
              <w:left w:w="85" w:type="dxa"/>
              <w:bottom w:w="75" w:type="dxa"/>
              <w:right w:w="85" w:type="dxa"/>
            </w:tcMar>
            <w:vAlign w:val="center"/>
          </w:tcPr>
          <w:p w14:paraId="2DDBCB52" w14:textId="77777777" w:rsidR="004A2E0F" w:rsidRPr="00D308F8" w:rsidRDefault="00000000">
            <w:pPr>
              <w:spacing w:after="0" w:line="240" w:lineRule="auto"/>
              <w:rPr>
                <w:noProof/>
                <w:lang w:val="ro-RO"/>
              </w:rPr>
            </w:pPr>
            <w:r w:rsidRPr="00D308F8">
              <w:rPr>
                <w:noProof/>
                <w:sz w:val="14"/>
                <w:lang w:val="ro-RO"/>
              </w:rPr>
              <w:t>Menținere, monitorizare și extindere controlată.</w:t>
            </w:r>
          </w:p>
        </w:tc>
      </w:tr>
    </w:tbl>
    <w:p w14:paraId="665AD528" w14:textId="77777777" w:rsidR="004A2E0F" w:rsidRPr="00D308F8" w:rsidRDefault="004A2E0F">
      <w:pPr>
        <w:spacing w:after="20"/>
        <w:rPr>
          <w:noProof/>
          <w:lang w:val="ro-RO"/>
        </w:rPr>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4A2E0F" w:rsidRPr="00D308F8" w14:paraId="620026B6" w14:textId="77777777">
        <w:trPr>
          <w:cantSplit/>
          <w:jc w:val="center"/>
        </w:trPr>
        <w:tc>
          <w:tcPr>
            <w:tcW w:w="567" w:type="dxa"/>
            <w:shd w:val="clear" w:color="auto" w:fill="D71920"/>
            <w:tcMar>
              <w:top w:w="75" w:type="dxa"/>
              <w:left w:w="85" w:type="dxa"/>
              <w:bottom w:w="75" w:type="dxa"/>
              <w:right w:w="85" w:type="dxa"/>
            </w:tcMar>
            <w:vAlign w:val="center"/>
          </w:tcPr>
          <w:p w14:paraId="45B03AF2" w14:textId="77777777" w:rsidR="004A2E0F" w:rsidRPr="00D308F8" w:rsidRDefault="00000000">
            <w:pPr>
              <w:spacing w:after="0" w:line="240" w:lineRule="auto"/>
              <w:jc w:val="center"/>
              <w:rPr>
                <w:noProof/>
                <w:lang w:val="ro-RO"/>
              </w:rPr>
            </w:pPr>
            <w:r w:rsidRPr="00D308F8">
              <w:rPr>
                <w:b/>
                <w:noProof/>
                <w:color w:val="FFFFFF"/>
                <w:sz w:val="30"/>
                <w:lang w:val="ro-RO"/>
              </w:rPr>
              <w:t>i</w:t>
            </w:r>
          </w:p>
        </w:tc>
        <w:tc>
          <w:tcPr>
            <w:tcW w:w="9354" w:type="dxa"/>
            <w:shd w:val="clear" w:color="auto" w:fill="FCEBEC"/>
          </w:tcPr>
          <w:p w14:paraId="14D22078" w14:textId="77777777" w:rsidR="004A2E0F" w:rsidRPr="00D308F8" w:rsidRDefault="00000000">
            <w:pPr>
              <w:spacing w:after="40"/>
              <w:rPr>
                <w:noProof/>
                <w:lang w:val="ro-RO"/>
              </w:rPr>
            </w:pPr>
            <w:r w:rsidRPr="00D308F8">
              <w:rPr>
                <w:b/>
                <w:noProof/>
                <w:color w:val="D71920"/>
                <w:lang w:val="ro-RO"/>
              </w:rPr>
              <w:t>LECȚIA EXEMPLULUI</w:t>
            </w:r>
          </w:p>
          <w:p w14:paraId="5C346B2B" w14:textId="77777777" w:rsidR="004A2E0F" w:rsidRPr="00D308F8" w:rsidRDefault="00000000">
            <w:pPr>
              <w:spacing w:after="0" w:line="252" w:lineRule="auto"/>
              <w:rPr>
                <w:noProof/>
                <w:lang w:val="ro-RO"/>
              </w:rPr>
            </w:pPr>
            <w:r w:rsidRPr="00D308F8">
              <w:rPr>
                <w:noProof/>
                <w:sz w:val="17"/>
                <w:lang w:val="ro-RO"/>
              </w:rPr>
              <w:t>Obiectivul a combinat date de produs, proces, măsurare și post-producție. Reducerea defectului nu a modificat criteriile de acceptare și a inclus revalidarea și actualizarea managementului riscului.</w:t>
            </w:r>
          </w:p>
        </w:tc>
      </w:tr>
    </w:tbl>
    <w:p w14:paraId="3ADA0902" w14:textId="77777777" w:rsidR="004A2E0F" w:rsidRPr="00D308F8" w:rsidRDefault="004A2E0F">
      <w:pPr>
        <w:spacing w:after="0"/>
        <w:rPr>
          <w:noProof/>
          <w:lang w:val="ro-RO"/>
        </w:rPr>
      </w:pPr>
    </w:p>
    <w:p w14:paraId="599852FD" w14:textId="77777777" w:rsidR="004A2E0F" w:rsidRPr="00D308F8" w:rsidRDefault="00000000">
      <w:pPr>
        <w:rPr>
          <w:noProof/>
          <w:lang w:val="ro-RO"/>
        </w:rPr>
      </w:pPr>
      <w:r w:rsidRPr="00D308F8">
        <w:rPr>
          <w:noProof/>
          <w:lang w:val="ro-RO"/>
        </w:rPr>
        <w:br w:type="page"/>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4A2E0F" w:rsidRPr="00D308F8" w14:paraId="6D97860C" w14:textId="77777777">
        <w:trPr>
          <w:jc w:val="center"/>
        </w:trPr>
        <w:tc>
          <w:tcPr>
            <w:tcW w:w="1020" w:type="dxa"/>
            <w:shd w:val="clear" w:color="auto" w:fill="D71920"/>
            <w:tcMar>
              <w:top w:w="75" w:type="dxa"/>
              <w:left w:w="85" w:type="dxa"/>
              <w:bottom w:w="75" w:type="dxa"/>
              <w:right w:w="85" w:type="dxa"/>
            </w:tcMar>
            <w:vAlign w:val="center"/>
          </w:tcPr>
          <w:p w14:paraId="43B495C4" w14:textId="77777777" w:rsidR="004A2E0F" w:rsidRPr="00D308F8" w:rsidRDefault="00000000">
            <w:pPr>
              <w:spacing w:after="0" w:line="240" w:lineRule="auto"/>
              <w:jc w:val="center"/>
              <w:rPr>
                <w:noProof/>
                <w:lang w:val="ro-RO"/>
              </w:rPr>
            </w:pPr>
            <w:r w:rsidRPr="00D308F8">
              <w:rPr>
                <w:b/>
                <w:noProof/>
                <w:color w:val="FFFFFF"/>
                <w:sz w:val="34"/>
                <w:lang w:val="ro-RO"/>
              </w:rPr>
              <w:lastRenderedPageBreak/>
              <w:t>7</w:t>
            </w:r>
          </w:p>
        </w:tc>
        <w:tc>
          <w:tcPr>
            <w:tcW w:w="8901" w:type="dxa"/>
            <w:shd w:val="clear" w:color="auto" w:fill="F3F4F5"/>
          </w:tcPr>
          <w:p w14:paraId="01E26297" w14:textId="77777777" w:rsidR="004A2E0F" w:rsidRPr="00D308F8" w:rsidRDefault="00000000">
            <w:pPr>
              <w:spacing w:after="20"/>
              <w:rPr>
                <w:noProof/>
                <w:lang w:val="ro-RO"/>
              </w:rPr>
            </w:pPr>
            <w:r w:rsidRPr="00D308F8">
              <w:rPr>
                <w:b/>
                <w:noProof/>
                <w:sz w:val="28"/>
                <w:lang w:val="ro-RO"/>
              </w:rPr>
              <w:t>Revizuire și decizie managerială</w:t>
            </w:r>
          </w:p>
          <w:p w14:paraId="64ECDAEC" w14:textId="77777777" w:rsidR="004A2E0F" w:rsidRPr="00D308F8" w:rsidRDefault="00000000">
            <w:pPr>
              <w:spacing w:after="0"/>
              <w:rPr>
                <w:noProof/>
                <w:lang w:val="ro-RO"/>
              </w:rPr>
            </w:pPr>
            <w:r w:rsidRPr="00D308F8">
              <w:rPr>
                <w:noProof/>
                <w:color w:val="666666"/>
                <w:sz w:val="16"/>
                <w:lang w:val="ro-RO"/>
              </w:rPr>
              <w:t>Obiectivele trebuie folosite pentru decizii, nu doar raportate</w:t>
            </w:r>
          </w:p>
        </w:tc>
      </w:tr>
    </w:tbl>
    <w:p w14:paraId="68FE63EE" w14:textId="77777777" w:rsidR="004A2E0F" w:rsidRPr="00D308F8" w:rsidRDefault="004A2E0F">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850"/>
        <w:gridCol w:w="9071"/>
      </w:tblGrid>
      <w:tr w:rsidR="004A2E0F" w:rsidRPr="00D308F8" w14:paraId="01D5ED13" w14:textId="77777777">
        <w:trPr>
          <w:tblHeader/>
          <w:jc w:val="center"/>
        </w:trPr>
        <w:tc>
          <w:tcPr>
            <w:tcW w:w="850" w:type="dxa"/>
            <w:shd w:val="clear" w:color="auto" w:fill="D71920"/>
            <w:tcMar>
              <w:top w:w="75" w:type="dxa"/>
              <w:left w:w="85" w:type="dxa"/>
              <w:bottom w:w="75" w:type="dxa"/>
              <w:right w:w="85" w:type="dxa"/>
            </w:tcMar>
            <w:vAlign w:val="center"/>
          </w:tcPr>
          <w:p w14:paraId="024C9F1F" w14:textId="77777777" w:rsidR="004A2E0F" w:rsidRPr="00D308F8" w:rsidRDefault="00000000">
            <w:pPr>
              <w:spacing w:after="0" w:line="240" w:lineRule="auto"/>
              <w:jc w:val="center"/>
              <w:rPr>
                <w:noProof/>
                <w:lang w:val="ro-RO"/>
              </w:rPr>
            </w:pPr>
            <w:r w:rsidRPr="00D308F8">
              <w:rPr>
                <w:b/>
                <w:noProof/>
                <w:color w:val="FFFFFF"/>
                <w:sz w:val="16"/>
                <w:lang w:val="ro-RO"/>
              </w:rPr>
              <w:t>#</w:t>
            </w:r>
          </w:p>
        </w:tc>
        <w:tc>
          <w:tcPr>
            <w:tcW w:w="9071" w:type="dxa"/>
            <w:shd w:val="clear" w:color="auto" w:fill="D71920"/>
            <w:tcMar>
              <w:top w:w="75" w:type="dxa"/>
              <w:left w:w="85" w:type="dxa"/>
              <w:bottom w:w="75" w:type="dxa"/>
              <w:right w:w="85" w:type="dxa"/>
            </w:tcMar>
            <w:vAlign w:val="center"/>
          </w:tcPr>
          <w:p w14:paraId="50810CD3" w14:textId="77777777" w:rsidR="004A2E0F" w:rsidRPr="00D308F8" w:rsidRDefault="00000000">
            <w:pPr>
              <w:spacing w:after="0" w:line="240" w:lineRule="auto"/>
              <w:jc w:val="center"/>
              <w:rPr>
                <w:noProof/>
                <w:lang w:val="ro-RO"/>
              </w:rPr>
            </w:pPr>
            <w:r w:rsidRPr="00D308F8">
              <w:rPr>
                <w:b/>
                <w:noProof/>
                <w:color w:val="FFFFFF"/>
                <w:sz w:val="16"/>
                <w:lang w:val="ro-RO"/>
              </w:rPr>
              <w:t>ÎNTREBARE</w:t>
            </w:r>
          </w:p>
        </w:tc>
      </w:tr>
      <w:tr w:rsidR="004A2E0F" w:rsidRPr="00D308F8" w14:paraId="716EA7FE" w14:textId="77777777">
        <w:trPr>
          <w:cantSplit/>
          <w:jc w:val="center"/>
        </w:trPr>
        <w:tc>
          <w:tcPr>
            <w:tcW w:w="850" w:type="dxa"/>
            <w:shd w:val="clear" w:color="auto" w:fill="FFFFFF"/>
            <w:tcMar>
              <w:top w:w="75" w:type="dxa"/>
              <w:left w:w="85" w:type="dxa"/>
              <w:bottom w:w="75" w:type="dxa"/>
              <w:right w:w="85" w:type="dxa"/>
            </w:tcMar>
            <w:vAlign w:val="center"/>
          </w:tcPr>
          <w:p w14:paraId="06F4A408" w14:textId="77777777" w:rsidR="004A2E0F" w:rsidRPr="00D308F8" w:rsidRDefault="00000000">
            <w:pPr>
              <w:spacing w:after="0" w:line="240" w:lineRule="auto"/>
              <w:jc w:val="center"/>
              <w:rPr>
                <w:noProof/>
                <w:lang w:val="ro-RO"/>
              </w:rPr>
            </w:pPr>
            <w:r w:rsidRPr="00D308F8">
              <w:rPr>
                <w:noProof/>
                <w:sz w:val="16"/>
                <w:lang w:val="ro-RO"/>
              </w:rPr>
              <w:t>1</w:t>
            </w:r>
          </w:p>
        </w:tc>
        <w:tc>
          <w:tcPr>
            <w:tcW w:w="9071" w:type="dxa"/>
            <w:shd w:val="clear" w:color="auto" w:fill="FFFFFF"/>
            <w:tcMar>
              <w:top w:w="75" w:type="dxa"/>
              <w:left w:w="85" w:type="dxa"/>
              <w:bottom w:w="75" w:type="dxa"/>
              <w:right w:w="85" w:type="dxa"/>
            </w:tcMar>
            <w:vAlign w:val="center"/>
          </w:tcPr>
          <w:p w14:paraId="72458E3D" w14:textId="77777777" w:rsidR="004A2E0F" w:rsidRPr="00D308F8" w:rsidRDefault="00000000">
            <w:pPr>
              <w:spacing w:after="0" w:line="240" w:lineRule="auto"/>
              <w:rPr>
                <w:noProof/>
                <w:lang w:val="ro-RO"/>
              </w:rPr>
            </w:pPr>
            <w:r w:rsidRPr="00D308F8">
              <w:rPr>
                <w:noProof/>
                <w:sz w:val="16"/>
                <w:lang w:val="ro-RO"/>
              </w:rPr>
              <w:t>Datele sunt complete, trasabile și comparabile pe produs, lot, piață și perioadă?</w:t>
            </w:r>
          </w:p>
        </w:tc>
      </w:tr>
      <w:tr w:rsidR="004A2E0F" w:rsidRPr="00D308F8" w14:paraId="405987A8" w14:textId="77777777">
        <w:trPr>
          <w:cantSplit/>
          <w:jc w:val="center"/>
        </w:trPr>
        <w:tc>
          <w:tcPr>
            <w:tcW w:w="850" w:type="dxa"/>
            <w:shd w:val="clear" w:color="auto" w:fill="FAFAFA"/>
            <w:tcMar>
              <w:top w:w="75" w:type="dxa"/>
              <w:left w:w="85" w:type="dxa"/>
              <w:bottom w:w="75" w:type="dxa"/>
              <w:right w:w="85" w:type="dxa"/>
            </w:tcMar>
            <w:vAlign w:val="center"/>
          </w:tcPr>
          <w:p w14:paraId="3D2FB748" w14:textId="77777777" w:rsidR="004A2E0F" w:rsidRPr="00D308F8" w:rsidRDefault="00000000">
            <w:pPr>
              <w:spacing w:after="0" w:line="240" w:lineRule="auto"/>
              <w:jc w:val="center"/>
              <w:rPr>
                <w:noProof/>
                <w:lang w:val="ro-RO"/>
              </w:rPr>
            </w:pPr>
            <w:r w:rsidRPr="00D308F8">
              <w:rPr>
                <w:noProof/>
                <w:sz w:val="16"/>
                <w:lang w:val="ro-RO"/>
              </w:rPr>
              <w:t>2</w:t>
            </w:r>
          </w:p>
        </w:tc>
        <w:tc>
          <w:tcPr>
            <w:tcW w:w="9071" w:type="dxa"/>
            <w:shd w:val="clear" w:color="auto" w:fill="FAFAFA"/>
            <w:tcMar>
              <w:top w:w="75" w:type="dxa"/>
              <w:left w:w="85" w:type="dxa"/>
              <w:bottom w:w="75" w:type="dxa"/>
              <w:right w:w="85" w:type="dxa"/>
            </w:tcMar>
            <w:vAlign w:val="center"/>
          </w:tcPr>
          <w:p w14:paraId="6A97104F" w14:textId="77777777" w:rsidR="004A2E0F" w:rsidRPr="00D308F8" w:rsidRDefault="00000000">
            <w:pPr>
              <w:spacing w:after="0" w:line="240" w:lineRule="auto"/>
              <w:rPr>
                <w:noProof/>
                <w:lang w:val="ro-RO"/>
              </w:rPr>
            </w:pPr>
            <w:r w:rsidRPr="00D308F8">
              <w:rPr>
                <w:noProof/>
                <w:sz w:val="16"/>
                <w:lang w:val="ro-RO"/>
              </w:rPr>
              <w:t>Rezultatul reduce riscul și îmbunătățește conformitatea produsului, nu doar randamentul sau timpul?</w:t>
            </w:r>
          </w:p>
        </w:tc>
      </w:tr>
      <w:tr w:rsidR="004A2E0F" w:rsidRPr="00D308F8" w14:paraId="2768518F" w14:textId="77777777">
        <w:trPr>
          <w:cantSplit/>
          <w:jc w:val="center"/>
        </w:trPr>
        <w:tc>
          <w:tcPr>
            <w:tcW w:w="850" w:type="dxa"/>
            <w:shd w:val="clear" w:color="auto" w:fill="FFFFFF"/>
            <w:tcMar>
              <w:top w:w="75" w:type="dxa"/>
              <w:left w:w="85" w:type="dxa"/>
              <w:bottom w:w="75" w:type="dxa"/>
              <w:right w:w="85" w:type="dxa"/>
            </w:tcMar>
            <w:vAlign w:val="center"/>
          </w:tcPr>
          <w:p w14:paraId="45B61385" w14:textId="77777777" w:rsidR="004A2E0F" w:rsidRPr="00D308F8" w:rsidRDefault="00000000">
            <w:pPr>
              <w:spacing w:after="0" w:line="240" w:lineRule="auto"/>
              <w:jc w:val="center"/>
              <w:rPr>
                <w:noProof/>
                <w:lang w:val="ro-RO"/>
              </w:rPr>
            </w:pPr>
            <w:r w:rsidRPr="00D308F8">
              <w:rPr>
                <w:noProof/>
                <w:sz w:val="16"/>
                <w:lang w:val="ro-RO"/>
              </w:rPr>
              <w:t>3</w:t>
            </w:r>
          </w:p>
        </w:tc>
        <w:tc>
          <w:tcPr>
            <w:tcW w:w="9071" w:type="dxa"/>
            <w:shd w:val="clear" w:color="auto" w:fill="FFFFFF"/>
            <w:tcMar>
              <w:top w:w="75" w:type="dxa"/>
              <w:left w:w="85" w:type="dxa"/>
              <w:bottom w:w="75" w:type="dxa"/>
              <w:right w:w="85" w:type="dxa"/>
            </w:tcMar>
            <w:vAlign w:val="center"/>
          </w:tcPr>
          <w:p w14:paraId="7517A6D6" w14:textId="77777777" w:rsidR="004A2E0F" w:rsidRPr="00D308F8" w:rsidRDefault="00000000">
            <w:pPr>
              <w:spacing w:after="0" w:line="240" w:lineRule="auto"/>
              <w:rPr>
                <w:noProof/>
                <w:lang w:val="ro-RO"/>
              </w:rPr>
            </w:pPr>
            <w:r w:rsidRPr="00D308F8">
              <w:rPr>
                <w:noProof/>
                <w:sz w:val="16"/>
                <w:lang w:val="ro-RO"/>
              </w:rPr>
              <w:t>Criteriile de acceptare, eliberare, reclamație și raportabilitate au rămas intacte?</w:t>
            </w:r>
          </w:p>
        </w:tc>
      </w:tr>
      <w:tr w:rsidR="004A2E0F" w:rsidRPr="00D308F8" w14:paraId="07AC6E4A" w14:textId="77777777">
        <w:trPr>
          <w:cantSplit/>
          <w:jc w:val="center"/>
        </w:trPr>
        <w:tc>
          <w:tcPr>
            <w:tcW w:w="850" w:type="dxa"/>
            <w:shd w:val="clear" w:color="auto" w:fill="FAFAFA"/>
            <w:tcMar>
              <w:top w:w="75" w:type="dxa"/>
              <w:left w:w="85" w:type="dxa"/>
              <w:bottom w:w="75" w:type="dxa"/>
              <w:right w:w="85" w:type="dxa"/>
            </w:tcMar>
            <w:vAlign w:val="center"/>
          </w:tcPr>
          <w:p w14:paraId="680DB17D" w14:textId="77777777" w:rsidR="004A2E0F" w:rsidRPr="00D308F8" w:rsidRDefault="00000000">
            <w:pPr>
              <w:spacing w:after="0" w:line="240" w:lineRule="auto"/>
              <w:jc w:val="center"/>
              <w:rPr>
                <w:noProof/>
                <w:lang w:val="ro-RO"/>
              </w:rPr>
            </w:pPr>
            <w:r w:rsidRPr="00D308F8">
              <w:rPr>
                <w:noProof/>
                <w:sz w:val="16"/>
                <w:lang w:val="ro-RO"/>
              </w:rPr>
              <w:t>4</w:t>
            </w:r>
          </w:p>
        </w:tc>
        <w:tc>
          <w:tcPr>
            <w:tcW w:w="9071" w:type="dxa"/>
            <w:shd w:val="clear" w:color="auto" w:fill="FAFAFA"/>
            <w:tcMar>
              <w:top w:w="75" w:type="dxa"/>
              <w:left w:w="85" w:type="dxa"/>
              <w:bottom w:w="75" w:type="dxa"/>
              <w:right w:w="85" w:type="dxa"/>
            </w:tcMar>
            <w:vAlign w:val="center"/>
          </w:tcPr>
          <w:p w14:paraId="705F00BE" w14:textId="77777777" w:rsidR="004A2E0F" w:rsidRPr="00D308F8" w:rsidRDefault="00000000">
            <w:pPr>
              <w:spacing w:after="0" w:line="240" w:lineRule="auto"/>
              <w:rPr>
                <w:noProof/>
                <w:lang w:val="ro-RO"/>
              </w:rPr>
            </w:pPr>
            <w:r w:rsidRPr="00D308F8">
              <w:rPr>
                <w:noProof/>
                <w:sz w:val="16"/>
                <w:lang w:val="ro-RO"/>
              </w:rPr>
              <w:t>Schimbările au fost evaluate, verificate/validate și introduse sub control documentat?</w:t>
            </w:r>
          </w:p>
        </w:tc>
      </w:tr>
      <w:tr w:rsidR="004A2E0F" w:rsidRPr="00D308F8" w14:paraId="6ACF9604" w14:textId="77777777">
        <w:trPr>
          <w:cantSplit/>
          <w:jc w:val="center"/>
        </w:trPr>
        <w:tc>
          <w:tcPr>
            <w:tcW w:w="850" w:type="dxa"/>
            <w:shd w:val="clear" w:color="auto" w:fill="FFFFFF"/>
            <w:tcMar>
              <w:top w:w="75" w:type="dxa"/>
              <w:left w:w="85" w:type="dxa"/>
              <w:bottom w:w="75" w:type="dxa"/>
              <w:right w:w="85" w:type="dxa"/>
            </w:tcMar>
            <w:vAlign w:val="center"/>
          </w:tcPr>
          <w:p w14:paraId="7D0FCAB2" w14:textId="77777777" w:rsidR="004A2E0F" w:rsidRPr="00D308F8" w:rsidRDefault="00000000">
            <w:pPr>
              <w:spacing w:after="0" w:line="240" w:lineRule="auto"/>
              <w:jc w:val="center"/>
              <w:rPr>
                <w:noProof/>
                <w:lang w:val="ro-RO"/>
              </w:rPr>
            </w:pPr>
            <w:r w:rsidRPr="00D308F8">
              <w:rPr>
                <w:noProof/>
                <w:sz w:val="16"/>
                <w:lang w:val="ro-RO"/>
              </w:rPr>
              <w:t>5</w:t>
            </w:r>
          </w:p>
        </w:tc>
        <w:tc>
          <w:tcPr>
            <w:tcW w:w="9071" w:type="dxa"/>
            <w:shd w:val="clear" w:color="auto" w:fill="FFFFFF"/>
            <w:tcMar>
              <w:top w:w="75" w:type="dxa"/>
              <w:left w:w="85" w:type="dxa"/>
              <w:bottom w:w="75" w:type="dxa"/>
              <w:right w:w="85" w:type="dxa"/>
            </w:tcMar>
            <w:vAlign w:val="center"/>
          </w:tcPr>
          <w:p w14:paraId="61E0093F" w14:textId="77777777" w:rsidR="004A2E0F" w:rsidRPr="00D308F8" w:rsidRDefault="00000000">
            <w:pPr>
              <w:spacing w:after="0" w:line="240" w:lineRule="auto"/>
              <w:rPr>
                <w:noProof/>
                <w:lang w:val="ro-RO"/>
              </w:rPr>
            </w:pPr>
            <w:r w:rsidRPr="00D308F8">
              <w:rPr>
                <w:noProof/>
                <w:sz w:val="16"/>
                <w:lang w:val="ro-RO"/>
              </w:rPr>
              <w:t>Informațiile de producție și post-producție confirmă eficacitatea și au fost integrate în managementul riscului?</w:t>
            </w:r>
          </w:p>
        </w:tc>
      </w:tr>
      <w:tr w:rsidR="004A2E0F" w:rsidRPr="00D308F8" w14:paraId="57E26B01" w14:textId="77777777">
        <w:trPr>
          <w:cantSplit/>
          <w:jc w:val="center"/>
        </w:trPr>
        <w:tc>
          <w:tcPr>
            <w:tcW w:w="850" w:type="dxa"/>
            <w:shd w:val="clear" w:color="auto" w:fill="FAFAFA"/>
            <w:tcMar>
              <w:top w:w="75" w:type="dxa"/>
              <w:left w:w="85" w:type="dxa"/>
              <w:bottom w:w="75" w:type="dxa"/>
              <w:right w:w="85" w:type="dxa"/>
            </w:tcMar>
            <w:vAlign w:val="center"/>
          </w:tcPr>
          <w:p w14:paraId="38BB1961" w14:textId="77777777" w:rsidR="004A2E0F" w:rsidRPr="00D308F8" w:rsidRDefault="00000000">
            <w:pPr>
              <w:spacing w:after="0" w:line="240" w:lineRule="auto"/>
              <w:jc w:val="center"/>
              <w:rPr>
                <w:noProof/>
                <w:lang w:val="ro-RO"/>
              </w:rPr>
            </w:pPr>
            <w:r w:rsidRPr="00D308F8">
              <w:rPr>
                <w:noProof/>
                <w:sz w:val="16"/>
                <w:lang w:val="ro-RO"/>
              </w:rPr>
              <w:t>6</w:t>
            </w:r>
          </w:p>
        </w:tc>
        <w:tc>
          <w:tcPr>
            <w:tcW w:w="9071" w:type="dxa"/>
            <w:shd w:val="clear" w:color="auto" w:fill="FAFAFA"/>
            <w:tcMar>
              <w:top w:w="75" w:type="dxa"/>
              <w:left w:w="85" w:type="dxa"/>
              <w:bottom w:w="75" w:type="dxa"/>
              <w:right w:w="85" w:type="dxa"/>
            </w:tcMar>
            <w:vAlign w:val="center"/>
          </w:tcPr>
          <w:p w14:paraId="7CC976E0" w14:textId="77777777" w:rsidR="004A2E0F" w:rsidRPr="00D308F8" w:rsidRDefault="00000000">
            <w:pPr>
              <w:spacing w:after="0" w:line="240" w:lineRule="auto"/>
              <w:rPr>
                <w:noProof/>
                <w:lang w:val="ro-RO"/>
              </w:rPr>
            </w:pPr>
            <w:r w:rsidRPr="00D308F8">
              <w:rPr>
                <w:noProof/>
                <w:sz w:val="16"/>
                <w:lang w:val="ro-RO"/>
              </w:rPr>
              <w:t>Au apărut efecte nedorite asupra altor variante, loturi, procese, furnizori sau piețe?</w:t>
            </w:r>
          </w:p>
        </w:tc>
      </w:tr>
      <w:tr w:rsidR="004A2E0F" w:rsidRPr="00D308F8" w14:paraId="6F1EC0E7" w14:textId="77777777">
        <w:trPr>
          <w:cantSplit/>
          <w:jc w:val="center"/>
        </w:trPr>
        <w:tc>
          <w:tcPr>
            <w:tcW w:w="850" w:type="dxa"/>
            <w:shd w:val="clear" w:color="auto" w:fill="FFFFFF"/>
            <w:tcMar>
              <w:top w:w="75" w:type="dxa"/>
              <w:left w:w="85" w:type="dxa"/>
              <w:bottom w:w="75" w:type="dxa"/>
              <w:right w:w="85" w:type="dxa"/>
            </w:tcMar>
            <w:vAlign w:val="center"/>
          </w:tcPr>
          <w:p w14:paraId="242FFA7A" w14:textId="77777777" w:rsidR="004A2E0F" w:rsidRPr="00D308F8" w:rsidRDefault="00000000">
            <w:pPr>
              <w:spacing w:after="0" w:line="240" w:lineRule="auto"/>
              <w:jc w:val="center"/>
              <w:rPr>
                <w:noProof/>
                <w:lang w:val="ro-RO"/>
              </w:rPr>
            </w:pPr>
            <w:r w:rsidRPr="00D308F8">
              <w:rPr>
                <w:noProof/>
                <w:sz w:val="16"/>
                <w:lang w:val="ro-RO"/>
              </w:rPr>
              <w:t>7</w:t>
            </w:r>
          </w:p>
        </w:tc>
        <w:tc>
          <w:tcPr>
            <w:tcW w:w="9071" w:type="dxa"/>
            <w:shd w:val="clear" w:color="auto" w:fill="FFFFFF"/>
            <w:tcMar>
              <w:top w:w="75" w:type="dxa"/>
              <w:left w:w="85" w:type="dxa"/>
              <w:bottom w:w="75" w:type="dxa"/>
              <w:right w:w="85" w:type="dxa"/>
            </w:tcMar>
            <w:vAlign w:val="center"/>
          </w:tcPr>
          <w:p w14:paraId="5FA8F07C" w14:textId="77777777" w:rsidR="004A2E0F" w:rsidRPr="00D308F8" w:rsidRDefault="00000000">
            <w:pPr>
              <w:spacing w:after="0" w:line="240" w:lineRule="auto"/>
              <w:rPr>
                <w:noProof/>
                <w:lang w:val="ro-RO"/>
              </w:rPr>
            </w:pPr>
            <w:r w:rsidRPr="00D308F8">
              <w:rPr>
                <w:noProof/>
                <w:sz w:val="16"/>
                <w:lang w:val="ro-RO"/>
              </w:rPr>
              <w:t>Sunt respectate cerințele de reglementare și termenele aplicabile tuturor jurisdicțiilor vizate?</w:t>
            </w:r>
          </w:p>
        </w:tc>
      </w:tr>
      <w:tr w:rsidR="004A2E0F" w:rsidRPr="00D308F8" w14:paraId="6056EA17" w14:textId="77777777">
        <w:trPr>
          <w:cantSplit/>
          <w:jc w:val="center"/>
        </w:trPr>
        <w:tc>
          <w:tcPr>
            <w:tcW w:w="850" w:type="dxa"/>
            <w:shd w:val="clear" w:color="auto" w:fill="FAFAFA"/>
            <w:tcMar>
              <w:top w:w="75" w:type="dxa"/>
              <w:left w:w="85" w:type="dxa"/>
              <w:bottom w:w="75" w:type="dxa"/>
              <w:right w:w="85" w:type="dxa"/>
            </w:tcMar>
            <w:vAlign w:val="center"/>
          </w:tcPr>
          <w:p w14:paraId="09DB416D" w14:textId="77777777" w:rsidR="004A2E0F" w:rsidRPr="00D308F8" w:rsidRDefault="00000000">
            <w:pPr>
              <w:spacing w:after="0" w:line="240" w:lineRule="auto"/>
              <w:jc w:val="center"/>
              <w:rPr>
                <w:noProof/>
                <w:lang w:val="ro-RO"/>
              </w:rPr>
            </w:pPr>
            <w:r w:rsidRPr="00D308F8">
              <w:rPr>
                <w:noProof/>
                <w:sz w:val="16"/>
                <w:lang w:val="ro-RO"/>
              </w:rPr>
              <w:t>8</w:t>
            </w:r>
          </w:p>
        </w:tc>
        <w:tc>
          <w:tcPr>
            <w:tcW w:w="9071" w:type="dxa"/>
            <w:shd w:val="clear" w:color="auto" w:fill="FAFAFA"/>
            <w:tcMar>
              <w:top w:w="75" w:type="dxa"/>
              <w:left w:w="85" w:type="dxa"/>
              <w:bottom w:w="75" w:type="dxa"/>
              <w:right w:w="85" w:type="dxa"/>
            </w:tcMar>
            <w:vAlign w:val="center"/>
          </w:tcPr>
          <w:p w14:paraId="3B69AE77" w14:textId="77777777" w:rsidR="004A2E0F" w:rsidRPr="00D308F8" w:rsidRDefault="00000000">
            <w:pPr>
              <w:spacing w:after="0" w:line="240" w:lineRule="auto"/>
              <w:rPr>
                <w:noProof/>
                <w:lang w:val="ro-RO"/>
              </w:rPr>
            </w:pPr>
            <w:r w:rsidRPr="00D308F8">
              <w:rPr>
                <w:noProof/>
                <w:sz w:val="16"/>
                <w:lang w:val="ro-RO"/>
              </w:rPr>
              <w:t>Sunt necesare CAPA, resurse, schimbări de proiectare/proces sau acțiuni în teren?</w:t>
            </w:r>
          </w:p>
        </w:tc>
      </w:tr>
    </w:tbl>
    <w:p w14:paraId="015F4C8D" w14:textId="77777777" w:rsidR="004A2E0F" w:rsidRPr="00D308F8" w:rsidRDefault="004A2E0F">
      <w:pPr>
        <w:spacing w:after="20"/>
        <w:rPr>
          <w:noProof/>
          <w:lang w:val="ro-RO"/>
        </w:rPr>
      </w:pPr>
    </w:p>
    <w:p w14:paraId="400868AE" w14:textId="77777777" w:rsidR="004A2E0F" w:rsidRPr="00D308F8" w:rsidRDefault="00000000">
      <w:pPr>
        <w:pStyle w:val="Heading2"/>
        <w:rPr>
          <w:noProof/>
          <w:lang w:val="ro-RO"/>
        </w:rPr>
      </w:pPr>
      <w:r w:rsidRPr="00D308F8">
        <w:rPr>
          <w:noProof/>
          <w:lang w:val="ro-RO"/>
        </w:rPr>
        <w:t>Când ținta nu este atinsă</w:t>
      </w:r>
    </w:p>
    <w:p w14:paraId="1DA4C28A" w14:textId="77777777" w:rsidR="004A2E0F" w:rsidRPr="00D308F8" w:rsidRDefault="00000000">
      <w:pPr>
        <w:pStyle w:val="ListBullet"/>
        <w:spacing w:after="40"/>
        <w:ind w:left="283" w:hanging="170"/>
        <w:rPr>
          <w:noProof/>
          <w:lang w:val="ro-RO"/>
        </w:rPr>
      </w:pPr>
      <w:r w:rsidRPr="00D308F8">
        <w:rPr>
          <w:noProof/>
          <w:lang w:val="ro-RO"/>
        </w:rPr>
        <w:t>Confirmați integritatea datelor, sistemul de măsurare, loturile și formulele; verificați rework-ul și reclasificările.</w:t>
      </w:r>
    </w:p>
    <w:p w14:paraId="54C7F994" w14:textId="77777777" w:rsidR="004A2E0F" w:rsidRPr="00D308F8" w:rsidRDefault="00000000">
      <w:pPr>
        <w:pStyle w:val="ListBullet"/>
        <w:spacing w:after="40"/>
        <w:ind w:left="283" w:hanging="170"/>
        <w:rPr>
          <w:noProof/>
          <w:lang w:val="ro-RO"/>
        </w:rPr>
      </w:pPr>
      <w:r w:rsidRPr="00D308F8">
        <w:rPr>
          <w:noProof/>
          <w:lang w:val="ro-RO"/>
        </w:rPr>
        <w:t>Analizați cauzele de proiectare, proces, material, furnizor, mediu, echipament, software și competență.</w:t>
      </w:r>
    </w:p>
    <w:p w14:paraId="16BE8D9E" w14:textId="77777777" w:rsidR="004A2E0F" w:rsidRPr="00D308F8" w:rsidRDefault="00000000">
      <w:pPr>
        <w:pStyle w:val="ListBullet"/>
        <w:spacing w:after="40"/>
        <w:ind w:left="283" w:hanging="170"/>
        <w:rPr>
          <w:noProof/>
          <w:lang w:val="ro-RO"/>
        </w:rPr>
      </w:pPr>
      <w:r w:rsidRPr="00D308F8">
        <w:rPr>
          <w:noProof/>
          <w:lang w:val="ro-RO"/>
        </w:rPr>
        <w:t>Evaluați impactul asupra produsului distribuit, reclamațiilor, raportabilității și managementului riscului.</w:t>
      </w:r>
    </w:p>
    <w:p w14:paraId="274B9AA0" w14:textId="77777777" w:rsidR="004A2E0F" w:rsidRPr="00D308F8" w:rsidRDefault="00000000">
      <w:pPr>
        <w:pStyle w:val="ListBullet"/>
        <w:spacing w:after="40"/>
        <w:ind w:left="283" w:hanging="170"/>
        <w:rPr>
          <w:noProof/>
          <w:lang w:val="ro-RO"/>
        </w:rPr>
      </w:pPr>
      <w:r w:rsidRPr="00D308F8">
        <w:rPr>
          <w:noProof/>
          <w:lang w:val="ro-RO"/>
        </w:rPr>
        <w:t>Aplicați controlul schimbării și verificați necesitatea verificării, validării sau revalidării.</w:t>
      </w:r>
    </w:p>
    <w:p w14:paraId="1A77B6C2" w14:textId="77777777" w:rsidR="004A2E0F" w:rsidRPr="00D308F8" w:rsidRDefault="00000000">
      <w:pPr>
        <w:pStyle w:val="ListBullet"/>
        <w:spacing w:after="40"/>
        <w:ind w:left="283" w:hanging="170"/>
        <w:rPr>
          <w:noProof/>
          <w:lang w:val="ro-RO"/>
        </w:rPr>
      </w:pPr>
      <w:r w:rsidRPr="00D308F8">
        <w:rPr>
          <w:noProof/>
          <w:lang w:val="ro-RO"/>
        </w:rPr>
        <w:t>Protejați produsul neconform și luați decizii de segregare, dispoziție și acțiune în teren conform cerințelor aplicabile.</w:t>
      </w:r>
    </w:p>
    <w:p w14:paraId="7DAAE0A7" w14:textId="77777777" w:rsidR="004A2E0F" w:rsidRPr="00D308F8" w:rsidRDefault="00000000">
      <w:pPr>
        <w:pStyle w:val="ListBullet"/>
        <w:spacing w:after="40"/>
        <w:ind w:left="283" w:hanging="170"/>
        <w:rPr>
          <w:noProof/>
          <w:lang w:val="ro-RO"/>
        </w:rPr>
      </w:pPr>
      <w:r w:rsidRPr="00D308F8">
        <w:rPr>
          <w:noProof/>
          <w:lang w:val="ro-RO"/>
        </w:rPr>
        <w:t>Dacă abaterea este sistemică, aplicați CAPA cu cauză adecvată și verificați eficacitatea pe o perioadă și un volum suficiente.</w:t>
      </w:r>
    </w:p>
    <w:p w14:paraId="1F795F01" w14:textId="77777777" w:rsidR="004A2E0F" w:rsidRPr="00D308F8" w:rsidRDefault="00000000">
      <w:pPr>
        <w:pStyle w:val="Heading2"/>
        <w:rPr>
          <w:noProof/>
          <w:lang w:val="ro-RO"/>
        </w:rPr>
      </w:pPr>
      <w:r w:rsidRPr="00D308F8">
        <w:rPr>
          <w:noProof/>
          <w:lang w:val="ro-RO"/>
        </w:rPr>
        <w:t>Proces-verbal scurt pentru revizuirea obiectivelor</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3118"/>
        <w:gridCol w:w="6803"/>
      </w:tblGrid>
      <w:tr w:rsidR="004A2E0F" w:rsidRPr="00D308F8" w14:paraId="0BF76473" w14:textId="77777777">
        <w:trPr>
          <w:tblHeader/>
          <w:jc w:val="center"/>
        </w:trPr>
        <w:tc>
          <w:tcPr>
            <w:tcW w:w="3118" w:type="dxa"/>
            <w:shd w:val="clear" w:color="auto" w:fill="D71920"/>
            <w:tcMar>
              <w:top w:w="75" w:type="dxa"/>
              <w:left w:w="85" w:type="dxa"/>
              <w:bottom w:w="75" w:type="dxa"/>
              <w:right w:w="85" w:type="dxa"/>
            </w:tcMar>
            <w:vAlign w:val="center"/>
          </w:tcPr>
          <w:p w14:paraId="0E3E786A" w14:textId="77777777" w:rsidR="004A2E0F" w:rsidRPr="00D308F8" w:rsidRDefault="00000000">
            <w:pPr>
              <w:spacing w:after="0" w:line="240" w:lineRule="auto"/>
              <w:jc w:val="center"/>
              <w:rPr>
                <w:noProof/>
                <w:lang w:val="ro-RO"/>
              </w:rPr>
            </w:pPr>
            <w:r w:rsidRPr="00D308F8">
              <w:rPr>
                <w:b/>
                <w:noProof/>
                <w:color w:val="FFFFFF"/>
                <w:sz w:val="15"/>
                <w:lang w:val="ro-RO"/>
              </w:rPr>
              <w:t>ELEMENT</w:t>
            </w:r>
          </w:p>
        </w:tc>
        <w:tc>
          <w:tcPr>
            <w:tcW w:w="6803" w:type="dxa"/>
            <w:shd w:val="clear" w:color="auto" w:fill="D71920"/>
            <w:tcMar>
              <w:top w:w="75" w:type="dxa"/>
              <w:left w:w="85" w:type="dxa"/>
              <w:bottom w:w="75" w:type="dxa"/>
              <w:right w:w="85" w:type="dxa"/>
            </w:tcMar>
            <w:vAlign w:val="center"/>
          </w:tcPr>
          <w:p w14:paraId="0D9E4630" w14:textId="77777777" w:rsidR="004A2E0F" w:rsidRPr="00D308F8" w:rsidRDefault="00000000">
            <w:pPr>
              <w:spacing w:after="0" w:line="240" w:lineRule="auto"/>
              <w:jc w:val="center"/>
              <w:rPr>
                <w:noProof/>
                <w:lang w:val="ro-RO"/>
              </w:rPr>
            </w:pPr>
            <w:r w:rsidRPr="00D308F8">
              <w:rPr>
                <w:b/>
                <w:noProof/>
                <w:color w:val="FFFFFF"/>
                <w:sz w:val="15"/>
                <w:lang w:val="ro-RO"/>
              </w:rPr>
              <w:t>COMPLETARE</w:t>
            </w:r>
          </w:p>
        </w:tc>
      </w:tr>
      <w:tr w:rsidR="004A2E0F" w:rsidRPr="00D308F8" w14:paraId="1D67F99F" w14:textId="77777777">
        <w:trPr>
          <w:cantSplit/>
          <w:jc w:val="center"/>
        </w:trPr>
        <w:tc>
          <w:tcPr>
            <w:tcW w:w="3118" w:type="dxa"/>
            <w:shd w:val="clear" w:color="auto" w:fill="FFFFFF"/>
            <w:tcMar>
              <w:top w:w="75" w:type="dxa"/>
              <w:left w:w="85" w:type="dxa"/>
              <w:bottom w:w="75" w:type="dxa"/>
              <w:right w:w="85" w:type="dxa"/>
            </w:tcMar>
            <w:vAlign w:val="center"/>
          </w:tcPr>
          <w:p w14:paraId="2CD54E6B" w14:textId="77777777" w:rsidR="004A2E0F" w:rsidRPr="00D308F8" w:rsidRDefault="00000000">
            <w:pPr>
              <w:spacing w:after="0" w:line="240" w:lineRule="auto"/>
              <w:rPr>
                <w:noProof/>
                <w:lang w:val="ro-RO"/>
              </w:rPr>
            </w:pPr>
            <w:r w:rsidRPr="00D308F8">
              <w:rPr>
                <w:noProof/>
                <w:sz w:val="16"/>
                <w:lang w:val="ro-RO"/>
              </w:rPr>
              <w:t>Data / participanți</w:t>
            </w:r>
          </w:p>
        </w:tc>
        <w:tc>
          <w:tcPr>
            <w:tcW w:w="6803" w:type="dxa"/>
            <w:shd w:val="clear" w:color="auto" w:fill="FFFFFF"/>
            <w:tcMar>
              <w:top w:w="75" w:type="dxa"/>
              <w:left w:w="85" w:type="dxa"/>
              <w:bottom w:w="75" w:type="dxa"/>
              <w:right w:w="85" w:type="dxa"/>
            </w:tcMar>
            <w:vAlign w:val="center"/>
          </w:tcPr>
          <w:p w14:paraId="0E2E3305" w14:textId="77777777" w:rsidR="004A2E0F" w:rsidRPr="00D308F8" w:rsidRDefault="004A2E0F">
            <w:pPr>
              <w:spacing w:after="0" w:line="240" w:lineRule="auto"/>
              <w:rPr>
                <w:noProof/>
                <w:lang w:val="ro-RO"/>
              </w:rPr>
            </w:pPr>
          </w:p>
        </w:tc>
      </w:tr>
      <w:tr w:rsidR="004A2E0F" w:rsidRPr="00D308F8" w14:paraId="56E1E53D" w14:textId="77777777">
        <w:trPr>
          <w:cantSplit/>
          <w:jc w:val="center"/>
        </w:trPr>
        <w:tc>
          <w:tcPr>
            <w:tcW w:w="3118" w:type="dxa"/>
            <w:shd w:val="clear" w:color="auto" w:fill="FAFAFA"/>
            <w:tcMar>
              <w:top w:w="75" w:type="dxa"/>
              <w:left w:w="85" w:type="dxa"/>
              <w:bottom w:w="75" w:type="dxa"/>
              <w:right w:w="85" w:type="dxa"/>
            </w:tcMar>
            <w:vAlign w:val="center"/>
          </w:tcPr>
          <w:p w14:paraId="38E00215" w14:textId="77777777" w:rsidR="004A2E0F" w:rsidRPr="00D308F8" w:rsidRDefault="00000000">
            <w:pPr>
              <w:spacing w:after="0" w:line="240" w:lineRule="auto"/>
              <w:rPr>
                <w:noProof/>
                <w:lang w:val="ro-RO"/>
              </w:rPr>
            </w:pPr>
            <w:r w:rsidRPr="00D308F8">
              <w:rPr>
                <w:noProof/>
                <w:sz w:val="16"/>
                <w:lang w:val="ro-RO"/>
              </w:rPr>
              <w:t>Obiective revizuite</w:t>
            </w:r>
          </w:p>
        </w:tc>
        <w:tc>
          <w:tcPr>
            <w:tcW w:w="6803" w:type="dxa"/>
            <w:shd w:val="clear" w:color="auto" w:fill="FAFAFA"/>
            <w:tcMar>
              <w:top w:w="75" w:type="dxa"/>
              <w:left w:w="85" w:type="dxa"/>
              <w:bottom w:w="75" w:type="dxa"/>
              <w:right w:w="85" w:type="dxa"/>
            </w:tcMar>
            <w:vAlign w:val="center"/>
          </w:tcPr>
          <w:p w14:paraId="04BCB7C0" w14:textId="77777777" w:rsidR="004A2E0F" w:rsidRPr="00D308F8" w:rsidRDefault="004A2E0F">
            <w:pPr>
              <w:spacing w:after="0" w:line="240" w:lineRule="auto"/>
              <w:rPr>
                <w:noProof/>
                <w:lang w:val="ro-RO"/>
              </w:rPr>
            </w:pPr>
          </w:p>
        </w:tc>
      </w:tr>
      <w:tr w:rsidR="004A2E0F" w:rsidRPr="00D308F8" w14:paraId="7F93A82D" w14:textId="77777777">
        <w:trPr>
          <w:cantSplit/>
          <w:jc w:val="center"/>
        </w:trPr>
        <w:tc>
          <w:tcPr>
            <w:tcW w:w="3118" w:type="dxa"/>
            <w:shd w:val="clear" w:color="auto" w:fill="FFFFFF"/>
            <w:tcMar>
              <w:top w:w="75" w:type="dxa"/>
              <w:left w:w="85" w:type="dxa"/>
              <w:bottom w:w="75" w:type="dxa"/>
              <w:right w:w="85" w:type="dxa"/>
            </w:tcMar>
            <w:vAlign w:val="center"/>
          </w:tcPr>
          <w:p w14:paraId="3324409C" w14:textId="77777777" w:rsidR="004A2E0F" w:rsidRPr="00D308F8" w:rsidRDefault="00000000">
            <w:pPr>
              <w:spacing w:after="0" w:line="240" w:lineRule="auto"/>
              <w:rPr>
                <w:noProof/>
                <w:lang w:val="ro-RO"/>
              </w:rPr>
            </w:pPr>
            <w:r w:rsidRPr="00D308F8">
              <w:rPr>
                <w:noProof/>
                <w:sz w:val="16"/>
                <w:lang w:val="ro-RO"/>
              </w:rPr>
              <w:t>Date / rapoarte analizate</w:t>
            </w:r>
          </w:p>
        </w:tc>
        <w:tc>
          <w:tcPr>
            <w:tcW w:w="6803" w:type="dxa"/>
            <w:shd w:val="clear" w:color="auto" w:fill="FFFFFF"/>
            <w:tcMar>
              <w:top w:w="75" w:type="dxa"/>
              <w:left w:w="85" w:type="dxa"/>
              <w:bottom w:w="75" w:type="dxa"/>
              <w:right w:w="85" w:type="dxa"/>
            </w:tcMar>
            <w:vAlign w:val="center"/>
          </w:tcPr>
          <w:p w14:paraId="10CF6649" w14:textId="77777777" w:rsidR="004A2E0F" w:rsidRPr="00D308F8" w:rsidRDefault="004A2E0F">
            <w:pPr>
              <w:spacing w:after="0" w:line="240" w:lineRule="auto"/>
              <w:rPr>
                <w:noProof/>
                <w:lang w:val="ro-RO"/>
              </w:rPr>
            </w:pPr>
          </w:p>
        </w:tc>
      </w:tr>
      <w:tr w:rsidR="004A2E0F" w:rsidRPr="00D308F8" w14:paraId="3041C2E4" w14:textId="77777777">
        <w:trPr>
          <w:cantSplit/>
          <w:jc w:val="center"/>
        </w:trPr>
        <w:tc>
          <w:tcPr>
            <w:tcW w:w="3118" w:type="dxa"/>
            <w:shd w:val="clear" w:color="auto" w:fill="FAFAFA"/>
            <w:tcMar>
              <w:top w:w="75" w:type="dxa"/>
              <w:left w:w="85" w:type="dxa"/>
              <w:bottom w:w="75" w:type="dxa"/>
              <w:right w:w="85" w:type="dxa"/>
            </w:tcMar>
            <w:vAlign w:val="center"/>
          </w:tcPr>
          <w:p w14:paraId="5EA7C640" w14:textId="77777777" w:rsidR="004A2E0F" w:rsidRPr="00D308F8" w:rsidRDefault="00000000">
            <w:pPr>
              <w:spacing w:after="0" w:line="240" w:lineRule="auto"/>
              <w:rPr>
                <w:noProof/>
                <w:lang w:val="ro-RO"/>
              </w:rPr>
            </w:pPr>
            <w:r w:rsidRPr="00D308F8">
              <w:rPr>
                <w:noProof/>
                <w:sz w:val="16"/>
                <w:lang w:val="ro-RO"/>
              </w:rPr>
              <w:t>Obiective verzi</w:t>
            </w:r>
          </w:p>
        </w:tc>
        <w:tc>
          <w:tcPr>
            <w:tcW w:w="6803" w:type="dxa"/>
            <w:shd w:val="clear" w:color="auto" w:fill="FAFAFA"/>
            <w:tcMar>
              <w:top w:w="75" w:type="dxa"/>
              <w:left w:w="85" w:type="dxa"/>
              <w:bottom w:w="75" w:type="dxa"/>
              <w:right w:w="85" w:type="dxa"/>
            </w:tcMar>
            <w:vAlign w:val="center"/>
          </w:tcPr>
          <w:p w14:paraId="656D617C" w14:textId="77777777" w:rsidR="004A2E0F" w:rsidRPr="00D308F8" w:rsidRDefault="004A2E0F">
            <w:pPr>
              <w:spacing w:after="0" w:line="240" w:lineRule="auto"/>
              <w:rPr>
                <w:noProof/>
                <w:lang w:val="ro-RO"/>
              </w:rPr>
            </w:pPr>
          </w:p>
        </w:tc>
      </w:tr>
      <w:tr w:rsidR="004A2E0F" w:rsidRPr="00D308F8" w14:paraId="5A5C1D48" w14:textId="77777777">
        <w:trPr>
          <w:cantSplit/>
          <w:jc w:val="center"/>
        </w:trPr>
        <w:tc>
          <w:tcPr>
            <w:tcW w:w="3118" w:type="dxa"/>
            <w:shd w:val="clear" w:color="auto" w:fill="FFFFFF"/>
            <w:tcMar>
              <w:top w:w="75" w:type="dxa"/>
              <w:left w:w="85" w:type="dxa"/>
              <w:bottom w:w="75" w:type="dxa"/>
              <w:right w:w="85" w:type="dxa"/>
            </w:tcMar>
            <w:vAlign w:val="center"/>
          </w:tcPr>
          <w:p w14:paraId="65DE6D6F" w14:textId="77777777" w:rsidR="004A2E0F" w:rsidRPr="00D308F8" w:rsidRDefault="00000000">
            <w:pPr>
              <w:spacing w:after="0" w:line="240" w:lineRule="auto"/>
              <w:rPr>
                <w:noProof/>
                <w:lang w:val="ro-RO"/>
              </w:rPr>
            </w:pPr>
            <w:r w:rsidRPr="00D308F8">
              <w:rPr>
                <w:noProof/>
                <w:sz w:val="16"/>
                <w:lang w:val="ro-RO"/>
              </w:rPr>
              <w:t>Obiective galbene / roșii și cauze</w:t>
            </w:r>
          </w:p>
        </w:tc>
        <w:tc>
          <w:tcPr>
            <w:tcW w:w="6803" w:type="dxa"/>
            <w:shd w:val="clear" w:color="auto" w:fill="FFFFFF"/>
            <w:tcMar>
              <w:top w:w="75" w:type="dxa"/>
              <w:left w:w="85" w:type="dxa"/>
              <w:bottom w:w="75" w:type="dxa"/>
              <w:right w:w="85" w:type="dxa"/>
            </w:tcMar>
            <w:vAlign w:val="center"/>
          </w:tcPr>
          <w:p w14:paraId="2119158A" w14:textId="77777777" w:rsidR="004A2E0F" w:rsidRPr="00D308F8" w:rsidRDefault="004A2E0F">
            <w:pPr>
              <w:spacing w:after="0" w:line="240" w:lineRule="auto"/>
              <w:rPr>
                <w:noProof/>
                <w:lang w:val="ro-RO"/>
              </w:rPr>
            </w:pPr>
          </w:p>
        </w:tc>
      </w:tr>
      <w:tr w:rsidR="004A2E0F" w:rsidRPr="00D308F8" w14:paraId="08B6B0D6" w14:textId="77777777">
        <w:trPr>
          <w:cantSplit/>
          <w:jc w:val="center"/>
        </w:trPr>
        <w:tc>
          <w:tcPr>
            <w:tcW w:w="3118" w:type="dxa"/>
            <w:shd w:val="clear" w:color="auto" w:fill="FAFAFA"/>
            <w:tcMar>
              <w:top w:w="75" w:type="dxa"/>
              <w:left w:w="85" w:type="dxa"/>
              <w:bottom w:w="75" w:type="dxa"/>
              <w:right w:w="85" w:type="dxa"/>
            </w:tcMar>
            <w:vAlign w:val="center"/>
          </w:tcPr>
          <w:p w14:paraId="1ADC3E4E" w14:textId="77777777" w:rsidR="004A2E0F" w:rsidRPr="00D308F8" w:rsidRDefault="00000000">
            <w:pPr>
              <w:spacing w:after="0" w:line="240" w:lineRule="auto"/>
              <w:rPr>
                <w:noProof/>
                <w:lang w:val="ro-RO"/>
              </w:rPr>
            </w:pPr>
            <w:r w:rsidRPr="00D308F8">
              <w:rPr>
                <w:noProof/>
                <w:sz w:val="16"/>
                <w:lang w:val="ro-RO"/>
              </w:rPr>
              <w:t>Decizii și resurse aprobate</w:t>
            </w:r>
          </w:p>
        </w:tc>
        <w:tc>
          <w:tcPr>
            <w:tcW w:w="6803" w:type="dxa"/>
            <w:shd w:val="clear" w:color="auto" w:fill="FAFAFA"/>
            <w:tcMar>
              <w:top w:w="75" w:type="dxa"/>
              <w:left w:w="85" w:type="dxa"/>
              <w:bottom w:w="75" w:type="dxa"/>
              <w:right w:w="85" w:type="dxa"/>
            </w:tcMar>
            <w:vAlign w:val="center"/>
          </w:tcPr>
          <w:p w14:paraId="0E4F0670" w14:textId="77777777" w:rsidR="004A2E0F" w:rsidRPr="00D308F8" w:rsidRDefault="004A2E0F">
            <w:pPr>
              <w:spacing w:after="0" w:line="240" w:lineRule="auto"/>
              <w:rPr>
                <w:noProof/>
                <w:lang w:val="ro-RO"/>
              </w:rPr>
            </w:pPr>
          </w:p>
        </w:tc>
      </w:tr>
      <w:tr w:rsidR="004A2E0F" w:rsidRPr="00D308F8" w14:paraId="14D54078" w14:textId="77777777">
        <w:trPr>
          <w:cantSplit/>
          <w:jc w:val="center"/>
        </w:trPr>
        <w:tc>
          <w:tcPr>
            <w:tcW w:w="3118" w:type="dxa"/>
            <w:shd w:val="clear" w:color="auto" w:fill="FFFFFF"/>
            <w:tcMar>
              <w:top w:w="75" w:type="dxa"/>
              <w:left w:w="85" w:type="dxa"/>
              <w:bottom w:w="75" w:type="dxa"/>
              <w:right w:w="85" w:type="dxa"/>
            </w:tcMar>
            <w:vAlign w:val="center"/>
          </w:tcPr>
          <w:p w14:paraId="63AAB36B" w14:textId="77777777" w:rsidR="004A2E0F" w:rsidRPr="00D308F8" w:rsidRDefault="00000000">
            <w:pPr>
              <w:spacing w:after="0" w:line="240" w:lineRule="auto"/>
              <w:rPr>
                <w:noProof/>
                <w:lang w:val="ro-RO"/>
              </w:rPr>
            </w:pPr>
            <w:r w:rsidRPr="00D308F8">
              <w:rPr>
                <w:noProof/>
                <w:sz w:val="16"/>
                <w:lang w:val="ro-RO"/>
              </w:rPr>
              <w:t>Acțiuni, responsabili, termene</w:t>
            </w:r>
          </w:p>
        </w:tc>
        <w:tc>
          <w:tcPr>
            <w:tcW w:w="6803" w:type="dxa"/>
            <w:shd w:val="clear" w:color="auto" w:fill="FFFFFF"/>
            <w:tcMar>
              <w:top w:w="75" w:type="dxa"/>
              <w:left w:w="85" w:type="dxa"/>
              <w:bottom w:w="75" w:type="dxa"/>
              <w:right w:w="85" w:type="dxa"/>
            </w:tcMar>
            <w:vAlign w:val="center"/>
          </w:tcPr>
          <w:p w14:paraId="26B1FA1F" w14:textId="77777777" w:rsidR="004A2E0F" w:rsidRPr="00D308F8" w:rsidRDefault="004A2E0F">
            <w:pPr>
              <w:spacing w:after="0" w:line="240" w:lineRule="auto"/>
              <w:rPr>
                <w:noProof/>
                <w:lang w:val="ro-RO"/>
              </w:rPr>
            </w:pPr>
          </w:p>
        </w:tc>
      </w:tr>
      <w:tr w:rsidR="004A2E0F" w:rsidRPr="00D308F8" w14:paraId="19F49419" w14:textId="77777777">
        <w:trPr>
          <w:cantSplit/>
          <w:jc w:val="center"/>
        </w:trPr>
        <w:tc>
          <w:tcPr>
            <w:tcW w:w="3118" w:type="dxa"/>
            <w:shd w:val="clear" w:color="auto" w:fill="FAFAFA"/>
            <w:tcMar>
              <w:top w:w="75" w:type="dxa"/>
              <w:left w:w="85" w:type="dxa"/>
              <w:bottom w:w="75" w:type="dxa"/>
              <w:right w:w="85" w:type="dxa"/>
            </w:tcMar>
            <w:vAlign w:val="center"/>
          </w:tcPr>
          <w:p w14:paraId="541700D4" w14:textId="77777777" w:rsidR="004A2E0F" w:rsidRPr="00D308F8" w:rsidRDefault="00000000">
            <w:pPr>
              <w:spacing w:after="0" w:line="240" w:lineRule="auto"/>
              <w:rPr>
                <w:noProof/>
                <w:lang w:val="ro-RO"/>
              </w:rPr>
            </w:pPr>
            <w:r w:rsidRPr="00D308F8">
              <w:rPr>
                <w:noProof/>
                <w:sz w:val="16"/>
                <w:lang w:val="ro-RO"/>
              </w:rPr>
              <w:t>Data următoarei revizuiri</w:t>
            </w:r>
          </w:p>
        </w:tc>
        <w:tc>
          <w:tcPr>
            <w:tcW w:w="6803" w:type="dxa"/>
            <w:shd w:val="clear" w:color="auto" w:fill="FAFAFA"/>
            <w:tcMar>
              <w:top w:w="75" w:type="dxa"/>
              <w:left w:w="85" w:type="dxa"/>
              <w:bottom w:w="75" w:type="dxa"/>
              <w:right w:w="85" w:type="dxa"/>
            </w:tcMar>
            <w:vAlign w:val="center"/>
          </w:tcPr>
          <w:p w14:paraId="11879890" w14:textId="77777777" w:rsidR="004A2E0F" w:rsidRPr="00D308F8" w:rsidRDefault="004A2E0F">
            <w:pPr>
              <w:spacing w:after="0" w:line="240" w:lineRule="auto"/>
              <w:rPr>
                <w:noProof/>
                <w:lang w:val="ro-RO"/>
              </w:rPr>
            </w:pPr>
          </w:p>
        </w:tc>
      </w:tr>
    </w:tbl>
    <w:p w14:paraId="56E23702" w14:textId="77777777" w:rsidR="004A2E0F" w:rsidRPr="00D308F8" w:rsidRDefault="004A2E0F">
      <w:pPr>
        <w:spacing w:after="20"/>
        <w:rPr>
          <w:noProof/>
          <w:lang w:val="ro-RO"/>
        </w:rPr>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4A2E0F" w:rsidRPr="00D308F8" w14:paraId="3C1B6EA9" w14:textId="77777777">
        <w:trPr>
          <w:cantSplit/>
          <w:jc w:val="center"/>
        </w:trPr>
        <w:tc>
          <w:tcPr>
            <w:tcW w:w="567" w:type="dxa"/>
            <w:shd w:val="clear" w:color="auto" w:fill="D71920"/>
            <w:tcMar>
              <w:top w:w="75" w:type="dxa"/>
              <w:left w:w="85" w:type="dxa"/>
              <w:bottom w:w="75" w:type="dxa"/>
              <w:right w:w="85" w:type="dxa"/>
            </w:tcMar>
            <w:vAlign w:val="center"/>
          </w:tcPr>
          <w:p w14:paraId="3F651CD8" w14:textId="77777777" w:rsidR="004A2E0F" w:rsidRPr="00D308F8" w:rsidRDefault="00000000">
            <w:pPr>
              <w:spacing w:after="0" w:line="240" w:lineRule="auto"/>
              <w:jc w:val="center"/>
              <w:rPr>
                <w:noProof/>
                <w:lang w:val="ro-RO"/>
              </w:rPr>
            </w:pPr>
            <w:r w:rsidRPr="00D308F8">
              <w:rPr>
                <w:b/>
                <w:noProof/>
                <w:color w:val="FFFFFF"/>
                <w:sz w:val="30"/>
                <w:lang w:val="ro-RO"/>
              </w:rPr>
              <w:t>!</w:t>
            </w:r>
          </w:p>
        </w:tc>
        <w:tc>
          <w:tcPr>
            <w:tcW w:w="9354" w:type="dxa"/>
            <w:shd w:val="clear" w:color="auto" w:fill="FCEBEC"/>
          </w:tcPr>
          <w:p w14:paraId="2510717F" w14:textId="77777777" w:rsidR="004A2E0F" w:rsidRPr="00D308F8" w:rsidRDefault="00000000">
            <w:pPr>
              <w:spacing w:after="40"/>
              <w:rPr>
                <w:noProof/>
                <w:lang w:val="ro-RO"/>
              </w:rPr>
            </w:pPr>
            <w:r w:rsidRPr="00D308F8">
              <w:rPr>
                <w:b/>
                <w:noProof/>
                <w:color w:val="D71920"/>
                <w:lang w:val="ro-RO"/>
              </w:rPr>
              <w:t>COMPORTAMENTE DE EVITAT</w:t>
            </w:r>
          </w:p>
          <w:p w14:paraId="02DEE59D" w14:textId="77777777" w:rsidR="004A2E0F" w:rsidRPr="00D308F8" w:rsidRDefault="00000000">
            <w:pPr>
              <w:spacing w:after="0" w:line="252" w:lineRule="auto"/>
              <w:rPr>
                <w:noProof/>
                <w:lang w:val="ro-RO"/>
              </w:rPr>
            </w:pPr>
            <w:r w:rsidRPr="00D308F8">
              <w:rPr>
                <w:noProof/>
                <w:sz w:val="17"/>
                <w:lang w:val="ro-RO"/>
              </w:rPr>
              <w:t>Obiective de cost sau randament care afectează acceptarea; „zero reclamații” sau reducerea reclamațiilor prin reclasificare; CAPA închise numai la termen; instruirea tratată ca rezultat; procentarea fără severitate și volum; excluderea rework-ului; schimbări fără validare; indicatori comuni tuturor dispozitivelor fără adaptare la risc și reglementare.</w:t>
            </w:r>
          </w:p>
        </w:tc>
      </w:tr>
    </w:tbl>
    <w:p w14:paraId="03710CD6" w14:textId="77777777" w:rsidR="004A2E0F" w:rsidRPr="00D308F8" w:rsidRDefault="004A2E0F">
      <w:pPr>
        <w:spacing w:after="0"/>
        <w:rPr>
          <w:noProof/>
          <w:lang w:val="ro-RO"/>
        </w:rPr>
      </w:pPr>
    </w:p>
    <w:p w14:paraId="23062424" w14:textId="77777777" w:rsidR="004A2E0F" w:rsidRPr="00D308F8" w:rsidRDefault="00000000">
      <w:pPr>
        <w:rPr>
          <w:noProof/>
          <w:lang w:val="ro-RO"/>
        </w:rPr>
      </w:pPr>
      <w:r w:rsidRPr="00D308F8">
        <w:rPr>
          <w:noProof/>
          <w:lang w:val="ro-RO"/>
        </w:rPr>
        <w:br w:type="page"/>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4A2E0F" w:rsidRPr="00D308F8" w14:paraId="3533C4CF" w14:textId="77777777">
        <w:trPr>
          <w:jc w:val="center"/>
        </w:trPr>
        <w:tc>
          <w:tcPr>
            <w:tcW w:w="1020" w:type="dxa"/>
            <w:shd w:val="clear" w:color="auto" w:fill="D71920"/>
            <w:tcMar>
              <w:top w:w="75" w:type="dxa"/>
              <w:left w:w="85" w:type="dxa"/>
              <w:bottom w:w="75" w:type="dxa"/>
              <w:right w:w="85" w:type="dxa"/>
            </w:tcMar>
            <w:vAlign w:val="center"/>
          </w:tcPr>
          <w:p w14:paraId="3DA54DF9" w14:textId="77777777" w:rsidR="004A2E0F" w:rsidRPr="00D308F8" w:rsidRDefault="00000000">
            <w:pPr>
              <w:spacing w:after="0" w:line="240" w:lineRule="auto"/>
              <w:jc w:val="center"/>
              <w:rPr>
                <w:noProof/>
                <w:lang w:val="ro-RO"/>
              </w:rPr>
            </w:pPr>
            <w:r w:rsidRPr="00D308F8">
              <w:rPr>
                <w:b/>
                <w:noProof/>
                <w:color w:val="FFFFFF"/>
                <w:sz w:val="34"/>
                <w:lang w:val="ro-RO"/>
              </w:rPr>
              <w:lastRenderedPageBreak/>
              <w:t>8</w:t>
            </w:r>
          </w:p>
        </w:tc>
        <w:tc>
          <w:tcPr>
            <w:tcW w:w="8901" w:type="dxa"/>
            <w:shd w:val="clear" w:color="auto" w:fill="F3F4F5"/>
          </w:tcPr>
          <w:p w14:paraId="09AD1B95" w14:textId="77777777" w:rsidR="004A2E0F" w:rsidRPr="00D308F8" w:rsidRDefault="00000000">
            <w:pPr>
              <w:spacing w:after="20"/>
              <w:rPr>
                <w:noProof/>
                <w:lang w:val="ro-RO"/>
              </w:rPr>
            </w:pPr>
            <w:r w:rsidRPr="00D308F8">
              <w:rPr>
                <w:b/>
                <w:noProof/>
                <w:sz w:val="28"/>
                <w:lang w:val="ro-RO"/>
              </w:rPr>
              <w:t>Fișă rapidă de implementare</w:t>
            </w:r>
          </w:p>
          <w:p w14:paraId="5107D99A" w14:textId="77777777" w:rsidR="004A2E0F" w:rsidRPr="00D308F8" w:rsidRDefault="00000000">
            <w:pPr>
              <w:spacing w:after="0"/>
              <w:rPr>
                <w:noProof/>
                <w:lang w:val="ro-RO"/>
              </w:rPr>
            </w:pPr>
            <w:r w:rsidRPr="00D308F8">
              <w:rPr>
                <w:noProof/>
                <w:color w:val="666666"/>
                <w:sz w:val="16"/>
                <w:lang w:val="ro-RO"/>
              </w:rPr>
              <w:t>O pagină pentru lansarea procesului de obiective în organizație</w:t>
            </w:r>
          </w:p>
        </w:tc>
      </w:tr>
    </w:tbl>
    <w:p w14:paraId="1E120734" w14:textId="77777777" w:rsidR="004A2E0F" w:rsidRPr="00D308F8" w:rsidRDefault="004A2E0F">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721"/>
        <w:gridCol w:w="7200"/>
      </w:tblGrid>
      <w:tr w:rsidR="004A2E0F" w:rsidRPr="00D308F8" w14:paraId="2B8BEAC3" w14:textId="77777777">
        <w:trPr>
          <w:tblHeader/>
          <w:jc w:val="center"/>
        </w:trPr>
        <w:tc>
          <w:tcPr>
            <w:tcW w:w="2721" w:type="dxa"/>
            <w:shd w:val="clear" w:color="auto" w:fill="D71920"/>
            <w:tcMar>
              <w:top w:w="75" w:type="dxa"/>
              <w:left w:w="85" w:type="dxa"/>
              <w:bottom w:w="75" w:type="dxa"/>
              <w:right w:w="85" w:type="dxa"/>
            </w:tcMar>
            <w:vAlign w:val="center"/>
          </w:tcPr>
          <w:p w14:paraId="34AB0CBD" w14:textId="77777777" w:rsidR="004A2E0F" w:rsidRPr="00D308F8" w:rsidRDefault="00000000">
            <w:pPr>
              <w:spacing w:after="0" w:line="240" w:lineRule="auto"/>
              <w:jc w:val="center"/>
              <w:rPr>
                <w:noProof/>
                <w:lang w:val="ro-RO"/>
              </w:rPr>
            </w:pPr>
            <w:r w:rsidRPr="00D308F8">
              <w:rPr>
                <w:b/>
                <w:noProof/>
                <w:color w:val="FFFFFF"/>
                <w:sz w:val="16"/>
                <w:lang w:val="ro-RO"/>
              </w:rPr>
              <w:t>ETAPĂ</w:t>
            </w:r>
          </w:p>
        </w:tc>
        <w:tc>
          <w:tcPr>
            <w:tcW w:w="7200" w:type="dxa"/>
            <w:shd w:val="clear" w:color="auto" w:fill="D71920"/>
            <w:tcMar>
              <w:top w:w="75" w:type="dxa"/>
              <w:left w:w="85" w:type="dxa"/>
              <w:bottom w:w="75" w:type="dxa"/>
              <w:right w:w="85" w:type="dxa"/>
            </w:tcMar>
            <w:vAlign w:val="center"/>
          </w:tcPr>
          <w:p w14:paraId="21148701" w14:textId="77777777" w:rsidR="004A2E0F" w:rsidRPr="00D308F8" w:rsidRDefault="00000000">
            <w:pPr>
              <w:spacing w:after="0" w:line="240" w:lineRule="auto"/>
              <w:jc w:val="center"/>
              <w:rPr>
                <w:noProof/>
                <w:lang w:val="ro-RO"/>
              </w:rPr>
            </w:pPr>
            <w:r w:rsidRPr="00D308F8">
              <w:rPr>
                <w:b/>
                <w:noProof/>
                <w:color w:val="FFFFFF"/>
                <w:sz w:val="16"/>
                <w:lang w:val="ro-RO"/>
              </w:rPr>
              <w:t>CONFIRMARE</w:t>
            </w:r>
          </w:p>
        </w:tc>
      </w:tr>
      <w:tr w:rsidR="004A2E0F" w:rsidRPr="00D308F8" w14:paraId="30726BD2" w14:textId="77777777">
        <w:trPr>
          <w:cantSplit/>
          <w:jc w:val="center"/>
        </w:trPr>
        <w:tc>
          <w:tcPr>
            <w:tcW w:w="2721" w:type="dxa"/>
            <w:shd w:val="clear" w:color="auto" w:fill="FFFFFF"/>
            <w:tcMar>
              <w:top w:w="75" w:type="dxa"/>
              <w:left w:w="85" w:type="dxa"/>
              <w:bottom w:w="75" w:type="dxa"/>
              <w:right w:w="85" w:type="dxa"/>
            </w:tcMar>
            <w:vAlign w:val="center"/>
          </w:tcPr>
          <w:p w14:paraId="31B9F390" w14:textId="77777777" w:rsidR="004A2E0F" w:rsidRPr="00D308F8" w:rsidRDefault="00000000">
            <w:pPr>
              <w:spacing w:after="0" w:line="240" w:lineRule="auto"/>
              <w:rPr>
                <w:noProof/>
                <w:lang w:val="ro-RO"/>
              </w:rPr>
            </w:pPr>
            <w:r w:rsidRPr="00D308F8">
              <w:rPr>
                <w:noProof/>
                <w:sz w:val="16"/>
                <w:lang w:val="ro-RO"/>
              </w:rPr>
              <w:t>1. Date de intrare</w:t>
            </w:r>
          </w:p>
        </w:tc>
        <w:tc>
          <w:tcPr>
            <w:tcW w:w="7200" w:type="dxa"/>
            <w:shd w:val="clear" w:color="auto" w:fill="FFFFFF"/>
            <w:tcMar>
              <w:top w:w="75" w:type="dxa"/>
              <w:left w:w="85" w:type="dxa"/>
              <w:bottom w:w="75" w:type="dxa"/>
              <w:right w:w="85" w:type="dxa"/>
            </w:tcMar>
            <w:vAlign w:val="center"/>
          </w:tcPr>
          <w:p w14:paraId="45C1A20B" w14:textId="77777777" w:rsidR="004A2E0F" w:rsidRPr="00D308F8" w:rsidRDefault="00000000">
            <w:pPr>
              <w:spacing w:after="0" w:line="240" w:lineRule="auto"/>
              <w:rPr>
                <w:noProof/>
                <w:lang w:val="ro-RO"/>
              </w:rPr>
            </w:pPr>
            <w:r w:rsidRPr="00D308F8">
              <w:rPr>
                <w:noProof/>
                <w:sz w:val="16"/>
                <w:lang w:val="ro-RO"/>
              </w:rPr>
              <w:t>[ ] Politică   [ ] Reglementare   [ ] Risc   [ ] Produs / proces   [ ] Reclamații / CAPA   [ ] Furnizori / schimbări</w:t>
            </w:r>
          </w:p>
        </w:tc>
      </w:tr>
      <w:tr w:rsidR="004A2E0F" w:rsidRPr="00D308F8" w14:paraId="49855D72" w14:textId="77777777">
        <w:trPr>
          <w:cantSplit/>
          <w:jc w:val="center"/>
        </w:trPr>
        <w:tc>
          <w:tcPr>
            <w:tcW w:w="2721" w:type="dxa"/>
            <w:shd w:val="clear" w:color="auto" w:fill="FAFAFA"/>
            <w:tcMar>
              <w:top w:w="75" w:type="dxa"/>
              <w:left w:w="85" w:type="dxa"/>
              <w:bottom w:w="75" w:type="dxa"/>
              <w:right w:w="85" w:type="dxa"/>
            </w:tcMar>
            <w:vAlign w:val="center"/>
          </w:tcPr>
          <w:p w14:paraId="309F1961" w14:textId="77777777" w:rsidR="004A2E0F" w:rsidRPr="00D308F8" w:rsidRDefault="00000000">
            <w:pPr>
              <w:spacing w:after="0" w:line="240" w:lineRule="auto"/>
              <w:rPr>
                <w:noProof/>
                <w:lang w:val="ro-RO"/>
              </w:rPr>
            </w:pPr>
            <w:r w:rsidRPr="00D308F8">
              <w:rPr>
                <w:noProof/>
                <w:sz w:val="16"/>
                <w:lang w:val="ro-RO"/>
              </w:rPr>
              <w:t>2. Obiective candidate</w:t>
            </w:r>
          </w:p>
        </w:tc>
        <w:tc>
          <w:tcPr>
            <w:tcW w:w="7200" w:type="dxa"/>
            <w:shd w:val="clear" w:color="auto" w:fill="FAFAFA"/>
            <w:tcMar>
              <w:top w:w="75" w:type="dxa"/>
              <w:left w:w="85" w:type="dxa"/>
              <w:bottom w:w="75" w:type="dxa"/>
              <w:right w:w="85" w:type="dxa"/>
            </w:tcMar>
            <w:vAlign w:val="center"/>
          </w:tcPr>
          <w:p w14:paraId="629D59A8" w14:textId="77777777" w:rsidR="004A2E0F" w:rsidRPr="00D308F8" w:rsidRDefault="00000000">
            <w:pPr>
              <w:spacing w:after="0" w:line="240" w:lineRule="auto"/>
              <w:rPr>
                <w:noProof/>
                <w:lang w:val="ro-RO"/>
              </w:rPr>
            </w:pPr>
            <w:r w:rsidRPr="00D308F8">
              <w:rPr>
                <w:noProof/>
                <w:sz w:val="16"/>
                <w:lang w:val="ro-RO"/>
              </w:rPr>
              <w:t>________________________________________________________________________________</w:t>
            </w:r>
          </w:p>
        </w:tc>
      </w:tr>
      <w:tr w:rsidR="004A2E0F" w:rsidRPr="00D308F8" w14:paraId="679DD336" w14:textId="77777777">
        <w:trPr>
          <w:cantSplit/>
          <w:jc w:val="center"/>
        </w:trPr>
        <w:tc>
          <w:tcPr>
            <w:tcW w:w="2721" w:type="dxa"/>
            <w:shd w:val="clear" w:color="auto" w:fill="FFFFFF"/>
            <w:tcMar>
              <w:top w:w="75" w:type="dxa"/>
              <w:left w:w="85" w:type="dxa"/>
              <w:bottom w:w="75" w:type="dxa"/>
              <w:right w:w="85" w:type="dxa"/>
            </w:tcMar>
            <w:vAlign w:val="center"/>
          </w:tcPr>
          <w:p w14:paraId="1C5EA8F8" w14:textId="77777777" w:rsidR="004A2E0F" w:rsidRPr="00D308F8" w:rsidRDefault="00000000">
            <w:pPr>
              <w:spacing w:after="0" w:line="240" w:lineRule="auto"/>
              <w:rPr>
                <w:noProof/>
                <w:lang w:val="ro-RO"/>
              </w:rPr>
            </w:pPr>
            <w:r w:rsidRPr="00D308F8">
              <w:rPr>
                <w:noProof/>
                <w:sz w:val="16"/>
                <w:lang w:val="ro-RO"/>
              </w:rPr>
              <w:t>3. Prioritizare</w:t>
            </w:r>
          </w:p>
        </w:tc>
        <w:tc>
          <w:tcPr>
            <w:tcW w:w="7200" w:type="dxa"/>
            <w:shd w:val="clear" w:color="auto" w:fill="FFFFFF"/>
            <w:tcMar>
              <w:top w:w="75" w:type="dxa"/>
              <w:left w:w="85" w:type="dxa"/>
              <w:bottom w:w="75" w:type="dxa"/>
              <w:right w:w="85" w:type="dxa"/>
            </w:tcMar>
            <w:vAlign w:val="center"/>
          </w:tcPr>
          <w:p w14:paraId="768501AA" w14:textId="77777777" w:rsidR="004A2E0F" w:rsidRPr="00D308F8" w:rsidRDefault="00000000">
            <w:pPr>
              <w:spacing w:after="0" w:line="240" w:lineRule="auto"/>
              <w:rPr>
                <w:noProof/>
                <w:lang w:val="ro-RO"/>
              </w:rPr>
            </w:pPr>
            <w:r w:rsidRPr="00D308F8">
              <w:rPr>
                <w:noProof/>
                <w:sz w:val="16"/>
                <w:lang w:val="ro-RO"/>
              </w:rPr>
              <w:t>[ ] Siguranță   [ ] Reglementare   [ ] Trend   [ ] Control   [ ] Fezabilitate   [ ] Date</w:t>
            </w:r>
          </w:p>
        </w:tc>
      </w:tr>
      <w:tr w:rsidR="004A2E0F" w:rsidRPr="00D308F8" w14:paraId="2A535E29" w14:textId="77777777">
        <w:trPr>
          <w:cantSplit/>
          <w:jc w:val="center"/>
        </w:trPr>
        <w:tc>
          <w:tcPr>
            <w:tcW w:w="2721" w:type="dxa"/>
            <w:shd w:val="clear" w:color="auto" w:fill="FAFAFA"/>
            <w:tcMar>
              <w:top w:w="75" w:type="dxa"/>
              <w:left w:w="85" w:type="dxa"/>
              <w:bottom w:w="75" w:type="dxa"/>
              <w:right w:w="85" w:type="dxa"/>
            </w:tcMar>
            <w:vAlign w:val="center"/>
          </w:tcPr>
          <w:p w14:paraId="2CBCB395" w14:textId="77777777" w:rsidR="004A2E0F" w:rsidRPr="00D308F8" w:rsidRDefault="00000000">
            <w:pPr>
              <w:spacing w:after="0" w:line="240" w:lineRule="auto"/>
              <w:rPr>
                <w:noProof/>
                <w:lang w:val="ro-RO"/>
              </w:rPr>
            </w:pPr>
            <w:r w:rsidRPr="00D308F8">
              <w:rPr>
                <w:noProof/>
                <w:sz w:val="16"/>
                <w:lang w:val="ro-RO"/>
              </w:rPr>
              <w:t>4. Aprobate</w:t>
            </w:r>
          </w:p>
        </w:tc>
        <w:tc>
          <w:tcPr>
            <w:tcW w:w="7200" w:type="dxa"/>
            <w:shd w:val="clear" w:color="auto" w:fill="FAFAFA"/>
            <w:tcMar>
              <w:top w:w="75" w:type="dxa"/>
              <w:left w:w="85" w:type="dxa"/>
              <w:bottom w:w="75" w:type="dxa"/>
              <w:right w:w="85" w:type="dxa"/>
            </w:tcMar>
            <w:vAlign w:val="center"/>
          </w:tcPr>
          <w:p w14:paraId="5E42235C" w14:textId="77777777" w:rsidR="004A2E0F" w:rsidRPr="00D308F8" w:rsidRDefault="00000000">
            <w:pPr>
              <w:spacing w:after="0" w:line="240" w:lineRule="auto"/>
              <w:rPr>
                <w:noProof/>
                <w:lang w:val="ro-RO"/>
              </w:rPr>
            </w:pPr>
            <w:r w:rsidRPr="00D308F8">
              <w:rPr>
                <w:noProof/>
                <w:sz w:val="16"/>
                <w:lang w:val="ro-RO"/>
              </w:rPr>
              <w:t>Nr. obiective: ______   Perioada: __________________   Aprobat de: __________________</w:t>
            </w:r>
          </w:p>
        </w:tc>
      </w:tr>
      <w:tr w:rsidR="004A2E0F" w:rsidRPr="00D308F8" w14:paraId="7D0BA173" w14:textId="77777777">
        <w:trPr>
          <w:cantSplit/>
          <w:jc w:val="center"/>
        </w:trPr>
        <w:tc>
          <w:tcPr>
            <w:tcW w:w="2721" w:type="dxa"/>
            <w:shd w:val="clear" w:color="auto" w:fill="FFFFFF"/>
            <w:tcMar>
              <w:top w:w="75" w:type="dxa"/>
              <w:left w:w="85" w:type="dxa"/>
              <w:bottom w:w="75" w:type="dxa"/>
              <w:right w:w="85" w:type="dxa"/>
            </w:tcMar>
            <w:vAlign w:val="center"/>
          </w:tcPr>
          <w:p w14:paraId="5B500749" w14:textId="77777777" w:rsidR="004A2E0F" w:rsidRPr="00D308F8" w:rsidRDefault="00000000">
            <w:pPr>
              <w:spacing w:after="0" w:line="240" w:lineRule="auto"/>
              <w:rPr>
                <w:noProof/>
                <w:lang w:val="ro-RO"/>
              </w:rPr>
            </w:pPr>
            <w:r w:rsidRPr="00D308F8">
              <w:rPr>
                <w:noProof/>
                <w:sz w:val="16"/>
                <w:lang w:val="ro-RO"/>
              </w:rPr>
              <w:t>5. Pentru fiecare obiectiv</w:t>
            </w:r>
          </w:p>
        </w:tc>
        <w:tc>
          <w:tcPr>
            <w:tcW w:w="7200" w:type="dxa"/>
            <w:shd w:val="clear" w:color="auto" w:fill="FFFFFF"/>
            <w:tcMar>
              <w:top w:w="75" w:type="dxa"/>
              <w:left w:w="85" w:type="dxa"/>
              <w:bottom w:w="75" w:type="dxa"/>
              <w:right w:w="85" w:type="dxa"/>
            </w:tcMar>
            <w:vAlign w:val="center"/>
          </w:tcPr>
          <w:p w14:paraId="283464CC" w14:textId="77777777" w:rsidR="004A2E0F" w:rsidRPr="00D308F8" w:rsidRDefault="00000000">
            <w:pPr>
              <w:spacing w:after="0" w:line="240" w:lineRule="auto"/>
              <w:rPr>
                <w:noProof/>
                <w:lang w:val="ro-RO"/>
              </w:rPr>
            </w:pPr>
            <w:r w:rsidRPr="00D308F8">
              <w:rPr>
                <w:noProof/>
                <w:sz w:val="16"/>
                <w:lang w:val="ro-RO"/>
              </w:rPr>
              <w:t>[ ] KPI   [ ] Formulă   [ ] Bază   [ ] Țintă   [ ] Termen   [ ] Resp.   [ ] Resurse   [ ] Acțiuni</w:t>
            </w:r>
          </w:p>
        </w:tc>
      </w:tr>
      <w:tr w:rsidR="004A2E0F" w:rsidRPr="00D308F8" w14:paraId="505630B1" w14:textId="77777777">
        <w:trPr>
          <w:cantSplit/>
          <w:jc w:val="center"/>
        </w:trPr>
        <w:tc>
          <w:tcPr>
            <w:tcW w:w="2721" w:type="dxa"/>
            <w:shd w:val="clear" w:color="auto" w:fill="FAFAFA"/>
            <w:tcMar>
              <w:top w:w="75" w:type="dxa"/>
              <w:left w:w="85" w:type="dxa"/>
              <w:bottom w:w="75" w:type="dxa"/>
              <w:right w:w="85" w:type="dxa"/>
            </w:tcMar>
            <w:vAlign w:val="center"/>
          </w:tcPr>
          <w:p w14:paraId="423DB396" w14:textId="77777777" w:rsidR="004A2E0F" w:rsidRPr="00D308F8" w:rsidRDefault="00000000">
            <w:pPr>
              <w:spacing w:after="0" w:line="240" w:lineRule="auto"/>
              <w:rPr>
                <w:noProof/>
                <w:lang w:val="ro-RO"/>
              </w:rPr>
            </w:pPr>
            <w:r w:rsidRPr="00D308F8">
              <w:rPr>
                <w:noProof/>
                <w:sz w:val="16"/>
                <w:lang w:val="ro-RO"/>
              </w:rPr>
              <w:t>6. Monitorizare</w:t>
            </w:r>
          </w:p>
        </w:tc>
        <w:tc>
          <w:tcPr>
            <w:tcW w:w="7200" w:type="dxa"/>
            <w:shd w:val="clear" w:color="auto" w:fill="FAFAFA"/>
            <w:tcMar>
              <w:top w:w="75" w:type="dxa"/>
              <w:left w:w="85" w:type="dxa"/>
              <w:bottom w:w="75" w:type="dxa"/>
              <w:right w:w="85" w:type="dxa"/>
            </w:tcMar>
            <w:vAlign w:val="center"/>
          </w:tcPr>
          <w:p w14:paraId="541F503E" w14:textId="77777777" w:rsidR="004A2E0F" w:rsidRPr="00D308F8" w:rsidRDefault="00000000">
            <w:pPr>
              <w:spacing w:after="0" w:line="240" w:lineRule="auto"/>
              <w:rPr>
                <w:noProof/>
                <w:lang w:val="ro-RO"/>
              </w:rPr>
            </w:pPr>
            <w:r w:rsidRPr="00D308F8">
              <w:rPr>
                <w:noProof/>
                <w:sz w:val="16"/>
                <w:lang w:val="ro-RO"/>
              </w:rPr>
              <w:t>Frecvență: __________________   Ședință / forum: _________________________________</w:t>
            </w:r>
          </w:p>
        </w:tc>
      </w:tr>
      <w:tr w:rsidR="004A2E0F" w:rsidRPr="00D308F8" w14:paraId="23D08F7C" w14:textId="77777777">
        <w:trPr>
          <w:cantSplit/>
          <w:jc w:val="center"/>
        </w:trPr>
        <w:tc>
          <w:tcPr>
            <w:tcW w:w="2721" w:type="dxa"/>
            <w:shd w:val="clear" w:color="auto" w:fill="FFFFFF"/>
            <w:tcMar>
              <w:top w:w="75" w:type="dxa"/>
              <w:left w:w="85" w:type="dxa"/>
              <w:bottom w:w="75" w:type="dxa"/>
              <w:right w:w="85" w:type="dxa"/>
            </w:tcMar>
            <w:vAlign w:val="center"/>
          </w:tcPr>
          <w:p w14:paraId="1596CBCC" w14:textId="77777777" w:rsidR="004A2E0F" w:rsidRPr="00D308F8" w:rsidRDefault="00000000">
            <w:pPr>
              <w:spacing w:after="0" w:line="240" w:lineRule="auto"/>
              <w:rPr>
                <w:noProof/>
                <w:lang w:val="ro-RO"/>
              </w:rPr>
            </w:pPr>
            <w:r w:rsidRPr="00D308F8">
              <w:rPr>
                <w:noProof/>
                <w:sz w:val="16"/>
                <w:lang w:val="ro-RO"/>
              </w:rPr>
              <w:t>7. Status</w:t>
            </w:r>
          </w:p>
        </w:tc>
        <w:tc>
          <w:tcPr>
            <w:tcW w:w="7200" w:type="dxa"/>
            <w:shd w:val="clear" w:color="auto" w:fill="FFFFFF"/>
            <w:tcMar>
              <w:top w:w="75" w:type="dxa"/>
              <w:left w:w="85" w:type="dxa"/>
              <w:bottom w:w="75" w:type="dxa"/>
              <w:right w:w="85" w:type="dxa"/>
            </w:tcMar>
            <w:vAlign w:val="center"/>
          </w:tcPr>
          <w:p w14:paraId="55150E40" w14:textId="77777777" w:rsidR="004A2E0F" w:rsidRPr="00D308F8" w:rsidRDefault="00000000">
            <w:pPr>
              <w:spacing w:after="0" w:line="240" w:lineRule="auto"/>
              <w:rPr>
                <w:noProof/>
                <w:lang w:val="ro-RO"/>
              </w:rPr>
            </w:pPr>
            <w:r w:rsidRPr="00D308F8">
              <w:rPr>
                <w:noProof/>
                <w:sz w:val="16"/>
                <w:lang w:val="ro-RO"/>
              </w:rPr>
              <w:t>[ ] Verde   [ ] Galben   [ ] Roșu   Reguli aprobate la data: __________________</w:t>
            </w:r>
          </w:p>
        </w:tc>
      </w:tr>
      <w:tr w:rsidR="004A2E0F" w:rsidRPr="00D308F8" w14:paraId="5021EDC2" w14:textId="77777777">
        <w:trPr>
          <w:cantSplit/>
          <w:jc w:val="center"/>
        </w:trPr>
        <w:tc>
          <w:tcPr>
            <w:tcW w:w="2721" w:type="dxa"/>
            <w:shd w:val="clear" w:color="auto" w:fill="FAFAFA"/>
            <w:tcMar>
              <w:top w:w="75" w:type="dxa"/>
              <w:left w:w="85" w:type="dxa"/>
              <w:bottom w:w="75" w:type="dxa"/>
              <w:right w:w="85" w:type="dxa"/>
            </w:tcMar>
            <w:vAlign w:val="center"/>
          </w:tcPr>
          <w:p w14:paraId="131D408C" w14:textId="77777777" w:rsidR="004A2E0F" w:rsidRPr="00D308F8" w:rsidRDefault="00000000">
            <w:pPr>
              <w:spacing w:after="0" w:line="240" w:lineRule="auto"/>
              <w:rPr>
                <w:noProof/>
                <w:lang w:val="ro-RO"/>
              </w:rPr>
            </w:pPr>
            <w:r w:rsidRPr="00D308F8">
              <w:rPr>
                <w:noProof/>
                <w:sz w:val="16"/>
                <w:lang w:val="ro-RO"/>
              </w:rPr>
              <w:t>8. Evaluare finală</w:t>
            </w:r>
          </w:p>
        </w:tc>
        <w:tc>
          <w:tcPr>
            <w:tcW w:w="7200" w:type="dxa"/>
            <w:shd w:val="clear" w:color="auto" w:fill="FAFAFA"/>
            <w:tcMar>
              <w:top w:w="75" w:type="dxa"/>
              <w:left w:w="85" w:type="dxa"/>
              <w:bottom w:w="75" w:type="dxa"/>
              <w:right w:w="85" w:type="dxa"/>
            </w:tcMar>
            <w:vAlign w:val="center"/>
          </w:tcPr>
          <w:p w14:paraId="6441ECAF" w14:textId="77777777" w:rsidR="004A2E0F" w:rsidRPr="00D308F8" w:rsidRDefault="00000000">
            <w:pPr>
              <w:spacing w:after="0" w:line="240" w:lineRule="auto"/>
              <w:rPr>
                <w:noProof/>
                <w:lang w:val="ro-RO"/>
              </w:rPr>
            </w:pPr>
            <w:r w:rsidRPr="00D308F8">
              <w:rPr>
                <w:noProof/>
                <w:sz w:val="16"/>
                <w:lang w:val="ro-RO"/>
              </w:rPr>
              <w:t>[ ] Rezultat   [ ] Eficacitate   [ ] Efecte secundare   [ ] Lecții   [ ] Decizie</w:t>
            </w:r>
          </w:p>
        </w:tc>
      </w:tr>
    </w:tbl>
    <w:p w14:paraId="40AB12CE" w14:textId="77777777" w:rsidR="004A2E0F" w:rsidRPr="00D308F8" w:rsidRDefault="004A2E0F">
      <w:pPr>
        <w:spacing w:after="20"/>
        <w:rPr>
          <w:noProof/>
          <w:lang w:val="ro-RO"/>
        </w:rPr>
      </w:pPr>
    </w:p>
    <w:p w14:paraId="7DFD2ED1" w14:textId="77777777" w:rsidR="004A2E0F" w:rsidRPr="00D308F8" w:rsidRDefault="00000000">
      <w:pPr>
        <w:pStyle w:val="Heading2"/>
        <w:rPr>
          <w:noProof/>
          <w:lang w:val="ro-RO"/>
        </w:rPr>
      </w:pPr>
      <w:r w:rsidRPr="00D308F8">
        <w:rPr>
          <w:noProof/>
          <w:lang w:val="ro-RO"/>
        </w:rPr>
        <w:t>Referințe și utilizare responsabilă</w:t>
      </w:r>
    </w:p>
    <w:p w14:paraId="74F9FACA" w14:textId="77777777" w:rsidR="004A2E0F" w:rsidRPr="00D308F8" w:rsidRDefault="00000000">
      <w:pPr>
        <w:spacing w:line="259" w:lineRule="auto"/>
        <w:rPr>
          <w:noProof/>
          <w:lang w:val="ro-RO"/>
        </w:rPr>
      </w:pPr>
      <w:r w:rsidRPr="00D308F8">
        <w:rPr>
          <w:noProof/>
          <w:lang w:val="ro-RO"/>
        </w:rPr>
        <w:t>Documentul este construit pentru ISO 13485:2016, confirmat de ISO în 2025. Cerințele de reglementare și termenii specifici diferă în funcție de rol, dispozitiv și piață; modelul nu înlocuiește evaluarea de reglementare sau exemplarul autorizat al standardului.</w:t>
      </w:r>
    </w:p>
    <w:p w14:paraId="351702C2" w14:textId="77777777" w:rsidR="004A2E0F" w:rsidRPr="00D308F8" w:rsidRDefault="00000000">
      <w:pPr>
        <w:spacing w:after="40"/>
        <w:rPr>
          <w:noProof/>
          <w:lang w:val="ro-RO"/>
        </w:rPr>
      </w:pPr>
      <w:hyperlink r:id="rId8">
        <w:r w:rsidRPr="00D308F8">
          <w:rPr>
            <w:noProof/>
            <w:color w:val="D71920"/>
            <w:u w:val="single"/>
            <w:lang w:val="ro-RO"/>
          </w:rPr>
          <w:t>ISO 13485:2016 - pagina oficială</w:t>
        </w:r>
      </w:hyperlink>
    </w:p>
    <w:p w14:paraId="4ED18B31" w14:textId="77777777" w:rsidR="004A2E0F" w:rsidRPr="00D308F8" w:rsidRDefault="00000000">
      <w:pPr>
        <w:spacing w:line="259" w:lineRule="auto"/>
        <w:rPr>
          <w:noProof/>
          <w:lang w:val="ro-RO"/>
        </w:rPr>
      </w:pPr>
      <w:r w:rsidRPr="00D308F8">
        <w:rPr>
          <w:noProof/>
          <w:lang w:val="ro-RO"/>
        </w:rPr>
        <w:t>Acest model este un instrument educațional și de lucru. Nu înlocuiește standardul aplicabil, legislația, evaluarea de specialitate sau consultanța adaptată situației organizației.</w:t>
      </w:r>
    </w:p>
    <w:p w14:paraId="57D5B1EA" w14:textId="77777777" w:rsidR="004A2E0F" w:rsidRPr="00D308F8" w:rsidRDefault="00000000">
      <w:pPr>
        <w:pStyle w:val="Heading2"/>
        <w:rPr>
          <w:noProof/>
          <w:lang w:val="ro-RO"/>
        </w:rPr>
      </w:pPr>
      <w:r w:rsidRPr="00D308F8">
        <w:rPr>
          <w:noProof/>
          <w:lang w:val="ro-RO"/>
        </w:rPr>
        <w:t>Controlul documentului</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3118"/>
        <w:gridCol w:w="6803"/>
      </w:tblGrid>
      <w:tr w:rsidR="004A2E0F" w:rsidRPr="00D308F8" w14:paraId="7E97223F" w14:textId="77777777">
        <w:trPr>
          <w:tblHeader/>
          <w:jc w:val="center"/>
        </w:trPr>
        <w:tc>
          <w:tcPr>
            <w:tcW w:w="3118" w:type="dxa"/>
            <w:shd w:val="clear" w:color="auto" w:fill="D71920"/>
            <w:tcMar>
              <w:top w:w="75" w:type="dxa"/>
              <w:left w:w="85" w:type="dxa"/>
              <w:bottom w:w="75" w:type="dxa"/>
              <w:right w:w="85" w:type="dxa"/>
            </w:tcMar>
            <w:vAlign w:val="center"/>
          </w:tcPr>
          <w:p w14:paraId="3C17330D" w14:textId="77777777" w:rsidR="004A2E0F" w:rsidRPr="00D308F8" w:rsidRDefault="00000000">
            <w:pPr>
              <w:spacing w:after="0" w:line="240" w:lineRule="auto"/>
              <w:jc w:val="center"/>
              <w:rPr>
                <w:noProof/>
                <w:lang w:val="ro-RO"/>
              </w:rPr>
            </w:pPr>
            <w:r w:rsidRPr="00D308F8">
              <w:rPr>
                <w:b/>
                <w:noProof/>
                <w:color w:val="FFFFFF"/>
                <w:sz w:val="16"/>
                <w:lang w:val="ro-RO"/>
              </w:rPr>
              <w:t>ELEMENT</w:t>
            </w:r>
          </w:p>
        </w:tc>
        <w:tc>
          <w:tcPr>
            <w:tcW w:w="6803" w:type="dxa"/>
            <w:shd w:val="clear" w:color="auto" w:fill="D71920"/>
            <w:tcMar>
              <w:top w:w="75" w:type="dxa"/>
              <w:left w:w="85" w:type="dxa"/>
              <w:bottom w:w="75" w:type="dxa"/>
              <w:right w:w="85" w:type="dxa"/>
            </w:tcMar>
            <w:vAlign w:val="center"/>
          </w:tcPr>
          <w:p w14:paraId="610E59C7" w14:textId="77777777" w:rsidR="004A2E0F" w:rsidRPr="00D308F8" w:rsidRDefault="00000000">
            <w:pPr>
              <w:spacing w:after="0" w:line="240" w:lineRule="auto"/>
              <w:jc w:val="center"/>
              <w:rPr>
                <w:noProof/>
                <w:lang w:val="ro-RO"/>
              </w:rPr>
            </w:pPr>
            <w:r w:rsidRPr="00D308F8">
              <w:rPr>
                <w:b/>
                <w:noProof/>
                <w:color w:val="FFFFFF"/>
                <w:sz w:val="16"/>
                <w:lang w:val="ro-RO"/>
              </w:rPr>
              <w:t>INFORMAȚIE</w:t>
            </w:r>
          </w:p>
        </w:tc>
      </w:tr>
      <w:tr w:rsidR="004A2E0F" w:rsidRPr="00D308F8" w14:paraId="00CB4AE4" w14:textId="77777777">
        <w:trPr>
          <w:cantSplit/>
          <w:jc w:val="center"/>
        </w:trPr>
        <w:tc>
          <w:tcPr>
            <w:tcW w:w="3118" w:type="dxa"/>
            <w:shd w:val="clear" w:color="auto" w:fill="FFFFFF"/>
            <w:tcMar>
              <w:top w:w="75" w:type="dxa"/>
              <w:left w:w="85" w:type="dxa"/>
              <w:bottom w:w="75" w:type="dxa"/>
              <w:right w:w="85" w:type="dxa"/>
            </w:tcMar>
            <w:vAlign w:val="center"/>
          </w:tcPr>
          <w:p w14:paraId="0709CDDD" w14:textId="77777777" w:rsidR="004A2E0F" w:rsidRPr="00D308F8" w:rsidRDefault="00000000">
            <w:pPr>
              <w:spacing w:after="0" w:line="240" w:lineRule="auto"/>
              <w:rPr>
                <w:noProof/>
                <w:lang w:val="ro-RO"/>
              </w:rPr>
            </w:pPr>
            <w:r w:rsidRPr="00D308F8">
              <w:rPr>
                <w:noProof/>
                <w:sz w:val="16"/>
                <w:lang w:val="ro-RO"/>
              </w:rPr>
              <w:t>Titlu</w:t>
            </w:r>
          </w:p>
        </w:tc>
        <w:tc>
          <w:tcPr>
            <w:tcW w:w="6803" w:type="dxa"/>
            <w:shd w:val="clear" w:color="auto" w:fill="FFFFFF"/>
            <w:tcMar>
              <w:top w:w="75" w:type="dxa"/>
              <w:left w:w="85" w:type="dxa"/>
              <w:bottom w:w="75" w:type="dxa"/>
              <w:right w:w="85" w:type="dxa"/>
            </w:tcMar>
            <w:vAlign w:val="center"/>
          </w:tcPr>
          <w:p w14:paraId="1E2B5E3F" w14:textId="77777777" w:rsidR="004A2E0F" w:rsidRPr="00D308F8" w:rsidRDefault="00000000">
            <w:pPr>
              <w:spacing w:after="0" w:line="240" w:lineRule="auto"/>
              <w:rPr>
                <w:noProof/>
                <w:lang w:val="ro-RO"/>
              </w:rPr>
            </w:pPr>
            <w:r w:rsidRPr="00D308F8">
              <w:rPr>
                <w:noProof/>
                <w:sz w:val="16"/>
                <w:lang w:val="ro-RO"/>
              </w:rPr>
              <w:t>Model obiective ISO 13485</w:t>
            </w:r>
          </w:p>
        </w:tc>
      </w:tr>
      <w:tr w:rsidR="004A2E0F" w:rsidRPr="00D308F8" w14:paraId="69FB9456" w14:textId="77777777">
        <w:trPr>
          <w:cantSplit/>
          <w:jc w:val="center"/>
        </w:trPr>
        <w:tc>
          <w:tcPr>
            <w:tcW w:w="3118" w:type="dxa"/>
            <w:shd w:val="clear" w:color="auto" w:fill="FAFAFA"/>
            <w:tcMar>
              <w:top w:w="75" w:type="dxa"/>
              <w:left w:w="85" w:type="dxa"/>
              <w:bottom w:w="75" w:type="dxa"/>
              <w:right w:w="85" w:type="dxa"/>
            </w:tcMar>
            <w:vAlign w:val="center"/>
          </w:tcPr>
          <w:p w14:paraId="1204C28E" w14:textId="77777777" w:rsidR="004A2E0F" w:rsidRPr="00D308F8" w:rsidRDefault="00000000">
            <w:pPr>
              <w:spacing w:after="0" w:line="240" w:lineRule="auto"/>
              <w:rPr>
                <w:noProof/>
                <w:lang w:val="ro-RO"/>
              </w:rPr>
            </w:pPr>
            <w:r w:rsidRPr="00D308F8">
              <w:rPr>
                <w:noProof/>
                <w:sz w:val="16"/>
                <w:lang w:val="ro-RO"/>
              </w:rPr>
              <w:t>Ediție</w:t>
            </w:r>
          </w:p>
        </w:tc>
        <w:tc>
          <w:tcPr>
            <w:tcW w:w="6803" w:type="dxa"/>
            <w:shd w:val="clear" w:color="auto" w:fill="FAFAFA"/>
            <w:tcMar>
              <w:top w:w="75" w:type="dxa"/>
              <w:left w:w="85" w:type="dxa"/>
              <w:bottom w:w="75" w:type="dxa"/>
              <w:right w:w="85" w:type="dxa"/>
            </w:tcMar>
            <w:vAlign w:val="center"/>
          </w:tcPr>
          <w:p w14:paraId="5BA87E21" w14:textId="77777777" w:rsidR="004A2E0F" w:rsidRPr="00D308F8" w:rsidRDefault="00000000">
            <w:pPr>
              <w:spacing w:after="0" w:line="240" w:lineRule="auto"/>
              <w:rPr>
                <w:noProof/>
                <w:lang w:val="ro-RO"/>
              </w:rPr>
            </w:pPr>
            <w:r w:rsidRPr="00D308F8">
              <w:rPr>
                <w:noProof/>
                <w:sz w:val="16"/>
                <w:lang w:val="ro-RO"/>
              </w:rPr>
              <w:t>1 / iulie 2026</w:t>
            </w:r>
          </w:p>
        </w:tc>
      </w:tr>
      <w:tr w:rsidR="004A2E0F" w:rsidRPr="00D308F8" w14:paraId="7960688D" w14:textId="77777777">
        <w:trPr>
          <w:cantSplit/>
          <w:jc w:val="center"/>
        </w:trPr>
        <w:tc>
          <w:tcPr>
            <w:tcW w:w="3118" w:type="dxa"/>
            <w:shd w:val="clear" w:color="auto" w:fill="FFFFFF"/>
            <w:tcMar>
              <w:top w:w="75" w:type="dxa"/>
              <w:left w:w="85" w:type="dxa"/>
              <w:bottom w:w="75" w:type="dxa"/>
              <w:right w:w="85" w:type="dxa"/>
            </w:tcMar>
            <w:vAlign w:val="center"/>
          </w:tcPr>
          <w:p w14:paraId="73768F64" w14:textId="77777777" w:rsidR="004A2E0F" w:rsidRPr="00D308F8" w:rsidRDefault="00000000">
            <w:pPr>
              <w:spacing w:after="0" w:line="240" w:lineRule="auto"/>
              <w:rPr>
                <w:noProof/>
                <w:lang w:val="ro-RO"/>
              </w:rPr>
            </w:pPr>
            <w:r w:rsidRPr="00D308F8">
              <w:rPr>
                <w:noProof/>
                <w:sz w:val="16"/>
                <w:lang w:val="ro-RO"/>
              </w:rPr>
              <w:t>Proprietar document</w:t>
            </w:r>
          </w:p>
        </w:tc>
        <w:tc>
          <w:tcPr>
            <w:tcW w:w="6803" w:type="dxa"/>
            <w:shd w:val="clear" w:color="auto" w:fill="FFFFFF"/>
            <w:tcMar>
              <w:top w:w="75" w:type="dxa"/>
              <w:left w:w="85" w:type="dxa"/>
              <w:bottom w:w="75" w:type="dxa"/>
              <w:right w:w="85" w:type="dxa"/>
            </w:tcMar>
            <w:vAlign w:val="center"/>
          </w:tcPr>
          <w:p w14:paraId="2667DB9A" w14:textId="77777777" w:rsidR="004A2E0F" w:rsidRPr="00D308F8" w:rsidRDefault="00000000">
            <w:pPr>
              <w:spacing w:after="0" w:line="240" w:lineRule="auto"/>
              <w:rPr>
                <w:noProof/>
                <w:lang w:val="ro-RO"/>
              </w:rPr>
            </w:pPr>
            <w:r w:rsidRPr="00D308F8">
              <w:rPr>
                <w:noProof/>
                <w:sz w:val="16"/>
                <w:lang w:val="ro-RO"/>
              </w:rPr>
              <w:t>____________________________</w:t>
            </w:r>
          </w:p>
        </w:tc>
      </w:tr>
      <w:tr w:rsidR="004A2E0F" w:rsidRPr="00D308F8" w14:paraId="61BB1CC8" w14:textId="77777777">
        <w:trPr>
          <w:cantSplit/>
          <w:jc w:val="center"/>
        </w:trPr>
        <w:tc>
          <w:tcPr>
            <w:tcW w:w="3118" w:type="dxa"/>
            <w:shd w:val="clear" w:color="auto" w:fill="FAFAFA"/>
            <w:tcMar>
              <w:top w:w="75" w:type="dxa"/>
              <w:left w:w="85" w:type="dxa"/>
              <w:bottom w:w="75" w:type="dxa"/>
              <w:right w:w="85" w:type="dxa"/>
            </w:tcMar>
            <w:vAlign w:val="center"/>
          </w:tcPr>
          <w:p w14:paraId="0297DF9D" w14:textId="77777777" w:rsidR="004A2E0F" w:rsidRPr="00D308F8" w:rsidRDefault="00000000">
            <w:pPr>
              <w:spacing w:after="0" w:line="240" w:lineRule="auto"/>
              <w:rPr>
                <w:noProof/>
                <w:lang w:val="ro-RO"/>
              </w:rPr>
            </w:pPr>
            <w:r w:rsidRPr="00D308F8">
              <w:rPr>
                <w:noProof/>
                <w:sz w:val="16"/>
                <w:lang w:val="ro-RO"/>
              </w:rPr>
              <w:t>Aprobat de / data</w:t>
            </w:r>
          </w:p>
        </w:tc>
        <w:tc>
          <w:tcPr>
            <w:tcW w:w="6803" w:type="dxa"/>
            <w:shd w:val="clear" w:color="auto" w:fill="FAFAFA"/>
            <w:tcMar>
              <w:top w:w="75" w:type="dxa"/>
              <w:left w:w="85" w:type="dxa"/>
              <w:bottom w:w="75" w:type="dxa"/>
              <w:right w:w="85" w:type="dxa"/>
            </w:tcMar>
            <w:vAlign w:val="center"/>
          </w:tcPr>
          <w:p w14:paraId="176A3D37" w14:textId="77777777" w:rsidR="004A2E0F" w:rsidRPr="00D308F8" w:rsidRDefault="00000000">
            <w:pPr>
              <w:spacing w:after="0" w:line="240" w:lineRule="auto"/>
              <w:rPr>
                <w:noProof/>
                <w:lang w:val="ro-RO"/>
              </w:rPr>
            </w:pPr>
            <w:r w:rsidRPr="00D308F8">
              <w:rPr>
                <w:noProof/>
                <w:sz w:val="16"/>
                <w:lang w:val="ro-RO"/>
              </w:rPr>
              <w:t>____________________________</w:t>
            </w:r>
          </w:p>
        </w:tc>
      </w:tr>
      <w:tr w:rsidR="004A2E0F" w:rsidRPr="00D308F8" w14:paraId="5A9DDA9A" w14:textId="77777777">
        <w:trPr>
          <w:cantSplit/>
          <w:jc w:val="center"/>
        </w:trPr>
        <w:tc>
          <w:tcPr>
            <w:tcW w:w="3118" w:type="dxa"/>
            <w:shd w:val="clear" w:color="auto" w:fill="FFFFFF"/>
            <w:tcMar>
              <w:top w:w="75" w:type="dxa"/>
              <w:left w:w="85" w:type="dxa"/>
              <w:bottom w:w="75" w:type="dxa"/>
              <w:right w:w="85" w:type="dxa"/>
            </w:tcMar>
            <w:vAlign w:val="center"/>
          </w:tcPr>
          <w:p w14:paraId="624BFF2B" w14:textId="77777777" w:rsidR="004A2E0F" w:rsidRPr="00D308F8" w:rsidRDefault="00000000">
            <w:pPr>
              <w:spacing w:after="0" w:line="240" w:lineRule="auto"/>
              <w:rPr>
                <w:noProof/>
                <w:lang w:val="ro-RO"/>
              </w:rPr>
            </w:pPr>
            <w:r w:rsidRPr="00D308F8">
              <w:rPr>
                <w:noProof/>
                <w:sz w:val="16"/>
                <w:lang w:val="ro-RO"/>
              </w:rPr>
              <w:t>Data revizuirii</w:t>
            </w:r>
          </w:p>
        </w:tc>
        <w:tc>
          <w:tcPr>
            <w:tcW w:w="6803" w:type="dxa"/>
            <w:shd w:val="clear" w:color="auto" w:fill="FFFFFF"/>
            <w:tcMar>
              <w:top w:w="75" w:type="dxa"/>
              <w:left w:w="85" w:type="dxa"/>
              <w:bottom w:w="75" w:type="dxa"/>
              <w:right w:w="85" w:type="dxa"/>
            </w:tcMar>
            <w:vAlign w:val="center"/>
          </w:tcPr>
          <w:p w14:paraId="1888FEA6" w14:textId="77777777" w:rsidR="004A2E0F" w:rsidRPr="00D308F8" w:rsidRDefault="00000000">
            <w:pPr>
              <w:spacing w:after="0" w:line="240" w:lineRule="auto"/>
              <w:rPr>
                <w:noProof/>
                <w:lang w:val="ro-RO"/>
              </w:rPr>
            </w:pPr>
            <w:r w:rsidRPr="00D308F8">
              <w:rPr>
                <w:noProof/>
                <w:sz w:val="16"/>
                <w:lang w:val="ro-RO"/>
              </w:rPr>
              <w:t>____________________________</w:t>
            </w:r>
          </w:p>
        </w:tc>
      </w:tr>
    </w:tbl>
    <w:p w14:paraId="74D83DE7" w14:textId="77777777" w:rsidR="004A2E0F" w:rsidRPr="00D308F8" w:rsidRDefault="004A2E0F">
      <w:pPr>
        <w:spacing w:after="20"/>
        <w:rPr>
          <w:noProof/>
          <w:lang w:val="ro-RO"/>
        </w:rPr>
      </w:pPr>
    </w:p>
    <w:sectPr w:rsidR="004A2E0F" w:rsidRPr="00D308F8" w:rsidSect="00034616">
      <w:headerReference w:type="default" r:id="rId9"/>
      <w:footerReference w:type="default" r:id="rId10"/>
      <w:pgSz w:w="11906" w:h="16838"/>
      <w:pgMar w:top="964" w:right="964" w:bottom="907" w:left="964" w:header="283" w:footer="2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07BFD" w14:textId="77777777" w:rsidR="008357D3" w:rsidRDefault="008357D3">
      <w:pPr>
        <w:spacing w:after="0" w:line="240" w:lineRule="auto"/>
      </w:pPr>
      <w:r>
        <w:separator/>
      </w:r>
    </w:p>
  </w:endnote>
  <w:endnote w:type="continuationSeparator" w:id="0">
    <w:p w14:paraId="23B78B4F" w14:textId="77777777" w:rsidR="008357D3" w:rsidRDefault="00835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1DD17" w14:textId="77777777" w:rsidR="004A2E0F" w:rsidRPr="00D308F8" w:rsidRDefault="004A2E0F">
    <w:pPr>
      <w:pStyle w:val="Footer"/>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220"/>
      <w:gridCol w:w="1701"/>
    </w:tblGrid>
    <w:tr w:rsidR="004A2E0F" w:rsidRPr="00D308F8" w14:paraId="053BE6EF" w14:textId="77777777">
      <w:trPr>
        <w:jc w:val="center"/>
      </w:trPr>
      <w:tc>
        <w:tcPr>
          <w:tcW w:w="8220" w:type="dxa"/>
          <w:tcMar>
            <w:top w:w="75" w:type="dxa"/>
            <w:left w:w="85" w:type="dxa"/>
            <w:bottom w:w="75" w:type="dxa"/>
            <w:right w:w="85" w:type="dxa"/>
          </w:tcMar>
          <w:vAlign w:val="center"/>
        </w:tcPr>
        <w:p w14:paraId="6DCB7B57" w14:textId="77777777" w:rsidR="004A2E0F" w:rsidRPr="00D308F8" w:rsidRDefault="00000000">
          <w:pPr>
            <w:spacing w:after="0" w:line="240" w:lineRule="auto"/>
            <w:rPr>
              <w:noProof/>
              <w:lang w:val="ro-RO"/>
            </w:rPr>
          </w:pPr>
          <w:r w:rsidRPr="00D308F8">
            <w:rPr>
              <w:noProof/>
              <w:color w:val="666666"/>
              <w:sz w:val="14"/>
              <w:lang w:val="ro-RO"/>
            </w:rPr>
            <w:t>Instrument orientativ. A se adapta contextului organizației.</w:t>
          </w:r>
        </w:p>
      </w:tc>
      <w:tc>
        <w:tcPr>
          <w:tcW w:w="1701" w:type="dxa"/>
        </w:tcPr>
        <w:p w14:paraId="3247BD74" w14:textId="77777777" w:rsidR="004A2E0F" w:rsidRPr="00D308F8" w:rsidRDefault="00000000">
          <w:pPr>
            <w:jc w:val="right"/>
            <w:rPr>
              <w:noProof/>
              <w:lang w:val="ro-RO"/>
            </w:rPr>
          </w:pPr>
          <w:r w:rsidRPr="00D308F8">
            <w:rPr>
              <w:noProof/>
              <w:color w:val="666666"/>
              <w:sz w:val="14"/>
              <w:lang w:val="ro-RO"/>
            </w:rPr>
            <w:t xml:space="preserve">Pagina </w:t>
          </w:r>
          <w:r w:rsidRPr="00D308F8">
            <w:rPr>
              <w:noProof/>
              <w:lang w:val="ro-RO"/>
            </w:rPr>
            <w:fldChar w:fldCharType="begin"/>
          </w:r>
          <w:r w:rsidRPr="00D308F8">
            <w:rPr>
              <w:noProof/>
              <w:lang w:val="ro-RO"/>
            </w:rPr>
            <w:instrText xml:space="preserve"> PAGE </w:instrText>
          </w:r>
          <w:r w:rsidR="00D308F8" w:rsidRPr="00D308F8">
            <w:rPr>
              <w:noProof/>
              <w:lang w:val="ro-RO"/>
            </w:rPr>
            <w:fldChar w:fldCharType="separate"/>
          </w:r>
          <w:r w:rsidR="00D308F8" w:rsidRPr="00D308F8">
            <w:rPr>
              <w:noProof/>
              <w:lang w:val="ro-RO"/>
            </w:rPr>
            <w:t>2</w:t>
          </w:r>
          <w:r w:rsidRPr="00D308F8">
            <w:rPr>
              <w:noProof/>
              <w:lang w:val="ro-RO"/>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172AE" w14:textId="77777777" w:rsidR="008357D3" w:rsidRDefault="008357D3">
      <w:pPr>
        <w:spacing w:after="0" w:line="240" w:lineRule="auto"/>
      </w:pPr>
      <w:r>
        <w:separator/>
      </w:r>
    </w:p>
  </w:footnote>
  <w:footnote w:type="continuationSeparator" w:id="0">
    <w:p w14:paraId="20FAE546" w14:textId="77777777" w:rsidR="008357D3" w:rsidRDefault="008357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0A03F" w14:textId="3B1DED05" w:rsidR="004A2E0F" w:rsidRPr="00D308F8" w:rsidRDefault="00000000">
    <w:pPr>
      <w:pStyle w:val="Header"/>
      <w:pBdr>
        <w:bottom w:val="single" w:sz="8" w:space="3" w:color="D71920"/>
      </w:pBdr>
      <w:tabs>
        <w:tab w:val="right" w:pos="9921"/>
      </w:tabs>
      <w:rPr>
        <w:noProof/>
        <w:lang w:val="ro-RO"/>
      </w:rPr>
    </w:pPr>
    <w:r w:rsidRPr="00D308F8">
      <w:rPr>
        <w:b/>
        <w:noProof/>
        <w:color w:val="D71920"/>
        <w:sz w:val="20"/>
        <w:lang w:val="ro-RO"/>
      </w:rPr>
      <w:t>C</w:t>
    </w:r>
    <w:r w:rsidR="00D308F8">
      <w:rPr>
        <w:b/>
        <w:noProof/>
        <w:color w:val="D71920"/>
        <w:sz w:val="20"/>
        <w:lang w:val="ro-RO"/>
      </w:rPr>
      <w:t>ertify</w:t>
    </w:r>
    <w:r w:rsidRPr="00D308F8">
      <w:rPr>
        <w:noProof/>
        <w:color w:val="666666"/>
        <w:sz w:val="16"/>
        <w:lang w:val="ro-RO"/>
      </w:rPr>
      <w:t xml:space="preserve">  |  RESURSE PRACTICE ISO</w:t>
    </w:r>
    <w:r w:rsidRPr="00D308F8">
      <w:rPr>
        <w:noProof/>
        <w:lang w:val="ro-RO"/>
      </w:rPr>
      <w:tab/>
    </w:r>
    <w:r w:rsidRPr="00D308F8">
      <w:rPr>
        <w:noProof/>
        <w:color w:val="666666"/>
        <w:sz w:val="15"/>
        <w:lang w:val="ro-RO"/>
      </w:rPr>
      <w:t>MODEL OBIECTIVE ISO 13485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31750842">
    <w:abstractNumId w:val="8"/>
  </w:num>
  <w:num w:numId="2" w16cid:durableId="369916369">
    <w:abstractNumId w:val="6"/>
  </w:num>
  <w:num w:numId="3" w16cid:durableId="792744889">
    <w:abstractNumId w:val="5"/>
  </w:num>
  <w:num w:numId="4" w16cid:durableId="1823813622">
    <w:abstractNumId w:val="4"/>
  </w:num>
  <w:num w:numId="5" w16cid:durableId="1616987534">
    <w:abstractNumId w:val="7"/>
  </w:num>
  <w:num w:numId="6" w16cid:durableId="1189221093">
    <w:abstractNumId w:val="3"/>
  </w:num>
  <w:num w:numId="7" w16cid:durableId="761074685">
    <w:abstractNumId w:val="2"/>
  </w:num>
  <w:num w:numId="8" w16cid:durableId="962812100">
    <w:abstractNumId w:val="1"/>
  </w:num>
  <w:num w:numId="9" w16cid:durableId="527064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A2E0F"/>
    <w:rsid w:val="005D605B"/>
    <w:rsid w:val="008357D3"/>
    <w:rsid w:val="00AA1D8D"/>
    <w:rsid w:val="00B47730"/>
    <w:rsid w:val="00CB0664"/>
    <w:rsid w:val="00D308F8"/>
    <w:rsid w:val="00E66FB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911C36"/>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4" w:lineRule="auto"/>
    </w:pPr>
    <w:rPr>
      <w:rFonts w:ascii="Arial" w:hAnsi="Arial"/>
      <w:color w:val="222222"/>
      <w:sz w:val="18"/>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sz w:val="34"/>
      <w:szCs w:val="28"/>
    </w:rPr>
  </w:style>
  <w:style w:type="paragraph" w:styleId="Heading2">
    <w:name w:val="heading 2"/>
    <w:basedOn w:val="Normal"/>
    <w:next w:val="Normal"/>
    <w:link w:val="Heading2Char"/>
    <w:uiPriority w:val="9"/>
    <w:unhideWhenUsed/>
    <w:qFormat/>
    <w:rsid w:val="00FC693F"/>
    <w:pPr>
      <w:keepNext/>
      <w:keepLines/>
      <w:spacing w:before="180"/>
      <w:outlineLvl w:val="1"/>
    </w:pPr>
    <w:rPr>
      <w:rFonts w:asciiTheme="majorHAnsi" w:eastAsiaTheme="majorEastAsia" w:hAnsiTheme="majorHAnsi" w:cstheme="majorBidi"/>
      <w:b/>
      <w:bCs/>
      <w:color w:val="D71920"/>
      <w:sz w:val="25"/>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b/>
      <w:bCs/>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b/>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o.org/standard/59752.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3914</Words>
  <Characters>22311</Characters>
  <Application>Microsoft Office Word</Application>
  <DocSecurity>0</DocSecurity>
  <Lines>185</Lines>
  <Paragraphs>52</Paragraphs>
  <ScaleCrop>false</ScaleCrop>
  <Manager/>
  <Company/>
  <LinksUpToDate>false</LinksUpToDate>
  <CharactersWithSpaces>26173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2026-07-24T09:54:00Z</dcterms:created>
  <dcterms:modified xsi:type="dcterms:W3CDTF">2026-07-24T09:54:00Z</dcterms:modified>
  <cp:category/>
</cp:coreProperties>
</file>