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956C0" w14:textId="77777777" w:rsidR="00453E5B" w:rsidRDefault="00000000">
      <w:pPr>
        <w:spacing w:after="400"/>
      </w:pPr>
      <w:r>
        <w:rPr>
          <w:b/>
          <w:color w:val="D71920"/>
          <w:sz w:val="20"/>
        </w:rPr>
        <w:t>CERTIFY  |  RESURSE PRACTICE ISO</w:t>
      </w:r>
    </w:p>
    <w:tbl>
      <w:tblPr>
        <w:tblW w:w="0" w:type="auto"/>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tblGrid>
      <w:tr w:rsidR="00453E5B" w14:paraId="36483F18" w14:textId="77777777">
        <w:tc>
          <w:tcPr>
            <w:tcW w:w="2381" w:type="dxa"/>
            <w:shd w:val="clear" w:color="auto" w:fill="D71920"/>
            <w:tcMar>
              <w:top w:w="70" w:type="dxa"/>
              <w:left w:w="85" w:type="dxa"/>
              <w:bottom w:w="70" w:type="dxa"/>
              <w:right w:w="85" w:type="dxa"/>
            </w:tcMar>
            <w:vAlign w:val="center"/>
          </w:tcPr>
          <w:p w14:paraId="45C1C8FC" w14:textId="77777777" w:rsidR="00453E5B" w:rsidRDefault="00000000">
            <w:pPr>
              <w:spacing w:after="0" w:line="240" w:lineRule="auto"/>
              <w:jc w:val="center"/>
            </w:pPr>
            <w:r>
              <w:rPr>
                <w:b/>
                <w:color w:val="FFFFFF"/>
                <w:sz w:val="22"/>
              </w:rPr>
              <w:t>GHID</w:t>
            </w:r>
          </w:p>
        </w:tc>
      </w:tr>
    </w:tbl>
    <w:p w14:paraId="0CA94381" w14:textId="77777777" w:rsidR="00453E5B" w:rsidRDefault="00453E5B">
      <w:pPr>
        <w:spacing w:after="120"/>
      </w:pPr>
    </w:p>
    <w:p w14:paraId="548F5FCA" w14:textId="77777777" w:rsidR="00453E5B" w:rsidRDefault="00000000">
      <w:pPr>
        <w:spacing w:after="40"/>
      </w:pPr>
      <w:r>
        <w:rPr>
          <w:b/>
          <w:sz w:val="56"/>
        </w:rPr>
        <w:t>Documente esențiale</w:t>
      </w:r>
    </w:p>
    <w:p w14:paraId="1B5A9D81" w14:textId="77777777" w:rsidR="00453E5B" w:rsidRDefault="00000000">
      <w:pPr>
        <w:spacing w:after="140"/>
      </w:pPr>
      <w:r>
        <w:rPr>
          <w:b/>
          <w:color w:val="D71920"/>
          <w:sz w:val="64"/>
        </w:rPr>
        <w:t>ISO/IEC 27001</w:t>
      </w:r>
    </w:p>
    <w:p w14:paraId="7E591E86" w14:textId="77777777" w:rsidR="00453E5B" w:rsidRPr="00093A4A" w:rsidRDefault="00000000">
      <w:pPr>
        <w:spacing w:after="320"/>
        <w:rPr>
          <w:lang w:val="fr-FR"/>
        </w:rPr>
      </w:pPr>
      <w:r w:rsidRPr="00093A4A">
        <w:rPr>
          <w:color w:val="666666"/>
          <w:sz w:val="25"/>
          <w:lang w:val="fr-FR"/>
        </w:rPr>
        <w:t xml:space="preserve">Documente, registre </w:t>
      </w:r>
      <w:proofErr w:type="spellStart"/>
      <w:r w:rsidRPr="00093A4A">
        <w:rPr>
          <w:color w:val="666666"/>
          <w:sz w:val="25"/>
          <w:lang w:val="fr-FR"/>
        </w:rPr>
        <w:t>și</w:t>
      </w:r>
      <w:proofErr w:type="spellEnd"/>
      <w:r w:rsidRPr="00093A4A">
        <w:rPr>
          <w:color w:val="666666"/>
          <w:sz w:val="25"/>
          <w:lang w:val="fr-FR"/>
        </w:rPr>
        <w:t xml:space="preserve"> </w:t>
      </w:r>
      <w:proofErr w:type="spellStart"/>
      <w:r w:rsidRPr="00093A4A">
        <w:rPr>
          <w:color w:val="666666"/>
          <w:sz w:val="25"/>
          <w:lang w:val="fr-FR"/>
        </w:rPr>
        <w:t>dovezi</w:t>
      </w:r>
      <w:proofErr w:type="spellEnd"/>
      <w:r w:rsidRPr="00093A4A">
        <w:rPr>
          <w:color w:val="666666"/>
          <w:sz w:val="25"/>
          <w:lang w:val="fr-FR"/>
        </w:rPr>
        <w:t xml:space="preserve"> </w:t>
      </w:r>
      <w:proofErr w:type="spellStart"/>
      <w:r w:rsidRPr="00093A4A">
        <w:rPr>
          <w:color w:val="666666"/>
          <w:sz w:val="25"/>
          <w:lang w:val="fr-FR"/>
        </w:rPr>
        <w:t>pentru</w:t>
      </w:r>
      <w:proofErr w:type="spellEnd"/>
      <w:r w:rsidRPr="00093A4A">
        <w:rPr>
          <w:color w:val="666666"/>
          <w:sz w:val="25"/>
          <w:lang w:val="fr-FR"/>
        </w:rPr>
        <w:t xml:space="preserve"> un </w:t>
      </w:r>
      <w:proofErr w:type="spellStart"/>
      <w:r w:rsidRPr="00093A4A">
        <w:rPr>
          <w:color w:val="666666"/>
          <w:sz w:val="25"/>
          <w:lang w:val="fr-FR"/>
        </w:rPr>
        <w:t>sistem</w:t>
      </w:r>
      <w:proofErr w:type="spellEnd"/>
      <w:r w:rsidRPr="00093A4A">
        <w:rPr>
          <w:color w:val="666666"/>
          <w:sz w:val="25"/>
          <w:lang w:val="fr-FR"/>
        </w:rPr>
        <w:t xml:space="preserve"> de management al </w:t>
      </w:r>
      <w:proofErr w:type="spellStart"/>
      <w:r w:rsidRPr="00093A4A">
        <w:rPr>
          <w:color w:val="666666"/>
          <w:sz w:val="25"/>
          <w:lang w:val="fr-FR"/>
        </w:rPr>
        <w:t>securității</w:t>
      </w:r>
      <w:proofErr w:type="spellEnd"/>
      <w:r w:rsidRPr="00093A4A">
        <w:rPr>
          <w:color w:val="666666"/>
          <w:sz w:val="25"/>
          <w:lang w:val="fr-FR"/>
        </w:rPr>
        <w:t xml:space="preserve"> </w:t>
      </w:r>
      <w:proofErr w:type="spellStart"/>
      <w:r w:rsidRPr="00093A4A">
        <w:rPr>
          <w:color w:val="666666"/>
          <w:sz w:val="25"/>
          <w:lang w:val="fr-FR"/>
        </w:rPr>
        <w:t>informației</w:t>
      </w:r>
      <w:proofErr w:type="spellEnd"/>
      <w:r w:rsidRPr="00093A4A">
        <w:rPr>
          <w:color w:val="666666"/>
          <w:sz w:val="25"/>
          <w:lang w:val="fr-FR"/>
        </w:rPr>
        <w:t xml:space="preserve"> </w:t>
      </w:r>
      <w:proofErr w:type="spellStart"/>
      <w:r w:rsidRPr="00093A4A">
        <w:rPr>
          <w:color w:val="666666"/>
          <w:sz w:val="25"/>
          <w:lang w:val="fr-FR"/>
        </w:rPr>
        <w:t>bazat</w:t>
      </w:r>
      <w:proofErr w:type="spellEnd"/>
      <w:r w:rsidRPr="00093A4A">
        <w:rPr>
          <w:color w:val="666666"/>
          <w:sz w:val="25"/>
          <w:lang w:val="fr-FR"/>
        </w:rPr>
        <w:t xml:space="preserve"> </w:t>
      </w:r>
      <w:proofErr w:type="spellStart"/>
      <w:r w:rsidRPr="00093A4A">
        <w:rPr>
          <w:color w:val="666666"/>
          <w:sz w:val="25"/>
          <w:lang w:val="fr-FR"/>
        </w:rPr>
        <w:t>pe</w:t>
      </w:r>
      <w:proofErr w:type="spellEnd"/>
      <w:r w:rsidRPr="00093A4A">
        <w:rPr>
          <w:color w:val="666666"/>
          <w:sz w:val="25"/>
          <w:lang w:val="fr-FR"/>
        </w:rPr>
        <w:t xml:space="preserve"> </w:t>
      </w:r>
      <w:proofErr w:type="spellStart"/>
      <w:r w:rsidRPr="00093A4A">
        <w:rPr>
          <w:color w:val="666666"/>
          <w:sz w:val="25"/>
          <w:lang w:val="fr-FR"/>
        </w:rPr>
        <w:t>risc</w:t>
      </w:r>
      <w:proofErr w:type="spellEnd"/>
    </w:p>
    <w:p w14:paraId="3BF4F184" w14:textId="77777777" w:rsidR="00453E5B" w:rsidRPr="00093A4A" w:rsidRDefault="00453E5B">
      <w:pPr>
        <w:pBdr>
          <w:bottom w:val="single" w:sz="18" w:space="1" w:color="D71920"/>
        </w:pBdr>
        <w:spacing w:after="12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453E5B" w14:paraId="06865C74" w14:textId="77777777">
        <w:trPr>
          <w:jc w:val="center"/>
        </w:trPr>
        <w:tc>
          <w:tcPr>
            <w:tcW w:w="2721" w:type="dxa"/>
            <w:shd w:val="clear" w:color="auto" w:fill="F3F4F5"/>
            <w:tcMar>
              <w:top w:w="70" w:type="dxa"/>
              <w:left w:w="85" w:type="dxa"/>
              <w:bottom w:w="70" w:type="dxa"/>
              <w:right w:w="85" w:type="dxa"/>
            </w:tcMar>
            <w:vAlign w:val="center"/>
          </w:tcPr>
          <w:p w14:paraId="3EE23217" w14:textId="77777777" w:rsidR="00453E5B" w:rsidRDefault="00000000">
            <w:pPr>
              <w:spacing w:after="0" w:line="240" w:lineRule="auto"/>
            </w:pPr>
            <w:r>
              <w:rPr>
                <w:b/>
                <w:sz w:val="16"/>
              </w:rPr>
              <w:t>BAZĂ DE LUCRU</w:t>
            </w:r>
          </w:p>
        </w:tc>
        <w:tc>
          <w:tcPr>
            <w:tcW w:w="7200" w:type="dxa"/>
            <w:shd w:val="clear" w:color="auto" w:fill="FFFFFF"/>
            <w:tcMar>
              <w:top w:w="70" w:type="dxa"/>
              <w:left w:w="85" w:type="dxa"/>
              <w:bottom w:w="70" w:type="dxa"/>
              <w:right w:w="85" w:type="dxa"/>
            </w:tcMar>
            <w:vAlign w:val="center"/>
          </w:tcPr>
          <w:p w14:paraId="06A86DBB" w14:textId="77777777" w:rsidR="00453E5B" w:rsidRDefault="00000000">
            <w:pPr>
              <w:spacing w:after="0" w:line="240" w:lineRule="auto"/>
            </w:pPr>
            <w:r>
              <w:rPr>
                <w:sz w:val="17"/>
              </w:rPr>
              <w:t>ISO/IEC 27001:2022 + Amendamentul 1:2024</w:t>
            </w:r>
          </w:p>
        </w:tc>
      </w:tr>
      <w:tr w:rsidR="00453E5B" w:rsidRPr="00093A4A" w14:paraId="79ABDAE5" w14:textId="77777777">
        <w:trPr>
          <w:jc w:val="center"/>
        </w:trPr>
        <w:tc>
          <w:tcPr>
            <w:tcW w:w="2721" w:type="dxa"/>
            <w:shd w:val="clear" w:color="auto" w:fill="F3F4F5"/>
            <w:tcMar>
              <w:top w:w="70" w:type="dxa"/>
              <w:left w:w="85" w:type="dxa"/>
              <w:bottom w:w="70" w:type="dxa"/>
              <w:right w:w="85" w:type="dxa"/>
            </w:tcMar>
            <w:vAlign w:val="center"/>
          </w:tcPr>
          <w:p w14:paraId="6B95867C" w14:textId="77777777" w:rsidR="00453E5B" w:rsidRDefault="00000000">
            <w:pPr>
              <w:spacing w:after="0" w:line="240" w:lineRule="auto"/>
            </w:pPr>
            <w:r>
              <w:rPr>
                <w:b/>
                <w:sz w:val="16"/>
              </w:rPr>
              <w:t>UTILIZARE</w:t>
            </w:r>
          </w:p>
        </w:tc>
        <w:tc>
          <w:tcPr>
            <w:tcW w:w="7200" w:type="dxa"/>
            <w:shd w:val="clear" w:color="auto" w:fill="FFFFFF"/>
            <w:tcMar>
              <w:top w:w="70" w:type="dxa"/>
              <w:left w:w="85" w:type="dxa"/>
              <w:bottom w:w="70" w:type="dxa"/>
              <w:right w:w="85" w:type="dxa"/>
            </w:tcMar>
            <w:vAlign w:val="center"/>
          </w:tcPr>
          <w:p w14:paraId="625533AA" w14:textId="77777777" w:rsidR="00453E5B" w:rsidRPr="00093A4A" w:rsidRDefault="00000000">
            <w:pPr>
              <w:spacing w:after="0" w:line="240" w:lineRule="auto"/>
              <w:rPr>
                <w:lang w:val="fr-FR"/>
              </w:rPr>
            </w:pPr>
            <w:proofErr w:type="spellStart"/>
            <w:r w:rsidRPr="00093A4A">
              <w:rPr>
                <w:sz w:val="17"/>
                <w:lang w:val="fr-FR"/>
              </w:rPr>
              <w:t>Organizații</w:t>
            </w:r>
            <w:proofErr w:type="spellEnd"/>
            <w:r w:rsidRPr="00093A4A">
              <w:rPr>
                <w:sz w:val="17"/>
                <w:lang w:val="fr-FR"/>
              </w:rPr>
              <w:t xml:space="preserve"> </w:t>
            </w:r>
            <w:proofErr w:type="spellStart"/>
            <w:r w:rsidRPr="00093A4A">
              <w:rPr>
                <w:sz w:val="17"/>
                <w:lang w:val="fr-FR"/>
              </w:rPr>
              <w:t>din</w:t>
            </w:r>
            <w:proofErr w:type="spellEnd"/>
            <w:r w:rsidRPr="00093A4A">
              <w:rPr>
                <w:sz w:val="17"/>
                <w:lang w:val="fr-FR"/>
              </w:rPr>
              <w:t xml:space="preserve"> </w:t>
            </w:r>
            <w:proofErr w:type="spellStart"/>
            <w:r w:rsidRPr="00093A4A">
              <w:rPr>
                <w:sz w:val="17"/>
                <w:lang w:val="fr-FR"/>
              </w:rPr>
              <w:t>orice</w:t>
            </w:r>
            <w:proofErr w:type="spellEnd"/>
            <w:r w:rsidRPr="00093A4A">
              <w:rPr>
                <w:sz w:val="17"/>
                <w:lang w:val="fr-FR"/>
              </w:rPr>
              <w:t xml:space="preserve"> industrie </w:t>
            </w:r>
            <w:proofErr w:type="spellStart"/>
            <w:r w:rsidRPr="00093A4A">
              <w:rPr>
                <w:sz w:val="17"/>
                <w:lang w:val="fr-FR"/>
              </w:rPr>
              <w:t>și</w:t>
            </w:r>
            <w:proofErr w:type="spellEnd"/>
            <w:r w:rsidRPr="00093A4A">
              <w:rPr>
                <w:sz w:val="17"/>
                <w:lang w:val="fr-FR"/>
              </w:rPr>
              <w:t xml:space="preserve"> de </w:t>
            </w:r>
            <w:proofErr w:type="spellStart"/>
            <w:r w:rsidRPr="00093A4A">
              <w:rPr>
                <w:sz w:val="17"/>
                <w:lang w:val="fr-FR"/>
              </w:rPr>
              <w:t>orice</w:t>
            </w:r>
            <w:proofErr w:type="spellEnd"/>
            <w:r w:rsidRPr="00093A4A">
              <w:rPr>
                <w:sz w:val="17"/>
                <w:lang w:val="fr-FR"/>
              </w:rPr>
              <w:t xml:space="preserve"> </w:t>
            </w:r>
            <w:proofErr w:type="spellStart"/>
            <w:r w:rsidRPr="00093A4A">
              <w:rPr>
                <w:sz w:val="17"/>
                <w:lang w:val="fr-FR"/>
              </w:rPr>
              <w:t>dimensiune</w:t>
            </w:r>
            <w:proofErr w:type="spellEnd"/>
          </w:p>
        </w:tc>
      </w:tr>
      <w:tr w:rsidR="00453E5B" w:rsidRPr="00093A4A" w14:paraId="5EA20924" w14:textId="77777777">
        <w:trPr>
          <w:jc w:val="center"/>
        </w:trPr>
        <w:tc>
          <w:tcPr>
            <w:tcW w:w="2721" w:type="dxa"/>
            <w:shd w:val="clear" w:color="auto" w:fill="F3F4F5"/>
            <w:tcMar>
              <w:top w:w="70" w:type="dxa"/>
              <w:left w:w="85" w:type="dxa"/>
              <w:bottom w:w="70" w:type="dxa"/>
              <w:right w:w="85" w:type="dxa"/>
            </w:tcMar>
            <w:vAlign w:val="center"/>
          </w:tcPr>
          <w:p w14:paraId="50F970BC" w14:textId="77777777" w:rsidR="00453E5B" w:rsidRDefault="00000000">
            <w:pPr>
              <w:spacing w:after="0" w:line="240" w:lineRule="auto"/>
            </w:pPr>
            <w:r>
              <w:rPr>
                <w:b/>
                <w:sz w:val="16"/>
              </w:rPr>
              <w:t>CONȚINUT</w:t>
            </w:r>
          </w:p>
        </w:tc>
        <w:tc>
          <w:tcPr>
            <w:tcW w:w="7200" w:type="dxa"/>
            <w:shd w:val="clear" w:color="auto" w:fill="FFFFFF"/>
            <w:tcMar>
              <w:top w:w="70" w:type="dxa"/>
              <w:left w:w="85" w:type="dxa"/>
              <w:bottom w:w="70" w:type="dxa"/>
              <w:right w:w="85" w:type="dxa"/>
            </w:tcMar>
            <w:vAlign w:val="center"/>
          </w:tcPr>
          <w:p w14:paraId="0C66CBB8" w14:textId="77777777" w:rsidR="00453E5B" w:rsidRPr="00093A4A" w:rsidRDefault="00000000">
            <w:pPr>
              <w:spacing w:after="0" w:line="240" w:lineRule="auto"/>
              <w:rPr>
                <w:lang w:val="fr-FR"/>
              </w:rPr>
            </w:pPr>
            <w:proofErr w:type="spellStart"/>
            <w:r w:rsidRPr="00093A4A">
              <w:rPr>
                <w:sz w:val="17"/>
                <w:lang w:val="fr-FR"/>
              </w:rPr>
              <w:t>Cerințe</w:t>
            </w:r>
            <w:proofErr w:type="spellEnd"/>
            <w:r w:rsidRPr="00093A4A">
              <w:rPr>
                <w:sz w:val="17"/>
                <w:lang w:val="fr-FR"/>
              </w:rPr>
              <w:t xml:space="preserve"> </w:t>
            </w:r>
            <w:proofErr w:type="spellStart"/>
            <w:r w:rsidRPr="00093A4A">
              <w:rPr>
                <w:sz w:val="17"/>
                <w:lang w:val="fr-FR"/>
              </w:rPr>
              <w:t>documentare</w:t>
            </w:r>
            <w:proofErr w:type="spellEnd"/>
            <w:r w:rsidRPr="00093A4A">
              <w:rPr>
                <w:sz w:val="17"/>
                <w:lang w:val="fr-FR"/>
              </w:rPr>
              <w:t xml:space="preserve"> + documente </w:t>
            </w:r>
            <w:proofErr w:type="spellStart"/>
            <w:r w:rsidRPr="00093A4A">
              <w:rPr>
                <w:sz w:val="17"/>
                <w:lang w:val="fr-FR"/>
              </w:rPr>
              <w:t>recomandate</w:t>
            </w:r>
            <w:proofErr w:type="spellEnd"/>
            <w:r w:rsidRPr="00093A4A">
              <w:rPr>
                <w:sz w:val="17"/>
                <w:lang w:val="fr-FR"/>
              </w:rPr>
              <w:t xml:space="preserve"> + </w:t>
            </w:r>
            <w:proofErr w:type="spellStart"/>
            <w:r w:rsidRPr="00093A4A">
              <w:rPr>
                <w:sz w:val="17"/>
                <w:lang w:val="fr-FR"/>
              </w:rPr>
              <w:t>modele</w:t>
            </w:r>
            <w:proofErr w:type="spellEnd"/>
            <w:r w:rsidRPr="00093A4A">
              <w:rPr>
                <w:sz w:val="17"/>
                <w:lang w:val="fr-FR"/>
              </w:rPr>
              <w:t xml:space="preserve"> </w:t>
            </w:r>
            <w:proofErr w:type="spellStart"/>
            <w:r w:rsidRPr="00093A4A">
              <w:rPr>
                <w:sz w:val="17"/>
                <w:lang w:val="fr-FR"/>
              </w:rPr>
              <w:t>completabile</w:t>
            </w:r>
            <w:proofErr w:type="spellEnd"/>
          </w:p>
        </w:tc>
      </w:tr>
      <w:tr w:rsidR="00453E5B" w14:paraId="2649608B" w14:textId="77777777">
        <w:trPr>
          <w:jc w:val="center"/>
        </w:trPr>
        <w:tc>
          <w:tcPr>
            <w:tcW w:w="2721" w:type="dxa"/>
            <w:shd w:val="clear" w:color="auto" w:fill="F3F4F5"/>
            <w:tcMar>
              <w:top w:w="70" w:type="dxa"/>
              <w:left w:w="85" w:type="dxa"/>
              <w:bottom w:w="70" w:type="dxa"/>
              <w:right w:w="85" w:type="dxa"/>
            </w:tcMar>
            <w:vAlign w:val="center"/>
          </w:tcPr>
          <w:p w14:paraId="094585DE" w14:textId="77777777" w:rsidR="00453E5B" w:rsidRDefault="00000000">
            <w:pPr>
              <w:spacing w:after="0" w:line="240" w:lineRule="auto"/>
            </w:pPr>
            <w:r>
              <w:rPr>
                <w:b/>
                <w:sz w:val="16"/>
              </w:rPr>
              <w:t>EDIȚIE DOCUMENT</w:t>
            </w:r>
          </w:p>
        </w:tc>
        <w:tc>
          <w:tcPr>
            <w:tcW w:w="7200" w:type="dxa"/>
            <w:shd w:val="clear" w:color="auto" w:fill="FFFFFF"/>
            <w:tcMar>
              <w:top w:w="70" w:type="dxa"/>
              <w:left w:w="85" w:type="dxa"/>
              <w:bottom w:w="70" w:type="dxa"/>
              <w:right w:w="85" w:type="dxa"/>
            </w:tcMar>
            <w:vAlign w:val="center"/>
          </w:tcPr>
          <w:p w14:paraId="4B2D5CAE" w14:textId="77777777" w:rsidR="00453E5B" w:rsidRDefault="00000000">
            <w:pPr>
              <w:spacing w:after="0" w:line="240" w:lineRule="auto"/>
            </w:pPr>
            <w:r>
              <w:rPr>
                <w:sz w:val="17"/>
              </w:rPr>
              <w:t>Certify | iulie 2026</w:t>
            </w:r>
          </w:p>
        </w:tc>
      </w:tr>
    </w:tbl>
    <w:p w14:paraId="68098C76" w14:textId="77777777" w:rsidR="00453E5B" w:rsidRDefault="00453E5B">
      <w:pPr>
        <w:spacing w:after="16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53E5B" w14:paraId="487114AF" w14:textId="77777777">
        <w:trPr>
          <w:cantSplit/>
          <w:jc w:val="center"/>
        </w:trPr>
        <w:tc>
          <w:tcPr>
            <w:tcW w:w="567" w:type="dxa"/>
            <w:shd w:val="clear" w:color="auto" w:fill="D71920"/>
            <w:tcMar>
              <w:top w:w="70" w:type="dxa"/>
              <w:left w:w="85" w:type="dxa"/>
              <w:bottom w:w="70" w:type="dxa"/>
              <w:right w:w="85" w:type="dxa"/>
            </w:tcMar>
            <w:vAlign w:val="center"/>
          </w:tcPr>
          <w:p w14:paraId="515E6E25" w14:textId="77777777" w:rsidR="00453E5B" w:rsidRDefault="00000000">
            <w:pPr>
              <w:spacing w:after="0" w:line="240" w:lineRule="auto"/>
              <w:jc w:val="center"/>
            </w:pPr>
            <w:r>
              <w:rPr>
                <w:b/>
                <w:color w:val="FFFFFF"/>
                <w:sz w:val="30"/>
              </w:rPr>
              <w:t>i</w:t>
            </w:r>
          </w:p>
        </w:tc>
        <w:tc>
          <w:tcPr>
            <w:tcW w:w="9354" w:type="dxa"/>
            <w:shd w:val="clear" w:color="auto" w:fill="FCEBEC"/>
          </w:tcPr>
          <w:p w14:paraId="2EB47522" w14:textId="77777777" w:rsidR="00453E5B" w:rsidRPr="00093A4A" w:rsidRDefault="00000000">
            <w:pPr>
              <w:spacing w:after="20"/>
              <w:rPr>
                <w:lang w:val="fr-FR"/>
              </w:rPr>
            </w:pPr>
            <w:r w:rsidRPr="00093A4A">
              <w:rPr>
                <w:b/>
                <w:color w:val="D71920"/>
                <w:sz w:val="17"/>
                <w:lang w:val="fr-FR"/>
              </w:rPr>
              <w:t>PRINCIPIUL CENTRAL</w:t>
            </w:r>
          </w:p>
          <w:p w14:paraId="5BFE5E36" w14:textId="77777777" w:rsidR="00453E5B" w:rsidRDefault="00000000">
            <w:pPr>
              <w:spacing w:after="0" w:line="247" w:lineRule="auto"/>
            </w:pPr>
            <w:proofErr w:type="spellStart"/>
            <w:r w:rsidRPr="00093A4A">
              <w:rPr>
                <w:sz w:val="16"/>
                <w:lang w:val="fr-FR"/>
              </w:rPr>
              <w:t>Standardele</w:t>
            </w:r>
            <w:proofErr w:type="spellEnd"/>
            <w:r w:rsidRPr="00093A4A">
              <w:rPr>
                <w:sz w:val="16"/>
                <w:lang w:val="fr-FR"/>
              </w:rPr>
              <w:t xml:space="preserve"> </w:t>
            </w:r>
            <w:proofErr w:type="spellStart"/>
            <w:r w:rsidRPr="00093A4A">
              <w:rPr>
                <w:sz w:val="16"/>
                <w:lang w:val="fr-FR"/>
              </w:rPr>
              <w:t>cer</w:t>
            </w:r>
            <w:proofErr w:type="spellEnd"/>
            <w:r w:rsidRPr="00093A4A">
              <w:rPr>
                <w:sz w:val="16"/>
                <w:lang w:val="fr-FR"/>
              </w:rPr>
              <w:t xml:space="preserve"> </w:t>
            </w:r>
            <w:proofErr w:type="spellStart"/>
            <w:r w:rsidRPr="00093A4A">
              <w:rPr>
                <w:sz w:val="16"/>
                <w:lang w:val="fr-FR"/>
              </w:rPr>
              <w:t>informație</w:t>
            </w:r>
            <w:proofErr w:type="spellEnd"/>
            <w:r w:rsidRPr="00093A4A">
              <w:rPr>
                <w:sz w:val="16"/>
                <w:lang w:val="fr-FR"/>
              </w:rPr>
              <w:t xml:space="preserve"> </w:t>
            </w:r>
            <w:proofErr w:type="spellStart"/>
            <w:r w:rsidRPr="00093A4A">
              <w:rPr>
                <w:sz w:val="16"/>
                <w:lang w:val="fr-FR"/>
              </w:rPr>
              <w:t>documentată</w:t>
            </w:r>
            <w:proofErr w:type="spellEnd"/>
            <w:r w:rsidRPr="00093A4A">
              <w:rPr>
                <w:sz w:val="16"/>
                <w:lang w:val="fr-FR"/>
              </w:rPr>
              <w:t xml:space="preserve"> </w:t>
            </w:r>
            <w:proofErr w:type="spellStart"/>
            <w:r w:rsidRPr="00093A4A">
              <w:rPr>
                <w:sz w:val="16"/>
                <w:lang w:val="fr-FR"/>
              </w:rPr>
              <w:t>suficientă</w:t>
            </w:r>
            <w:proofErr w:type="spellEnd"/>
            <w:r w:rsidRPr="00093A4A">
              <w:rPr>
                <w:sz w:val="16"/>
                <w:lang w:val="fr-FR"/>
              </w:rPr>
              <w:t xml:space="preserve"> </w:t>
            </w:r>
            <w:proofErr w:type="spellStart"/>
            <w:r w:rsidRPr="00093A4A">
              <w:rPr>
                <w:sz w:val="16"/>
                <w:lang w:val="fr-FR"/>
              </w:rPr>
              <w:t>pentru</w:t>
            </w:r>
            <w:proofErr w:type="spellEnd"/>
            <w:r w:rsidRPr="00093A4A">
              <w:rPr>
                <w:sz w:val="16"/>
                <w:lang w:val="fr-FR"/>
              </w:rPr>
              <w:t xml:space="preserve"> </w:t>
            </w:r>
            <w:proofErr w:type="spellStart"/>
            <w:r w:rsidRPr="00093A4A">
              <w:rPr>
                <w:sz w:val="16"/>
                <w:lang w:val="fr-FR"/>
              </w:rPr>
              <w:t>controlul</w:t>
            </w:r>
            <w:proofErr w:type="spellEnd"/>
            <w:r w:rsidRPr="00093A4A">
              <w:rPr>
                <w:sz w:val="16"/>
                <w:lang w:val="fr-FR"/>
              </w:rPr>
              <w:t xml:space="preserve"> </w:t>
            </w:r>
            <w:proofErr w:type="spellStart"/>
            <w:r w:rsidRPr="00093A4A">
              <w:rPr>
                <w:sz w:val="16"/>
                <w:lang w:val="fr-FR"/>
              </w:rPr>
              <w:t>sistemului</w:t>
            </w:r>
            <w:proofErr w:type="spellEnd"/>
            <w:r w:rsidRPr="00093A4A">
              <w:rPr>
                <w:sz w:val="16"/>
                <w:lang w:val="fr-FR"/>
              </w:rPr>
              <w:t xml:space="preserve"> </w:t>
            </w:r>
            <w:proofErr w:type="spellStart"/>
            <w:r w:rsidRPr="00093A4A">
              <w:rPr>
                <w:sz w:val="16"/>
                <w:lang w:val="fr-FR"/>
              </w:rPr>
              <w:t>și</w:t>
            </w:r>
            <w:proofErr w:type="spellEnd"/>
            <w:r w:rsidRPr="00093A4A">
              <w:rPr>
                <w:sz w:val="16"/>
                <w:lang w:val="fr-FR"/>
              </w:rPr>
              <w:t xml:space="preserve"> </w:t>
            </w:r>
            <w:proofErr w:type="spellStart"/>
            <w:r w:rsidRPr="00093A4A">
              <w:rPr>
                <w:sz w:val="16"/>
                <w:lang w:val="fr-FR"/>
              </w:rPr>
              <w:t>pentru</w:t>
            </w:r>
            <w:proofErr w:type="spellEnd"/>
            <w:r w:rsidRPr="00093A4A">
              <w:rPr>
                <w:sz w:val="16"/>
                <w:lang w:val="fr-FR"/>
              </w:rPr>
              <w:t xml:space="preserve"> </w:t>
            </w:r>
            <w:proofErr w:type="spellStart"/>
            <w:r w:rsidRPr="00093A4A">
              <w:rPr>
                <w:sz w:val="16"/>
                <w:lang w:val="fr-FR"/>
              </w:rPr>
              <w:t>demonstrarea</w:t>
            </w:r>
            <w:proofErr w:type="spellEnd"/>
            <w:r w:rsidRPr="00093A4A">
              <w:rPr>
                <w:sz w:val="16"/>
                <w:lang w:val="fr-FR"/>
              </w:rPr>
              <w:t xml:space="preserve"> </w:t>
            </w:r>
            <w:proofErr w:type="spellStart"/>
            <w:r w:rsidRPr="00093A4A">
              <w:rPr>
                <w:sz w:val="16"/>
                <w:lang w:val="fr-FR"/>
              </w:rPr>
              <w:t>rezultatelor</w:t>
            </w:r>
            <w:proofErr w:type="spellEnd"/>
            <w:r w:rsidRPr="00093A4A">
              <w:rPr>
                <w:sz w:val="16"/>
                <w:lang w:val="fr-FR"/>
              </w:rPr>
              <w:t xml:space="preserve">. </w:t>
            </w:r>
            <w:proofErr w:type="spellStart"/>
            <w:r>
              <w:rPr>
                <w:sz w:val="16"/>
              </w:rPr>
              <w:t>Formatul</w:t>
            </w:r>
            <w:proofErr w:type="spellEnd"/>
            <w:r>
              <w:rPr>
                <w:sz w:val="16"/>
              </w:rPr>
              <w:t xml:space="preserve"> </w:t>
            </w:r>
            <w:proofErr w:type="spellStart"/>
            <w:r>
              <w:rPr>
                <w:sz w:val="16"/>
              </w:rPr>
              <w:t>este</w:t>
            </w:r>
            <w:proofErr w:type="spellEnd"/>
            <w:r>
              <w:rPr>
                <w:sz w:val="16"/>
              </w:rPr>
              <w:t xml:space="preserve"> </w:t>
            </w:r>
            <w:proofErr w:type="spellStart"/>
            <w:r>
              <w:rPr>
                <w:sz w:val="16"/>
              </w:rPr>
              <w:t>flexibil</w:t>
            </w:r>
            <w:proofErr w:type="spellEnd"/>
            <w:r>
              <w:rPr>
                <w:sz w:val="16"/>
              </w:rPr>
              <w:t xml:space="preserve">: </w:t>
            </w:r>
            <w:proofErr w:type="spellStart"/>
            <w:r>
              <w:rPr>
                <w:sz w:val="16"/>
              </w:rPr>
              <w:t>procedură</w:t>
            </w:r>
            <w:proofErr w:type="spellEnd"/>
            <w:r>
              <w:rPr>
                <w:sz w:val="16"/>
              </w:rPr>
              <w:t>, registru, formular, aplicație, hartă, fotografie, video sau înregistrare electronică.</w:t>
            </w:r>
          </w:p>
        </w:tc>
      </w:tr>
    </w:tbl>
    <w:p w14:paraId="353359F6" w14:textId="77777777" w:rsidR="00453E5B" w:rsidRDefault="00453E5B">
      <w:pPr>
        <w:spacing w:after="0"/>
      </w:pPr>
    </w:p>
    <w:p w14:paraId="0E0F0AC9" w14:textId="77777777" w:rsidR="00453E5B" w:rsidRDefault="00000000">
      <w:pPr>
        <w:spacing w:before="200"/>
        <w:jc w:val="center"/>
      </w:pPr>
      <w:r>
        <w:rPr>
          <w:b/>
          <w:color w:val="D71920"/>
          <w:sz w:val="20"/>
        </w:rPr>
        <w:t>CLAR. CONTROLAT. UTIL.</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53E5B" w:rsidRPr="00093A4A" w14:paraId="43BC5CC6" w14:textId="77777777">
        <w:trPr>
          <w:cantSplit/>
          <w:jc w:val="center"/>
        </w:trPr>
        <w:tc>
          <w:tcPr>
            <w:tcW w:w="1020" w:type="dxa"/>
            <w:shd w:val="clear" w:color="auto" w:fill="D71920"/>
            <w:tcMar>
              <w:top w:w="70" w:type="dxa"/>
              <w:left w:w="85" w:type="dxa"/>
              <w:bottom w:w="70" w:type="dxa"/>
              <w:right w:w="85" w:type="dxa"/>
            </w:tcMar>
            <w:vAlign w:val="center"/>
          </w:tcPr>
          <w:p w14:paraId="721D8161" w14:textId="77777777" w:rsidR="00453E5B" w:rsidRDefault="00000000">
            <w:pPr>
              <w:spacing w:after="0" w:line="240" w:lineRule="auto"/>
              <w:jc w:val="center"/>
            </w:pPr>
            <w:r>
              <w:rPr>
                <w:b/>
                <w:color w:val="FFFFFF"/>
                <w:sz w:val="34"/>
              </w:rPr>
              <w:t>1</w:t>
            </w:r>
          </w:p>
        </w:tc>
        <w:tc>
          <w:tcPr>
            <w:tcW w:w="8901" w:type="dxa"/>
            <w:shd w:val="clear" w:color="auto" w:fill="F3F4F5"/>
          </w:tcPr>
          <w:p w14:paraId="70F96790" w14:textId="77777777" w:rsidR="00453E5B" w:rsidRPr="00093A4A" w:rsidRDefault="00000000">
            <w:pPr>
              <w:spacing w:after="20"/>
              <w:rPr>
                <w:lang w:val="fr-FR"/>
              </w:rPr>
            </w:pPr>
            <w:r w:rsidRPr="00093A4A">
              <w:rPr>
                <w:b/>
                <w:sz w:val="27"/>
                <w:lang w:val="fr-FR"/>
              </w:rPr>
              <w:t>Cum se utilizează ghidul</w:t>
            </w:r>
          </w:p>
          <w:p w14:paraId="2B06ECEF" w14:textId="77777777" w:rsidR="00453E5B" w:rsidRPr="00093A4A" w:rsidRDefault="00000000">
            <w:pPr>
              <w:spacing w:after="0"/>
              <w:rPr>
                <w:lang w:val="fr-FR"/>
              </w:rPr>
            </w:pPr>
            <w:r w:rsidRPr="00093A4A">
              <w:rPr>
                <w:color w:val="666666"/>
                <w:sz w:val="16"/>
                <w:lang w:val="fr-FR"/>
              </w:rPr>
              <w:t>Selectați documentele pornind de la procese, riscurile de confidențialitate, integritate și disponibilitate, obligații și nevoia reală de control</w:t>
            </w:r>
          </w:p>
        </w:tc>
      </w:tr>
    </w:tbl>
    <w:p w14:paraId="2C3FEA81" w14:textId="77777777" w:rsidR="00453E5B" w:rsidRPr="00093A4A" w:rsidRDefault="00453E5B">
      <w:pPr>
        <w:spacing w:after="0"/>
        <w:rPr>
          <w:lang w:val="fr-FR"/>
        </w:rPr>
      </w:pPr>
    </w:p>
    <w:p w14:paraId="2B1410C9" w14:textId="77777777" w:rsidR="00453E5B" w:rsidRPr="00093A4A" w:rsidRDefault="00000000">
      <w:pPr>
        <w:spacing w:after="80"/>
        <w:rPr>
          <w:lang w:val="fr-FR"/>
        </w:rPr>
      </w:pPr>
      <w:r w:rsidRPr="00093A4A">
        <w:rPr>
          <w:lang w:val="fr-FR"/>
        </w:rPr>
        <w:t>Scop. Ghidul ajută organizația să stabilească un set suficient și proporționat de documente și înregistrări pentru sistemul de management al securității informației (SMSI/ISMS).</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4"/>
        <w:gridCol w:w="2721"/>
        <w:gridCol w:w="6406"/>
      </w:tblGrid>
      <w:tr w:rsidR="00453E5B" w14:paraId="34421A76" w14:textId="77777777">
        <w:trPr>
          <w:tblHeader/>
          <w:jc w:val="center"/>
        </w:trPr>
        <w:tc>
          <w:tcPr>
            <w:tcW w:w="794" w:type="dxa"/>
            <w:shd w:val="clear" w:color="auto" w:fill="D71920"/>
            <w:tcMar>
              <w:top w:w="70" w:type="dxa"/>
              <w:left w:w="85" w:type="dxa"/>
              <w:bottom w:w="70" w:type="dxa"/>
              <w:right w:w="85" w:type="dxa"/>
            </w:tcMar>
            <w:vAlign w:val="center"/>
          </w:tcPr>
          <w:p w14:paraId="3BD4B228" w14:textId="77777777" w:rsidR="00453E5B" w:rsidRDefault="00000000">
            <w:pPr>
              <w:spacing w:after="0" w:line="240" w:lineRule="auto"/>
              <w:jc w:val="center"/>
            </w:pPr>
            <w:r>
              <w:rPr>
                <w:b/>
                <w:color w:val="FFFFFF"/>
                <w:sz w:val="15"/>
              </w:rPr>
              <w:t>PAS</w:t>
            </w:r>
          </w:p>
        </w:tc>
        <w:tc>
          <w:tcPr>
            <w:tcW w:w="2721" w:type="dxa"/>
            <w:shd w:val="clear" w:color="auto" w:fill="D71920"/>
            <w:tcMar>
              <w:top w:w="70" w:type="dxa"/>
              <w:left w:w="85" w:type="dxa"/>
              <w:bottom w:w="70" w:type="dxa"/>
              <w:right w:w="85" w:type="dxa"/>
            </w:tcMar>
            <w:vAlign w:val="center"/>
          </w:tcPr>
          <w:p w14:paraId="69C378C7" w14:textId="77777777" w:rsidR="00453E5B" w:rsidRDefault="00000000">
            <w:pPr>
              <w:spacing w:after="0" w:line="240" w:lineRule="auto"/>
              <w:jc w:val="center"/>
            </w:pPr>
            <w:r>
              <w:rPr>
                <w:b/>
                <w:color w:val="FFFFFF"/>
                <w:sz w:val="15"/>
              </w:rPr>
              <w:t>ACTIVITATE</w:t>
            </w:r>
          </w:p>
        </w:tc>
        <w:tc>
          <w:tcPr>
            <w:tcW w:w="6406" w:type="dxa"/>
            <w:shd w:val="clear" w:color="auto" w:fill="D71920"/>
            <w:tcMar>
              <w:top w:w="70" w:type="dxa"/>
              <w:left w:w="85" w:type="dxa"/>
              <w:bottom w:w="70" w:type="dxa"/>
              <w:right w:w="85" w:type="dxa"/>
            </w:tcMar>
            <w:vAlign w:val="center"/>
          </w:tcPr>
          <w:p w14:paraId="0AFD58BE" w14:textId="77777777" w:rsidR="00453E5B" w:rsidRDefault="00000000">
            <w:pPr>
              <w:spacing w:after="0" w:line="240" w:lineRule="auto"/>
              <w:jc w:val="center"/>
            </w:pPr>
            <w:r>
              <w:rPr>
                <w:b/>
                <w:color w:val="FFFFFF"/>
                <w:sz w:val="15"/>
              </w:rPr>
              <w:t>REZULTAT</w:t>
            </w:r>
          </w:p>
        </w:tc>
      </w:tr>
      <w:tr w:rsidR="00453E5B" w:rsidRPr="00093A4A" w14:paraId="3ED2DFC1" w14:textId="77777777">
        <w:trPr>
          <w:cantSplit/>
          <w:jc w:val="center"/>
        </w:trPr>
        <w:tc>
          <w:tcPr>
            <w:tcW w:w="794" w:type="dxa"/>
            <w:shd w:val="clear" w:color="auto" w:fill="FFFFFF"/>
            <w:tcMar>
              <w:top w:w="70" w:type="dxa"/>
              <w:left w:w="85" w:type="dxa"/>
              <w:bottom w:w="70" w:type="dxa"/>
              <w:right w:w="85" w:type="dxa"/>
            </w:tcMar>
            <w:vAlign w:val="center"/>
          </w:tcPr>
          <w:p w14:paraId="66FDE580" w14:textId="77777777" w:rsidR="00453E5B" w:rsidRDefault="00000000">
            <w:pPr>
              <w:spacing w:after="0" w:line="240" w:lineRule="auto"/>
              <w:jc w:val="center"/>
            </w:pPr>
            <w:r>
              <w:rPr>
                <w:sz w:val="16"/>
              </w:rPr>
              <w:t>1</w:t>
            </w:r>
          </w:p>
        </w:tc>
        <w:tc>
          <w:tcPr>
            <w:tcW w:w="2721" w:type="dxa"/>
            <w:shd w:val="clear" w:color="auto" w:fill="FFFFFF"/>
            <w:tcMar>
              <w:top w:w="70" w:type="dxa"/>
              <w:left w:w="85" w:type="dxa"/>
              <w:bottom w:w="70" w:type="dxa"/>
              <w:right w:w="85" w:type="dxa"/>
            </w:tcMar>
            <w:vAlign w:val="center"/>
          </w:tcPr>
          <w:p w14:paraId="355A4807" w14:textId="77777777" w:rsidR="00453E5B" w:rsidRDefault="00000000">
            <w:pPr>
              <w:spacing w:after="0" w:line="240" w:lineRule="auto"/>
            </w:pPr>
            <w:r>
              <w:rPr>
                <w:sz w:val="16"/>
              </w:rPr>
              <w:t>Identificați procesele și activitățile</w:t>
            </w:r>
          </w:p>
        </w:tc>
        <w:tc>
          <w:tcPr>
            <w:tcW w:w="6406" w:type="dxa"/>
            <w:shd w:val="clear" w:color="auto" w:fill="FFFFFF"/>
            <w:tcMar>
              <w:top w:w="70" w:type="dxa"/>
              <w:left w:w="85" w:type="dxa"/>
              <w:bottom w:w="70" w:type="dxa"/>
              <w:right w:w="85" w:type="dxa"/>
            </w:tcMar>
            <w:vAlign w:val="center"/>
          </w:tcPr>
          <w:p w14:paraId="6389F6ED" w14:textId="77777777" w:rsidR="00453E5B" w:rsidRPr="00093A4A" w:rsidRDefault="00000000">
            <w:pPr>
              <w:spacing w:after="0" w:line="240" w:lineRule="auto"/>
              <w:rPr>
                <w:lang w:val="fr-FR"/>
              </w:rPr>
            </w:pPr>
            <w:r w:rsidRPr="00093A4A">
              <w:rPr>
                <w:sz w:val="16"/>
                <w:lang w:val="fr-FR"/>
              </w:rPr>
              <w:t>Stabiliți intrările, ieșirile, responsabilitățile, interacțiunile și condițiile de operare.</w:t>
            </w:r>
          </w:p>
        </w:tc>
      </w:tr>
      <w:tr w:rsidR="00453E5B" w:rsidRPr="00093A4A" w14:paraId="0A4F7005" w14:textId="77777777">
        <w:trPr>
          <w:cantSplit/>
          <w:jc w:val="center"/>
        </w:trPr>
        <w:tc>
          <w:tcPr>
            <w:tcW w:w="794" w:type="dxa"/>
            <w:shd w:val="clear" w:color="auto" w:fill="FAFAFA"/>
            <w:tcMar>
              <w:top w:w="70" w:type="dxa"/>
              <w:left w:w="85" w:type="dxa"/>
              <w:bottom w:w="70" w:type="dxa"/>
              <w:right w:w="85" w:type="dxa"/>
            </w:tcMar>
            <w:vAlign w:val="center"/>
          </w:tcPr>
          <w:p w14:paraId="3ADEBA0B" w14:textId="77777777" w:rsidR="00453E5B" w:rsidRDefault="00000000">
            <w:pPr>
              <w:spacing w:after="0" w:line="240" w:lineRule="auto"/>
              <w:jc w:val="center"/>
            </w:pPr>
            <w:r>
              <w:rPr>
                <w:sz w:val="16"/>
              </w:rPr>
              <w:t>2</w:t>
            </w:r>
          </w:p>
        </w:tc>
        <w:tc>
          <w:tcPr>
            <w:tcW w:w="2721" w:type="dxa"/>
            <w:shd w:val="clear" w:color="auto" w:fill="FAFAFA"/>
            <w:tcMar>
              <w:top w:w="70" w:type="dxa"/>
              <w:left w:w="85" w:type="dxa"/>
              <w:bottom w:w="70" w:type="dxa"/>
              <w:right w:w="85" w:type="dxa"/>
            </w:tcMar>
            <w:vAlign w:val="center"/>
          </w:tcPr>
          <w:p w14:paraId="0D94040D" w14:textId="77777777" w:rsidR="00453E5B" w:rsidRDefault="00000000">
            <w:pPr>
              <w:spacing w:after="0" w:line="240" w:lineRule="auto"/>
            </w:pPr>
            <w:r>
              <w:rPr>
                <w:sz w:val="16"/>
              </w:rPr>
              <w:t>Identificați cerințele documentare</w:t>
            </w:r>
          </w:p>
        </w:tc>
        <w:tc>
          <w:tcPr>
            <w:tcW w:w="6406" w:type="dxa"/>
            <w:shd w:val="clear" w:color="auto" w:fill="FAFAFA"/>
            <w:tcMar>
              <w:top w:w="70" w:type="dxa"/>
              <w:left w:w="85" w:type="dxa"/>
              <w:bottom w:w="70" w:type="dxa"/>
              <w:right w:w="85" w:type="dxa"/>
            </w:tcMar>
            <w:vAlign w:val="center"/>
          </w:tcPr>
          <w:p w14:paraId="026C2837" w14:textId="77777777" w:rsidR="00453E5B" w:rsidRPr="00093A4A" w:rsidRDefault="00000000">
            <w:pPr>
              <w:spacing w:after="0" w:line="240" w:lineRule="auto"/>
              <w:rPr>
                <w:lang w:val="fr-FR"/>
              </w:rPr>
            </w:pPr>
            <w:r w:rsidRPr="00093A4A">
              <w:rPr>
                <w:sz w:val="16"/>
                <w:lang w:val="fr-FR"/>
              </w:rPr>
              <w:t>Separați informațiile cerute explicit de standard de documentele necesare pentru controlul real al activității.</w:t>
            </w:r>
          </w:p>
        </w:tc>
      </w:tr>
      <w:tr w:rsidR="00453E5B" w14:paraId="53B314DE" w14:textId="77777777">
        <w:trPr>
          <w:cantSplit/>
          <w:jc w:val="center"/>
        </w:trPr>
        <w:tc>
          <w:tcPr>
            <w:tcW w:w="794" w:type="dxa"/>
            <w:shd w:val="clear" w:color="auto" w:fill="FFFFFF"/>
            <w:tcMar>
              <w:top w:w="70" w:type="dxa"/>
              <w:left w:w="85" w:type="dxa"/>
              <w:bottom w:w="70" w:type="dxa"/>
              <w:right w:w="85" w:type="dxa"/>
            </w:tcMar>
            <w:vAlign w:val="center"/>
          </w:tcPr>
          <w:p w14:paraId="24891F7A" w14:textId="77777777" w:rsidR="00453E5B" w:rsidRDefault="00000000">
            <w:pPr>
              <w:spacing w:after="0" w:line="240" w:lineRule="auto"/>
              <w:jc w:val="center"/>
            </w:pPr>
            <w:r>
              <w:rPr>
                <w:sz w:val="16"/>
              </w:rPr>
              <w:t>3</w:t>
            </w:r>
          </w:p>
        </w:tc>
        <w:tc>
          <w:tcPr>
            <w:tcW w:w="2721" w:type="dxa"/>
            <w:shd w:val="clear" w:color="auto" w:fill="FFFFFF"/>
            <w:tcMar>
              <w:top w:w="70" w:type="dxa"/>
              <w:left w:w="85" w:type="dxa"/>
              <w:bottom w:w="70" w:type="dxa"/>
              <w:right w:w="85" w:type="dxa"/>
            </w:tcMar>
            <w:vAlign w:val="center"/>
          </w:tcPr>
          <w:p w14:paraId="3B894382" w14:textId="77777777" w:rsidR="00453E5B" w:rsidRDefault="00000000">
            <w:pPr>
              <w:spacing w:after="0" w:line="240" w:lineRule="auto"/>
            </w:pPr>
            <w:r>
              <w:rPr>
                <w:sz w:val="16"/>
              </w:rPr>
              <w:t>Evaluați riscul lipsei documentului</w:t>
            </w:r>
          </w:p>
        </w:tc>
        <w:tc>
          <w:tcPr>
            <w:tcW w:w="6406" w:type="dxa"/>
            <w:shd w:val="clear" w:color="auto" w:fill="FFFFFF"/>
            <w:tcMar>
              <w:top w:w="70" w:type="dxa"/>
              <w:left w:w="85" w:type="dxa"/>
              <w:bottom w:w="70" w:type="dxa"/>
              <w:right w:w="85" w:type="dxa"/>
            </w:tcMar>
            <w:vAlign w:val="center"/>
          </w:tcPr>
          <w:p w14:paraId="1BEFA5A9" w14:textId="77777777" w:rsidR="00453E5B" w:rsidRDefault="00000000">
            <w:pPr>
              <w:spacing w:after="0" w:line="240" w:lineRule="auto"/>
            </w:pPr>
            <w:r>
              <w:rPr>
                <w:sz w:val="16"/>
              </w:rPr>
              <w:t>Documentați acolo unde variația, eroarea, pierderea cunoștințelor ori lipsa dovezilor poate produce consecințe importante.</w:t>
            </w:r>
          </w:p>
        </w:tc>
      </w:tr>
      <w:tr w:rsidR="00453E5B" w14:paraId="4FB0F88F" w14:textId="77777777">
        <w:trPr>
          <w:cantSplit/>
          <w:jc w:val="center"/>
        </w:trPr>
        <w:tc>
          <w:tcPr>
            <w:tcW w:w="794" w:type="dxa"/>
            <w:shd w:val="clear" w:color="auto" w:fill="FAFAFA"/>
            <w:tcMar>
              <w:top w:w="70" w:type="dxa"/>
              <w:left w:w="85" w:type="dxa"/>
              <w:bottom w:w="70" w:type="dxa"/>
              <w:right w:w="85" w:type="dxa"/>
            </w:tcMar>
            <w:vAlign w:val="center"/>
          </w:tcPr>
          <w:p w14:paraId="183465A3" w14:textId="77777777" w:rsidR="00453E5B" w:rsidRDefault="00000000">
            <w:pPr>
              <w:spacing w:after="0" w:line="240" w:lineRule="auto"/>
              <w:jc w:val="center"/>
            </w:pPr>
            <w:r>
              <w:rPr>
                <w:sz w:val="16"/>
              </w:rPr>
              <w:t>4</w:t>
            </w:r>
          </w:p>
        </w:tc>
        <w:tc>
          <w:tcPr>
            <w:tcW w:w="2721" w:type="dxa"/>
            <w:shd w:val="clear" w:color="auto" w:fill="FAFAFA"/>
            <w:tcMar>
              <w:top w:w="70" w:type="dxa"/>
              <w:left w:w="85" w:type="dxa"/>
              <w:bottom w:w="70" w:type="dxa"/>
              <w:right w:w="85" w:type="dxa"/>
            </w:tcMar>
            <w:vAlign w:val="center"/>
          </w:tcPr>
          <w:p w14:paraId="2D2BE1A7" w14:textId="77777777" w:rsidR="00453E5B" w:rsidRDefault="00000000">
            <w:pPr>
              <w:spacing w:after="0" w:line="240" w:lineRule="auto"/>
            </w:pPr>
            <w:r>
              <w:rPr>
                <w:sz w:val="16"/>
              </w:rPr>
              <w:t>Alegeți formatul potrivit</w:t>
            </w:r>
          </w:p>
        </w:tc>
        <w:tc>
          <w:tcPr>
            <w:tcW w:w="6406" w:type="dxa"/>
            <w:shd w:val="clear" w:color="auto" w:fill="FAFAFA"/>
            <w:tcMar>
              <w:top w:w="70" w:type="dxa"/>
              <w:left w:w="85" w:type="dxa"/>
              <w:bottom w:w="70" w:type="dxa"/>
              <w:right w:w="85" w:type="dxa"/>
            </w:tcMar>
            <w:vAlign w:val="center"/>
          </w:tcPr>
          <w:p w14:paraId="077C896E" w14:textId="77777777" w:rsidR="00453E5B" w:rsidRDefault="00000000">
            <w:pPr>
              <w:spacing w:after="0" w:line="240" w:lineRule="auto"/>
            </w:pPr>
            <w:r>
              <w:rPr>
                <w:sz w:val="16"/>
              </w:rPr>
              <w:t>Folosiți procedură, diagramă, listă, formular, aplicație, fotografie, video sau alt suport accesibil utilizatorului.</w:t>
            </w:r>
          </w:p>
        </w:tc>
      </w:tr>
      <w:tr w:rsidR="00453E5B" w14:paraId="14B3336F" w14:textId="77777777">
        <w:trPr>
          <w:cantSplit/>
          <w:jc w:val="center"/>
        </w:trPr>
        <w:tc>
          <w:tcPr>
            <w:tcW w:w="794" w:type="dxa"/>
            <w:shd w:val="clear" w:color="auto" w:fill="FFFFFF"/>
            <w:tcMar>
              <w:top w:w="70" w:type="dxa"/>
              <w:left w:w="85" w:type="dxa"/>
              <w:bottom w:w="70" w:type="dxa"/>
              <w:right w:w="85" w:type="dxa"/>
            </w:tcMar>
            <w:vAlign w:val="center"/>
          </w:tcPr>
          <w:p w14:paraId="533C573F" w14:textId="77777777" w:rsidR="00453E5B" w:rsidRDefault="00000000">
            <w:pPr>
              <w:spacing w:after="0" w:line="240" w:lineRule="auto"/>
              <w:jc w:val="center"/>
            </w:pPr>
            <w:r>
              <w:rPr>
                <w:sz w:val="16"/>
              </w:rPr>
              <w:t>5</w:t>
            </w:r>
          </w:p>
        </w:tc>
        <w:tc>
          <w:tcPr>
            <w:tcW w:w="2721" w:type="dxa"/>
            <w:shd w:val="clear" w:color="auto" w:fill="FFFFFF"/>
            <w:tcMar>
              <w:top w:w="70" w:type="dxa"/>
              <w:left w:w="85" w:type="dxa"/>
              <w:bottom w:w="70" w:type="dxa"/>
              <w:right w:w="85" w:type="dxa"/>
            </w:tcMar>
            <w:vAlign w:val="center"/>
          </w:tcPr>
          <w:p w14:paraId="4CEBE8CC" w14:textId="77777777" w:rsidR="00453E5B" w:rsidRDefault="00000000">
            <w:pPr>
              <w:spacing w:after="0" w:line="240" w:lineRule="auto"/>
            </w:pPr>
            <w:r>
              <w:rPr>
                <w:sz w:val="16"/>
              </w:rPr>
              <w:t>Atribuiți proprietar și reguli</w:t>
            </w:r>
          </w:p>
        </w:tc>
        <w:tc>
          <w:tcPr>
            <w:tcW w:w="6406" w:type="dxa"/>
            <w:shd w:val="clear" w:color="auto" w:fill="FFFFFF"/>
            <w:tcMar>
              <w:top w:w="70" w:type="dxa"/>
              <w:left w:w="85" w:type="dxa"/>
              <w:bottom w:w="70" w:type="dxa"/>
              <w:right w:w="85" w:type="dxa"/>
            </w:tcMar>
            <w:vAlign w:val="center"/>
          </w:tcPr>
          <w:p w14:paraId="114EBCF1" w14:textId="77777777" w:rsidR="00453E5B" w:rsidRDefault="00000000">
            <w:pPr>
              <w:spacing w:after="0" w:line="240" w:lineRule="auto"/>
            </w:pPr>
            <w:r>
              <w:rPr>
                <w:sz w:val="16"/>
              </w:rPr>
              <w:t>Stabiliți cine aprobă, actualizează, distribuie, păstrează și retrage informația.</w:t>
            </w:r>
          </w:p>
        </w:tc>
      </w:tr>
      <w:tr w:rsidR="00453E5B" w14:paraId="21785DBF" w14:textId="77777777">
        <w:trPr>
          <w:cantSplit/>
          <w:jc w:val="center"/>
        </w:trPr>
        <w:tc>
          <w:tcPr>
            <w:tcW w:w="794" w:type="dxa"/>
            <w:shd w:val="clear" w:color="auto" w:fill="FAFAFA"/>
            <w:tcMar>
              <w:top w:w="70" w:type="dxa"/>
              <w:left w:w="85" w:type="dxa"/>
              <w:bottom w:w="70" w:type="dxa"/>
              <w:right w:w="85" w:type="dxa"/>
            </w:tcMar>
            <w:vAlign w:val="center"/>
          </w:tcPr>
          <w:p w14:paraId="39C8E08C" w14:textId="77777777" w:rsidR="00453E5B" w:rsidRDefault="00000000">
            <w:pPr>
              <w:spacing w:after="0" w:line="240" w:lineRule="auto"/>
              <w:jc w:val="center"/>
            </w:pPr>
            <w:r>
              <w:rPr>
                <w:sz w:val="16"/>
              </w:rPr>
              <w:t>6</w:t>
            </w:r>
          </w:p>
        </w:tc>
        <w:tc>
          <w:tcPr>
            <w:tcW w:w="2721" w:type="dxa"/>
            <w:shd w:val="clear" w:color="auto" w:fill="FAFAFA"/>
            <w:tcMar>
              <w:top w:w="70" w:type="dxa"/>
              <w:left w:w="85" w:type="dxa"/>
              <w:bottom w:w="70" w:type="dxa"/>
              <w:right w:w="85" w:type="dxa"/>
            </w:tcMar>
            <w:vAlign w:val="center"/>
          </w:tcPr>
          <w:p w14:paraId="6A5B2FAD" w14:textId="77777777" w:rsidR="00453E5B" w:rsidRDefault="00000000">
            <w:pPr>
              <w:spacing w:after="0" w:line="240" w:lineRule="auto"/>
            </w:pPr>
            <w:r>
              <w:rPr>
                <w:sz w:val="16"/>
              </w:rPr>
              <w:t>Verificați utilizarea și eficacitatea</w:t>
            </w:r>
          </w:p>
        </w:tc>
        <w:tc>
          <w:tcPr>
            <w:tcW w:w="6406" w:type="dxa"/>
            <w:shd w:val="clear" w:color="auto" w:fill="FAFAFA"/>
            <w:tcMar>
              <w:top w:w="70" w:type="dxa"/>
              <w:left w:w="85" w:type="dxa"/>
              <w:bottom w:w="70" w:type="dxa"/>
              <w:right w:w="85" w:type="dxa"/>
            </w:tcMar>
            <w:vAlign w:val="center"/>
          </w:tcPr>
          <w:p w14:paraId="4740F15D" w14:textId="77777777" w:rsidR="00453E5B" w:rsidRDefault="00000000">
            <w:pPr>
              <w:spacing w:after="0" w:line="240" w:lineRule="auto"/>
            </w:pPr>
            <w:r>
              <w:rPr>
                <w:sz w:val="16"/>
              </w:rPr>
              <w:t>Auditul trebuie să confirme că documentele reflectă practica și că practica produce rezultate controlate.</w:t>
            </w:r>
          </w:p>
        </w:tc>
      </w:tr>
    </w:tbl>
    <w:p w14:paraId="21B11D83" w14:textId="77777777" w:rsidR="00453E5B" w:rsidRDefault="00453E5B">
      <w:pPr>
        <w:spacing w:after="20"/>
      </w:pPr>
    </w:p>
    <w:p w14:paraId="22C5FC1D" w14:textId="77777777" w:rsidR="00453E5B" w:rsidRDefault="00000000">
      <w:pPr>
        <w:pStyle w:val="Heading2"/>
      </w:pPr>
      <w:r>
        <w:t>Întrebări de decizie</w:t>
      </w:r>
    </w:p>
    <w:p w14:paraId="2065AFFD" w14:textId="77777777" w:rsidR="00453E5B" w:rsidRPr="00093A4A" w:rsidRDefault="00000000">
      <w:pPr>
        <w:pStyle w:val="ListBullet"/>
        <w:spacing w:after="40"/>
        <w:ind w:left="283" w:hanging="170"/>
        <w:rPr>
          <w:lang w:val="fr-FR"/>
        </w:rPr>
      </w:pPr>
      <w:r w:rsidRPr="00093A4A">
        <w:rPr>
          <w:lang w:val="fr-FR"/>
        </w:rPr>
        <w:t>Este informația cerută explicit de standard sau de o obligație legală, de autorizare, contractuală ori a unei părți interesate?</w:t>
      </w:r>
    </w:p>
    <w:p w14:paraId="781D5360" w14:textId="77777777" w:rsidR="00453E5B" w:rsidRDefault="00000000">
      <w:pPr>
        <w:pStyle w:val="ListBullet"/>
        <w:spacing w:after="40"/>
        <w:ind w:left="283" w:hanging="170"/>
      </w:pPr>
      <w:r>
        <w:t>Este necesară pentru operarea consecventă a unei activități cu risc sau impact relevant?</w:t>
      </w:r>
    </w:p>
    <w:p w14:paraId="18147B3F" w14:textId="77777777" w:rsidR="00453E5B" w:rsidRDefault="00000000">
      <w:pPr>
        <w:pStyle w:val="ListBullet"/>
        <w:spacing w:after="40"/>
        <w:ind w:left="283" w:hanging="170"/>
      </w:pPr>
      <w:r>
        <w:t>Trebuie păstrată o dovadă că o evaluare, verificare, consultare, instruire, aprobare sau acțiune a avut loc?</w:t>
      </w:r>
    </w:p>
    <w:p w14:paraId="64C8CC9E" w14:textId="77777777" w:rsidR="00453E5B" w:rsidRPr="00093A4A" w:rsidRDefault="00000000">
      <w:pPr>
        <w:pStyle w:val="ListBullet"/>
        <w:spacing w:after="40"/>
        <w:ind w:left="283" w:hanging="170"/>
        <w:rPr>
          <w:lang w:val="fr-FR"/>
        </w:rPr>
      </w:pPr>
      <w:r w:rsidRPr="00093A4A">
        <w:rPr>
          <w:lang w:val="fr-FR"/>
        </w:rPr>
        <w:t>Poate fi integrată într-un document comun cu ISO 9001 ori alt sistem, fără a pierde cerințele specifice?</w:t>
      </w:r>
    </w:p>
    <w:p w14:paraId="065EB41A" w14:textId="77777777" w:rsidR="00453E5B" w:rsidRPr="00093A4A" w:rsidRDefault="00000000">
      <w:pPr>
        <w:pStyle w:val="ListBullet"/>
        <w:spacing w:after="40"/>
        <w:ind w:left="283" w:hanging="170"/>
        <w:rPr>
          <w:lang w:val="fr-FR"/>
        </w:rPr>
      </w:pPr>
      <w:r w:rsidRPr="00093A4A">
        <w:rPr>
          <w:lang w:val="fr-FR"/>
        </w:rPr>
        <w:t>Este documentul utilizat de persoanele implicate sau există numai pentru audit?</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53E5B" w14:paraId="78C82843" w14:textId="77777777">
        <w:trPr>
          <w:cantSplit/>
          <w:jc w:val="center"/>
        </w:trPr>
        <w:tc>
          <w:tcPr>
            <w:tcW w:w="567" w:type="dxa"/>
            <w:shd w:val="clear" w:color="auto" w:fill="D71920"/>
            <w:tcMar>
              <w:top w:w="70" w:type="dxa"/>
              <w:left w:w="85" w:type="dxa"/>
              <w:bottom w:w="70" w:type="dxa"/>
              <w:right w:w="85" w:type="dxa"/>
            </w:tcMar>
            <w:vAlign w:val="center"/>
          </w:tcPr>
          <w:p w14:paraId="7A2FEFBB" w14:textId="77777777" w:rsidR="00453E5B" w:rsidRDefault="00000000">
            <w:pPr>
              <w:spacing w:after="0" w:line="240" w:lineRule="auto"/>
              <w:jc w:val="center"/>
            </w:pPr>
            <w:r>
              <w:rPr>
                <w:b/>
                <w:color w:val="FFFFFF"/>
                <w:sz w:val="30"/>
              </w:rPr>
              <w:t>!</w:t>
            </w:r>
          </w:p>
        </w:tc>
        <w:tc>
          <w:tcPr>
            <w:tcW w:w="9354" w:type="dxa"/>
            <w:shd w:val="clear" w:color="auto" w:fill="FCEBEC"/>
          </w:tcPr>
          <w:p w14:paraId="1C0CD22C" w14:textId="77777777" w:rsidR="00453E5B" w:rsidRDefault="00000000">
            <w:pPr>
              <w:spacing w:after="20"/>
            </w:pPr>
            <w:r>
              <w:rPr>
                <w:b/>
                <w:color w:val="D71920"/>
                <w:sz w:val="17"/>
              </w:rPr>
              <w:t>REGULĂ PRACTICĂ</w:t>
            </w:r>
          </w:p>
          <w:p w14:paraId="32E79191" w14:textId="77777777" w:rsidR="00453E5B" w:rsidRDefault="00000000">
            <w:pPr>
              <w:spacing w:after="0" w:line="247" w:lineRule="auto"/>
            </w:pPr>
            <w:r>
              <w:rPr>
                <w:sz w:val="16"/>
              </w:rPr>
              <w:t>Un document este esențial atunci când absența, neactualizarea sau utilizarea greșită a lui poate afecta conformitatea, controlul riscurilor, respectarea obligațiilor ori performanța sistemului.</w:t>
            </w:r>
          </w:p>
        </w:tc>
      </w:tr>
    </w:tbl>
    <w:p w14:paraId="31BD8236" w14:textId="77777777" w:rsidR="00453E5B" w:rsidRDefault="00453E5B">
      <w:pPr>
        <w:spacing w:after="0"/>
      </w:pPr>
    </w:p>
    <w:p w14:paraId="4E390C6F" w14:textId="77777777" w:rsidR="00453E5B" w:rsidRDefault="00000000">
      <w:pPr>
        <w:pStyle w:val="Heading2"/>
      </w:pPr>
      <w:r>
        <w:t>Document menținut versus înregistrare păstrată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2438"/>
        <w:gridCol w:w="3231"/>
        <w:gridCol w:w="2324"/>
      </w:tblGrid>
      <w:tr w:rsidR="00453E5B" w14:paraId="5B9F5318" w14:textId="77777777">
        <w:trPr>
          <w:tblHeader/>
          <w:jc w:val="center"/>
        </w:trPr>
        <w:tc>
          <w:tcPr>
            <w:tcW w:w="1928" w:type="dxa"/>
            <w:shd w:val="clear" w:color="auto" w:fill="D71920"/>
            <w:tcMar>
              <w:top w:w="70" w:type="dxa"/>
              <w:left w:w="85" w:type="dxa"/>
              <w:bottom w:w="70" w:type="dxa"/>
              <w:right w:w="85" w:type="dxa"/>
            </w:tcMar>
            <w:vAlign w:val="center"/>
          </w:tcPr>
          <w:p w14:paraId="7D9EEEB7" w14:textId="77777777" w:rsidR="00453E5B" w:rsidRDefault="00000000">
            <w:pPr>
              <w:spacing w:after="0" w:line="240" w:lineRule="auto"/>
              <w:jc w:val="center"/>
            </w:pPr>
            <w:r>
              <w:rPr>
                <w:b/>
                <w:color w:val="FFFFFF"/>
                <w:sz w:val="15"/>
              </w:rPr>
              <w:t>TIP</w:t>
            </w:r>
          </w:p>
        </w:tc>
        <w:tc>
          <w:tcPr>
            <w:tcW w:w="2438" w:type="dxa"/>
            <w:shd w:val="clear" w:color="auto" w:fill="D71920"/>
            <w:tcMar>
              <w:top w:w="70" w:type="dxa"/>
              <w:left w:w="85" w:type="dxa"/>
              <w:bottom w:w="70" w:type="dxa"/>
              <w:right w:w="85" w:type="dxa"/>
            </w:tcMar>
            <w:vAlign w:val="center"/>
          </w:tcPr>
          <w:p w14:paraId="5538CE00" w14:textId="77777777" w:rsidR="00453E5B" w:rsidRDefault="00000000">
            <w:pPr>
              <w:spacing w:after="0" w:line="240" w:lineRule="auto"/>
              <w:jc w:val="center"/>
            </w:pPr>
            <w:r>
              <w:rPr>
                <w:b/>
                <w:color w:val="FFFFFF"/>
                <w:sz w:val="15"/>
              </w:rPr>
              <w:t>ROL</w:t>
            </w:r>
          </w:p>
        </w:tc>
        <w:tc>
          <w:tcPr>
            <w:tcW w:w="3231" w:type="dxa"/>
            <w:shd w:val="clear" w:color="auto" w:fill="D71920"/>
            <w:tcMar>
              <w:top w:w="70" w:type="dxa"/>
              <w:left w:w="85" w:type="dxa"/>
              <w:bottom w:w="70" w:type="dxa"/>
              <w:right w:w="85" w:type="dxa"/>
            </w:tcMar>
            <w:vAlign w:val="center"/>
          </w:tcPr>
          <w:p w14:paraId="7F43C903" w14:textId="77777777" w:rsidR="00453E5B" w:rsidRDefault="00000000">
            <w:pPr>
              <w:spacing w:after="0" w:line="240" w:lineRule="auto"/>
              <w:jc w:val="center"/>
            </w:pPr>
            <w:r>
              <w:rPr>
                <w:b/>
                <w:color w:val="FFFFFF"/>
                <w:sz w:val="15"/>
              </w:rPr>
              <w:t>EXEMPLE</w:t>
            </w:r>
          </w:p>
        </w:tc>
        <w:tc>
          <w:tcPr>
            <w:tcW w:w="2324" w:type="dxa"/>
            <w:shd w:val="clear" w:color="auto" w:fill="D71920"/>
            <w:tcMar>
              <w:top w:w="70" w:type="dxa"/>
              <w:left w:w="85" w:type="dxa"/>
              <w:bottom w:w="70" w:type="dxa"/>
              <w:right w:w="85" w:type="dxa"/>
            </w:tcMar>
            <w:vAlign w:val="center"/>
          </w:tcPr>
          <w:p w14:paraId="66837152" w14:textId="77777777" w:rsidR="00453E5B" w:rsidRDefault="00000000">
            <w:pPr>
              <w:spacing w:after="0" w:line="240" w:lineRule="auto"/>
              <w:jc w:val="center"/>
            </w:pPr>
            <w:r>
              <w:rPr>
                <w:b/>
                <w:color w:val="FFFFFF"/>
                <w:sz w:val="15"/>
              </w:rPr>
              <w:t>CONTROL PRINCIPAL</w:t>
            </w:r>
          </w:p>
        </w:tc>
      </w:tr>
      <w:tr w:rsidR="00453E5B" w14:paraId="1DA06F05" w14:textId="77777777">
        <w:trPr>
          <w:cantSplit/>
          <w:jc w:val="center"/>
        </w:trPr>
        <w:tc>
          <w:tcPr>
            <w:tcW w:w="1928" w:type="dxa"/>
            <w:shd w:val="clear" w:color="auto" w:fill="FFFFFF"/>
            <w:tcMar>
              <w:top w:w="70" w:type="dxa"/>
              <w:left w:w="85" w:type="dxa"/>
              <w:bottom w:w="70" w:type="dxa"/>
              <w:right w:w="85" w:type="dxa"/>
            </w:tcMar>
            <w:vAlign w:val="center"/>
          </w:tcPr>
          <w:p w14:paraId="0A43A6AC" w14:textId="77777777" w:rsidR="00453E5B" w:rsidRDefault="00000000">
            <w:pPr>
              <w:spacing w:after="0" w:line="240" w:lineRule="auto"/>
            </w:pPr>
            <w:r>
              <w:rPr>
                <w:sz w:val="16"/>
              </w:rPr>
              <w:t>Document menținut</w:t>
            </w:r>
          </w:p>
        </w:tc>
        <w:tc>
          <w:tcPr>
            <w:tcW w:w="2438" w:type="dxa"/>
            <w:shd w:val="clear" w:color="auto" w:fill="FFFFFF"/>
            <w:tcMar>
              <w:top w:w="70" w:type="dxa"/>
              <w:left w:w="85" w:type="dxa"/>
              <w:bottom w:w="70" w:type="dxa"/>
              <w:right w:w="85" w:type="dxa"/>
            </w:tcMar>
            <w:vAlign w:val="center"/>
          </w:tcPr>
          <w:p w14:paraId="605DDDFD" w14:textId="77777777" w:rsidR="00453E5B" w:rsidRPr="00093A4A" w:rsidRDefault="00000000">
            <w:pPr>
              <w:spacing w:after="0" w:line="240" w:lineRule="auto"/>
              <w:rPr>
                <w:lang w:val="fr-FR"/>
              </w:rPr>
            </w:pPr>
            <w:r w:rsidRPr="00093A4A">
              <w:rPr>
                <w:sz w:val="16"/>
                <w:lang w:val="fr-FR"/>
              </w:rPr>
              <w:t>Orientează sau controlează activitatea curentă.</w:t>
            </w:r>
          </w:p>
        </w:tc>
        <w:tc>
          <w:tcPr>
            <w:tcW w:w="3231" w:type="dxa"/>
            <w:shd w:val="clear" w:color="auto" w:fill="FFFFFF"/>
            <w:tcMar>
              <w:top w:w="70" w:type="dxa"/>
              <w:left w:w="85" w:type="dxa"/>
              <w:bottom w:w="70" w:type="dxa"/>
              <w:right w:w="85" w:type="dxa"/>
            </w:tcMar>
            <w:vAlign w:val="center"/>
          </w:tcPr>
          <w:p w14:paraId="0C1A1405" w14:textId="77777777" w:rsidR="00453E5B" w:rsidRDefault="00000000">
            <w:pPr>
              <w:spacing w:after="0" w:line="240" w:lineRule="auto"/>
            </w:pPr>
            <w:r>
              <w:rPr>
                <w:sz w:val="16"/>
              </w:rPr>
              <w:t>Politică, metodologie, procedură, plan, instrucțiune, formular necompletat.</w:t>
            </w:r>
          </w:p>
        </w:tc>
        <w:tc>
          <w:tcPr>
            <w:tcW w:w="2324" w:type="dxa"/>
            <w:shd w:val="clear" w:color="auto" w:fill="FFFFFF"/>
            <w:tcMar>
              <w:top w:w="70" w:type="dxa"/>
              <w:left w:w="85" w:type="dxa"/>
              <w:bottom w:w="70" w:type="dxa"/>
              <w:right w:w="85" w:type="dxa"/>
            </w:tcMar>
            <w:vAlign w:val="center"/>
          </w:tcPr>
          <w:p w14:paraId="5F7EC6E0" w14:textId="77777777" w:rsidR="00453E5B" w:rsidRDefault="00000000">
            <w:pPr>
              <w:spacing w:after="0" w:line="240" w:lineRule="auto"/>
            </w:pPr>
            <w:r>
              <w:rPr>
                <w:sz w:val="16"/>
              </w:rPr>
              <w:t>Aprobare, versiune, acces, distribuție și actualizare.</w:t>
            </w:r>
          </w:p>
        </w:tc>
      </w:tr>
      <w:tr w:rsidR="00453E5B" w14:paraId="72F5DE91" w14:textId="77777777">
        <w:trPr>
          <w:cantSplit/>
          <w:jc w:val="center"/>
        </w:trPr>
        <w:tc>
          <w:tcPr>
            <w:tcW w:w="1928" w:type="dxa"/>
            <w:shd w:val="clear" w:color="auto" w:fill="FAFAFA"/>
            <w:tcMar>
              <w:top w:w="70" w:type="dxa"/>
              <w:left w:w="85" w:type="dxa"/>
              <w:bottom w:w="70" w:type="dxa"/>
              <w:right w:w="85" w:type="dxa"/>
            </w:tcMar>
            <w:vAlign w:val="center"/>
          </w:tcPr>
          <w:p w14:paraId="2ECFDF05" w14:textId="77777777" w:rsidR="00453E5B" w:rsidRDefault="00000000">
            <w:pPr>
              <w:spacing w:after="0" w:line="240" w:lineRule="auto"/>
            </w:pPr>
            <w:r>
              <w:rPr>
                <w:sz w:val="16"/>
              </w:rPr>
              <w:t>Înregistrare păstrată</w:t>
            </w:r>
          </w:p>
        </w:tc>
        <w:tc>
          <w:tcPr>
            <w:tcW w:w="2438" w:type="dxa"/>
            <w:shd w:val="clear" w:color="auto" w:fill="FAFAFA"/>
            <w:tcMar>
              <w:top w:w="70" w:type="dxa"/>
              <w:left w:w="85" w:type="dxa"/>
              <w:bottom w:w="70" w:type="dxa"/>
              <w:right w:w="85" w:type="dxa"/>
            </w:tcMar>
            <w:vAlign w:val="center"/>
          </w:tcPr>
          <w:p w14:paraId="77AB923D" w14:textId="77777777" w:rsidR="00453E5B" w:rsidRDefault="00000000">
            <w:pPr>
              <w:spacing w:after="0" w:line="240" w:lineRule="auto"/>
            </w:pPr>
            <w:r>
              <w:rPr>
                <w:sz w:val="16"/>
              </w:rPr>
              <w:t>Demonstrează activitatea realizată și rezultatul obținut.</w:t>
            </w:r>
          </w:p>
        </w:tc>
        <w:tc>
          <w:tcPr>
            <w:tcW w:w="3231" w:type="dxa"/>
            <w:shd w:val="clear" w:color="auto" w:fill="FAFAFA"/>
            <w:tcMar>
              <w:top w:w="70" w:type="dxa"/>
              <w:left w:w="85" w:type="dxa"/>
              <w:bottom w:w="70" w:type="dxa"/>
              <w:right w:w="85" w:type="dxa"/>
            </w:tcMar>
            <w:vAlign w:val="center"/>
          </w:tcPr>
          <w:p w14:paraId="0C161CAF" w14:textId="77777777" w:rsidR="00453E5B" w:rsidRPr="00093A4A" w:rsidRDefault="00000000">
            <w:pPr>
              <w:spacing w:after="0" w:line="240" w:lineRule="auto"/>
              <w:rPr>
                <w:lang w:val="fr-FR"/>
              </w:rPr>
            </w:pPr>
            <w:r w:rsidRPr="00093A4A">
              <w:rPr>
                <w:sz w:val="16"/>
                <w:lang w:val="fr-FR"/>
              </w:rPr>
              <w:t>Evaluare, raport, listă completată, rezultat de măsurare, proces-verbal, log electronic.</w:t>
            </w:r>
          </w:p>
        </w:tc>
        <w:tc>
          <w:tcPr>
            <w:tcW w:w="2324" w:type="dxa"/>
            <w:shd w:val="clear" w:color="auto" w:fill="FAFAFA"/>
            <w:tcMar>
              <w:top w:w="70" w:type="dxa"/>
              <w:left w:w="85" w:type="dxa"/>
              <w:bottom w:w="70" w:type="dxa"/>
              <w:right w:w="85" w:type="dxa"/>
            </w:tcMar>
            <w:vAlign w:val="center"/>
          </w:tcPr>
          <w:p w14:paraId="4757160D" w14:textId="77777777" w:rsidR="00453E5B" w:rsidRDefault="00000000">
            <w:pPr>
              <w:spacing w:after="0" w:line="240" w:lineRule="auto"/>
            </w:pPr>
            <w:r>
              <w:rPr>
                <w:sz w:val="16"/>
              </w:rPr>
              <w:t>Identificare, integritate, lizibilitate, termen de păstrare, recuperare și eliminare.</w:t>
            </w:r>
          </w:p>
        </w:tc>
      </w:tr>
    </w:tbl>
    <w:p w14:paraId="5D684574" w14:textId="77777777" w:rsidR="00453E5B" w:rsidRDefault="00453E5B">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53E5B" w:rsidRPr="00093A4A" w14:paraId="0F7E548B" w14:textId="77777777">
        <w:trPr>
          <w:cantSplit/>
          <w:jc w:val="center"/>
        </w:trPr>
        <w:tc>
          <w:tcPr>
            <w:tcW w:w="1020" w:type="dxa"/>
            <w:shd w:val="clear" w:color="auto" w:fill="D71920"/>
            <w:tcMar>
              <w:top w:w="70" w:type="dxa"/>
              <w:left w:w="85" w:type="dxa"/>
              <w:bottom w:w="70" w:type="dxa"/>
              <w:right w:w="85" w:type="dxa"/>
            </w:tcMar>
            <w:vAlign w:val="center"/>
          </w:tcPr>
          <w:p w14:paraId="043D58D3" w14:textId="77777777" w:rsidR="00453E5B" w:rsidRDefault="00000000">
            <w:pPr>
              <w:spacing w:after="0" w:line="240" w:lineRule="auto"/>
              <w:jc w:val="center"/>
            </w:pPr>
            <w:r>
              <w:rPr>
                <w:b/>
                <w:color w:val="FFFFFF"/>
                <w:sz w:val="34"/>
              </w:rPr>
              <w:t>2</w:t>
            </w:r>
          </w:p>
        </w:tc>
        <w:tc>
          <w:tcPr>
            <w:tcW w:w="8901" w:type="dxa"/>
            <w:shd w:val="clear" w:color="auto" w:fill="F3F4F5"/>
          </w:tcPr>
          <w:p w14:paraId="4085366C" w14:textId="77777777" w:rsidR="00453E5B" w:rsidRPr="00093A4A" w:rsidRDefault="00000000">
            <w:pPr>
              <w:spacing w:after="20"/>
              <w:rPr>
                <w:lang w:val="fr-FR"/>
              </w:rPr>
            </w:pPr>
            <w:r w:rsidRPr="00093A4A">
              <w:rPr>
                <w:b/>
                <w:sz w:val="27"/>
                <w:lang w:val="fr-FR"/>
              </w:rPr>
              <w:t>Ce documente sunt esențiale</w:t>
            </w:r>
          </w:p>
          <w:p w14:paraId="5185A7AC" w14:textId="77777777" w:rsidR="00453E5B" w:rsidRPr="00093A4A" w:rsidRDefault="00000000">
            <w:pPr>
              <w:spacing w:after="0"/>
              <w:rPr>
                <w:lang w:val="fr-FR"/>
              </w:rPr>
            </w:pPr>
            <w:r w:rsidRPr="00093A4A">
              <w:rPr>
                <w:color w:val="666666"/>
                <w:sz w:val="16"/>
                <w:lang w:val="fr-FR"/>
              </w:rPr>
              <w:t>Separați cerințele explicite de documentele condiționale și de instrumentele recomandate</w:t>
            </w:r>
          </w:p>
        </w:tc>
      </w:tr>
    </w:tbl>
    <w:p w14:paraId="7C7E10EA" w14:textId="77777777" w:rsidR="00453E5B" w:rsidRPr="00093A4A" w:rsidRDefault="00453E5B">
      <w:pPr>
        <w:spacing w:after="0"/>
        <w:rPr>
          <w:lang w:val="fr-FR"/>
        </w:rPr>
      </w:pPr>
    </w:p>
    <w:p w14:paraId="0B5BD899" w14:textId="77777777" w:rsidR="00453E5B" w:rsidRDefault="00000000">
      <w:pPr>
        <w:pStyle w:val="Heading2"/>
      </w:pPr>
      <w:r>
        <w:t>Informații documentate cerute explicit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5783"/>
        <w:gridCol w:w="1417"/>
      </w:tblGrid>
      <w:tr w:rsidR="00453E5B" w14:paraId="3573265A" w14:textId="77777777">
        <w:trPr>
          <w:tblHeader/>
          <w:jc w:val="center"/>
        </w:trPr>
        <w:tc>
          <w:tcPr>
            <w:tcW w:w="2721" w:type="dxa"/>
            <w:shd w:val="clear" w:color="auto" w:fill="D71920"/>
            <w:tcMar>
              <w:top w:w="70" w:type="dxa"/>
              <w:left w:w="85" w:type="dxa"/>
              <w:bottom w:w="70" w:type="dxa"/>
              <w:right w:w="85" w:type="dxa"/>
            </w:tcMar>
            <w:vAlign w:val="center"/>
          </w:tcPr>
          <w:p w14:paraId="5D911529" w14:textId="77777777" w:rsidR="00453E5B" w:rsidRDefault="00000000">
            <w:pPr>
              <w:spacing w:after="0" w:line="240" w:lineRule="auto"/>
              <w:jc w:val="center"/>
            </w:pPr>
            <w:r>
              <w:rPr>
                <w:b/>
                <w:color w:val="FFFFFF"/>
                <w:sz w:val="15"/>
              </w:rPr>
              <w:t>DOMENIU</w:t>
            </w:r>
          </w:p>
        </w:tc>
        <w:tc>
          <w:tcPr>
            <w:tcW w:w="5783" w:type="dxa"/>
            <w:shd w:val="clear" w:color="auto" w:fill="D71920"/>
            <w:tcMar>
              <w:top w:w="70" w:type="dxa"/>
              <w:left w:w="85" w:type="dxa"/>
              <w:bottom w:w="70" w:type="dxa"/>
              <w:right w:w="85" w:type="dxa"/>
            </w:tcMar>
            <w:vAlign w:val="center"/>
          </w:tcPr>
          <w:p w14:paraId="21E5ACD9" w14:textId="77777777" w:rsidR="00453E5B" w:rsidRDefault="00000000">
            <w:pPr>
              <w:spacing w:after="0" w:line="240" w:lineRule="auto"/>
              <w:jc w:val="center"/>
            </w:pPr>
            <w:r>
              <w:rPr>
                <w:b/>
                <w:color w:val="FFFFFF"/>
                <w:sz w:val="15"/>
              </w:rPr>
              <w:t>CE TREBUIE DOCUMENTAT / PĂSTRAT</w:t>
            </w:r>
          </w:p>
        </w:tc>
        <w:tc>
          <w:tcPr>
            <w:tcW w:w="1417" w:type="dxa"/>
            <w:shd w:val="clear" w:color="auto" w:fill="D71920"/>
            <w:tcMar>
              <w:top w:w="70" w:type="dxa"/>
              <w:left w:w="85" w:type="dxa"/>
              <w:bottom w:w="70" w:type="dxa"/>
              <w:right w:w="85" w:type="dxa"/>
            </w:tcMar>
            <w:vAlign w:val="center"/>
          </w:tcPr>
          <w:p w14:paraId="0324CA57" w14:textId="77777777" w:rsidR="00453E5B" w:rsidRDefault="00000000">
            <w:pPr>
              <w:spacing w:after="0" w:line="240" w:lineRule="auto"/>
              <w:jc w:val="center"/>
            </w:pPr>
            <w:r>
              <w:rPr>
                <w:b/>
                <w:color w:val="FFFFFF"/>
                <w:sz w:val="15"/>
              </w:rPr>
              <w:t>REFERINȚĂ</w:t>
            </w:r>
          </w:p>
        </w:tc>
      </w:tr>
      <w:tr w:rsidR="00453E5B" w14:paraId="3B54B912" w14:textId="77777777">
        <w:trPr>
          <w:cantSplit/>
          <w:jc w:val="center"/>
        </w:trPr>
        <w:tc>
          <w:tcPr>
            <w:tcW w:w="2721" w:type="dxa"/>
            <w:shd w:val="clear" w:color="auto" w:fill="FFFFFF"/>
            <w:tcMar>
              <w:top w:w="70" w:type="dxa"/>
              <w:left w:w="85" w:type="dxa"/>
              <w:bottom w:w="70" w:type="dxa"/>
              <w:right w:w="85" w:type="dxa"/>
            </w:tcMar>
            <w:vAlign w:val="center"/>
          </w:tcPr>
          <w:p w14:paraId="1D930DC3" w14:textId="77777777" w:rsidR="00453E5B" w:rsidRDefault="00000000">
            <w:pPr>
              <w:spacing w:after="0" w:line="240" w:lineRule="auto"/>
            </w:pPr>
            <w:r>
              <w:rPr>
                <w:sz w:val="15"/>
              </w:rPr>
              <w:t>Domeniul SMSI</w:t>
            </w:r>
          </w:p>
        </w:tc>
        <w:tc>
          <w:tcPr>
            <w:tcW w:w="5783" w:type="dxa"/>
            <w:shd w:val="clear" w:color="auto" w:fill="FFFFFF"/>
            <w:tcMar>
              <w:top w:w="70" w:type="dxa"/>
              <w:left w:w="85" w:type="dxa"/>
              <w:bottom w:w="70" w:type="dxa"/>
              <w:right w:w="85" w:type="dxa"/>
            </w:tcMar>
            <w:vAlign w:val="center"/>
          </w:tcPr>
          <w:p w14:paraId="2D83ABC3" w14:textId="77777777" w:rsidR="00453E5B" w:rsidRDefault="00000000">
            <w:pPr>
              <w:spacing w:after="0" w:line="240" w:lineRule="auto"/>
            </w:pPr>
            <w:r>
              <w:rPr>
                <w:sz w:val="15"/>
              </w:rPr>
              <w:t>Limitele, interfețele, locațiile, tehnologii, procese și informații incluse.</w:t>
            </w:r>
          </w:p>
        </w:tc>
        <w:tc>
          <w:tcPr>
            <w:tcW w:w="1417" w:type="dxa"/>
            <w:shd w:val="clear" w:color="auto" w:fill="FFFFFF"/>
            <w:tcMar>
              <w:top w:w="70" w:type="dxa"/>
              <w:left w:w="85" w:type="dxa"/>
              <w:bottom w:w="70" w:type="dxa"/>
              <w:right w:w="85" w:type="dxa"/>
            </w:tcMar>
            <w:vAlign w:val="center"/>
          </w:tcPr>
          <w:p w14:paraId="2F611AFA" w14:textId="77777777" w:rsidR="00453E5B" w:rsidRDefault="00000000">
            <w:pPr>
              <w:spacing w:after="0" w:line="240" w:lineRule="auto"/>
            </w:pPr>
            <w:r>
              <w:rPr>
                <w:sz w:val="15"/>
              </w:rPr>
              <w:t>4.3</w:t>
            </w:r>
          </w:p>
        </w:tc>
      </w:tr>
      <w:tr w:rsidR="00453E5B" w14:paraId="5C0D8A70" w14:textId="77777777">
        <w:trPr>
          <w:cantSplit/>
          <w:jc w:val="center"/>
        </w:trPr>
        <w:tc>
          <w:tcPr>
            <w:tcW w:w="2721" w:type="dxa"/>
            <w:shd w:val="clear" w:color="auto" w:fill="FAFAFA"/>
            <w:tcMar>
              <w:top w:w="70" w:type="dxa"/>
              <w:left w:w="85" w:type="dxa"/>
              <w:bottom w:w="70" w:type="dxa"/>
              <w:right w:w="85" w:type="dxa"/>
            </w:tcMar>
            <w:vAlign w:val="center"/>
          </w:tcPr>
          <w:p w14:paraId="3C4CAF9F" w14:textId="77777777" w:rsidR="00453E5B" w:rsidRDefault="00000000">
            <w:pPr>
              <w:spacing w:after="0" w:line="240" w:lineRule="auto"/>
            </w:pPr>
            <w:r>
              <w:rPr>
                <w:sz w:val="15"/>
              </w:rPr>
              <w:t>Politica de securitate a informației</w:t>
            </w:r>
          </w:p>
        </w:tc>
        <w:tc>
          <w:tcPr>
            <w:tcW w:w="5783" w:type="dxa"/>
            <w:shd w:val="clear" w:color="auto" w:fill="FAFAFA"/>
            <w:tcMar>
              <w:top w:w="70" w:type="dxa"/>
              <w:left w:w="85" w:type="dxa"/>
              <w:bottom w:w="70" w:type="dxa"/>
              <w:right w:w="85" w:type="dxa"/>
            </w:tcMar>
            <w:vAlign w:val="center"/>
          </w:tcPr>
          <w:p w14:paraId="64FA368F" w14:textId="77777777" w:rsidR="00453E5B" w:rsidRPr="00093A4A" w:rsidRDefault="00000000">
            <w:pPr>
              <w:spacing w:after="0" w:line="240" w:lineRule="auto"/>
              <w:rPr>
                <w:lang w:val="fr-FR"/>
              </w:rPr>
            </w:pPr>
            <w:r w:rsidRPr="00093A4A">
              <w:rPr>
                <w:sz w:val="15"/>
                <w:lang w:val="fr-FR"/>
              </w:rPr>
              <w:t>Politica aprobată, comunicată și disponibilă.</w:t>
            </w:r>
          </w:p>
        </w:tc>
        <w:tc>
          <w:tcPr>
            <w:tcW w:w="1417" w:type="dxa"/>
            <w:shd w:val="clear" w:color="auto" w:fill="FAFAFA"/>
            <w:tcMar>
              <w:top w:w="70" w:type="dxa"/>
              <w:left w:w="85" w:type="dxa"/>
              <w:bottom w:w="70" w:type="dxa"/>
              <w:right w:w="85" w:type="dxa"/>
            </w:tcMar>
            <w:vAlign w:val="center"/>
          </w:tcPr>
          <w:p w14:paraId="6E0BF6F2" w14:textId="77777777" w:rsidR="00453E5B" w:rsidRDefault="00000000">
            <w:pPr>
              <w:spacing w:after="0" w:line="240" w:lineRule="auto"/>
            </w:pPr>
            <w:r>
              <w:rPr>
                <w:sz w:val="15"/>
              </w:rPr>
              <w:t>5.2</w:t>
            </w:r>
          </w:p>
        </w:tc>
      </w:tr>
      <w:tr w:rsidR="00453E5B" w14:paraId="3B3232CA" w14:textId="77777777">
        <w:trPr>
          <w:cantSplit/>
          <w:jc w:val="center"/>
        </w:trPr>
        <w:tc>
          <w:tcPr>
            <w:tcW w:w="2721" w:type="dxa"/>
            <w:shd w:val="clear" w:color="auto" w:fill="FFFFFF"/>
            <w:tcMar>
              <w:top w:w="70" w:type="dxa"/>
              <w:left w:w="85" w:type="dxa"/>
              <w:bottom w:w="70" w:type="dxa"/>
              <w:right w:w="85" w:type="dxa"/>
            </w:tcMar>
            <w:vAlign w:val="center"/>
          </w:tcPr>
          <w:p w14:paraId="0E84D384" w14:textId="77777777" w:rsidR="00453E5B" w:rsidRDefault="00000000">
            <w:pPr>
              <w:spacing w:after="0" w:line="240" w:lineRule="auto"/>
            </w:pPr>
            <w:r>
              <w:rPr>
                <w:sz w:val="15"/>
              </w:rPr>
              <w:t>Procesul de evaluare a riscurilor</w:t>
            </w:r>
          </w:p>
        </w:tc>
        <w:tc>
          <w:tcPr>
            <w:tcW w:w="5783" w:type="dxa"/>
            <w:shd w:val="clear" w:color="auto" w:fill="FFFFFF"/>
            <w:tcMar>
              <w:top w:w="70" w:type="dxa"/>
              <w:left w:w="85" w:type="dxa"/>
              <w:bottom w:w="70" w:type="dxa"/>
              <w:right w:w="85" w:type="dxa"/>
            </w:tcMar>
            <w:vAlign w:val="center"/>
          </w:tcPr>
          <w:p w14:paraId="18B326DA" w14:textId="77777777" w:rsidR="00453E5B" w:rsidRPr="00093A4A" w:rsidRDefault="00000000">
            <w:pPr>
              <w:spacing w:after="0" w:line="240" w:lineRule="auto"/>
              <w:rPr>
                <w:lang w:val="fr-FR"/>
              </w:rPr>
            </w:pPr>
            <w:r w:rsidRPr="00093A4A">
              <w:rPr>
                <w:sz w:val="15"/>
                <w:lang w:val="fr-FR"/>
              </w:rPr>
              <w:t>Metodologie, criterii de acceptare, criterii de evaluare și asigurarea rezultatelor consecvente.</w:t>
            </w:r>
          </w:p>
        </w:tc>
        <w:tc>
          <w:tcPr>
            <w:tcW w:w="1417" w:type="dxa"/>
            <w:shd w:val="clear" w:color="auto" w:fill="FFFFFF"/>
            <w:tcMar>
              <w:top w:w="70" w:type="dxa"/>
              <w:left w:w="85" w:type="dxa"/>
              <w:bottom w:w="70" w:type="dxa"/>
              <w:right w:w="85" w:type="dxa"/>
            </w:tcMar>
            <w:vAlign w:val="center"/>
          </w:tcPr>
          <w:p w14:paraId="2BE64001" w14:textId="77777777" w:rsidR="00453E5B" w:rsidRDefault="00000000">
            <w:pPr>
              <w:spacing w:after="0" w:line="240" w:lineRule="auto"/>
            </w:pPr>
            <w:r>
              <w:rPr>
                <w:sz w:val="15"/>
              </w:rPr>
              <w:t>6.1.2</w:t>
            </w:r>
          </w:p>
        </w:tc>
      </w:tr>
      <w:tr w:rsidR="00453E5B" w14:paraId="0A390E1B" w14:textId="77777777">
        <w:trPr>
          <w:cantSplit/>
          <w:jc w:val="center"/>
        </w:trPr>
        <w:tc>
          <w:tcPr>
            <w:tcW w:w="2721" w:type="dxa"/>
            <w:shd w:val="clear" w:color="auto" w:fill="FAFAFA"/>
            <w:tcMar>
              <w:top w:w="70" w:type="dxa"/>
              <w:left w:w="85" w:type="dxa"/>
              <w:bottom w:w="70" w:type="dxa"/>
              <w:right w:w="85" w:type="dxa"/>
            </w:tcMar>
            <w:vAlign w:val="center"/>
          </w:tcPr>
          <w:p w14:paraId="0FD353B7" w14:textId="77777777" w:rsidR="00453E5B" w:rsidRDefault="00000000">
            <w:pPr>
              <w:spacing w:after="0" w:line="240" w:lineRule="auto"/>
            </w:pPr>
            <w:r>
              <w:rPr>
                <w:sz w:val="15"/>
              </w:rPr>
              <w:t>Procesul de tratare a riscurilor</w:t>
            </w:r>
          </w:p>
        </w:tc>
        <w:tc>
          <w:tcPr>
            <w:tcW w:w="5783" w:type="dxa"/>
            <w:shd w:val="clear" w:color="auto" w:fill="FAFAFA"/>
            <w:tcMar>
              <w:top w:w="70" w:type="dxa"/>
              <w:left w:w="85" w:type="dxa"/>
              <w:bottom w:w="70" w:type="dxa"/>
              <w:right w:w="85" w:type="dxa"/>
            </w:tcMar>
            <w:vAlign w:val="center"/>
          </w:tcPr>
          <w:p w14:paraId="393F4F46" w14:textId="77777777" w:rsidR="00453E5B" w:rsidRDefault="00000000">
            <w:pPr>
              <w:spacing w:after="0" w:line="240" w:lineRule="auto"/>
            </w:pPr>
            <w:r>
              <w:rPr>
                <w:sz w:val="15"/>
              </w:rPr>
              <w:t>Metoda de selectare a opțiunilor și controalelor și compararea cu Anexa A.</w:t>
            </w:r>
          </w:p>
        </w:tc>
        <w:tc>
          <w:tcPr>
            <w:tcW w:w="1417" w:type="dxa"/>
            <w:shd w:val="clear" w:color="auto" w:fill="FAFAFA"/>
            <w:tcMar>
              <w:top w:w="70" w:type="dxa"/>
              <w:left w:w="85" w:type="dxa"/>
              <w:bottom w:w="70" w:type="dxa"/>
              <w:right w:w="85" w:type="dxa"/>
            </w:tcMar>
            <w:vAlign w:val="center"/>
          </w:tcPr>
          <w:p w14:paraId="4CD10852" w14:textId="77777777" w:rsidR="00453E5B" w:rsidRDefault="00000000">
            <w:pPr>
              <w:spacing w:after="0" w:line="240" w:lineRule="auto"/>
            </w:pPr>
            <w:r>
              <w:rPr>
                <w:sz w:val="15"/>
              </w:rPr>
              <w:t>6.1.3</w:t>
            </w:r>
          </w:p>
        </w:tc>
      </w:tr>
      <w:tr w:rsidR="00453E5B" w14:paraId="23F05751" w14:textId="77777777">
        <w:trPr>
          <w:cantSplit/>
          <w:jc w:val="center"/>
        </w:trPr>
        <w:tc>
          <w:tcPr>
            <w:tcW w:w="2721" w:type="dxa"/>
            <w:shd w:val="clear" w:color="auto" w:fill="FFFFFF"/>
            <w:tcMar>
              <w:top w:w="70" w:type="dxa"/>
              <w:left w:w="85" w:type="dxa"/>
              <w:bottom w:w="70" w:type="dxa"/>
              <w:right w:w="85" w:type="dxa"/>
            </w:tcMar>
            <w:vAlign w:val="center"/>
          </w:tcPr>
          <w:p w14:paraId="49DECCE4" w14:textId="77777777" w:rsidR="00453E5B" w:rsidRDefault="00000000">
            <w:pPr>
              <w:spacing w:after="0" w:line="240" w:lineRule="auto"/>
            </w:pPr>
            <w:r>
              <w:rPr>
                <w:sz w:val="15"/>
              </w:rPr>
              <w:t>Declarația de aplicabilitate (SoA)</w:t>
            </w:r>
          </w:p>
        </w:tc>
        <w:tc>
          <w:tcPr>
            <w:tcW w:w="5783" w:type="dxa"/>
            <w:shd w:val="clear" w:color="auto" w:fill="FFFFFF"/>
            <w:tcMar>
              <w:top w:w="70" w:type="dxa"/>
              <w:left w:w="85" w:type="dxa"/>
              <w:bottom w:w="70" w:type="dxa"/>
              <w:right w:w="85" w:type="dxa"/>
            </w:tcMar>
            <w:vAlign w:val="center"/>
          </w:tcPr>
          <w:p w14:paraId="036731AE" w14:textId="77777777" w:rsidR="00453E5B" w:rsidRDefault="00000000">
            <w:pPr>
              <w:spacing w:after="0" w:line="240" w:lineRule="auto"/>
            </w:pPr>
            <w:r>
              <w:rPr>
                <w:sz w:val="15"/>
              </w:rPr>
              <w:t>Controale necesare, justificarea includerii, starea implementării și justificarea excluderilor.</w:t>
            </w:r>
          </w:p>
        </w:tc>
        <w:tc>
          <w:tcPr>
            <w:tcW w:w="1417" w:type="dxa"/>
            <w:shd w:val="clear" w:color="auto" w:fill="FFFFFF"/>
            <w:tcMar>
              <w:top w:w="70" w:type="dxa"/>
              <w:left w:w="85" w:type="dxa"/>
              <w:bottom w:w="70" w:type="dxa"/>
              <w:right w:w="85" w:type="dxa"/>
            </w:tcMar>
            <w:vAlign w:val="center"/>
          </w:tcPr>
          <w:p w14:paraId="28E99470" w14:textId="77777777" w:rsidR="00453E5B" w:rsidRDefault="00000000">
            <w:pPr>
              <w:spacing w:after="0" w:line="240" w:lineRule="auto"/>
            </w:pPr>
            <w:r>
              <w:rPr>
                <w:sz w:val="15"/>
              </w:rPr>
              <w:t>6.1.3 d</w:t>
            </w:r>
          </w:p>
        </w:tc>
      </w:tr>
      <w:tr w:rsidR="00453E5B" w14:paraId="2BAD8C02" w14:textId="77777777">
        <w:trPr>
          <w:cantSplit/>
          <w:jc w:val="center"/>
        </w:trPr>
        <w:tc>
          <w:tcPr>
            <w:tcW w:w="2721" w:type="dxa"/>
            <w:shd w:val="clear" w:color="auto" w:fill="FAFAFA"/>
            <w:tcMar>
              <w:top w:w="70" w:type="dxa"/>
              <w:left w:w="85" w:type="dxa"/>
              <w:bottom w:w="70" w:type="dxa"/>
              <w:right w:w="85" w:type="dxa"/>
            </w:tcMar>
            <w:vAlign w:val="center"/>
          </w:tcPr>
          <w:p w14:paraId="565294F8" w14:textId="77777777" w:rsidR="00453E5B" w:rsidRPr="00093A4A" w:rsidRDefault="00000000">
            <w:pPr>
              <w:spacing w:after="0" w:line="240" w:lineRule="auto"/>
              <w:rPr>
                <w:lang w:val="fr-FR"/>
              </w:rPr>
            </w:pPr>
            <w:r w:rsidRPr="00093A4A">
              <w:rPr>
                <w:sz w:val="15"/>
                <w:lang w:val="fr-FR"/>
              </w:rPr>
              <w:t>Planul de tratare și acceptarea riscurilor</w:t>
            </w:r>
          </w:p>
        </w:tc>
        <w:tc>
          <w:tcPr>
            <w:tcW w:w="5783" w:type="dxa"/>
            <w:shd w:val="clear" w:color="auto" w:fill="FAFAFA"/>
            <w:tcMar>
              <w:top w:w="70" w:type="dxa"/>
              <w:left w:w="85" w:type="dxa"/>
              <w:bottom w:w="70" w:type="dxa"/>
              <w:right w:w="85" w:type="dxa"/>
            </w:tcMar>
            <w:vAlign w:val="center"/>
          </w:tcPr>
          <w:p w14:paraId="3929C011" w14:textId="77777777" w:rsidR="00453E5B" w:rsidRPr="00093A4A" w:rsidRDefault="00000000">
            <w:pPr>
              <w:spacing w:after="0" w:line="240" w:lineRule="auto"/>
              <w:rPr>
                <w:lang w:val="fr-FR"/>
              </w:rPr>
            </w:pPr>
            <w:r w:rsidRPr="00093A4A">
              <w:rPr>
                <w:sz w:val="15"/>
                <w:lang w:val="fr-FR"/>
              </w:rPr>
              <w:t>Acțiuni, proprietari, termene, resurse, riscuri reziduale și aprobări.</w:t>
            </w:r>
          </w:p>
        </w:tc>
        <w:tc>
          <w:tcPr>
            <w:tcW w:w="1417" w:type="dxa"/>
            <w:shd w:val="clear" w:color="auto" w:fill="FAFAFA"/>
            <w:tcMar>
              <w:top w:w="70" w:type="dxa"/>
              <w:left w:w="85" w:type="dxa"/>
              <w:bottom w:w="70" w:type="dxa"/>
              <w:right w:w="85" w:type="dxa"/>
            </w:tcMar>
            <w:vAlign w:val="center"/>
          </w:tcPr>
          <w:p w14:paraId="11BA1B14" w14:textId="77777777" w:rsidR="00453E5B" w:rsidRDefault="00000000">
            <w:pPr>
              <w:spacing w:after="0" w:line="240" w:lineRule="auto"/>
            </w:pPr>
            <w:r>
              <w:rPr>
                <w:sz w:val="15"/>
              </w:rPr>
              <w:t>6.1.3 e–f</w:t>
            </w:r>
          </w:p>
        </w:tc>
      </w:tr>
      <w:tr w:rsidR="00453E5B" w14:paraId="0B01EE5F" w14:textId="77777777">
        <w:trPr>
          <w:cantSplit/>
          <w:jc w:val="center"/>
        </w:trPr>
        <w:tc>
          <w:tcPr>
            <w:tcW w:w="2721" w:type="dxa"/>
            <w:shd w:val="clear" w:color="auto" w:fill="FFFFFF"/>
            <w:tcMar>
              <w:top w:w="70" w:type="dxa"/>
              <w:left w:w="85" w:type="dxa"/>
              <w:bottom w:w="70" w:type="dxa"/>
              <w:right w:w="85" w:type="dxa"/>
            </w:tcMar>
            <w:vAlign w:val="center"/>
          </w:tcPr>
          <w:p w14:paraId="3BE0F5FA" w14:textId="77777777" w:rsidR="00453E5B" w:rsidRDefault="00000000">
            <w:pPr>
              <w:spacing w:after="0" w:line="240" w:lineRule="auto"/>
            </w:pPr>
            <w:r>
              <w:rPr>
                <w:sz w:val="15"/>
              </w:rPr>
              <w:t>Obiective de securitate</w:t>
            </w:r>
          </w:p>
        </w:tc>
        <w:tc>
          <w:tcPr>
            <w:tcW w:w="5783" w:type="dxa"/>
            <w:shd w:val="clear" w:color="auto" w:fill="FFFFFF"/>
            <w:tcMar>
              <w:top w:w="70" w:type="dxa"/>
              <w:left w:w="85" w:type="dxa"/>
              <w:bottom w:w="70" w:type="dxa"/>
              <w:right w:w="85" w:type="dxa"/>
            </w:tcMar>
            <w:vAlign w:val="center"/>
          </w:tcPr>
          <w:p w14:paraId="40495C13" w14:textId="77777777" w:rsidR="00453E5B" w:rsidRPr="00093A4A" w:rsidRDefault="00000000">
            <w:pPr>
              <w:spacing w:after="0" w:line="240" w:lineRule="auto"/>
              <w:rPr>
                <w:lang w:val="fr-FR"/>
              </w:rPr>
            </w:pPr>
            <w:r w:rsidRPr="00093A4A">
              <w:rPr>
                <w:sz w:val="15"/>
                <w:lang w:val="fr-FR"/>
              </w:rPr>
              <w:t>Indicatori, ținte, responsabilități, resurse, termene și evaluarea rezultatelor.</w:t>
            </w:r>
          </w:p>
        </w:tc>
        <w:tc>
          <w:tcPr>
            <w:tcW w:w="1417" w:type="dxa"/>
            <w:shd w:val="clear" w:color="auto" w:fill="FFFFFF"/>
            <w:tcMar>
              <w:top w:w="70" w:type="dxa"/>
              <w:left w:w="85" w:type="dxa"/>
              <w:bottom w:w="70" w:type="dxa"/>
              <w:right w:w="85" w:type="dxa"/>
            </w:tcMar>
            <w:vAlign w:val="center"/>
          </w:tcPr>
          <w:p w14:paraId="595E2017" w14:textId="77777777" w:rsidR="00453E5B" w:rsidRDefault="00000000">
            <w:pPr>
              <w:spacing w:after="0" w:line="240" w:lineRule="auto"/>
            </w:pPr>
            <w:r>
              <w:rPr>
                <w:sz w:val="15"/>
              </w:rPr>
              <w:t>6.2</w:t>
            </w:r>
          </w:p>
        </w:tc>
      </w:tr>
      <w:tr w:rsidR="00453E5B" w14:paraId="7266A737" w14:textId="77777777">
        <w:trPr>
          <w:cantSplit/>
          <w:jc w:val="center"/>
        </w:trPr>
        <w:tc>
          <w:tcPr>
            <w:tcW w:w="2721" w:type="dxa"/>
            <w:shd w:val="clear" w:color="auto" w:fill="FAFAFA"/>
            <w:tcMar>
              <w:top w:w="70" w:type="dxa"/>
              <w:left w:w="85" w:type="dxa"/>
              <w:bottom w:w="70" w:type="dxa"/>
              <w:right w:w="85" w:type="dxa"/>
            </w:tcMar>
            <w:vAlign w:val="center"/>
          </w:tcPr>
          <w:p w14:paraId="64226815" w14:textId="77777777" w:rsidR="00453E5B" w:rsidRDefault="00000000">
            <w:pPr>
              <w:spacing w:after="0" w:line="240" w:lineRule="auto"/>
            </w:pPr>
            <w:r>
              <w:rPr>
                <w:sz w:val="15"/>
              </w:rPr>
              <w:t>Competență</w:t>
            </w:r>
          </w:p>
        </w:tc>
        <w:tc>
          <w:tcPr>
            <w:tcW w:w="5783" w:type="dxa"/>
            <w:shd w:val="clear" w:color="auto" w:fill="FAFAFA"/>
            <w:tcMar>
              <w:top w:w="70" w:type="dxa"/>
              <w:left w:w="85" w:type="dxa"/>
              <w:bottom w:w="70" w:type="dxa"/>
              <w:right w:w="85" w:type="dxa"/>
            </w:tcMar>
            <w:vAlign w:val="center"/>
          </w:tcPr>
          <w:p w14:paraId="16FFE8F7" w14:textId="77777777" w:rsidR="00453E5B" w:rsidRDefault="00000000">
            <w:pPr>
              <w:spacing w:after="0" w:line="240" w:lineRule="auto"/>
            </w:pPr>
            <w:r>
              <w:rPr>
                <w:sz w:val="15"/>
              </w:rPr>
              <w:t>Dovezi de educație, instruire, experiență și evaluarea eficacității.</w:t>
            </w:r>
          </w:p>
        </w:tc>
        <w:tc>
          <w:tcPr>
            <w:tcW w:w="1417" w:type="dxa"/>
            <w:shd w:val="clear" w:color="auto" w:fill="FAFAFA"/>
            <w:tcMar>
              <w:top w:w="70" w:type="dxa"/>
              <w:left w:w="85" w:type="dxa"/>
              <w:bottom w:w="70" w:type="dxa"/>
              <w:right w:w="85" w:type="dxa"/>
            </w:tcMar>
            <w:vAlign w:val="center"/>
          </w:tcPr>
          <w:p w14:paraId="7298FE74" w14:textId="77777777" w:rsidR="00453E5B" w:rsidRDefault="00000000">
            <w:pPr>
              <w:spacing w:after="0" w:line="240" w:lineRule="auto"/>
            </w:pPr>
            <w:r>
              <w:rPr>
                <w:sz w:val="15"/>
              </w:rPr>
              <w:t>7.2</w:t>
            </w:r>
          </w:p>
        </w:tc>
      </w:tr>
      <w:tr w:rsidR="00453E5B" w14:paraId="55B8F1E5" w14:textId="77777777">
        <w:trPr>
          <w:cantSplit/>
          <w:jc w:val="center"/>
        </w:trPr>
        <w:tc>
          <w:tcPr>
            <w:tcW w:w="2721" w:type="dxa"/>
            <w:shd w:val="clear" w:color="auto" w:fill="FFFFFF"/>
            <w:tcMar>
              <w:top w:w="70" w:type="dxa"/>
              <w:left w:w="85" w:type="dxa"/>
              <w:bottom w:w="70" w:type="dxa"/>
              <w:right w:w="85" w:type="dxa"/>
            </w:tcMar>
            <w:vAlign w:val="center"/>
          </w:tcPr>
          <w:p w14:paraId="6729EB94" w14:textId="77777777" w:rsidR="00453E5B" w:rsidRDefault="00000000">
            <w:pPr>
              <w:spacing w:after="0" w:line="240" w:lineRule="auto"/>
            </w:pPr>
            <w:r>
              <w:rPr>
                <w:sz w:val="15"/>
              </w:rPr>
              <w:t>Planificare și control operațional</w:t>
            </w:r>
          </w:p>
        </w:tc>
        <w:tc>
          <w:tcPr>
            <w:tcW w:w="5783" w:type="dxa"/>
            <w:shd w:val="clear" w:color="auto" w:fill="FFFFFF"/>
            <w:tcMar>
              <w:top w:w="70" w:type="dxa"/>
              <w:left w:w="85" w:type="dxa"/>
              <w:bottom w:w="70" w:type="dxa"/>
              <w:right w:w="85" w:type="dxa"/>
            </w:tcMar>
            <w:vAlign w:val="center"/>
          </w:tcPr>
          <w:p w14:paraId="4E3F7DAF" w14:textId="77777777" w:rsidR="00453E5B" w:rsidRDefault="00000000">
            <w:pPr>
              <w:spacing w:after="0" w:line="240" w:lineRule="auto"/>
            </w:pPr>
            <w:r>
              <w:rPr>
                <w:sz w:val="15"/>
              </w:rPr>
              <w:t>Dovezi suficiente că procesele SMSI sunt realizate conform planificării și schimbările sunt controlate.</w:t>
            </w:r>
          </w:p>
        </w:tc>
        <w:tc>
          <w:tcPr>
            <w:tcW w:w="1417" w:type="dxa"/>
            <w:shd w:val="clear" w:color="auto" w:fill="FFFFFF"/>
            <w:tcMar>
              <w:top w:w="70" w:type="dxa"/>
              <w:left w:w="85" w:type="dxa"/>
              <w:bottom w:w="70" w:type="dxa"/>
              <w:right w:w="85" w:type="dxa"/>
            </w:tcMar>
            <w:vAlign w:val="center"/>
          </w:tcPr>
          <w:p w14:paraId="74C57225" w14:textId="77777777" w:rsidR="00453E5B" w:rsidRDefault="00000000">
            <w:pPr>
              <w:spacing w:after="0" w:line="240" w:lineRule="auto"/>
            </w:pPr>
            <w:r>
              <w:rPr>
                <w:sz w:val="15"/>
              </w:rPr>
              <w:t>8.1</w:t>
            </w:r>
          </w:p>
        </w:tc>
      </w:tr>
      <w:tr w:rsidR="00453E5B" w14:paraId="3E2C7D29" w14:textId="77777777">
        <w:trPr>
          <w:cantSplit/>
          <w:jc w:val="center"/>
        </w:trPr>
        <w:tc>
          <w:tcPr>
            <w:tcW w:w="2721" w:type="dxa"/>
            <w:shd w:val="clear" w:color="auto" w:fill="FAFAFA"/>
            <w:tcMar>
              <w:top w:w="70" w:type="dxa"/>
              <w:left w:w="85" w:type="dxa"/>
              <w:bottom w:w="70" w:type="dxa"/>
              <w:right w:w="85" w:type="dxa"/>
            </w:tcMar>
            <w:vAlign w:val="center"/>
          </w:tcPr>
          <w:p w14:paraId="3324D328" w14:textId="77777777" w:rsidR="00453E5B" w:rsidRDefault="00000000">
            <w:pPr>
              <w:spacing w:after="0" w:line="240" w:lineRule="auto"/>
            </w:pPr>
            <w:r>
              <w:rPr>
                <w:sz w:val="15"/>
              </w:rPr>
              <w:t>Rezultatele evaluării riscurilor</w:t>
            </w:r>
          </w:p>
        </w:tc>
        <w:tc>
          <w:tcPr>
            <w:tcW w:w="5783" w:type="dxa"/>
            <w:shd w:val="clear" w:color="auto" w:fill="FAFAFA"/>
            <w:tcMar>
              <w:top w:w="70" w:type="dxa"/>
              <w:left w:w="85" w:type="dxa"/>
              <w:bottom w:w="70" w:type="dxa"/>
              <w:right w:w="85" w:type="dxa"/>
            </w:tcMar>
            <w:vAlign w:val="center"/>
          </w:tcPr>
          <w:p w14:paraId="26C56DC4" w14:textId="77777777" w:rsidR="00453E5B" w:rsidRPr="00093A4A" w:rsidRDefault="00000000">
            <w:pPr>
              <w:spacing w:after="0" w:line="240" w:lineRule="auto"/>
              <w:rPr>
                <w:lang w:val="fr-FR"/>
              </w:rPr>
            </w:pPr>
            <w:r w:rsidRPr="00093A4A">
              <w:rPr>
                <w:sz w:val="15"/>
                <w:lang w:val="fr-FR"/>
              </w:rPr>
              <w:t>Registrul/evaluările actualizate la intervale planificate și la schimbări.</w:t>
            </w:r>
          </w:p>
        </w:tc>
        <w:tc>
          <w:tcPr>
            <w:tcW w:w="1417" w:type="dxa"/>
            <w:shd w:val="clear" w:color="auto" w:fill="FAFAFA"/>
            <w:tcMar>
              <w:top w:w="70" w:type="dxa"/>
              <w:left w:w="85" w:type="dxa"/>
              <w:bottom w:w="70" w:type="dxa"/>
              <w:right w:w="85" w:type="dxa"/>
            </w:tcMar>
            <w:vAlign w:val="center"/>
          </w:tcPr>
          <w:p w14:paraId="7F10AF92" w14:textId="77777777" w:rsidR="00453E5B" w:rsidRDefault="00000000">
            <w:pPr>
              <w:spacing w:after="0" w:line="240" w:lineRule="auto"/>
            </w:pPr>
            <w:r>
              <w:rPr>
                <w:sz w:val="15"/>
              </w:rPr>
              <w:t>8.2</w:t>
            </w:r>
          </w:p>
        </w:tc>
      </w:tr>
      <w:tr w:rsidR="00453E5B" w14:paraId="5780E4A1" w14:textId="77777777">
        <w:trPr>
          <w:cantSplit/>
          <w:jc w:val="center"/>
        </w:trPr>
        <w:tc>
          <w:tcPr>
            <w:tcW w:w="2721" w:type="dxa"/>
            <w:shd w:val="clear" w:color="auto" w:fill="FFFFFF"/>
            <w:tcMar>
              <w:top w:w="70" w:type="dxa"/>
              <w:left w:w="85" w:type="dxa"/>
              <w:bottom w:w="70" w:type="dxa"/>
              <w:right w:w="85" w:type="dxa"/>
            </w:tcMar>
            <w:vAlign w:val="center"/>
          </w:tcPr>
          <w:p w14:paraId="4BCA50F4" w14:textId="77777777" w:rsidR="00453E5B" w:rsidRDefault="00000000">
            <w:pPr>
              <w:spacing w:after="0" w:line="240" w:lineRule="auto"/>
            </w:pPr>
            <w:r>
              <w:rPr>
                <w:sz w:val="15"/>
              </w:rPr>
              <w:t>Rezultatele tratării riscurilor</w:t>
            </w:r>
          </w:p>
        </w:tc>
        <w:tc>
          <w:tcPr>
            <w:tcW w:w="5783" w:type="dxa"/>
            <w:shd w:val="clear" w:color="auto" w:fill="FFFFFF"/>
            <w:tcMar>
              <w:top w:w="70" w:type="dxa"/>
              <w:left w:w="85" w:type="dxa"/>
              <w:bottom w:w="70" w:type="dxa"/>
              <w:right w:w="85" w:type="dxa"/>
            </w:tcMar>
            <w:vAlign w:val="center"/>
          </w:tcPr>
          <w:p w14:paraId="2B909049" w14:textId="77777777" w:rsidR="00453E5B" w:rsidRDefault="00000000">
            <w:pPr>
              <w:spacing w:after="0" w:line="240" w:lineRule="auto"/>
            </w:pPr>
            <w:r>
              <w:rPr>
                <w:sz w:val="15"/>
              </w:rPr>
              <w:t>Dovezi privind implementarea planului și controalelor selectate.</w:t>
            </w:r>
          </w:p>
        </w:tc>
        <w:tc>
          <w:tcPr>
            <w:tcW w:w="1417" w:type="dxa"/>
            <w:shd w:val="clear" w:color="auto" w:fill="FFFFFF"/>
            <w:tcMar>
              <w:top w:w="70" w:type="dxa"/>
              <w:left w:w="85" w:type="dxa"/>
              <w:bottom w:w="70" w:type="dxa"/>
              <w:right w:w="85" w:type="dxa"/>
            </w:tcMar>
            <w:vAlign w:val="center"/>
          </w:tcPr>
          <w:p w14:paraId="63FC0CB8" w14:textId="77777777" w:rsidR="00453E5B" w:rsidRDefault="00000000">
            <w:pPr>
              <w:spacing w:after="0" w:line="240" w:lineRule="auto"/>
            </w:pPr>
            <w:r>
              <w:rPr>
                <w:sz w:val="15"/>
              </w:rPr>
              <w:t>8.3</w:t>
            </w:r>
          </w:p>
        </w:tc>
      </w:tr>
      <w:tr w:rsidR="00453E5B" w14:paraId="5EF05B47" w14:textId="77777777">
        <w:trPr>
          <w:cantSplit/>
          <w:jc w:val="center"/>
        </w:trPr>
        <w:tc>
          <w:tcPr>
            <w:tcW w:w="2721" w:type="dxa"/>
            <w:shd w:val="clear" w:color="auto" w:fill="FAFAFA"/>
            <w:tcMar>
              <w:top w:w="70" w:type="dxa"/>
              <w:left w:w="85" w:type="dxa"/>
              <w:bottom w:w="70" w:type="dxa"/>
              <w:right w:w="85" w:type="dxa"/>
            </w:tcMar>
            <w:vAlign w:val="center"/>
          </w:tcPr>
          <w:p w14:paraId="06CFE303" w14:textId="77777777" w:rsidR="00453E5B" w:rsidRDefault="00000000">
            <w:pPr>
              <w:spacing w:after="0" w:line="240" w:lineRule="auto"/>
            </w:pPr>
            <w:r>
              <w:rPr>
                <w:sz w:val="15"/>
              </w:rPr>
              <w:t>Monitorizare și măsurare</w:t>
            </w:r>
          </w:p>
        </w:tc>
        <w:tc>
          <w:tcPr>
            <w:tcW w:w="5783" w:type="dxa"/>
            <w:shd w:val="clear" w:color="auto" w:fill="FAFAFA"/>
            <w:tcMar>
              <w:top w:w="70" w:type="dxa"/>
              <w:left w:w="85" w:type="dxa"/>
              <w:bottom w:w="70" w:type="dxa"/>
              <w:right w:w="85" w:type="dxa"/>
            </w:tcMar>
            <w:vAlign w:val="center"/>
          </w:tcPr>
          <w:p w14:paraId="70449A7E" w14:textId="77777777" w:rsidR="00453E5B" w:rsidRDefault="00000000">
            <w:pPr>
              <w:spacing w:after="0" w:line="240" w:lineRule="auto"/>
            </w:pPr>
            <w:r>
              <w:rPr>
                <w:sz w:val="15"/>
              </w:rPr>
              <w:t>Rezultate, metode, responsabilități, frecvențe, analiză și evaluare.</w:t>
            </w:r>
          </w:p>
        </w:tc>
        <w:tc>
          <w:tcPr>
            <w:tcW w:w="1417" w:type="dxa"/>
            <w:shd w:val="clear" w:color="auto" w:fill="FAFAFA"/>
            <w:tcMar>
              <w:top w:w="70" w:type="dxa"/>
              <w:left w:w="85" w:type="dxa"/>
              <w:bottom w:w="70" w:type="dxa"/>
              <w:right w:w="85" w:type="dxa"/>
            </w:tcMar>
            <w:vAlign w:val="center"/>
          </w:tcPr>
          <w:p w14:paraId="12E7BAA7" w14:textId="77777777" w:rsidR="00453E5B" w:rsidRDefault="00000000">
            <w:pPr>
              <w:spacing w:after="0" w:line="240" w:lineRule="auto"/>
            </w:pPr>
            <w:r>
              <w:rPr>
                <w:sz w:val="15"/>
              </w:rPr>
              <w:t>9.1</w:t>
            </w:r>
          </w:p>
        </w:tc>
      </w:tr>
      <w:tr w:rsidR="00453E5B" w14:paraId="1B2F4C72" w14:textId="77777777">
        <w:trPr>
          <w:cantSplit/>
          <w:jc w:val="center"/>
        </w:trPr>
        <w:tc>
          <w:tcPr>
            <w:tcW w:w="2721" w:type="dxa"/>
            <w:shd w:val="clear" w:color="auto" w:fill="FFFFFF"/>
            <w:tcMar>
              <w:top w:w="70" w:type="dxa"/>
              <w:left w:w="85" w:type="dxa"/>
              <w:bottom w:w="70" w:type="dxa"/>
              <w:right w:w="85" w:type="dxa"/>
            </w:tcMar>
            <w:vAlign w:val="center"/>
          </w:tcPr>
          <w:p w14:paraId="45EA9EFD" w14:textId="77777777" w:rsidR="00453E5B" w:rsidRDefault="00000000">
            <w:pPr>
              <w:spacing w:after="0" w:line="240" w:lineRule="auto"/>
            </w:pPr>
            <w:r>
              <w:rPr>
                <w:sz w:val="15"/>
              </w:rPr>
              <w:t>Audit intern</w:t>
            </w:r>
          </w:p>
        </w:tc>
        <w:tc>
          <w:tcPr>
            <w:tcW w:w="5783" w:type="dxa"/>
            <w:shd w:val="clear" w:color="auto" w:fill="FFFFFF"/>
            <w:tcMar>
              <w:top w:w="70" w:type="dxa"/>
              <w:left w:w="85" w:type="dxa"/>
              <w:bottom w:w="70" w:type="dxa"/>
              <w:right w:w="85" w:type="dxa"/>
            </w:tcMar>
            <w:vAlign w:val="center"/>
          </w:tcPr>
          <w:p w14:paraId="54E234D6" w14:textId="77777777" w:rsidR="00453E5B" w:rsidRPr="00093A4A" w:rsidRDefault="00000000">
            <w:pPr>
              <w:spacing w:after="0" w:line="240" w:lineRule="auto"/>
              <w:rPr>
                <w:lang w:val="fr-FR"/>
              </w:rPr>
            </w:pPr>
            <w:r w:rsidRPr="00093A4A">
              <w:rPr>
                <w:sz w:val="15"/>
                <w:lang w:val="fr-FR"/>
              </w:rPr>
              <w:t>Programul de audit și rezultatele auditurilor.</w:t>
            </w:r>
          </w:p>
        </w:tc>
        <w:tc>
          <w:tcPr>
            <w:tcW w:w="1417" w:type="dxa"/>
            <w:shd w:val="clear" w:color="auto" w:fill="FFFFFF"/>
            <w:tcMar>
              <w:top w:w="70" w:type="dxa"/>
              <w:left w:w="85" w:type="dxa"/>
              <w:bottom w:w="70" w:type="dxa"/>
              <w:right w:w="85" w:type="dxa"/>
            </w:tcMar>
            <w:vAlign w:val="center"/>
          </w:tcPr>
          <w:p w14:paraId="0511E949" w14:textId="77777777" w:rsidR="00453E5B" w:rsidRDefault="00000000">
            <w:pPr>
              <w:spacing w:after="0" w:line="240" w:lineRule="auto"/>
            </w:pPr>
            <w:r>
              <w:rPr>
                <w:sz w:val="15"/>
              </w:rPr>
              <w:t>9.2</w:t>
            </w:r>
          </w:p>
        </w:tc>
      </w:tr>
      <w:tr w:rsidR="00453E5B" w14:paraId="10943E53" w14:textId="77777777">
        <w:trPr>
          <w:cantSplit/>
          <w:jc w:val="center"/>
        </w:trPr>
        <w:tc>
          <w:tcPr>
            <w:tcW w:w="2721" w:type="dxa"/>
            <w:shd w:val="clear" w:color="auto" w:fill="FAFAFA"/>
            <w:tcMar>
              <w:top w:w="70" w:type="dxa"/>
              <w:left w:w="85" w:type="dxa"/>
              <w:bottom w:w="70" w:type="dxa"/>
              <w:right w:w="85" w:type="dxa"/>
            </w:tcMar>
            <w:vAlign w:val="center"/>
          </w:tcPr>
          <w:p w14:paraId="00946A5D" w14:textId="77777777" w:rsidR="00453E5B" w:rsidRDefault="00000000">
            <w:pPr>
              <w:spacing w:after="0" w:line="240" w:lineRule="auto"/>
            </w:pPr>
            <w:r>
              <w:rPr>
                <w:sz w:val="15"/>
              </w:rPr>
              <w:t>Analiza de management</w:t>
            </w:r>
          </w:p>
        </w:tc>
        <w:tc>
          <w:tcPr>
            <w:tcW w:w="5783" w:type="dxa"/>
            <w:shd w:val="clear" w:color="auto" w:fill="FAFAFA"/>
            <w:tcMar>
              <w:top w:w="70" w:type="dxa"/>
              <w:left w:w="85" w:type="dxa"/>
              <w:bottom w:w="70" w:type="dxa"/>
              <w:right w:w="85" w:type="dxa"/>
            </w:tcMar>
            <w:vAlign w:val="center"/>
          </w:tcPr>
          <w:p w14:paraId="58C1270F" w14:textId="77777777" w:rsidR="00453E5B" w:rsidRDefault="00000000">
            <w:pPr>
              <w:spacing w:after="0" w:line="240" w:lineRule="auto"/>
            </w:pPr>
            <w:r>
              <w:rPr>
                <w:sz w:val="15"/>
              </w:rPr>
              <w:t>Rezultatele analizei conducerii și deciziile.</w:t>
            </w:r>
          </w:p>
        </w:tc>
        <w:tc>
          <w:tcPr>
            <w:tcW w:w="1417" w:type="dxa"/>
            <w:shd w:val="clear" w:color="auto" w:fill="FAFAFA"/>
            <w:tcMar>
              <w:top w:w="70" w:type="dxa"/>
              <w:left w:w="85" w:type="dxa"/>
              <w:bottom w:w="70" w:type="dxa"/>
              <w:right w:w="85" w:type="dxa"/>
            </w:tcMar>
            <w:vAlign w:val="center"/>
          </w:tcPr>
          <w:p w14:paraId="050449EA" w14:textId="77777777" w:rsidR="00453E5B" w:rsidRDefault="00000000">
            <w:pPr>
              <w:spacing w:after="0" w:line="240" w:lineRule="auto"/>
            </w:pPr>
            <w:r>
              <w:rPr>
                <w:sz w:val="15"/>
              </w:rPr>
              <w:t>9.3</w:t>
            </w:r>
          </w:p>
        </w:tc>
      </w:tr>
      <w:tr w:rsidR="00453E5B" w14:paraId="04D7D6F5" w14:textId="77777777">
        <w:trPr>
          <w:cantSplit/>
          <w:jc w:val="center"/>
        </w:trPr>
        <w:tc>
          <w:tcPr>
            <w:tcW w:w="2721" w:type="dxa"/>
            <w:shd w:val="clear" w:color="auto" w:fill="FFFFFF"/>
            <w:tcMar>
              <w:top w:w="70" w:type="dxa"/>
              <w:left w:w="85" w:type="dxa"/>
              <w:bottom w:w="70" w:type="dxa"/>
              <w:right w:w="85" w:type="dxa"/>
            </w:tcMar>
            <w:vAlign w:val="center"/>
          </w:tcPr>
          <w:p w14:paraId="22279EFE" w14:textId="77777777" w:rsidR="00453E5B" w:rsidRDefault="00000000">
            <w:pPr>
              <w:spacing w:after="0" w:line="240" w:lineRule="auto"/>
            </w:pPr>
            <w:r>
              <w:rPr>
                <w:sz w:val="15"/>
              </w:rPr>
              <w:t>Neconformități și acțiuni corective</w:t>
            </w:r>
          </w:p>
        </w:tc>
        <w:tc>
          <w:tcPr>
            <w:tcW w:w="5783" w:type="dxa"/>
            <w:shd w:val="clear" w:color="auto" w:fill="FFFFFF"/>
            <w:tcMar>
              <w:top w:w="70" w:type="dxa"/>
              <w:left w:w="85" w:type="dxa"/>
              <w:bottom w:w="70" w:type="dxa"/>
              <w:right w:w="85" w:type="dxa"/>
            </w:tcMar>
            <w:vAlign w:val="center"/>
          </w:tcPr>
          <w:p w14:paraId="650B2986" w14:textId="77777777" w:rsidR="00453E5B" w:rsidRPr="00093A4A" w:rsidRDefault="00000000">
            <w:pPr>
              <w:spacing w:after="0" w:line="240" w:lineRule="auto"/>
              <w:rPr>
                <w:lang w:val="fr-FR"/>
              </w:rPr>
            </w:pPr>
            <w:r w:rsidRPr="00093A4A">
              <w:rPr>
                <w:sz w:val="15"/>
                <w:lang w:val="fr-FR"/>
              </w:rPr>
              <w:t>Natura abaterii, cauze, acțiuni, rezultate și eficacitate.</w:t>
            </w:r>
          </w:p>
        </w:tc>
        <w:tc>
          <w:tcPr>
            <w:tcW w:w="1417" w:type="dxa"/>
            <w:shd w:val="clear" w:color="auto" w:fill="FFFFFF"/>
            <w:tcMar>
              <w:top w:w="70" w:type="dxa"/>
              <w:left w:w="85" w:type="dxa"/>
              <w:bottom w:w="70" w:type="dxa"/>
              <w:right w:w="85" w:type="dxa"/>
            </w:tcMar>
            <w:vAlign w:val="center"/>
          </w:tcPr>
          <w:p w14:paraId="7844DCCF" w14:textId="77777777" w:rsidR="00453E5B" w:rsidRDefault="00000000">
            <w:pPr>
              <w:spacing w:after="0" w:line="240" w:lineRule="auto"/>
            </w:pPr>
            <w:r>
              <w:rPr>
                <w:sz w:val="15"/>
              </w:rPr>
              <w:t>10.2</w:t>
            </w:r>
          </w:p>
        </w:tc>
      </w:tr>
    </w:tbl>
    <w:p w14:paraId="675E1BE4" w14:textId="77777777" w:rsidR="00453E5B" w:rsidRDefault="00453E5B">
      <w:pPr>
        <w:spacing w:after="20"/>
      </w:pPr>
    </w:p>
    <w:p w14:paraId="2060DE16" w14:textId="77777777" w:rsidR="00453E5B" w:rsidRDefault="00000000">
      <w:pPr>
        <w:pStyle w:val="Heading2"/>
      </w:pPr>
      <w:r>
        <w:t>Documente condiționale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835"/>
        <w:gridCol w:w="4195"/>
        <w:gridCol w:w="2891"/>
      </w:tblGrid>
      <w:tr w:rsidR="00453E5B" w14:paraId="70BFDA97" w14:textId="77777777">
        <w:trPr>
          <w:tblHeader/>
          <w:jc w:val="center"/>
        </w:trPr>
        <w:tc>
          <w:tcPr>
            <w:tcW w:w="2835" w:type="dxa"/>
            <w:shd w:val="clear" w:color="auto" w:fill="D71920"/>
            <w:tcMar>
              <w:top w:w="70" w:type="dxa"/>
              <w:left w:w="85" w:type="dxa"/>
              <w:bottom w:w="70" w:type="dxa"/>
              <w:right w:w="85" w:type="dxa"/>
            </w:tcMar>
            <w:vAlign w:val="center"/>
          </w:tcPr>
          <w:p w14:paraId="3F34A6D1" w14:textId="77777777" w:rsidR="00453E5B" w:rsidRDefault="00000000">
            <w:pPr>
              <w:spacing w:after="0" w:line="240" w:lineRule="auto"/>
              <w:jc w:val="center"/>
            </w:pPr>
            <w:r>
              <w:rPr>
                <w:b/>
                <w:color w:val="FFFFFF"/>
                <w:sz w:val="15"/>
              </w:rPr>
              <w:t>DOCUMENT / DOVADĂ</w:t>
            </w:r>
          </w:p>
        </w:tc>
        <w:tc>
          <w:tcPr>
            <w:tcW w:w="4195" w:type="dxa"/>
            <w:shd w:val="clear" w:color="auto" w:fill="D71920"/>
            <w:tcMar>
              <w:top w:w="70" w:type="dxa"/>
              <w:left w:w="85" w:type="dxa"/>
              <w:bottom w:w="70" w:type="dxa"/>
              <w:right w:w="85" w:type="dxa"/>
            </w:tcMar>
            <w:vAlign w:val="center"/>
          </w:tcPr>
          <w:p w14:paraId="61F07BF0" w14:textId="77777777" w:rsidR="00453E5B" w:rsidRDefault="00000000">
            <w:pPr>
              <w:spacing w:after="0" w:line="240" w:lineRule="auto"/>
              <w:jc w:val="center"/>
            </w:pPr>
            <w:r>
              <w:rPr>
                <w:b/>
                <w:color w:val="FFFFFF"/>
                <w:sz w:val="15"/>
              </w:rPr>
              <w:t>CÂND DEVINE NECESAR</w:t>
            </w:r>
          </w:p>
        </w:tc>
        <w:tc>
          <w:tcPr>
            <w:tcW w:w="2891" w:type="dxa"/>
            <w:shd w:val="clear" w:color="auto" w:fill="D71920"/>
            <w:tcMar>
              <w:top w:w="70" w:type="dxa"/>
              <w:left w:w="85" w:type="dxa"/>
              <w:bottom w:w="70" w:type="dxa"/>
              <w:right w:w="85" w:type="dxa"/>
            </w:tcMar>
            <w:vAlign w:val="center"/>
          </w:tcPr>
          <w:p w14:paraId="61CF821F" w14:textId="77777777" w:rsidR="00453E5B" w:rsidRDefault="00000000">
            <w:pPr>
              <w:spacing w:after="0" w:line="240" w:lineRule="auto"/>
              <w:jc w:val="center"/>
            </w:pPr>
            <w:r>
              <w:rPr>
                <w:b/>
                <w:color w:val="FFFFFF"/>
                <w:sz w:val="15"/>
              </w:rPr>
              <w:t>BAZA DECIZIEI</w:t>
            </w:r>
          </w:p>
        </w:tc>
      </w:tr>
      <w:tr w:rsidR="00453E5B" w14:paraId="71B25AC1" w14:textId="77777777">
        <w:trPr>
          <w:cantSplit/>
          <w:jc w:val="center"/>
        </w:trPr>
        <w:tc>
          <w:tcPr>
            <w:tcW w:w="2835" w:type="dxa"/>
            <w:shd w:val="clear" w:color="auto" w:fill="FFFFFF"/>
            <w:tcMar>
              <w:top w:w="70" w:type="dxa"/>
              <w:left w:w="85" w:type="dxa"/>
              <w:bottom w:w="70" w:type="dxa"/>
              <w:right w:w="85" w:type="dxa"/>
            </w:tcMar>
            <w:vAlign w:val="center"/>
          </w:tcPr>
          <w:p w14:paraId="0B31D250" w14:textId="77777777" w:rsidR="00453E5B" w:rsidRDefault="00000000">
            <w:pPr>
              <w:spacing w:after="0" w:line="240" w:lineRule="auto"/>
            </w:pPr>
            <w:r>
              <w:rPr>
                <w:sz w:val="15"/>
              </w:rPr>
              <w:t>Politici și proceduri pentru controalele Anexei A</w:t>
            </w:r>
          </w:p>
        </w:tc>
        <w:tc>
          <w:tcPr>
            <w:tcW w:w="4195" w:type="dxa"/>
            <w:shd w:val="clear" w:color="auto" w:fill="FFFFFF"/>
            <w:tcMar>
              <w:top w:w="70" w:type="dxa"/>
              <w:left w:w="85" w:type="dxa"/>
              <w:bottom w:w="70" w:type="dxa"/>
              <w:right w:w="85" w:type="dxa"/>
            </w:tcMar>
            <w:vAlign w:val="center"/>
          </w:tcPr>
          <w:p w14:paraId="115DF97E" w14:textId="77777777" w:rsidR="00453E5B" w:rsidRDefault="00000000">
            <w:pPr>
              <w:spacing w:after="0" w:line="240" w:lineRule="auto"/>
            </w:pPr>
            <w:r>
              <w:rPr>
                <w:sz w:val="15"/>
              </w:rPr>
              <w:t>Controlul este selectat în SoA sau necesar din altă sursă.</w:t>
            </w:r>
          </w:p>
        </w:tc>
        <w:tc>
          <w:tcPr>
            <w:tcW w:w="2891" w:type="dxa"/>
            <w:shd w:val="clear" w:color="auto" w:fill="FFFFFF"/>
            <w:tcMar>
              <w:top w:w="70" w:type="dxa"/>
              <w:left w:w="85" w:type="dxa"/>
              <w:bottom w:w="70" w:type="dxa"/>
              <w:right w:w="85" w:type="dxa"/>
            </w:tcMar>
            <w:vAlign w:val="center"/>
          </w:tcPr>
          <w:p w14:paraId="5D39139D" w14:textId="77777777" w:rsidR="00453E5B" w:rsidRDefault="00000000">
            <w:pPr>
              <w:spacing w:after="0" w:line="240" w:lineRule="auto"/>
            </w:pPr>
            <w:r>
              <w:rPr>
                <w:sz w:val="15"/>
              </w:rPr>
              <w:t>Evaluarea riscurilor, contracte și obligații</w:t>
            </w:r>
          </w:p>
        </w:tc>
      </w:tr>
      <w:tr w:rsidR="00453E5B" w:rsidRPr="00093A4A" w14:paraId="7CACF156" w14:textId="77777777">
        <w:trPr>
          <w:cantSplit/>
          <w:jc w:val="center"/>
        </w:trPr>
        <w:tc>
          <w:tcPr>
            <w:tcW w:w="2835" w:type="dxa"/>
            <w:shd w:val="clear" w:color="auto" w:fill="FAFAFA"/>
            <w:tcMar>
              <w:top w:w="70" w:type="dxa"/>
              <w:left w:w="85" w:type="dxa"/>
              <w:bottom w:w="70" w:type="dxa"/>
              <w:right w:w="85" w:type="dxa"/>
            </w:tcMar>
            <w:vAlign w:val="center"/>
          </w:tcPr>
          <w:p w14:paraId="62508D74" w14:textId="77777777" w:rsidR="00453E5B" w:rsidRDefault="00000000">
            <w:pPr>
              <w:spacing w:after="0" w:line="240" w:lineRule="auto"/>
            </w:pPr>
            <w:r>
              <w:rPr>
                <w:sz w:val="15"/>
              </w:rPr>
              <w:t>Inventarul activelor și proprietarilor</w:t>
            </w:r>
          </w:p>
        </w:tc>
        <w:tc>
          <w:tcPr>
            <w:tcW w:w="4195" w:type="dxa"/>
            <w:shd w:val="clear" w:color="auto" w:fill="FAFAFA"/>
            <w:tcMar>
              <w:top w:w="70" w:type="dxa"/>
              <w:left w:w="85" w:type="dxa"/>
              <w:bottom w:w="70" w:type="dxa"/>
              <w:right w:w="85" w:type="dxa"/>
            </w:tcMar>
            <w:vAlign w:val="center"/>
          </w:tcPr>
          <w:p w14:paraId="474F9858" w14:textId="77777777" w:rsidR="00453E5B" w:rsidRPr="00093A4A" w:rsidRDefault="00000000">
            <w:pPr>
              <w:spacing w:after="0" w:line="240" w:lineRule="auto"/>
              <w:rPr>
                <w:lang w:val="fr-FR"/>
              </w:rPr>
            </w:pPr>
            <w:r w:rsidRPr="00093A4A">
              <w:rPr>
                <w:sz w:val="15"/>
                <w:lang w:val="fr-FR"/>
              </w:rPr>
              <w:t>A.5.9 este aplicabil sau inventarul este necesar pentru risc.</w:t>
            </w:r>
          </w:p>
        </w:tc>
        <w:tc>
          <w:tcPr>
            <w:tcW w:w="2891" w:type="dxa"/>
            <w:shd w:val="clear" w:color="auto" w:fill="FAFAFA"/>
            <w:tcMar>
              <w:top w:w="70" w:type="dxa"/>
              <w:left w:w="85" w:type="dxa"/>
              <w:bottom w:w="70" w:type="dxa"/>
              <w:right w:w="85" w:type="dxa"/>
            </w:tcMar>
            <w:vAlign w:val="center"/>
          </w:tcPr>
          <w:p w14:paraId="539455D0" w14:textId="77777777" w:rsidR="00453E5B" w:rsidRPr="00093A4A" w:rsidRDefault="00000000">
            <w:pPr>
              <w:spacing w:after="0" w:line="240" w:lineRule="auto"/>
              <w:rPr>
                <w:lang w:val="fr-FR"/>
              </w:rPr>
            </w:pPr>
            <w:r w:rsidRPr="00093A4A">
              <w:rPr>
                <w:sz w:val="15"/>
                <w:lang w:val="fr-FR"/>
              </w:rPr>
              <w:t>SoA și metodologia de risc</w:t>
            </w:r>
          </w:p>
        </w:tc>
      </w:tr>
      <w:tr w:rsidR="00453E5B" w14:paraId="6A4AADA9" w14:textId="77777777">
        <w:trPr>
          <w:cantSplit/>
          <w:jc w:val="center"/>
        </w:trPr>
        <w:tc>
          <w:tcPr>
            <w:tcW w:w="2835" w:type="dxa"/>
            <w:shd w:val="clear" w:color="auto" w:fill="FFFFFF"/>
            <w:tcMar>
              <w:top w:w="70" w:type="dxa"/>
              <w:left w:w="85" w:type="dxa"/>
              <w:bottom w:w="70" w:type="dxa"/>
              <w:right w:w="85" w:type="dxa"/>
            </w:tcMar>
            <w:vAlign w:val="center"/>
          </w:tcPr>
          <w:p w14:paraId="11B37C36" w14:textId="77777777" w:rsidR="00453E5B" w:rsidRDefault="00000000">
            <w:pPr>
              <w:spacing w:after="0" w:line="240" w:lineRule="auto"/>
            </w:pPr>
            <w:r>
              <w:rPr>
                <w:sz w:val="15"/>
              </w:rPr>
              <w:t>Clasificare, etichetare și transfer</w:t>
            </w:r>
          </w:p>
        </w:tc>
        <w:tc>
          <w:tcPr>
            <w:tcW w:w="4195" w:type="dxa"/>
            <w:shd w:val="clear" w:color="auto" w:fill="FFFFFF"/>
            <w:tcMar>
              <w:top w:w="70" w:type="dxa"/>
              <w:left w:w="85" w:type="dxa"/>
              <w:bottom w:w="70" w:type="dxa"/>
              <w:right w:w="85" w:type="dxa"/>
            </w:tcMar>
            <w:vAlign w:val="center"/>
          </w:tcPr>
          <w:p w14:paraId="2DB0E2C8" w14:textId="77777777" w:rsidR="00453E5B" w:rsidRPr="00093A4A" w:rsidRDefault="00000000">
            <w:pPr>
              <w:spacing w:after="0" w:line="240" w:lineRule="auto"/>
              <w:rPr>
                <w:lang w:val="fr-FR"/>
              </w:rPr>
            </w:pPr>
            <w:r w:rsidRPr="00093A4A">
              <w:rPr>
                <w:sz w:val="15"/>
                <w:lang w:val="fr-FR"/>
              </w:rPr>
              <w:t>Informațiile au niveluri diferite de sensibilitate.</w:t>
            </w:r>
          </w:p>
        </w:tc>
        <w:tc>
          <w:tcPr>
            <w:tcW w:w="2891" w:type="dxa"/>
            <w:shd w:val="clear" w:color="auto" w:fill="FFFFFF"/>
            <w:tcMar>
              <w:top w:w="70" w:type="dxa"/>
              <w:left w:w="85" w:type="dxa"/>
              <w:bottom w:w="70" w:type="dxa"/>
              <w:right w:w="85" w:type="dxa"/>
            </w:tcMar>
            <w:vAlign w:val="center"/>
          </w:tcPr>
          <w:p w14:paraId="75F8F136" w14:textId="77777777" w:rsidR="00453E5B" w:rsidRDefault="00000000">
            <w:pPr>
              <w:spacing w:after="0" w:line="240" w:lineRule="auto"/>
            </w:pPr>
            <w:r>
              <w:rPr>
                <w:sz w:val="15"/>
              </w:rPr>
              <w:t>A.5.12–A.5.14</w:t>
            </w:r>
          </w:p>
        </w:tc>
      </w:tr>
      <w:tr w:rsidR="00453E5B" w14:paraId="3444F1E3" w14:textId="77777777">
        <w:trPr>
          <w:cantSplit/>
          <w:jc w:val="center"/>
        </w:trPr>
        <w:tc>
          <w:tcPr>
            <w:tcW w:w="2835" w:type="dxa"/>
            <w:shd w:val="clear" w:color="auto" w:fill="FAFAFA"/>
            <w:tcMar>
              <w:top w:w="70" w:type="dxa"/>
              <w:left w:w="85" w:type="dxa"/>
              <w:bottom w:w="70" w:type="dxa"/>
              <w:right w:w="85" w:type="dxa"/>
            </w:tcMar>
            <w:vAlign w:val="center"/>
          </w:tcPr>
          <w:p w14:paraId="4DF50EC6" w14:textId="77777777" w:rsidR="00453E5B" w:rsidRDefault="00000000">
            <w:pPr>
              <w:spacing w:after="0" w:line="240" w:lineRule="auto"/>
            </w:pPr>
            <w:r>
              <w:rPr>
                <w:sz w:val="15"/>
              </w:rPr>
              <w:t>Control acces și identități</w:t>
            </w:r>
          </w:p>
        </w:tc>
        <w:tc>
          <w:tcPr>
            <w:tcW w:w="4195" w:type="dxa"/>
            <w:shd w:val="clear" w:color="auto" w:fill="FAFAFA"/>
            <w:tcMar>
              <w:top w:w="70" w:type="dxa"/>
              <w:left w:w="85" w:type="dxa"/>
              <w:bottom w:w="70" w:type="dxa"/>
              <w:right w:w="85" w:type="dxa"/>
            </w:tcMar>
            <w:vAlign w:val="center"/>
          </w:tcPr>
          <w:p w14:paraId="4D44AEBA" w14:textId="77777777" w:rsidR="00453E5B" w:rsidRDefault="00000000">
            <w:pPr>
              <w:spacing w:after="0" w:line="240" w:lineRule="auto"/>
            </w:pPr>
            <w:r>
              <w:rPr>
                <w:sz w:val="15"/>
              </w:rPr>
              <w:t>Accesul logic/fizic trebuie administrat și recertificat.</w:t>
            </w:r>
          </w:p>
        </w:tc>
        <w:tc>
          <w:tcPr>
            <w:tcW w:w="2891" w:type="dxa"/>
            <w:shd w:val="clear" w:color="auto" w:fill="FAFAFA"/>
            <w:tcMar>
              <w:top w:w="70" w:type="dxa"/>
              <w:left w:w="85" w:type="dxa"/>
              <w:bottom w:w="70" w:type="dxa"/>
              <w:right w:w="85" w:type="dxa"/>
            </w:tcMar>
            <w:vAlign w:val="center"/>
          </w:tcPr>
          <w:p w14:paraId="5EEFE584" w14:textId="77777777" w:rsidR="00453E5B" w:rsidRDefault="00000000">
            <w:pPr>
              <w:spacing w:after="0" w:line="240" w:lineRule="auto"/>
            </w:pPr>
            <w:r>
              <w:rPr>
                <w:sz w:val="15"/>
              </w:rPr>
              <w:t>A.5.15–A.5.18</w:t>
            </w:r>
          </w:p>
        </w:tc>
      </w:tr>
      <w:tr w:rsidR="00453E5B" w14:paraId="02F13591" w14:textId="77777777">
        <w:trPr>
          <w:cantSplit/>
          <w:jc w:val="center"/>
        </w:trPr>
        <w:tc>
          <w:tcPr>
            <w:tcW w:w="2835" w:type="dxa"/>
            <w:shd w:val="clear" w:color="auto" w:fill="FFFFFF"/>
            <w:tcMar>
              <w:top w:w="70" w:type="dxa"/>
              <w:left w:w="85" w:type="dxa"/>
              <w:bottom w:w="70" w:type="dxa"/>
              <w:right w:w="85" w:type="dxa"/>
            </w:tcMar>
            <w:vAlign w:val="center"/>
          </w:tcPr>
          <w:p w14:paraId="540071BF" w14:textId="77777777" w:rsidR="00453E5B" w:rsidRDefault="00000000">
            <w:pPr>
              <w:spacing w:after="0" w:line="240" w:lineRule="auto"/>
            </w:pPr>
            <w:r>
              <w:rPr>
                <w:sz w:val="15"/>
              </w:rPr>
              <w:t>Furnizori și cloud</w:t>
            </w:r>
          </w:p>
        </w:tc>
        <w:tc>
          <w:tcPr>
            <w:tcW w:w="4195" w:type="dxa"/>
            <w:shd w:val="clear" w:color="auto" w:fill="FFFFFF"/>
            <w:tcMar>
              <w:top w:w="70" w:type="dxa"/>
              <w:left w:w="85" w:type="dxa"/>
              <w:bottom w:w="70" w:type="dxa"/>
              <w:right w:w="85" w:type="dxa"/>
            </w:tcMar>
            <w:vAlign w:val="center"/>
          </w:tcPr>
          <w:p w14:paraId="301895E3" w14:textId="77777777" w:rsidR="00453E5B" w:rsidRDefault="00000000">
            <w:pPr>
              <w:spacing w:after="0" w:line="240" w:lineRule="auto"/>
            </w:pPr>
            <w:r>
              <w:rPr>
                <w:sz w:val="15"/>
              </w:rPr>
              <w:t>Există servicii externe, SaaS, hosting, procesatori sau lanț ICT.</w:t>
            </w:r>
          </w:p>
        </w:tc>
        <w:tc>
          <w:tcPr>
            <w:tcW w:w="2891" w:type="dxa"/>
            <w:shd w:val="clear" w:color="auto" w:fill="FFFFFF"/>
            <w:tcMar>
              <w:top w:w="70" w:type="dxa"/>
              <w:left w:w="85" w:type="dxa"/>
              <w:bottom w:w="70" w:type="dxa"/>
              <w:right w:w="85" w:type="dxa"/>
            </w:tcMar>
            <w:vAlign w:val="center"/>
          </w:tcPr>
          <w:p w14:paraId="3A3AF5B7" w14:textId="77777777" w:rsidR="00453E5B" w:rsidRDefault="00000000">
            <w:pPr>
              <w:spacing w:after="0" w:line="240" w:lineRule="auto"/>
            </w:pPr>
            <w:r>
              <w:rPr>
                <w:sz w:val="15"/>
              </w:rPr>
              <w:t>A.5.19–A.5.23</w:t>
            </w:r>
          </w:p>
        </w:tc>
      </w:tr>
      <w:tr w:rsidR="00453E5B" w14:paraId="3ECF7C6F" w14:textId="77777777">
        <w:trPr>
          <w:cantSplit/>
          <w:jc w:val="center"/>
        </w:trPr>
        <w:tc>
          <w:tcPr>
            <w:tcW w:w="2835" w:type="dxa"/>
            <w:shd w:val="clear" w:color="auto" w:fill="FAFAFA"/>
            <w:tcMar>
              <w:top w:w="70" w:type="dxa"/>
              <w:left w:w="85" w:type="dxa"/>
              <w:bottom w:w="70" w:type="dxa"/>
              <w:right w:w="85" w:type="dxa"/>
            </w:tcMar>
            <w:vAlign w:val="center"/>
          </w:tcPr>
          <w:p w14:paraId="7AA0A51C" w14:textId="77777777" w:rsidR="00453E5B" w:rsidRDefault="00000000">
            <w:pPr>
              <w:spacing w:after="0" w:line="240" w:lineRule="auto"/>
            </w:pPr>
            <w:r>
              <w:rPr>
                <w:sz w:val="15"/>
              </w:rPr>
              <w:t>Management incidente și dovezi</w:t>
            </w:r>
          </w:p>
        </w:tc>
        <w:tc>
          <w:tcPr>
            <w:tcW w:w="4195" w:type="dxa"/>
            <w:shd w:val="clear" w:color="auto" w:fill="FAFAFA"/>
            <w:tcMar>
              <w:top w:w="70" w:type="dxa"/>
              <w:left w:w="85" w:type="dxa"/>
              <w:bottom w:w="70" w:type="dxa"/>
              <w:right w:w="85" w:type="dxa"/>
            </w:tcMar>
            <w:vAlign w:val="center"/>
          </w:tcPr>
          <w:p w14:paraId="7FEB0E2B" w14:textId="77777777" w:rsidR="00453E5B" w:rsidRDefault="00000000">
            <w:pPr>
              <w:spacing w:after="0" w:line="240" w:lineRule="auto"/>
            </w:pPr>
            <w:r>
              <w:rPr>
                <w:sz w:val="15"/>
              </w:rPr>
              <w:t>Incidentele pot afecta informațiile și pot necesita investigații.</w:t>
            </w:r>
          </w:p>
        </w:tc>
        <w:tc>
          <w:tcPr>
            <w:tcW w:w="2891" w:type="dxa"/>
            <w:shd w:val="clear" w:color="auto" w:fill="FAFAFA"/>
            <w:tcMar>
              <w:top w:w="70" w:type="dxa"/>
              <w:left w:w="85" w:type="dxa"/>
              <w:bottom w:w="70" w:type="dxa"/>
              <w:right w:w="85" w:type="dxa"/>
            </w:tcMar>
            <w:vAlign w:val="center"/>
          </w:tcPr>
          <w:p w14:paraId="778B8739" w14:textId="77777777" w:rsidR="00453E5B" w:rsidRDefault="00000000">
            <w:pPr>
              <w:spacing w:after="0" w:line="240" w:lineRule="auto"/>
            </w:pPr>
            <w:r>
              <w:rPr>
                <w:sz w:val="15"/>
              </w:rPr>
              <w:t>A.5.24–A.5.28</w:t>
            </w:r>
          </w:p>
        </w:tc>
      </w:tr>
      <w:tr w:rsidR="00453E5B" w14:paraId="2C6CB7AB" w14:textId="77777777">
        <w:trPr>
          <w:cantSplit/>
          <w:jc w:val="center"/>
        </w:trPr>
        <w:tc>
          <w:tcPr>
            <w:tcW w:w="2835" w:type="dxa"/>
            <w:shd w:val="clear" w:color="auto" w:fill="FFFFFF"/>
            <w:tcMar>
              <w:top w:w="70" w:type="dxa"/>
              <w:left w:w="85" w:type="dxa"/>
              <w:bottom w:w="70" w:type="dxa"/>
              <w:right w:w="85" w:type="dxa"/>
            </w:tcMar>
            <w:vAlign w:val="center"/>
          </w:tcPr>
          <w:p w14:paraId="38E5895D" w14:textId="77777777" w:rsidR="00453E5B" w:rsidRDefault="00000000">
            <w:pPr>
              <w:spacing w:after="0" w:line="240" w:lineRule="auto"/>
            </w:pPr>
            <w:r>
              <w:rPr>
                <w:sz w:val="15"/>
              </w:rPr>
              <w:t>Continuitate și pregătire ICT</w:t>
            </w:r>
          </w:p>
        </w:tc>
        <w:tc>
          <w:tcPr>
            <w:tcW w:w="4195" w:type="dxa"/>
            <w:shd w:val="clear" w:color="auto" w:fill="FFFFFF"/>
            <w:tcMar>
              <w:top w:w="70" w:type="dxa"/>
              <w:left w:w="85" w:type="dxa"/>
              <w:bottom w:w="70" w:type="dxa"/>
              <w:right w:w="85" w:type="dxa"/>
            </w:tcMar>
            <w:vAlign w:val="center"/>
          </w:tcPr>
          <w:p w14:paraId="58D382DC" w14:textId="77777777" w:rsidR="00453E5B" w:rsidRPr="00093A4A" w:rsidRDefault="00000000">
            <w:pPr>
              <w:spacing w:after="0" w:line="240" w:lineRule="auto"/>
              <w:rPr>
                <w:lang w:val="fr-FR"/>
              </w:rPr>
            </w:pPr>
            <w:r w:rsidRPr="00093A4A">
              <w:rPr>
                <w:sz w:val="15"/>
                <w:lang w:val="fr-FR"/>
              </w:rPr>
              <w:t>Serviciile/informațiile au cerințe de disponibilitate.</w:t>
            </w:r>
          </w:p>
        </w:tc>
        <w:tc>
          <w:tcPr>
            <w:tcW w:w="2891" w:type="dxa"/>
            <w:shd w:val="clear" w:color="auto" w:fill="FFFFFF"/>
            <w:tcMar>
              <w:top w:w="70" w:type="dxa"/>
              <w:left w:w="85" w:type="dxa"/>
              <w:bottom w:w="70" w:type="dxa"/>
              <w:right w:w="85" w:type="dxa"/>
            </w:tcMar>
            <w:vAlign w:val="center"/>
          </w:tcPr>
          <w:p w14:paraId="4550161A" w14:textId="77777777" w:rsidR="00453E5B" w:rsidRDefault="00000000">
            <w:pPr>
              <w:spacing w:after="0" w:line="240" w:lineRule="auto"/>
            </w:pPr>
            <w:r>
              <w:rPr>
                <w:sz w:val="15"/>
              </w:rPr>
              <w:t>A.5.29–A.5.30</w:t>
            </w:r>
          </w:p>
        </w:tc>
      </w:tr>
      <w:tr w:rsidR="00453E5B" w14:paraId="59C41D9F" w14:textId="77777777">
        <w:trPr>
          <w:cantSplit/>
          <w:jc w:val="center"/>
        </w:trPr>
        <w:tc>
          <w:tcPr>
            <w:tcW w:w="2835" w:type="dxa"/>
            <w:shd w:val="clear" w:color="auto" w:fill="FAFAFA"/>
            <w:tcMar>
              <w:top w:w="70" w:type="dxa"/>
              <w:left w:w="85" w:type="dxa"/>
              <w:bottom w:w="70" w:type="dxa"/>
              <w:right w:w="85" w:type="dxa"/>
            </w:tcMar>
            <w:vAlign w:val="center"/>
          </w:tcPr>
          <w:p w14:paraId="61CED4E4" w14:textId="77777777" w:rsidR="00453E5B" w:rsidRDefault="00000000">
            <w:pPr>
              <w:spacing w:after="0" w:line="240" w:lineRule="auto"/>
            </w:pPr>
            <w:r>
              <w:rPr>
                <w:sz w:val="15"/>
              </w:rPr>
              <w:t>Dezvoltare și schimbări securizate</w:t>
            </w:r>
          </w:p>
        </w:tc>
        <w:tc>
          <w:tcPr>
            <w:tcW w:w="4195" w:type="dxa"/>
            <w:shd w:val="clear" w:color="auto" w:fill="FAFAFA"/>
            <w:tcMar>
              <w:top w:w="70" w:type="dxa"/>
              <w:left w:w="85" w:type="dxa"/>
              <w:bottom w:w="70" w:type="dxa"/>
              <w:right w:w="85" w:type="dxa"/>
            </w:tcMar>
            <w:vAlign w:val="center"/>
          </w:tcPr>
          <w:p w14:paraId="56CA0A64" w14:textId="77777777" w:rsidR="00453E5B" w:rsidRDefault="00000000">
            <w:pPr>
              <w:spacing w:after="0" w:line="240" w:lineRule="auto"/>
            </w:pPr>
            <w:r>
              <w:rPr>
                <w:sz w:val="15"/>
              </w:rPr>
              <w:t>Organizația dezvoltă, modifică sau achiziționează sisteme.</w:t>
            </w:r>
          </w:p>
        </w:tc>
        <w:tc>
          <w:tcPr>
            <w:tcW w:w="2891" w:type="dxa"/>
            <w:shd w:val="clear" w:color="auto" w:fill="FAFAFA"/>
            <w:tcMar>
              <w:top w:w="70" w:type="dxa"/>
              <w:left w:w="85" w:type="dxa"/>
              <w:bottom w:w="70" w:type="dxa"/>
              <w:right w:w="85" w:type="dxa"/>
            </w:tcMar>
            <w:vAlign w:val="center"/>
          </w:tcPr>
          <w:p w14:paraId="1FFD76D2" w14:textId="77777777" w:rsidR="00453E5B" w:rsidRDefault="00000000">
            <w:pPr>
              <w:spacing w:after="0" w:line="240" w:lineRule="auto"/>
            </w:pPr>
            <w:r>
              <w:rPr>
                <w:sz w:val="15"/>
              </w:rPr>
              <w:t>A.8.25–A.8.33</w:t>
            </w:r>
          </w:p>
        </w:tc>
      </w:tr>
      <w:tr w:rsidR="00453E5B" w14:paraId="204D1480" w14:textId="77777777">
        <w:trPr>
          <w:cantSplit/>
          <w:jc w:val="center"/>
        </w:trPr>
        <w:tc>
          <w:tcPr>
            <w:tcW w:w="2835" w:type="dxa"/>
            <w:shd w:val="clear" w:color="auto" w:fill="FFFFFF"/>
            <w:tcMar>
              <w:top w:w="70" w:type="dxa"/>
              <w:left w:w="85" w:type="dxa"/>
              <w:bottom w:w="70" w:type="dxa"/>
              <w:right w:w="85" w:type="dxa"/>
            </w:tcMar>
            <w:vAlign w:val="center"/>
          </w:tcPr>
          <w:p w14:paraId="53B1339A" w14:textId="77777777" w:rsidR="00453E5B" w:rsidRDefault="00000000">
            <w:pPr>
              <w:spacing w:after="0" w:line="240" w:lineRule="auto"/>
            </w:pPr>
            <w:r>
              <w:rPr>
                <w:sz w:val="15"/>
              </w:rPr>
              <w:t>Proceduri operaționale documentate</w:t>
            </w:r>
          </w:p>
        </w:tc>
        <w:tc>
          <w:tcPr>
            <w:tcW w:w="4195" w:type="dxa"/>
            <w:shd w:val="clear" w:color="auto" w:fill="FFFFFF"/>
            <w:tcMar>
              <w:top w:w="70" w:type="dxa"/>
              <w:left w:w="85" w:type="dxa"/>
              <w:bottom w:w="70" w:type="dxa"/>
              <w:right w:w="85" w:type="dxa"/>
            </w:tcMar>
            <w:vAlign w:val="center"/>
          </w:tcPr>
          <w:p w14:paraId="501588CA" w14:textId="77777777" w:rsidR="00453E5B" w:rsidRPr="00093A4A" w:rsidRDefault="00000000">
            <w:pPr>
              <w:spacing w:after="0" w:line="240" w:lineRule="auto"/>
              <w:rPr>
                <w:lang w:val="fr-FR"/>
              </w:rPr>
            </w:pPr>
            <w:r w:rsidRPr="00093A4A">
              <w:rPr>
                <w:sz w:val="15"/>
                <w:lang w:val="fr-FR"/>
              </w:rPr>
              <w:t>Activitățile trebuie executate consecvent sau au risc ridicat.</w:t>
            </w:r>
          </w:p>
        </w:tc>
        <w:tc>
          <w:tcPr>
            <w:tcW w:w="2891" w:type="dxa"/>
            <w:shd w:val="clear" w:color="auto" w:fill="FFFFFF"/>
            <w:tcMar>
              <w:top w:w="70" w:type="dxa"/>
              <w:left w:w="85" w:type="dxa"/>
              <w:bottom w:w="70" w:type="dxa"/>
              <w:right w:w="85" w:type="dxa"/>
            </w:tcMar>
            <w:vAlign w:val="center"/>
          </w:tcPr>
          <w:p w14:paraId="652D9229" w14:textId="77777777" w:rsidR="00453E5B" w:rsidRDefault="00000000">
            <w:pPr>
              <w:spacing w:after="0" w:line="240" w:lineRule="auto"/>
            </w:pPr>
            <w:r>
              <w:rPr>
                <w:sz w:val="15"/>
              </w:rPr>
              <w:t>A.5.37</w:t>
            </w:r>
          </w:p>
        </w:tc>
      </w:tr>
    </w:tbl>
    <w:p w14:paraId="481831AA" w14:textId="77777777" w:rsidR="00453E5B" w:rsidRDefault="00453E5B">
      <w:pPr>
        <w:spacing w:after="20"/>
      </w:pPr>
    </w:p>
    <w:p w14:paraId="63362551" w14:textId="77777777" w:rsidR="00453E5B" w:rsidRDefault="00000000">
      <w:pPr>
        <w:pStyle w:val="Heading2"/>
      </w:pPr>
      <w:r>
        <w:lastRenderedPageBreak/>
        <w:t>Documente recomandate pentru control eficace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005"/>
        <w:gridCol w:w="5159"/>
        <w:gridCol w:w="1757"/>
      </w:tblGrid>
      <w:tr w:rsidR="00453E5B" w14:paraId="3FD77ADB" w14:textId="77777777">
        <w:trPr>
          <w:tblHeader/>
          <w:jc w:val="center"/>
        </w:trPr>
        <w:tc>
          <w:tcPr>
            <w:tcW w:w="3005" w:type="dxa"/>
            <w:shd w:val="clear" w:color="auto" w:fill="D71920"/>
            <w:tcMar>
              <w:top w:w="70" w:type="dxa"/>
              <w:left w:w="85" w:type="dxa"/>
              <w:bottom w:w="70" w:type="dxa"/>
              <w:right w:w="85" w:type="dxa"/>
            </w:tcMar>
            <w:vAlign w:val="center"/>
          </w:tcPr>
          <w:p w14:paraId="2F42771C" w14:textId="77777777" w:rsidR="00453E5B" w:rsidRDefault="00000000">
            <w:pPr>
              <w:spacing w:after="0" w:line="240" w:lineRule="auto"/>
              <w:jc w:val="center"/>
            </w:pPr>
            <w:r>
              <w:rPr>
                <w:b/>
                <w:color w:val="FFFFFF"/>
                <w:sz w:val="15"/>
              </w:rPr>
              <w:t>DOCUMENT</w:t>
            </w:r>
          </w:p>
        </w:tc>
        <w:tc>
          <w:tcPr>
            <w:tcW w:w="5159" w:type="dxa"/>
            <w:shd w:val="clear" w:color="auto" w:fill="D71920"/>
            <w:tcMar>
              <w:top w:w="70" w:type="dxa"/>
              <w:left w:w="85" w:type="dxa"/>
              <w:bottom w:w="70" w:type="dxa"/>
              <w:right w:w="85" w:type="dxa"/>
            </w:tcMar>
            <w:vAlign w:val="center"/>
          </w:tcPr>
          <w:p w14:paraId="23E0291E" w14:textId="77777777" w:rsidR="00453E5B" w:rsidRDefault="00000000">
            <w:pPr>
              <w:spacing w:after="0" w:line="240" w:lineRule="auto"/>
              <w:jc w:val="center"/>
            </w:pPr>
            <w:r>
              <w:rPr>
                <w:b/>
                <w:color w:val="FFFFFF"/>
                <w:sz w:val="15"/>
              </w:rPr>
              <w:t>VALOARE PRACTICĂ</w:t>
            </w:r>
          </w:p>
        </w:tc>
        <w:tc>
          <w:tcPr>
            <w:tcW w:w="1757" w:type="dxa"/>
            <w:shd w:val="clear" w:color="auto" w:fill="D71920"/>
            <w:tcMar>
              <w:top w:w="70" w:type="dxa"/>
              <w:left w:w="85" w:type="dxa"/>
              <w:bottom w:w="70" w:type="dxa"/>
              <w:right w:w="85" w:type="dxa"/>
            </w:tcMar>
            <w:vAlign w:val="center"/>
          </w:tcPr>
          <w:p w14:paraId="6996235C" w14:textId="77777777" w:rsidR="00453E5B" w:rsidRDefault="00000000">
            <w:pPr>
              <w:spacing w:after="0" w:line="240" w:lineRule="auto"/>
              <w:jc w:val="center"/>
            </w:pPr>
            <w:r>
              <w:rPr>
                <w:b/>
                <w:color w:val="FFFFFF"/>
                <w:sz w:val="15"/>
              </w:rPr>
              <w:t>PRIORITATE</w:t>
            </w:r>
          </w:p>
        </w:tc>
      </w:tr>
      <w:tr w:rsidR="00453E5B" w14:paraId="59A3E9FC" w14:textId="77777777">
        <w:trPr>
          <w:cantSplit/>
          <w:jc w:val="center"/>
        </w:trPr>
        <w:tc>
          <w:tcPr>
            <w:tcW w:w="3005" w:type="dxa"/>
            <w:shd w:val="clear" w:color="auto" w:fill="FFFFFF"/>
            <w:tcMar>
              <w:top w:w="70" w:type="dxa"/>
              <w:left w:w="85" w:type="dxa"/>
              <w:bottom w:w="70" w:type="dxa"/>
              <w:right w:w="85" w:type="dxa"/>
            </w:tcMar>
            <w:vAlign w:val="center"/>
          </w:tcPr>
          <w:p w14:paraId="4890F5C1" w14:textId="77777777" w:rsidR="00453E5B" w:rsidRDefault="00000000">
            <w:pPr>
              <w:spacing w:after="0" w:line="240" w:lineRule="auto"/>
            </w:pPr>
            <w:r>
              <w:rPr>
                <w:sz w:val="15"/>
              </w:rPr>
              <w:t>Manual / hartă SMSI</w:t>
            </w:r>
          </w:p>
        </w:tc>
        <w:tc>
          <w:tcPr>
            <w:tcW w:w="5159" w:type="dxa"/>
            <w:shd w:val="clear" w:color="auto" w:fill="FFFFFF"/>
            <w:tcMar>
              <w:top w:w="70" w:type="dxa"/>
              <w:left w:w="85" w:type="dxa"/>
              <w:bottom w:w="70" w:type="dxa"/>
              <w:right w:w="85" w:type="dxa"/>
            </w:tcMar>
            <w:vAlign w:val="center"/>
          </w:tcPr>
          <w:p w14:paraId="7C30D0EA" w14:textId="77777777" w:rsidR="00453E5B" w:rsidRPr="00093A4A" w:rsidRDefault="00000000">
            <w:pPr>
              <w:spacing w:after="0" w:line="240" w:lineRule="auto"/>
              <w:rPr>
                <w:lang w:val="fr-FR"/>
              </w:rPr>
            </w:pPr>
            <w:r w:rsidRPr="00093A4A">
              <w:rPr>
                <w:sz w:val="15"/>
                <w:lang w:val="fr-FR"/>
              </w:rPr>
              <w:t>Explică guvernanța, procesele, interacțiunile și legătura risc–control–dovadă.</w:t>
            </w:r>
          </w:p>
        </w:tc>
        <w:tc>
          <w:tcPr>
            <w:tcW w:w="1757" w:type="dxa"/>
            <w:shd w:val="clear" w:color="auto" w:fill="FFFFFF"/>
            <w:tcMar>
              <w:top w:w="70" w:type="dxa"/>
              <w:left w:w="85" w:type="dxa"/>
              <w:bottom w:w="70" w:type="dxa"/>
              <w:right w:w="85" w:type="dxa"/>
            </w:tcMar>
            <w:vAlign w:val="center"/>
          </w:tcPr>
          <w:p w14:paraId="77CB9F1C" w14:textId="77777777" w:rsidR="00453E5B" w:rsidRDefault="00000000">
            <w:pPr>
              <w:spacing w:after="0" w:line="240" w:lineRule="auto"/>
            </w:pPr>
            <w:r>
              <w:rPr>
                <w:sz w:val="15"/>
              </w:rPr>
              <w:t>Ridicată</w:t>
            </w:r>
          </w:p>
        </w:tc>
      </w:tr>
      <w:tr w:rsidR="00453E5B" w14:paraId="36B5C093" w14:textId="77777777">
        <w:trPr>
          <w:cantSplit/>
          <w:jc w:val="center"/>
        </w:trPr>
        <w:tc>
          <w:tcPr>
            <w:tcW w:w="3005" w:type="dxa"/>
            <w:shd w:val="clear" w:color="auto" w:fill="FAFAFA"/>
            <w:tcMar>
              <w:top w:w="70" w:type="dxa"/>
              <w:left w:w="85" w:type="dxa"/>
              <w:bottom w:w="70" w:type="dxa"/>
              <w:right w:w="85" w:type="dxa"/>
            </w:tcMar>
            <w:vAlign w:val="center"/>
          </w:tcPr>
          <w:p w14:paraId="00544949" w14:textId="77777777" w:rsidR="00453E5B" w:rsidRDefault="00000000">
            <w:pPr>
              <w:spacing w:after="0" w:line="240" w:lineRule="auto"/>
            </w:pPr>
            <w:r>
              <w:rPr>
                <w:sz w:val="15"/>
              </w:rPr>
              <w:t>Registru obligații legale și contractuale</w:t>
            </w:r>
          </w:p>
        </w:tc>
        <w:tc>
          <w:tcPr>
            <w:tcW w:w="5159" w:type="dxa"/>
            <w:shd w:val="clear" w:color="auto" w:fill="FAFAFA"/>
            <w:tcMar>
              <w:top w:w="70" w:type="dxa"/>
              <w:left w:w="85" w:type="dxa"/>
              <w:bottom w:w="70" w:type="dxa"/>
              <w:right w:w="85" w:type="dxa"/>
            </w:tcMar>
            <w:vAlign w:val="center"/>
          </w:tcPr>
          <w:p w14:paraId="3C8C15BD" w14:textId="77777777" w:rsidR="00453E5B" w:rsidRPr="00093A4A" w:rsidRDefault="00000000">
            <w:pPr>
              <w:spacing w:after="0" w:line="240" w:lineRule="auto"/>
              <w:rPr>
                <w:lang w:val="fr-FR"/>
              </w:rPr>
            </w:pPr>
            <w:r w:rsidRPr="00093A4A">
              <w:rPr>
                <w:sz w:val="15"/>
                <w:lang w:val="fr-FR"/>
              </w:rPr>
              <w:t>Transformă cerințele în controale, proprietari, termene și dovezi.</w:t>
            </w:r>
          </w:p>
        </w:tc>
        <w:tc>
          <w:tcPr>
            <w:tcW w:w="1757" w:type="dxa"/>
            <w:shd w:val="clear" w:color="auto" w:fill="FAFAFA"/>
            <w:tcMar>
              <w:top w:w="70" w:type="dxa"/>
              <w:left w:w="85" w:type="dxa"/>
              <w:bottom w:w="70" w:type="dxa"/>
              <w:right w:w="85" w:type="dxa"/>
            </w:tcMar>
            <w:vAlign w:val="center"/>
          </w:tcPr>
          <w:p w14:paraId="652AD18B" w14:textId="77777777" w:rsidR="00453E5B" w:rsidRDefault="00000000">
            <w:pPr>
              <w:spacing w:after="0" w:line="240" w:lineRule="auto"/>
            </w:pPr>
            <w:r>
              <w:rPr>
                <w:sz w:val="15"/>
              </w:rPr>
              <w:t>Ridicată</w:t>
            </w:r>
          </w:p>
        </w:tc>
      </w:tr>
      <w:tr w:rsidR="00453E5B" w14:paraId="601F980A" w14:textId="77777777">
        <w:trPr>
          <w:cantSplit/>
          <w:jc w:val="center"/>
        </w:trPr>
        <w:tc>
          <w:tcPr>
            <w:tcW w:w="3005" w:type="dxa"/>
            <w:shd w:val="clear" w:color="auto" w:fill="FFFFFF"/>
            <w:tcMar>
              <w:top w:w="70" w:type="dxa"/>
              <w:left w:w="85" w:type="dxa"/>
              <w:bottom w:w="70" w:type="dxa"/>
              <w:right w:w="85" w:type="dxa"/>
            </w:tcMar>
            <w:vAlign w:val="center"/>
          </w:tcPr>
          <w:p w14:paraId="75A9A3A3" w14:textId="77777777" w:rsidR="00453E5B" w:rsidRPr="00093A4A" w:rsidRDefault="00000000">
            <w:pPr>
              <w:spacing w:after="0" w:line="240" w:lineRule="auto"/>
              <w:rPr>
                <w:lang w:val="fr-FR"/>
              </w:rPr>
            </w:pPr>
            <w:r w:rsidRPr="00093A4A">
              <w:rPr>
                <w:sz w:val="15"/>
                <w:lang w:val="fr-FR"/>
              </w:rPr>
              <w:t>Catalog informații și procese critice</w:t>
            </w:r>
          </w:p>
        </w:tc>
        <w:tc>
          <w:tcPr>
            <w:tcW w:w="5159" w:type="dxa"/>
            <w:shd w:val="clear" w:color="auto" w:fill="FFFFFF"/>
            <w:tcMar>
              <w:top w:w="70" w:type="dxa"/>
              <w:left w:w="85" w:type="dxa"/>
              <w:bottom w:w="70" w:type="dxa"/>
              <w:right w:w="85" w:type="dxa"/>
            </w:tcMar>
            <w:vAlign w:val="center"/>
          </w:tcPr>
          <w:p w14:paraId="07F79510" w14:textId="77777777" w:rsidR="00453E5B" w:rsidRDefault="00000000">
            <w:pPr>
              <w:spacing w:after="0" w:line="240" w:lineRule="auto"/>
            </w:pPr>
            <w:r>
              <w:rPr>
                <w:sz w:val="15"/>
              </w:rPr>
              <w:t>Leagă informația de proprietar, clasificare, sisteme, terți și cerințe CIA.</w:t>
            </w:r>
          </w:p>
        </w:tc>
        <w:tc>
          <w:tcPr>
            <w:tcW w:w="1757" w:type="dxa"/>
            <w:shd w:val="clear" w:color="auto" w:fill="FFFFFF"/>
            <w:tcMar>
              <w:top w:w="70" w:type="dxa"/>
              <w:left w:w="85" w:type="dxa"/>
              <w:bottom w:w="70" w:type="dxa"/>
              <w:right w:w="85" w:type="dxa"/>
            </w:tcMar>
            <w:vAlign w:val="center"/>
          </w:tcPr>
          <w:p w14:paraId="401E2934" w14:textId="77777777" w:rsidR="00453E5B" w:rsidRDefault="00000000">
            <w:pPr>
              <w:spacing w:after="0" w:line="240" w:lineRule="auto"/>
            </w:pPr>
            <w:r>
              <w:rPr>
                <w:sz w:val="15"/>
              </w:rPr>
              <w:t>Ridicată</w:t>
            </w:r>
          </w:p>
        </w:tc>
      </w:tr>
      <w:tr w:rsidR="00453E5B" w14:paraId="595EACD8" w14:textId="77777777">
        <w:trPr>
          <w:cantSplit/>
          <w:jc w:val="center"/>
        </w:trPr>
        <w:tc>
          <w:tcPr>
            <w:tcW w:w="3005" w:type="dxa"/>
            <w:shd w:val="clear" w:color="auto" w:fill="FAFAFA"/>
            <w:tcMar>
              <w:top w:w="70" w:type="dxa"/>
              <w:left w:w="85" w:type="dxa"/>
              <w:bottom w:w="70" w:type="dxa"/>
              <w:right w:w="85" w:type="dxa"/>
            </w:tcMar>
            <w:vAlign w:val="center"/>
          </w:tcPr>
          <w:p w14:paraId="3718A3E8" w14:textId="77777777" w:rsidR="00453E5B" w:rsidRPr="00093A4A" w:rsidRDefault="00000000">
            <w:pPr>
              <w:spacing w:after="0" w:line="240" w:lineRule="auto"/>
              <w:rPr>
                <w:lang w:val="fr-FR"/>
              </w:rPr>
            </w:pPr>
            <w:r w:rsidRPr="00093A4A">
              <w:rPr>
                <w:sz w:val="15"/>
                <w:lang w:val="fr-FR"/>
              </w:rPr>
              <w:t>Bibliotecă de dovezi pe controale</w:t>
            </w:r>
          </w:p>
        </w:tc>
        <w:tc>
          <w:tcPr>
            <w:tcW w:w="5159" w:type="dxa"/>
            <w:shd w:val="clear" w:color="auto" w:fill="FAFAFA"/>
            <w:tcMar>
              <w:top w:w="70" w:type="dxa"/>
              <w:left w:w="85" w:type="dxa"/>
              <w:bottom w:w="70" w:type="dxa"/>
              <w:right w:w="85" w:type="dxa"/>
            </w:tcMar>
            <w:vAlign w:val="center"/>
          </w:tcPr>
          <w:p w14:paraId="4754C0D1" w14:textId="77777777" w:rsidR="00453E5B" w:rsidRPr="00093A4A" w:rsidRDefault="00000000">
            <w:pPr>
              <w:spacing w:after="0" w:line="240" w:lineRule="auto"/>
              <w:rPr>
                <w:lang w:val="fr-FR"/>
              </w:rPr>
            </w:pPr>
            <w:r w:rsidRPr="00093A4A">
              <w:rPr>
                <w:sz w:val="15"/>
                <w:lang w:val="fr-FR"/>
              </w:rPr>
              <w:t>Reduce efortul de audit și arată eficacitatea, nu doar existența politicii.</w:t>
            </w:r>
          </w:p>
        </w:tc>
        <w:tc>
          <w:tcPr>
            <w:tcW w:w="1757" w:type="dxa"/>
            <w:shd w:val="clear" w:color="auto" w:fill="FAFAFA"/>
            <w:tcMar>
              <w:top w:w="70" w:type="dxa"/>
              <w:left w:w="85" w:type="dxa"/>
              <w:bottom w:w="70" w:type="dxa"/>
              <w:right w:w="85" w:type="dxa"/>
            </w:tcMar>
            <w:vAlign w:val="center"/>
          </w:tcPr>
          <w:p w14:paraId="1975DAFC" w14:textId="77777777" w:rsidR="00453E5B" w:rsidRDefault="00000000">
            <w:pPr>
              <w:spacing w:after="0" w:line="240" w:lineRule="auto"/>
            </w:pPr>
            <w:r>
              <w:rPr>
                <w:sz w:val="15"/>
              </w:rPr>
              <w:t>Medie</w:t>
            </w:r>
          </w:p>
        </w:tc>
      </w:tr>
      <w:tr w:rsidR="00453E5B" w14:paraId="32689E6B" w14:textId="77777777">
        <w:trPr>
          <w:cantSplit/>
          <w:jc w:val="center"/>
        </w:trPr>
        <w:tc>
          <w:tcPr>
            <w:tcW w:w="3005" w:type="dxa"/>
            <w:shd w:val="clear" w:color="auto" w:fill="FFFFFF"/>
            <w:tcMar>
              <w:top w:w="70" w:type="dxa"/>
              <w:left w:w="85" w:type="dxa"/>
              <w:bottom w:w="70" w:type="dxa"/>
              <w:right w:w="85" w:type="dxa"/>
            </w:tcMar>
            <w:vAlign w:val="center"/>
          </w:tcPr>
          <w:p w14:paraId="2019B642" w14:textId="77777777" w:rsidR="00453E5B" w:rsidRDefault="00000000">
            <w:pPr>
              <w:spacing w:after="0" w:line="240" w:lineRule="auto"/>
            </w:pPr>
            <w:r>
              <w:rPr>
                <w:sz w:val="15"/>
              </w:rPr>
              <w:t>Matrice roluri și segregare</w:t>
            </w:r>
          </w:p>
        </w:tc>
        <w:tc>
          <w:tcPr>
            <w:tcW w:w="5159" w:type="dxa"/>
            <w:shd w:val="clear" w:color="auto" w:fill="FFFFFF"/>
            <w:tcMar>
              <w:top w:w="70" w:type="dxa"/>
              <w:left w:w="85" w:type="dxa"/>
              <w:bottom w:w="70" w:type="dxa"/>
              <w:right w:w="85" w:type="dxa"/>
            </w:tcMar>
            <w:vAlign w:val="center"/>
          </w:tcPr>
          <w:p w14:paraId="1571C903" w14:textId="77777777" w:rsidR="00453E5B" w:rsidRPr="00093A4A" w:rsidRDefault="00000000">
            <w:pPr>
              <w:spacing w:after="0" w:line="240" w:lineRule="auto"/>
              <w:rPr>
                <w:lang w:val="fr-FR"/>
              </w:rPr>
            </w:pPr>
            <w:r w:rsidRPr="00093A4A">
              <w:rPr>
                <w:sz w:val="15"/>
                <w:lang w:val="fr-FR"/>
              </w:rPr>
              <w:t>Clarifică autorități, conflicte și aprobări.</w:t>
            </w:r>
          </w:p>
        </w:tc>
        <w:tc>
          <w:tcPr>
            <w:tcW w:w="1757" w:type="dxa"/>
            <w:shd w:val="clear" w:color="auto" w:fill="FFFFFF"/>
            <w:tcMar>
              <w:top w:w="70" w:type="dxa"/>
              <w:left w:w="85" w:type="dxa"/>
              <w:bottom w:w="70" w:type="dxa"/>
              <w:right w:w="85" w:type="dxa"/>
            </w:tcMar>
            <w:vAlign w:val="center"/>
          </w:tcPr>
          <w:p w14:paraId="4939330F" w14:textId="77777777" w:rsidR="00453E5B" w:rsidRDefault="00000000">
            <w:pPr>
              <w:spacing w:after="0" w:line="240" w:lineRule="auto"/>
            </w:pPr>
            <w:r>
              <w:rPr>
                <w:sz w:val="15"/>
              </w:rPr>
              <w:t>Ridicată</w:t>
            </w:r>
          </w:p>
        </w:tc>
      </w:tr>
      <w:tr w:rsidR="00453E5B" w14:paraId="58C7E8F6" w14:textId="77777777">
        <w:trPr>
          <w:cantSplit/>
          <w:jc w:val="center"/>
        </w:trPr>
        <w:tc>
          <w:tcPr>
            <w:tcW w:w="3005" w:type="dxa"/>
            <w:shd w:val="clear" w:color="auto" w:fill="FAFAFA"/>
            <w:tcMar>
              <w:top w:w="70" w:type="dxa"/>
              <w:left w:w="85" w:type="dxa"/>
              <w:bottom w:w="70" w:type="dxa"/>
              <w:right w:w="85" w:type="dxa"/>
            </w:tcMar>
            <w:vAlign w:val="center"/>
          </w:tcPr>
          <w:p w14:paraId="72922BC9" w14:textId="77777777" w:rsidR="00453E5B" w:rsidRPr="00093A4A" w:rsidRDefault="00000000">
            <w:pPr>
              <w:spacing w:after="0" w:line="240" w:lineRule="auto"/>
              <w:rPr>
                <w:lang w:val="fr-FR"/>
              </w:rPr>
            </w:pPr>
            <w:r w:rsidRPr="00093A4A">
              <w:rPr>
                <w:sz w:val="15"/>
                <w:lang w:val="fr-FR"/>
              </w:rPr>
              <w:t>Calendar de recertificări și teste</w:t>
            </w:r>
          </w:p>
        </w:tc>
        <w:tc>
          <w:tcPr>
            <w:tcW w:w="5159" w:type="dxa"/>
            <w:shd w:val="clear" w:color="auto" w:fill="FAFAFA"/>
            <w:tcMar>
              <w:top w:w="70" w:type="dxa"/>
              <w:left w:w="85" w:type="dxa"/>
              <w:bottom w:w="70" w:type="dxa"/>
              <w:right w:w="85" w:type="dxa"/>
            </w:tcMar>
            <w:vAlign w:val="center"/>
          </w:tcPr>
          <w:p w14:paraId="6CA6B1B5" w14:textId="77777777" w:rsidR="00453E5B" w:rsidRDefault="00000000">
            <w:pPr>
              <w:spacing w:after="0" w:line="240" w:lineRule="auto"/>
            </w:pPr>
            <w:r>
              <w:rPr>
                <w:sz w:val="15"/>
              </w:rPr>
              <w:t>Previne omisiuni pentru acces, backup, continuitate, furnizori și vulnerabilități.</w:t>
            </w:r>
          </w:p>
        </w:tc>
        <w:tc>
          <w:tcPr>
            <w:tcW w:w="1757" w:type="dxa"/>
            <w:shd w:val="clear" w:color="auto" w:fill="FAFAFA"/>
            <w:tcMar>
              <w:top w:w="70" w:type="dxa"/>
              <w:left w:w="85" w:type="dxa"/>
              <w:bottom w:w="70" w:type="dxa"/>
              <w:right w:w="85" w:type="dxa"/>
            </w:tcMar>
            <w:vAlign w:val="center"/>
          </w:tcPr>
          <w:p w14:paraId="51FC57FA" w14:textId="77777777" w:rsidR="00453E5B" w:rsidRDefault="00000000">
            <w:pPr>
              <w:spacing w:after="0" w:line="240" w:lineRule="auto"/>
            </w:pPr>
            <w:r>
              <w:rPr>
                <w:sz w:val="15"/>
              </w:rPr>
              <w:t>Ridicată</w:t>
            </w:r>
          </w:p>
        </w:tc>
      </w:tr>
      <w:tr w:rsidR="00453E5B" w14:paraId="3E5E6963" w14:textId="77777777">
        <w:trPr>
          <w:cantSplit/>
          <w:jc w:val="center"/>
        </w:trPr>
        <w:tc>
          <w:tcPr>
            <w:tcW w:w="3005" w:type="dxa"/>
            <w:shd w:val="clear" w:color="auto" w:fill="FFFFFF"/>
            <w:tcMar>
              <w:top w:w="70" w:type="dxa"/>
              <w:left w:w="85" w:type="dxa"/>
              <w:bottom w:w="70" w:type="dxa"/>
              <w:right w:w="85" w:type="dxa"/>
            </w:tcMar>
            <w:vAlign w:val="center"/>
          </w:tcPr>
          <w:p w14:paraId="084108BA" w14:textId="77777777" w:rsidR="00453E5B" w:rsidRDefault="00000000">
            <w:pPr>
              <w:spacing w:after="0" w:line="240" w:lineRule="auto"/>
            </w:pPr>
            <w:r>
              <w:rPr>
                <w:sz w:val="15"/>
              </w:rPr>
              <w:t>Registru excepții și acceptări temporare</w:t>
            </w:r>
          </w:p>
        </w:tc>
        <w:tc>
          <w:tcPr>
            <w:tcW w:w="5159" w:type="dxa"/>
            <w:shd w:val="clear" w:color="auto" w:fill="FFFFFF"/>
            <w:tcMar>
              <w:top w:w="70" w:type="dxa"/>
              <w:left w:w="85" w:type="dxa"/>
              <w:bottom w:w="70" w:type="dxa"/>
              <w:right w:w="85" w:type="dxa"/>
            </w:tcMar>
            <w:vAlign w:val="center"/>
          </w:tcPr>
          <w:p w14:paraId="41F87580" w14:textId="77777777" w:rsidR="00453E5B" w:rsidRDefault="00000000">
            <w:pPr>
              <w:spacing w:after="0" w:line="240" w:lineRule="auto"/>
            </w:pPr>
            <w:r>
              <w:rPr>
                <w:sz w:val="15"/>
              </w:rPr>
              <w:t>Controlează abaterile, expirarea și riscul rezidual.</w:t>
            </w:r>
          </w:p>
        </w:tc>
        <w:tc>
          <w:tcPr>
            <w:tcW w:w="1757" w:type="dxa"/>
            <w:shd w:val="clear" w:color="auto" w:fill="FFFFFF"/>
            <w:tcMar>
              <w:top w:w="70" w:type="dxa"/>
              <w:left w:w="85" w:type="dxa"/>
              <w:bottom w:w="70" w:type="dxa"/>
              <w:right w:w="85" w:type="dxa"/>
            </w:tcMar>
            <w:vAlign w:val="center"/>
          </w:tcPr>
          <w:p w14:paraId="73C09699" w14:textId="77777777" w:rsidR="00453E5B" w:rsidRDefault="00000000">
            <w:pPr>
              <w:spacing w:after="0" w:line="240" w:lineRule="auto"/>
            </w:pPr>
            <w:r>
              <w:rPr>
                <w:sz w:val="15"/>
              </w:rPr>
              <w:t>Ridicată</w:t>
            </w:r>
          </w:p>
        </w:tc>
      </w:tr>
      <w:tr w:rsidR="00453E5B" w14:paraId="6D999130" w14:textId="77777777">
        <w:trPr>
          <w:cantSplit/>
          <w:jc w:val="center"/>
        </w:trPr>
        <w:tc>
          <w:tcPr>
            <w:tcW w:w="3005" w:type="dxa"/>
            <w:shd w:val="clear" w:color="auto" w:fill="FAFAFA"/>
            <w:tcMar>
              <w:top w:w="70" w:type="dxa"/>
              <w:left w:w="85" w:type="dxa"/>
              <w:bottom w:w="70" w:type="dxa"/>
              <w:right w:w="85" w:type="dxa"/>
            </w:tcMar>
            <w:vAlign w:val="center"/>
          </w:tcPr>
          <w:p w14:paraId="46FDD3E8" w14:textId="77777777" w:rsidR="00453E5B" w:rsidRPr="00093A4A" w:rsidRDefault="00000000">
            <w:pPr>
              <w:spacing w:after="0" w:line="240" w:lineRule="auto"/>
              <w:rPr>
                <w:lang w:val="fr-FR"/>
              </w:rPr>
            </w:pPr>
            <w:r w:rsidRPr="00093A4A">
              <w:rPr>
                <w:sz w:val="15"/>
                <w:lang w:val="fr-FR"/>
              </w:rPr>
              <w:t>Plan de comunicare și criză cibernetică</w:t>
            </w:r>
          </w:p>
        </w:tc>
        <w:tc>
          <w:tcPr>
            <w:tcW w:w="5159" w:type="dxa"/>
            <w:shd w:val="clear" w:color="auto" w:fill="FAFAFA"/>
            <w:tcMar>
              <w:top w:w="70" w:type="dxa"/>
              <w:left w:w="85" w:type="dxa"/>
              <w:bottom w:w="70" w:type="dxa"/>
              <w:right w:w="85" w:type="dxa"/>
            </w:tcMar>
            <w:vAlign w:val="center"/>
          </w:tcPr>
          <w:p w14:paraId="12B73610" w14:textId="77777777" w:rsidR="00453E5B" w:rsidRPr="00093A4A" w:rsidRDefault="00000000">
            <w:pPr>
              <w:spacing w:after="0" w:line="240" w:lineRule="auto"/>
              <w:rPr>
                <w:lang w:val="fr-FR"/>
              </w:rPr>
            </w:pPr>
            <w:r w:rsidRPr="00093A4A">
              <w:rPr>
                <w:sz w:val="15"/>
                <w:lang w:val="fr-FR"/>
              </w:rPr>
              <w:t>Clarifică notificările, aprobările și mesajele în incidente.</w:t>
            </w:r>
          </w:p>
        </w:tc>
        <w:tc>
          <w:tcPr>
            <w:tcW w:w="1757" w:type="dxa"/>
            <w:shd w:val="clear" w:color="auto" w:fill="FAFAFA"/>
            <w:tcMar>
              <w:top w:w="70" w:type="dxa"/>
              <w:left w:w="85" w:type="dxa"/>
              <w:bottom w:w="70" w:type="dxa"/>
              <w:right w:w="85" w:type="dxa"/>
            </w:tcMar>
            <w:vAlign w:val="center"/>
          </w:tcPr>
          <w:p w14:paraId="19A1C1EE" w14:textId="77777777" w:rsidR="00453E5B" w:rsidRDefault="00000000">
            <w:pPr>
              <w:spacing w:after="0" w:line="240" w:lineRule="auto"/>
            </w:pPr>
            <w:r>
              <w:rPr>
                <w:sz w:val="15"/>
              </w:rPr>
              <w:t>Medie</w:t>
            </w:r>
          </w:p>
        </w:tc>
      </w:tr>
    </w:tbl>
    <w:p w14:paraId="3763D473" w14:textId="77777777" w:rsidR="00453E5B" w:rsidRDefault="00453E5B">
      <w:pPr>
        <w:spacing w:after="2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53E5B" w14:paraId="0BCAF49C" w14:textId="77777777">
        <w:trPr>
          <w:cantSplit/>
          <w:jc w:val="center"/>
        </w:trPr>
        <w:tc>
          <w:tcPr>
            <w:tcW w:w="567" w:type="dxa"/>
            <w:shd w:val="clear" w:color="auto" w:fill="D71920"/>
            <w:tcMar>
              <w:top w:w="70" w:type="dxa"/>
              <w:left w:w="85" w:type="dxa"/>
              <w:bottom w:w="70" w:type="dxa"/>
              <w:right w:w="85" w:type="dxa"/>
            </w:tcMar>
            <w:vAlign w:val="center"/>
          </w:tcPr>
          <w:p w14:paraId="0BDA1CEB" w14:textId="77777777" w:rsidR="00453E5B" w:rsidRDefault="00000000">
            <w:pPr>
              <w:spacing w:after="0" w:line="240" w:lineRule="auto"/>
              <w:jc w:val="center"/>
            </w:pPr>
            <w:r>
              <w:rPr>
                <w:b/>
                <w:color w:val="FFFFFF"/>
                <w:sz w:val="30"/>
              </w:rPr>
              <w:t>!</w:t>
            </w:r>
          </w:p>
        </w:tc>
        <w:tc>
          <w:tcPr>
            <w:tcW w:w="9354" w:type="dxa"/>
            <w:shd w:val="clear" w:color="auto" w:fill="FCEBEC"/>
          </w:tcPr>
          <w:p w14:paraId="49940E61" w14:textId="77777777" w:rsidR="00453E5B" w:rsidRDefault="00000000">
            <w:pPr>
              <w:spacing w:after="20"/>
            </w:pPr>
            <w:r>
              <w:rPr>
                <w:b/>
                <w:color w:val="D71920"/>
                <w:sz w:val="17"/>
              </w:rPr>
              <w:t>INTERPRETAREA CORECTĂ PENTRU ISO/IEC 27001</w:t>
            </w:r>
          </w:p>
          <w:p w14:paraId="4FF8831E" w14:textId="77777777" w:rsidR="00453E5B" w:rsidRDefault="00000000">
            <w:pPr>
              <w:spacing w:after="0" w:line="247" w:lineRule="auto"/>
            </w:pPr>
            <w:r>
              <w:rPr>
                <w:sz w:val="16"/>
              </w:rPr>
              <w:t>Cele 93 de controale din Anexa A nu sunt o listă de documente obligatorii și nici nu trebuie aplicate identic tuturor organizațiilor. Evaluarea și tratarea riscurilor stabilesc controalele necesare, iar SoA documentează decizia. Unele controale pot fi implementate tehnic, contractual sau operațional, cu dovezi proporționate.</w:t>
            </w:r>
          </w:p>
        </w:tc>
      </w:tr>
    </w:tbl>
    <w:p w14:paraId="0416CEEE" w14:textId="77777777" w:rsidR="00453E5B" w:rsidRDefault="00453E5B">
      <w:pPr>
        <w:spacing w:after="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53E5B" w14:paraId="21BA8FC5" w14:textId="77777777">
        <w:trPr>
          <w:cantSplit/>
          <w:jc w:val="center"/>
        </w:trPr>
        <w:tc>
          <w:tcPr>
            <w:tcW w:w="1020" w:type="dxa"/>
            <w:shd w:val="clear" w:color="auto" w:fill="D71920"/>
            <w:tcMar>
              <w:top w:w="70" w:type="dxa"/>
              <w:left w:w="85" w:type="dxa"/>
              <w:bottom w:w="70" w:type="dxa"/>
              <w:right w:w="85" w:type="dxa"/>
            </w:tcMar>
            <w:vAlign w:val="center"/>
          </w:tcPr>
          <w:p w14:paraId="7A0D3429" w14:textId="77777777" w:rsidR="00453E5B" w:rsidRDefault="00000000">
            <w:pPr>
              <w:spacing w:after="0" w:line="240" w:lineRule="auto"/>
              <w:jc w:val="center"/>
            </w:pPr>
            <w:r>
              <w:rPr>
                <w:b/>
                <w:color w:val="FFFFFF"/>
                <w:sz w:val="34"/>
              </w:rPr>
              <w:t>3</w:t>
            </w:r>
          </w:p>
        </w:tc>
        <w:tc>
          <w:tcPr>
            <w:tcW w:w="8901" w:type="dxa"/>
            <w:shd w:val="clear" w:color="auto" w:fill="F3F4F5"/>
          </w:tcPr>
          <w:p w14:paraId="6796EF78" w14:textId="77777777" w:rsidR="00453E5B" w:rsidRDefault="00000000">
            <w:pPr>
              <w:spacing w:after="20"/>
            </w:pPr>
            <w:r>
              <w:rPr>
                <w:b/>
                <w:sz w:val="27"/>
              </w:rPr>
              <w:t>Arhitectura documentară recomandată</w:t>
            </w:r>
          </w:p>
          <w:p w14:paraId="246DC20F" w14:textId="77777777" w:rsidR="00453E5B" w:rsidRDefault="00000000">
            <w:pPr>
              <w:spacing w:after="0"/>
            </w:pPr>
            <w:r>
              <w:rPr>
                <w:color w:val="666666"/>
                <w:sz w:val="16"/>
              </w:rPr>
              <w:t>O structură simplă reduce duplicarea și ajută utilizatorii să găsească informația corectă</w:t>
            </w:r>
          </w:p>
        </w:tc>
      </w:tr>
    </w:tbl>
    <w:p w14:paraId="0D2A35A3" w14:textId="77777777" w:rsidR="00453E5B" w:rsidRDefault="00453E5B">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247"/>
        <w:gridCol w:w="2211"/>
        <w:gridCol w:w="4365"/>
        <w:gridCol w:w="2098"/>
      </w:tblGrid>
      <w:tr w:rsidR="00453E5B" w14:paraId="735A4336" w14:textId="77777777">
        <w:trPr>
          <w:tblHeader/>
          <w:jc w:val="center"/>
        </w:trPr>
        <w:tc>
          <w:tcPr>
            <w:tcW w:w="1247" w:type="dxa"/>
            <w:shd w:val="clear" w:color="auto" w:fill="D71920"/>
            <w:tcMar>
              <w:top w:w="70" w:type="dxa"/>
              <w:left w:w="85" w:type="dxa"/>
              <w:bottom w:w="70" w:type="dxa"/>
              <w:right w:w="85" w:type="dxa"/>
            </w:tcMar>
            <w:vAlign w:val="center"/>
          </w:tcPr>
          <w:p w14:paraId="2758631E" w14:textId="77777777" w:rsidR="00453E5B" w:rsidRDefault="00000000">
            <w:pPr>
              <w:spacing w:after="0" w:line="240" w:lineRule="auto"/>
              <w:jc w:val="center"/>
            </w:pPr>
            <w:r>
              <w:rPr>
                <w:b/>
                <w:color w:val="FFFFFF"/>
                <w:sz w:val="15"/>
              </w:rPr>
              <w:t>NIVEL</w:t>
            </w:r>
          </w:p>
        </w:tc>
        <w:tc>
          <w:tcPr>
            <w:tcW w:w="2211" w:type="dxa"/>
            <w:shd w:val="clear" w:color="auto" w:fill="D71920"/>
            <w:tcMar>
              <w:top w:w="70" w:type="dxa"/>
              <w:left w:w="85" w:type="dxa"/>
              <w:bottom w:w="70" w:type="dxa"/>
              <w:right w:w="85" w:type="dxa"/>
            </w:tcMar>
            <w:vAlign w:val="center"/>
          </w:tcPr>
          <w:p w14:paraId="04DF3285" w14:textId="77777777" w:rsidR="00453E5B" w:rsidRDefault="00000000">
            <w:pPr>
              <w:spacing w:after="0" w:line="240" w:lineRule="auto"/>
              <w:jc w:val="center"/>
            </w:pPr>
            <w:r>
              <w:rPr>
                <w:b/>
                <w:color w:val="FFFFFF"/>
                <w:sz w:val="15"/>
              </w:rPr>
              <w:t>ROL</w:t>
            </w:r>
          </w:p>
        </w:tc>
        <w:tc>
          <w:tcPr>
            <w:tcW w:w="4365" w:type="dxa"/>
            <w:shd w:val="clear" w:color="auto" w:fill="D71920"/>
            <w:tcMar>
              <w:top w:w="70" w:type="dxa"/>
              <w:left w:w="85" w:type="dxa"/>
              <w:bottom w:w="70" w:type="dxa"/>
              <w:right w:w="85" w:type="dxa"/>
            </w:tcMar>
            <w:vAlign w:val="center"/>
          </w:tcPr>
          <w:p w14:paraId="01A1C9C6" w14:textId="77777777" w:rsidR="00453E5B" w:rsidRDefault="00000000">
            <w:pPr>
              <w:spacing w:after="0" w:line="240" w:lineRule="auto"/>
              <w:jc w:val="center"/>
            </w:pPr>
            <w:r>
              <w:rPr>
                <w:b/>
                <w:color w:val="FFFFFF"/>
                <w:sz w:val="15"/>
              </w:rPr>
              <w:t>EXEMPLE</w:t>
            </w:r>
          </w:p>
        </w:tc>
        <w:tc>
          <w:tcPr>
            <w:tcW w:w="2098" w:type="dxa"/>
            <w:shd w:val="clear" w:color="auto" w:fill="D71920"/>
            <w:tcMar>
              <w:top w:w="70" w:type="dxa"/>
              <w:left w:w="85" w:type="dxa"/>
              <w:bottom w:w="70" w:type="dxa"/>
              <w:right w:w="85" w:type="dxa"/>
            </w:tcMar>
            <w:vAlign w:val="center"/>
          </w:tcPr>
          <w:p w14:paraId="36C65FE9" w14:textId="77777777" w:rsidR="00453E5B" w:rsidRDefault="00000000">
            <w:pPr>
              <w:spacing w:after="0" w:line="240" w:lineRule="auto"/>
              <w:jc w:val="center"/>
            </w:pPr>
            <w:r>
              <w:rPr>
                <w:b/>
                <w:color w:val="FFFFFF"/>
                <w:sz w:val="15"/>
              </w:rPr>
              <w:t>PROPRIETAR</w:t>
            </w:r>
          </w:p>
        </w:tc>
      </w:tr>
      <w:tr w:rsidR="00453E5B" w14:paraId="64ABA4FF" w14:textId="77777777">
        <w:trPr>
          <w:cantSplit/>
          <w:jc w:val="center"/>
        </w:trPr>
        <w:tc>
          <w:tcPr>
            <w:tcW w:w="1247" w:type="dxa"/>
            <w:shd w:val="clear" w:color="auto" w:fill="FFFFFF"/>
            <w:tcMar>
              <w:top w:w="70" w:type="dxa"/>
              <w:left w:w="85" w:type="dxa"/>
              <w:bottom w:w="70" w:type="dxa"/>
              <w:right w:w="85" w:type="dxa"/>
            </w:tcMar>
            <w:vAlign w:val="center"/>
          </w:tcPr>
          <w:p w14:paraId="68D1648D" w14:textId="77777777" w:rsidR="00453E5B" w:rsidRDefault="00000000">
            <w:pPr>
              <w:spacing w:after="0" w:line="240" w:lineRule="auto"/>
              <w:jc w:val="center"/>
            </w:pPr>
            <w:r>
              <w:rPr>
                <w:sz w:val="15"/>
              </w:rPr>
              <w:t>Nivel 1</w:t>
            </w:r>
          </w:p>
        </w:tc>
        <w:tc>
          <w:tcPr>
            <w:tcW w:w="2211" w:type="dxa"/>
            <w:shd w:val="clear" w:color="auto" w:fill="FFFFFF"/>
            <w:tcMar>
              <w:top w:w="70" w:type="dxa"/>
              <w:left w:w="85" w:type="dxa"/>
              <w:bottom w:w="70" w:type="dxa"/>
              <w:right w:w="85" w:type="dxa"/>
            </w:tcMar>
            <w:vAlign w:val="center"/>
          </w:tcPr>
          <w:p w14:paraId="440B71D4" w14:textId="77777777" w:rsidR="00453E5B" w:rsidRDefault="00000000">
            <w:pPr>
              <w:spacing w:after="0" w:line="240" w:lineRule="auto"/>
            </w:pPr>
            <w:r>
              <w:rPr>
                <w:sz w:val="15"/>
              </w:rPr>
              <w:t>Direcție și guvernanță</w:t>
            </w:r>
          </w:p>
        </w:tc>
        <w:tc>
          <w:tcPr>
            <w:tcW w:w="4365" w:type="dxa"/>
            <w:shd w:val="clear" w:color="auto" w:fill="FFFFFF"/>
            <w:tcMar>
              <w:top w:w="70" w:type="dxa"/>
              <w:left w:w="85" w:type="dxa"/>
              <w:bottom w:w="70" w:type="dxa"/>
              <w:right w:w="85" w:type="dxa"/>
            </w:tcMar>
            <w:vAlign w:val="center"/>
          </w:tcPr>
          <w:p w14:paraId="061AAE7B" w14:textId="77777777" w:rsidR="00453E5B" w:rsidRPr="00093A4A" w:rsidRDefault="00000000">
            <w:pPr>
              <w:spacing w:after="0" w:line="240" w:lineRule="auto"/>
              <w:rPr>
                <w:lang w:val="fr-FR"/>
              </w:rPr>
            </w:pPr>
            <w:r w:rsidRPr="00093A4A">
              <w:rPr>
                <w:sz w:val="15"/>
                <w:lang w:val="fr-FR"/>
              </w:rPr>
              <w:t>Domeniu ISO/IEC 27001, politică, obiective, roluri, procese și responsabilități.</w:t>
            </w:r>
          </w:p>
        </w:tc>
        <w:tc>
          <w:tcPr>
            <w:tcW w:w="2098" w:type="dxa"/>
            <w:shd w:val="clear" w:color="auto" w:fill="FFFFFF"/>
            <w:tcMar>
              <w:top w:w="70" w:type="dxa"/>
              <w:left w:w="85" w:type="dxa"/>
              <w:bottom w:w="70" w:type="dxa"/>
              <w:right w:w="85" w:type="dxa"/>
            </w:tcMar>
            <w:vAlign w:val="center"/>
          </w:tcPr>
          <w:p w14:paraId="48A45DB4" w14:textId="77777777" w:rsidR="00453E5B" w:rsidRDefault="00000000">
            <w:pPr>
              <w:spacing w:after="0" w:line="240" w:lineRule="auto"/>
            </w:pPr>
            <w:r>
              <w:rPr>
                <w:sz w:val="15"/>
              </w:rPr>
              <w:t>Conducere / coordonator sistem</w:t>
            </w:r>
          </w:p>
        </w:tc>
      </w:tr>
      <w:tr w:rsidR="00453E5B" w14:paraId="58CD7FAE" w14:textId="77777777">
        <w:trPr>
          <w:cantSplit/>
          <w:jc w:val="center"/>
        </w:trPr>
        <w:tc>
          <w:tcPr>
            <w:tcW w:w="1247" w:type="dxa"/>
            <w:shd w:val="clear" w:color="auto" w:fill="FAFAFA"/>
            <w:tcMar>
              <w:top w:w="70" w:type="dxa"/>
              <w:left w:w="85" w:type="dxa"/>
              <w:bottom w:w="70" w:type="dxa"/>
              <w:right w:w="85" w:type="dxa"/>
            </w:tcMar>
            <w:vAlign w:val="center"/>
          </w:tcPr>
          <w:p w14:paraId="27E5A5FA" w14:textId="77777777" w:rsidR="00453E5B" w:rsidRDefault="00000000">
            <w:pPr>
              <w:spacing w:after="0" w:line="240" w:lineRule="auto"/>
              <w:jc w:val="center"/>
            </w:pPr>
            <w:r>
              <w:rPr>
                <w:sz w:val="15"/>
              </w:rPr>
              <w:t>Nivel 2</w:t>
            </w:r>
          </w:p>
        </w:tc>
        <w:tc>
          <w:tcPr>
            <w:tcW w:w="2211" w:type="dxa"/>
            <w:shd w:val="clear" w:color="auto" w:fill="FAFAFA"/>
            <w:tcMar>
              <w:top w:w="70" w:type="dxa"/>
              <w:left w:w="85" w:type="dxa"/>
              <w:bottom w:w="70" w:type="dxa"/>
              <w:right w:w="85" w:type="dxa"/>
            </w:tcMar>
            <w:vAlign w:val="center"/>
          </w:tcPr>
          <w:p w14:paraId="301D2B68" w14:textId="77777777" w:rsidR="00453E5B" w:rsidRDefault="00000000">
            <w:pPr>
              <w:spacing w:after="0" w:line="240" w:lineRule="auto"/>
            </w:pPr>
            <w:r>
              <w:rPr>
                <w:sz w:val="15"/>
              </w:rPr>
              <w:t>Planificare și control</w:t>
            </w:r>
          </w:p>
        </w:tc>
        <w:tc>
          <w:tcPr>
            <w:tcW w:w="4365" w:type="dxa"/>
            <w:shd w:val="clear" w:color="auto" w:fill="FAFAFA"/>
            <w:tcMar>
              <w:top w:w="70" w:type="dxa"/>
              <w:left w:w="85" w:type="dxa"/>
              <w:bottom w:w="70" w:type="dxa"/>
              <w:right w:w="85" w:type="dxa"/>
            </w:tcMar>
            <w:vAlign w:val="center"/>
          </w:tcPr>
          <w:p w14:paraId="6A170879" w14:textId="77777777" w:rsidR="00453E5B" w:rsidRDefault="00000000">
            <w:pPr>
              <w:spacing w:after="0" w:line="240" w:lineRule="auto"/>
            </w:pPr>
            <w:r>
              <w:rPr>
                <w:sz w:val="15"/>
              </w:rPr>
              <w:t>Metodologii, registre, planuri, proceduri, criterii și reguli de decizie.</w:t>
            </w:r>
          </w:p>
        </w:tc>
        <w:tc>
          <w:tcPr>
            <w:tcW w:w="2098" w:type="dxa"/>
            <w:shd w:val="clear" w:color="auto" w:fill="FAFAFA"/>
            <w:tcMar>
              <w:top w:w="70" w:type="dxa"/>
              <w:left w:w="85" w:type="dxa"/>
              <w:bottom w:w="70" w:type="dxa"/>
              <w:right w:w="85" w:type="dxa"/>
            </w:tcMar>
            <w:vAlign w:val="center"/>
          </w:tcPr>
          <w:p w14:paraId="10AD060B" w14:textId="77777777" w:rsidR="00453E5B" w:rsidRDefault="00000000">
            <w:pPr>
              <w:spacing w:after="0" w:line="240" w:lineRule="auto"/>
            </w:pPr>
            <w:r>
              <w:rPr>
                <w:sz w:val="15"/>
              </w:rPr>
              <w:t>Proprietari de proces / specialiști</w:t>
            </w:r>
          </w:p>
        </w:tc>
      </w:tr>
      <w:tr w:rsidR="00453E5B" w14:paraId="66D20DC1" w14:textId="77777777">
        <w:trPr>
          <w:cantSplit/>
          <w:jc w:val="center"/>
        </w:trPr>
        <w:tc>
          <w:tcPr>
            <w:tcW w:w="1247" w:type="dxa"/>
            <w:shd w:val="clear" w:color="auto" w:fill="FFFFFF"/>
            <w:tcMar>
              <w:top w:w="70" w:type="dxa"/>
              <w:left w:w="85" w:type="dxa"/>
              <w:bottom w:w="70" w:type="dxa"/>
              <w:right w:w="85" w:type="dxa"/>
            </w:tcMar>
            <w:vAlign w:val="center"/>
          </w:tcPr>
          <w:p w14:paraId="5EA80C14" w14:textId="77777777" w:rsidR="00453E5B" w:rsidRDefault="00000000">
            <w:pPr>
              <w:spacing w:after="0" w:line="240" w:lineRule="auto"/>
              <w:jc w:val="center"/>
            </w:pPr>
            <w:r>
              <w:rPr>
                <w:sz w:val="15"/>
              </w:rPr>
              <w:t>Nivel 3</w:t>
            </w:r>
          </w:p>
        </w:tc>
        <w:tc>
          <w:tcPr>
            <w:tcW w:w="2211" w:type="dxa"/>
            <w:shd w:val="clear" w:color="auto" w:fill="FFFFFF"/>
            <w:tcMar>
              <w:top w:w="70" w:type="dxa"/>
              <w:left w:w="85" w:type="dxa"/>
              <w:bottom w:w="70" w:type="dxa"/>
              <w:right w:w="85" w:type="dxa"/>
            </w:tcMar>
            <w:vAlign w:val="center"/>
          </w:tcPr>
          <w:p w14:paraId="6FE43B3F" w14:textId="77777777" w:rsidR="00453E5B" w:rsidRDefault="00000000">
            <w:pPr>
              <w:spacing w:after="0" w:line="240" w:lineRule="auto"/>
            </w:pPr>
            <w:r>
              <w:rPr>
                <w:sz w:val="15"/>
              </w:rPr>
              <w:t>Execuție</w:t>
            </w:r>
          </w:p>
        </w:tc>
        <w:tc>
          <w:tcPr>
            <w:tcW w:w="4365" w:type="dxa"/>
            <w:shd w:val="clear" w:color="auto" w:fill="FFFFFF"/>
            <w:tcMar>
              <w:top w:w="70" w:type="dxa"/>
              <w:left w:w="85" w:type="dxa"/>
              <w:bottom w:w="70" w:type="dxa"/>
              <w:right w:w="85" w:type="dxa"/>
            </w:tcMar>
            <w:vAlign w:val="center"/>
          </w:tcPr>
          <w:p w14:paraId="21C1D3E1" w14:textId="77777777" w:rsidR="00453E5B" w:rsidRPr="00093A4A" w:rsidRDefault="00000000">
            <w:pPr>
              <w:spacing w:after="0" w:line="240" w:lineRule="auto"/>
              <w:rPr>
                <w:lang w:val="fr-FR"/>
              </w:rPr>
            </w:pPr>
            <w:r w:rsidRPr="00093A4A">
              <w:rPr>
                <w:sz w:val="15"/>
                <w:lang w:val="fr-FR"/>
              </w:rPr>
              <w:t>Instrucțiuni, permise, specificații, liste de verificare, planuri locale și materiale vizuale.</w:t>
            </w:r>
          </w:p>
        </w:tc>
        <w:tc>
          <w:tcPr>
            <w:tcW w:w="2098" w:type="dxa"/>
            <w:shd w:val="clear" w:color="auto" w:fill="FFFFFF"/>
            <w:tcMar>
              <w:top w:w="70" w:type="dxa"/>
              <w:left w:w="85" w:type="dxa"/>
              <w:bottom w:w="70" w:type="dxa"/>
              <w:right w:w="85" w:type="dxa"/>
            </w:tcMar>
            <w:vAlign w:val="center"/>
          </w:tcPr>
          <w:p w14:paraId="23EA191C" w14:textId="77777777" w:rsidR="00453E5B" w:rsidRDefault="00000000">
            <w:pPr>
              <w:spacing w:after="0" w:line="240" w:lineRule="auto"/>
            </w:pPr>
            <w:r>
              <w:rPr>
                <w:sz w:val="15"/>
              </w:rPr>
              <w:t>Manageri operaționali / supraveghetori</w:t>
            </w:r>
          </w:p>
        </w:tc>
      </w:tr>
      <w:tr w:rsidR="00453E5B" w14:paraId="62838DD3" w14:textId="77777777">
        <w:trPr>
          <w:cantSplit/>
          <w:jc w:val="center"/>
        </w:trPr>
        <w:tc>
          <w:tcPr>
            <w:tcW w:w="1247" w:type="dxa"/>
            <w:shd w:val="clear" w:color="auto" w:fill="FAFAFA"/>
            <w:tcMar>
              <w:top w:w="70" w:type="dxa"/>
              <w:left w:w="85" w:type="dxa"/>
              <w:bottom w:w="70" w:type="dxa"/>
              <w:right w:w="85" w:type="dxa"/>
            </w:tcMar>
            <w:vAlign w:val="center"/>
          </w:tcPr>
          <w:p w14:paraId="23668300" w14:textId="77777777" w:rsidR="00453E5B" w:rsidRDefault="00000000">
            <w:pPr>
              <w:spacing w:after="0" w:line="240" w:lineRule="auto"/>
              <w:jc w:val="center"/>
            </w:pPr>
            <w:r>
              <w:rPr>
                <w:sz w:val="15"/>
              </w:rPr>
              <w:t>Nivel 4</w:t>
            </w:r>
          </w:p>
        </w:tc>
        <w:tc>
          <w:tcPr>
            <w:tcW w:w="2211" w:type="dxa"/>
            <w:shd w:val="clear" w:color="auto" w:fill="FAFAFA"/>
            <w:tcMar>
              <w:top w:w="70" w:type="dxa"/>
              <w:left w:w="85" w:type="dxa"/>
              <w:bottom w:w="70" w:type="dxa"/>
              <w:right w:w="85" w:type="dxa"/>
            </w:tcMar>
            <w:vAlign w:val="center"/>
          </w:tcPr>
          <w:p w14:paraId="2EBC6155" w14:textId="77777777" w:rsidR="00453E5B" w:rsidRDefault="00000000">
            <w:pPr>
              <w:spacing w:after="0" w:line="240" w:lineRule="auto"/>
            </w:pPr>
            <w:r>
              <w:rPr>
                <w:sz w:val="15"/>
              </w:rPr>
              <w:t>Dovezi</w:t>
            </w:r>
          </w:p>
        </w:tc>
        <w:tc>
          <w:tcPr>
            <w:tcW w:w="4365" w:type="dxa"/>
            <w:shd w:val="clear" w:color="auto" w:fill="FAFAFA"/>
            <w:tcMar>
              <w:top w:w="70" w:type="dxa"/>
              <w:left w:w="85" w:type="dxa"/>
              <w:bottom w:w="70" w:type="dxa"/>
              <w:right w:w="85" w:type="dxa"/>
            </w:tcMar>
            <w:vAlign w:val="center"/>
          </w:tcPr>
          <w:p w14:paraId="0BEEB48D" w14:textId="77777777" w:rsidR="00453E5B" w:rsidRPr="00093A4A" w:rsidRDefault="00000000">
            <w:pPr>
              <w:spacing w:after="0" w:line="240" w:lineRule="auto"/>
              <w:rPr>
                <w:lang w:val="fr-FR"/>
              </w:rPr>
            </w:pPr>
            <w:r w:rsidRPr="00093A4A">
              <w:rPr>
                <w:sz w:val="15"/>
                <w:lang w:val="fr-FR"/>
              </w:rPr>
              <w:t>Formulare completate, rezultate, rapoarte, loguri, aprobări, fotografii și baze de date.</w:t>
            </w:r>
          </w:p>
        </w:tc>
        <w:tc>
          <w:tcPr>
            <w:tcW w:w="2098" w:type="dxa"/>
            <w:shd w:val="clear" w:color="auto" w:fill="FAFAFA"/>
            <w:tcMar>
              <w:top w:w="70" w:type="dxa"/>
              <w:left w:w="85" w:type="dxa"/>
              <w:bottom w:w="70" w:type="dxa"/>
              <w:right w:w="85" w:type="dxa"/>
            </w:tcMar>
            <w:vAlign w:val="center"/>
          </w:tcPr>
          <w:p w14:paraId="5F914150" w14:textId="77777777" w:rsidR="00453E5B" w:rsidRDefault="00000000">
            <w:pPr>
              <w:spacing w:after="0" w:line="240" w:lineRule="auto"/>
            </w:pPr>
            <w:r>
              <w:rPr>
                <w:sz w:val="15"/>
              </w:rPr>
              <w:t>Persoana care realizează activitatea</w:t>
            </w:r>
          </w:p>
        </w:tc>
      </w:tr>
    </w:tbl>
    <w:p w14:paraId="6BE4C9D7" w14:textId="77777777" w:rsidR="00453E5B" w:rsidRDefault="00453E5B">
      <w:pPr>
        <w:spacing w:after="20"/>
      </w:pPr>
    </w:p>
    <w:p w14:paraId="4320366A" w14:textId="77777777" w:rsidR="00453E5B" w:rsidRDefault="00000000">
      <w:pPr>
        <w:pStyle w:val="Heading2"/>
      </w:pPr>
      <w:r>
        <w:t>Familii documentare recomandate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4"/>
        <w:gridCol w:w="2381"/>
        <w:gridCol w:w="4706"/>
        <w:gridCol w:w="2041"/>
      </w:tblGrid>
      <w:tr w:rsidR="00453E5B" w14:paraId="6BD066FC" w14:textId="77777777">
        <w:trPr>
          <w:tblHeader/>
          <w:jc w:val="center"/>
        </w:trPr>
        <w:tc>
          <w:tcPr>
            <w:tcW w:w="794" w:type="dxa"/>
            <w:shd w:val="clear" w:color="auto" w:fill="D71920"/>
            <w:tcMar>
              <w:top w:w="70" w:type="dxa"/>
              <w:left w:w="85" w:type="dxa"/>
              <w:bottom w:w="70" w:type="dxa"/>
              <w:right w:w="85" w:type="dxa"/>
            </w:tcMar>
            <w:vAlign w:val="center"/>
          </w:tcPr>
          <w:p w14:paraId="45D45D58" w14:textId="77777777" w:rsidR="00453E5B" w:rsidRDefault="00000000">
            <w:pPr>
              <w:spacing w:after="0" w:line="240" w:lineRule="auto"/>
              <w:jc w:val="center"/>
            </w:pPr>
            <w:r>
              <w:rPr>
                <w:b/>
                <w:color w:val="FFFFFF"/>
                <w:sz w:val="15"/>
              </w:rPr>
              <w:t>COD</w:t>
            </w:r>
          </w:p>
        </w:tc>
        <w:tc>
          <w:tcPr>
            <w:tcW w:w="2381" w:type="dxa"/>
            <w:shd w:val="clear" w:color="auto" w:fill="D71920"/>
            <w:tcMar>
              <w:top w:w="70" w:type="dxa"/>
              <w:left w:w="85" w:type="dxa"/>
              <w:bottom w:w="70" w:type="dxa"/>
              <w:right w:w="85" w:type="dxa"/>
            </w:tcMar>
            <w:vAlign w:val="center"/>
          </w:tcPr>
          <w:p w14:paraId="7F0DD4D4" w14:textId="77777777" w:rsidR="00453E5B" w:rsidRDefault="00000000">
            <w:pPr>
              <w:spacing w:after="0" w:line="240" w:lineRule="auto"/>
              <w:jc w:val="center"/>
            </w:pPr>
            <w:r>
              <w:rPr>
                <w:b/>
                <w:color w:val="FFFFFF"/>
                <w:sz w:val="15"/>
              </w:rPr>
              <w:t>FAMILIE</w:t>
            </w:r>
          </w:p>
        </w:tc>
        <w:tc>
          <w:tcPr>
            <w:tcW w:w="4706" w:type="dxa"/>
            <w:shd w:val="clear" w:color="auto" w:fill="D71920"/>
            <w:tcMar>
              <w:top w:w="70" w:type="dxa"/>
              <w:left w:w="85" w:type="dxa"/>
              <w:bottom w:w="70" w:type="dxa"/>
              <w:right w:w="85" w:type="dxa"/>
            </w:tcMar>
            <w:vAlign w:val="center"/>
          </w:tcPr>
          <w:p w14:paraId="50AABD61" w14:textId="77777777" w:rsidR="00453E5B" w:rsidRDefault="00000000">
            <w:pPr>
              <w:spacing w:after="0" w:line="240" w:lineRule="auto"/>
              <w:jc w:val="center"/>
            </w:pPr>
            <w:r>
              <w:rPr>
                <w:b/>
                <w:color w:val="FFFFFF"/>
                <w:sz w:val="15"/>
              </w:rPr>
              <w:t>CONȚINUT</w:t>
            </w:r>
          </w:p>
        </w:tc>
        <w:tc>
          <w:tcPr>
            <w:tcW w:w="2041" w:type="dxa"/>
            <w:shd w:val="clear" w:color="auto" w:fill="D71920"/>
            <w:tcMar>
              <w:top w:w="70" w:type="dxa"/>
              <w:left w:w="85" w:type="dxa"/>
              <w:bottom w:w="70" w:type="dxa"/>
              <w:right w:w="85" w:type="dxa"/>
            </w:tcMar>
            <w:vAlign w:val="center"/>
          </w:tcPr>
          <w:p w14:paraId="41300F86" w14:textId="77777777" w:rsidR="00453E5B" w:rsidRDefault="00000000">
            <w:pPr>
              <w:spacing w:after="0" w:line="240" w:lineRule="auto"/>
              <w:jc w:val="center"/>
            </w:pPr>
            <w:r>
              <w:rPr>
                <w:b/>
                <w:color w:val="FFFFFF"/>
                <w:sz w:val="15"/>
              </w:rPr>
              <w:t>PRIORITATE</w:t>
            </w:r>
          </w:p>
        </w:tc>
      </w:tr>
      <w:tr w:rsidR="00453E5B" w14:paraId="6ABF4D81" w14:textId="77777777">
        <w:trPr>
          <w:cantSplit/>
          <w:jc w:val="center"/>
        </w:trPr>
        <w:tc>
          <w:tcPr>
            <w:tcW w:w="794" w:type="dxa"/>
            <w:shd w:val="clear" w:color="auto" w:fill="FFFFFF"/>
            <w:tcMar>
              <w:top w:w="70" w:type="dxa"/>
              <w:left w:w="85" w:type="dxa"/>
              <w:bottom w:w="70" w:type="dxa"/>
              <w:right w:w="85" w:type="dxa"/>
            </w:tcMar>
            <w:vAlign w:val="center"/>
          </w:tcPr>
          <w:p w14:paraId="350BD38C" w14:textId="77777777" w:rsidR="00453E5B" w:rsidRDefault="00000000">
            <w:pPr>
              <w:spacing w:after="0" w:line="240" w:lineRule="auto"/>
              <w:jc w:val="center"/>
            </w:pPr>
            <w:r>
              <w:rPr>
                <w:sz w:val="15"/>
              </w:rPr>
              <w:t>GOV</w:t>
            </w:r>
          </w:p>
        </w:tc>
        <w:tc>
          <w:tcPr>
            <w:tcW w:w="2381" w:type="dxa"/>
            <w:shd w:val="clear" w:color="auto" w:fill="FFFFFF"/>
            <w:tcMar>
              <w:top w:w="70" w:type="dxa"/>
              <w:left w:w="85" w:type="dxa"/>
              <w:bottom w:w="70" w:type="dxa"/>
              <w:right w:w="85" w:type="dxa"/>
            </w:tcMar>
            <w:vAlign w:val="center"/>
          </w:tcPr>
          <w:p w14:paraId="21BF8165" w14:textId="77777777" w:rsidR="00453E5B" w:rsidRDefault="00000000">
            <w:pPr>
              <w:spacing w:after="0" w:line="240" w:lineRule="auto"/>
            </w:pPr>
            <w:r>
              <w:rPr>
                <w:sz w:val="15"/>
              </w:rPr>
              <w:t>Guvernanță SMSI</w:t>
            </w:r>
          </w:p>
        </w:tc>
        <w:tc>
          <w:tcPr>
            <w:tcW w:w="4706" w:type="dxa"/>
            <w:shd w:val="clear" w:color="auto" w:fill="FFFFFF"/>
            <w:tcMar>
              <w:top w:w="70" w:type="dxa"/>
              <w:left w:w="85" w:type="dxa"/>
              <w:bottom w:w="70" w:type="dxa"/>
              <w:right w:w="85" w:type="dxa"/>
            </w:tcMar>
            <w:vAlign w:val="center"/>
          </w:tcPr>
          <w:p w14:paraId="4AD3C9DF" w14:textId="77777777" w:rsidR="00453E5B" w:rsidRDefault="00000000">
            <w:pPr>
              <w:spacing w:after="0" w:line="240" w:lineRule="auto"/>
            </w:pPr>
            <w:r>
              <w:rPr>
                <w:sz w:val="15"/>
              </w:rPr>
              <w:t>Domeniu, politică, roluri, comitete, obiective și management review.</w:t>
            </w:r>
          </w:p>
        </w:tc>
        <w:tc>
          <w:tcPr>
            <w:tcW w:w="2041" w:type="dxa"/>
            <w:shd w:val="clear" w:color="auto" w:fill="FFFFFF"/>
            <w:tcMar>
              <w:top w:w="70" w:type="dxa"/>
              <w:left w:w="85" w:type="dxa"/>
              <w:bottom w:w="70" w:type="dxa"/>
              <w:right w:w="85" w:type="dxa"/>
            </w:tcMar>
            <w:vAlign w:val="center"/>
          </w:tcPr>
          <w:p w14:paraId="39F4431C" w14:textId="77777777" w:rsidR="00453E5B" w:rsidRDefault="00000000">
            <w:pPr>
              <w:spacing w:after="0" w:line="240" w:lineRule="auto"/>
            </w:pPr>
            <w:r>
              <w:rPr>
                <w:sz w:val="15"/>
              </w:rPr>
              <w:t>Esențial</w:t>
            </w:r>
          </w:p>
        </w:tc>
      </w:tr>
      <w:tr w:rsidR="00453E5B" w14:paraId="21A5D0A3" w14:textId="77777777">
        <w:trPr>
          <w:cantSplit/>
          <w:jc w:val="center"/>
        </w:trPr>
        <w:tc>
          <w:tcPr>
            <w:tcW w:w="794" w:type="dxa"/>
            <w:shd w:val="clear" w:color="auto" w:fill="FAFAFA"/>
            <w:tcMar>
              <w:top w:w="70" w:type="dxa"/>
              <w:left w:w="85" w:type="dxa"/>
              <w:bottom w:w="70" w:type="dxa"/>
              <w:right w:w="85" w:type="dxa"/>
            </w:tcMar>
            <w:vAlign w:val="center"/>
          </w:tcPr>
          <w:p w14:paraId="480D40E1" w14:textId="77777777" w:rsidR="00453E5B" w:rsidRDefault="00000000">
            <w:pPr>
              <w:spacing w:after="0" w:line="240" w:lineRule="auto"/>
              <w:jc w:val="center"/>
            </w:pPr>
            <w:r>
              <w:rPr>
                <w:sz w:val="15"/>
              </w:rPr>
              <w:t>RSK</w:t>
            </w:r>
          </w:p>
        </w:tc>
        <w:tc>
          <w:tcPr>
            <w:tcW w:w="2381" w:type="dxa"/>
            <w:shd w:val="clear" w:color="auto" w:fill="FAFAFA"/>
            <w:tcMar>
              <w:top w:w="70" w:type="dxa"/>
              <w:left w:w="85" w:type="dxa"/>
              <w:bottom w:w="70" w:type="dxa"/>
              <w:right w:w="85" w:type="dxa"/>
            </w:tcMar>
            <w:vAlign w:val="center"/>
          </w:tcPr>
          <w:p w14:paraId="3F7ECA9C" w14:textId="77777777" w:rsidR="00453E5B" w:rsidRDefault="00000000">
            <w:pPr>
              <w:spacing w:after="0" w:line="240" w:lineRule="auto"/>
            </w:pPr>
            <w:r>
              <w:rPr>
                <w:sz w:val="15"/>
              </w:rPr>
              <w:t>Managementul riscurilor</w:t>
            </w:r>
          </w:p>
        </w:tc>
        <w:tc>
          <w:tcPr>
            <w:tcW w:w="4706" w:type="dxa"/>
            <w:shd w:val="clear" w:color="auto" w:fill="FAFAFA"/>
            <w:tcMar>
              <w:top w:w="70" w:type="dxa"/>
              <w:left w:w="85" w:type="dxa"/>
              <w:bottom w:w="70" w:type="dxa"/>
              <w:right w:w="85" w:type="dxa"/>
            </w:tcMar>
            <w:vAlign w:val="center"/>
          </w:tcPr>
          <w:p w14:paraId="7E2F9876" w14:textId="77777777" w:rsidR="00453E5B" w:rsidRPr="00093A4A" w:rsidRDefault="00000000">
            <w:pPr>
              <w:spacing w:after="0" w:line="240" w:lineRule="auto"/>
              <w:rPr>
                <w:lang w:val="fr-FR"/>
              </w:rPr>
            </w:pPr>
            <w:r w:rsidRPr="00093A4A">
              <w:rPr>
                <w:sz w:val="15"/>
                <w:lang w:val="fr-FR"/>
              </w:rPr>
              <w:t>Metodologie, evaluări, plan tratament, acceptări și SoA.</w:t>
            </w:r>
          </w:p>
        </w:tc>
        <w:tc>
          <w:tcPr>
            <w:tcW w:w="2041" w:type="dxa"/>
            <w:shd w:val="clear" w:color="auto" w:fill="FAFAFA"/>
            <w:tcMar>
              <w:top w:w="70" w:type="dxa"/>
              <w:left w:w="85" w:type="dxa"/>
              <w:bottom w:w="70" w:type="dxa"/>
              <w:right w:w="85" w:type="dxa"/>
            </w:tcMar>
            <w:vAlign w:val="center"/>
          </w:tcPr>
          <w:p w14:paraId="02F8E640" w14:textId="77777777" w:rsidR="00453E5B" w:rsidRDefault="00000000">
            <w:pPr>
              <w:spacing w:after="0" w:line="240" w:lineRule="auto"/>
            </w:pPr>
            <w:r>
              <w:rPr>
                <w:sz w:val="15"/>
              </w:rPr>
              <w:t>Esențial</w:t>
            </w:r>
          </w:p>
        </w:tc>
      </w:tr>
      <w:tr w:rsidR="00453E5B" w14:paraId="40DA310E" w14:textId="77777777">
        <w:trPr>
          <w:cantSplit/>
          <w:jc w:val="center"/>
        </w:trPr>
        <w:tc>
          <w:tcPr>
            <w:tcW w:w="794" w:type="dxa"/>
            <w:shd w:val="clear" w:color="auto" w:fill="FFFFFF"/>
            <w:tcMar>
              <w:top w:w="70" w:type="dxa"/>
              <w:left w:w="85" w:type="dxa"/>
              <w:bottom w:w="70" w:type="dxa"/>
              <w:right w:w="85" w:type="dxa"/>
            </w:tcMar>
            <w:vAlign w:val="center"/>
          </w:tcPr>
          <w:p w14:paraId="7141B736" w14:textId="77777777" w:rsidR="00453E5B" w:rsidRDefault="00000000">
            <w:pPr>
              <w:spacing w:after="0" w:line="240" w:lineRule="auto"/>
              <w:jc w:val="center"/>
            </w:pPr>
            <w:r>
              <w:rPr>
                <w:sz w:val="15"/>
              </w:rPr>
              <w:t>AST</w:t>
            </w:r>
          </w:p>
        </w:tc>
        <w:tc>
          <w:tcPr>
            <w:tcW w:w="2381" w:type="dxa"/>
            <w:shd w:val="clear" w:color="auto" w:fill="FFFFFF"/>
            <w:tcMar>
              <w:top w:w="70" w:type="dxa"/>
              <w:left w:w="85" w:type="dxa"/>
              <w:bottom w:w="70" w:type="dxa"/>
              <w:right w:w="85" w:type="dxa"/>
            </w:tcMar>
            <w:vAlign w:val="center"/>
          </w:tcPr>
          <w:p w14:paraId="011E73BA" w14:textId="77777777" w:rsidR="00453E5B" w:rsidRDefault="00000000">
            <w:pPr>
              <w:spacing w:after="0" w:line="240" w:lineRule="auto"/>
            </w:pPr>
            <w:r>
              <w:rPr>
                <w:sz w:val="15"/>
              </w:rPr>
              <w:t>Active și informații</w:t>
            </w:r>
          </w:p>
        </w:tc>
        <w:tc>
          <w:tcPr>
            <w:tcW w:w="4706" w:type="dxa"/>
            <w:shd w:val="clear" w:color="auto" w:fill="FFFFFF"/>
            <w:tcMar>
              <w:top w:w="70" w:type="dxa"/>
              <w:left w:w="85" w:type="dxa"/>
              <w:bottom w:w="70" w:type="dxa"/>
              <w:right w:w="85" w:type="dxa"/>
            </w:tcMar>
            <w:vAlign w:val="center"/>
          </w:tcPr>
          <w:p w14:paraId="084A69A3" w14:textId="77777777" w:rsidR="00453E5B" w:rsidRDefault="00000000">
            <w:pPr>
              <w:spacing w:after="0" w:line="240" w:lineRule="auto"/>
            </w:pPr>
            <w:r>
              <w:rPr>
                <w:sz w:val="15"/>
              </w:rPr>
              <w:t>Inventar, proprietari, clasificare, utilizare, păstrare și transfer.</w:t>
            </w:r>
          </w:p>
        </w:tc>
        <w:tc>
          <w:tcPr>
            <w:tcW w:w="2041" w:type="dxa"/>
            <w:shd w:val="clear" w:color="auto" w:fill="FFFFFF"/>
            <w:tcMar>
              <w:top w:w="70" w:type="dxa"/>
              <w:left w:w="85" w:type="dxa"/>
              <w:bottom w:w="70" w:type="dxa"/>
              <w:right w:w="85" w:type="dxa"/>
            </w:tcMar>
            <w:vAlign w:val="center"/>
          </w:tcPr>
          <w:p w14:paraId="29C33522" w14:textId="77777777" w:rsidR="00453E5B" w:rsidRDefault="00000000">
            <w:pPr>
              <w:spacing w:after="0" w:line="240" w:lineRule="auto"/>
            </w:pPr>
            <w:r>
              <w:rPr>
                <w:sz w:val="15"/>
              </w:rPr>
              <w:t>Ridicată</w:t>
            </w:r>
          </w:p>
        </w:tc>
      </w:tr>
      <w:tr w:rsidR="00453E5B" w14:paraId="103ABA96" w14:textId="77777777">
        <w:trPr>
          <w:cantSplit/>
          <w:jc w:val="center"/>
        </w:trPr>
        <w:tc>
          <w:tcPr>
            <w:tcW w:w="794" w:type="dxa"/>
            <w:shd w:val="clear" w:color="auto" w:fill="FAFAFA"/>
            <w:tcMar>
              <w:top w:w="70" w:type="dxa"/>
              <w:left w:w="85" w:type="dxa"/>
              <w:bottom w:w="70" w:type="dxa"/>
              <w:right w:w="85" w:type="dxa"/>
            </w:tcMar>
            <w:vAlign w:val="center"/>
          </w:tcPr>
          <w:p w14:paraId="0D98C429" w14:textId="77777777" w:rsidR="00453E5B" w:rsidRDefault="00000000">
            <w:pPr>
              <w:spacing w:after="0" w:line="240" w:lineRule="auto"/>
              <w:jc w:val="center"/>
            </w:pPr>
            <w:r>
              <w:rPr>
                <w:sz w:val="15"/>
              </w:rPr>
              <w:t>IAM</w:t>
            </w:r>
          </w:p>
        </w:tc>
        <w:tc>
          <w:tcPr>
            <w:tcW w:w="2381" w:type="dxa"/>
            <w:shd w:val="clear" w:color="auto" w:fill="FAFAFA"/>
            <w:tcMar>
              <w:top w:w="70" w:type="dxa"/>
              <w:left w:w="85" w:type="dxa"/>
              <w:bottom w:w="70" w:type="dxa"/>
              <w:right w:w="85" w:type="dxa"/>
            </w:tcMar>
            <w:vAlign w:val="center"/>
          </w:tcPr>
          <w:p w14:paraId="38AA216D" w14:textId="77777777" w:rsidR="00453E5B" w:rsidRDefault="00000000">
            <w:pPr>
              <w:spacing w:after="0" w:line="240" w:lineRule="auto"/>
            </w:pPr>
            <w:r>
              <w:rPr>
                <w:sz w:val="15"/>
              </w:rPr>
              <w:t>Identități și acces</w:t>
            </w:r>
          </w:p>
        </w:tc>
        <w:tc>
          <w:tcPr>
            <w:tcW w:w="4706" w:type="dxa"/>
            <w:shd w:val="clear" w:color="auto" w:fill="FAFAFA"/>
            <w:tcMar>
              <w:top w:w="70" w:type="dxa"/>
              <w:left w:w="85" w:type="dxa"/>
              <w:bottom w:w="70" w:type="dxa"/>
              <w:right w:w="85" w:type="dxa"/>
            </w:tcMar>
            <w:vAlign w:val="center"/>
          </w:tcPr>
          <w:p w14:paraId="71D125D7" w14:textId="77777777" w:rsidR="00453E5B" w:rsidRDefault="00000000">
            <w:pPr>
              <w:spacing w:after="0" w:line="240" w:lineRule="auto"/>
            </w:pPr>
            <w:r>
              <w:rPr>
                <w:sz w:val="15"/>
              </w:rPr>
              <w:t>Joiner-mover-leaver, autentificare, privilegii, recertificări și excepții.</w:t>
            </w:r>
          </w:p>
        </w:tc>
        <w:tc>
          <w:tcPr>
            <w:tcW w:w="2041" w:type="dxa"/>
            <w:shd w:val="clear" w:color="auto" w:fill="FAFAFA"/>
            <w:tcMar>
              <w:top w:w="70" w:type="dxa"/>
              <w:left w:w="85" w:type="dxa"/>
              <w:bottom w:w="70" w:type="dxa"/>
              <w:right w:w="85" w:type="dxa"/>
            </w:tcMar>
            <w:vAlign w:val="center"/>
          </w:tcPr>
          <w:p w14:paraId="7FA5A1BD" w14:textId="77777777" w:rsidR="00453E5B" w:rsidRDefault="00000000">
            <w:pPr>
              <w:spacing w:after="0" w:line="240" w:lineRule="auto"/>
            </w:pPr>
            <w:r>
              <w:rPr>
                <w:sz w:val="15"/>
              </w:rPr>
              <w:t>Ridicată</w:t>
            </w:r>
          </w:p>
        </w:tc>
      </w:tr>
      <w:tr w:rsidR="00453E5B" w14:paraId="2ED94E8B" w14:textId="77777777">
        <w:trPr>
          <w:cantSplit/>
          <w:jc w:val="center"/>
        </w:trPr>
        <w:tc>
          <w:tcPr>
            <w:tcW w:w="794" w:type="dxa"/>
            <w:shd w:val="clear" w:color="auto" w:fill="FFFFFF"/>
            <w:tcMar>
              <w:top w:w="70" w:type="dxa"/>
              <w:left w:w="85" w:type="dxa"/>
              <w:bottom w:w="70" w:type="dxa"/>
              <w:right w:w="85" w:type="dxa"/>
            </w:tcMar>
            <w:vAlign w:val="center"/>
          </w:tcPr>
          <w:p w14:paraId="3814C7C3" w14:textId="77777777" w:rsidR="00453E5B" w:rsidRDefault="00000000">
            <w:pPr>
              <w:spacing w:after="0" w:line="240" w:lineRule="auto"/>
              <w:jc w:val="center"/>
            </w:pPr>
            <w:r>
              <w:rPr>
                <w:sz w:val="15"/>
              </w:rPr>
              <w:t>OPS</w:t>
            </w:r>
          </w:p>
        </w:tc>
        <w:tc>
          <w:tcPr>
            <w:tcW w:w="2381" w:type="dxa"/>
            <w:shd w:val="clear" w:color="auto" w:fill="FFFFFF"/>
            <w:tcMar>
              <w:top w:w="70" w:type="dxa"/>
              <w:left w:w="85" w:type="dxa"/>
              <w:bottom w:w="70" w:type="dxa"/>
              <w:right w:w="85" w:type="dxa"/>
            </w:tcMar>
            <w:vAlign w:val="center"/>
          </w:tcPr>
          <w:p w14:paraId="10405152" w14:textId="77777777" w:rsidR="00453E5B" w:rsidRDefault="00000000">
            <w:pPr>
              <w:spacing w:after="0" w:line="240" w:lineRule="auto"/>
            </w:pPr>
            <w:r>
              <w:rPr>
                <w:sz w:val="15"/>
              </w:rPr>
              <w:t>Operațiuni și tehnologie</w:t>
            </w:r>
          </w:p>
        </w:tc>
        <w:tc>
          <w:tcPr>
            <w:tcW w:w="4706" w:type="dxa"/>
            <w:shd w:val="clear" w:color="auto" w:fill="FFFFFF"/>
            <w:tcMar>
              <w:top w:w="70" w:type="dxa"/>
              <w:left w:w="85" w:type="dxa"/>
              <w:bottom w:w="70" w:type="dxa"/>
              <w:right w:w="85" w:type="dxa"/>
            </w:tcMar>
            <w:vAlign w:val="center"/>
          </w:tcPr>
          <w:p w14:paraId="0E7C633A" w14:textId="77777777" w:rsidR="00453E5B" w:rsidRDefault="00000000">
            <w:pPr>
              <w:spacing w:after="0" w:line="240" w:lineRule="auto"/>
            </w:pPr>
            <w:r>
              <w:rPr>
                <w:sz w:val="15"/>
              </w:rPr>
              <w:t>Configurare, schimbări, vulnerabilități, backup, loguri, malware, rețele.</w:t>
            </w:r>
          </w:p>
        </w:tc>
        <w:tc>
          <w:tcPr>
            <w:tcW w:w="2041" w:type="dxa"/>
            <w:shd w:val="clear" w:color="auto" w:fill="FFFFFF"/>
            <w:tcMar>
              <w:top w:w="70" w:type="dxa"/>
              <w:left w:w="85" w:type="dxa"/>
              <w:bottom w:w="70" w:type="dxa"/>
              <w:right w:w="85" w:type="dxa"/>
            </w:tcMar>
            <w:vAlign w:val="center"/>
          </w:tcPr>
          <w:p w14:paraId="54F75088" w14:textId="77777777" w:rsidR="00453E5B" w:rsidRDefault="00000000">
            <w:pPr>
              <w:spacing w:after="0" w:line="240" w:lineRule="auto"/>
            </w:pPr>
            <w:r>
              <w:rPr>
                <w:sz w:val="15"/>
              </w:rPr>
              <w:t>Ridicată</w:t>
            </w:r>
          </w:p>
        </w:tc>
      </w:tr>
      <w:tr w:rsidR="00453E5B" w14:paraId="652E6236" w14:textId="77777777">
        <w:trPr>
          <w:cantSplit/>
          <w:jc w:val="center"/>
        </w:trPr>
        <w:tc>
          <w:tcPr>
            <w:tcW w:w="794" w:type="dxa"/>
            <w:shd w:val="clear" w:color="auto" w:fill="FAFAFA"/>
            <w:tcMar>
              <w:top w:w="70" w:type="dxa"/>
              <w:left w:w="85" w:type="dxa"/>
              <w:bottom w:w="70" w:type="dxa"/>
              <w:right w:w="85" w:type="dxa"/>
            </w:tcMar>
            <w:vAlign w:val="center"/>
          </w:tcPr>
          <w:p w14:paraId="61A6FBDE" w14:textId="77777777" w:rsidR="00453E5B" w:rsidRDefault="00000000">
            <w:pPr>
              <w:spacing w:after="0" w:line="240" w:lineRule="auto"/>
              <w:jc w:val="center"/>
            </w:pPr>
            <w:r>
              <w:rPr>
                <w:sz w:val="15"/>
              </w:rPr>
              <w:t>SUP</w:t>
            </w:r>
          </w:p>
        </w:tc>
        <w:tc>
          <w:tcPr>
            <w:tcW w:w="2381" w:type="dxa"/>
            <w:shd w:val="clear" w:color="auto" w:fill="FAFAFA"/>
            <w:tcMar>
              <w:top w:w="70" w:type="dxa"/>
              <w:left w:w="85" w:type="dxa"/>
              <w:bottom w:w="70" w:type="dxa"/>
              <w:right w:w="85" w:type="dxa"/>
            </w:tcMar>
            <w:vAlign w:val="center"/>
          </w:tcPr>
          <w:p w14:paraId="5E195787" w14:textId="77777777" w:rsidR="00453E5B" w:rsidRDefault="00000000">
            <w:pPr>
              <w:spacing w:after="0" w:line="240" w:lineRule="auto"/>
            </w:pPr>
            <w:r>
              <w:rPr>
                <w:sz w:val="15"/>
              </w:rPr>
              <w:t>Furnizori și cloud</w:t>
            </w:r>
          </w:p>
        </w:tc>
        <w:tc>
          <w:tcPr>
            <w:tcW w:w="4706" w:type="dxa"/>
            <w:shd w:val="clear" w:color="auto" w:fill="FAFAFA"/>
            <w:tcMar>
              <w:top w:w="70" w:type="dxa"/>
              <w:left w:w="85" w:type="dxa"/>
              <w:bottom w:w="70" w:type="dxa"/>
              <w:right w:w="85" w:type="dxa"/>
            </w:tcMar>
            <w:vAlign w:val="center"/>
          </w:tcPr>
          <w:p w14:paraId="0D3FB4C1" w14:textId="77777777" w:rsidR="00453E5B" w:rsidRDefault="00000000">
            <w:pPr>
              <w:spacing w:after="0" w:line="240" w:lineRule="auto"/>
            </w:pPr>
            <w:r>
              <w:rPr>
                <w:sz w:val="15"/>
              </w:rPr>
              <w:t>Due diligence, clauze, monitorizare, schimbări, ieșire și lanț ICT.</w:t>
            </w:r>
          </w:p>
        </w:tc>
        <w:tc>
          <w:tcPr>
            <w:tcW w:w="2041" w:type="dxa"/>
            <w:shd w:val="clear" w:color="auto" w:fill="FAFAFA"/>
            <w:tcMar>
              <w:top w:w="70" w:type="dxa"/>
              <w:left w:w="85" w:type="dxa"/>
              <w:bottom w:w="70" w:type="dxa"/>
              <w:right w:w="85" w:type="dxa"/>
            </w:tcMar>
            <w:vAlign w:val="center"/>
          </w:tcPr>
          <w:p w14:paraId="60061A5E" w14:textId="77777777" w:rsidR="00453E5B" w:rsidRDefault="00000000">
            <w:pPr>
              <w:spacing w:after="0" w:line="240" w:lineRule="auto"/>
            </w:pPr>
            <w:r>
              <w:rPr>
                <w:sz w:val="15"/>
              </w:rPr>
              <w:t>Ridicată</w:t>
            </w:r>
          </w:p>
        </w:tc>
      </w:tr>
      <w:tr w:rsidR="00453E5B" w14:paraId="496B40F2" w14:textId="77777777">
        <w:trPr>
          <w:cantSplit/>
          <w:jc w:val="center"/>
        </w:trPr>
        <w:tc>
          <w:tcPr>
            <w:tcW w:w="794" w:type="dxa"/>
            <w:shd w:val="clear" w:color="auto" w:fill="FFFFFF"/>
            <w:tcMar>
              <w:top w:w="70" w:type="dxa"/>
              <w:left w:w="85" w:type="dxa"/>
              <w:bottom w:w="70" w:type="dxa"/>
              <w:right w:w="85" w:type="dxa"/>
            </w:tcMar>
            <w:vAlign w:val="center"/>
          </w:tcPr>
          <w:p w14:paraId="3F7A9832" w14:textId="77777777" w:rsidR="00453E5B" w:rsidRDefault="00000000">
            <w:pPr>
              <w:spacing w:after="0" w:line="240" w:lineRule="auto"/>
              <w:jc w:val="center"/>
            </w:pPr>
            <w:r>
              <w:rPr>
                <w:sz w:val="15"/>
              </w:rPr>
              <w:t>INC</w:t>
            </w:r>
          </w:p>
        </w:tc>
        <w:tc>
          <w:tcPr>
            <w:tcW w:w="2381" w:type="dxa"/>
            <w:shd w:val="clear" w:color="auto" w:fill="FFFFFF"/>
            <w:tcMar>
              <w:top w:w="70" w:type="dxa"/>
              <w:left w:w="85" w:type="dxa"/>
              <w:bottom w:w="70" w:type="dxa"/>
              <w:right w:w="85" w:type="dxa"/>
            </w:tcMar>
            <w:vAlign w:val="center"/>
          </w:tcPr>
          <w:p w14:paraId="5D2D8330" w14:textId="77777777" w:rsidR="00453E5B" w:rsidRDefault="00000000">
            <w:pPr>
              <w:spacing w:after="0" w:line="240" w:lineRule="auto"/>
            </w:pPr>
            <w:r>
              <w:rPr>
                <w:sz w:val="15"/>
              </w:rPr>
              <w:t>Incidente și continuitate</w:t>
            </w:r>
          </w:p>
        </w:tc>
        <w:tc>
          <w:tcPr>
            <w:tcW w:w="4706" w:type="dxa"/>
            <w:shd w:val="clear" w:color="auto" w:fill="FFFFFF"/>
            <w:tcMar>
              <w:top w:w="70" w:type="dxa"/>
              <w:left w:w="85" w:type="dxa"/>
              <w:bottom w:w="70" w:type="dxa"/>
              <w:right w:w="85" w:type="dxa"/>
            </w:tcMar>
            <w:vAlign w:val="center"/>
          </w:tcPr>
          <w:p w14:paraId="360EBE27" w14:textId="77777777" w:rsidR="00453E5B" w:rsidRDefault="00000000">
            <w:pPr>
              <w:spacing w:after="0" w:line="240" w:lineRule="auto"/>
            </w:pPr>
            <w:r>
              <w:rPr>
                <w:sz w:val="15"/>
              </w:rPr>
              <w:t>Raportare, evaluare, răspuns, dovezi, lecții, BCP/DR și teste.</w:t>
            </w:r>
          </w:p>
        </w:tc>
        <w:tc>
          <w:tcPr>
            <w:tcW w:w="2041" w:type="dxa"/>
            <w:shd w:val="clear" w:color="auto" w:fill="FFFFFF"/>
            <w:tcMar>
              <w:top w:w="70" w:type="dxa"/>
              <w:left w:w="85" w:type="dxa"/>
              <w:bottom w:w="70" w:type="dxa"/>
              <w:right w:w="85" w:type="dxa"/>
            </w:tcMar>
            <w:vAlign w:val="center"/>
          </w:tcPr>
          <w:p w14:paraId="6EA19F5A" w14:textId="77777777" w:rsidR="00453E5B" w:rsidRDefault="00000000">
            <w:pPr>
              <w:spacing w:after="0" w:line="240" w:lineRule="auto"/>
            </w:pPr>
            <w:r>
              <w:rPr>
                <w:sz w:val="15"/>
              </w:rPr>
              <w:t>Esențial</w:t>
            </w:r>
          </w:p>
        </w:tc>
      </w:tr>
      <w:tr w:rsidR="00453E5B" w14:paraId="691F84FE" w14:textId="77777777">
        <w:trPr>
          <w:cantSplit/>
          <w:jc w:val="center"/>
        </w:trPr>
        <w:tc>
          <w:tcPr>
            <w:tcW w:w="794" w:type="dxa"/>
            <w:shd w:val="clear" w:color="auto" w:fill="FAFAFA"/>
            <w:tcMar>
              <w:top w:w="70" w:type="dxa"/>
              <w:left w:w="85" w:type="dxa"/>
              <w:bottom w:w="70" w:type="dxa"/>
              <w:right w:w="85" w:type="dxa"/>
            </w:tcMar>
            <w:vAlign w:val="center"/>
          </w:tcPr>
          <w:p w14:paraId="32A76A7E" w14:textId="77777777" w:rsidR="00453E5B" w:rsidRDefault="00000000">
            <w:pPr>
              <w:spacing w:after="0" w:line="240" w:lineRule="auto"/>
              <w:jc w:val="center"/>
            </w:pPr>
            <w:r>
              <w:rPr>
                <w:sz w:val="15"/>
              </w:rPr>
              <w:t>ASS</w:t>
            </w:r>
          </w:p>
        </w:tc>
        <w:tc>
          <w:tcPr>
            <w:tcW w:w="2381" w:type="dxa"/>
            <w:shd w:val="clear" w:color="auto" w:fill="FAFAFA"/>
            <w:tcMar>
              <w:top w:w="70" w:type="dxa"/>
              <w:left w:w="85" w:type="dxa"/>
              <w:bottom w:w="70" w:type="dxa"/>
              <w:right w:w="85" w:type="dxa"/>
            </w:tcMar>
            <w:vAlign w:val="center"/>
          </w:tcPr>
          <w:p w14:paraId="5BAD30CC" w14:textId="77777777" w:rsidR="00453E5B" w:rsidRDefault="00000000">
            <w:pPr>
              <w:spacing w:after="0" w:line="240" w:lineRule="auto"/>
            </w:pPr>
            <w:r>
              <w:rPr>
                <w:sz w:val="15"/>
              </w:rPr>
              <w:t>Asigurare și conformare</w:t>
            </w:r>
          </w:p>
        </w:tc>
        <w:tc>
          <w:tcPr>
            <w:tcW w:w="4706" w:type="dxa"/>
            <w:shd w:val="clear" w:color="auto" w:fill="FAFAFA"/>
            <w:tcMar>
              <w:top w:w="70" w:type="dxa"/>
              <w:left w:w="85" w:type="dxa"/>
              <w:bottom w:w="70" w:type="dxa"/>
              <w:right w:w="85" w:type="dxa"/>
            </w:tcMar>
            <w:vAlign w:val="center"/>
          </w:tcPr>
          <w:p w14:paraId="1E35F7D3" w14:textId="77777777" w:rsidR="00453E5B" w:rsidRDefault="00000000">
            <w:pPr>
              <w:spacing w:after="0" w:line="240" w:lineRule="auto"/>
            </w:pPr>
            <w:r>
              <w:rPr>
                <w:sz w:val="15"/>
              </w:rPr>
              <w:t>Monitorizare, audit, verificări, obligații, excepții și acțiuni corective.</w:t>
            </w:r>
          </w:p>
        </w:tc>
        <w:tc>
          <w:tcPr>
            <w:tcW w:w="2041" w:type="dxa"/>
            <w:shd w:val="clear" w:color="auto" w:fill="FAFAFA"/>
            <w:tcMar>
              <w:top w:w="70" w:type="dxa"/>
              <w:left w:w="85" w:type="dxa"/>
              <w:bottom w:w="70" w:type="dxa"/>
              <w:right w:w="85" w:type="dxa"/>
            </w:tcMar>
            <w:vAlign w:val="center"/>
          </w:tcPr>
          <w:p w14:paraId="17711AD8" w14:textId="77777777" w:rsidR="00453E5B" w:rsidRDefault="00000000">
            <w:pPr>
              <w:spacing w:after="0" w:line="240" w:lineRule="auto"/>
            </w:pPr>
            <w:r>
              <w:rPr>
                <w:sz w:val="15"/>
              </w:rPr>
              <w:t>Esențial</w:t>
            </w:r>
          </w:p>
        </w:tc>
      </w:tr>
    </w:tbl>
    <w:p w14:paraId="793DEAC6" w14:textId="77777777" w:rsidR="00453E5B" w:rsidRDefault="00453E5B">
      <w:pPr>
        <w:spacing w:after="20"/>
      </w:pPr>
    </w:p>
    <w:p w14:paraId="57649A5A" w14:textId="77777777" w:rsidR="00453E5B" w:rsidRDefault="00000000">
      <w:pPr>
        <w:pStyle w:val="Heading2"/>
      </w:pPr>
      <w:r>
        <w:t>Convenție simplă de codificare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3005"/>
        <w:gridCol w:w="4989"/>
      </w:tblGrid>
      <w:tr w:rsidR="00453E5B" w14:paraId="2E445D3F" w14:textId="77777777">
        <w:trPr>
          <w:tblHeader/>
          <w:jc w:val="center"/>
        </w:trPr>
        <w:tc>
          <w:tcPr>
            <w:tcW w:w="1928" w:type="dxa"/>
            <w:shd w:val="clear" w:color="auto" w:fill="D71920"/>
            <w:tcMar>
              <w:top w:w="70" w:type="dxa"/>
              <w:left w:w="85" w:type="dxa"/>
              <w:bottom w:w="70" w:type="dxa"/>
              <w:right w:w="85" w:type="dxa"/>
            </w:tcMar>
            <w:vAlign w:val="center"/>
          </w:tcPr>
          <w:p w14:paraId="4982423D" w14:textId="77777777" w:rsidR="00453E5B" w:rsidRDefault="00000000">
            <w:pPr>
              <w:spacing w:after="0" w:line="240" w:lineRule="auto"/>
              <w:jc w:val="center"/>
            </w:pPr>
            <w:r>
              <w:rPr>
                <w:b/>
                <w:color w:val="FFFFFF"/>
                <w:sz w:val="15"/>
              </w:rPr>
              <w:t>ELEMENT</w:t>
            </w:r>
          </w:p>
        </w:tc>
        <w:tc>
          <w:tcPr>
            <w:tcW w:w="3005" w:type="dxa"/>
            <w:shd w:val="clear" w:color="auto" w:fill="D71920"/>
            <w:tcMar>
              <w:top w:w="70" w:type="dxa"/>
              <w:left w:w="85" w:type="dxa"/>
              <w:bottom w:w="70" w:type="dxa"/>
              <w:right w:w="85" w:type="dxa"/>
            </w:tcMar>
            <w:vAlign w:val="center"/>
          </w:tcPr>
          <w:p w14:paraId="25340C4F" w14:textId="77777777" w:rsidR="00453E5B" w:rsidRDefault="00000000">
            <w:pPr>
              <w:spacing w:after="0" w:line="240" w:lineRule="auto"/>
              <w:jc w:val="center"/>
            </w:pPr>
            <w:r>
              <w:rPr>
                <w:b/>
                <w:color w:val="FFFFFF"/>
                <w:sz w:val="15"/>
              </w:rPr>
              <w:t>EXEMPLU</w:t>
            </w:r>
          </w:p>
        </w:tc>
        <w:tc>
          <w:tcPr>
            <w:tcW w:w="4989" w:type="dxa"/>
            <w:shd w:val="clear" w:color="auto" w:fill="D71920"/>
            <w:tcMar>
              <w:top w:w="70" w:type="dxa"/>
              <w:left w:w="85" w:type="dxa"/>
              <w:bottom w:w="70" w:type="dxa"/>
              <w:right w:w="85" w:type="dxa"/>
            </w:tcMar>
            <w:vAlign w:val="center"/>
          </w:tcPr>
          <w:p w14:paraId="58C8E6A0" w14:textId="77777777" w:rsidR="00453E5B" w:rsidRDefault="00000000">
            <w:pPr>
              <w:spacing w:after="0" w:line="240" w:lineRule="auto"/>
              <w:jc w:val="center"/>
            </w:pPr>
            <w:r>
              <w:rPr>
                <w:b/>
                <w:color w:val="FFFFFF"/>
                <w:sz w:val="15"/>
              </w:rPr>
              <w:t>EXPLICAȚIE</w:t>
            </w:r>
          </w:p>
        </w:tc>
      </w:tr>
      <w:tr w:rsidR="00453E5B" w14:paraId="2A5DAA2E" w14:textId="77777777">
        <w:trPr>
          <w:cantSplit/>
          <w:jc w:val="center"/>
        </w:trPr>
        <w:tc>
          <w:tcPr>
            <w:tcW w:w="1928" w:type="dxa"/>
            <w:shd w:val="clear" w:color="auto" w:fill="FFFFFF"/>
            <w:tcMar>
              <w:top w:w="70" w:type="dxa"/>
              <w:left w:w="85" w:type="dxa"/>
              <w:bottom w:w="70" w:type="dxa"/>
              <w:right w:w="85" w:type="dxa"/>
            </w:tcMar>
            <w:vAlign w:val="center"/>
          </w:tcPr>
          <w:p w14:paraId="0FB9FA8E" w14:textId="77777777" w:rsidR="00453E5B" w:rsidRDefault="00000000">
            <w:pPr>
              <w:spacing w:after="0" w:line="240" w:lineRule="auto"/>
            </w:pPr>
            <w:r>
              <w:rPr>
                <w:sz w:val="16"/>
              </w:rPr>
              <w:t>Tip</w:t>
            </w:r>
          </w:p>
        </w:tc>
        <w:tc>
          <w:tcPr>
            <w:tcW w:w="3005" w:type="dxa"/>
            <w:shd w:val="clear" w:color="auto" w:fill="FFFFFF"/>
            <w:tcMar>
              <w:top w:w="70" w:type="dxa"/>
              <w:left w:w="85" w:type="dxa"/>
              <w:bottom w:w="70" w:type="dxa"/>
              <w:right w:w="85" w:type="dxa"/>
            </w:tcMar>
            <w:vAlign w:val="center"/>
          </w:tcPr>
          <w:p w14:paraId="6CCDC3B1" w14:textId="77777777" w:rsidR="00453E5B" w:rsidRDefault="00000000">
            <w:pPr>
              <w:spacing w:after="0" w:line="240" w:lineRule="auto"/>
            </w:pPr>
            <w:r>
              <w:rPr>
                <w:sz w:val="16"/>
              </w:rPr>
              <w:t>POL / PRO / INS / FOR / REG / PLN</w:t>
            </w:r>
          </w:p>
        </w:tc>
        <w:tc>
          <w:tcPr>
            <w:tcW w:w="4989" w:type="dxa"/>
            <w:shd w:val="clear" w:color="auto" w:fill="FFFFFF"/>
            <w:tcMar>
              <w:top w:w="70" w:type="dxa"/>
              <w:left w:w="85" w:type="dxa"/>
              <w:bottom w:w="70" w:type="dxa"/>
              <w:right w:w="85" w:type="dxa"/>
            </w:tcMar>
            <w:vAlign w:val="center"/>
          </w:tcPr>
          <w:p w14:paraId="2CD960A7" w14:textId="77777777" w:rsidR="00453E5B" w:rsidRDefault="00000000">
            <w:pPr>
              <w:spacing w:after="0" w:line="240" w:lineRule="auto"/>
            </w:pPr>
            <w:r>
              <w:rPr>
                <w:sz w:val="16"/>
              </w:rPr>
              <w:t>Politică, procedură, instrucțiune, formular, registru sau plan.</w:t>
            </w:r>
          </w:p>
        </w:tc>
      </w:tr>
      <w:tr w:rsidR="00453E5B" w14:paraId="395812DF" w14:textId="77777777">
        <w:trPr>
          <w:cantSplit/>
          <w:jc w:val="center"/>
        </w:trPr>
        <w:tc>
          <w:tcPr>
            <w:tcW w:w="1928" w:type="dxa"/>
            <w:shd w:val="clear" w:color="auto" w:fill="FAFAFA"/>
            <w:tcMar>
              <w:top w:w="70" w:type="dxa"/>
              <w:left w:w="85" w:type="dxa"/>
              <w:bottom w:w="70" w:type="dxa"/>
              <w:right w:w="85" w:type="dxa"/>
            </w:tcMar>
            <w:vAlign w:val="center"/>
          </w:tcPr>
          <w:p w14:paraId="6656736F" w14:textId="77777777" w:rsidR="00453E5B" w:rsidRDefault="00000000">
            <w:pPr>
              <w:spacing w:after="0" w:line="240" w:lineRule="auto"/>
            </w:pPr>
            <w:r>
              <w:rPr>
                <w:sz w:val="16"/>
              </w:rPr>
              <w:t>Domeniu</w:t>
            </w:r>
          </w:p>
        </w:tc>
        <w:tc>
          <w:tcPr>
            <w:tcW w:w="3005" w:type="dxa"/>
            <w:shd w:val="clear" w:color="auto" w:fill="FAFAFA"/>
            <w:tcMar>
              <w:top w:w="70" w:type="dxa"/>
              <w:left w:w="85" w:type="dxa"/>
              <w:bottom w:w="70" w:type="dxa"/>
              <w:right w:w="85" w:type="dxa"/>
            </w:tcMar>
            <w:vAlign w:val="center"/>
          </w:tcPr>
          <w:p w14:paraId="1D976987" w14:textId="77777777" w:rsidR="00453E5B" w:rsidRDefault="00000000">
            <w:pPr>
              <w:spacing w:after="0" w:line="240" w:lineRule="auto"/>
            </w:pPr>
            <w:r>
              <w:rPr>
                <w:sz w:val="16"/>
              </w:rPr>
              <w:t>MED / SSM / INT</w:t>
            </w:r>
          </w:p>
        </w:tc>
        <w:tc>
          <w:tcPr>
            <w:tcW w:w="4989" w:type="dxa"/>
            <w:shd w:val="clear" w:color="auto" w:fill="FAFAFA"/>
            <w:tcMar>
              <w:top w:w="70" w:type="dxa"/>
              <w:left w:w="85" w:type="dxa"/>
              <w:bottom w:w="70" w:type="dxa"/>
              <w:right w:w="85" w:type="dxa"/>
            </w:tcMar>
            <w:vAlign w:val="center"/>
          </w:tcPr>
          <w:p w14:paraId="54B831B7" w14:textId="77777777" w:rsidR="00453E5B" w:rsidRDefault="00000000">
            <w:pPr>
              <w:spacing w:after="0" w:line="240" w:lineRule="auto"/>
            </w:pPr>
            <w:r>
              <w:rPr>
                <w:sz w:val="16"/>
              </w:rPr>
              <w:t>Mediu, sănătate și securitate în muncă sau sistem integrat.</w:t>
            </w:r>
          </w:p>
        </w:tc>
      </w:tr>
      <w:tr w:rsidR="00453E5B" w14:paraId="7C7D1D6E" w14:textId="77777777">
        <w:trPr>
          <w:cantSplit/>
          <w:jc w:val="center"/>
        </w:trPr>
        <w:tc>
          <w:tcPr>
            <w:tcW w:w="1928" w:type="dxa"/>
            <w:shd w:val="clear" w:color="auto" w:fill="FFFFFF"/>
            <w:tcMar>
              <w:top w:w="70" w:type="dxa"/>
              <w:left w:w="85" w:type="dxa"/>
              <w:bottom w:w="70" w:type="dxa"/>
              <w:right w:w="85" w:type="dxa"/>
            </w:tcMar>
            <w:vAlign w:val="center"/>
          </w:tcPr>
          <w:p w14:paraId="02D8C33E" w14:textId="77777777" w:rsidR="00453E5B" w:rsidRDefault="00000000">
            <w:pPr>
              <w:spacing w:after="0" w:line="240" w:lineRule="auto"/>
            </w:pPr>
            <w:r>
              <w:rPr>
                <w:sz w:val="16"/>
              </w:rPr>
              <w:t>Proces</w:t>
            </w:r>
          </w:p>
        </w:tc>
        <w:tc>
          <w:tcPr>
            <w:tcW w:w="3005" w:type="dxa"/>
            <w:shd w:val="clear" w:color="auto" w:fill="FFFFFF"/>
            <w:tcMar>
              <w:top w:w="70" w:type="dxa"/>
              <w:left w:w="85" w:type="dxa"/>
              <w:bottom w:w="70" w:type="dxa"/>
              <w:right w:w="85" w:type="dxa"/>
            </w:tcMar>
            <w:vAlign w:val="center"/>
          </w:tcPr>
          <w:p w14:paraId="50C6C6E9" w14:textId="77777777" w:rsidR="00453E5B" w:rsidRDefault="00000000">
            <w:pPr>
              <w:spacing w:after="0" w:line="240" w:lineRule="auto"/>
            </w:pPr>
            <w:r>
              <w:rPr>
                <w:sz w:val="16"/>
              </w:rPr>
              <w:t>ACH / OPR / MNT / HR</w:t>
            </w:r>
          </w:p>
        </w:tc>
        <w:tc>
          <w:tcPr>
            <w:tcW w:w="4989" w:type="dxa"/>
            <w:shd w:val="clear" w:color="auto" w:fill="FFFFFF"/>
            <w:tcMar>
              <w:top w:w="70" w:type="dxa"/>
              <w:left w:w="85" w:type="dxa"/>
              <w:bottom w:w="70" w:type="dxa"/>
              <w:right w:w="85" w:type="dxa"/>
            </w:tcMar>
            <w:vAlign w:val="center"/>
          </w:tcPr>
          <w:p w14:paraId="74C9CAFC" w14:textId="77777777" w:rsidR="00453E5B" w:rsidRDefault="00000000">
            <w:pPr>
              <w:spacing w:after="0" w:line="240" w:lineRule="auto"/>
            </w:pPr>
            <w:r>
              <w:rPr>
                <w:sz w:val="16"/>
              </w:rPr>
              <w:t>Achiziții, operațiuni, mentenanță, resurse umane etc.</w:t>
            </w:r>
          </w:p>
        </w:tc>
      </w:tr>
      <w:tr w:rsidR="00453E5B" w14:paraId="43396861" w14:textId="77777777">
        <w:trPr>
          <w:cantSplit/>
          <w:jc w:val="center"/>
        </w:trPr>
        <w:tc>
          <w:tcPr>
            <w:tcW w:w="1928" w:type="dxa"/>
            <w:shd w:val="clear" w:color="auto" w:fill="FAFAFA"/>
            <w:tcMar>
              <w:top w:w="70" w:type="dxa"/>
              <w:left w:w="85" w:type="dxa"/>
              <w:bottom w:w="70" w:type="dxa"/>
              <w:right w:w="85" w:type="dxa"/>
            </w:tcMar>
            <w:vAlign w:val="center"/>
          </w:tcPr>
          <w:p w14:paraId="66DEF6C6" w14:textId="77777777" w:rsidR="00453E5B" w:rsidRDefault="00000000">
            <w:pPr>
              <w:spacing w:after="0" w:line="240" w:lineRule="auto"/>
            </w:pPr>
            <w:r>
              <w:rPr>
                <w:sz w:val="16"/>
              </w:rPr>
              <w:t>Număr</w:t>
            </w:r>
          </w:p>
        </w:tc>
        <w:tc>
          <w:tcPr>
            <w:tcW w:w="3005" w:type="dxa"/>
            <w:shd w:val="clear" w:color="auto" w:fill="FAFAFA"/>
            <w:tcMar>
              <w:top w:w="70" w:type="dxa"/>
              <w:left w:w="85" w:type="dxa"/>
              <w:bottom w:w="70" w:type="dxa"/>
              <w:right w:w="85" w:type="dxa"/>
            </w:tcMar>
            <w:vAlign w:val="center"/>
          </w:tcPr>
          <w:p w14:paraId="12AE06D7" w14:textId="77777777" w:rsidR="00453E5B" w:rsidRDefault="00000000">
            <w:pPr>
              <w:spacing w:after="0" w:line="240" w:lineRule="auto"/>
            </w:pPr>
            <w:r>
              <w:rPr>
                <w:sz w:val="16"/>
              </w:rPr>
              <w:t>01, 02, 03</w:t>
            </w:r>
          </w:p>
        </w:tc>
        <w:tc>
          <w:tcPr>
            <w:tcW w:w="4989" w:type="dxa"/>
            <w:shd w:val="clear" w:color="auto" w:fill="FAFAFA"/>
            <w:tcMar>
              <w:top w:w="70" w:type="dxa"/>
              <w:left w:w="85" w:type="dxa"/>
              <w:bottom w:w="70" w:type="dxa"/>
              <w:right w:w="85" w:type="dxa"/>
            </w:tcMar>
            <w:vAlign w:val="center"/>
          </w:tcPr>
          <w:p w14:paraId="394911B7" w14:textId="77777777" w:rsidR="00453E5B" w:rsidRDefault="00000000">
            <w:pPr>
              <w:spacing w:after="0" w:line="240" w:lineRule="auto"/>
            </w:pPr>
            <w:r>
              <w:rPr>
                <w:sz w:val="16"/>
              </w:rPr>
              <w:t>Număr unic în familie sau proces.</w:t>
            </w:r>
          </w:p>
        </w:tc>
      </w:tr>
      <w:tr w:rsidR="00453E5B" w14:paraId="1B269EC6" w14:textId="77777777">
        <w:trPr>
          <w:cantSplit/>
          <w:jc w:val="center"/>
        </w:trPr>
        <w:tc>
          <w:tcPr>
            <w:tcW w:w="1928" w:type="dxa"/>
            <w:shd w:val="clear" w:color="auto" w:fill="FFFFFF"/>
            <w:tcMar>
              <w:top w:w="70" w:type="dxa"/>
              <w:left w:w="85" w:type="dxa"/>
              <w:bottom w:w="70" w:type="dxa"/>
              <w:right w:w="85" w:type="dxa"/>
            </w:tcMar>
            <w:vAlign w:val="center"/>
          </w:tcPr>
          <w:p w14:paraId="0C663559" w14:textId="77777777" w:rsidR="00453E5B" w:rsidRDefault="00000000">
            <w:pPr>
              <w:spacing w:after="0" w:line="240" w:lineRule="auto"/>
            </w:pPr>
            <w:r>
              <w:rPr>
                <w:sz w:val="16"/>
              </w:rPr>
              <w:t>Revizie</w:t>
            </w:r>
          </w:p>
        </w:tc>
        <w:tc>
          <w:tcPr>
            <w:tcW w:w="3005" w:type="dxa"/>
            <w:shd w:val="clear" w:color="auto" w:fill="FFFFFF"/>
            <w:tcMar>
              <w:top w:w="70" w:type="dxa"/>
              <w:left w:w="85" w:type="dxa"/>
              <w:bottom w:w="70" w:type="dxa"/>
              <w:right w:w="85" w:type="dxa"/>
            </w:tcMar>
            <w:vAlign w:val="center"/>
          </w:tcPr>
          <w:p w14:paraId="48193E38" w14:textId="77777777" w:rsidR="00453E5B" w:rsidRDefault="00000000">
            <w:pPr>
              <w:spacing w:after="0" w:line="240" w:lineRule="auto"/>
            </w:pPr>
            <w:r>
              <w:rPr>
                <w:sz w:val="16"/>
              </w:rPr>
              <w:t>R00, R01, R02</w:t>
            </w:r>
          </w:p>
        </w:tc>
        <w:tc>
          <w:tcPr>
            <w:tcW w:w="4989" w:type="dxa"/>
            <w:shd w:val="clear" w:color="auto" w:fill="FFFFFF"/>
            <w:tcMar>
              <w:top w:w="70" w:type="dxa"/>
              <w:left w:w="85" w:type="dxa"/>
              <w:bottom w:w="70" w:type="dxa"/>
              <w:right w:w="85" w:type="dxa"/>
            </w:tcMar>
            <w:vAlign w:val="center"/>
          </w:tcPr>
          <w:p w14:paraId="0B74CE9A" w14:textId="77777777" w:rsidR="00453E5B" w:rsidRDefault="00000000">
            <w:pPr>
              <w:spacing w:after="0" w:line="240" w:lineRule="auto"/>
            </w:pPr>
            <w:r>
              <w:rPr>
                <w:sz w:val="16"/>
              </w:rPr>
              <w:t>Versiunea aprobată; distinctă de data documentului.</w:t>
            </w:r>
          </w:p>
        </w:tc>
      </w:tr>
      <w:tr w:rsidR="00453E5B" w14:paraId="4F006CA9" w14:textId="77777777">
        <w:trPr>
          <w:cantSplit/>
          <w:jc w:val="center"/>
        </w:trPr>
        <w:tc>
          <w:tcPr>
            <w:tcW w:w="1928" w:type="dxa"/>
            <w:shd w:val="clear" w:color="auto" w:fill="FAFAFA"/>
            <w:tcMar>
              <w:top w:w="70" w:type="dxa"/>
              <w:left w:w="85" w:type="dxa"/>
              <w:bottom w:w="70" w:type="dxa"/>
              <w:right w:w="85" w:type="dxa"/>
            </w:tcMar>
            <w:vAlign w:val="center"/>
          </w:tcPr>
          <w:p w14:paraId="33A5C794" w14:textId="77777777" w:rsidR="00453E5B" w:rsidRDefault="00000000">
            <w:pPr>
              <w:spacing w:after="0" w:line="240" w:lineRule="auto"/>
            </w:pPr>
            <w:r>
              <w:rPr>
                <w:sz w:val="16"/>
              </w:rPr>
              <w:lastRenderedPageBreak/>
              <w:t>Exemplu</w:t>
            </w:r>
          </w:p>
        </w:tc>
        <w:tc>
          <w:tcPr>
            <w:tcW w:w="3005" w:type="dxa"/>
            <w:shd w:val="clear" w:color="auto" w:fill="FAFAFA"/>
            <w:tcMar>
              <w:top w:w="70" w:type="dxa"/>
              <w:left w:w="85" w:type="dxa"/>
              <w:bottom w:w="70" w:type="dxa"/>
              <w:right w:w="85" w:type="dxa"/>
            </w:tcMar>
            <w:vAlign w:val="center"/>
          </w:tcPr>
          <w:p w14:paraId="79E654B3" w14:textId="77777777" w:rsidR="00453E5B" w:rsidRDefault="00000000">
            <w:pPr>
              <w:spacing w:after="0" w:line="240" w:lineRule="auto"/>
            </w:pPr>
            <w:r>
              <w:rPr>
                <w:sz w:val="16"/>
              </w:rPr>
              <w:t>PRO-SEC-IAM-03-R04</w:t>
            </w:r>
          </w:p>
        </w:tc>
        <w:tc>
          <w:tcPr>
            <w:tcW w:w="4989" w:type="dxa"/>
            <w:shd w:val="clear" w:color="auto" w:fill="FAFAFA"/>
            <w:tcMar>
              <w:top w:w="70" w:type="dxa"/>
              <w:left w:w="85" w:type="dxa"/>
              <w:bottom w:w="70" w:type="dxa"/>
              <w:right w:w="85" w:type="dxa"/>
            </w:tcMar>
            <w:vAlign w:val="center"/>
          </w:tcPr>
          <w:p w14:paraId="144C525D" w14:textId="77777777" w:rsidR="00453E5B" w:rsidRDefault="00000000">
            <w:pPr>
              <w:spacing w:after="0" w:line="240" w:lineRule="auto"/>
            </w:pPr>
            <w:r>
              <w:rPr>
                <w:sz w:val="16"/>
              </w:rPr>
              <w:t>Procedura de securitate pentru managementul identităților și accesului, nr. 03, revizia 04.</w:t>
            </w:r>
          </w:p>
        </w:tc>
      </w:tr>
    </w:tbl>
    <w:p w14:paraId="5E55760B" w14:textId="77777777" w:rsidR="00453E5B" w:rsidRDefault="00453E5B">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53E5B" w14:paraId="545638C8" w14:textId="77777777">
        <w:trPr>
          <w:cantSplit/>
          <w:jc w:val="center"/>
        </w:trPr>
        <w:tc>
          <w:tcPr>
            <w:tcW w:w="1020" w:type="dxa"/>
            <w:shd w:val="clear" w:color="auto" w:fill="D71920"/>
            <w:tcMar>
              <w:top w:w="70" w:type="dxa"/>
              <w:left w:w="85" w:type="dxa"/>
              <w:bottom w:w="70" w:type="dxa"/>
              <w:right w:w="85" w:type="dxa"/>
            </w:tcMar>
            <w:vAlign w:val="center"/>
          </w:tcPr>
          <w:p w14:paraId="0F9E7E5B" w14:textId="77777777" w:rsidR="00453E5B" w:rsidRDefault="00000000">
            <w:pPr>
              <w:spacing w:after="0" w:line="240" w:lineRule="auto"/>
              <w:jc w:val="center"/>
            </w:pPr>
            <w:r>
              <w:rPr>
                <w:b/>
                <w:color w:val="FFFFFF"/>
                <w:sz w:val="34"/>
              </w:rPr>
              <w:t>4</w:t>
            </w:r>
          </w:p>
        </w:tc>
        <w:tc>
          <w:tcPr>
            <w:tcW w:w="8901" w:type="dxa"/>
            <w:shd w:val="clear" w:color="auto" w:fill="F3F4F5"/>
          </w:tcPr>
          <w:p w14:paraId="4E623449" w14:textId="77777777" w:rsidR="00453E5B" w:rsidRDefault="00000000">
            <w:pPr>
              <w:spacing w:after="20"/>
            </w:pPr>
            <w:r>
              <w:rPr>
                <w:b/>
                <w:sz w:val="27"/>
              </w:rPr>
              <w:t>Fișele documentelor esențiale</w:t>
            </w:r>
          </w:p>
          <w:p w14:paraId="287CBC72" w14:textId="77777777" w:rsidR="00453E5B" w:rsidRDefault="00000000">
            <w:pPr>
              <w:spacing w:after="0"/>
            </w:pPr>
            <w:r>
              <w:rPr>
                <w:color w:val="666666"/>
                <w:sz w:val="16"/>
              </w:rPr>
              <w:t>Conținut minim orientativ, proprietari, dovezi și erori de evitat</w:t>
            </w:r>
          </w:p>
        </w:tc>
      </w:tr>
    </w:tbl>
    <w:p w14:paraId="0ACD228E" w14:textId="77777777" w:rsidR="00453E5B" w:rsidRDefault="00453E5B">
      <w:pPr>
        <w:spacing w:after="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4FE3D52E" w14:textId="77777777">
        <w:trPr>
          <w:jc w:val="center"/>
        </w:trPr>
        <w:tc>
          <w:tcPr>
            <w:tcW w:w="9921" w:type="dxa"/>
            <w:gridSpan w:val="2"/>
            <w:shd w:val="clear" w:color="auto" w:fill="D71920"/>
            <w:tcMar>
              <w:top w:w="70" w:type="dxa"/>
              <w:left w:w="85" w:type="dxa"/>
              <w:bottom w:w="70" w:type="dxa"/>
              <w:right w:w="85" w:type="dxa"/>
            </w:tcMar>
            <w:vAlign w:val="center"/>
          </w:tcPr>
          <w:p w14:paraId="7AB36984" w14:textId="77777777" w:rsidR="00453E5B" w:rsidRDefault="00000000">
            <w:pPr>
              <w:spacing w:after="0" w:line="240" w:lineRule="auto"/>
            </w:pPr>
            <w:r>
              <w:rPr>
                <w:b/>
                <w:color w:val="FFFFFF"/>
                <w:sz w:val="21"/>
              </w:rPr>
              <w:t>4.1. Domeniul SMSI</w:t>
            </w:r>
          </w:p>
        </w:tc>
      </w:tr>
      <w:tr w:rsidR="00453E5B" w14:paraId="1DC2468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27612A9"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36B6CC24" w14:textId="77777777" w:rsidR="00453E5B" w:rsidRDefault="00000000">
            <w:pPr>
              <w:spacing w:after="0" w:line="240" w:lineRule="auto"/>
            </w:pPr>
            <w:r>
              <w:rPr>
                <w:sz w:val="15"/>
              </w:rPr>
              <w:t>Document menținut</w:t>
            </w:r>
          </w:p>
        </w:tc>
      </w:tr>
      <w:tr w:rsidR="00453E5B" w14:paraId="349C630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118DE38"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7211EC1F" w14:textId="77777777" w:rsidR="00453E5B" w:rsidRDefault="00000000">
            <w:pPr>
              <w:spacing w:after="0" w:line="240" w:lineRule="auto"/>
            </w:pPr>
            <w:r>
              <w:rPr>
                <w:sz w:val="15"/>
              </w:rPr>
              <w:t>4.3</w:t>
            </w:r>
          </w:p>
        </w:tc>
      </w:tr>
      <w:tr w:rsidR="00453E5B" w14:paraId="37B7AF5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E90412F"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2F219E03" w14:textId="77777777" w:rsidR="00453E5B" w:rsidRDefault="00000000">
            <w:pPr>
              <w:spacing w:after="0" w:line="240" w:lineRule="auto"/>
            </w:pPr>
            <w:r>
              <w:rPr>
                <w:sz w:val="15"/>
              </w:rPr>
              <w:t>În mod obișnuit</w:t>
            </w:r>
          </w:p>
        </w:tc>
      </w:tr>
      <w:tr w:rsidR="00453E5B" w14:paraId="7468A08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CCE2C58"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2C87E4FE" w14:textId="77777777" w:rsidR="00453E5B" w:rsidRDefault="00000000">
            <w:pPr>
              <w:spacing w:after="0" w:line="240" w:lineRule="auto"/>
            </w:pPr>
            <w:r>
              <w:rPr>
                <w:sz w:val="15"/>
              </w:rPr>
              <w:t>Definește limitele și interfețele sistemului certificat.</w:t>
            </w:r>
          </w:p>
        </w:tc>
      </w:tr>
      <w:tr w:rsidR="00453E5B" w14:paraId="67E9BA0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CE2C34A"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526AD7E8" w14:textId="77777777" w:rsidR="00453E5B" w:rsidRDefault="00000000">
            <w:pPr>
              <w:spacing w:after="0" w:line="240" w:lineRule="auto"/>
            </w:pPr>
            <w:r>
              <w:rPr>
                <w:sz w:val="15"/>
              </w:rPr>
              <w:t>Entități; locații; procese; servicii; informații; tehnologii; terți; interfețe; justificări; dependențe.</w:t>
            </w:r>
          </w:p>
        </w:tc>
      </w:tr>
      <w:tr w:rsidR="00453E5B" w14:paraId="267ED3A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C922A63"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5E70BFE6" w14:textId="77777777" w:rsidR="00453E5B" w:rsidRDefault="00000000">
            <w:pPr>
              <w:spacing w:after="0" w:line="240" w:lineRule="auto"/>
            </w:pPr>
            <w:r>
              <w:rPr>
                <w:sz w:val="15"/>
              </w:rPr>
              <w:t>Conducerea, CISO/coord. SMSI și proprietarii de proces.</w:t>
            </w:r>
          </w:p>
        </w:tc>
      </w:tr>
      <w:tr w:rsidR="00453E5B" w14:paraId="5E234E2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A8A026F"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4B8C3D95" w14:textId="77777777" w:rsidR="00453E5B" w:rsidRDefault="00000000">
            <w:pPr>
              <w:spacing w:after="0" w:line="240" w:lineRule="auto"/>
            </w:pPr>
            <w:r>
              <w:rPr>
                <w:sz w:val="15"/>
              </w:rPr>
              <w:t>La schimbări organizaționale, tehnologice, contractuale sau de servicii.</w:t>
            </w:r>
          </w:p>
        </w:tc>
      </w:tr>
      <w:tr w:rsidR="00453E5B" w14:paraId="120AB68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B790908"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3D5C1E7F" w14:textId="77777777" w:rsidR="00453E5B" w:rsidRDefault="00000000">
            <w:pPr>
              <w:spacing w:after="0" w:line="240" w:lineRule="auto"/>
            </w:pPr>
            <w:r>
              <w:rPr>
                <w:sz w:val="15"/>
              </w:rPr>
              <w:t>Arhitecturi, hărți de procese, CMDB, contracte, organigramă și catalog servicii.</w:t>
            </w:r>
          </w:p>
        </w:tc>
      </w:tr>
      <w:tr w:rsidR="00453E5B" w14:paraId="2737743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008D1A0"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2D5EC1A4" w14:textId="77777777" w:rsidR="00453E5B" w:rsidRDefault="00000000">
            <w:pPr>
              <w:spacing w:after="0" w:line="240" w:lineRule="auto"/>
            </w:pPr>
            <w:r>
              <w:rPr>
                <w:sz w:val="15"/>
              </w:rPr>
              <w:t>Domeniu formulat comercial, dar fără limite tehnice; omiterea cloudului, muncii la distanță sau terților.</w:t>
            </w:r>
          </w:p>
        </w:tc>
      </w:tr>
    </w:tbl>
    <w:p w14:paraId="157322D4"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485ACBAC" w14:textId="77777777">
        <w:trPr>
          <w:jc w:val="center"/>
        </w:trPr>
        <w:tc>
          <w:tcPr>
            <w:tcW w:w="9921" w:type="dxa"/>
            <w:gridSpan w:val="2"/>
            <w:shd w:val="clear" w:color="auto" w:fill="D71920"/>
            <w:tcMar>
              <w:top w:w="70" w:type="dxa"/>
              <w:left w:w="85" w:type="dxa"/>
              <w:bottom w:w="70" w:type="dxa"/>
              <w:right w:w="85" w:type="dxa"/>
            </w:tcMar>
            <w:vAlign w:val="center"/>
          </w:tcPr>
          <w:p w14:paraId="7D0BCA3F" w14:textId="77777777" w:rsidR="00453E5B" w:rsidRDefault="00000000">
            <w:pPr>
              <w:spacing w:after="0" w:line="240" w:lineRule="auto"/>
            </w:pPr>
            <w:r>
              <w:rPr>
                <w:b/>
                <w:color w:val="FFFFFF"/>
                <w:sz w:val="21"/>
              </w:rPr>
              <w:t>4.2. Politica de securitate a informației</w:t>
            </w:r>
          </w:p>
        </w:tc>
      </w:tr>
      <w:tr w:rsidR="00453E5B" w14:paraId="7E4F4EF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E4457D4"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EEA51C1" w14:textId="77777777" w:rsidR="00453E5B" w:rsidRDefault="00000000">
            <w:pPr>
              <w:spacing w:after="0" w:line="240" w:lineRule="auto"/>
            </w:pPr>
            <w:r>
              <w:rPr>
                <w:sz w:val="15"/>
              </w:rPr>
              <w:t>Document menținut</w:t>
            </w:r>
          </w:p>
        </w:tc>
      </w:tr>
      <w:tr w:rsidR="00453E5B" w14:paraId="5C6A4FF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3959C05"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5D8F4581" w14:textId="77777777" w:rsidR="00453E5B" w:rsidRDefault="00000000">
            <w:pPr>
              <w:spacing w:after="0" w:line="240" w:lineRule="auto"/>
            </w:pPr>
            <w:r>
              <w:rPr>
                <w:sz w:val="15"/>
              </w:rPr>
              <w:t>5.2</w:t>
            </w:r>
          </w:p>
        </w:tc>
      </w:tr>
      <w:tr w:rsidR="00453E5B" w14:paraId="6311164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58A71FF"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5B443779" w14:textId="77777777" w:rsidR="00453E5B" w:rsidRDefault="00000000">
            <w:pPr>
              <w:spacing w:after="0" w:line="240" w:lineRule="auto"/>
            </w:pPr>
            <w:r>
              <w:rPr>
                <w:sz w:val="15"/>
              </w:rPr>
              <w:t>În mod obișnuit</w:t>
            </w:r>
          </w:p>
        </w:tc>
      </w:tr>
      <w:tr w:rsidR="00453E5B" w14:paraId="69A902B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1900B77"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2E14A920" w14:textId="77777777" w:rsidR="00453E5B" w:rsidRDefault="00000000">
            <w:pPr>
              <w:spacing w:after="0" w:line="240" w:lineRule="auto"/>
            </w:pPr>
            <w:r>
              <w:rPr>
                <w:sz w:val="15"/>
              </w:rPr>
              <w:t>Stabilește principiile, angajamentele și direcția SMSI.</w:t>
            </w:r>
          </w:p>
        </w:tc>
      </w:tr>
      <w:tr w:rsidR="00453E5B" w14:paraId="5708230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3DB363A"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5BBC0491" w14:textId="77777777" w:rsidR="00453E5B" w:rsidRDefault="00000000">
            <w:pPr>
              <w:spacing w:after="0" w:line="240" w:lineRule="auto"/>
            </w:pPr>
            <w:r>
              <w:rPr>
                <w:sz w:val="15"/>
              </w:rPr>
              <w:t>Scop; obiective; conformare; gestionarea riscului; responsabilități; raportare; îmbunătățire; aprobare.</w:t>
            </w:r>
          </w:p>
        </w:tc>
      </w:tr>
      <w:tr w:rsidR="00453E5B" w14:paraId="144F6E0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E3513D7"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5471DD0" w14:textId="77777777" w:rsidR="00453E5B" w:rsidRDefault="00000000">
            <w:pPr>
              <w:spacing w:after="0" w:line="240" w:lineRule="auto"/>
            </w:pPr>
            <w:r>
              <w:rPr>
                <w:sz w:val="15"/>
              </w:rPr>
              <w:t>Conducerea de vârf.</w:t>
            </w:r>
          </w:p>
        </w:tc>
      </w:tr>
      <w:tr w:rsidR="00453E5B" w14:paraId="0519240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63D0EF5"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F73B5FB" w14:textId="77777777" w:rsidR="00453E5B" w:rsidRDefault="00000000">
            <w:pPr>
              <w:spacing w:after="0" w:line="240" w:lineRule="auto"/>
            </w:pPr>
            <w:r>
              <w:rPr>
                <w:sz w:val="15"/>
              </w:rPr>
              <w:t>Periodic și la schimbări majore.</w:t>
            </w:r>
          </w:p>
        </w:tc>
      </w:tr>
      <w:tr w:rsidR="00453E5B" w14:paraId="27CA5D9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0879262"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5C0786C7" w14:textId="77777777" w:rsidR="00453E5B" w:rsidRDefault="00000000">
            <w:pPr>
              <w:spacing w:after="0" w:line="240" w:lineRule="auto"/>
            </w:pPr>
            <w:r>
              <w:rPr>
                <w:sz w:val="15"/>
              </w:rPr>
              <w:t>Comunicări, instruiri, obiective, decizii și politici subordonate.</w:t>
            </w:r>
          </w:p>
        </w:tc>
      </w:tr>
      <w:tr w:rsidR="00453E5B" w14:paraId="2D47F79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974D614"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3245728A" w14:textId="77777777" w:rsidR="00453E5B" w:rsidRDefault="00000000">
            <w:pPr>
              <w:spacing w:after="0" w:line="240" w:lineRule="auto"/>
            </w:pPr>
            <w:r>
              <w:rPr>
                <w:sz w:val="15"/>
              </w:rPr>
              <w:t>Politică tehnică inaccesibilă; fără angajament privind resursele; nealiniată strategiei.</w:t>
            </w:r>
          </w:p>
        </w:tc>
      </w:tr>
    </w:tbl>
    <w:p w14:paraId="3CF2456E"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0135FCAD" w14:textId="77777777">
        <w:trPr>
          <w:jc w:val="center"/>
        </w:trPr>
        <w:tc>
          <w:tcPr>
            <w:tcW w:w="9921" w:type="dxa"/>
            <w:gridSpan w:val="2"/>
            <w:shd w:val="clear" w:color="auto" w:fill="D71920"/>
            <w:tcMar>
              <w:top w:w="70" w:type="dxa"/>
              <w:left w:w="85" w:type="dxa"/>
              <w:bottom w:w="70" w:type="dxa"/>
              <w:right w:w="85" w:type="dxa"/>
            </w:tcMar>
            <w:vAlign w:val="center"/>
          </w:tcPr>
          <w:p w14:paraId="355E642E" w14:textId="77777777" w:rsidR="00453E5B" w:rsidRDefault="00000000">
            <w:pPr>
              <w:spacing w:after="0" w:line="240" w:lineRule="auto"/>
            </w:pPr>
            <w:r>
              <w:rPr>
                <w:b/>
                <w:color w:val="FFFFFF"/>
                <w:sz w:val="21"/>
              </w:rPr>
              <w:t>4.3. Metodologia de evaluare a riscurilor</w:t>
            </w:r>
          </w:p>
        </w:tc>
      </w:tr>
      <w:tr w:rsidR="00453E5B" w14:paraId="3DE550A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F2B22A9"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04DD6E83" w14:textId="77777777" w:rsidR="00453E5B" w:rsidRDefault="00000000">
            <w:pPr>
              <w:spacing w:after="0" w:line="240" w:lineRule="auto"/>
            </w:pPr>
            <w:r>
              <w:rPr>
                <w:sz w:val="15"/>
              </w:rPr>
              <w:t>Document menținut</w:t>
            </w:r>
          </w:p>
        </w:tc>
      </w:tr>
      <w:tr w:rsidR="00453E5B" w14:paraId="0F06C1F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153C337"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574DB1E" w14:textId="77777777" w:rsidR="00453E5B" w:rsidRDefault="00000000">
            <w:pPr>
              <w:spacing w:after="0" w:line="240" w:lineRule="auto"/>
            </w:pPr>
            <w:r>
              <w:rPr>
                <w:sz w:val="15"/>
              </w:rPr>
              <w:t>6.1.2</w:t>
            </w:r>
          </w:p>
        </w:tc>
      </w:tr>
      <w:tr w:rsidR="00453E5B" w14:paraId="64E4841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14C5084"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37B99060" w14:textId="77777777" w:rsidR="00453E5B" w:rsidRDefault="00000000">
            <w:pPr>
              <w:spacing w:after="0" w:line="240" w:lineRule="auto"/>
            </w:pPr>
            <w:r>
              <w:rPr>
                <w:sz w:val="15"/>
              </w:rPr>
              <w:t>În mod obișnuit</w:t>
            </w:r>
          </w:p>
        </w:tc>
      </w:tr>
      <w:tr w:rsidR="00453E5B" w14:paraId="701FEBD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DAC8907"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4F119221" w14:textId="77777777" w:rsidR="00453E5B" w:rsidRDefault="00000000">
            <w:pPr>
              <w:spacing w:after="0" w:line="240" w:lineRule="auto"/>
            </w:pPr>
            <w:r>
              <w:rPr>
                <w:sz w:val="15"/>
              </w:rPr>
              <w:t>Asigură evaluări consecvente, comparabile și repetabile.</w:t>
            </w:r>
          </w:p>
        </w:tc>
      </w:tr>
      <w:tr w:rsidR="00453E5B" w14:paraId="5D3A245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3A811AB"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31BA902F" w14:textId="77777777" w:rsidR="00453E5B" w:rsidRDefault="00000000">
            <w:pPr>
              <w:spacing w:after="0" w:line="240" w:lineRule="auto"/>
            </w:pPr>
            <w:r>
              <w:rPr>
                <w:sz w:val="15"/>
              </w:rPr>
              <w:t>Scop; active/procese; amenințări/vulnerabilități sau scenarii; impact; probabilitate; criterii; proprietar; acceptare; agregare; revizuire.</w:t>
            </w:r>
          </w:p>
        </w:tc>
      </w:tr>
      <w:tr w:rsidR="00453E5B" w14:paraId="5DA3D75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A918343"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5B6570C3" w14:textId="77777777" w:rsidR="00453E5B" w:rsidRDefault="00000000">
            <w:pPr>
              <w:spacing w:after="0" w:line="240" w:lineRule="auto"/>
            </w:pPr>
            <w:r>
              <w:rPr>
                <w:sz w:val="15"/>
              </w:rPr>
              <w:t>CISO/risk manager.</w:t>
            </w:r>
          </w:p>
        </w:tc>
      </w:tr>
      <w:tr w:rsidR="00453E5B" w14:paraId="4628710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189BB30"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4BDF0750" w14:textId="77777777" w:rsidR="00453E5B" w:rsidRDefault="00000000">
            <w:pPr>
              <w:spacing w:after="0" w:line="240" w:lineRule="auto"/>
            </w:pPr>
            <w:r>
              <w:rPr>
                <w:sz w:val="15"/>
              </w:rPr>
              <w:t>La schimbarea metodei, contextului sau apetitului de risc.</w:t>
            </w:r>
          </w:p>
        </w:tc>
      </w:tr>
      <w:tr w:rsidR="00453E5B" w14:paraId="610FE61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8855278"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4DB98429" w14:textId="77777777" w:rsidR="00453E5B" w:rsidRDefault="00000000">
            <w:pPr>
              <w:spacing w:after="0" w:line="240" w:lineRule="auto"/>
            </w:pPr>
            <w:r>
              <w:rPr>
                <w:sz w:val="15"/>
              </w:rPr>
              <w:t>Ateliere, criterii aprobate, exemple calibrate și rezultate.</w:t>
            </w:r>
          </w:p>
        </w:tc>
      </w:tr>
      <w:tr w:rsidR="00453E5B" w14:paraId="64B2E70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9FA1DD3"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4B5706F6" w14:textId="77777777" w:rsidR="00453E5B" w:rsidRDefault="00000000">
            <w:pPr>
              <w:spacing w:after="0" w:line="240" w:lineRule="auto"/>
            </w:pPr>
            <w:r>
              <w:rPr>
                <w:sz w:val="15"/>
              </w:rPr>
              <w:t>Scoruri fără definiții; risc calculat fără proprietar; ignorarea riscurilor furnizor/cloud și a impacturilor nefinanciare.</w:t>
            </w:r>
          </w:p>
        </w:tc>
      </w:tr>
    </w:tbl>
    <w:p w14:paraId="3E54F0D3"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4693A280" w14:textId="77777777">
        <w:trPr>
          <w:jc w:val="center"/>
        </w:trPr>
        <w:tc>
          <w:tcPr>
            <w:tcW w:w="9921" w:type="dxa"/>
            <w:gridSpan w:val="2"/>
            <w:shd w:val="clear" w:color="auto" w:fill="D71920"/>
            <w:tcMar>
              <w:top w:w="70" w:type="dxa"/>
              <w:left w:w="85" w:type="dxa"/>
              <w:bottom w:w="70" w:type="dxa"/>
              <w:right w:w="85" w:type="dxa"/>
            </w:tcMar>
            <w:vAlign w:val="center"/>
          </w:tcPr>
          <w:p w14:paraId="5BA791DD" w14:textId="77777777" w:rsidR="00453E5B" w:rsidRDefault="00000000">
            <w:pPr>
              <w:spacing w:after="0" w:line="240" w:lineRule="auto"/>
            </w:pPr>
            <w:r>
              <w:rPr>
                <w:b/>
                <w:color w:val="FFFFFF"/>
                <w:sz w:val="21"/>
              </w:rPr>
              <w:t>4.4. Registrul riscurilor de securitate</w:t>
            </w:r>
          </w:p>
        </w:tc>
      </w:tr>
      <w:tr w:rsidR="00453E5B" w14:paraId="36017E2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8CDF2D3"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FE958D2" w14:textId="77777777" w:rsidR="00453E5B" w:rsidRDefault="00000000">
            <w:pPr>
              <w:spacing w:after="0" w:line="240" w:lineRule="auto"/>
            </w:pPr>
            <w:r>
              <w:rPr>
                <w:sz w:val="15"/>
              </w:rPr>
              <w:t>Înregistrare păstrată și actualizată</w:t>
            </w:r>
          </w:p>
        </w:tc>
      </w:tr>
      <w:tr w:rsidR="00453E5B" w14:paraId="6A784CD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2508BFB"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17170DC7" w14:textId="77777777" w:rsidR="00453E5B" w:rsidRDefault="00000000">
            <w:pPr>
              <w:spacing w:after="0" w:line="240" w:lineRule="auto"/>
            </w:pPr>
            <w:r>
              <w:rPr>
                <w:sz w:val="15"/>
              </w:rPr>
              <w:t>8.2</w:t>
            </w:r>
          </w:p>
        </w:tc>
      </w:tr>
      <w:tr w:rsidR="00453E5B" w14:paraId="3FFA439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42944ED"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5E4609FE" w14:textId="77777777" w:rsidR="00453E5B" w:rsidRDefault="00000000">
            <w:pPr>
              <w:spacing w:after="0" w:line="240" w:lineRule="auto"/>
            </w:pPr>
            <w:r>
              <w:rPr>
                <w:sz w:val="15"/>
              </w:rPr>
              <w:t>În mod obișnuit</w:t>
            </w:r>
          </w:p>
        </w:tc>
      </w:tr>
      <w:tr w:rsidR="00453E5B" w14:paraId="402756A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EFEF9E6"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16C5DFCC" w14:textId="77777777" w:rsidR="00453E5B" w:rsidRDefault="00000000">
            <w:pPr>
              <w:spacing w:after="0" w:line="240" w:lineRule="auto"/>
            </w:pPr>
            <w:r>
              <w:rPr>
                <w:sz w:val="15"/>
              </w:rPr>
              <w:t>Documentează scenariile, evaluarea, deciziile și riscul rezidual.</w:t>
            </w:r>
          </w:p>
        </w:tc>
      </w:tr>
      <w:tr w:rsidR="00453E5B" w14:paraId="0F53BCA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034DBDA" w14:textId="77777777" w:rsidR="00453E5B" w:rsidRDefault="00000000">
            <w:pPr>
              <w:spacing w:after="0" w:line="240" w:lineRule="auto"/>
            </w:pPr>
            <w:r>
              <w:rPr>
                <w:b/>
                <w:sz w:val="15"/>
              </w:rPr>
              <w:lastRenderedPageBreak/>
              <w:t>Conținut minim recomandat</w:t>
            </w:r>
          </w:p>
        </w:tc>
        <w:tc>
          <w:tcPr>
            <w:tcW w:w="7540" w:type="dxa"/>
            <w:shd w:val="clear" w:color="auto" w:fill="FFFFFF"/>
            <w:tcMar>
              <w:top w:w="70" w:type="dxa"/>
              <w:left w:w="85" w:type="dxa"/>
              <w:bottom w:w="70" w:type="dxa"/>
              <w:right w:w="85" w:type="dxa"/>
            </w:tcMar>
            <w:vAlign w:val="center"/>
          </w:tcPr>
          <w:p w14:paraId="46E30C18" w14:textId="77777777" w:rsidR="00453E5B" w:rsidRDefault="00000000">
            <w:pPr>
              <w:spacing w:after="0" w:line="240" w:lineRule="auto"/>
            </w:pPr>
            <w:r>
              <w:rPr>
                <w:sz w:val="15"/>
              </w:rPr>
              <w:t>ID; proces/informație; scenariu; cauze; consecințe; controale existente; scor inerent/rezidual; proprietar; decizie; termen; stare.</w:t>
            </w:r>
          </w:p>
        </w:tc>
      </w:tr>
      <w:tr w:rsidR="00453E5B" w14:paraId="7BCE1BE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A791488"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32157249" w14:textId="77777777" w:rsidR="00453E5B" w:rsidRDefault="00000000">
            <w:pPr>
              <w:spacing w:after="0" w:line="240" w:lineRule="auto"/>
            </w:pPr>
            <w:r>
              <w:rPr>
                <w:sz w:val="15"/>
              </w:rPr>
              <w:t>Proprietarii riscurilor, coordonați de SMSI.</w:t>
            </w:r>
          </w:p>
        </w:tc>
      </w:tr>
      <w:tr w:rsidR="00453E5B" w14:paraId="1EC1FF4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D126941"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365CBCC1" w14:textId="77777777" w:rsidR="00453E5B" w:rsidRDefault="00000000">
            <w:pPr>
              <w:spacing w:after="0" w:line="240" w:lineRule="auto"/>
            </w:pPr>
            <w:r>
              <w:rPr>
                <w:sz w:val="15"/>
              </w:rPr>
              <w:t>Periodic, la schimbări și incidente.</w:t>
            </w:r>
          </w:p>
        </w:tc>
      </w:tr>
      <w:tr w:rsidR="00453E5B" w14:paraId="14E032E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36BCF85"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2A04CAAE" w14:textId="77777777" w:rsidR="00453E5B" w:rsidRDefault="00000000">
            <w:pPr>
              <w:spacing w:after="0" w:line="240" w:lineRule="auto"/>
            </w:pPr>
            <w:r>
              <w:rPr>
                <w:sz w:val="15"/>
              </w:rPr>
              <w:t>Evaluări, ateliere, scanări, audituri, incidente, threat intelligence și furnizori.</w:t>
            </w:r>
          </w:p>
        </w:tc>
      </w:tr>
      <w:tr w:rsidR="00453E5B" w14:paraId="67F222B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80CA805"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896B032" w14:textId="77777777" w:rsidR="00453E5B" w:rsidRDefault="00000000">
            <w:pPr>
              <w:spacing w:after="0" w:line="240" w:lineRule="auto"/>
            </w:pPr>
            <w:r>
              <w:rPr>
                <w:sz w:val="15"/>
              </w:rPr>
              <w:t>Listă generică; toate riscurile „medii”; lipsa riscului rezidual și a aprobării.</w:t>
            </w:r>
          </w:p>
        </w:tc>
      </w:tr>
    </w:tbl>
    <w:p w14:paraId="4F29A070"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208866A5" w14:textId="77777777">
        <w:trPr>
          <w:jc w:val="center"/>
        </w:trPr>
        <w:tc>
          <w:tcPr>
            <w:tcW w:w="9921" w:type="dxa"/>
            <w:gridSpan w:val="2"/>
            <w:shd w:val="clear" w:color="auto" w:fill="D71920"/>
            <w:tcMar>
              <w:top w:w="70" w:type="dxa"/>
              <w:left w:w="85" w:type="dxa"/>
              <w:bottom w:w="70" w:type="dxa"/>
              <w:right w:w="85" w:type="dxa"/>
            </w:tcMar>
            <w:vAlign w:val="center"/>
          </w:tcPr>
          <w:p w14:paraId="0AFCD51D" w14:textId="77777777" w:rsidR="00453E5B" w:rsidRDefault="00000000">
            <w:pPr>
              <w:spacing w:after="0" w:line="240" w:lineRule="auto"/>
            </w:pPr>
            <w:r>
              <w:rPr>
                <w:b/>
                <w:color w:val="FFFFFF"/>
                <w:sz w:val="21"/>
              </w:rPr>
              <w:t>4.5. Planul de tratare a riscurilor</w:t>
            </w:r>
          </w:p>
        </w:tc>
      </w:tr>
      <w:tr w:rsidR="00453E5B" w14:paraId="7324136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BD688C2"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60493285" w14:textId="77777777" w:rsidR="00453E5B" w:rsidRDefault="00000000">
            <w:pPr>
              <w:spacing w:after="0" w:line="240" w:lineRule="auto"/>
            </w:pPr>
            <w:r>
              <w:rPr>
                <w:sz w:val="15"/>
              </w:rPr>
              <w:t>Document menținut și aprobat</w:t>
            </w:r>
          </w:p>
        </w:tc>
      </w:tr>
      <w:tr w:rsidR="00453E5B" w14:paraId="5A69102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A0A00C8"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7CCCDDE2" w14:textId="77777777" w:rsidR="00453E5B" w:rsidRDefault="00000000">
            <w:pPr>
              <w:spacing w:after="0" w:line="240" w:lineRule="auto"/>
            </w:pPr>
            <w:r>
              <w:rPr>
                <w:sz w:val="15"/>
              </w:rPr>
              <w:t>6.1.3</w:t>
            </w:r>
          </w:p>
        </w:tc>
      </w:tr>
      <w:tr w:rsidR="00453E5B" w14:paraId="2FA9F54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B9D751F"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32A2EEA5" w14:textId="77777777" w:rsidR="00453E5B" w:rsidRDefault="00000000">
            <w:pPr>
              <w:spacing w:after="0" w:line="240" w:lineRule="auto"/>
            </w:pPr>
            <w:r>
              <w:rPr>
                <w:sz w:val="15"/>
              </w:rPr>
              <w:t>În mod obișnuit</w:t>
            </w:r>
          </w:p>
        </w:tc>
      </w:tr>
      <w:tr w:rsidR="00453E5B" w14:paraId="044DD4F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63272C4"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78698CDC" w14:textId="77777777" w:rsidR="00453E5B" w:rsidRDefault="00000000">
            <w:pPr>
              <w:spacing w:after="0" w:line="240" w:lineRule="auto"/>
            </w:pPr>
            <w:r>
              <w:rPr>
                <w:sz w:val="15"/>
              </w:rPr>
              <w:t>Transformă deciziile de risc în acțiuni controlate.</w:t>
            </w:r>
          </w:p>
        </w:tc>
      </w:tr>
      <w:tr w:rsidR="00453E5B" w14:paraId="109FA63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8EF4006"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4D780689" w14:textId="77777777" w:rsidR="00453E5B" w:rsidRDefault="00000000">
            <w:pPr>
              <w:spacing w:after="0" w:line="240" w:lineRule="auto"/>
            </w:pPr>
            <w:r>
              <w:rPr>
                <w:sz w:val="15"/>
              </w:rPr>
              <w:t>Risc; opțiune; control/acțiune; rezultat așteptat; responsabil; resurse; termen; dependențe; KPI/KRI; risc rezidual; acceptare.</w:t>
            </w:r>
          </w:p>
        </w:tc>
      </w:tr>
      <w:tr w:rsidR="00453E5B" w14:paraId="631786E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7B93E49"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78976556" w14:textId="77777777" w:rsidR="00453E5B" w:rsidRDefault="00000000">
            <w:pPr>
              <w:spacing w:after="0" w:line="240" w:lineRule="auto"/>
            </w:pPr>
            <w:r>
              <w:rPr>
                <w:sz w:val="15"/>
              </w:rPr>
              <w:t>Proprietarul riscului și CISO.</w:t>
            </w:r>
          </w:p>
        </w:tc>
      </w:tr>
      <w:tr w:rsidR="00453E5B" w14:paraId="6B2A50E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89E62A5"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0F3B25EB" w14:textId="77777777" w:rsidR="00453E5B" w:rsidRDefault="00000000">
            <w:pPr>
              <w:spacing w:after="0" w:line="240" w:lineRule="auto"/>
            </w:pPr>
            <w:r>
              <w:rPr>
                <w:sz w:val="15"/>
              </w:rPr>
              <w:t>Monitorizare periodică; actualizare la schimbări.</w:t>
            </w:r>
          </w:p>
        </w:tc>
      </w:tr>
      <w:tr w:rsidR="00453E5B" w14:paraId="0417D13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16EB862"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1FA47B38" w14:textId="77777777" w:rsidR="00453E5B" w:rsidRDefault="00000000">
            <w:pPr>
              <w:spacing w:after="0" w:line="240" w:lineRule="auto"/>
            </w:pPr>
            <w:r>
              <w:rPr>
                <w:sz w:val="15"/>
              </w:rPr>
              <w:t>Proiecte, tichete, bugete, teste, aprobări și acceptări.</w:t>
            </w:r>
          </w:p>
        </w:tc>
      </w:tr>
      <w:tr w:rsidR="00453E5B" w14:paraId="7F7DB9E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0C2C5FD"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6B32308E" w14:textId="77777777" w:rsidR="00453E5B" w:rsidRDefault="00000000">
            <w:pPr>
              <w:spacing w:after="0" w:line="240" w:lineRule="auto"/>
            </w:pPr>
            <w:r>
              <w:rPr>
                <w:sz w:val="15"/>
              </w:rPr>
              <w:t>Acțiuni fără legătură cu risc; termene perpetuu amânate; acceptare de risc de către persoane fără autoritate.</w:t>
            </w:r>
          </w:p>
        </w:tc>
      </w:tr>
    </w:tbl>
    <w:p w14:paraId="15510E83"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4957B1FC" w14:textId="77777777">
        <w:trPr>
          <w:jc w:val="center"/>
        </w:trPr>
        <w:tc>
          <w:tcPr>
            <w:tcW w:w="9921" w:type="dxa"/>
            <w:gridSpan w:val="2"/>
            <w:shd w:val="clear" w:color="auto" w:fill="D71920"/>
            <w:tcMar>
              <w:top w:w="70" w:type="dxa"/>
              <w:left w:w="85" w:type="dxa"/>
              <w:bottom w:w="70" w:type="dxa"/>
              <w:right w:w="85" w:type="dxa"/>
            </w:tcMar>
            <w:vAlign w:val="center"/>
          </w:tcPr>
          <w:p w14:paraId="61A6715C" w14:textId="77777777" w:rsidR="00453E5B" w:rsidRDefault="00000000">
            <w:pPr>
              <w:spacing w:after="0" w:line="240" w:lineRule="auto"/>
            </w:pPr>
            <w:r>
              <w:rPr>
                <w:b/>
                <w:color w:val="FFFFFF"/>
                <w:sz w:val="21"/>
              </w:rPr>
              <w:t>4.6. Declarația de aplicabilitate (SoA)</w:t>
            </w:r>
          </w:p>
        </w:tc>
      </w:tr>
      <w:tr w:rsidR="00453E5B" w14:paraId="7DAC399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453E90A"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621FEBF6" w14:textId="77777777" w:rsidR="00453E5B" w:rsidRDefault="00000000">
            <w:pPr>
              <w:spacing w:after="0" w:line="240" w:lineRule="auto"/>
            </w:pPr>
            <w:r>
              <w:rPr>
                <w:sz w:val="15"/>
              </w:rPr>
              <w:t>Document menținut</w:t>
            </w:r>
          </w:p>
        </w:tc>
      </w:tr>
      <w:tr w:rsidR="00453E5B" w14:paraId="1A4BB21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32983E2"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7AB55A07" w14:textId="77777777" w:rsidR="00453E5B" w:rsidRDefault="00000000">
            <w:pPr>
              <w:spacing w:after="0" w:line="240" w:lineRule="auto"/>
            </w:pPr>
            <w:r>
              <w:rPr>
                <w:sz w:val="15"/>
              </w:rPr>
              <w:t>6.1.3 d</w:t>
            </w:r>
          </w:p>
        </w:tc>
      </w:tr>
      <w:tr w:rsidR="00453E5B" w14:paraId="61460ED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4FBAD10"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262B2C0F" w14:textId="77777777" w:rsidR="00453E5B" w:rsidRDefault="00000000">
            <w:pPr>
              <w:spacing w:after="0" w:line="240" w:lineRule="auto"/>
            </w:pPr>
            <w:r>
              <w:rPr>
                <w:sz w:val="15"/>
              </w:rPr>
              <w:t>În mod obișnuit</w:t>
            </w:r>
          </w:p>
        </w:tc>
      </w:tr>
      <w:tr w:rsidR="00453E5B" w14:paraId="6588849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7B454AD"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3C215361" w14:textId="77777777" w:rsidR="00453E5B" w:rsidRDefault="00000000">
            <w:pPr>
              <w:spacing w:after="0" w:line="240" w:lineRule="auto"/>
            </w:pPr>
            <w:r>
              <w:rPr>
                <w:sz w:val="15"/>
              </w:rPr>
              <w:t>Arată controalele necesare și justificarea deciziilor față de Anexa A.</w:t>
            </w:r>
          </w:p>
        </w:tc>
      </w:tr>
      <w:tr w:rsidR="00453E5B" w14:paraId="4B70AF3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1541C61"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52D1888F" w14:textId="77777777" w:rsidR="00453E5B" w:rsidRDefault="00000000">
            <w:pPr>
              <w:spacing w:after="0" w:line="240" w:lineRule="auto"/>
            </w:pPr>
            <w:r>
              <w:rPr>
                <w:sz w:val="15"/>
              </w:rPr>
              <w:t>Control; aplicabilitate; justificare; sursă; stare implementare; proprietar; documente/dovezi; observații; excludere justificată.</w:t>
            </w:r>
          </w:p>
        </w:tc>
      </w:tr>
      <w:tr w:rsidR="00453E5B" w14:paraId="19D1F8E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CFDAB17"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6A996559" w14:textId="77777777" w:rsidR="00453E5B" w:rsidRDefault="00000000">
            <w:pPr>
              <w:spacing w:after="0" w:line="240" w:lineRule="auto"/>
            </w:pPr>
            <w:r>
              <w:rPr>
                <w:sz w:val="15"/>
              </w:rPr>
              <w:t>CISO/coord. SMSI cu proprietarii de control.</w:t>
            </w:r>
          </w:p>
        </w:tc>
      </w:tr>
      <w:tr w:rsidR="00453E5B" w14:paraId="0BF451B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7475DA9"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77E0F3C2" w14:textId="77777777" w:rsidR="00453E5B" w:rsidRDefault="00000000">
            <w:pPr>
              <w:spacing w:after="0" w:line="240" w:lineRule="auto"/>
            </w:pPr>
            <w:r>
              <w:rPr>
                <w:sz w:val="15"/>
              </w:rPr>
              <w:t>La schimbări de risc, controale, servicii, obligații sau ediție standard.</w:t>
            </w:r>
          </w:p>
        </w:tc>
      </w:tr>
      <w:tr w:rsidR="00453E5B" w14:paraId="1B1A206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6F087AB"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449173F4" w14:textId="77777777" w:rsidR="00453E5B" w:rsidRDefault="00000000">
            <w:pPr>
              <w:spacing w:after="0" w:line="240" w:lineRule="auto"/>
            </w:pPr>
            <w:r>
              <w:rPr>
                <w:sz w:val="15"/>
              </w:rPr>
              <w:t>Politici, configurații, loguri, contracte, teste, rapoarte și tichete.</w:t>
            </w:r>
          </w:p>
        </w:tc>
      </w:tr>
      <w:tr w:rsidR="00453E5B" w14:paraId="70C1DCC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459AAD7"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0EFBE661" w14:textId="77777777" w:rsidR="00453E5B" w:rsidRDefault="00000000">
            <w:pPr>
              <w:spacing w:after="0" w:line="240" w:lineRule="auto"/>
            </w:pPr>
            <w:r>
              <w:rPr>
                <w:sz w:val="15"/>
              </w:rPr>
              <w:t>SoA copiată; justificări „aplicabil”; stare declarată fără dovezi; excluderi bazate pe lipsa resurselor.</w:t>
            </w:r>
          </w:p>
        </w:tc>
      </w:tr>
    </w:tbl>
    <w:p w14:paraId="583F60FC"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340489EA" w14:textId="77777777">
        <w:trPr>
          <w:jc w:val="center"/>
        </w:trPr>
        <w:tc>
          <w:tcPr>
            <w:tcW w:w="9921" w:type="dxa"/>
            <w:gridSpan w:val="2"/>
            <w:shd w:val="clear" w:color="auto" w:fill="D71920"/>
            <w:tcMar>
              <w:top w:w="70" w:type="dxa"/>
              <w:left w:w="85" w:type="dxa"/>
              <w:bottom w:w="70" w:type="dxa"/>
              <w:right w:w="85" w:type="dxa"/>
            </w:tcMar>
            <w:vAlign w:val="center"/>
          </w:tcPr>
          <w:p w14:paraId="12788149" w14:textId="77777777" w:rsidR="00453E5B" w:rsidRDefault="00000000">
            <w:pPr>
              <w:spacing w:after="0" w:line="240" w:lineRule="auto"/>
            </w:pPr>
            <w:r>
              <w:rPr>
                <w:b/>
                <w:color w:val="FFFFFF"/>
                <w:sz w:val="21"/>
              </w:rPr>
              <w:t>4.7. Obiectivele de securitate și planul de realizare</w:t>
            </w:r>
          </w:p>
        </w:tc>
      </w:tr>
      <w:tr w:rsidR="00453E5B" w14:paraId="2DB140B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D2B98EC"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C965113" w14:textId="77777777" w:rsidR="00453E5B" w:rsidRDefault="00000000">
            <w:pPr>
              <w:spacing w:after="0" w:line="240" w:lineRule="auto"/>
            </w:pPr>
            <w:r>
              <w:rPr>
                <w:sz w:val="15"/>
              </w:rPr>
              <w:t>Document menținut</w:t>
            </w:r>
          </w:p>
        </w:tc>
      </w:tr>
      <w:tr w:rsidR="00453E5B" w14:paraId="46798D6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40C54DF"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68209ED0" w14:textId="77777777" w:rsidR="00453E5B" w:rsidRDefault="00000000">
            <w:pPr>
              <w:spacing w:after="0" w:line="240" w:lineRule="auto"/>
            </w:pPr>
            <w:r>
              <w:rPr>
                <w:sz w:val="15"/>
              </w:rPr>
              <w:t>6.2</w:t>
            </w:r>
          </w:p>
        </w:tc>
      </w:tr>
      <w:tr w:rsidR="00453E5B" w14:paraId="45B008A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0332560"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052DB61C" w14:textId="77777777" w:rsidR="00453E5B" w:rsidRDefault="00000000">
            <w:pPr>
              <w:spacing w:after="0" w:line="240" w:lineRule="auto"/>
            </w:pPr>
            <w:r>
              <w:rPr>
                <w:sz w:val="15"/>
              </w:rPr>
              <w:t>În mod obișnuit</w:t>
            </w:r>
          </w:p>
        </w:tc>
      </w:tr>
      <w:tr w:rsidR="00453E5B" w14:paraId="5C41FB6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D496051"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5300AEE2" w14:textId="77777777" w:rsidR="00453E5B" w:rsidRDefault="00000000">
            <w:pPr>
              <w:spacing w:after="0" w:line="240" w:lineRule="auto"/>
            </w:pPr>
            <w:r>
              <w:rPr>
                <w:sz w:val="15"/>
              </w:rPr>
              <w:t>Conectează politica și riscurile cu îmbunătățiri măsurabile.</w:t>
            </w:r>
          </w:p>
        </w:tc>
      </w:tr>
      <w:tr w:rsidR="00453E5B" w14:paraId="60A68DC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A5770F1"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3794C06B" w14:textId="77777777" w:rsidR="00453E5B" w:rsidRDefault="00000000">
            <w:pPr>
              <w:spacing w:after="0" w:line="240" w:lineRule="auto"/>
            </w:pPr>
            <w:r>
              <w:rPr>
                <w:sz w:val="15"/>
              </w:rPr>
              <w:t>Indicator; bază; țintă; sursă date; acțiuni; responsabil; resurse; termen; praguri; rezultat; decizie.</w:t>
            </w:r>
          </w:p>
        </w:tc>
      </w:tr>
      <w:tr w:rsidR="00453E5B" w14:paraId="746330B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09AF5DE"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3D74448" w14:textId="77777777" w:rsidR="00453E5B" w:rsidRDefault="00000000">
            <w:pPr>
              <w:spacing w:after="0" w:line="240" w:lineRule="auto"/>
            </w:pPr>
            <w:r>
              <w:rPr>
                <w:sz w:val="15"/>
              </w:rPr>
              <w:t>Conducerea și proprietarii obiectivelor.</w:t>
            </w:r>
          </w:p>
        </w:tc>
      </w:tr>
      <w:tr w:rsidR="00453E5B" w14:paraId="73DBC11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C516714"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79EC2887" w14:textId="77777777" w:rsidR="00453E5B" w:rsidRDefault="00000000">
            <w:pPr>
              <w:spacing w:after="0" w:line="240" w:lineRule="auto"/>
            </w:pPr>
            <w:r>
              <w:rPr>
                <w:sz w:val="15"/>
              </w:rPr>
              <w:t>La frecvența indicatorului și anual.</w:t>
            </w:r>
          </w:p>
        </w:tc>
      </w:tr>
      <w:tr w:rsidR="00453E5B" w14:paraId="27D8E19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08ABD75"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75931D53" w14:textId="77777777" w:rsidR="00453E5B" w:rsidRDefault="00000000">
            <w:pPr>
              <w:spacing w:after="0" w:line="240" w:lineRule="auto"/>
            </w:pPr>
            <w:r>
              <w:rPr>
                <w:sz w:val="15"/>
              </w:rPr>
              <w:t>Dashboard, rapoarte, tichete, teste, exerciții și decizii.</w:t>
            </w:r>
          </w:p>
        </w:tc>
      </w:tr>
      <w:tr w:rsidR="00453E5B" w14:paraId="3147B5E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653B2E0"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40224BA" w14:textId="77777777" w:rsidR="00453E5B" w:rsidRDefault="00000000">
            <w:pPr>
              <w:spacing w:after="0" w:line="240" w:lineRule="auto"/>
            </w:pPr>
            <w:r>
              <w:rPr>
                <w:sz w:val="15"/>
              </w:rPr>
              <w:t>Indicatori de volum fără eficacitate; ținte imposibile; manipularea metricilor prin excluderi.</w:t>
            </w:r>
          </w:p>
        </w:tc>
      </w:tr>
    </w:tbl>
    <w:p w14:paraId="27196F6D"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12FEE6FC" w14:textId="77777777">
        <w:trPr>
          <w:jc w:val="center"/>
        </w:trPr>
        <w:tc>
          <w:tcPr>
            <w:tcW w:w="9921" w:type="dxa"/>
            <w:gridSpan w:val="2"/>
            <w:shd w:val="clear" w:color="auto" w:fill="D71920"/>
            <w:tcMar>
              <w:top w:w="70" w:type="dxa"/>
              <w:left w:w="85" w:type="dxa"/>
              <w:bottom w:w="70" w:type="dxa"/>
              <w:right w:w="85" w:type="dxa"/>
            </w:tcMar>
            <w:vAlign w:val="center"/>
          </w:tcPr>
          <w:p w14:paraId="15D477A6" w14:textId="77777777" w:rsidR="00453E5B" w:rsidRDefault="00000000">
            <w:pPr>
              <w:spacing w:after="0" w:line="240" w:lineRule="auto"/>
            </w:pPr>
            <w:r>
              <w:rPr>
                <w:b/>
                <w:color w:val="FFFFFF"/>
                <w:sz w:val="21"/>
              </w:rPr>
              <w:t>4.8. Registrul obligațiilor legale, contractuale și de reglementare</w:t>
            </w:r>
          </w:p>
        </w:tc>
      </w:tr>
      <w:tr w:rsidR="00453E5B" w14:paraId="3ED4B70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7F0168E"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309E2A97" w14:textId="77777777" w:rsidR="00453E5B" w:rsidRDefault="00000000">
            <w:pPr>
              <w:spacing w:after="0" w:line="240" w:lineRule="auto"/>
            </w:pPr>
            <w:r>
              <w:rPr>
                <w:sz w:val="15"/>
              </w:rPr>
              <w:t>Document recomandat puternic</w:t>
            </w:r>
          </w:p>
        </w:tc>
      </w:tr>
      <w:tr w:rsidR="00453E5B" w14:paraId="27CE2BA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17D542B"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4012AEF1" w14:textId="77777777" w:rsidR="00453E5B" w:rsidRDefault="00000000">
            <w:pPr>
              <w:spacing w:after="0" w:line="240" w:lineRule="auto"/>
            </w:pPr>
            <w:r>
              <w:rPr>
                <w:sz w:val="15"/>
              </w:rPr>
              <w:t>4.2 / A.5.31</w:t>
            </w:r>
          </w:p>
        </w:tc>
      </w:tr>
      <w:tr w:rsidR="00453E5B" w14:paraId="6650532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B6E1571"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39394D1E" w14:textId="77777777" w:rsidR="00453E5B" w:rsidRDefault="00000000">
            <w:pPr>
              <w:spacing w:after="0" w:line="240" w:lineRule="auto"/>
            </w:pPr>
            <w:r>
              <w:rPr>
                <w:sz w:val="15"/>
              </w:rPr>
              <w:t>În mod obișnuit</w:t>
            </w:r>
          </w:p>
        </w:tc>
      </w:tr>
      <w:tr w:rsidR="00453E5B" w14:paraId="0F0B702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2932EE0"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537A1F31" w14:textId="77777777" w:rsidR="00453E5B" w:rsidRDefault="00000000">
            <w:pPr>
              <w:spacing w:after="0" w:line="240" w:lineRule="auto"/>
            </w:pPr>
            <w:r>
              <w:rPr>
                <w:sz w:val="15"/>
              </w:rPr>
              <w:t>Transformă cerințele externe în controale și dovezi.</w:t>
            </w:r>
          </w:p>
        </w:tc>
      </w:tr>
      <w:tr w:rsidR="00453E5B" w14:paraId="21CFD6A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4DA1102" w14:textId="77777777" w:rsidR="00453E5B" w:rsidRDefault="00000000">
            <w:pPr>
              <w:spacing w:after="0" w:line="240" w:lineRule="auto"/>
            </w:pPr>
            <w:r>
              <w:rPr>
                <w:b/>
                <w:sz w:val="15"/>
              </w:rPr>
              <w:lastRenderedPageBreak/>
              <w:t>Conținut minim recomandat</w:t>
            </w:r>
          </w:p>
        </w:tc>
        <w:tc>
          <w:tcPr>
            <w:tcW w:w="7540" w:type="dxa"/>
            <w:shd w:val="clear" w:color="auto" w:fill="FFFFFF"/>
            <w:tcMar>
              <w:top w:w="70" w:type="dxa"/>
              <w:left w:w="85" w:type="dxa"/>
              <w:bottom w:w="70" w:type="dxa"/>
              <w:right w:w="85" w:type="dxa"/>
            </w:tcMar>
            <w:vAlign w:val="center"/>
          </w:tcPr>
          <w:p w14:paraId="7CCB6432" w14:textId="77777777" w:rsidR="00453E5B" w:rsidRDefault="00000000">
            <w:pPr>
              <w:spacing w:after="0" w:line="240" w:lineRule="auto"/>
            </w:pPr>
            <w:r>
              <w:rPr>
                <w:sz w:val="15"/>
              </w:rPr>
              <w:t>Sursă; cerință; jurisdicție; informații/procese; responsabil; control; dovadă; termen; notificare; stare.</w:t>
            </w:r>
          </w:p>
        </w:tc>
      </w:tr>
      <w:tr w:rsidR="00453E5B" w14:paraId="630DA2F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D6A0A73"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281FB273" w14:textId="77777777" w:rsidR="00453E5B" w:rsidRDefault="00000000">
            <w:pPr>
              <w:spacing w:after="0" w:line="240" w:lineRule="auto"/>
            </w:pPr>
            <w:r>
              <w:rPr>
                <w:sz w:val="15"/>
              </w:rPr>
              <w:t>Juridic/compliance și CISO.</w:t>
            </w:r>
          </w:p>
        </w:tc>
      </w:tr>
      <w:tr w:rsidR="00453E5B" w14:paraId="6E7FBC3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D32D37A"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41E7A3B2" w14:textId="77777777" w:rsidR="00453E5B" w:rsidRDefault="00000000">
            <w:pPr>
              <w:spacing w:after="0" w:line="240" w:lineRule="auto"/>
            </w:pPr>
            <w:r>
              <w:rPr>
                <w:sz w:val="15"/>
              </w:rPr>
              <w:t>La modificări și periodic.</w:t>
            </w:r>
          </w:p>
        </w:tc>
      </w:tr>
      <w:tr w:rsidR="00453E5B" w14:paraId="4FFD438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564F1BC"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7C9A8C17" w14:textId="77777777" w:rsidR="00453E5B" w:rsidRDefault="00000000">
            <w:pPr>
              <w:spacing w:after="0" w:line="240" w:lineRule="auto"/>
            </w:pPr>
            <w:r>
              <w:rPr>
                <w:sz w:val="15"/>
              </w:rPr>
              <w:t>Legislație, contracte, DPA, licențe, cerințe client și rapoarte.</w:t>
            </w:r>
          </w:p>
        </w:tc>
      </w:tr>
      <w:tr w:rsidR="00453E5B" w14:paraId="5A8A6E9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21508A2"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3BF90039" w14:textId="77777777" w:rsidR="00453E5B" w:rsidRDefault="00000000">
            <w:pPr>
              <w:spacing w:after="0" w:line="240" w:lineRule="auto"/>
            </w:pPr>
            <w:r>
              <w:rPr>
                <w:sz w:val="15"/>
              </w:rPr>
              <w:t>Inventar de legi fără aplicabilitate; obligații de notificare neclare; lipsa urmăririi modificărilor.</w:t>
            </w:r>
          </w:p>
        </w:tc>
      </w:tr>
    </w:tbl>
    <w:p w14:paraId="0BC14F34"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62C48D81" w14:textId="77777777">
        <w:trPr>
          <w:jc w:val="center"/>
        </w:trPr>
        <w:tc>
          <w:tcPr>
            <w:tcW w:w="9921" w:type="dxa"/>
            <w:gridSpan w:val="2"/>
            <w:shd w:val="clear" w:color="auto" w:fill="D71920"/>
            <w:tcMar>
              <w:top w:w="70" w:type="dxa"/>
              <w:left w:w="85" w:type="dxa"/>
              <w:bottom w:w="70" w:type="dxa"/>
              <w:right w:w="85" w:type="dxa"/>
            </w:tcMar>
            <w:vAlign w:val="center"/>
          </w:tcPr>
          <w:p w14:paraId="12084826" w14:textId="77777777" w:rsidR="00453E5B" w:rsidRDefault="00000000">
            <w:pPr>
              <w:spacing w:after="0" w:line="240" w:lineRule="auto"/>
            </w:pPr>
            <w:r>
              <w:rPr>
                <w:b/>
                <w:color w:val="FFFFFF"/>
                <w:sz w:val="21"/>
              </w:rPr>
              <w:t>4.9. Inventarul activelor și informațiilor</w:t>
            </w:r>
          </w:p>
        </w:tc>
      </w:tr>
      <w:tr w:rsidR="00453E5B" w14:paraId="2EA12E9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9757471"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1A00E014" w14:textId="77777777" w:rsidR="00453E5B" w:rsidRDefault="00000000">
            <w:pPr>
              <w:spacing w:after="0" w:line="240" w:lineRule="auto"/>
            </w:pPr>
            <w:r>
              <w:rPr>
                <w:sz w:val="15"/>
              </w:rPr>
              <w:t>Document condițional / recomandat puternic</w:t>
            </w:r>
          </w:p>
        </w:tc>
      </w:tr>
      <w:tr w:rsidR="00453E5B" w14:paraId="3B7594D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8862495"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4D366961" w14:textId="77777777" w:rsidR="00453E5B" w:rsidRDefault="00000000">
            <w:pPr>
              <w:spacing w:after="0" w:line="240" w:lineRule="auto"/>
            </w:pPr>
            <w:r>
              <w:rPr>
                <w:sz w:val="15"/>
              </w:rPr>
              <w:t>A.5.9</w:t>
            </w:r>
          </w:p>
        </w:tc>
      </w:tr>
      <w:tr w:rsidR="00453E5B" w14:paraId="1AF1C67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8DAE2F4"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704179FD" w14:textId="77777777" w:rsidR="00453E5B" w:rsidRDefault="00000000">
            <w:pPr>
              <w:spacing w:after="0" w:line="240" w:lineRule="auto"/>
            </w:pPr>
            <w:r>
              <w:rPr>
                <w:sz w:val="15"/>
              </w:rPr>
              <w:t>În mod obișnuit</w:t>
            </w:r>
          </w:p>
        </w:tc>
      </w:tr>
      <w:tr w:rsidR="00453E5B" w14:paraId="3396003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85777E8"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5E9FCD5B" w14:textId="77777777" w:rsidR="00453E5B" w:rsidRDefault="00000000">
            <w:pPr>
              <w:spacing w:after="0" w:line="240" w:lineRule="auto"/>
            </w:pPr>
            <w:r>
              <w:rPr>
                <w:sz w:val="15"/>
              </w:rPr>
              <w:t>Asigură proprietatea și baza pentru risc, clasificare și protecție.</w:t>
            </w:r>
          </w:p>
        </w:tc>
      </w:tr>
      <w:tr w:rsidR="00453E5B" w14:paraId="3BEBF51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C93F862"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73AC815E" w14:textId="77777777" w:rsidR="00453E5B" w:rsidRDefault="00000000">
            <w:pPr>
              <w:spacing w:after="0" w:line="240" w:lineRule="auto"/>
            </w:pPr>
            <w:r>
              <w:rPr>
                <w:sz w:val="15"/>
              </w:rPr>
              <w:t>Activ/informație; proprietar; locație; sistem; clasificare; criticitate; dependențe; furnizor; ciclu viață; stare.</w:t>
            </w:r>
          </w:p>
        </w:tc>
      </w:tr>
      <w:tr w:rsidR="00453E5B" w14:paraId="4B7D54C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625B28A"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4F3F53C4" w14:textId="77777777" w:rsidR="00453E5B" w:rsidRDefault="00000000">
            <w:pPr>
              <w:spacing w:after="0" w:line="240" w:lineRule="auto"/>
            </w:pPr>
            <w:r>
              <w:rPr>
                <w:sz w:val="15"/>
              </w:rPr>
              <w:t>Proprietarii activelor și IT.</w:t>
            </w:r>
          </w:p>
        </w:tc>
      </w:tr>
      <w:tr w:rsidR="00453E5B" w14:paraId="0102B56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22B2B12"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6D2008E9" w14:textId="77777777" w:rsidR="00453E5B" w:rsidRDefault="00000000">
            <w:pPr>
              <w:spacing w:after="0" w:line="240" w:lineRule="auto"/>
            </w:pPr>
            <w:r>
              <w:rPr>
                <w:sz w:val="15"/>
              </w:rPr>
              <w:t>Automat/periodic și la schimbări.</w:t>
            </w:r>
          </w:p>
        </w:tc>
      </w:tr>
      <w:tr w:rsidR="00453E5B" w14:paraId="5135A16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FF5F37A"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798A7EF6" w14:textId="77777777" w:rsidR="00453E5B" w:rsidRDefault="00000000">
            <w:pPr>
              <w:spacing w:after="0" w:line="240" w:lineRule="auto"/>
            </w:pPr>
            <w:r>
              <w:rPr>
                <w:sz w:val="15"/>
              </w:rPr>
              <w:t>CMDB, catalog date, registre SaaS, inventare endpoint și aplicații.</w:t>
            </w:r>
          </w:p>
        </w:tc>
      </w:tr>
      <w:tr w:rsidR="00453E5B" w14:paraId="7A413B5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17D8D9D"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8AE856C" w14:textId="77777777" w:rsidR="00453E5B" w:rsidRDefault="00000000">
            <w:pPr>
              <w:spacing w:after="0" w:line="240" w:lineRule="auto"/>
            </w:pPr>
            <w:r>
              <w:rPr>
                <w:sz w:val="15"/>
              </w:rPr>
              <w:t>Inventar exclusiv hardware; proprietari nominali neimplicați; active cloud/shadow IT omise.</w:t>
            </w:r>
          </w:p>
        </w:tc>
      </w:tr>
    </w:tbl>
    <w:p w14:paraId="338ED199"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214362D7" w14:textId="77777777">
        <w:trPr>
          <w:jc w:val="center"/>
        </w:trPr>
        <w:tc>
          <w:tcPr>
            <w:tcW w:w="9921" w:type="dxa"/>
            <w:gridSpan w:val="2"/>
            <w:shd w:val="clear" w:color="auto" w:fill="D71920"/>
            <w:tcMar>
              <w:top w:w="70" w:type="dxa"/>
              <w:left w:w="85" w:type="dxa"/>
              <w:bottom w:w="70" w:type="dxa"/>
              <w:right w:w="85" w:type="dxa"/>
            </w:tcMar>
            <w:vAlign w:val="center"/>
          </w:tcPr>
          <w:p w14:paraId="090BB5A0" w14:textId="77777777" w:rsidR="00453E5B" w:rsidRDefault="00000000">
            <w:pPr>
              <w:spacing w:after="0" w:line="240" w:lineRule="auto"/>
            </w:pPr>
            <w:r>
              <w:rPr>
                <w:b/>
                <w:color w:val="FFFFFF"/>
                <w:sz w:val="21"/>
              </w:rPr>
              <w:t>4.10. Clasificarea și manipularea informațiilor</w:t>
            </w:r>
          </w:p>
        </w:tc>
      </w:tr>
      <w:tr w:rsidR="00453E5B" w14:paraId="060784C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1338FEC"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222524F5" w14:textId="77777777" w:rsidR="00453E5B" w:rsidRDefault="00000000">
            <w:pPr>
              <w:spacing w:after="0" w:line="240" w:lineRule="auto"/>
            </w:pPr>
            <w:r>
              <w:rPr>
                <w:sz w:val="15"/>
              </w:rPr>
              <w:t>Document condițional</w:t>
            </w:r>
          </w:p>
        </w:tc>
      </w:tr>
      <w:tr w:rsidR="00453E5B" w14:paraId="678E1D0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97D7B7D"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0DF76944" w14:textId="77777777" w:rsidR="00453E5B" w:rsidRDefault="00000000">
            <w:pPr>
              <w:spacing w:after="0" w:line="240" w:lineRule="auto"/>
            </w:pPr>
            <w:r>
              <w:rPr>
                <w:sz w:val="15"/>
              </w:rPr>
              <w:t>A.5.12–A.5.14</w:t>
            </w:r>
          </w:p>
        </w:tc>
      </w:tr>
      <w:tr w:rsidR="00453E5B" w14:paraId="76085F3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1FCB91C"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67565504" w14:textId="77777777" w:rsidR="00453E5B" w:rsidRDefault="00000000">
            <w:pPr>
              <w:spacing w:after="0" w:line="240" w:lineRule="auto"/>
            </w:pPr>
            <w:r>
              <w:rPr>
                <w:sz w:val="15"/>
              </w:rPr>
              <w:t>În mod obișnuit</w:t>
            </w:r>
          </w:p>
        </w:tc>
      </w:tr>
      <w:tr w:rsidR="00453E5B" w14:paraId="058836A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A3A4009"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67B77ECC" w14:textId="77777777" w:rsidR="00453E5B" w:rsidRDefault="00000000">
            <w:pPr>
              <w:spacing w:after="0" w:line="240" w:lineRule="auto"/>
            </w:pPr>
            <w:r>
              <w:rPr>
                <w:sz w:val="15"/>
              </w:rPr>
              <w:t>Stabilește protecția proporțională cu sensibilitatea și criticitatea.</w:t>
            </w:r>
          </w:p>
        </w:tc>
      </w:tr>
      <w:tr w:rsidR="00453E5B" w14:paraId="37ECCA1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5A620CD"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61453AC7" w14:textId="77777777" w:rsidR="00453E5B" w:rsidRDefault="00000000">
            <w:pPr>
              <w:spacing w:after="0" w:line="240" w:lineRule="auto"/>
            </w:pPr>
            <w:r>
              <w:rPr>
                <w:sz w:val="15"/>
              </w:rPr>
              <w:t>Niveluri; criterii; etichetare; stocare; acces; transmitere; imprimare; partajare; păstrare; distrugere; excepții.</w:t>
            </w:r>
          </w:p>
        </w:tc>
      </w:tr>
      <w:tr w:rsidR="00453E5B" w14:paraId="400FA2B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212DB56"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78751E12" w14:textId="77777777" w:rsidR="00453E5B" w:rsidRDefault="00000000">
            <w:pPr>
              <w:spacing w:after="0" w:line="240" w:lineRule="auto"/>
            </w:pPr>
            <w:r>
              <w:rPr>
                <w:sz w:val="15"/>
              </w:rPr>
              <w:t>Data owners / CISO.</w:t>
            </w:r>
          </w:p>
        </w:tc>
      </w:tr>
      <w:tr w:rsidR="00453E5B" w14:paraId="490F524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2E1D17F"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1C2EC384" w14:textId="77777777" w:rsidR="00453E5B" w:rsidRDefault="00000000">
            <w:pPr>
              <w:spacing w:after="0" w:line="240" w:lineRule="auto"/>
            </w:pPr>
            <w:r>
              <w:rPr>
                <w:sz w:val="15"/>
              </w:rPr>
              <w:t>La schimbări legislative, tehnologice sau de business.</w:t>
            </w:r>
          </w:p>
        </w:tc>
      </w:tr>
      <w:tr w:rsidR="00453E5B" w14:paraId="4DF1276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BD457E4"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4C3CA776" w14:textId="77777777" w:rsidR="00453E5B" w:rsidRDefault="00000000">
            <w:pPr>
              <w:spacing w:after="0" w:line="240" w:lineRule="auto"/>
            </w:pPr>
            <w:r>
              <w:rPr>
                <w:sz w:val="15"/>
              </w:rPr>
              <w:t>Etichete, DLP, drepturi, criptare, instruire și teste.</w:t>
            </w:r>
          </w:p>
        </w:tc>
      </w:tr>
      <w:tr w:rsidR="00453E5B" w14:paraId="499444E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7820DA3"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351F0EC" w14:textId="77777777" w:rsidR="00453E5B" w:rsidRDefault="00000000">
            <w:pPr>
              <w:spacing w:after="0" w:line="240" w:lineRule="auto"/>
            </w:pPr>
            <w:r>
              <w:rPr>
                <w:sz w:val="15"/>
              </w:rPr>
              <w:t>Prea multe niveluri; criterii subiective; clasificare fără reguli de manipulare.</w:t>
            </w:r>
          </w:p>
        </w:tc>
      </w:tr>
    </w:tbl>
    <w:p w14:paraId="58235FF3"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02220B98" w14:textId="77777777">
        <w:trPr>
          <w:jc w:val="center"/>
        </w:trPr>
        <w:tc>
          <w:tcPr>
            <w:tcW w:w="9921" w:type="dxa"/>
            <w:gridSpan w:val="2"/>
            <w:shd w:val="clear" w:color="auto" w:fill="D71920"/>
            <w:tcMar>
              <w:top w:w="70" w:type="dxa"/>
              <w:left w:w="85" w:type="dxa"/>
              <w:bottom w:w="70" w:type="dxa"/>
              <w:right w:w="85" w:type="dxa"/>
            </w:tcMar>
            <w:vAlign w:val="center"/>
          </w:tcPr>
          <w:p w14:paraId="6024E2EA" w14:textId="77777777" w:rsidR="00453E5B" w:rsidRDefault="00000000">
            <w:pPr>
              <w:spacing w:after="0" w:line="240" w:lineRule="auto"/>
            </w:pPr>
            <w:r>
              <w:rPr>
                <w:b/>
                <w:color w:val="FFFFFF"/>
                <w:sz w:val="21"/>
              </w:rPr>
              <w:t>4.11. Politica și procedurile de control al accesului</w:t>
            </w:r>
          </w:p>
        </w:tc>
      </w:tr>
      <w:tr w:rsidR="00453E5B" w14:paraId="4850251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F237EDD"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3FC6CA6A" w14:textId="77777777" w:rsidR="00453E5B" w:rsidRDefault="00000000">
            <w:pPr>
              <w:spacing w:after="0" w:line="240" w:lineRule="auto"/>
            </w:pPr>
            <w:r>
              <w:rPr>
                <w:sz w:val="15"/>
              </w:rPr>
              <w:t>Document condițional / recomandat puternic</w:t>
            </w:r>
          </w:p>
        </w:tc>
      </w:tr>
      <w:tr w:rsidR="00453E5B" w14:paraId="2FA28D9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5ABC25D"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694C4FE9" w14:textId="77777777" w:rsidR="00453E5B" w:rsidRDefault="00000000">
            <w:pPr>
              <w:spacing w:after="0" w:line="240" w:lineRule="auto"/>
            </w:pPr>
            <w:r>
              <w:rPr>
                <w:sz w:val="15"/>
              </w:rPr>
              <w:t>A.5.15–A.5.18</w:t>
            </w:r>
          </w:p>
        </w:tc>
      </w:tr>
      <w:tr w:rsidR="00453E5B" w14:paraId="49D6DCD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A1E9B92"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5342EEFA" w14:textId="77777777" w:rsidR="00453E5B" w:rsidRDefault="00000000">
            <w:pPr>
              <w:spacing w:after="0" w:line="240" w:lineRule="auto"/>
            </w:pPr>
            <w:r>
              <w:rPr>
                <w:sz w:val="15"/>
              </w:rPr>
              <w:t>În mod obișnuit</w:t>
            </w:r>
          </w:p>
        </w:tc>
      </w:tr>
      <w:tr w:rsidR="00453E5B" w14:paraId="0C1AE0E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2E2ECC9"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66A2BC33" w14:textId="77777777" w:rsidR="00453E5B" w:rsidRDefault="00000000">
            <w:pPr>
              <w:spacing w:after="0" w:line="240" w:lineRule="auto"/>
            </w:pPr>
            <w:r>
              <w:rPr>
                <w:sz w:val="15"/>
              </w:rPr>
              <w:t>Controlează întreg ciclul identității și drepturilor.</w:t>
            </w:r>
          </w:p>
        </w:tc>
      </w:tr>
      <w:tr w:rsidR="00453E5B" w14:paraId="1500EC9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E3382E4"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193157C5" w14:textId="77777777" w:rsidR="00453E5B" w:rsidRDefault="00000000">
            <w:pPr>
              <w:spacing w:after="0" w:line="240" w:lineRule="auto"/>
            </w:pPr>
            <w:r>
              <w:rPr>
                <w:sz w:val="15"/>
              </w:rPr>
              <w:t>Principii need-to-know/least privilege; solicitare; aprobare; autentificare; privilegii; revizuire; schimbare; încetare; conturi tehnice; excepții.</w:t>
            </w:r>
          </w:p>
        </w:tc>
      </w:tr>
      <w:tr w:rsidR="00453E5B" w14:paraId="67B1BA5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F82513F"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2573D4A6" w14:textId="77777777" w:rsidR="00453E5B" w:rsidRDefault="00000000">
            <w:pPr>
              <w:spacing w:after="0" w:line="240" w:lineRule="auto"/>
            </w:pPr>
            <w:r>
              <w:rPr>
                <w:sz w:val="15"/>
              </w:rPr>
              <w:t>IAM/IT și proprietarii de sisteme.</w:t>
            </w:r>
          </w:p>
        </w:tc>
      </w:tr>
      <w:tr w:rsidR="00453E5B" w14:paraId="057DDFF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845C9B6"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18581081" w14:textId="77777777" w:rsidR="00453E5B" w:rsidRDefault="00000000">
            <w:pPr>
              <w:spacing w:after="0" w:line="240" w:lineRule="auto"/>
            </w:pPr>
            <w:r>
              <w:rPr>
                <w:sz w:val="15"/>
              </w:rPr>
              <w:t>La schimbări și recertificări planificate.</w:t>
            </w:r>
          </w:p>
        </w:tc>
      </w:tr>
      <w:tr w:rsidR="00453E5B" w14:paraId="76C361F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9068616"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1A52D508" w14:textId="77777777" w:rsidR="00453E5B" w:rsidRDefault="00000000">
            <w:pPr>
              <w:spacing w:after="0" w:line="240" w:lineRule="auto"/>
            </w:pPr>
            <w:r>
              <w:rPr>
                <w:sz w:val="15"/>
              </w:rPr>
              <w:t>Tichete, loguri, rapoarte acces, MFA, recertificări și dezactivări.</w:t>
            </w:r>
          </w:p>
        </w:tc>
      </w:tr>
      <w:tr w:rsidR="00453E5B" w14:paraId="385E485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092BE5D"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589DCA14" w14:textId="77777777" w:rsidR="00453E5B" w:rsidRDefault="00000000">
            <w:pPr>
              <w:spacing w:after="0" w:line="240" w:lineRule="auto"/>
            </w:pPr>
            <w:r>
              <w:rPr>
                <w:sz w:val="15"/>
              </w:rPr>
              <w:t>Conturi partajate; acces rămas după plecare; revizuiri formale fără validare de proprietar.</w:t>
            </w:r>
          </w:p>
        </w:tc>
      </w:tr>
    </w:tbl>
    <w:p w14:paraId="140B1598"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5135EF04" w14:textId="77777777">
        <w:trPr>
          <w:jc w:val="center"/>
        </w:trPr>
        <w:tc>
          <w:tcPr>
            <w:tcW w:w="9921" w:type="dxa"/>
            <w:gridSpan w:val="2"/>
            <w:shd w:val="clear" w:color="auto" w:fill="D71920"/>
            <w:tcMar>
              <w:top w:w="70" w:type="dxa"/>
              <w:left w:w="85" w:type="dxa"/>
              <w:bottom w:w="70" w:type="dxa"/>
              <w:right w:w="85" w:type="dxa"/>
            </w:tcMar>
            <w:vAlign w:val="center"/>
          </w:tcPr>
          <w:p w14:paraId="08481AB9" w14:textId="77777777" w:rsidR="00453E5B" w:rsidRDefault="00000000">
            <w:pPr>
              <w:spacing w:after="0" w:line="240" w:lineRule="auto"/>
            </w:pPr>
            <w:r>
              <w:rPr>
                <w:b/>
                <w:color w:val="FFFFFF"/>
                <w:sz w:val="21"/>
              </w:rPr>
              <w:t>4.12. Managementul furnizorilor și serviciilor cloud</w:t>
            </w:r>
          </w:p>
        </w:tc>
      </w:tr>
      <w:tr w:rsidR="00453E5B" w14:paraId="0F6C993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D1F550E"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560EC371" w14:textId="77777777" w:rsidR="00453E5B" w:rsidRDefault="00000000">
            <w:pPr>
              <w:spacing w:after="0" w:line="240" w:lineRule="auto"/>
            </w:pPr>
            <w:r>
              <w:rPr>
                <w:sz w:val="15"/>
              </w:rPr>
              <w:t>Document condițional</w:t>
            </w:r>
          </w:p>
        </w:tc>
      </w:tr>
      <w:tr w:rsidR="00453E5B" w14:paraId="539A990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43EEB02"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0CCA9AA0" w14:textId="77777777" w:rsidR="00453E5B" w:rsidRDefault="00000000">
            <w:pPr>
              <w:spacing w:after="0" w:line="240" w:lineRule="auto"/>
            </w:pPr>
            <w:r>
              <w:rPr>
                <w:sz w:val="15"/>
              </w:rPr>
              <w:t>A.5.19–A.5.23</w:t>
            </w:r>
          </w:p>
        </w:tc>
      </w:tr>
      <w:tr w:rsidR="00453E5B" w14:paraId="669517D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CECB3FF"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4FC22869" w14:textId="77777777" w:rsidR="00453E5B" w:rsidRDefault="00000000">
            <w:pPr>
              <w:spacing w:after="0" w:line="240" w:lineRule="auto"/>
            </w:pPr>
            <w:r>
              <w:rPr>
                <w:sz w:val="15"/>
              </w:rPr>
              <w:t>În mod obișnuit</w:t>
            </w:r>
          </w:p>
        </w:tc>
      </w:tr>
      <w:tr w:rsidR="00453E5B" w14:paraId="4EC600E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0C068D4"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708238B2" w14:textId="77777777" w:rsidR="00453E5B" w:rsidRDefault="00000000">
            <w:pPr>
              <w:spacing w:after="0" w:line="240" w:lineRule="auto"/>
            </w:pPr>
            <w:r>
              <w:rPr>
                <w:sz w:val="15"/>
              </w:rPr>
              <w:t>Controlează riscurile pe durata selecției, contractului, operării și ieșirii.</w:t>
            </w:r>
          </w:p>
        </w:tc>
      </w:tr>
      <w:tr w:rsidR="00453E5B" w14:paraId="2661DC5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D1D3CB7"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05AF0510" w14:textId="77777777" w:rsidR="00453E5B" w:rsidRDefault="00000000">
            <w:pPr>
              <w:spacing w:after="0" w:line="240" w:lineRule="auto"/>
            </w:pPr>
            <w:r>
              <w:rPr>
                <w:sz w:val="15"/>
              </w:rPr>
              <w:t>Clasificare; due diligence; cerințe; clauze; responsabilități; incidente; subprocesatori; monitorizare; schimbări; exit; returnare/ștergere date.</w:t>
            </w:r>
          </w:p>
        </w:tc>
      </w:tr>
      <w:tr w:rsidR="00453E5B" w14:paraId="42AC595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34F429D" w14:textId="77777777" w:rsidR="00453E5B" w:rsidRDefault="00000000">
            <w:pPr>
              <w:spacing w:after="0" w:line="240" w:lineRule="auto"/>
            </w:pPr>
            <w:r>
              <w:rPr>
                <w:b/>
                <w:sz w:val="15"/>
              </w:rPr>
              <w:lastRenderedPageBreak/>
              <w:t>Proprietar orientativ</w:t>
            </w:r>
          </w:p>
        </w:tc>
        <w:tc>
          <w:tcPr>
            <w:tcW w:w="7540" w:type="dxa"/>
            <w:shd w:val="clear" w:color="auto" w:fill="FFFFFF"/>
            <w:tcMar>
              <w:top w:w="70" w:type="dxa"/>
              <w:left w:w="85" w:type="dxa"/>
              <w:bottom w:w="70" w:type="dxa"/>
              <w:right w:w="85" w:type="dxa"/>
            </w:tcMar>
            <w:vAlign w:val="center"/>
          </w:tcPr>
          <w:p w14:paraId="62BB334F" w14:textId="77777777" w:rsidR="00453E5B" w:rsidRDefault="00000000">
            <w:pPr>
              <w:spacing w:after="0" w:line="240" w:lineRule="auto"/>
            </w:pPr>
            <w:r>
              <w:rPr>
                <w:sz w:val="15"/>
              </w:rPr>
              <w:t>Achiziții, juridic, IT și CISO.</w:t>
            </w:r>
          </w:p>
        </w:tc>
      </w:tr>
      <w:tr w:rsidR="00453E5B" w14:paraId="3D1D6CB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8EBE07A"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3C0F96EA" w14:textId="77777777" w:rsidR="00453E5B" w:rsidRDefault="00000000">
            <w:pPr>
              <w:spacing w:after="0" w:line="240" w:lineRule="auto"/>
            </w:pPr>
            <w:r>
              <w:rPr>
                <w:sz w:val="15"/>
              </w:rPr>
              <w:t>La contractare, reînnoire, schimbări și incidente.</w:t>
            </w:r>
          </w:p>
        </w:tc>
      </w:tr>
      <w:tr w:rsidR="00453E5B" w14:paraId="44051A6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CE197C8"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65889691" w14:textId="77777777" w:rsidR="00453E5B" w:rsidRDefault="00000000">
            <w:pPr>
              <w:spacing w:after="0" w:line="240" w:lineRule="auto"/>
            </w:pPr>
            <w:r>
              <w:rPr>
                <w:sz w:val="15"/>
              </w:rPr>
              <w:t>Evaluări, contracte, rapoarte assurance, SLA, tichete și planuri exit.</w:t>
            </w:r>
          </w:p>
        </w:tc>
      </w:tr>
      <w:tr w:rsidR="00453E5B" w14:paraId="6DD69D7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2D1F60D"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1BD8F909" w14:textId="77777777" w:rsidR="00453E5B" w:rsidRDefault="00000000">
            <w:pPr>
              <w:spacing w:after="0" w:line="240" w:lineRule="auto"/>
            </w:pPr>
            <w:r>
              <w:rPr>
                <w:sz w:val="15"/>
              </w:rPr>
              <w:t>Acceptarea certificatelor fără analiză; lipsa vizibilității subfurnizorilor; plan de ieșire inexistent.</w:t>
            </w:r>
          </w:p>
        </w:tc>
      </w:tr>
    </w:tbl>
    <w:p w14:paraId="5D63DE35"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3973E75B" w14:textId="77777777">
        <w:trPr>
          <w:jc w:val="center"/>
        </w:trPr>
        <w:tc>
          <w:tcPr>
            <w:tcW w:w="9921" w:type="dxa"/>
            <w:gridSpan w:val="2"/>
            <w:shd w:val="clear" w:color="auto" w:fill="D71920"/>
            <w:tcMar>
              <w:top w:w="70" w:type="dxa"/>
              <w:left w:w="85" w:type="dxa"/>
              <w:bottom w:w="70" w:type="dxa"/>
              <w:right w:w="85" w:type="dxa"/>
            </w:tcMar>
            <w:vAlign w:val="center"/>
          </w:tcPr>
          <w:p w14:paraId="5B507A62" w14:textId="77777777" w:rsidR="00453E5B" w:rsidRDefault="00000000">
            <w:pPr>
              <w:spacing w:after="0" w:line="240" w:lineRule="auto"/>
            </w:pPr>
            <w:r>
              <w:rPr>
                <w:b/>
                <w:color w:val="FFFFFF"/>
                <w:sz w:val="21"/>
              </w:rPr>
              <w:t>4.13. Managementul vulnerabilităților și configurațiilor</w:t>
            </w:r>
          </w:p>
        </w:tc>
      </w:tr>
      <w:tr w:rsidR="00453E5B" w14:paraId="2F699D0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E7F5B29"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66D90A36" w14:textId="77777777" w:rsidR="00453E5B" w:rsidRDefault="00000000">
            <w:pPr>
              <w:spacing w:after="0" w:line="240" w:lineRule="auto"/>
            </w:pPr>
            <w:r>
              <w:rPr>
                <w:sz w:val="15"/>
              </w:rPr>
              <w:t>Document condițional</w:t>
            </w:r>
          </w:p>
        </w:tc>
      </w:tr>
      <w:tr w:rsidR="00453E5B" w14:paraId="6A079ED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1BAB0A0"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7216A6BD" w14:textId="77777777" w:rsidR="00453E5B" w:rsidRDefault="00000000">
            <w:pPr>
              <w:spacing w:after="0" w:line="240" w:lineRule="auto"/>
            </w:pPr>
            <w:r>
              <w:rPr>
                <w:sz w:val="15"/>
              </w:rPr>
              <w:t>A.8.8 / A.8.9</w:t>
            </w:r>
          </w:p>
        </w:tc>
      </w:tr>
      <w:tr w:rsidR="00453E5B" w14:paraId="23D1F8C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1658A87"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6F803083" w14:textId="77777777" w:rsidR="00453E5B" w:rsidRDefault="00000000">
            <w:pPr>
              <w:spacing w:after="0" w:line="240" w:lineRule="auto"/>
            </w:pPr>
            <w:r>
              <w:rPr>
                <w:sz w:val="15"/>
              </w:rPr>
              <w:t>În mod obișnuit</w:t>
            </w:r>
          </w:p>
        </w:tc>
      </w:tr>
      <w:tr w:rsidR="00453E5B" w14:paraId="7634F2B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94155B0"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6A811CA6" w14:textId="77777777" w:rsidR="00453E5B" w:rsidRDefault="00000000">
            <w:pPr>
              <w:spacing w:after="0" w:line="240" w:lineRule="auto"/>
            </w:pPr>
            <w:r>
              <w:rPr>
                <w:sz w:val="15"/>
              </w:rPr>
              <w:t>Reduce expunerea prin identificare, prioritizare și remediere controlată.</w:t>
            </w:r>
          </w:p>
        </w:tc>
      </w:tr>
      <w:tr w:rsidR="00453E5B" w14:paraId="0F9C042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850D562"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00170EB6" w14:textId="77777777" w:rsidR="00453E5B" w:rsidRDefault="00000000">
            <w:pPr>
              <w:spacing w:after="0" w:line="240" w:lineRule="auto"/>
            </w:pPr>
            <w:r>
              <w:rPr>
                <w:sz w:val="15"/>
              </w:rPr>
              <w:t>Surse; inventar; scanare; severitate; context; SLA; excepții; patching; verificare; configurații aprobate; raportare.</w:t>
            </w:r>
          </w:p>
        </w:tc>
      </w:tr>
      <w:tr w:rsidR="00453E5B" w14:paraId="14203B0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F573FAD"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0132C79B" w14:textId="77777777" w:rsidR="00453E5B" w:rsidRDefault="00000000">
            <w:pPr>
              <w:spacing w:after="0" w:line="240" w:lineRule="auto"/>
            </w:pPr>
            <w:r>
              <w:rPr>
                <w:sz w:val="15"/>
              </w:rPr>
              <w:t>IT/security operations.</w:t>
            </w:r>
          </w:p>
        </w:tc>
      </w:tr>
      <w:tr w:rsidR="00453E5B" w14:paraId="058101C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38584D0"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444FBEA" w14:textId="77777777" w:rsidR="00453E5B" w:rsidRDefault="00000000">
            <w:pPr>
              <w:spacing w:after="0" w:line="240" w:lineRule="auto"/>
            </w:pPr>
            <w:r>
              <w:rPr>
                <w:sz w:val="15"/>
              </w:rPr>
              <w:t>Continuu și la schimbări majore.</w:t>
            </w:r>
          </w:p>
        </w:tc>
      </w:tr>
      <w:tr w:rsidR="00453E5B" w14:paraId="63688B9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12D4515"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00C01169" w14:textId="77777777" w:rsidR="00453E5B" w:rsidRDefault="00000000">
            <w:pPr>
              <w:spacing w:after="0" w:line="240" w:lineRule="auto"/>
            </w:pPr>
            <w:r>
              <w:rPr>
                <w:sz w:val="15"/>
              </w:rPr>
              <w:t>Scanări, tichete, rapoarte patch, baseline, excepții și retestări.</w:t>
            </w:r>
          </w:p>
        </w:tc>
      </w:tr>
      <w:tr w:rsidR="00453E5B" w14:paraId="21AE30E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CC0CECB"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4BCA0EFF" w14:textId="77777777" w:rsidR="00453E5B" w:rsidRDefault="00000000">
            <w:pPr>
              <w:spacing w:after="0" w:line="240" w:lineRule="auto"/>
            </w:pPr>
            <w:r>
              <w:rPr>
                <w:sz w:val="15"/>
              </w:rPr>
              <w:t>SLA bazat doar pe CVSS; active necunoscute; excepții fără expirare; patch declarat fără retestare.</w:t>
            </w:r>
          </w:p>
        </w:tc>
      </w:tr>
    </w:tbl>
    <w:p w14:paraId="32967604"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45A0D82B" w14:textId="77777777">
        <w:trPr>
          <w:jc w:val="center"/>
        </w:trPr>
        <w:tc>
          <w:tcPr>
            <w:tcW w:w="9921" w:type="dxa"/>
            <w:gridSpan w:val="2"/>
            <w:shd w:val="clear" w:color="auto" w:fill="D71920"/>
            <w:tcMar>
              <w:top w:w="70" w:type="dxa"/>
              <w:left w:w="85" w:type="dxa"/>
              <w:bottom w:w="70" w:type="dxa"/>
              <w:right w:w="85" w:type="dxa"/>
            </w:tcMar>
            <w:vAlign w:val="center"/>
          </w:tcPr>
          <w:p w14:paraId="513A5377" w14:textId="77777777" w:rsidR="00453E5B" w:rsidRDefault="00000000">
            <w:pPr>
              <w:spacing w:after="0" w:line="240" w:lineRule="auto"/>
            </w:pPr>
            <w:r>
              <w:rPr>
                <w:b/>
                <w:color w:val="FFFFFF"/>
                <w:sz w:val="21"/>
              </w:rPr>
              <w:t>4.14. Backup, restaurare și continuitate ICT</w:t>
            </w:r>
          </w:p>
        </w:tc>
      </w:tr>
      <w:tr w:rsidR="00453E5B" w14:paraId="7EBE3FA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691BE97"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60497FF2" w14:textId="77777777" w:rsidR="00453E5B" w:rsidRDefault="00000000">
            <w:pPr>
              <w:spacing w:after="0" w:line="240" w:lineRule="auto"/>
            </w:pPr>
            <w:r>
              <w:rPr>
                <w:sz w:val="15"/>
              </w:rPr>
              <w:t>Document condițional</w:t>
            </w:r>
          </w:p>
        </w:tc>
      </w:tr>
      <w:tr w:rsidR="00453E5B" w14:paraId="2C18743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39BDFB9"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6DE2AD1F" w14:textId="77777777" w:rsidR="00453E5B" w:rsidRDefault="00000000">
            <w:pPr>
              <w:spacing w:after="0" w:line="240" w:lineRule="auto"/>
            </w:pPr>
            <w:r>
              <w:rPr>
                <w:sz w:val="15"/>
              </w:rPr>
              <w:t>A.8.13 / A.5.29–A.5.30</w:t>
            </w:r>
          </w:p>
        </w:tc>
      </w:tr>
      <w:tr w:rsidR="00453E5B" w14:paraId="3E3F93E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12E9EC5"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348DC807" w14:textId="77777777" w:rsidR="00453E5B" w:rsidRDefault="00000000">
            <w:pPr>
              <w:spacing w:after="0" w:line="240" w:lineRule="auto"/>
            </w:pPr>
            <w:r>
              <w:rPr>
                <w:sz w:val="15"/>
              </w:rPr>
              <w:t>În mod obișnuit</w:t>
            </w:r>
          </w:p>
        </w:tc>
      </w:tr>
      <w:tr w:rsidR="00453E5B" w14:paraId="1B7CC28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81ACDB4"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27524DBB" w14:textId="77777777" w:rsidR="00453E5B" w:rsidRDefault="00000000">
            <w:pPr>
              <w:spacing w:after="0" w:line="240" w:lineRule="auto"/>
            </w:pPr>
            <w:r>
              <w:rPr>
                <w:sz w:val="15"/>
              </w:rPr>
              <w:t>Asigură recuperarea informațiilor și serviciilor la nivelul cerut.</w:t>
            </w:r>
          </w:p>
        </w:tc>
      </w:tr>
      <w:tr w:rsidR="00453E5B" w14:paraId="08A11B4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C3F3C04"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40EE14CF" w14:textId="77777777" w:rsidR="00453E5B" w:rsidRDefault="00000000">
            <w:pPr>
              <w:spacing w:after="0" w:line="240" w:lineRule="auto"/>
            </w:pPr>
            <w:r>
              <w:rPr>
                <w:sz w:val="15"/>
              </w:rPr>
              <w:t>Date/sisteme; RPO/RTO; frecvență; protecție; segregare; restaurare; responsabil; teste; dependențe; comunicare.</w:t>
            </w:r>
          </w:p>
        </w:tc>
      </w:tr>
      <w:tr w:rsidR="00453E5B" w14:paraId="66F025B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79F15C2"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1D126D19" w14:textId="77777777" w:rsidR="00453E5B" w:rsidRDefault="00000000">
            <w:pPr>
              <w:spacing w:after="0" w:line="240" w:lineRule="auto"/>
            </w:pPr>
            <w:r>
              <w:rPr>
                <w:sz w:val="15"/>
              </w:rPr>
              <w:t>IT, business continuity și proprietarii serviciilor.</w:t>
            </w:r>
          </w:p>
        </w:tc>
      </w:tr>
      <w:tr w:rsidR="00453E5B" w14:paraId="1BCB842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5E3717D"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21858EFF" w14:textId="77777777" w:rsidR="00453E5B" w:rsidRDefault="00000000">
            <w:pPr>
              <w:spacing w:after="0" w:line="240" w:lineRule="auto"/>
            </w:pPr>
            <w:r>
              <w:rPr>
                <w:sz w:val="15"/>
              </w:rPr>
              <w:t>Teste planificate și la schimbări.</w:t>
            </w:r>
          </w:p>
        </w:tc>
      </w:tr>
      <w:tr w:rsidR="00453E5B" w14:paraId="033D4F1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999E339"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4FAEE2BD" w14:textId="77777777" w:rsidR="00453E5B" w:rsidRDefault="00000000">
            <w:pPr>
              <w:spacing w:after="0" w:line="240" w:lineRule="auto"/>
            </w:pPr>
            <w:r>
              <w:rPr>
                <w:sz w:val="15"/>
              </w:rPr>
              <w:t>Loguri backup, teste restaurare, exerciții, rapoarte DR și acțiuni.</w:t>
            </w:r>
          </w:p>
        </w:tc>
      </w:tr>
      <w:tr w:rsidR="00453E5B" w14:paraId="5C3BBA6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210FF4C"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411EF8CD" w14:textId="77777777" w:rsidR="00453E5B" w:rsidRDefault="00000000">
            <w:pPr>
              <w:spacing w:after="0" w:line="240" w:lineRule="auto"/>
            </w:pPr>
            <w:r>
              <w:rPr>
                <w:sz w:val="15"/>
              </w:rPr>
              <w:t>Succes backup confundat cu restaurare; copii accesibile atacatorului; RTO/RPO neaprobate de business.</w:t>
            </w:r>
          </w:p>
        </w:tc>
      </w:tr>
    </w:tbl>
    <w:p w14:paraId="7A6B94ED"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256D6AC2" w14:textId="77777777">
        <w:trPr>
          <w:jc w:val="center"/>
        </w:trPr>
        <w:tc>
          <w:tcPr>
            <w:tcW w:w="9921" w:type="dxa"/>
            <w:gridSpan w:val="2"/>
            <w:shd w:val="clear" w:color="auto" w:fill="D71920"/>
            <w:tcMar>
              <w:top w:w="70" w:type="dxa"/>
              <w:left w:w="85" w:type="dxa"/>
              <w:bottom w:w="70" w:type="dxa"/>
              <w:right w:w="85" w:type="dxa"/>
            </w:tcMar>
            <w:vAlign w:val="center"/>
          </w:tcPr>
          <w:p w14:paraId="0C3D442F" w14:textId="77777777" w:rsidR="00453E5B" w:rsidRDefault="00000000">
            <w:pPr>
              <w:spacing w:after="0" w:line="240" w:lineRule="auto"/>
            </w:pPr>
            <w:r>
              <w:rPr>
                <w:b/>
                <w:color w:val="FFFFFF"/>
                <w:sz w:val="21"/>
              </w:rPr>
              <w:t>4.15. Managementul incidentelor de securitate</w:t>
            </w:r>
          </w:p>
        </w:tc>
      </w:tr>
      <w:tr w:rsidR="00453E5B" w14:paraId="42050B5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1A56A57"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71ED91F3" w14:textId="77777777" w:rsidR="00453E5B" w:rsidRDefault="00000000">
            <w:pPr>
              <w:spacing w:after="0" w:line="240" w:lineRule="auto"/>
            </w:pPr>
            <w:r>
              <w:rPr>
                <w:sz w:val="15"/>
              </w:rPr>
              <w:t>Document condițional / recomandat puternic</w:t>
            </w:r>
          </w:p>
        </w:tc>
      </w:tr>
      <w:tr w:rsidR="00453E5B" w14:paraId="10FB720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690F061"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1162A909" w14:textId="77777777" w:rsidR="00453E5B" w:rsidRDefault="00000000">
            <w:pPr>
              <w:spacing w:after="0" w:line="240" w:lineRule="auto"/>
            </w:pPr>
            <w:r>
              <w:rPr>
                <w:sz w:val="15"/>
              </w:rPr>
              <w:t>A.5.24–A.5.28</w:t>
            </w:r>
          </w:p>
        </w:tc>
      </w:tr>
      <w:tr w:rsidR="00453E5B" w14:paraId="5D91ED2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952FD8B"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1FD58667" w14:textId="77777777" w:rsidR="00453E5B" w:rsidRDefault="00000000">
            <w:pPr>
              <w:spacing w:after="0" w:line="240" w:lineRule="auto"/>
            </w:pPr>
            <w:r>
              <w:rPr>
                <w:sz w:val="15"/>
              </w:rPr>
              <w:t>În mod obișnuit</w:t>
            </w:r>
          </w:p>
        </w:tc>
      </w:tr>
      <w:tr w:rsidR="00453E5B" w14:paraId="595A548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243621C"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2E179275" w14:textId="77777777" w:rsidR="00453E5B" w:rsidRDefault="00000000">
            <w:pPr>
              <w:spacing w:after="0" w:line="240" w:lineRule="auto"/>
            </w:pPr>
            <w:r>
              <w:rPr>
                <w:sz w:val="15"/>
              </w:rPr>
              <w:t>Asigură raportarea, clasificarea, răspunsul, notificarea și învățarea.</w:t>
            </w:r>
          </w:p>
        </w:tc>
      </w:tr>
      <w:tr w:rsidR="00453E5B" w14:paraId="0D5278E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96926C3"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52010CBC" w14:textId="77777777" w:rsidR="00453E5B" w:rsidRDefault="00000000">
            <w:pPr>
              <w:spacing w:after="0" w:line="240" w:lineRule="auto"/>
            </w:pPr>
            <w:r>
              <w:rPr>
                <w:sz w:val="15"/>
              </w:rPr>
              <w:t>Canale; criterii; severitate; roluri; triere; răspuns; dovezi; comunicare; notificări; lecții; probleme; retenție.</w:t>
            </w:r>
          </w:p>
        </w:tc>
      </w:tr>
      <w:tr w:rsidR="00453E5B" w14:paraId="66ECBBE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FF58313"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78B2301D" w14:textId="77777777" w:rsidR="00453E5B" w:rsidRDefault="00000000">
            <w:pPr>
              <w:spacing w:after="0" w:line="240" w:lineRule="auto"/>
            </w:pPr>
            <w:r>
              <w:rPr>
                <w:sz w:val="15"/>
              </w:rPr>
              <w:t>Incident manager/CISO.</w:t>
            </w:r>
          </w:p>
        </w:tc>
      </w:tr>
      <w:tr w:rsidR="00453E5B" w14:paraId="716E3C9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2F24273"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42EBF6F7" w14:textId="77777777" w:rsidR="00453E5B" w:rsidRDefault="00000000">
            <w:pPr>
              <w:spacing w:after="0" w:line="240" w:lineRule="auto"/>
            </w:pPr>
            <w:r>
              <w:rPr>
                <w:sz w:val="15"/>
              </w:rPr>
              <w:t>După exerciții, incidente și schimbări.</w:t>
            </w:r>
          </w:p>
        </w:tc>
      </w:tr>
      <w:tr w:rsidR="00453E5B" w14:paraId="4B60D84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D185FE7"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1B23E6FA" w14:textId="77777777" w:rsidR="00453E5B" w:rsidRDefault="00000000">
            <w:pPr>
              <w:spacing w:after="0" w:line="240" w:lineRule="auto"/>
            </w:pPr>
            <w:r>
              <w:rPr>
                <w:sz w:val="15"/>
              </w:rPr>
              <w:t>Tichete, cronologii, loguri, decizii, notificări, post-mortem și acțiuni.</w:t>
            </w:r>
          </w:p>
        </w:tc>
      </w:tr>
      <w:tr w:rsidR="00453E5B" w14:paraId="55F9FBA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D56760F"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58FBFBDC" w14:textId="77777777" w:rsidR="00453E5B" w:rsidRDefault="00000000">
            <w:pPr>
              <w:spacing w:after="0" w:line="240" w:lineRule="auto"/>
            </w:pPr>
            <w:r>
              <w:rPr>
                <w:sz w:val="15"/>
              </w:rPr>
              <w:t>Incidente gestionate informal; pierderea dovezilor; notificări legale netestate; lecții fără acțiuni.</w:t>
            </w:r>
          </w:p>
        </w:tc>
      </w:tr>
    </w:tbl>
    <w:p w14:paraId="7238934E"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391B49B2" w14:textId="77777777">
        <w:trPr>
          <w:jc w:val="center"/>
        </w:trPr>
        <w:tc>
          <w:tcPr>
            <w:tcW w:w="9921" w:type="dxa"/>
            <w:gridSpan w:val="2"/>
            <w:shd w:val="clear" w:color="auto" w:fill="D71920"/>
            <w:tcMar>
              <w:top w:w="70" w:type="dxa"/>
              <w:left w:w="85" w:type="dxa"/>
              <w:bottom w:w="70" w:type="dxa"/>
              <w:right w:w="85" w:type="dxa"/>
            </w:tcMar>
            <w:vAlign w:val="center"/>
          </w:tcPr>
          <w:p w14:paraId="7F77FC69" w14:textId="77777777" w:rsidR="00453E5B" w:rsidRDefault="00000000">
            <w:pPr>
              <w:spacing w:after="0" w:line="240" w:lineRule="auto"/>
            </w:pPr>
            <w:r>
              <w:rPr>
                <w:b/>
                <w:color w:val="FFFFFF"/>
                <w:sz w:val="21"/>
              </w:rPr>
              <w:t>4.16. Programul de monitorizare și măsurare</w:t>
            </w:r>
          </w:p>
        </w:tc>
      </w:tr>
      <w:tr w:rsidR="00453E5B" w14:paraId="3B3A3AE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6E70DC0"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490761A8" w14:textId="77777777" w:rsidR="00453E5B" w:rsidRDefault="00000000">
            <w:pPr>
              <w:spacing w:after="0" w:line="240" w:lineRule="auto"/>
            </w:pPr>
            <w:r>
              <w:rPr>
                <w:sz w:val="15"/>
              </w:rPr>
              <w:t>Document menținut / recomandat</w:t>
            </w:r>
          </w:p>
        </w:tc>
      </w:tr>
      <w:tr w:rsidR="00453E5B" w14:paraId="5C5E2E9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3F1A334"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280ED716" w14:textId="77777777" w:rsidR="00453E5B" w:rsidRDefault="00000000">
            <w:pPr>
              <w:spacing w:after="0" w:line="240" w:lineRule="auto"/>
            </w:pPr>
            <w:r>
              <w:rPr>
                <w:sz w:val="15"/>
              </w:rPr>
              <w:t>9.1</w:t>
            </w:r>
          </w:p>
        </w:tc>
      </w:tr>
      <w:tr w:rsidR="00453E5B" w14:paraId="10C9C67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42F7C7B"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4CC731AE" w14:textId="77777777" w:rsidR="00453E5B" w:rsidRDefault="00000000">
            <w:pPr>
              <w:spacing w:after="0" w:line="240" w:lineRule="auto"/>
            </w:pPr>
            <w:r>
              <w:rPr>
                <w:sz w:val="15"/>
              </w:rPr>
              <w:t>În mod obișnuit</w:t>
            </w:r>
          </w:p>
        </w:tc>
      </w:tr>
      <w:tr w:rsidR="00453E5B" w14:paraId="5BAB078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7D080EE"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04EEE3EF" w14:textId="77777777" w:rsidR="00453E5B" w:rsidRDefault="00000000">
            <w:pPr>
              <w:spacing w:after="0" w:line="240" w:lineRule="auto"/>
            </w:pPr>
            <w:r>
              <w:rPr>
                <w:sz w:val="15"/>
              </w:rPr>
              <w:t>Definește cum este evaluată performanța SMSI și eficacitatea controalelor.</w:t>
            </w:r>
          </w:p>
        </w:tc>
      </w:tr>
      <w:tr w:rsidR="00453E5B" w14:paraId="0AE65D2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B4C1590"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40E42182" w14:textId="77777777" w:rsidR="00453E5B" w:rsidRDefault="00000000">
            <w:pPr>
              <w:spacing w:after="0" w:line="240" w:lineRule="auto"/>
            </w:pPr>
            <w:r>
              <w:rPr>
                <w:sz w:val="15"/>
              </w:rPr>
              <w:t>Ce; metodă; sursă; frecvență; responsabil; prag; analiză; destinatar; păstrare; integritate date.</w:t>
            </w:r>
          </w:p>
        </w:tc>
      </w:tr>
      <w:tr w:rsidR="00453E5B" w14:paraId="54EB7BF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29094B5"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3FA5C10A" w14:textId="77777777" w:rsidR="00453E5B" w:rsidRDefault="00000000">
            <w:pPr>
              <w:spacing w:after="0" w:line="240" w:lineRule="auto"/>
            </w:pPr>
            <w:r>
              <w:rPr>
                <w:sz w:val="15"/>
              </w:rPr>
              <w:t>CISO și proprietarii controalelor.</w:t>
            </w:r>
          </w:p>
        </w:tc>
      </w:tr>
      <w:tr w:rsidR="00453E5B" w14:paraId="35D2F2C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8FEA830" w14:textId="77777777" w:rsidR="00453E5B" w:rsidRDefault="00000000">
            <w:pPr>
              <w:spacing w:after="0" w:line="240" w:lineRule="auto"/>
            </w:pPr>
            <w:r>
              <w:rPr>
                <w:b/>
                <w:sz w:val="15"/>
              </w:rPr>
              <w:lastRenderedPageBreak/>
              <w:t>Revizuire / actualizare</w:t>
            </w:r>
          </w:p>
        </w:tc>
        <w:tc>
          <w:tcPr>
            <w:tcW w:w="7540" w:type="dxa"/>
            <w:shd w:val="clear" w:color="auto" w:fill="FFFFFF"/>
            <w:tcMar>
              <w:top w:w="70" w:type="dxa"/>
              <w:left w:w="85" w:type="dxa"/>
              <w:bottom w:w="70" w:type="dxa"/>
              <w:right w:w="85" w:type="dxa"/>
            </w:tcMar>
            <w:vAlign w:val="center"/>
          </w:tcPr>
          <w:p w14:paraId="0C8718E6" w14:textId="77777777" w:rsidR="00453E5B" w:rsidRDefault="00000000">
            <w:pPr>
              <w:spacing w:after="0" w:line="240" w:lineRule="auto"/>
            </w:pPr>
            <w:r>
              <w:rPr>
                <w:sz w:val="15"/>
              </w:rPr>
              <w:t>Periodic și la schimbări de risc.</w:t>
            </w:r>
          </w:p>
        </w:tc>
      </w:tr>
      <w:tr w:rsidR="00453E5B" w14:paraId="58DBB56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8B8206B"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4AC09332" w14:textId="77777777" w:rsidR="00453E5B" w:rsidRDefault="00000000">
            <w:pPr>
              <w:spacing w:after="0" w:line="240" w:lineRule="auto"/>
            </w:pPr>
            <w:r>
              <w:rPr>
                <w:sz w:val="15"/>
              </w:rPr>
              <w:t>Dashboard, rapoarte SOC, teste, audituri, scanări și KPI/KRI.</w:t>
            </w:r>
          </w:p>
        </w:tc>
      </w:tr>
      <w:tr w:rsidR="00453E5B" w14:paraId="135BA4B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FCB6B96"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39EB4FA8" w14:textId="77777777" w:rsidR="00453E5B" w:rsidRDefault="00000000">
            <w:pPr>
              <w:spacing w:after="0" w:line="240" w:lineRule="auto"/>
            </w:pPr>
            <w:r>
              <w:rPr>
                <w:sz w:val="15"/>
              </w:rPr>
              <w:t>Măsurarea activității, nu a rezultatului; surse neverificate; praguri schimbate pentru a evita abaterea.</w:t>
            </w:r>
          </w:p>
        </w:tc>
      </w:tr>
    </w:tbl>
    <w:p w14:paraId="3DCBD627" w14:textId="77777777" w:rsidR="00453E5B" w:rsidRDefault="00453E5B">
      <w:pPr>
        <w:spacing w:after="40"/>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453E5B" w14:paraId="64EABBC6" w14:textId="77777777">
        <w:trPr>
          <w:jc w:val="center"/>
        </w:trPr>
        <w:tc>
          <w:tcPr>
            <w:tcW w:w="9921" w:type="dxa"/>
            <w:gridSpan w:val="2"/>
            <w:shd w:val="clear" w:color="auto" w:fill="D71920"/>
            <w:tcMar>
              <w:top w:w="70" w:type="dxa"/>
              <w:left w:w="85" w:type="dxa"/>
              <w:bottom w:w="70" w:type="dxa"/>
              <w:right w:w="85" w:type="dxa"/>
            </w:tcMar>
            <w:vAlign w:val="center"/>
          </w:tcPr>
          <w:p w14:paraId="4FE37ACC" w14:textId="77777777" w:rsidR="00453E5B" w:rsidRDefault="00000000">
            <w:pPr>
              <w:spacing w:after="0" w:line="240" w:lineRule="auto"/>
            </w:pPr>
            <w:r>
              <w:rPr>
                <w:b/>
                <w:color w:val="FFFFFF"/>
                <w:sz w:val="21"/>
              </w:rPr>
              <w:t>4.17. Audit intern, management review și acțiuni corective</w:t>
            </w:r>
          </w:p>
        </w:tc>
      </w:tr>
      <w:tr w:rsidR="00453E5B" w14:paraId="46CCB37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C3288B4" w14:textId="77777777" w:rsidR="00453E5B" w:rsidRDefault="00000000">
            <w:pPr>
              <w:spacing w:after="0" w:line="240" w:lineRule="auto"/>
            </w:pPr>
            <w:r>
              <w:rPr>
                <w:b/>
                <w:sz w:val="15"/>
              </w:rPr>
              <w:t>Categorie</w:t>
            </w:r>
          </w:p>
        </w:tc>
        <w:tc>
          <w:tcPr>
            <w:tcW w:w="7540" w:type="dxa"/>
            <w:shd w:val="clear" w:color="auto" w:fill="FFFFFF"/>
            <w:tcMar>
              <w:top w:w="70" w:type="dxa"/>
              <w:left w:w="85" w:type="dxa"/>
              <w:bottom w:w="70" w:type="dxa"/>
              <w:right w:w="85" w:type="dxa"/>
            </w:tcMar>
            <w:vAlign w:val="center"/>
          </w:tcPr>
          <w:p w14:paraId="59B318D6" w14:textId="77777777" w:rsidR="00453E5B" w:rsidRDefault="00000000">
            <w:pPr>
              <w:spacing w:after="0" w:line="240" w:lineRule="auto"/>
            </w:pPr>
            <w:r>
              <w:rPr>
                <w:sz w:val="15"/>
              </w:rPr>
              <w:t>Document menținut și înregistrări păstrate</w:t>
            </w:r>
          </w:p>
        </w:tc>
      </w:tr>
      <w:tr w:rsidR="00453E5B" w14:paraId="22FA408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60DC162" w14:textId="77777777" w:rsidR="00453E5B" w:rsidRDefault="00000000">
            <w:pPr>
              <w:spacing w:after="0" w:line="240" w:lineRule="auto"/>
            </w:pPr>
            <w:r>
              <w:rPr>
                <w:b/>
                <w:sz w:val="15"/>
              </w:rPr>
              <w:t>Referință</w:t>
            </w:r>
          </w:p>
        </w:tc>
        <w:tc>
          <w:tcPr>
            <w:tcW w:w="7540" w:type="dxa"/>
            <w:shd w:val="clear" w:color="auto" w:fill="FFFFFF"/>
            <w:tcMar>
              <w:top w:w="70" w:type="dxa"/>
              <w:left w:w="85" w:type="dxa"/>
              <w:bottom w:w="70" w:type="dxa"/>
              <w:right w:w="85" w:type="dxa"/>
            </w:tcMar>
            <w:vAlign w:val="center"/>
          </w:tcPr>
          <w:p w14:paraId="48C0AEAF" w14:textId="77777777" w:rsidR="00453E5B" w:rsidRDefault="00000000">
            <w:pPr>
              <w:spacing w:after="0" w:line="240" w:lineRule="auto"/>
            </w:pPr>
            <w:r>
              <w:rPr>
                <w:sz w:val="15"/>
              </w:rPr>
              <w:t>9.2–10.2</w:t>
            </w:r>
          </w:p>
        </w:tc>
      </w:tr>
      <w:tr w:rsidR="00453E5B" w14:paraId="005032B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5892891" w14:textId="77777777" w:rsidR="00453E5B" w:rsidRDefault="00000000">
            <w:pPr>
              <w:spacing w:after="0" w:line="240" w:lineRule="auto"/>
            </w:pPr>
            <w:r>
              <w:rPr>
                <w:b/>
                <w:sz w:val="15"/>
              </w:rPr>
              <w:t>Când este necesar</w:t>
            </w:r>
          </w:p>
        </w:tc>
        <w:tc>
          <w:tcPr>
            <w:tcW w:w="7540" w:type="dxa"/>
            <w:shd w:val="clear" w:color="auto" w:fill="FFFFFF"/>
            <w:tcMar>
              <w:top w:w="70" w:type="dxa"/>
              <w:left w:w="85" w:type="dxa"/>
              <w:bottom w:w="70" w:type="dxa"/>
              <w:right w:w="85" w:type="dxa"/>
            </w:tcMar>
            <w:vAlign w:val="center"/>
          </w:tcPr>
          <w:p w14:paraId="29E63A1D" w14:textId="77777777" w:rsidR="00453E5B" w:rsidRDefault="00000000">
            <w:pPr>
              <w:spacing w:after="0" w:line="240" w:lineRule="auto"/>
            </w:pPr>
            <w:r>
              <w:rPr>
                <w:sz w:val="15"/>
              </w:rPr>
              <w:t>În mod obișnuit</w:t>
            </w:r>
          </w:p>
        </w:tc>
      </w:tr>
      <w:tr w:rsidR="00453E5B" w14:paraId="5DEFB00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FB58712" w14:textId="77777777" w:rsidR="00453E5B" w:rsidRDefault="00000000">
            <w:pPr>
              <w:spacing w:after="0" w:line="240" w:lineRule="auto"/>
            </w:pPr>
            <w:r>
              <w:rPr>
                <w:b/>
                <w:sz w:val="15"/>
              </w:rPr>
              <w:t>Scop</w:t>
            </w:r>
          </w:p>
        </w:tc>
        <w:tc>
          <w:tcPr>
            <w:tcW w:w="7540" w:type="dxa"/>
            <w:shd w:val="clear" w:color="auto" w:fill="FFFFFF"/>
            <w:tcMar>
              <w:top w:w="70" w:type="dxa"/>
              <w:left w:w="85" w:type="dxa"/>
              <w:bottom w:w="70" w:type="dxa"/>
              <w:right w:w="85" w:type="dxa"/>
            </w:tcMar>
            <w:vAlign w:val="center"/>
          </w:tcPr>
          <w:p w14:paraId="120B7E0F" w14:textId="77777777" w:rsidR="00453E5B" w:rsidRDefault="00000000">
            <w:pPr>
              <w:spacing w:after="0" w:line="240" w:lineRule="auto"/>
            </w:pPr>
            <w:r>
              <w:rPr>
                <w:sz w:val="15"/>
              </w:rPr>
              <w:t>Asigură evaluarea independentă, decizii și eliminarea cauzelor.</w:t>
            </w:r>
          </w:p>
        </w:tc>
      </w:tr>
      <w:tr w:rsidR="00453E5B" w14:paraId="7332B81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F401D29" w14:textId="77777777" w:rsidR="00453E5B" w:rsidRDefault="00000000">
            <w:pPr>
              <w:spacing w:after="0" w:line="240" w:lineRule="auto"/>
            </w:pPr>
            <w:r>
              <w:rPr>
                <w:b/>
                <w:sz w:val="15"/>
              </w:rPr>
              <w:t>Conținut minim recomandat</w:t>
            </w:r>
          </w:p>
        </w:tc>
        <w:tc>
          <w:tcPr>
            <w:tcW w:w="7540" w:type="dxa"/>
            <w:shd w:val="clear" w:color="auto" w:fill="FFFFFF"/>
            <w:tcMar>
              <w:top w:w="70" w:type="dxa"/>
              <w:left w:w="85" w:type="dxa"/>
              <w:bottom w:w="70" w:type="dxa"/>
              <w:right w:w="85" w:type="dxa"/>
            </w:tcMar>
            <w:vAlign w:val="center"/>
          </w:tcPr>
          <w:p w14:paraId="69AB7EF7" w14:textId="77777777" w:rsidR="00453E5B" w:rsidRDefault="00000000">
            <w:pPr>
              <w:spacing w:after="0" w:line="240" w:lineRule="auto"/>
            </w:pPr>
            <w:r>
              <w:rPr>
                <w:sz w:val="15"/>
              </w:rPr>
              <w:t>Program; criterii; auditori; rapoarte; constatări; cauze; acțiuni; eficacitate; intrări/ieșiri management review.</w:t>
            </w:r>
          </w:p>
        </w:tc>
      </w:tr>
      <w:tr w:rsidR="00453E5B" w14:paraId="56F8551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BCD8646" w14:textId="77777777" w:rsidR="00453E5B" w:rsidRDefault="00000000">
            <w:pPr>
              <w:spacing w:after="0" w:line="240" w:lineRule="auto"/>
            </w:pPr>
            <w:r>
              <w:rPr>
                <w:b/>
                <w:sz w:val="15"/>
              </w:rPr>
              <w:t>Proprietar orientativ</w:t>
            </w:r>
          </w:p>
        </w:tc>
        <w:tc>
          <w:tcPr>
            <w:tcW w:w="7540" w:type="dxa"/>
            <w:shd w:val="clear" w:color="auto" w:fill="FFFFFF"/>
            <w:tcMar>
              <w:top w:w="70" w:type="dxa"/>
              <w:left w:w="85" w:type="dxa"/>
              <w:bottom w:w="70" w:type="dxa"/>
              <w:right w:w="85" w:type="dxa"/>
            </w:tcMar>
            <w:vAlign w:val="center"/>
          </w:tcPr>
          <w:p w14:paraId="16A51A8D" w14:textId="77777777" w:rsidR="00453E5B" w:rsidRDefault="00000000">
            <w:pPr>
              <w:spacing w:after="0" w:line="240" w:lineRule="auto"/>
            </w:pPr>
            <w:r>
              <w:rPr>
                <w:sz w:val="15"/>
              </w:rPr>
              <w:t>Coordonator audit și conducere.</w:t>
            </w:r>
          </w:p>
        </w:tc>
      </w:tr>
      <w:tr w:rsidR="00453E5B" w14:paraId="23079C0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FE4F9DF" w14:textId="77777777" w:rsidR="00453E5B" w:rsidRDefault="00000000">
            <w:pPr>
              <w:spacing w:after="0" w:line="240" w:lineRule="auto"/>
            </w:pPr>
            <w:r>
              <w:rPr>
                <w:b/>
                <w:sz w:val="15"/>
              </w:rPr>
              <w:t>Revizuire / actualizare</w:t>
            </w:r>
          </w:p>
        </w:tc>
        <w:tc>
          <w:tcPr>
            <w:tcW w:w="7540" w:type="dxa"/>
            <w:shd w:val="clear" w:color="auto" w:fill="FFFFFF"/>
            <w:tcMar>
              <w:top w:w="70" w:type="dxa"/>
              <w:left w:w="85" w:type="dxa"/>
              <w:bottom w:w="70" w:type="dxa"/>
              <w:right w:w="85" w:type="dxa"/>
            </w:tcMar>
            <w:vAlign w:val="center"/>
          </w:tcPr>
          <w:p w14:paraId="5E52A16C" w14:textId="77777777" w:rsidR="00453E5B" w:rsidRDefault="00000000">
            <w:pPr>
              <w:spacing w:after="0" w:line="240" w:lineRule="auto"/>
            </w:pPr>
            <w:r>
              <w:rPr>
                <w:sz w:val="15"/>
              </w:rPr>
              <w:t>La interval planificat și după schimbări/incident major.</w:t>
            </w:r>
          </w:p>
        </w:tc>
      </w:tr>
      <w:tr w:rsidR="00453E5B" w14:paraId="12127D8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5F992AE" w14:textId="77777777" w:rsidR="00453E5B" w:rsidRDefault="00000000">
            <w:pPr>
              <w:spacing w:after="0" w:line="240" w:lineRule="auto"/>
            </w:pPr>
            <w:r>
              <w:rPr>
                <w:b/>
                <w:sz w:val="15"/>
              </w:rPr>
              <w:t>Dovezi asociate</w:t>
            </w:r>
          </w:p>
        </w:tc>
        <w:tc>
          <w:tcPr>
            <w:tcW w:w="7540" w:type="dxa"/>
            <w:shd w:val="clear" w:color="auto" w:fill="FFFFFF"/>
            <w:tcMar>
              <w:top w:w="70" w:type="dxa"/>
              <w:left w:w="85" w:type="dxa"/>
              <w:bottom w:w="70" w:type="dxa"/>
              <w:right w:w="85" w:type="dxa"/>
            </w:tcMar>
            <w:vAlign w:val="center"/>
          </w:tcPr>
          <w:p w14:paraId="027D0AC3" w14:textId="77777777" w:rsidR="00453E5B" w:rsidRDefault="00000000">
            <w:pPr>
              <w:spacing w:after="0" w:line="240" w:lineRule="auto"/>
            </w:pPr>
            <w:r>
              <w:rPr>
                <w:sz w:val="15"/>
              </w:rPr>
              <w:t>Rapoarte, minute, tichete, decizii, bugete și verificări.</w:t>
            </w:r>
          </w:p>
        </w:tc>
      </w:tr>
      <w:tr w:rsidR="00453E5B" w14:paraId="6928960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A66A811" w14:textId="77777777" w:rsidR="00453E5B" w:rsidRDefault="00000000">
            <w:pPr>
              <w:spacing w:after="0" w:line="240" w:lineRule="auto"/>
            </w:pPr>
            <w:r>
              <w:rPr>
                <w:b/>
                <w:sz w:val="15"/>
              </w:rPr>
              <w:t>Erori frecvente</w:t>
            </w:r>
          </w:p>
        </w:tc>
        <w:tc>
          <w:tcPr>
            <w:tcW w:w="7540" w:type="dxa"/>
            <w:shd w:val="clear" w:color="auto" w:fill="FFFFFF"/>
            <w:tcMar>
              <w:top w:w="70" w:type="dxa"/>
              <w:left w:w="85" w:type="dxa"/>
              <w:bottom w:w="70" w:type="dxa"/>
              <w:right w:w="85" w:type="dxa"/>
            </w:tcMar>
            <w:vAlign w:val="center"/>
          </w:tcPr>
          <w:p w14:paraId="7F4A86F6" w14:textId="77777777" w:rsidR="00453E5B" w:rsidRDefault="00000000">
            <w:pPr>
              <w:spacing w:after="0" w:line="240" w:lineRule="auto"/>
            </w:pPr>
            <w:r>
              <w:rPr>
                <w:sz w:val="15"/>
              </w:rPr>
              <w:t>Audit exclusiv pe politici; management review fără risc și tendințe; acțiuni închise administrativ.</w:t>
            </w:r>
          </w:p>
        </w:tc>
      </w:tr>
    </w:tbl>
    <w:p w14:paraId="55119FAE" w14:textId="77777777" w:rsidR="00453E5B" w:rsidRDefault="00453E5B">
      <w:pPr>
        <w:spacing w:after="4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53E5B" w14:paraId="0C2DD171" w14:textId="77777777">
        <w:trPr>
          <w:cantSplit/>
          <w:jc w:val="center"/>
        </w:trPr>
        <w:tc>
          <w:tcPr>
            <w:tcW w:w="1020" w:type="dxa"/>
            <w:shd w:val="clear" w:color="auto" w:fill="D71920"/>
            <w:tcMar>
              <w:top w:w="70" w:type="dxa"/>
              <w:left w:w="85" w:type="dxa"/>
              <w:bottom w:w="70" w:type="dxa"/>
              <w:right w:w="85" w:type="dxa"/>
            </w:tcMar>
            <w:vAlign w:val="center"/>
          </w:tcPr>
          <w:p w14:paraId="2027B513" w14:textId="77777777" w:rsidR="00453E5B" w:rsidRDefault="00000000">
            <w:pPr>
              <w:spacing w:after="0" w:line="240" w:lineRule="auto"/>
              <w:jc w:val="center"/>
            </w:pPr>
            <w:r>
              <w:rPr>
                <w:b/>
                <w:color w:val="FFFFFF"/>
                <w:sz w:val="34"/>
              </w:rPr>
              <w:t>5</w:t>
            </w:r>
          </w:p>
        </w:tc>
        <w:tc>
          <w:tcPr>
            <w:tcW w:w="8901" w:type="dxa"/>
            <w:shd w:val="clear" w:color="auto" w:fill="F3F4F5"/>
          </w:tcPr>
          <w:p w14:paraId="2E5A4BBB" w14:textId="77777777" w:rsidR="00453E5B" w:rsidRDefault="00000000">
            <w:pPr>
              <w:spacing w:after="20"/>
            </w:pPr>
            <w:r>
              <w:rPr>
                <w:b/>
                <w:sz w:val="27"/>
              </w:rPr>
              <w:t>Documente dependente de controalele selectate</w:t>
            </w:r>
          </w:p>
          <w:p w14:paraId="591816C1" w14:textId="77777777" w:rsidR="00453E5B" w:rsidRDefault="00000000">
            <w:pPr>
              <w:spacing w:after="0"/>
            </w:pPr>
            <w:r>
              <w:rPr>
                <w:color w:val="666666"/>
                <w:sz w:val="16"/>
              </w:rPr>
              <w:t>SoA trebuie să indice clar ce controale sunt aplicabile și ce dovezi demonstrează implementarea</w:t>
            </w:r>
          </w:p>
        </w:tc>
      </w:tr>
    </w:tbl>
    <w:p w14:paraId="54C8A208" w14:textId="77777777" w:rsidR="00453E5B" w:rsidRDefault="00453E5B">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154"/>
        <w:gridCol w:w="3855"/>
        <w:gridCol w:w="3912"/>
      </w:tblGrid>
      <w:tr w:rsidR="00453E5B" w14:paraId="4B60990E" w14:textId="77777777">
        <w:trPr>
          <w:tblHeader/>
          <w:jc w:val="center"/>
        </w:trPr>
        <w:tc>
          <w:tcPr>
            <w:tcW w:w="2154" w:type="dxa"/>
            <w:shd w:val="clear" w:color="auto" w:fill="D71920"/>
            <w:tcMar>
              <w:top w:w="70" w:type="dxa"/>
              <w:left w:w="85" w:type="dxa"/>
              <w:bottom w:w="70" w:type="dxa"/>
              <w:right w:w="85" w:type="dxa"/>
            </w:tcMar>
            <w:vAlign w:val="center"/>
          </w:tcPr>
          <w:p w14:paraId="2FFCFFC6" w14:textId="77777777" w:rsidR="00453E5B" w:rsidRDefault="00000000">
            <w:pPr>
              <w:spacing w:after="0" w:line="240" w:lineRule="auto"/>
              <w:jc w:val="center"/>
            </w:pPr>
            <w:r>
              <w:rPr>
                <w:b/>
                <w:color w:val="FFFFFF"/>
                <w:sz w:val="15"/>
              </w:rPr>
              <w:t>FAMILIE</w:t>
            </w:r>
          </w:p>
        </w:tc>
        <w:tc>
          <w:tcPr>
            <w:tcW w:w="3855" w:type="dxa"/>
            <w:shd w:val="clear" w:color="auto" w:fill="D71920"/>
            <w:tcMar>
              <w:top w:w="70" w:type="dxa"/>
              <w:left w:w="85" w:type="dxa"/>
              <w:bottom w:w="70" w:type="dxa"/>
              <w:right w:w="85" w:type="dxa"/>
            </w:tcMar>
            <w:vAlign w:val="center"/>
          </w:tcPr>
          <w:p w14:paraId="17ED13DE" w14:textId="77777777" w:rsidR="00453E5B" w:rsidRDefault="00000000">
            <w:pPr>
              <w:spacing w:after="0" w:line="240" w:lineRule="auto"/>
              <w:jc w:val="center"/>
            </w:pPr>
            <w:r>
              <w:rPr>
                <w:b/>
                <w:color w:val="FFFFFF"/>
                <w:sz w:val="15"/>
              </w:rPr>
              <w:t>DOCUMENTE POSIBILE</w:t>
            </w:r>
          </w:p>
        </w:tc>
        <w:tc>
          <w:tcPr>
            <w:tcW w:w="3912" w:type="dxa"/>
            <w:shd w:val="clear" w:color="auto" w:fill="D71920"/>
            <w:tcMar>
              <w:top w:w="70" w:type="dxa"/>
              <w:left w:w="85" w:type="dxa"/>
              <w:bottom w:w="70" w:type="dxa"/>
              <w:right w:w="85" w:type="dxa"/>
            </w:tcMar>
            <w:vAlign w:val="center"/>
          </w:tcPr>
          <w:p w14:paraId="7D1FE351" w14:textId="77777777" w:rsidR="00453E5B" w:rsidRDefault="00000000">
            <w:pPr>
              <w:spacing w:after="0" w:line="240" w:lineRule="auto"/>
              <w:jc w:val="center"/>
            </w:pPr>
            <w:r>
              <w:rPr>
                <w:b/>
                <w:color w:val="FFFFFF"/>
                <w:sz w:val="15"/>
              </w:rPr>
              <w:t>DOVEZI POSIBILE</w:t>
            </w:r>
          </w:p>
        </w:tc>
      </w:tr>
      <w:tr w:rsidR="00453E5B" w14:paraId="407048CC" w14:textId="77777777">
        <w:trPr>
          <w:cantSplit/>
          <w:jc w:val="center"/>
        </w:trPr>
        <w:tc>
          <w:tcPr>
            <w:tcW w:w="2154" w:type="dxa"/>
            <w:shd w:val="clear" w:color="auto" w:fill="FFFFFF"/>
            <w:tcMar>
              <w:top w:w="70" w:type="dxa"/>
              <w:left w:w="85" w:type="dxa"/>
              <w:bottom w:w="70" w:type="dxa"/>
              <w:right w:w="85" w:type="dxa"/>
            </w:tcMar>
            <w:vAlign w:val="center"/>
          </w:tcPr>
          <w:p w14:paraId="53DC8706" w14:textId="77777777" w:rsidR="00453E5B" w:rsidRDefault="00000000">
            <w:pPr>
              <w:spacing w:after="0" w:line="240" w:lineRule="auto"/>
            </w:pPr>
            <w:r>
              <w:rPr>
                <w:sz w:val="14"/>
              </w:rPr>
              <w:t>Organizaționale</w:t>
            </w:r>
          </w:p>
        </w:tc>
        <w:tc>
          <w:tcPr>
            <w:tcW w:w="3855" w:type="dxa"/>
            <w:shd w:val="clear" w:color="auto" w:fill="FFFFFF"/>
            <w:tcMar>
              <w:top w:w="70" w:type="dxa"/>
              <w:left w:w="85" w:type="dxa"/>
              <w:bottom w:w="70" w:type="dxa"/>
              <w:right w:w="85" w:type="dxa"/>
            </w:tcMar>
            <w:vAlign w:val="center"/>
          </w:tcPr>
          <w:p w14:paraId="4E34E252" w14:textId="77777777" w:rsidR="00453E5B" w:rsidRDefault="00000000">
            <w:pPr>
              <w:spacing w:after="0" w:line="240" w:lineRule="auto"/>
            </w:pPr>
            <w:r>
              <w:rPr>
                <w:sz w:val="14"/>
              </w:rPr>
              <w:t>Politici tematice, segregare, threat intelligence, proiecte, registre, conformare</w:t>
            </w:r>
          </w:p>
        </w:tc>
        <w:tc>
          <w:tcPr>
            <w:tcW w:w="3912" w:type="dxa"/>
            <w:shd w:val="clear" w:color="auto" w:fill="FFFFFF"/>
            <w:tcMar>
              <w:top w:w="70" w:type="dxa"/>
              <w:left w:w="85" w:type="dxa"/>
              <w:bottom w:w="70" w:type="dxa"/>
              <w:right w:w="85" w:type="dxa"/>
            </w:tcMar>
            <w:vAlign w:val="center"/>
          </w:tcPr>
          <w:p w14:paraId="5DDB4844" w14:textId="77777777" w:rsidR="00453E5B" w:rsidRDefault="00000000">
            <w:pPr>
              <w:spacing w:after="0" w:line="240" w:lineRule="auto"/>
            </w:pPr>
            <w:r>
              <w:rPr>
                <w:sz w:val="14"/>
              </w:rPr>
              <w:t>Minute, aprobări, rapoarte, contracte, evaluări și verificări independente.</w:t>
            </w:r>
          </w:p>
        </w:tc>
      </w:tr>
      <w:tr w:rsidR="00453E5B" w14:paraId="2FBD5BC5" w14:textId="77777777">
        <w:trPr>
          <w:cantSplit/>
          <w:jc w:val="center"/>
        </w:trPr>
        <w:tc>
          <w:tcPr>
            <w:tcW w:w="2154" w:type="dxa"/>
            <w:shd w:val="clear" w:color="auto" w:fill="FAFAFA"/>
            <w:tcMar>
              <w:top w:w="70" w:type="dxa"/>
              <w:left w:w="85" w:type="dxa"/>
              <w:bottom w:w="70" w:type="dxa"/>
              <w:right w:w="85" w:type="dxa"/>
            </w:tcMar>
            <w:vAlign w:val="center"/>
          </w:tcPr>
          <w:p w14:paraId="2EA589C2" w14:textId="77777777" w:rsidR="00453E5B" w:rsidRDefault="00000000">
            <w:pPr>
              <w:spacing w:after="0" w:line="240" w:lineRule="auto"/>
            </w:pPr>
            <w:r>
              <w:rPr>
                <w:sz w:val="14"/>
              </w:rPr>
              <w:t>Persoane</w:t>
            </w:r>
          </w:p>
        </w:tc>
        <w:tc>
          <w:tcPr>
            <w:tcW w:w="3855" w:type="dxa"/>
            <w:shd w:val="clear" w:color="auto" w:fill="FAFAFA"/>
            <w:tcMar>
              <w:top w:w="70" w:type="dxa"/>
              <w:left w:w="85" w:type="dxa"/>
              <w:bottom w:w="70" w:type="dxa"/>
              <w:right w:w="85" w:type="dxa"/>
            </w:tcMar>
            <w:vAlign w:val="center"/>
          </w:tcPr>
          <w:p w14:paraId="1FA2B48A" w14:textId="77777777" w:rsidR="00453E5B" w:rsidRDefault="00000000">
            <w:pPr>
              <w:spacing w:after="0" w:line="240" w:lineRule="auto"/>
            </w:pPr>
            <w:r>
              <w:rPr>
                <w:sz w:val="14"/>
              </w:rPr>
              <w:t>Screening, clauze, onboarding, awareness, disciplină, offboarding, remote work</w:t>
            </w:r>
          </w:p>
        </w:tc>
        <w:tc>
          <w:tcPr>
            <w:tcW w:w="3912" w:type="dxa"/>
            <w:shd w:val="clear" w:color="auto" w:fill="FAFAFA"/>
            <w:tcMar>
              <w:top w:w="70" w:type="dxa"/>
              <w:left w:w="85" w:type="dxa"/>
              <w:bottom w:w="70" w:type="dxa"/>
              <w:right w:w="85" w:type="dxa"/>
            </w:tcMar>
            <w:vAlign w:val="center"/>
          </w:tcPr>
          <w:p w14:paraId="3FF4DC89" w14:textId="77777777" w:rsidR="00453E5B" w:rsidRDefault="00000000">
            <w:pPr>
              <w:spacing w:after="0" w:line="240" w:lineRule="auto"/>
            </w:pPr>
            <w:r>
              <w:rPr>
                <w:sz w:val="14"/>
              </w:rPr>
              <w:t>Dosare, acceptări, teste, simulări, tichete și revocări acces.</w:t>
            </w:r>
          </w:p>
        </w:tc>
      </w:tr>
      <w:tr w:rsidR="00453E5B" w14:paraId="4A596FDF" w14:textId="77777777">
        <w:trPr>
          <w:cantSplit/>
          <w:jc w:val="center"/>
        </w:trPr>
        <w:tc>
          <w:tcPr>
            <w:tcW w:w="2154" w:type="dxa"/>
            <w:shd w:val="clear" w:color="auto" w:fill="FFFFFF"/>
            <w:tcMar>
              <w:top w:w="70" w:type="dxa"/>
              <w:left w:w="85" w:type="dxa"/>
              <w:bottom w:w="70" w:type="dxa"/>
              <w:right w:w="85" w:type="dxa"/>
            </w:tcMar>
            <w:vAlign w:val="center"/>
          </w:tcPr>
          <w:p w14:paraId="0E7672E8" w14:textId="77777777" w:rsidR="00453E5B" w:rsidRDefault="00000000">
            <w:pPr>
              <w:spacing w:after="0" w:line="240" w:lineRule="auto"/>
            </w:pPr>
            <w:r>
              <w:rPr>
                <w:sz w:val="14"/>
              </w:rPr>
              <w:t>Fizice</w:t>
            </w:r>
          </w:p>
        </w:tc>
        <w:tc>
          <w:tcPr>
            <w:tcW w:w="3855" w:type="dxa"/>
            <w:shd w:val="clear" w:color="auto" w:fill="FFFFFF"/>
            <w:tcMar>
              <w:top w:w="70" w:type="dxa"/>
              <w:left w:w="85" w:type="dxa"/>
              <w:bottom w:w="70" w:type="dxa"/>
              <w:right w:w="85" w:type="dxa"/>
            </w:tcMar>
            <w:vAlign w:val="center"/>
          </w:tcPr>
          <w:p w14:paraId="7122D5B1" w14:textId="77777777" w:rsidR="00453E5B" w:rsidRDefault="00000000">
            <w:pPr>
              <w:spacing w:after="0" w:line="240" w:lineRule="auto"/>
            </w:pPr>
            <w:r>
              <w:rPr>
                <w:sz w:val="14"/>
              </w:rPr>
              <w:t>Perimetre, acces, vizitatori, monitorizare, mediu, clear desk, echipamente</w:t>
            </w:r>
          </w:p>
        </w:tc>
        <w:tc>
          <w:tcPr>
            <w:tcW w:w="3912" w:type="dxa"/>
            <w:shd w:val="clear" w:color="auto" w:fill="FFFFFF"/>
            <w:tcMar>
              <w:top w:w="70" w:type="dxa"/>
              <w:left w:w="85" w:type="dxa"/>
              <w:bottom w:w="70" w:type="dxa"/>
              <w:right w:w="85" w:type="dxa"/>
            </w:tcMar>
            <w:vAlign w:val="center"/>
          </w:tcPr>
          <w:p w14:paraId="606CD5F8" w14:textId="77777777" w:rsidR="00453E5B" w:rsidRDefault="00000000">
            <w:pPr>
              <w:spacing w:after="0" w:line="240" w:lineRule="auto"/>
            </w:pPr>
            <w:r>
              <w:rPr>
                <w:sz w:val="14"/>
              </w:rPr>
              <w:t>Loguri, CCTV, inspecții, alarme, mentenanță și rapoarte.</w:t>
            </w:r>
          </w:p>
        </w:tc>
      </w:tr>
      <w:tr w:rsidR="00453E5B" w14:paraId="1006B2B2" w14:textId="77777777">
        <w:trPr>
          <w:cantSplit/>
          <w:jc w:val="center"/>
        </w:trPr>
        <w:tc>
          <w:tcPr>
            <w:tcW w:w="2154" w:type="dxa"/>
            <w:shd w:val="clear" w:color="auto" w:fill="FAFAFA"/>
            <w:tcMar>
              <w:top w:w="70" w:type="dxa"/>
              <w:left w:w="85" w:type="dxa"/>
              <w:bottom w:w="70" w:type="dxa"/>
              <w:right w:w="85" w:type="dxa"/>
            </w:tcMar>
            <w:vAlign w:val="center"/>
          </w:tcPr>
          <w:p w14:paraId="6425A39D" w14:textId="77777777" w:rsidR="00453E5B" w:rsidRDefault="00000000">
            <w:pPr>
              <w:spacing w:after="0" w:line="240" w:lineRule="auto"/>
            </w:pPr>
            <w:r>
              <w:rPr>
                <w:sz w:val="14"/>
              </w:rPr>
              <w:t>Tehnologice</w:t>
            </w:r>
          </w:p>
        </w:tc>
        <w:tc>
          <w:tcPr>
            <w:tcW w:w="3855" w:type="dxa"/>
            <w:shd w:val="clear" w:color="auto" w:fill="FAFAFA"/>
            <w:tcMar>
              <w:top w:w="70" w:type="dxa"/>
              <w:left w:w="85" w:type="dxa"/>
              <w:bottom w:w="70" w:type="dxa"/>
              <w:right w:w="85" w:type="dxa"/>
            </w:tcMar>
            <w:vAlign w:val="center"/>
          </w:tcPr>
          <w:p w14:paraId="1302A391" w14:textId="77777777" w:rsidR="00453E5B" w:rsidRDefault="00000000">
            <w:pPr>
              <w:spacing w:after="0" w:line="240" w:lineRule="auto"/>
            </w:pPr>
            <w:r>
              <w:rPr>
                <w:sz w:val="14"/>
              </w:rPr>
              <w:t>Endpoint, privilegii, malware, vulnerabilități, configurare, criptare, rețele, DLP, SDLC</w:t>
            </w:r>
          </w:p>
        </w:tc>
        <w:tc>
          <w:tcPr>
            <w:tcW w:w="3912" w:type="dxa"/>
            <w:shd w:val="clear" w:color="auto" w:fill="FAFAFA"/>
            <w:tcMar>
              <w:top w:w="70" w:type="dxa"/>
              <w:left w:w="85" w:type="dxa"/>
              <w:bottom w:w="70" w:type="dxa"/>
              <w:right w:w="85" w:type="dxa"/>
            </w:tcMar>
            <w:vAlign w:val="center"/>
          </w:tcPr>
          <w:p w14:paraId="6749A9DF" w14:textId="77777777" w:rsidR="00453E5B" w:rsidRDefault="00000000">
            <w:pPr>
              <w:spacing w:after="0" w:line="240" w:lineRule="auto"/>
            </w:pPr>
            <w:r>
              <w:rPr>
                <w:sz w:val="14"/>
              </w:rPr>
              <w:t>Configurații, console, scanări, loguri, teste, cod, pipeline și tichete.</w:t>
            </w:r>
          </w:p>
        </w:tc>
      </w:tr>
      <w:tr w:rsidR="00453E5B" w14:paraId="0A81D517" w14:textId="77777777">
        <w:trPr>
          <w:cantSplit/>
          <w:jc w:val="center"/>
        </w:trPr>
        <w:tc>
          <w:tcPr>
            <w:tcW w:w="2154" w:type="dxa"/>
            <w:shd w:val="clear" w:color="auto" w:fill="FFFFFF"/>
            <w:tcMar>
              <w:top w:w="70" w:type="dxa"/>
              <w:left w:w="85" w:type="dxa"/>
              <w:bottom w:w="70" w:type="dxa"/>
              <w:right w:w="85" w:type="dxa"/>
            </w:tcMar>
            <w:vAlign w:val="center"/>
          </w:tcPr>
          <w:p w14:paraId="6C02129B" w14:textId="77777777" w:rsidR="00453E5B" w:rsidRDefault="00000000">
            <w:pPr>
              <w:spacing w:after="0" w:line="240" w:lineRule="auto"/>
            </w:pPr>
            <w:r>
              <w:rPr>
                <w:sz w:val="14"/>
              </w:rPr>
              <w:t>Cloud și furnizori</w:t>
            </w:r>
          </w:p>
        </w:tc>
        <w:tc>
          <w:tcPr>
            <w:tcW w:w="3855" w:type="dxa"/>
            <w:shd w:val="clear" w:color="auto" w:fill="FFFFFF"/>
            <w:tcMar>
              <w:top w:w="70" w:type="dxa"/>
              <w:left w:w="85" w:type="dxa"/>
              <w:bottom w:w="70" w:type="dxa"/>
              <w:right w:w="85" w:type="dxa"/>
            </w:tcMar>
            <w:vAlign w:val="center"/>
          </w:tcPr>
          <w:p w14:paraId="2690AA23" w14:textId="77777777" w:rsidR="00453E5B" w:rsidRDefault="00000000">
            <w:pPr>
              <w:spacing w:after="0" w:line="240" w:lineRule="auto"/>
            </w:pPr>
            <w:r>
              <w:rPr>
                <w:sz w:val="14"/>
              </w:rPr>
              <w:t>Due diligence, cerințe, evaluări, exit, subprocesatori, monitorizare</w:t>
            </w:r>
          </w:p>
        </w:tc>
        <w:tc>
          <w:tcPr>
            <w:tcW w:w="3912" w:type="dxa"/>
            <w:shd w:val="clear" w:color="auto" w:fill="FFFFFF"/>
            <w:tcMar>
              <w:top w:w="70" w:type="dxa"/>
              <w:left w:w="85" w:type="dxa"/>
              <w:bottom w:w="70" w:type="dxa"/>
              <w:right w:w="85" w:type="dxa"/>
            </w:tcMar>
            <w:vAlign w:val="center"/>
          </w:tcPr>
          <w:p w14:paraId="16DBD4DD" w14:textId="77777777" w:rsidR="00453E5B" w:rsidRDefault="00000000">
            <w:pPr>
              <w:spacing w:after="0" w:line="240" w:lineRule="auto"/>
            </w:pPr>
            <w:r>
              <w:rPr>
                <w:sz w:val="14"/>
              </w:rPr>
              <w:t>Contracte, rapoarte SOC/ISO, SLA, dashboard și teste.</w:t>
            </w:r>
          </w:p>
        </w:tc>
      </w:tr>
      <w:tr w:rsidR="00453E5B" w14:paraId="178DB594" w14:textId="77777777">
        <w:trPr>
          <w:cantSplit/>
          <w:jc w:val="center"/>
        </w:trPr>
        <w:tc>
          <w:tcPr>
            <w:tcW w:w="2154" w:type="dxa"/>
            <w:shd w:val="clear" w:color="auto" w:fill="FAFAFA"/>
            <w:tcMar>
              <w:top w:w="70" w:type="dxa"/>
              <w:left w:w="85" w:type="dxa"/>
              <w:bottom w:w="70" w:type="dxa"/>
              <w:right w:w="85" w:type="dxa"/>
            </w:tcMar>
            <w:vAlign w:val="center"/>
          </w:tcPr>
          <w:p w14:paraId="31D88CAD" w14:textId="77777777" w:rsidR="00453E5B" w:rsidRDefault="00000000">
            <w:pPr>
              <w:spacing w:after="0" w:line="240" w:lineRule="auto"/>
            </w:pPr>
            <w:r>
              <w:rPr>
                <w:sz w:val="14"/>
              </w:rPr>
              <w:t>Incidente și continuitate</w:t>
            </w:r>
          </w:p>
        </w:tc>
        <w:tc>
          <w:tcPr>
            <w:tcW w:w="3855" w:type="dxa"/>
            <w:shd w:val="clear" w:color="auto" w:fill="FAFAFA"/>
            <w:tcMar>
              <w:top w:w="70" w:type="dxa"/>
              <w:left w:w="85" w:type="dxa"/>
              <w:bottom w:w="70" w:type="dxa"/>
              <w:right w:w="85" w:type="dxa"/>
            </w:tcMar>
            <w:vAlign w:val="center"/>
          </w:tcPr>
          <w:p w14:paraId="5B99A0F6" w14:textId="77777777" w:rsidR="00453E5B" w:rsidRDefault="00000000">
            <w:pPr>
              <w:spacing w:after="0" w:line="240" w:lineRule="auto"/>
            </w:pPr>
            <w:r>
              <w:rPr>
                <w:sz w:val="14"/>
              </w:rPr>
              <w:t>Playbook, comunicare, BCP/DR, backup, testare și lecții</w:t>
            </w:r>
          </w:p>
        </w:tc>
        <w:tc>
          <w:tcPr>
            <w:tcW w:w="3912" w:type="dxa"/>
            <w:shd w:val="clear" w:color="auto" w:fill="FAFAFA"/>
            <w:tcMar>
              <w:top w:w="70" w:type="dxa"/>
              <w:left w:w="85" w:type="dxa"/>
              <w:bottom w:w="70" w:type="dxa"/>
              <w:right w:w="85" w:type="dxa"/>
            </w:tcMar>
            <w:vAlign w:val="center"/>
          </w:tcPr>
          <w:p w14:paraId="2FC0EE96" w14:textId="77777777" w:rsidR="00453E5B" w:rsidRDefault="00000000">
            <w:pPr>
              <w:spacing w:after="0" w:line="240" w:lineRule="auto"/>
            </w:pPr>
            <w:r>
              <w:rPr>
                <w:sz w:val="14"/>
              </w:rPr>
              <w:t>Cronologii, exerciții, restaurări, rapoarte și acțiuni.</w:t>
            </w:r>
          </w:p>
        </w:tc>
      </w:tr>
    </w:tbl>
    <w:p w14:paraId="327BB460" w14:textId="77777777" w:rsidR="00453E5B" w:rsidRDefault="00453E5B">
      <w:pPr>
        <w:spacing w:after="20"/>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7"/>
        <w:gridCol w:w="9354"/>
      </w:tblGrid>
      <w:tr w:rsidR="00453E5B" w14:paraId="10564C9D" w14:textId="77777777">
        <w:trPr>
          <w:cantSplit/>
          <w:jc w:val="center"/>
        </w:trPr>
        <w:tc>
          <w:tcPr>
            <w:tcW w:w="567" w:type="dxa"/>
            <w:shd w:val="clear" w:color="auto" w:fill="D71920"/>
            <w:tcMar>
              <w:top w:w="70" w:type="dxa"/>
              <w:left w:w="85" w:type="dxa"/>
              <w:bottom w:w="70" w:type="dxa"/>
              <w:right w:w="85" w:type="dxa"/>
            </w:tcMar>
            <w:vAlign w:val="center"/>
          </w:tcPr>
          <w:p w14:paraId="4EC396E6" w14:textId="77777777" w:rsidR="00453E5B" w:rsidRDefault="00000000">
            <w:pPr>
              <w:spacing w:after="0" w:line="240" w:lineRule="auto"/>
              <w:jc w:val="center"/>
            </w:pPr>
            <w:r>
              <w:rPr>
                <w:b/>
                <w:color w:val="FFFFFF"/>
                <w:sz w:val="30"/>
              </w:rPr>
              <w:t>i</w:t>
            </w:r>
          </w:p>
        </w:tc>
        <w:tc>
          <w:tcPr>
            <w:tcW w:w="9354" w:type="dxa"/>
            <w:shd w:val="clear" w:color="auto" w:fill="EAF2F8"/>
          </w:tcPr>
          <w:p w14:paraId="4080CF18" w14:textId="77777777" w:rsidR="00453E5B" w:rsidRDefault="00000000">
            <w:pPr>
              <w:spacing w:after="20"/>
            </w:pPr>
            <w:r>
              <w:rPr>
                <w:b/>
                <w:color w:val="D71920"/>
                <w:sz w:val="17"/>
              </w:rPr>
              <w:t>DOVADA POATE FI TEHNICĂ</w:t>
            </w:r>
          </w:p>
          <w:p w14:paraId="2895A7E2" w14:textId="77777777" w:rsidR="00453E5B" w:rsidRDefault="00000000">
            <w:pPr>
              <w:spacing w:after="0" w:line="247" w:lineRule="auto"/>
            </w:pPr>
            <w:r>
              <w:rPr>
                <w:sz w:val="16"/>
              </w:rPr>
              <w:t>O configurație, un log, un ticket, o regulă de firewall, o captură controlată sau un raport automat poate demonstra implementarea mai bine decât o procedură. Totuși, dovada trebuie să fie identificabilă, integră, inteligibilă și corelată cu controlul și riscul.</w:t>
            </w:r>
          </w:p>
        </w:tc>
      </w:tr>
    </w:tbl>
    <w:p w14:paraId="59C5EFC3" w14:textId="77777777" w:rsidR="00453E5B" w:rsidRDefault="00453E5B">
      <w:pPr>
        <w:spacing w:after="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53E5B" w14:paraId="17C2A800" w14:textId="77777777">
        <w:trPr>
          <w:cantSplit/>
          <w:jc w:val="center"/>
        </w:trPr>
        <w:tc>
          <w:tcPr>
            <w:tcW w:w="1020" w:type="dxa"/>
            <w:shd w:val="clear" w:color="auto" w:fill="D71920"/>
            <w:tcMar>
              <w:top w:w="70" w:type="dxa"/>
              <w:left w:w="85" w:type="dxa"/>
              <w:bottom w:w="70" w:type="dxa"/>
              <w:right w:w="85" w:type="dxa"/>
            </w:tcMar>
            <w:vAlign w:val="center"/>
          </w:tcPr>
          <w:p w14:paraId="198BE5AE" w14:textId="77777777" w:rsidR="00453E5B" w:rsidRDefault="00000000">
            <w:pPr>
              <w:spacing w:after="0" w:line="240" w:lineRule="auto"/>
              <w:jc w:val="center"/>
            </w:pPr>
            <w:r>
              <w:rPr>
                <w:b/>
                <w:color w:val="FFFFFF"/>
                <w:sz w:val="34"/>
              </w:rPr>
              <w:t>6</w:t>
            </w:r>
          </w:p>
        </w:tc>
        <w:tc>
          <w:tcPr>
            <w:tcW w:w="8901" w:type="dxa"/>
            <w:shd w:val="clear" w:color="auto" w:fill="F3F4F5"/>
          </w:tcPr>
          <w:p w14:paraId="26F715E2" w14:textId="77777777" w:rsidR="00453E5B" w:rsidRDefault="00000000">
            <w:pPr>
              <w:spacing w:after="20"/>
            </w:pPr>
            <w:r>
              <w:rPr>
                <w:b/>
                <w:sz w:val="27"/>
              </w:rPr>
              <w:t>Controlul ciclului de viață al documentelor</w:t>
            </w:r>
          </w:p>
          <w:p w14:paraId="700F587D" w14:textId="77777777" w:rsidR="00453E5B" w:rsidRDefault="00000000">
            <w:pPr>
              <w:spacing w:after="0"/>
            </w:pPr>
            <w:r>
              <w:rPr>
                <w:color w:val="666666"/>
                <w:sz w:val="16"/>
              </w:rPr>
              <w:t>Documentele trebuie să fie disponibile, actuale, protejate și retrase controlat</w:t>
            </w:r>
          </w:p>
        </w:tc>
      </w:tr>
    </w:tbl>
    <w:p w14:paraId="21B3D3C1" w14:textId="77777777" w:rsidR="00453E5B" w:rsidRDefault="00453E5B">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94"/>
        <w:gridCol w:w="7427"/>
      </w:tblGrid>
      <w:tr w:rsidR="00453E5B" w14:paraId="534AB6AE" w14:textId="77777777">
        <w:trPr>
          <w:tblHeader/>
          <w:jc w:val="center"/>
        </w:trPr>
        <w:tc>
          <w:tcPr>
            <w:tcW w:w="2494" w:type="dxa"/>
            <w:shd w:val="clear" w:color="auto" w:fill="D71920"/>
            <w:tcMar>
              <w:top w:w="70" w:type="dxa"/>
              <w:left w:w="85" w:type="dxa"/>
              <w:bottom w:w="70" w:type="dxa"/>
              <w:right w:w="85" w:type="dxa"/>
            </w:tcMar>
            <w:vAlign w:val="center"/>
          </w:tcPr>
          <w:p w14:paraId="0ACF5F18" w14:textId="77777777" w:rsidR="00453E5B" w:rsidRDefault="00000000">
            <w:pPr>
              <w:spacing w:after="0" w:line="240" w:lineRule="auto"/>
              <w:jc w:val="center"/>
            </w:pPr>
            <w:r>
              <w:rPr>
                <w:b/>
                <w:color w:val="FFFFFF"/>
                <w:sz w:val="15"/>
              </w:rPr>
              <w:t>ETAPĂ / CONTROL</w:t>
            </w:r>
          </w:p>
        </w:tc>
        <w:tc>
          <w:tcPr>
            <w:tcW w:w="7427" w:type="dxa"/>
            <w:shd w:val="clear" w:color="auto" w:fill="D71920"/>
            <w:tcMar>
              <w:top w:w="70" w:type="dxa"/>
              <w:left w:w="85" w:type="dxa"/>
              <w:bottom w:w="70" w:type="dxa"/>
              <w:right w:w="85" w:type="dxa"/>
            </w:tcMar>
            <w:vAlign w:val="center"/>
          </w:tcPr>
          <w:p w14:paraId="507FD63D" w14:textId="77777777" w:rsidR="00453E5B" w:rsidRDefault="00000000">
            <w:pPr>
              <w:spacing w:after="0" w:line="240" w:lineRule="auto"/>
              <w:jc w:val="center"/>
            </w:pPr>
            <w:r>
              <w:rPr>
                <w:b/>
                <w:color w:val="FFFFFF"/>
                <w:sz w:val="15"/>
              </w:rPr>
              <w:t>REGULĂ PRACTICĂ</w:t>
            </w:r>
          </w:p>
        </w:tc>
      </w:tr>
      <w:tr w:rsidR="00453E5B" w14:paraId="6358A95A" w14:textId="77777777">
        <w:trPr>
          <w:cantSplit/>
          <w:jc w:val="center"/>
        </w:trPr>
        <w:tc>
          <w:tcPr>
            <w:tcW w:w="2494" w:type="dxa"/>
            <w:shd w:val="clear" w:color="auto" w:fill="FFFFFF"/>
            <w:tcMar>
              <w:top w:w="70" w:type="dxa"/>
              <w:left w:w="85" w:type="dxa"/>
              <w:bottom w:w="70" w:type="dxa"/>
              <w:right w:w="85" w:type="dxa"/>
            </w:tcMar>
            <w:vAlign w:val="center"/>
          </w:tcPr>
          <w:p w14:paraId="744F06DA" w14:textId="77777777" w:rsidR="00453E5B" w:rsidRDefault="00000000">
            <w:pPr>
              <w:spacing w:after="0" w:line="240" w:lineRule="auto"/>
            </w:pPr>
            <w:r>
              <w:rPr>
                <w:sz w:val="16"/>
              </w:rPr>
              <w:t>Creare</w:t>
            </w:r>
          </w:p>
        </w:tc>
        <w:tc>
          <w:tcPr>
            <w:tcW w:w="7427" w:type="dxa"/>
            <w:shd w:val="clear" w:color="auto" w:fill="FFFFFF"/>
            <w:tcMar>
              <w:top w:w="70" w:type="dxa"/>
              <w:left w:w="85" w:type="dxa"/>
              <w:bottom w:w="70" w:type="dxa"/>
              <w:right w:w="85" w:type="dxa"/>
            </w:tcMar>
            <w:vAlign w:val="center"/>
          </w:tcPr>
          <w:p w14:paraId="16C6CAA4" w14:textId="77777777" w:rsidR="00453E5B" w:rsidRDefault="00000000">
            <w:pPr>
              <w:spacing w:after="0" w:line="240" w:lineRule="auto"/>
            </w:pPr>
            <w:r>
              <w:rPr>
                <w:sz w:val="16"/>
              </w:rPr>
              <w:t>Scop, utilizatori, proprietar, cod, format, conținut minim și legături cu alte documente.</w:t>
            </w:r>
          </w:p>
        </w:tc>
      </w:tr>
      <w:tr w:rsidR="00453E5B" w14:paraId="16B6B9B0" w14:textId="77777777">
        <w:trPr>
          <w:cantSplit/>
          <w:jc w:val="center"/>
        </w:trPr>
        <w:tc>
          <w:tcPr>
            <w:tcW w:w="2494" w:type="dxa"/>
            <w:shd w:val="clear" w:color="auto" w:fill="FAFAFA"/>
            <w:tcMar>
              <w:top w:w="70" w:type="dxa"/>
              <w:left w:w="85" w:type="dxa"/>
              <w:bottom w:w="70" w:type="dxa"/>
              <w:right w:w="85" w:type="dxa"/>
            </w:tcMar>
            <w:vAlign w:val="center"/>
          </w:tcPr>
          <w:p w14:paraId="5B65CF3D" w14:textId="77777777" w:rsidR="00453E5B" w:rsidRDefault="00000000">
            <w:pPr>
              <w:spacing w:after="0" w:line="240" w:lineRule="auto"/>
            </w:pPr>
            <w:r>
              <w:rPr>
                <w:sz w:val="16"/>
              </w:rPr>
              <w:t>Analiză și aprobare</w:t>
            </w:r>
          </w:p>
        </w:tc>
        <w:tc>
          <w:tcPr>
            <w:tcW w:w="7427" w:type="dxa"/>
            <w:shd w:val="clear" w:color="auto" w:fill="FAFAFA"/>
            <w:tcMar>
              <w:top w:w="70" w:type="dxa"/>
              <w:left w:w="85" w:type="dxa"/>
              <w:bottom w:w="70" w:type="dxa"/>
              <w:right w:w="85" w:type="dxa"/>
            </w:tcMar>
            <w:vAlign w:val="center"/>
          </w:tcPr>
          <w:p w14:paraId="6BCC466D" w14:textId="77777777" w:rsidR="00453E5B" w:rsidRDefault="00000000">
            <w:pPr>
              <w:spacing w:after="0" w:line="240" w:lineRule="auto"/>
            </w:pPr>
            <w:r>
              <w:rPr>
                <w:sz w:val="16"/>
              </w:rPr>
              <w:t>Verificare tehnică și aprobare de către persoane competente și autorizate.</w:t>
            </w:r>
          </w:p>
        </w:tc>
      </w:tr>
      <w:tr w:rsidR="00453E5B" w14:paraId="516FEB61" w14:textId="77777777">
        <w:trPr>
          <w:cantSplit/>
          <w:jc w:val="center"/>
        </w:trPr>
        <w:tc>
          <w:tcPr>
            <w:tcW w:w="2494" w:type="dxa"/>
            <w:shd w:val="clear" w:color="auto" w:fill="FFFFFF"/>
            <w:tcMar>
              <w:top w:w="70" w:type="dxa"/>
              <w:left w:w="85" w:type="dxa"/>
              <w:bottom w:w="70" w:type="dxa"/>
              <w:right w:w="85" w:type="dxa"/>
            </w:tcMar>
            <w:vAlign w:val="center"/>
          </w:tcPr>
          <w:p w14:paraId="7AFE529A" w14:textId="77777777" w:rsidR="00453E5B" w:rsidRDefault="00000000">
            <w:pPr>
              <w:spacing w:after="0" w:line="240" w:lineRule="auto"/>
            </w:pPr>
            <w:r>
              <w:rPr>
                <w:sz w:val="16"/>
              </w:rPr>
              <w:t>Publicare</w:t>
            </w:r>
          </w:p>
        </w:tc>
        <w:tc>
          <w:tcPr>
            <w:tcW w:w="7427" w:type="dxa"/>
            <w:shd w:val="clear" w:color="auto" w:fill="FFFFFF"/>
            <w:tcMar>
              <w:top w:w="70" w:type="dxa"/>
              <w:left w:w="85" w:type="dxa"/>
              <w:bottom w:w="70" w:type="dxa"/>
              <w:right w:w="85" w:type="dxa"/>
            </w:tcMar>
            <w:vAlign w:val="center"/>
          </w:tcPr>
          <w:p w14:paraId="09B3CA98" w14:textId="77777777" w:rsidR="00453E5B" w:rsidRDefault="00000000">
            <w:pPr>
              <w:spacing w:after="0" w:line="240" w:lineRule="auto"/>
            </w:pPr>
            <w:r>
              <w:rPr>
                <w:sz w:val="16"/>
              </w:rPr>
              <w:t>Versiunea oficială este identificată și disponibilă la punctul de utilizare.</w:t>
            </w:r>
          </w:p>
        </w:tc>
      </w:tr>
      <w:tr w:rsidR="00453E5B" w14:paraId="16EB02D2" w14:textId="77777777">
        <w:trPr>
          <w:cantSplit/>
          <w:jc w:val="center"/>
        </w:trPr>
        <w:tc>
          <w:tcPr>
            <w:tcW w:w="2494" w:type="dxa"/>
            <w:shd w:val="clear" w:color="auto" w:fill="FAFAFA"/>
            <w:tcMar>
              <w:top w:w="70" w:type="dxa"/>
              <w:left w:w="85" w:type="dxa"/>
              <w:bottom w:w="70" w:type="dxa"/>
              <w:right w:w="85" w:type="dxa"/>
            </w:tcMar>
            <w:vAlign w:val="center"/>
          </w:tcPr>
          <w:p w14:paraId="4DA5D0FD" w14:textId="77777777" w:rsidR="00453E5B" w:rsidRDefault="00000000">
            <w:pPr>
              <w:spacing w:after="0" w:line="240" w:lineRule="auto"/>
            </w:pPr>
            <w:r>
              <w:rPr>
                <w:sz w:val="16"/>
              </w:rPr>
              <w:t>Comunicare și instruire</w:t>
            </w:r>
          </w:p>
        </w:tc>
        <w:tc>
          <w:tcPr>
            <w:tcW w:w="7427" w:type="dxa"/>
            <w:shd w:val="clear" w:color="auto" w:fill="FAFAFA"/>
            <w:tcMar>
              <w:top w:w="70" w:type="dxa"/>
              <w:left w:w="85" w:type="dxa"/>
              <w:bottom w:w="70" w:type="dxa"/>
              <w:right w:w="85" w:type="dxa"/>
            </w:tcMar>
            <w:vAlign w:val="center"/>
          </w:tcPr>
          <w:p w14:paraId="6D4F5133" w14:textId="77777777" w:rsidR="00453E5B" w:rsidRDefault="00000000">
            <w:pPr>
              <w:spacing w:after="0" w:line="240" w:lineRule="auto"/>
            </w:pPr>
            <w:r>
              <w:rPr>
                <w:sz w:val="16"/>
              </w:rPr>
              <w:t>Schimbările relevante sunt explicate; competența este verificată când riscul o impune.</w:t>
            </w:r>
          </w:p>
        </w:tc>
      </w:tr>
      <w:tr w:rsidR="00453E5B" w14:paraId="3F6D53E7" w14:textId="77777777">
        <w:trPr>
          <w:cantSplit/>
          <w:jc w:val="center"/>
        </w:trPr>
        <w:tc>
          <w:tcPr>
            <w:tcW w:w="2494" w:type="dxa"/>
            <w:shd w:val="clear" w:color="auto" w:fill="FFFFFF"/>
            <w:tcMar>
              <w:top w:w="70" w:type="dxa"/>
              <w:left w:w="85" w:type="dxa"/>
              <w:bottom w:w="70" w:type="dxa"/>
              <w:right w:w="85" w:type="dxa"/>
            </w:tcMar>
            <w:vAlign w:val="center"/>
          </w:tcPr>
          <w:p w14:paraId="50D7FE57" w14:textId="77777777" w:rsidR="00453E5B" w:rsidRDefault="00000000">
            <w:pPr>
              <w:spacing w:after="0" w:line="240" w:lineRule="auto"/>
            </w:pPr>
            <w:r>
              <w:rPr>
                <w:sz w:val="16"/>
              </w:rPr>
              <w:t>Modificare</w:t>
            </w:r>
          </w:p>
        </w:tc>
        <w:tc>
          <w:tcPr>
            <w:tcW w:w="7427" w:type="dxa"/>
            <w:shd w:val="clear" w:color="auto" w:fill="FFFFFF"/>
            <w:tcMar>
              <w:top w:w="70" w:type="dxa"/>
              <w:left w:w="85" w:type="dxa"/>
              <w:bottom w:w="70" w:type="dxa"/>
              <w:right w:w="85" w:type="dxa"/>
            </w:tcMar>
            <w:vAlign w:val="center"/>
          </w:tcPr>
          <w:p w14:paraId="09453776" w14:textId="77777777" w:rsidR="00453E5B" w:rsidRDefault="00000000">
            <w:pPr>
              <w:spacing w:after="0" w:line="240" w:lineRule="auto"/>
            </w:pPr>
            <w:r>
              <w:rPr>
                <w:sz w:val="16"/>
              </w:rPr>
              <w:t>Motiv, impact, aprobări, data intrării în vigoare și documentele/activitățile afectate.</w:t>
            </w:r>
          </w:p>
        </w:tc>
      </w:tr>
      <w:tr w:rsidR="00453E5B" w14:paraId="743554C4" w14:textId="77777777">
        <w:trPr>
          <w:cantSplit/>
          <w:jc w:val="center"/>
        </w:trPr>
        <w:tc>
          <w:tcPr>
            <w:tcW w:w="2494" w:type="dxa"/>
            <w:shd w:val="clear" w:color="auto" w:fill="FAFAFA"/>
            <w:tcMar>
              <w:top w:w="70" w:type="dxa"/>
              <w:left w:w="85" w:type="dxa"/>
              <w:bottom w:w="70" w:type="dxa"/>
              <w:right w:w="85" w:type="dxa"/>
            </w:tcMar>
            <w:vAlign w:val="center"/>
          </w:tcPr>
          <w:p w14:paraId="60389AEF" w14:textId="77777777" w:rsidR="00453E5B" w:rsidRDefault="00000000">
            <w:pPr>
              <w:spacing w:after="0" w:line="240" w:lineRule="auto"/>
            </w:pPr>
            <w:r>
              <w:rPr>
                <w:sz w:val="16"/>
              </w:rPr>
              <w:t>Protecție</w:t>
            </w:r>
          </w:p>
        </w:tc>
        <w:tc>
          <w:tcPr>
            <w:tcW w:w="7427" w:type="dxa"/>
            <w:shd w:val="clear" w:color="auto" w:fill="FAFAFA"/>
            <w:tcMar>
              <w:top w:w="70" w:type="dxa"/>
              <w:left w:w="85" w:type="dxa"/>
              <w:bottom w:w="70" w:type="dxa"/>
              <w:right w:w="85" w:type="dxa"/>
            </w:tcMar>
            <w:vAlign w:val="center"/>
          </w:tcPr>
          <w:p w14:paraId="769CB0BE" w14:textId="77777777" w:rsidR="00453E5B" w:rsidRDefault="00000000">
            <w:pPr>
              <w:spacing w:after="0" w:line="240" w:lineRule="auto"/>
            </w:pPr>
            <w:r>
              <w:rPr>
                <w:sz w:val="16"/>
              </w:rPr>
              <w:t>Acces, confidențialitate, integritate, backup, prevenirea modificării sau ștergerii neautorizate.</w:t>
            </w:r>
          </w:p>
        </w:tc>
      </w:tr>
      <w:tr w:rsidR="00453E5B" w14:paraId="2069C608" w14:textId="77777777">
        <w:trPr>
          <w:cantSplit/>
          <w:jc w:val="center"/>
        </w:trPr>
        <w:tc>
          <w:tcPr>
            <w:tcW w:w="2494" w:type="dxa"/>
            <w:shd w:val="clear" w:color="auto" w:fill="FFFFFF"/>
            <w:tcMar>
              <w:top w:w="70" w:type="dxa"/>
              <w:left w:w="85" w:type="dxa"/>
              <w:bottom w:w="70" w:type="dxa"/>
              <w:right w:w="85" w:type="dxa"/>
            </w:tcMar>
            <w:vAlign w:val="center"/>
          </w:tcPr>
          <w:p w14:paraId="3D01EB33" w14:textId="77777777" w:rsidR="00453E5B" w:rsidRDefault="00000000">
            <w:pPr>
              <w:spacing w:after="0" w:line="240" w:lineRule="auto"/>
            </w:pPr>
            <w:r>
              <w:rPr>
                <w:sz w:val="16"/>
              </w:rPr>
              <w:t>Păstrare</w:t>
            </w:r>
          </w:p>
        </w:tc>
        <w:tc>
          <w:tcPr>
            <w:tcW w:w="7427" w:type="dxa"/>
            <w:shd w:val="clear" w:color="auto" w:fill="FFFFFF"/>
            <w:tcMar>
              <w:top w:w="70" w:type="dxa"/>
              <w:left w:w="85" w:type="dxa"/>
              <w:bottom w:w="70" w:type="dxa"/>
              <w:right w:w="85" w:type="dxa"/>
            </w:tcMar>
            <w:vAlign w:val="center"/>
          </w:tcPr>
          <w:p w14:paraId="0DA8D115" w14:textId="77777777" w:rsidR="00453E5B" w:rsidRDefault="00000000">
            <w:pPr>
              <w:spacing w:after="0" w:line="240" w:lineRule="auto"/>
            </w:pPr>
            <w:r>
              <w:rPr>
                <w:sz w:val="16"/>
              </w:rPr>
              <w:t>Termen stabilit prin lege, autorizație, contract, risc, nevoie de trasabilitate sau valoare de business.</w:t>
            </w:r>
          </w:p>
        </w:tc>
      </w:tr>
      <w:tr w:rsidR="00453E5B" w14:paraId="23F7E1ED" w14:textId="77777777">
        <w:trPr>
          <w:cantSplit/>
          <w:jc w:val="center"/>
        </w:trPr>
        <w:tc>
          <w:tcPr>
            <w:tcW w:w="2494" w:type="dxa"/>
            <w:shd w:val="clear" w:color="auto" w:fill="FAFAFA"/>
            <w:tcMar>
              <w:top w:w="70" w:type="dxa"/>
              <w:left w:w="85" w:type="dxa"/>
              <w:bottom w:w="70" w:type="dxa"/>
              <w:right w:w="85" w:type="dxa"/>
            </w:tcMar>
            <w:vAlign w:val="center"/>
          </w:tcPr>
          <w:p w14:paraId="14DEEB9D" w14:textId="77777777" w:rsidR="00453E5B" w:rsidRDefault="00000000">
            <w:pPr>
              <w:spacing w:after="0" w:line="240" w:lineRule="auto"/>
            </w:pPr>
            <w:r>
              <w:rPr>
                <w:sz w:val="16"/>
              </w:rPr>
              <w:t>Retragere și eliminare</w:t>
            </w:r>
          </w:p>
        </w:tc>
        <w:tc>
          <w:tcPr>
            <w:tcW w:w="7427" w:type="dxa"/>
            <w:shd w:val="clear" w:color="auto" w:fill="FAFAFA"/>
            <w:tcMar>
              <w:top w:w="70" w:type="dxa"/>
              <w:left w:w="85" w:type="dxa"/>
              <w:bottom w:w="70" w:type="dxa"/>
              <w:right w:w="85" w:type="dxa"/>
            </w:tcMar>
            <w:vAlign w:val="center"/>
          </w:tcPr>
          <w:p w14:paraId="47019D2F" w14:textId="77777777" w:rsidR="00453E5B" w:rsidRDefault="00000000">
            <w:pPr>
              <w:spacing w:after="0" w:line="240" w:lineRule="auto"/>
            </w:pPr>
            <w:r>
              <w:rPr>
                <w:sz w:val="16"/>
              </w:rPr>
              <w:t>Versiunile depășite sunt eliminate din utilizare; arhivarea ori distrugerea este autorizată.</w:t>
            </w:r>
          </w:p>
        </w:tc>
      </w:tr>
      <w:tr w:rsidR="00453E5B" w14:paraId="3C0F90CE" w14:textId="77777777">
        <w:trPr>
          <w:cantSplit/>
          <w:jc w:val="center"/>
        </w:trPr>
        <w:tc>
          <w:tcPr>
            <w:tcW w:w="2494" w:type="dxa"/>
            <w:shd w:val="clear" w:color="auto" w:fill="FFFFFF"/>
            <w:tcMar>
              <w:top w:w="70" w:type="dxa"/>
              <w:left w:w="85" w:type="dxa"/>
              <w:bottom w:w="70" w:type="dxa"/>
              <w:right w:w="85" w:type="dxa"/>
            </w:tcMar>
            <w:vAlign w:val="center"/>
          </w:tcPr>
          <w:p w14:paraId="77A3105E" w14:textId="77777777" w:rsidR="00453E5B" w:rsidRDefault="00000000">
            <w:pPr>
              <w:spacing w:after="0" w:line="240" w:lineRule="auto"/>
            </w:pPr>
            <w:r>
              <w:rPr>
                <w:sz w:val="16"/>
              </w:rPr>
              <w:t>Clasificare și acces</w:t>
            </w:r>
          </w:p>
        </w:tc>
        <w:tc>
          <w:tcPr>
            <w:tcW w:w="7427" w:type="dxa"/>
            <w:shd w:val="clear" w:color="auto" w:fill="FFFFFF"/>
            <w:tcMar>
              <w:top w:w="70" w:type="dxa"/>
              <w:left w:w="85" w:type="dxa"/>
              <w:bottom w:w="70" w:type="dxa"/>
              <w:right w:w="85" w:type="dxa"/>
            </w:tcMar>
            <w:vAlign w:val="center"/>
          </w:tcPr>
          <w:p w14:paraId="45B7ED18" w14:textId="77777777" w:rsidR="00453E5B" w:rsidRDefault="00000000">
            <w:pPr>
              <w:spacing w:after="0" w:line="240" w:lineRule="auto"/>
            </w:pPr>
            <w:r>
              <w:rPr>
                <w:sz w:val="16"/>
              </w:rPr>
              <w:t>Documentele SMSI trebuie clasificate și accesibile numai persoanelor cu nevoie legitimă; auditul nu justifică expunerea secretelor sau datelor personale.</w:t>
            </w:r>
          </w:p>
        </w:tc>
      </w:tr>
      <w:tr w:rsidR="00453E5B" w14:paraId="493D9B96" w14:textId="77777777">
        <w:trPr>
          <w:cantSplit/>
          <w:jc w:val="center"/>
        </w:trPr>
        <w:tc>
          <w:tcPr>
            <w:tcW w:w="2494" w:type="dxa"/>
            <w:shd w:val="clear" w:color="auto" w:fill="FAFAFA"/>
            <w:tcMar>
              <w:top w:w="70" w:type="dxa"/>
              <w:left w:w="85" w:type="dxa"/>
              <w:bottom w:w="70" w:type="dxa"/>
              <w:right w:w="85" w:type="dxa"/>
            </w:tcMar>
            <w:vAlign w:val="center"/>
          </w:tcPr>
          <w:p w14:paraId="3C32F592" w14:textId="77777777" w:rsidR="00453E5B" w:rsidRDefault="00000000">
            <w:pPr>
              <w:spacing w:after="0" w:line="240" w:lineRule="auto"/>
            </w:pPr>
            <w:r>
              <w:rPr>
                <w:sz w:val="16"/>
              </w:rPr>
              <w:t>Dovezi dinamice</w:t>
            </w:r>
          </w:p>
        </w:tc>
        <w:tc>
          <w:tcPr>
            <w:tcW w:w="7427" w:type="dxa"/>
            <w:shd w:val="clear" w:color="auto" w:fill="FAFAFA"/>
            <w:tcMar>
              <w:top w:w="70" w:type="dxa"/>
              <w:left w:w="85" w:type="dxa"/>
              <w:bottom w:w="70" w:type="dxa"/>
              <w:right w:w="85" w:type="dxa"/>
            </w:tcMar>
            <w:vAlign w:val="center"/>
          </w:tcPr>
          <w:p w14:paraId="0A03A780" w14:textId="77777777" w:rsidR="00453E5B" w:rsidRDefault="00000000">
            <w:pPr>
              <w:spacing w:after="0" w:line="240" w:lineRule="auto"/>
            </w:pPr>
            <w:r>
              <w:rPr>
                <w:sz w:val="16"/>
              </w:rPr>
              <w:t>Pentru configurații și loguri, stabiliți sursa oficială, perioada, metoda de extragere, integritatea și modul de reproducere a raportului.</w:t>
            </w:r>
          </w:p>
        </w:tc>
      </w:tr>
      <w:tr w:rsidR="00453E5B" w14:paraId="47B36406" w14:textId="77777777">
        <w:trPr>
          <w:cantSplit/>
          <w:jc w:val="center"/>
        </w:trPr>
        <w:tc>
          <w:tcPr>
            <w:tcW w:w="2494" w:type="dxa"/>
            <w:shd w:val="clear" w:color="auto" w:fill="FFFFFF"/>
            <w:tcMar>
              <w:top w:w="70" w:type="dxa"/>
              <w:left w:w="85" w:type="dxa"/>
              <w:bottom w:w="70" w:type="dxa"/>
              <w:right w:w="85" w:type="dxa"/>
            </w:tcMar>
            <w:vAlign w:val="center"/>
          </w:tcPr>
          <w:p w14:paraId="5B86AB46" w14:textId="77777777" w:rsidR="00453E5B" w:rsidRDefault="00000000">
            <w:pPr>
              <w:spacing w:after="0" w:line="240" w:lineRule="auto"/>
            </w:pPr>
            <w:r>
              <w:rPr>
                <w:sz w:val="16"/>
              </w:rPr>
              <w:lastRenderedPageBreak/>
              <w:t>Excepții și expirări</w:t>
            </w:r>
          </w:p>
        </w:tc>
        <w:tc>
          <w:tcPr>
            <w:tcW w:w="7427" w:type="dxa"/>
            <w:shd w:val="clear" w:color="auto" w:fill="FFFFFF"/>
            <w:tcMar>
              <w:top w:w="70" w:type="dxa"/>
              <w:left w:w="85" w:type="dxa"/>
              <w:bottom w:w="70" w:type="dxa"/>
              <w:right w:w="85" w:type="dxa"/>
            </w:tcMar>
            <w:vAlign w:val="center"/>
          </w:tcPr>
          <w:p w14:paraId="586577D7" w14:textId="77777777" w:rsidR="00453E5B" w:rsidRDefault="00000000">
            <w:pPr>
              <w:spacing w:after="0" w:line="240" w:lineRule="auto"/>
            </w:pPr>
            <w:r>
              <w:rPr>
                <w:sz w:val="16"/>
              </w:rPr>
              <w:t>Abaterile temporare, acceptările și conturile privilegiate trebuie să aibă proprietar, aprobare, compensări, termen și reevaluare.</w:t>
            </w:r>
          </w:p>
        </w:tc>
      </w:tr>
    </w:tbl>
    <w:p w14:paraId="481109C1" w14:textId="77777777" w:rsidR="00453E5B" w:rsidRDefault="00453E5B">
      <w:pPr>
        <w:spacing w:after="20"/>
      </w:pPr>
    </w:p>
    <w:p w14:paraId="50B00735" w14:textId="77777777" w:rsidR="00453E5B" w:rsidRDefault="00000000">
      <w:pPr>
        <w:pStyle w:val="Heading2"/>
      </w:pPr>
      <w:r>
        <w:t>Elemente minime pe un document controlat</w:t>
      </w:r>
    </w:p>
    <w:p w14:paraId="0C114AC8" w14:textId="77777777" w:rsidR="00453E5B" w:rsidRDefault="00000000">
      <w:pPr>
        <w:pStyle w:val="ListBullet"/>
        <w:spacing w:after="40"/>
        <w:ind w:left="283" w:hanging="170"/>
      </w:pPr>
      <w:r>
        <w:t>Titlu, cod, proprietar, număr de revizie și data intrării în vigoare.</w:t>
      </w:r>
    </w:p>
    <w:p w14:paraId="0E6E9BEC" w14:textId="77777777" w:rsidR="00453E5B" w:rsidRDefault="00000000">
      <w:pPr>
        <w:pStyle w:val="ListBullet"/>
        <w:spacing w:after="40"/>
        <w:ind w:left="283" w:hanging="170"/>
      </w:pPr>
      <w:r>
        <w:t>Aprobator și, când este necesar, verificator tehnic sau juridic.</w:t>
      </w:r>
    </w:p>
    <w:p w14:paraId="4460683A" w14:textId="77777777" w:rsidR="00453E5B" w:rsidRDefault="00000000">
      <w:pPr>
        <w:pStyle w:val="ListBullet"/>
        <w:spacing w:after="40"/>
        <w:ind w:left="283" w:hanging="170"/>
      </w:pPr>
      <w:r>
        <w:t>Domeniu de utilizare, roluri responsabile și documente asociate.</w:t>
      </w:r>
    </w:p>
    <w:p w14:paraId="418B5B74" w14:textId="77777777" w:rsidR="00453E5B" w:rsidRDefault="00000000">
      <w:pPr>
        <w:pStyle w:val="ListBullet"/>
        <w:spacing w:after="40"/>
        <w:ind w:left="283" w:hanging="170"/>
      </w:pPr>
      <w:r>
        <w:t>Istoric succint al modificărilor importante.</w:t>
      </w:r>
    </w:p>
    <w:p w14:paraId="1A403793" w14:textId="77777777" w:rsidR="00453E5B" w:rsidRDefault="00000000">
      <w:pPr>
        <w:pStyle w:val="ListBullet"/>
        <w:spacing w:after="40"/>
        <w:ind w:left="283" w:hanging="170"/>
      </w:pPr>
      <w:r>
        <w:t>Identificarea copiei necontrolate, dacă documentul este tipărit sau exportat.</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53E5B" w14:paraId="1D229E0C" w14:textId="77777777">
        <w:trPr>
          <w:cantSplit/>
          <w:jc w:val="center"/>
        </w:trPr>
        <w:tc>
          <w:tcPr>
            <w:tcW w:w="567" w:type="dxa"/>
            <w:shd w:val="clear" w:color="auto" w:fill="D71920"/>
            <w:tcMar>
              <w:top w:w="70" w:type="dxa"/>
              <w:left w:w="85" w:type="dxa"/>
              <w:bottom w:w="70" w:type="dxa"/>
              <w:right w:w="85" w:type="dxa"/>
            </w:tcMar>
            <w:vAlign w:val="center"/>
          </w:tcPr>
          <w:p w14:paraId="2CA0D25A" w14:textId="77777777" w:rsidR="00453E5B" w:rsidRDefault="00000000">
            <w:pPr>
              <w:spacing w:after="0" w:line="240" w:lineRule="auto"/>
              <w:jc w:val="center"/>
            </w:pPr>
            <w:r>
              <w:rPr>
                <w:b/>
                <w:color w:val="FFFFFF"/>
                <w:sz w:val="30"/>
              </w:rPr>
              <w:t>i</w:t>
            </w:r>
          </w:p>
        </w:tc>
        <w:tc>
          <w:tcPr>
            <w:tcW w:w="9354" w:type="dxa"/>
            <w:shd w:val="clear" w:color="auto" w:fill="FCEBEC"/>
          </w:tcPr>
          <w:p w14:paraId="30B29944" w14:textId="77777777" w:rsidR="00453E5B" w:rsidRDefault="00000000">
            <w:pPr>
              <w:spacing w:after="20"/>
            </w:pPr>
            <w:r>
              <w:rPr>
                <w:b/>
                <w:color w:val="D71920"/>
                <w:sz w:val="17"/>
              </w:rPr>
              <w:t>TERMENELE DE PĂSTRARE NU SUNT UNIVERSALE</w:t>
            </w:r>
          </w:p>
          <w:p w14:paraId="4EAEA5FC" w14:textId="77777777" w:rsidR="00453E5B" w:rsidRDefault="00000000">
            <w:pPr>
              <w:spacing w:after="0" w:line="247" w:lineRule="auto"/>
            </w:pPr>
            <w:r>
              <w:rPr>
                <w:sz w:val="16"/>
              </w:rPr>
              <w:t>Standardul nu stabilește, de regulă, un număr fix de ani. Organizația trebuie să coreleze păstrarea cu legislația, autorizațiile, contractele, perioadele de latență, termenele de prescripție, riscul și necesitatea de analiză a tendințelor.</w:t>
            </w:r>
          </w:p>
        </w:tc>
      </w:tr>
    </w:tbl>
    <w:p w14:paraId="5416029B" w14:textId="77777777" w:rsidR="00453E5B" w:rsidRDefault="00453E5B">
      <w:pPr>
        <w:spacing w:after="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53E5B" w14:paraId="3CB3F9F9" w14:textId="77777777">
        <w:trPr>
          <w:cantSplit/>
          <w:jc w:val="center"/>
        </w:trPr>
        <w:tc>
          <w:tcPr>
            <w:tcW w:w="1020" w:type="dxa"/>
            <w:shd w:val="clear" w:color="auto" w:fill="D71920"/>
            <w:tcMar>
              <w:top w:w="70" w:type="dxa"/>
              <w:left w:w="85" w:type="dxa"/>
              <w:bottom w:w="70" w:type="dxa"/>
              <w:right w:w="85" w:type="dxa"/>
            </w:tcMar>
            <w:vAlign w:val="center"/>
          </w:tcPr>
          <w:p w14:paraId="6B6EE2C0" w14:textId="77777777" w:rsidR="00453E5B" w:rsidRDefault="00000000">
            <w:pPr>
              <w:spacing w:after="0" w:line="240" w:lineRule="auto"/>
              <w:jc w:val="center"/>
            </w:pPr>
            <w:r>
              <w:rPr>
                <w:b/>
                <w:color w:val="FFFFFF"/>
                <w:sz w:val="34"/>
              </w:rPr>
              <w:t>7</w:t>
            </w:r>
          </w:p>
        </w:tc>
        <w:tc>
          <w:tcPr>
            <w:tcW w:w="8901" w:type="dxa"/>
            <w:shd w:val="clear" w:color="auto" w:fill="F3F4F5"/>
          </w:tcPr>
          <w:p w14:paraId="17FDD5EA" w14:textId="77777777" w:rsidR="00453E5B" w:rsidRDefault="00000000">
            <w:pPr>
              <w:spacing w:after="20"/>
            </w:pPr>
            <w:r>
              <w:rPr>
                <w:b/>
                <w:sz w:val="27"/>
              </w:rPr>
              <w:t>Modele de registre și formulare</w:t>
            </w:r>
          </w:p>
          <w:p w14:paraId="000436B9" w14:textId="77777777" w:rsidR="00453E5B" w:rsidRDefault="00000000">
            <w:pPr>
              <w:spacing w:after="0"/>
            </w:pPr>
            <w:r>
              <w:rPr>
                <w:color w:val="666666"/>
                <w:sz w:val="16"/>
              </w:rPr>
              <w:t>Câmpurile pot fi integrate într-o aplicație, într-un registru unic sau în documentele existente</w:t>
            </w:r>
          </w:p>
        </w:tc>
      </w:tr>
    </w:tbl>
    <w:p w14:paraId="5F89AA16" w14:textId="77777777" w:rsidR="00453E5B" w:rsidRDefault="00453E5B">
      <w:pPr>
        <w:spacing w:after="0"/>
      </w:pPr>
    </w:p>
    <w:p w14:paraId="3F4EF385" w14:textId="77777777" w:rsidR="00453E5B" w:rsidRDefault="00000000">
      <w:pPr>
        <w:pStyle w:val="Heading2"/>
      </w:pPr>
      <w:r>
        <w:t>Listă master a documentelor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304"/>
        <w:gridCol w:w="2438"/>
        <w:gridCol w:w="1417"/>
        <w:gridCol w:w="680"/>
        <w:gridCol w:w="1020"/>
        <w:gridCol w:w="1417"/>
        <w:gridCol w:w="1020"/>
        <w:gridCol w:w="624"/>
      </w:tblGrid>
      <w:tr w:rsidR="00453E5B" w14:paraId="14BC3A41" w14:textId="77777777">
        <w:trPr>
          <w:tblHeader/>
          <w:jc w:val="center"/>
        </w:trPr>
        <w:tc>
          <w:tcPr>
            <w:tcW w:w="1304" w:type="dxa"/>
            <w:shd w:val="clear" w:color="auto" w:fill="D71920"/>
            <w:tcMar>
              <w:top w:w="70" w:type="dxa"/>
              <w:left w:w="85" w:type="dxa"/>
              <w:bottom w:w="70" w:type="dxa"/>
              <w:right w:w="85" w:type="dxa"/>
            </w:tcMar>
            <w:vAlign w:val="center"/>
          </w:tcPr>
          <w:p w14:paraId="52E113E0" w14:textId="77777777" w:rsidR="00453E5B" w:rsidRDefault="00000000">
            <w:pPr>
              <w:spacing w:after="0" w:line="240" w:lineRule="auto"/>
              <w:jc w:val="center"/>
            </w:pPr>
            <w:r>
              <w:rPr>
                <w:b/>
                <w:color w:val="FFFFFF"/>
                <w:sz w:val="13"/>
              </w:rPr>
              <w:t>COD</w:t>
            </w:r>
          </w:p>
        </w:tc>
        <w:tc>
          <w:tcPr>
            <w:tcW w:w="2438" w:type="dxa"/>
            <w:shd w:val="clear" w:color="auto" w:fill="D71920"/>
            <w:tcMar>
              <w:top w:w="70" w:type="dxa"/>
              <w:left w:w="85" w:type="dxa"/>
              <w:bottom w:w="70" w:type="dxa"/>
              <w:right w:w="85" w:type="dxa"/>
            </w:tcMar>
            <w:vAlign w:val="center"/>
          </w:tcPr>
          <w:p w14:paraId="1FC45B0F" w14:textId="77777777" w:rsidR="00453E5B" w:rsidRDefault="00000000">
            <w:pPr>
              <w:spacing w:after="0" w:line="240" w:lineRule="auto"/>
              <w:jc w:val="center"/>
            </w:pPr>
            <w:r>
              <w:rPr>
                <w:b/>
                <w:color w:val="FFFFFF"/>
                <w:sz w:val="13"/>
              </w:rPr>
              <w:t>TITLU</w:t>
            </w:r>
          </w:p>
        </w:tc>
        <w:tc>
          <w:tcPr>
            <w:tcW w:w="1417" w:type="dxa"/>
            <w:shd w:val="clear" w:color="auto" w:fill="D71920"/>
            <w:tcMar>
              <w:top w:w="70" w:type="dxa"/>
              <w:left w:w="85" w:type="dxa"/>
              <w:bottom w:w="70" w:type="dxa"/>
              <w:right w:w="85" w:type="dxa"/>
            </w:tcMar>
            <w:vAlign w:val="center"/>
          </w:tcPr>
          <w:p w14:paraId="4AE60A64" w14:textId="77777777" w:rsidR="00453E5B" w:rsidRDefault="00000000">
            <w:pPr>
              <w:spacing w:after="0" w:line="240" w:lineRule="auto"/>
              <w:jc w:val="center"/>
            </w:pPr>
            <w:r>
              <w:rPr>
                <w:b/>
                <w:color w:val="FFFFFF"/>
                <w:sz w:val="13"/>
              </w:rPr>
              <w:t>PROPRIETAR</w:t>
            </w:r>
          </w:p>
        </w:tc>
        <w:tc>
          <w:tcPr>
            <w:tcW w:w="680" w:type="dxa"/>
            <w:shd w:val="clear" w:color="auto" w:fill="D71920"/>
            <w:tcMar>
              <w:top w:w="70" w:type="dxa"/>
              <w:left w:w="85" w:type="dxa"/>
              <w:bottom w:w="70" w:type="dxa"/>
              <w:right w:w="85" w:type="dxa"/>
            </w:tcMar>
            <w:vAlign w:val="center"/>
          </w:tcPr>
          <w:p w14:paraId="76298427" w14:textId="77777777" w:rsidR="00453E5B" w:rsidRDefault="00000000">
            <w:pPr>
              <w:spacing w:after="0" w:line="240" w:lineRule="auto"/>
              <w:jc w:val="center"/>
            </w:pPr>
            <w:r>
              <w:rPr>
                <w:b/>
                <w:color w:val="FFFFFF"/>
                <w:sz w:val="13"/>
              </w:rPr>
              <w:t>REV.</w:t>
            </w:r>
          </w:p>
        </w:tc>
        <w:tc>
          <w:tcPr>
            <w:tcW w:w="1020" w:type="dxa"/>
            <w:shd w:val="clear" w:color="auto" w:fill="D71920"/>
            <w:tcMar>
              <w:top w:w="70" w:type="dxa"/>
              <w:left w:w="85" w:type="dxa"/>
              <w:bottom w:w="70" w:type="dxa"/>
              <w:right w:w="85" w:type="dxa"/>
            </w:tcMar>
            <w:vAlign w:val="center"/>
          </w:tcPr>
          <w:p w14:paraId="31BFC69A" w14:textId="77777777" w:rsidR="00453E5B" w:rsidRDefault="00000000">
            <w:pPr>
              <w:spacing w:after="0" w:line="240" w:lineRule="auto"/>
              <w:jc w:val="center"/>
            </w:pPr>
            <w:r>
              <w:rPr>
                <w:b/>
                <w:color w:val="FFFFFF"/>
                <w:sz w:val="13"/>
              </w:rPr>
              <w:t>DATA</w:t>
            </w:r>
          </w:p>
        </w:tc>
        <w:tc>
          <w:tcPr>
            <w:tcW w:w="1417" w:type="dxa"/>
            <w:shd w:val="clear" w:color="auto" w:fill="D71920"/>
            <w:tcMar>
              <w:top w:w="70" w:type="dxa"/>
              <w:left w:w="85" w:type="dxa"/>
              <w:bottom w:w="70" w:type="dxa"/>
              <w:right w:w="85" w:type="dxa"/>
            </w:tcMar>
            <w:vAlign w:val="center"/>
          </w:tcPr>
          <w:p w14:paraId="2532D44B" w14:textId="77777777" w:rsidR="00453E5B" w:rsidRDefault="00000000">
            <w:pPr>
              <w:spacing w:after="0" w:line="240" w:lineRule="auto"/>
              <w:jc w:val="center"/>
            </w:pPr>
            <w:r>
              <w:rPr>
                <w:b/>
                <w:color w:val="FFFFFF"/>
                <w:sz w:val="13"/>
              </w:rPr>
              <w:t>LOCAȚIE</w:t>
            </w:r>
          </w:p>
        </w:tc>
        <w:tc>
          <w:tcPr>
            <w:tcW w:w="1020" w:type="dxa"/>
            <w:shd w:val="clear" w:color="auto" w:fill="D71920"/>
            <w:tcMar>
              <w:top w:w="70" w:type="dxa"/>
              <w:left w:w="85" w:type="dxa"/>
              <w:bottom w:w="70" w:type="dxa"/>
              <w:right w:w="85" w:type="dxa"/>
            </w:tcMar>
            <w:vAlign w:val="center"/>
          </w:tcPr>
          <w:p w14:paraId="2A070CA0" w14:textId="77777777" w:rsidR="00453E5B" w:rsidRDefault="00000000">
            <w:pPr>
              <w:spacing w:after="0" w:line="240" w:lineRule="auto"/>
              <w:jc w:val="center"/>
            </w:pPr>
            <w:r>
              <w:rPr>
                <w:b/>
                <w:color w:val="FFFFFF"/>
                <w:sz w:val="13"/>
              </w:rPr>
              <w:t>ACCES</w:t>
            </w:r>
          </w:p>
        </w:tc>
        <w:tc>
          <w:tcPr>
            <w:tcW w:w="624" w:type="dxa"/>
            <w:shd w:val="clear" w:color="auto" w:fill="D71920"/>
            <w:tcMar>
              <w:top w:w="70" w:type="dxa"/>
              <w:left w:w="85" w:type="dxa"/>
              <w:bottom w:w="70" w:type="dxa"/>
              <w:right w:w="85" w:type="dxa"/>
            </w:tcMar>
            <w:vAlign w:val="center"/>
          </w:tcPr>
          <w:p w14:paraId="6B7C259F" w14:textId="77777777" w:rsidR="00453E5B" w:rsidRDefault="00000000">
            <w:pPr>
              <w:spacing w:after="0" w:line="240" w:lineRule="auto"/>
              <w:jc w:val="center"/>
            </w:pPr>
            <w:r>
              <w:rPr>
                <w:b/>
                <w:color w:val="FFFFFF"/>
                <w:sz w:val="13"/>
              </w:rPr>
              <w:t>STATUS</w:t>
            </w:r>
          </w:p>
        </w:tc>
      </w:tr>
      <w:tr w:rsidR="00453E5B" w14:paraId="1AA14515" w14:textId="77777777">
        <w:trPr>
          <w:cantSplit/>
          <w:jc w:val="center"/>
        </w:trPr>
        <w:tc>
          <w:tcPr>
            <w:tcW w:w="1304" w:type="dxa"/>
            <w:shd w:val="clear" w:color="auto" w:fill="FFFFFF"/>
            <w:tcMar>
              <w:top w:w="70" w:type="dxa"/>
              <w:left w:w="85" w:type="dxa"/>
              <w:bottom w:w="70" w:type="dxa"/>
              <w:right w:w="85" w:type="dxa"/>
            </w:tcMar>
            <w:vAlign w:val="center"/>
          </w:tcPr>
          <w:p w14:paraId="14137BE6" w14:textId="77777777" w:rsidR="00453E5B" w:rsidRDefault="00000000">
            <w:pPr>
              <w:spacing w:after="0" w:line="240" w:lineRule="auto"/>
            </w:pPr>
            <w:r>
              <w:rPr>
                <w:sz w:val="13"/>
              </w:rPr>
              <w:t>REG-SEC-01</w:t>
            </w:r>
          </w:p>
        </w:tc>
        <w:tc>
          <w:tcPr>
            <w:tcW w:w="2438" w:type="dxa"/>
            <w:shd w:val="clear" w:color="auto" w:fill="FFFFFF"/>
            <w:tcMar>
              <w:top w:w="70" w:type="dxa"/>
              <w:left w:w="85" w:type="dxa"/>
              <w:bottom w:w="70" w:type="dxa"/>
              <w:right w:w="85" w:type="dxa"/>
            </w:tcMar>
            <w:vAlign w:val="center"/>
          </w:tcPr>
          <w:p w14:paraId="4A84E771" w14:textId="77777777" w:rsidR="00453E5B" w:rsidRDefault="00000000">
            <w:pPr>
              <w:spacing w:after="0" w:line="240" w:lineRule="auto"/>
            </w:pPr>
            <w:r>
              <w:rPr>
                <w:sz w:val="13"/>
              </w:rPr>
              <w:t>Registru riscuri SMSI</w:t>
            </w:r>
          </w:p>
        </w:tc>
        <w:tc>
          <w:tcPr>
            <w:tcW w:w="1417" w:type="dxa"/>
            <w:shd w:val="clear" w:color="auto" w:fill="FFFFFF"/>
            <w:tcMar>
              <w:top w:w="70" w:type="dxa"/>
              <w:left w:w="85" w:type="dxa"/>
              <w:bottom w:w="70" w:type="dxa"/>
              <w:right w:w="85" w:type="dxa"/>
            </w:tcMar>
            <w:vAlign w:val="center"/>
          </w:tcPr>
          <w:p w14:paraId="67AFBF6D" w14:textId="77777777" w:rsidR="00453E5B" w:rsidRDefault="00000000">
            <w:pPr>
              <w:spacing w:after="0" w:line="240" w:lineRule="auto"/>
            </w:pPr>
            <w:r>
              <w:rPr>
                <w:sz w:val="13"/>
              </w:rPr>
              <w:t>Risk manager</w:t>
            </w:r>
          </w:p>
        </w:tc>
        <w:tc>
          <w:tcPr>
            <w:tcW w:w="680" w:type="dxa"/>
            <w:shd w:val="clear" w:color="auto" w:fill="FFFFFF"/>
            <w:tcMar>
              <w:top w:w="70" w:type="dxa"/>
              <w:left w:w="85" w:type="dxa"/>
              <w:bottom w:w="70" w:type="dxa"/>
              <w:right w:w="85" w:type="dxa"/>
            </w:tcMar>
            <w:vAlign w:val="center"/>
          </w:tcPr>
          <w:p w14:paraId="5C4FAF95" w14:textId="77777777" w:rsidR="00453E5B" w:rsidRDefault="00000000">
            <w:pPr>
              <w:spacing w:after="0" w:line="240" w:lineRule="auto"/>
            </w:pPr>
            <w:r>
              <w:rPr>
                <w:sz w:val="13"/>
              </w:rPr>
              <w:t>R__</w:t>
            </w:r>
          </w:p>
        </w:tc>
        <w:tc>
          <w:tcPr>
            <w:tcW w:w="1020" w:type="dxa"/>
            <w:shd w:val="clear" w:color="auto" w:fill="FFFFFF"/>
            <w:tcMar>
              <w:top w:w="70" w:type="dxa"/>
              <w:left w:w="85" w:type="dxa"/>
              <w:bottom w:w="70" w:type="dxa"/>
              <w:right w:w="85" w:type="dxa"/>
            </w:tcMar>
            <w:vAlign w:val="center"/>
          </w:tcPr>
          <w:p w14:paraId="780FD20C" w14:textId="77777777" w:rsidR="00453E5B" w:rsidRDefault="00000000">
            <w:pPr>
              <w:spacing w:after="0" w:line="240" w:lineRule="auto"/>
            </w:pPr>
            <w:r>
              <w:rPr>
                <w:sz w:val="13"/>
              </w:rPr>
              <w:t>__/__/____</w:t>
            </w:r>
          </w:p>
        </w:tc>
        <w:tc>
          <w:tcPr>
            <w:tcW w:w="1417" w:type="dxa"/>
            <w:shd w:val="clear" w:color="auto" w:fill="FFFFFF"/>
            <w:tcMar>
              <w:top w:w="70" w:type="dxa"/>
              <w:left w:w="85" w:type="dxa"/>
              <w:bottom w:w="70" w:type="dxa"/>
              <w:right w:w="85" w:type="dxa"/>
            </w:tcMar>
            <w:vAlign w:val="center"/>
          </w:tcPr>
          <w:p w14:paraId="11FA1E48" w14:textId="77777777" w:rsidR="00453E5B" w:rsidRDefault="00000000">
            <w:pPr>
              <w:spacing w:after="0" w:line="240" w:lineRule="auto"/>
            </w:pPr>
            <w:r>
              <w:rPr>
                <w:sz w:val="13"/>
              </w:rPr>
              <w:t>GRC</w:t>
            </w:r>
          </w:p>
        </w:tc>
        <w:tc>
          <w:tcPr>
            <w:tcW w:w="1020" w:type="dxa"/>
            <w:shd w:val="clear" w:color="auto" w:fill="FFFFFF"/>
            <w:tcMar>
              <w:top w:w="70" w:type="dxa"/>
              <w:left w:w="85" w:type="dxa"/>
              <w:bottom w:w="70" w:type="dxa"/>
              <w:right w:w="85" w:type="dxa"/>
            </w:tcMar>
            <w:vAlign w:val="center"/>
          </w:tcPr>
          <w:p w14:paraId="436876D0" w14:textId="77777777" w:rsidR="00453E5B" w:rsidRDefault="00000000">
            <w:pPr>
              <w:spacing w:after="0" w:line="240" w:lineRule="auto"/>
            </w:pPr>
            <w:r>
              <w:rPr>
                <w:sz w:val="13"/>
              </w:rPr>
              <w:t>Restricționat</w:t>
            </w:r>
          </w:p>
        </w:tc>
        <w:tc>
          <w:tcPr>
            <w:tcW w:w="624" w:type="dxa"/>
            <w:shd w:val="clear" w:color="auto" w:fill="FFFFFF"/>
            <w:tcMar>
              <w:top w:w="70" w:type="dxa"/>
              <w:left w:w="85" w:type="dxa"/>
              <w:bottom w:w="70" w:type="dxa"/>
              <w:right w:w="85" w:type="dxa"/>
            </w:tcMar>
            <w:vAlign w:val="center"/>
          </w:tcPr>
          <w:p w14:paraId="19A2EE6B" w14:textId="77777777" w:rsidR="00453E5B" w:rsidRDefault="00000000">
            <w:pPr>
              <w:spacing w:after="0" w:line="240" w:lineRule="auto"/>
            </w:pPr>
            <w:r>
              <w:rPr>
                <w:sz w:val="13"/>
              </w:rPr>
              <w:t>Activ</w:t>
            </w:r>
          </w:p>
        </w:tc>
      </w:tr>
      <w:tr w:rsidR="00453E5B" w14:paraId="65626D6B" w14:textId="77777777">
        <w:trPr>
          <w:cantSplit/>
          <w:jc w:val="center"/>
        </w:trPr>
        <w:tc>
          <w:tcPr>
            <w:tcW w:w="1304" w:type="dxa"/>
            <w:shd w:val="clear" w:color="auto" w:fill="FAFAFA"/>
            <w:tcMar>
              <w:top w:w="70" w:type="dxa"/>
              <w:left w:w="85" w:type="dxa"/>
              <w:bottom w:w="70" w:type="dxa"/>
              <w:right w:w="85" w:type="dxa"/>
            </w:tcMar>
            <w:vAlign w:val="center"/>
          </w:tcPr>
          <w:p w14:paraId="37E3F1AC" w14:textId="77777777" w:rsidR="00453E5B" w:rsidRDefault="00000000">
            <w:pPr>
              <w:spacing w:after="0" w:line="240" w:lineRule="auto"/>
            </w:pPr>
            <w:r>
              <w:rPr>
                <w:sz w:val="13"/>
              </w:rPr>
              <w:t>SOA-SEC-02</w:t>
            </w:r>
          </w:p>
        </w:tc>
        <w:tc>
          <w:tcPr>
            <w:tcW w:w="2438" w:type="dxa"/>
            <w:shd w:val="clear" w:color="auto" w:fill="FAFAFA"/>
            <w:tcMar>
              <w:top w:w="70" w:type="dxa"/>
              <w:left w:w="85" w:type="dxa"/>
              <w:bottom w:w="70" w:type="dxa"/>
              <w:right w:w="85" w:type="dxa"/>
            </w:tcMar>
            <w:vAlign w:val="center"/>
          </w:tcPr>
          <w:p w14:paraId="3EBB326B" w14:textId="77777777" w:rsidR="00453E5B" w:rsidRDefault="00000000">
            <w:pPr>
              <w:spacing w:after="0" w:line="240" w:lineRule="auto"/>
            </w:pPr>
            <w:r>
              <w:rPr>
                <w:sz w:val="13"/>
              </w:rPr>
              <w:t>Declarație de aplicabilitate</w:t>
            </w:r>
          </w:p>
        </w:tc>
        <w:tc>
          <w:tcPr>
            <w:tcW w:w="1417" w:type="dxa"/>
            <w:shd w:val="clear" w:color="auto" w:fill="FAFAFA"/>
            <w:tcMar>
              <w:top w:w="70" w:type="dxa"/>
              <w:left w:w="85" w:type="dxa"/>
              <w:bottom w:w="70" w:type="dxa"/>
              <w:right w:w="85" w:type="dxa"/>
            </w:tcMar>
            <w:vAlign w:val="center"/>
          </w:tcPr>
          <w:p w14:paraId="2E8A1208" w14:textId="77777777" w:rsidR="00453E5B" w:rsidRDefault="00000000">
            <w:pPr>
              <w:spacing w:after="0" w:line="240" w:lineRule="auto"/>
            </w:pPr>
            <w:r>
              <w:rPr>
                <w:sz w:val="13"/>
              </w:rPr>
              <w:t>CISO</w:t>
            </w:r>
          </w:p>
        </w:tc>
        <w:tc>
          <w:tcPr>
            <w:tcW w:w="680" w:type="dxa"/>
            <w:shd w:val="clear" w:color="auto" w:fill="FAFAFA"/>
            <w:tcMar>
              <w:top w:w="70" w:type="dxa"/>
              <w:left w:w="85" w:type="dxa"/>
              <w:bottom w:w="70" w:type="dxa"/>
              <w:right w:w="85" w:type="dxa"/>
            </w:tcMar>
            <w:vAlign w:val="center"/>
          </w:tcPr>
          <w:p w14:paraId="01E28A9C" w14:textId="77777777" w:rsidR="00453E5B" w:rsidRDefault="00000000">
            <w:pPr>
              <w:spacing w:after="0" w:line="240" w:lineRule="auto"/>
            </w:pPr>
            <w:r>
              <w:rPr>
                <w:sz w:val="13"/>
              </w:rPr>
              <w:t>R__</w:t>
            </w:r>
          </w:p>
        </w:tc>
        <w:tc>
          <w:tcPr>
            <w:tcW w:w="1020" w:type="dxa"/>
            <w:shd w:val="clear" w:color="auto" w:fill="FAFAFA"/>
            <w:tcMar>
              <w:top w:w="70" w:type="dxa"/>
              <w:left w:w="85" w:type="dxa"/>
              <w:bottom w:w="70" w:type="dxa"/>
              <w:right w:w="85" w:type="dxa"/>
            </w:tcMar>
            <w:vAlign w:val="center"/>
          </w:tcPr>
          <w:p w14:paraId="6AEC4402" w14:textId="77777777" w:rsidR="00453E5B" w:rsidRDefault="00000000">
            <w:pPr>
              <w:spacing w:after="0" w:line="240" w:lineRule="auto"/>
            </w:pPr>
            <w:r>
              <w:rPr>
                <w:sz w:val="13"/>
              </w:rPr>
              <w:t>__/__/____</w:t>
            </w:r>
          </w:p>
        </w:tc>
        <w:tc>
          <w:tcPr>
            <w:tcW w:w="1417" w:type="dxa"/>
            <w:shd w:val="clear" w:color="auto" w:fill="FAFAFA"/>
            <w:tcMar>
              <w:top w:w="70" w:type="dxa"/>
              <w:left w:w="85" w:type="dxa"/>
              <w:bottom w:w="70" w:type="dxa"/>
              <w:right w:w="85" w:type="dxa"/>
            </w:tcMar>
            <w:vAlign w:val="center"/>
          </w:tcPr>
          <w:p w14:paraId="04F9E98F" w14:textId="77777777" w:rsidR="00453E5B" w:rsidRDefault="00000000">
            <w:pPr>
              <w:spacing w:after="0" w:line="240" w:lineRule="auto"/>
            </w:pPr>
            <w:r>
              <w:rPr>
                <w:sz w:val="13"/>
              </w:rPr>
              <w:t>GRC</w:t>
            </w:r>
          </w:p>
        </w:tc>
        <w:tc>
          <w:tcPr>
            <w:tcW w:w="1020" w:type="dxa"/>
            <w:shd w:val="clear" w:color="auto" w:fill="FAFAFA"/>
            <w:tcMar>
              <w:top w:w="70" w:type="dxa"/>
              <w:left w:w="85" w:type="dxa"/>
              <w:bottom w:w="70" w:type="dxa"/>
              <w:right w:w="85" w:type="dxa"/>
            </w:tcMar>
            <w:vAlign w:val="center"/>
          </w:tcPr>
          <w:p w14:paraId="0281BB7D" w14:textId="77777777" w:rsidR="00453E5B" w:rsidRDefault="00000000">
            <w:pPr>
              <w:spacing w:after="0" w:line="240" w:lineRule="auto"/>
            </w:pPr>
            <w:r>
              <w:rPr>
                <w:sz w:val="13"/>
              </w:rPr>
              <w:t>Restricționat</w:t>
            </w:r>
          </w:p>
        </w:tc>
        <w:tc>
          <w:tcPr>
            <w:tcW w:w="624" w:type="dxa"/>
            <w:shd w:val="clear" w:color="auto" w:fill="FAFAFA"/>
            <w:tcMar>
              <w:top w:w="70" w:type="dxa"/>
              <w:left w:w="85" w:type="dxa"/>
              <w:bottom w:w="70" w:type="dxa"/>
              <w:right w:w="85" w:type="dxa"/>
            </w:tcMar>
            <w:vAlign w:val="center"/>
          </w:tcPr>
          <w:p w14:paraId="46026827" w14:textId="77777777" w:rsidR="00453E5B" w:rsidRDefault="00000000">
            <w:pPr>
              <w:spacing w:after="0" w:line="240" w:lineRule="auto"/>
            </w:pPr>
            <w:r>
              <w:rPr>
                <w:sz w:val="13"/>
              </w:rPr>
              <w:t>Activ</w:t>
            </w:r>
          </w:p>
        </w:tc>
      </w:tr>
      <w:tr w:rsidR="00453E5B" w14:paraId="15A62A75" w14:textId="77777777">
        <w:trPr>
          <w:cantSplit/>
          <w:jc w:val="center"/>
        </w:trPr>
        <w:tc>
          <w:tcPr>
            <w:tcW w:w="1304" w:type="dxa"/>
            <w:shd w:val="clear" w:color="auto" w:fill="FFFFFF"/>
            <w:tcMar>
              <w:top w:w="70" w:type="dxa"/>
              <w:left w:w="85" w:type="dxa"/>
              <w:bottom w:w="70" w:type="dxa"/>
              <w:right w:w="85" w:type="dxa"/>
            </w:tcMar>
            <w:vAlign w:val="center"/>
          </w:tcPr>
          <w:p w14:paraId="0C0C9D22" w14:textId="77777777" w:rsidR="00453E5B" w:rsidRDefault="00000000">
            <w:pPr>
              <w:spacing w:after="0" w:line="240" w:lineRule="auto"/>
            </w:pPr>
            <w:r>
              <w:rPr>
                <w:sz w:val="13"/>
              </w:rPr>
              <w:t>PRO-SEC-03</w:t>
            </w:r>
          </w:p>
        </w:tc>
        <w:tc>
          <w:tcPr>
            <w:tcW w:w="2438" w:type="dxa"/>
            <w:shd w:val="clear" w:color="auto" w:fill="FFFFFF"/>
            <w:tcMar>
              <w:top w:w="70" w:type="dxa"/>
              <w:left w:w="85" w:type="dxa"/>
              <w:bottom w:w="70" w:type="dxa"/>
              <w:right w:w="85" w:type="dxa"/>
            </w:tcMar>
            <w:vAlign w:val="center"/>
          </w:tcPr>
          <w:p w14:paraId="5AF4CD1C" w14:textId="77777777" w:rsidR="00453E5B" w:rsidRDefault="00000000">
            <w:pPr>
              <w:spacing w:after="0" w:line="240" w:lineRule="auto"/>
            </w:pPr>
            <w:r>
              <w:rPr>
                <w:sz w:val="13"/>
              </w:rPr>
              <w:t>Management incidente</w:t>
            </w:r>
          </w:p>
        </w:tc>
        <w:tc>
          <w:tcPr>
            <w:tcW w:w="1417" w:type="dxa"/>
            <w:shd w:val="clear" w:color="auto" w:fill="FFFFFF"/>
            <w:tcMar>
              <w:top w:w="70" w:type="dxa"/>
              <w:left w:w="85" w:type="dxa"/>
              <w:bottom w:w="70" w:type="dxa"/>
              <w:right w:w="85" w:type="dxa"/>
            </w:tcMar>
            <w:vAlign w:val="center"/>
          </w:tcPr>
          <w:p w14:paraId="7C6D8801" w14:textId="77777777" w:rsidR="00453E5B" w:rsidRDefault="00000000">
            <w:pPr>
              <w:spacing w:after="0" w:line="240" w:lineRule="auto"/>
            </w:pPr>
            <w:r>
              <w:rPr>
                <w:sz w:val="13"/>
              </w:rPr>
              <w:t>CISO</w:t>
            </w:r>
          </w:p>
        </w:tc>
        <w:tc>
          <w:tcPr>
            <w:tcW w:w="680" w:type="dxa"/>
            <w:shd w:val="clear" w:color="auto" w:fill="FFFFFF"/>
            <w:tcMar>
              <w:top w:w="70" w:type="dxa"/>
              <w:left w:w="85" w:type="dxa"/>
              <w:bottom w:w="70" w:type="dxa"/>
              <w:right w:w="85" w:type="dxa"/>
            </w:tcMar>
            <w:vAlign w:val="center"/>
          </w:tcPr>
          <w:p w14:paraId="11079098" w14:textId="77777777" w:rsidR="00453E5B" w:rsidRDefault="00000000">
            <w:pPr>
              <w:spacing w:after="0" w:line="240" w:lineRule="auto"/>
            </w:pPr>
            <w:r>
              <w:rPr>
                <w:sz w:val="13"/>
              </w:rPr>
              <w:t>R__</w:t>
            </w:r>
          </w:p>
        </w:tc>
        <w:tc>
          <w:tcPr>
            <w:tcW w:w="1020" w:type="dxa"/>
            <w:shd w:val="clear" w:color="auto" w:fill="FFFFFF"/>
            <w:tcMar>
              <w:top w:w="70" w:type="dxa"/>
              <w:left w:w="85" w:type="dxa"/>
              <w:bottom w:w="70" w:type="dxa"/>
              <w:right w:w="85" w:type="dxa"/>
            </w:tcMar>
            <w:vAlign w:val="center"/>
          </w:tcPr>
          <w:p w14:paraId="6A42BF01" w14:textId="77777777" w:rsidR="00453E5B" w:rsidRDefault="00000000">
            <w:pPr>
              <w:spacing w:after="0" w:line="240" w:lineRule="auto"/>
            </w:pPr>
            <w:r>
              <w:rPr>
                <w:sz w:val="13"/>
              </w:rPr>
              <w:t>__/__/____</w:t>
            </w:r>
          </w:p>
        </w:tc>
        <w:tc>
          <w:tcPr>
            <w:tcW w:w="1417" w:type="dxa"/>
            <w:shd w:val="clear" w:color="auto" w:fill="FFFFFF"/>
            <w:tcMar>
              <w:top w:w="70" w:type="dxa"/>
              <w:left w:w="85" w:type="dxa"/>
              <w:bottom w:w="70" w:type="dxa"/>
              <w:right w:w="85" w:type="dxa"/>
            </w:tcMar>
            <w:vAlign w:val="center"/>
          </w:tcPr>
          <w:p w14:paraId="1DA67483" w14:textId="77777777" w:rsidR="00453E5B" w:rsidRDefault="00000000">
            <w:pPr>
              <w:spacing w:after="0" w:line="240" w:lineRule="auto"/>
            </w:pPr>
            <w:r>
              <w:rPr>
                <w:sz w:val="13"/>
              </w:rPr>
              <w:t>Intranet securizat</w:t>
            </w:r>
          </w:p>
        </w:tc>
        <w:tc>
          <w:tcPr>
            <w:tcW w:w="1020" w:type="dxa"/>
            <w:shd w:val="clear" w:color="auto" w:fill="FFFFFF"/>
            <w:tcMar>
              <w:top w:w="70" w:type="dxa"/>
              <w:left w:w="85" w:type="dxa"/>
              <w:bottom w:w="70" w:type="dxa"/>
              <w:right w:w="85" w:type="dxa"/>
            </w:tcMar>
            <w:vAlign w:val="center"/>
          </w:tcPr>
          <w:p w14:paraId="15D095B1" w14:textId="77777777" w:rsidR="00453E5B" w:rsidRDefault="00000000">
            <w:pPr>
              <w:spacing w:after="0" w:line="240" w:lineRule="auto"/>
            </w:pPr>
            <w:r>
              <w:rPr>
                <w:sz w:val="13"/>
              </w:rPr>
              <w:t>Restricționat</w:t>
            </w:r>
          </w:p>
        </w:tc>
        <w:tc>
          <w:tcPr>
            <w:tcW w:w="624" w:type="dxa"/>
            <w:shd w:val="clear" w:color="auto" w:fill="FFFFFF"/>
            <w:tcMar>
              <w:top w:w="70" w:type="dxa"/>
              <w:left w:w="85" w:type="dxa"/>
              <w:bottom w:w="70" w:type="dxa"/>
              <w:right w:w="85" w:type="dxa"/>
            </w:tcMar>
            <w:vAlign w:val="center"/>
          </w:tcPr>
          <w:p w14:paraId="7E0B6171" w14:textId="77777777" w:rsidR="00453E5B" w:rsidRDefault="00000000">
            <w:pPr>
              <w:spacing w:after="0" w:line="240" w:lineRule="auto"/>
            </w:pPr>
            <w:r>
              <w:rPr>
                <w:sz w:val="13"/>
              </w:rPr>
              <w:t>Activ</w:t>
            </w:r>
          </w:p>
        </w:tc>
      </w:tr>
      <w:tr w:rsidR="00453E5B" w14:paraId="7F3B85B4" w14:textId="77777777">
        <w:trPr>
          <w:cantSplit/>
          <w:jc w:val="center"/>
        </w:trPr>
        <w:tc>
          <w:tcPr>
            <w:tcW w:w="1304" w:type="dxa"/>
            <w:shd w:val="clear" w:color="auto" w:fill="FAFAFA"/>
            <w:tcMar>
              <w:top w:w="70" w:type="dxa"/>
              <w:left w:w="85" w:type="dxa"/>
              <w:bottom w:w="70" w:type="dxa"/>
              <w:right w:w="85" w:type="dxa"/>
            </w:tcMar>
            <w:vAlign w:val="center"/>
          </w:tcPr>
          <w:p w14:paraId="22B78E77" w14:textId="77777777" w:rsidR="00453E5B" w:rsidRDefault="00453E5B">
            <w:pPr>
              <w:spacing w:after="0" w:line="240" w:lineRule="auto"/>
            </w:pPr>
          </w:p>
        </w:tc>
        <w:tc>
          <w:tcPr>
            <w:tcW w:w="2438" w:type="dxa"/>
            <w:shd w:val="clear" w:color="auto" w:fill="FAFAFA"/>
            <w:tcMar>
              <w:top w:w="70" w:type="dxa"/>
              <w:left w:w="85" w:type="dxa"/>
              <w:bottom w:w="70" w:type="dxa"/>
              <w:right w:w="85" w:type="dxa"/>
            </w:tcMar>
            <w:vAlign w:val="center"/>
          </w:tcPr>
          <w:p w14:paraId="76E13B67" w14:textId="77777777" w:rsidR="00453E5B" w:rsidRDefault="00453E5B">
            <w:pPr>
              <w:spacing w:after="0" w:line="240" w:lineRule="auto"/>
            </w:pPr>
          </w:p>
        </w:tc>
        <w:tc>
          <w:tcPr>
            <w:tcW w:w="1417" w:type="dxa"/>
            <w:shd w:val="clear" w:color="auto" w:fill="FAFAFA"/>
            <w:tcMar>
              <w:top w:w="70" w:type="dxa"/>
              <w:left w:w="85" w:type="dxa"/>
              <w:bottom w:w="70" w:type="dxa"/>
              <w:right w:w="85" w:type="dxa"/>
            </w:tcMar>
            <w:vAlign w:val="center"/>
          </w:tcPr>
          <w:p w14:paraId="39B0C5E5" w14:textId="77777777" w:rsidR="00453E5B" w:rsidRDefault="00453E5B">
            <w:pPr>
              <w:spacing w:after="0" w:line="240" w:lineRule="auto"/>
            </w:pPr>
          </w:p>
        </w:tc>
        <w:tc>
          <w:tcPr>
            <w:tcW w:w="680" w:type="dxa"/>
            <w:shd w:val="clear" w:color="auto" w:fill="FAFAFA"/>
            <w:tcMar>
              <w:top w:w="70" w:type="dxa"/>
              <w:left w:w="85" w:type="dxa"/>
              <w:bottom w:w="70" w:type="dxa"/>
              <w:right w:w="85" w:type="dxa"/>
            </w:tcMar>
            <w:vAlign w:val="center"/>
          </w:tcPr>
          <w:p w14:paraId="4DA4B62F" w14:textId="77777777" w:rsidR="00453E5B" w:rsidRDefault="00453E5B">
            <w:pPr>
              <w:spacing w:after="0" w:line="240" w:lineRule="auto"/>
            </w:pPr>
          </w:p>
        </w:tc>
        <w:tc>
          <w:tcPr>
            <w:tcW w:w="1020" w:type="dxa"/>
            <w:shd w:val="clear" w:color="auto" w:fill="FAFAFA"/>
            <w:tcMar>
              <w:top w:w="70" w:type="dxa"/>
              <w:left w:w="85" w:type="dxa"/>
              <w:bottom w:w="70" w:type="dxa"/>
              <w:right w:w="85" w:type="dxa"/>
            </w:tcMar>
            <w:vAlign w:val="center"/>
          </w:tcPr>
          <w:p w14:paraId="42EE1AAA" w14:textId="77777777" w:rsidR="00453E5B" w:rsidRDefault="00453E5B">
            <w:pPr>
              <w:spacing w:after="0" w:line="240" w:lineRule="auto"/>
            </w:pPr>
          </w:p>
        </w:tc>
        <w:tc>
          <w:tcPr>
            <w:tcW w:w="1417" w:type="dxa"/>
            <w:shd w:val="clear" w:color="auto" w:fill="FAFAFA"/>
            <w:tcMar>
              <w:top w:w="70" w:type="dxa"/>
              <w:left w:w="85" w:type="dxa"/>
              <w:bottom w:w="70" w:type="dxa"/>
              <w:right w:w="85" w:type="dxa"/>
            </w:tcMar>
            <w:vAlign w:val="center"/>
          </w:tcPr>
          <w:p w14:paraId="4381D3AF" w14:textId="77777777" w:rsidR="00453E5B" w:rsidRDefault="00453E5B">
            <w:pPr>
              <w:spacing w:after="0" w:line="240" w:lineRule="auto"/>
            </w:pPr>
          </w:p>
        </w:tc>
        <w:tc>
          <w:tcPr>
            <w:tcW w:w="1020" w:type="dxa"/>
            <w:shd w:val="clear" w:color="auto" w:fill="FAFAFA"/>
            <w:tcMar>
              <w:top w:w="70" w:type="dxa"/>
              <w:left w:w="85" w:type="dxa"/>
              <w:bottom w:w="70" w:type="dxa"/>
              <w:right w:w="85" w:type="dxa"/>
            </w:tcMar>
            <w:vAlign w:val="center"/>
          </w:tcPr>
          <w:p w14:paraId="66A2B7F0" w14:textId="77777777" w:rsidR="00453E5B" w:rsidRDefault="00453E5B">
            <w:pPr>
              <w:spacing w:after="0" w:line="240" w:lineRule="auto"/>
            </w:pPr>
          </w:p>
        </w:tc>
        <w:tc>
          <w:tcPr>
            <w:tcW w:w="624" w:type="dxa"/>
            <w:shd w:val="clear" w:color="auto" w:fill="FAFAFA"/>
            <w:tcMar>
              <w:top w:w="70" w:type="dxa"/>
              <w:left w:w="85" w:type="dxa"/>
              <w:bottom w:w="70" w:type="dxa"/>
              <w:right w:w="85" w:type="dxa"/>
            </w:tcMar>
            <w:vAlign w:val="center"/>
          </w:tcPr>
          <w:p w14:paraId="0B776A73" w14:textId="77777777" w:rsidR="00453E5B" w:rsidRDefault="00453E5B">
            <w:pPr>
              <w:spacing w:after="0" w:line="240" w:lineRule="auto"/>
            </w:pPr>
          </w:p>
        </w:tc>
      </w:tr>
      <w:tr w:rsidR="00453E5B" w14:paraId="7DA1F23B" w14:textId="77777777">
        <w:trPr>
          <w:cantSplit/>
          <w:jc w:val="center"/>
        </w:trPr>
        <w:tc>
          <w:tcPr>
            <w:tcW w:w="1304" w:type="dxa"/>
            <w:shd w:val="clear" w:color="auto" w:fill="FFFFFF"/>
            <w:tcMar>
              <w:top w:w="70" w:type="dxa"/>
              <w:left w:w="85" w:type="dxa"/>
              <w:bottom w:w="70" w:type="dxa"/>
              <w:right w:w="85" w:type="dxa"/>
            </w:tcMar>
            <w:vAlign w:val="center"/>
          </w:tcPr>
          <w:p w14:paraId="298558FB" w14:textId="77777777" w:rsidR="00453E5B" w:rsidRDefault="00453E5B">
            <w:pPr>
              <w:spacing w:after="0" w:line="240" w:lineRule="auto"/>
            </w:pPr>
          </w:p>
        </w:tc>
        <w:tc>
          <w:tcPr>
            <w:tcW w:w="2438" w:type="dxa"/>
            <w:shd w:val="clear" w:color="auto" w:fill="FFFFFF"/>
            <w:tcMar>
              <w:top w:w="70" w:type="dxa"/>
              <w:left w:w="85" w:type="dxa"/>
              <w:bottom w:w="70" w:type="dxa"/>
              <w:right w:w="85" w:type="dxa"/>
            </w:tcMar>
            <w:vAlign w:val="center"/>
          </w:tcPr>
          <w:p w14:paraId="7BB36222" w14:textId="77777777" w:rsidR="00453E5B" w:rsidRDefault="00453E5B">
            <w:pPr>
              <w:spacing w:after="0" w:line="240" w:lineRule="auto"/>
            </w:pPr>
          </w:p>
        </w:tc>
        <w:tc>
          <w:tcPr>
            <w:tcW w:w="1417" w:type="dxa"/>
            <w:shd w:val="clear" w:color="auto" w:fill="FFFFFF"/>
            <w:tcMar>
              <w:top w:w="70" w:type="dxa"/>
              <w:left w:w="85" w:type="dxa"/>
              <w:bottom w:w="70" w:type="dxa"/>
              <w:right w:w="85" w:type="dxa"/>
            </w:tcMar>
            <w:vAlign w:val="center"/>
          </w:tcPr>
          <w:p w14:paraId="2BC8A119" w14:textId="77777777" w:rsidR="00453E5B" w:rsidRDefault="00453E5B">
            <w:pPr>
              <w:spacing w:after="0" w:line="240" w:lineRule="auto"/>
            </w:pPr>
          </w:p>
        </w:tc>
        <w:tc>
          <w:tcPr>
            <w:tcW w:w="680" w:type="dxa"/>
            <w:shd w:val="clear" w:color="auto" w:fill="FFFFFF"/>
            <w:tcMar>
              <w:top w:w="70" w:type="dxa"/>
              <w:left w:w="85" w:type="dxa"/>
              <w:bottom w:w="70" w:type="dxa"/>
              <w:right w:w="85" w:type="dxa"/>
            </w:tcMar>
            <w:vAlign w:val="center"/>
          </w:tcPr>
          <w:p w14:paraId="4AD9018A" w14:textId="77777777" w:rsidR="00453E5B" w:rsidRDefault="00453E5B">
            <w:pPr>
              <w:spacing w:after="0" w:line="240" w:lineRule="auto"/>
            </w:pPr>
          </w:p>
        </w:tc>
        <w:tc>
          <w:tcPr>
            <w:tcW w:w="1020" w:type="dxa"/>
            <w:shd w:val="clear" w:color="auto" w:fill="FFFFFF"/>
            <w:tcMar>
              <w:top w:w="70" w:type="dxa"/>
              <w:left w:w="85" w:type="dxa"/>
              <w:bottom w:w="70" w:type="dxa"/>
              <w:right w:w="85" w:type="dxa"/>
            </w:tcMar>
            <w:vAlign w:val="center"/>
          </w:tcPr>
          <w:p w14:paraId="021CF396" w14:textId="77777777" w:rsidR="00453E5B" w:rsidRDefault="00453E5B">
            <w:pPr>
              <w:spacing w:after="0" w:line="240" w:lineRule="auto"/>
            </w:pPr>
          </w:p>
        </w:tc>
        <w:tc>
          <w:tcPr>
            <w:tcW w:w="1417" w:type="dxa"/>
            <w:shd w:val="clear" w:color="auto" w:fill="FFFFFF"/>
            <w:tcMar>
              <w:top w:w="70" w:type="dxa"/>
              <w:left w:w="85" w:type="dxa"/>
              <w:bottom w:w="70" w:type="dxa"/>
              <w:right w:w="85" w:type="dxa"/>
            </w:tcMar>
            <w:vAlign w:val="center"/>
          </w:tcPr>
          <w:p w14:paraId="2BB97CE9" w14:textId="77777777" w:rsidR="00453E5B" w:rsidRDefault="00453E5B">
            <w:pPr>
              <w:spacing w:after="0" w:line="240" w:lineRule="auto"/>
            </w:pPr>
          </w:p>
        </w:tc>
        <w:tc>
          <w:tcPr>
            <w:tcW w:w="1020" w:type="dxa"/>
            <w:shd w:val="clear" w:color="auto" w:fill="FFFFFF"/>
            <w:tcMar>
              <w:top w:w="70" w:type="dxa"/>
              <w:left w:w="85" w:type="dxa"/>
              <w:bottom w:w="70" w:type="dxa"/>
              <w:right w:w="85" w:type="dxa"/>
            </w:tcMar>
            <w:vAlign w:val="center"/>
          </w:tcPr>
          <w:p w14:paraId="05F9D210" w14:textId="77777777" w:rsidR="00453E5B" w:rsidRDefault="00453E5B">
            <w:pPr>
              <w:spacing w:after="0" w:line="240" w:lineRule="auto"/>
            </w:pPr>
          </w:p>
        </w:tc>
        <w:tc>
          <w:tcPr>
            <w:tcW w:w="624" w:type="dxa"/>
            <w:shd w:val="clear" w:color="auto" w:fill="FFFFFF"/>
            <w:tcMar>
              <w:top w:w="70" w:type="dxa"/>
              <w:left w:w="85" w:type="dxa"/>
              <w:bottom w:w="70" w:type="dxa"/>
              <w:right w:w="85" w:type="dxa"/>
            </w:tcMar>
            <w:vAlign w:val="center"/>
          </w:tcPr>
          <w:p w14:paraId="5BFC6B01" w14:textId="77777777" w:rsidR="00453E5B" w:rsidRDefault="00453E5B">
            <w:pPr>
              <w:spacing w:after="0" w:line="240" w:lineRule="auto"/>
            </w:pPr>
          </w:p>
        </w:tc>
      </w:tr>
      <w:tr w:rsidR="00453E5B" w14:paraId="606D6F00" w14:textId="77777777">
        <w:trPr>
          <w:cantSplit/>
          <w:jc w:val="center"/>
        </w:trPr>
        <w:tc>
          <w:tcPr>
            <w:tcW w:w="1304" w:type="dxa"/>
            <w:shd w:val="clear" w:color="auto" w:fill="FAFAFA"/>
            <w:tcMar>
              <w:top w:w="70" w:type="dxa"/>
              <w:left w:w="85" w:type="dxa"/>
              <w:bottom w:w="70" w:type="dxa"/>
              <w:right w:w="85" w:type="dxa"/>
            </w:tcMar>
            <w:vAlign w:val="center"/>
          </w:tcPr>
          <w:p w14:paraId="48D6BEB7" w14:textId="77777777" w:rsidR="00453E5B" w:rsidRDefault="00453E5B">
            <w:pPr>
              <w:spacing w:after="0" w:line="240" w:lineRule="auto"/>
            </w:pPr>
          </w:p>
        </w:tc>
        <w:tc>
          <w:tcPr>
            <w:tcW w:w="2438" w:type="dxa"/>
            <w:shd w:val="clear" w:color="auto" w:fill="FAFAFA"/>
            <w:tcMar>
              <w:top w:w="70" w:type="dxa"/>
              <w:left w:w="85" w:type="dxa"/>
              <w:bottom w:w="70" w:type="dxa"/>
              <w:right w:w="85" w:type="dxa"/>
            </w:tcMar>
            <w:vAlign w:val="center"/>
          </w:tcPr>
          <w:p w14:paraId="715F40ED" w14:textId="77777777" w:rsidR="00453E5B" w:rsidRDefault="00453E5B">
            <w:pPr>
              <w:spacing w:after="0" w:line="240" w:lineRule="auto"/>
            </w:pPr>
          </w:p>
        </w:tc>
        <w:tc>
          <w:tcPr>
            <w:tcW w:w="1417" w:type="dxa"/>
            <w:shd w:val="clear" w:color="auto" w:fill="FAFAFA"/>
            <w:tcMar>
              <w:top w:w="70" w:type="dxa"/>
              <w:left w:w="85" w:type="dxa"/>
              <w:bottom w:w="70" w:type="dxa"/>
              <w:right w:w="85" w:type="dxa"/>
            </w:tcMar>
            <w:vAlign w:val="center"/>
          </w:tcPr>
          <w:p w14:paraId="6E4ACB1E" w14:textId="77777777" w:rsidR="00453E5B" w:rsidRDefault="00453E5B">
            <w:pPr>
              <w:spacing w:after="0" w:line="240" w:lineRule="auto"/>
            </w:pPr>
          </w:p>
        </w:tc>
        <w:tc>
          <w:tcPr>
            <w:tcW w:w="680" w:type="dxa"/>
            <w:shd w:val="clear" w:color="auto" w:fill="FAFAFA"/>
            <w:tcMar>
              <w:top w:w="70" w:type="dxa"/>
              <w:left w:w="85" w:type="dxa"/>
              <w:bottom w:w="70" w:type="dxa"/>
              <w:right w:w="85" w:type="dxa"/>
            </w:tcMar>
            <w:vAlign w:val="center"/>
          </w:tcPr>
          <w:p w14:paraId="465F2407" w14:textId="77777777" w:rsidR="00453E5B" w:rsidRDefault="00453E5B">
            <w:pPr>
              <w:spacing w:after="0" w:line="240" w:lineRule="auto"/>
            </w:pPr>
          </w:p>
        </w:tc>
        <w:tc>
          <w:tcPr>
            <w:tcW w:w="1020" w:type="dxa"/>
            <w:shd w:val="clear" w:color="auto" w:fill="FAFAFA"/>
            <w:tcMar>
              <w:top w:w="70" w:type="dxa"/>
              <w:left w:w="85" w:type="dxa"/>
              <w:bottom w:w="70" w:type="dxa"/>
              <w:right w:w="85" w:type="dxa"/>
            </w:tcMar>
            <w:vAlign w:val="center"/>
          </w:tcPr>
          <w:p w14:paraId="4AF5EA32" w14:textId="77777777" w:rsidR="00453E5B" w:rsidRDefault="00453E5B">
            <w:pPr>
              <w:spacing w:after="0" w:line="240" w:lineRule="auto"/>
            </w:pPr>
          </w:p>
        </w:tc>
        <w:tc>
          <w:tcPr>
            <w:tcW w:w="1417" w:type="dxa"/>
            <w:shd w:val="clear" w:color="auto" w:fill="FAFAFA"/>
            <w:tcMar>
              <w:top w:w="70" w:type="dxa"/>
              <w:left w:w="85" w:type="dxa"/>
              <w:bottom w:w="70" w:type="dxa"/>
              <w:right w:w="85" w:type="dxa"/>
            </w:tcMar>
            <w:vAlign w:val="center"/>
          </w:tcPr>
          <w:p w14:paraId="57266F35" w14:textId="77777777" w:rsidR="00453E5B" w:rsidRDefault="00453E5B">
            <w:pPr>
              <w:spacing w:after="0" w:line="240" w:lineRule="auto"/>
            </w:pPr>
          </w:p>
        </w:tc>
        <w:tc>
          <w:tcPr>
            <w:tcW w:w="1020" w:type="dxa"/>
            <w:shd w:val="clear" w:color="auto" w:fill="FAFAFA"/>
            <w:tcMar>
              <w:top w:w="70" w:type="dxa"/>
              <w:left w:w="85" w:type="dxa"/>
              <w:bottom w:w="70" w:type="dxa"/>
              <w:right w:w="85" w:type="dxa"/>
            </w:tcMar>
            <w:vAlign w:val="center"/>
          </w:tcPr>
          <w:p w14:paraId="7885256F" w14:textId="77777777" w:rsidR="00453E5B" w:rsidRDefault="00453E5B">
            <w:pPr>
              <w:spacing w:after="0" w:line="240" w:lineRule="auto"/>
            </w:pPr>
          </w:p>
        </w:tc>
        <w:tc>
          <w:tcPr>
            <w:tcW w:w="624" w:type="dxa"/>
            <w:shd w:val="clear" w:color="auto" w:fill="FAFAFA"/>
            <w:tcMar>
              <w:top w:w="70" w:type="dxa"/>
              <w:left w:w="85" w:type="dxa"/>
              <w:bottom w:w="70" w:type="dxa"/>
              <w:right w:w="85" w:type="dxa"/>
            </w:tcMar>
            <w:vAlign w:val="center"/>
          </w:tcPr>
          <w:p w14:paraId="26FA03B8" w14:textId="77777777" w:rsidR="00453E5B" w:rsidRDefault="00453E5B">
            <w:pPr>
              <w:spacing w:after="0" w:line="240" w:lineRule="auto"/>
            </w:pPr>
          </w:p>
        </w:tc>
      </w:tr>
      <w:tr w:rsidR="00453E5B" w14:paraId="7BC7A785" w14:textId="77777777">
        <w:trPr>
          <w:cantSplit/>
          <w:jc w:val="center"/>
        </w:trPr>
        <w:tc>
          <w:tcPr>
            <w:tcW w:w="1304" w:type="dxa"/>
            <w:shd w:val="clear" w:color="auto" w:fill="FFFFFF"/>
            <w:tcMar>
              <w:top w:w="70" w:type="dxa"/>
              <w:left w:w="85" w:type="dxa"/>
              <w:bottom w:w="70" w:type="dxa"/>
              <w:right w:w="85" w:type="dxa"/>
            </w:tcMar>
            <w:vAlign w:val="center"/>
          </w:tcPr>
          <w:p w14:paraId="614845F0" w14:textId="77777777" w:rsidR="00453E5B" w:rsidRDefault="00453E5B">
            <w:pPr>
              <w:spacing w:after="0" w:line="240" w:lineRule="auto"/>
            </w:pPr>
          </w:p>
        </w:tc>
        <w:tc>
          <w:tcPr>
            <w:tcW w:w="2438" w:type="dxa"/>
            <w:shd w:val="clear" w:color="auto" w:fill="FFFFFF"/>
            <w:tcMar>
              <w:top w:w="70" w:type="dxa"/>
              <w:left w:w="85" w:type="dxa"/>
              <w:bottom w:w="70" w:type="dxa"/>
              <w:right w:w="85" w:type="dxa"/>
            </w:tcMar>
            <w:vAlign w:val="center"/>
          </w:tcPr>
          <w:p w14:paraId="2CAFFA74" w14:textId="77777777" w:rsidR="00453E5B" w:rsidRDefault="00453E5B">
            <w:pPr>
              <w:spacing w:after="0" w:line="240" w:lineRule="auto"/>
            </w:pPr>
          </w:p>
        </w:tc>
        <w:tc>
          <w:tcPr>
            <w:tcW w:w="1417" w:type="dxa"/>
            <w:shd w:val="clear" w:color="auto" w:fill="FFFFFF"/>
            <w:tcMar>
              <w:top w:w="70" w:type="dxa"/>
              <w:left w:w="85" w:type="dxa"/>
              <w:bottom w:w="70" w:type="dxa"/>
              <w:right w:w="85" w:type="dxa"/>
            </w:tcMar>
            <w:vAlign w:val="center"/>
          </w:tcPr>
          <w:p w14:paraId="76280E0D" w14:textId="77777777" w:rsidR="00453E5B" w:rsidRDefault="00453E5B">
            <w:pPr>
              <w:spacing w:after="0" w:line="240" w:lineRule="auto"/>
            </w:pPr>
          </w:p>
        </w:tc>
        <w:tc>
          <w:tcPr>
            <w:tcW w:w="680" w:type="dxa"/>
            <w:shd w:val="clear" w:color="auto" w:fill="FFFFFF"/>
            <w:tcMar>
              <w:top w:w="70" w:type="dxa"/>
              <w:left w:w="85" w:type="dxa"/>
              <w:bottom w:w="70" w:type="dxa"/>
              <w:right w:w="85" w:type="dxa"/>
            </w:tcMar>
            <w:vAlign w:val="center"/>
          </w:tcPr>
          <w:p w14:paraId="79B007B9" w14:textId="77777777" w:rsidR="00453E5B" w:rsidRDefault="00453E5B">
            <w:pPr>
              <w:spacing w:after="0" w:line="240" w:lineRule="auto"/>
            </w:pPr>
          </w:p>
        </w:tc>
        <w:tc>
          <w:tcPr>
            <w:tcW w:w="1020" w:type="dxa"/>
            <w:shd w:val="clear" w:color="auto" w:fill="FFFFFF"/>
            <w:tcMar>
              <w:top w:w="70" w:type="dxa"/>
              <w:left w:w="85" w:type="dxa"/>
              <w:bottom w:w="70" w:type="dxa"/>
              <w:right w:w="85" w:type="dxa"/>
            </w:tcMar>
            <w:vAlign w:val="center"/>
          </w:tcPr>
          <w:p w14:paraId="71253FE9" w14:textId="77777777" w:rsidR="00453E5B" w:rsidRDefault="00453E5B">
            <w:pPr>
              <w:spacing w:after="0" w:line="240" w:lineRule="auto"/>
            </w:pPr>
          </w:p>
        </w:tc>
        <w:tc>
          <w:tcPr>
            <w:tcW w:w="1417" w:type="dxa"/>
            <w:shd w:val="clear" w:color="auto" w:fill="FFFFFF"/>
            <w:tcMar>
              <w:top w:w="70" w:type="dxa"/>
              <w:left w:w="85" w:type="dxa"/>
              <w:bottom w:w="70" w:type="dxa"/>
              <w:right w:w="85" w:type="dxa"/>
            </w:tcMar>
            <w:vAlign w:val="center"/>
          </w:tcPr>
          <w:p w14:paraId="3D11C9A7" w14:textId="77777777" w:rsidR="00453E5B" w:rsidRDefault="00453E5B">
            <w:pPr>
              <w:spacing w:after="0" w:line="240" w:lineRule="auto"/>
            </w:pPr>
          </w:p>
        </w:tc>
        <w:tc>
          <w:tcPr>
            <w:tcW w:w="1020" w:type="dxa"/>
            <w:shd w:val="clear" w:color="auto" w:fill="FFFFFF"/>
            <w:tcMar>
              <w:top w:w="70" w:type="dxa"/>
              <w:left w:w="85" w:type="dxa"/>
              <w:bottom w:w="70" w:type="dxa"/>
              <w:right w:w="85" w:type="dxa"/>
            </w:tcMar>
            <w:vAlign w:val="center"/>
          </w:tcPr>
          <w:p w14:paraId="6E71D6D2" w14:textId="77777777" w:rsidR="00453E5B" w:rsidRDefault="00453E5B">
            <w:pPr>
              <w:spacing w:after="0" w:line="240" w:lineRule="auto"/>
            </w:pPr>
          </w:p>
        </w:tc>
        <w:tc>
          <w:tcPr>
            <w:tcW w:w="624" w:type="dxa"/>
            <w:shd w:val="clear" w:color="auto" w:fill="FFFFFF"/>
            <w:tcMar>
              <w:top w:w="70" w:type="dxa"/>
              <w:left w:w="85" w:type="dxa"/>
              <w:bottom w:w="70" w:type="dxa"/>
              <w:right w:w="85" w:type="dxa"/>
            </w:tcMar>
            <w:vAlign w:val="center"/>
          </w:tcPr>
          <w:p w14:paraId="204B1740" w14:textId="77777777" w:rsidR="00453E5B" w:rsidRDefault="00453E5B">
            <w:pPr>
              <w:spacing w:after="0" w:line="240" w:lineRule="auto"/>
            </w:pPr>
          </w:p>
        </w:tc>
      </w:tr>
    </w:tbl>
    <w:p w14:paraId="35729F24" w14:textId="77777777" w:rsidR="00453E5B" w:rsidRDefault="00453E5B">
      <w:pPr>
        <w:spacing w:after="20"/>
      </w:pPr>
    </w:p>
    <w:p w14:paraId="094FEB71" w14:textId="77777777" w:rsidR="00453E5B" w:rsidRDefault="00000000">
      <w:pPr>
        <w:pStyle w:val="Heading2"/>
      </w:pPr>
      <w:r>
        <w:t>Matrice orientativă a termenelor de păstrare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154"/>
        <w:gridCol w:w="3231"/>
        <w:gridCol w:w="3231"/>
        <w:gridCol w:w="1304"/>
      </w:tblGrid>
      <w:tr w:rsidR="00453E5B" w14:paraId="5EB9FEA2" w14:textId="77777777">
        <w:trPr>
          <w:tblHeader/>
          <w:jc w:val="center"/>
        </w:trPr>
        <w:tc>
          <w:tcPr>
            <w:tcW w:w="2154" w:type="dxa"/>
            <w:shd w:val="clear" w:color="auto" w:fill="D71920"/>
            <w:tcMar>
              <w:top w:w="70" w:type="dxa"/>
              <w:left w:w="85" w:type="dxa"/>
              <w:bottom w:w="70" w:type="dxa"/>
              <w:right w:w="85" w:type="dxa"/>
            </w:tcMar>
            <w:vAlign w:val="center"/>
          </w:tcPr>
          <w:p w14:paraId="5A080CD7" w14:textId="77777777" w:rsidR="00453E5B" w:rsidRDefault="00000000">
            <w:pPr>
              <w:spacing w:after="0" w:line="240" w:lineRule="auto"/>
              <w:jc w:val="center"/>
            </w:pPr>
            <w:r>
              <w:rPr>
                <w:b/>
                <w:color w:val="FFFFFF"/>
                <w:sz w:val="15"/>
              </w:rPr>
              <w:t>CATEGORIE</w:t>
            </w:r>
          </w:p>
        </w:tc>
        <w:tc>
          <w:tcPr>
            <w:tcW w:w="3231" w:type="dxa"/>
            <w:shd w:val="clear" w:color="auto" w:fill="D71920"/>
            <w:tcMar>
              <w:top w:w="70" w:type="dxa"/>
              <w:left w:w="85" w:type="dxa"/>
              <w:bottom w:w="70" w:type="dxa"/>
              <w:right w:w="85" w:type="dxa"/>
            </w:tcMar>
            <w:vAlign w:val="center"/>
          </w:tcPr>
          <w:p w14:paraId="01E17631" w14:textId="77777777" w:rsidR="00453E5B" w:rsidRDefault="00000000">
            <w:pPr>
              <w:spacing w:after="0" w:line="240" w:lineRule="auto"/>
              <w:jc w:val="center"/>
            </w:pPr>
            <w:r>
              <w:rPr>
                <w:b/>
                <w:color w:val="FFFFFF"/>
                <w:sz w:val="15"/>
              </w:rPr>
              <w:t>EXEMPLE</w:t>
            </w:r>
          </w:p>
        </w:tc>
        <w:tc>
          <w:tcPr>
            <w:tcW w:w="3231" w:type="dxa"/>
            <w:shd w:val="clear" w:color="auto" w:fill="D71920"/>
            <w:tcMar>
              <w:top w:w="70" w:type="dxa"/>
              <w:left w:w="85" w:type="dxa"/>
              <w:bottom w:w="70" w:type="dxa"/>
              <w:right w:w="85" w:type="dxa"/>
            </w:tcMar>
            <w:vAlign w:val="center"/>
          </w:tcPr>
          <w:p w14:paraId="417FE05C" w14:textId="77777777" w:rsidR="00453E5B" w:rsidRDefault="00000000">
            <w:pPr>
              <w:spacing w:after="0" w:line="240" w:lineRule="auto"/>
              <w:jc w:val="center"/>
            </w:pPr>
            <w:r>
              <w:rPr>
                <w:b/>
                <w:color w:val="FFFFFF"/>
                <w:sz w:val="15"/>
              </w:rPr>
              <w:t>CRITERIU DE STABILIRE</w:t>
            </w:r>
          </w:p>
        </w:tc>
        <w:tc>
          <w:tcPr>
            <w:tcW w:w="1304" w:type="dxa"/>
            <w:shd w:val="clear" w:color="auto" w:fill="D71920"/>
            <w:tcMar>
              <w:top w:w="70" w:type="dxa"/>
              <w:left w:w="85" w:type="dxa"/>
              <w:bottom w:w="70" w:type="dxa"/>
              <w:right w:w="85" w:type="dxa"/>
            </w:tcMar>
            <w:vAlign w:val="center"/>
          </w:tcPr>
          <w:p w14:paraId="61CF09DB" w14:textId="77777777" w:rsidR="00453E5B" w:rsidRDefault="00000000">
            <w:pPr>
              <w:spacing w:after="0" w:line="240" w:lineRule="auto"/>
              <w:jc w:val="center"/>
            </w:pPr>
            <w:r>
              <w:rPr>
                <w:b/>
                <w:color w:val="FFFFFF"/>
                <w:sz w:val="15"/>
              </w:rPr>
              <w:t>TERMEN APROBAT</w:t>
            </w:r>
          </w:p>
        </w:tc>
      </w:tr>
      <w:tr w:rsidR="00453E5B" w14:paraId="234413A9" w14:textId="77777777">
        <w:trPr>
          <w:cantSplit/>
          <w:jc w:val="center"/>
        </w:trPr>
        <w:tc>
          <w:tcPr>
            <w:tcW w:w="2154" w:type="dxa"/>
            <w:shd w:val="clear" w:color="auto" w:fill="FFFFFF"/>
            <w:tcMar>
              <w:top w:w="70" w:type="dxa"/>
              <w:left w:w="85" w:type="dxa"/>
              <w:bottom w:w="70" w:type="dxa"/>
              <w:right w:w="85" w:type="dxa"/>
            </w:tcMar>
            <w:vAlign w:val="center"/>
          </w:tcPr>
          <w:p w14:paraId="206A7228" w14:textId="77777777" w:rsidR="00453E5B" w:rsidRDefault="00000000">
            <w:pPr>
              <w:spacing w:after="0" w:line="240" w:lineRule="auto"/>
            </w:pPr>
            <w:r>
              <w:rPr>
                <w:sz w:val="14"/>
              </w:rPr>
              <w:t>Riscuri și tratament</w:t>
            </w:r>
          </w:p>
        </w:tc>
        <w:tc>
          <w:tcPr>
            <w:tcW w:w="3231" w:type="dxa"/>
            <w:shd w:val="clear" w:color="auto" w:fill="FFFFFF"/>
            <w:tcMar>
              <w:top w:w="70" w:type="dxa"/>
              <w:left w:w="85" w:type="dxa"/>
              <w:bottom w:w="70" w:type="dxa"/>
              <w:right w:w="85" w:type="dxa"/>
            </w:tcMar>
            <w:vAlign w:val="center"/>
          </w:tcPr>
          <w:p w14:paraId="2EAA3230" w14:textId="77777777" w:rsidR="00453E5B" w:rsidRDefault="00000000">
            <w:pPr>
              <w:spacing w:after="0" w:line="240" w:lineRule="auto"/>
            </w:pPr>
            <w:r>
              <w:rPr>
                <w:sz w:val="14"/>
              </w:rPr>
              <w:t>Evaluări, planuri, acceptări și SoA</w:t>
            </w:r>
          </w:p>
        </w:tc>
        <w:tc>
          <w:tcPr>
            <w:tcW w:w="3231" w:type="dxa"/>
            <w:shd w:val="clear" w:color="auto" w:fill="FFFFFF"/>
            <w:tcMar>
              <w:top w:w="70" w:type="dxa"/>
              <w:left w:w="85" w:type="dxa"/>
              <w:bottom w:w="70" w:type="dxa"/>
              <w:right w:w="85" w:type="dxa"/>
            </w:tcMar>
            <w:vAlign w:val="center"/>
          </w:tcPr>
          <w:p w14:paraId="5254241E" w14:textId="77777777" w:rsidR="00453E5B" w:rsidRDefault="00000000">
            <w:pPr>
              <w:spacing w:after="0" w:line="240" w:lineRule="auto"/>
            </w:pPr>
            <w:r>
              <w:rPr>
                <w:sz w:val="14"/>
              </w:rPr>
              <w:t>Ciclul de risc + audit + cerințe contractuale/reglementare</w:t>
            </w:r>
          </w:p>
        </w:tc>
        <w:tc>
          <w:tcPr>
            <w:tcW w:w="1304" w:type="dxa"/>
            <w:shd w:val="clear" w:color="auto" w:fill="FFFFFF"/>
            <w:tcMar>
              <w:top w:w="70" w:type="dxa"/>
              <w:left w:w="85" w:type="dxa"/>
              <w:bottom w:w="70" w:type="dxa"/>
              <w:right w:w="85" w:type="dxa"/>
            </w:tcMar>
            <w:vAlign w:val="center"/>
          </w:tcPr>
          <w:p w14:paraId="00FA7416" w14:textId="77777777" w:rsidR="00453E5B" w:rsidRDefault="00453E5B">
            <w:pPr>
              <w:spacing w:after="0" w:line="240" w:lineRule="auto"/>
            </w:pPr>
          </w:p>
        </w:tc>
      </w:tr>
      <w:tr w:rsidR="00453E5B" w14:paraId="2F074CE7" w14:textId="77777777">
        <w:trPr>
          <w:cantSplit/>
          <w:jc w:val="center"/>
        </w:trPr>
        <w:tc>
          <w:tcPr>
            <w:tcW w:w="2154" w:type="dxa"/>
            <w:shd w:val="clear" w:color="auto" w:fill="FAFAFA"/>
            <w:tcMar>
              <w:top w:w="70" w:type="dxa"/>
              <w:left w:w="85" w:type="dxa"/>
              <w:bottom w:w="70" w:type="dxa"/>
              <w:right w:w="85" w:type="dxa"/>
            </w:tcMar>
            <w:vAlign w:val="center"/>
          </w:tcPr>
          <w:p w14:paraId="05B2FF8F" w14:textId="77777777" w:rsidR="00453E5B" w:rsidRDefault="00000000">
            <w:pPr>
              <w:spacing w:after="0" w:line="240" w:lineRule="auto"/>
            </w:pPr>
            <w:r>
              <w:rPr>
                <w:sz w:val="14"/>
              </w:rPr>
              <w:t>Acces și identități</w:t>
            </w:r>
          </w:p>
        </w:tc>
        <w:tc>
          <w:tcPr>
            <w:tcW w:w="3231" w:type="dxa"/>
            <w:shd w:val="clear" w:color="auto" w:fill="FAFAFA"/>
            <w:tcMar>
              <w:top w:w="70" w:type="dxa"/>
              <w:left w:w="85" w:type="dxa"/>
              <w:bottom w:w="70" w:type="dxa"/>
              <w:right w:w="85" w:type="dxa"/>
            </w:tcMar>
            <w:vAlign w:val="center"/>
          </w:tcPr>
          <w:p w14:paraId="3F02C2AA" w14:textId="77777777" w:rsidR="00453E5B" w:rsidRDefault="00000000">
            <w:pPr>
              <w:spacing w:after="0" w:line="240" w:lineRule="auto"/>
            </w:pPr>
            <w:r>
              <w:rPr>
                <w:sz w:val="14"/>
              </w:rPr>
              <w:t>Solicitări, aprobări, recertificări, privilegii și revocări</w:t>
            </w:r>
          </w:p>
        </w:tc>
        <w:tc>
          <w:tcPr>
            <w:tcW w:w="3231" w:type="dxa"/>
            <w:shd w:val="clear" w:color="auto" w:fill="FAFAFA"/>
            <w:tcMar>
              <w:top w:w="70" w:type="dxa"/>
              <w:left w:w="85" w:type="dxa"/>
              <w:bottom w:w="70" w:type="dxa"/>
              <w:right w:w="85" w:type="dxa"/>
            </w:tcMar>
            <w:vAlign w:val="center"/>
          </w:tcPr>
          <w:p w14:paraId="67F2CE4E" w14:textId="77777777" w:rsidR="00453E5B" w:rsidRDefault="00000000">
            <w:pPr>
              <w:spacing w:after="0" w:line="240" w:lineRule="auto"/>
            </w:pPr>
            <w:r>
              <w:rPr>
                <w:sz w:val="14"/>
              </w:rPr>
              <w:t>Cerințe legale/contractuale + investigații + minim necesar</w:t>
            </w:r>
          </w:p>
        </w:tc>
        <w:tc>
          <w:tcPr>
            <w:tcW w:w="1304" w:type="dxa"/>
            <w:shd w:val="clear" w:color="auto" w:fill="FAFAFA"/>
            <w:tcMar>
              <w:top w:w="70" w:type="dxa"/>
              <w:left w:w="85" w:type="dxa"/>
              <w:bottom w:w="70" w:type="dxa"/>
              <w:right w:w="85" w:type="dxa"/>
            </w:tcMar>
            <w:vAlign w:val="center"/>
          </w:tcPr>
          <w:p w14:paraId="68E18710" w14:textId="77777777" w:rsidR="00453E5B" w:rsidRDefault="00453E5B">
            <w:pPr>
              <w:spacing w:after="0" w:line="240" w:lineRule="auto"/>
            </w:pPr>
          </w:p>
        </w:tc>
      </w:tr>
      <w:tr w:rsidR="00453E5B" w14:paraId="626C8CCD" w14:textId="77777777">
        <w:trPr>
          <w:cantSplit/>
          <w:jc w:val="center"/>
        </w:trPr>
        <w:tc>
          <w:tcPr>
            <w:tcW w:w="2154" w:type="dxa"/>
            <w:shd w:val="clear" w:color="auto" w:fill="FFFFFF"/>
            <w:tcMar>
              <w:top w:w="70" w:type="dxa"/>
              <w:left w:w="85" w:type="dxa"/>
              <w:bottom w:w="70" w:type="dxa"/>
              <w:right w:w="85" w:type="dxa"/>
            </w:tcMar>
            <w:vAlign w:val="center"/>
          </w:tcPr>
          <w:p w14:paraId="461DF676" w14:textId="77777777" w:rsidR="00453E5B" w:rsidRDefault="00000000">
            <w:pPr>
              <w:spacing w:after="0" w:line="240" w:lineRule="auto"/>
            </w:pPr>
            <w:r>
              <w:rPr>
                <w:sz w:val="14"/>
              </w:rPr>
              <w:t>Loguri și monitorizare</w:t>
            </w:r>
          </w:p>
        </w:tc>
        <w:tc>
          <w:tcPr>
            <w:tcW w:w="3231" w:type="dxa"/>
            <w:shd w:val="clear" w:color="auto" w:fill="FFFFFF"/>
            <w:tcMar>
              <w:top w:w="70" w:type="dxa"/>
              <w:left w:w="85" w:type="dxa"/>
              <w:bottom w:w="70" w:type="dxa"/>
              <w:right w:w="85" w:type="dxa"/>
            </w:tcMar>
            <w:vAlign w:val="center"/>
          </w:tcPr>
          <w:p w14:paraId="0684DDB8" w14:textId="77777777" w:rsidR="00453E5B" w:rsidRDefault="00000000">
            <w:pPr>
              <w:spacing w:after="0" w:line="240" w:lineRule="auto"/>
            </w:pPr>
            <w:r>
              <w:rPr>
                <w:sz w:val="14"/>
              </w:rPr>
              <w:t>Evenimente, alerte, investigații și rapoarte</w:t>
            </w:r>
          </w:p>
        </w:tc>
        <w:tc>
          <w:tcPr>
            <w:tcW w:w="3231" w:type="dxa"/>
            <w:shd w:val="clear" w:color="auto" w:fill="FFFFFF"/>
            <w:tcMar>
              <w:top w:w="70" w:type="dxa"/>
              <w:left w:w="85" w:type="dxa"/>
              <w:bottom w:w="70" w:type="dxa"/>
              <w:right w:w="85" w:type="dxa"/>
            </w:tcMar>
            <w:vAlign w:val="center"/>
          </w:tcPr>
          <w:p w14:paraId="323A8EF2" w14:textId="77777777" w:rsidR="00453E5B" w:rsidRDefault="00000000">
            <w:pPr>
              <w:spacing w:after="0" w:line="240" w:lineRule="auto"/>
            </w:pPr>
            <w:r>
              <w:rPr>
                <w:sz w:val="14"/>
              </w:rPr>
              <w:t>Scenarii de detecție + obligații + capacitate + confidențialitate</w:t>
            </w:r>
          </w:p>
        </w:tc>
        <w:tc>
          <w:tcPr>
            <w:tcW w:w="1304" w:type="dxa"/>
            <w:shd w:val="clear" w:color="auto" w:fill="FFFFFF"/>
            <w:tcMar>
              <w:top w:w="70" w:type="dxa"/>
              <w:left w:w="85" w:type="dxa"/>
              <w:bottom w:w="70" w:type="dxa"/>
              <w:right w:w="85" w:type="dxa"/>
            </w:tcMar>
            <w:vAlign w:val="center"/>
          </w:tcPr>
          <w:p w14:paraId="0B8AAF1C" w14:textId="77777777" w:rsidR="00453E5B" w:rsidRDefault="00453E5B">
            <w:pPr>
              <w:spacing w:after="0" w:line="240" w:lineRule="auto"/>
            </w:pPr>
          </w:p>
        </w:tc>
      </w:tr>
      <w:tr w:rsidR="00453E5B" w14:paraId="3B36B04C" w14:textId="77777777">
        <w:trPr>
          <w:cantSplit/>
          <w:jc w:val="center"/>
        </w:trPr>
        <w:tc>
          <w:tcPr>
            <w:tcW w:w="2154" w:type="dxa"/>
            <w:shd w:val="clear" w:color="auto" w:fill="FAFAFA"/>
            <w:tcMar>
              <w:top w:w="70" w:type="dxa"/>
              <w:left w:w="85" w:type="dxa"/>
              <w:bottom w:w="70" w:type="dxa"/>
              <w:right w:w="85" w:type="dxa"/>
            </w:tcMar>
            <w:vAlign w:val="center"/>
          </w:tcPr>
          <w:p w14:paraId="7962872F" w14:textId="77777777" w:rsidR="00453E5B" w:rsidRDefault="00000000">
            <w:pPr>
              <w:spacing w:after="0" w:line="240" w:lineRule="auto"/>
            </w:pPr>
            <w:r>
              <w:rPr>
                <w:sz w:val="14"/>
              </w:rPr>
              <w:t>Incidente</w:t>
            </w:r>
          </w:p>
        </w:tc>
        <w:tc>
          <w:tcPr>
            <w:tcW w:w="3231" w:type="dxa"/>
            <w:shd w:val="clear" w:color="auto" w:fill="FAFAFA"/>
            <w:tcMar>
              <w:top w:w="70" w:type="dxa"/>
              <w:left w:w="85" w:type="dxa"/>
              <w:bottom w:w="70" w:type="dxa"/>
              <w:right w:w="85" w:type="dxa"/>
            </w:tcMar>
            <w:vAlign w:val="center"/>
          </w:tcPr>
          <w:p w14:paraId="53E919CC" w14:textId="77777777" w:rsidR="00453E5B" w:rsidRDefault="00000000">
            <w:pPr>
              <w:spacing w:after="0" w:line="240" w:lineRule="auto"/>
            </w:pPr>
            <w:r>
              <w:rPr>
                <w:sz w:val="14"/>
              </w:rPr>
              <w:t>Cronologii, dovezi, notificări și lecții</w:t>
            </w:r>
          </w:p>
        </w:tc>
        <w:tc>
          <w:tcPr>
            <w:tcW w:w="3231" w:type="dxa"/>
            <w:shd w:val="clear" w:color="auto" w:fill="FAFAFA"/>
            <w:tcMar>
              <w:top w:w="70" w:type="dxa"/>
              <w:left w:w="85" w:type="dxa"/>
              <w:bottom w:w="70" w:type="dxa"/>
              <w:right w:w="85" w:type="dxa"/>
            </w:tcMar>
            <w:vAlign w:val="center"/>
          </w:tcPr>
          <w:p w14:paraId="308F8D8A" w14:textId="77777777" w:rsidR="00453E5B" w:rsidRDefault="00000000">
            <w:pPr>
              <w:spacing w:after="0" w:line="240" w:lineRule="auto"/>
            </w:pPr>
            <w:r>
              <w:rPr>
                <w:sz w:val="14"/>
              </w:rPr>
              <w:t>Obligații de notificare + prescripție + litigii + risc</w:t>
            </w:r>
          </w:p>
        </w:tc>
        <w:tc>
          <w:tcPr>
            <w:tcW w:w="1304" w:type="dxa"/>
            <w:shd w:val="clear" w:color="auto" w:fill="FAFAFA"/>
            <w:tcMar>
              <w:top w:w="70" w:type="dxa"/>
              <w:left w:w="85" w:type="dxa"/>
              <w:bottom w:w="70" w:type="dxa"/>
              <w:right w:w="85" w:type="dxa"/>
            </w:tcMar>
            <w:vAlign w:val="center"/>
          </w:tcPr>
          <w:p w14:paraId="0E35A63A" w14:textId="77777777" w:rsidR="00453E5B" w:rsidRDefault="00453E5B">
            <w:pPr>
              <w:spacing w:after="0" w:line="240" w:lineRule="auto"/>
            </w:pPr>
          </w:p>
        </w:tc>
      </w:tr>
      <w:tr w:rsidR="00453E5B" w14:paraId="454A396C" w14:textId="77777777">
        <w:trPr>
          <w:cantSplit/>
          <w:jc w:val="center"/>
        </w:trPr>
        <w:tc>
          <w:tcPr>
            <w:tcW w:w="2154" w:type="dxa"/>
            <w:shd w:val="clear" w:color="auto" w:fill="FFFFFF"/>
            <w:tcMar>
              <w:top w:w="70" w:type="dxa"/>
              <w:left w:w="85" w:type="dxa"/>
              <w:bottom w:w="70" w:type="dxa"/>
              <w:right w:w="85" w:type="dxa"/>
            </w:tcMar>
            <w:vAlign w:val="center"/>
          </w:tcPr>
          <w:p w14:paraId="3C163A69" w14:textId="77777777" w:rsidR="00453E5B" w:rsidRDefault="00000000">
            <w:pPr>
              <w:spacing w:after="0" w:line="240" w:lineRule="auto"/>
            </w:pPr>
            <w:r>
              <w:rPr>
                <w:sz w:val="14"/>
              </w:rPr>
              <w:t>Furnizori și cloud</w:t>
            </w:r>
          </w:p>
        </w:tc>
        <w:tc>
          <w:tcPr>
            <w:tcW w:w="3231" w:type="dxa"/>
            <w:shd w:val="clear" w:color="auto" w:fill="FFFFFF"/>
            <w:tcMar>
              <w:top w:w="70" w:type="dxa"/>
              <w:left w:w="85" w:type="dxa"/>
              <w:bottom w:w="70" w:type="dxa"/>
              <w:right w:w="85" w:type="dxa"/>
            </w:tcMar>
            <w:vAlign w:val="center"/>
          </w:tcPr>
          <w:p w14:paraId="3BCBB014" w14:textId="77777777" w:rsidR="00453E5B" w:rsidRDefault="00000000">
            <w:pPr>
              <w:spacing w:after="0" w:line="240" w:lineRule="auto"/>
            </w:pPr>
            <w:r>
              <w:rPr>
                <w:sz w:val="14"/>
              </w:rPr>
              <w:t>Due diligence, contracte, rapoarte și monitorizare</w:t>
            </w:r>
          </w:p>
        </w:tc>
        <w:tc>
          <w:tcPr>
            <w:tcW w:w="3231" w:type="dxa"/>
            <w:shd w:val="clear" w:color="auto" w:fill="FFFFFF"/>
            <w:tcMar>
              <w:top w:w="70" w:type="dxa"/>
              <w:left w:w="85" w:type="dxa"/>
              <w:bottom w:w="70" w:type="dxa"/>
              <w:right w:w="85" w:type="dxa"/>
            </w:tcMar>
            <w:vAlign w:val="center"/>
          </w:tcPr>
          <w:p w14:paraId="102EB241" w14:textId="77777777" w:rsidR="00453E5B" w:rsidRDefault="00000000">
            <w:pPr>
              <w:spacing w:after="0" w:line="240" w:lineRule="auto"/>
            </w:pPr>
            <w:r>
              <w:rPr>
                <w:sz w:val="14"/>
              </w:rPr>
              <w:t>Durata relației + obligații + audit și exit</w:t>
            </w:r>
          </w:p>
        </w:tc>
        <w:tc>
          <w:tcPr>
            <w:tcW w:w="1304" w:type="dxa"/>
            <w:shd w:val="clear" w:color="auto" w:fill="FFFFFF"/>
            <w:tcMar>
              <w:top w:w="70" w:type="dxa"/>
              <w:left w:w="85" w:type="dxa"/>
              <w:bottom w:w="70" w:type="dxa"/>
              <w:right w:w="85" w:type="dxa"/>
            </w:tcMar>
            <w:vAlign w:val="center"/>
          </w:tcPr>
          <w:p w14:paraId="6A7929EC" w14:textId="77777777" w:rsidR="00453E5B" w:rsidRDefault="00453E5B">
            <w:pPr>
              <w:spacing w:after="0" w:line="240" w:lineRule="auto"/>
            </w:pPr>
          </w:p>
        </w:tc>
      </w:tr>
      <w:tr w:rsidR="00453E5B" w14:paraId="10ABDC06" w14:textId="77777777">
        <w:trPr>
          <w:cantSplit/>
          <w:jc w:val="center"/>
        </w:trPr>
        <w:tc>
          <w:tcPr>
            <w:tcW w:w="2154" w:type="dxa"/>
            <w:shd w:val="clear" w:color="auto" w:fill="FAFAFA"/>
            <w:tcMar>
              <w:top w:w="70" w:type="dxa"/>
              <w:left w:w="85" w:type="dxa"/>
              <w:bottom w:w="70" w:type="dxa"/>
              <w:right w:w="85" w:type="dxa"/>
            </w:tcMar>
            <w:vAlign w:val="center"/>
          </w:tcPr>
          <w:p w14:paraId="4B89B349" w14:textId="77777777" w:rsidR="00453E5B" w:rsidRDefault="00000000">
            <w:pPr>
              <w:spacing w:after="0" w:line="240" w:lineRule="auto"/>
            </w:pPr>
            <w:r>
              <w:rPr>
                <w:sz w:val="14"/>
              </w:rPr>
              <w:t>Vulnerabilități și schimbări</w:t>
            </w:r>
          </w:p>
        </w:tc>
        <w:tc>
          <w:tcPr>
            <w:tcW w:w="3231" w:type="dxa"/>
            <w:shd w:val="clear" w:color="auto" w:fill="FAFAFA"/>
            <w:tcMar>
              <w:top w:w="70" w:type="dxa"/>
              <w:left w:w="85" w:type="dxa"/>
              <w:bottom w:w="70" w:type="dxa"/>
              <w:right w:w="85" w:type="dxa"/>
            </w:tcMar>
            <w:vAlign w:val="center"/>
          </w:tcPr>
          <w:p w14:paraId="7CAFC332" w14:textId="77777777" w:rsidR="00453E5B" w:rsidRDefault="00000000">
            <w:pPr>
              <w:spacing w:after="0" w:line="240" w:lineRule="auto"/>
            </w:pPr>
            <w:r>
              <w:rPr>
                <w:sz w:val="14"/>
              </w:rPr>
              <w:t>Scanări, excepții, patching, aprobări și teste</w:t>
            </w:r>
          </w:p>
        </w:tc>
        <w:tc>
          <w:tcPr>
            <w:tcW w:w="3231" w:type="dxa"/>
            <w:shd w:val="clear" w:color="auto" w:fill="FAFAFA"/>
            <w:tcMar>
              <w:top w:w="70" w:type="dxa"/>
              <w:left w:w="85" w:type="dxa"/>
              <w:bottom w:w="70" w:type="dxa"/>
              <w:right w:w="85" w:type="dxa"/>
            </w:tcMar>
            <w:vAlign w:val="center"/>
          </w:tcPr>
          <w:p w14:paraId="7DE04088" w14:textId="77777777" w:rsidR="00453E5B" w:rsidRDefault="00000000">
            <w:pPr>
              <w:spacing w:after="0" w:line="240" w:lineRule="auto"/>
            </w:pPr>
            <w:r>
              <w:rPr>
                <w:sz w:val="14"/>
              </w:rPr>
              <w:t>Ciclul sistemului + audit + investigații</w:t>
            </w:r>
          </w:p>
        </w:tc>
        <w:tc>
          <w:tcPr>
            <w:tcW w:w="1304" w:type="dxa"/>
            <w:shd w:val="clear" w:color="auto" w:fill="FAFAFA"/>
            <w:tcMar>
              <w:top w:w="70" w:type="dxa"/>
              <w:left w:w="85" w:type="dxa"/>
              <w:bottom w:w="70" w:type="dxa"/>
              <w:right w:w="85" w:type="dxa"/>
            </w:tcMar>
            <w:vAlign w:val="center"/>
          </w:tcPr>
          <w:p w14:paraId="1F18ACDA" w14:textId="77777777" w:rsidR="00453E5B" w:rsidRDefault="00453E5B">
            <w:pPr>
              <w:spacing w:after="0" w:line="240" w:lineRule="auto"/>
            </w:pPr>
          </w:p>
        </w:tc>
      </w:tr>
      <w:tr w:rsidR="00453E5B" w14:paraId="65246AA1" w14:textId="77777777">
        <w:trPr>
          <w:cantSplit/>
          <w:jc w:val="center"/>
        </w:trPr>
        <w:tc>
          <w:tcPr>
            <w:tcW w:w="2154" w:type="dxa"/>
            <w:shd w:val="clear" w:color="auto" w:fill="FFFFFF"/>
            <w:tcMar>
              <w:top w:w="70" w:type="dxa"/>
              <w:left w:w="85" w:type="dxa"/>
              <w:bottom w:w="70" w:type="dxa"/>
              <w:right w:w="85" w:type="dxa"/>
            </w:tcMar>
            <w:vAlign w:val="center"/>
          </w:tcPr>
          <w:p w14:paraId="2C2487D4" w14:textId="77777777" w:rsidR="00453E5B" w:rsidRDefault="00000000">
            <w:pPr>
              <w:spacing w:after="0" w:line="240" w:lineRule="auto"/>
            </w:pPr>
            <w:r>
              <w:rPr>
                <w:sz w:val="14"/>
              </w:rPr>
              <w:t>Backup și continuitate</w:t>
            </w:r>
          </w:p>
        </w:tc>
        <w:tc>
          <w:tcPr>
            <w:tcW w:w="3231" w:type="dxa"/>
            <w:shd w:val="clear" w:color="auto" w:fill="FFFFFF"/>
            <w:tcMar>
              <w:top w:w="70" w:type="dxa"/>
              <w:left w:w="85" w:type="dxa"/>
              <w:bottom w:w="70" w:type="dxa"/>
              <w:right w:w="85" w:type="dxa"/>
            </w:tcMar>
            <w:vAlign w:val="center"/>
          </w:tcPr>
          <w:p w14:paraId="107BABF5" w14:textId="77777777" w:rsidR="00453E5B" w:rsidRDefault="00000000">
            <w:pPr>
              <w:spacing w:after="0" w:line="240" w:lineRule="auto"/>
            </w:pPr>
            <w:r>
              <w:rPr>
                <w:sz w:val="14"/>
              </w:rPr>
              <w:t>Loguri, restaurări, exerciții și rapoarte</w:t>
            </w:r>
          </w:p>
        </w:tc>
        <w:tc>
          <w:tcPr>
            <w:tcW w:w="3231" w:type="dxa"/>
            <w:shd w:val="clear" w:color="auto" w:fill="FFFFFF"/>
            <w:tcMar>
              <w:top w:w="70" w:type="dxa"/>
              <w:left w:w="85" w:type="dxa"/>
              <w:bottom w:w="70" w:type="dxa"/>
              <w:right w:w="85" w:type="dxa"/>
            </w:tcMar>
            <w:vAlign w:val="center"/>
          </w:tcPr>
          <w:p w14:paraId="7380849B" w14:textId="77777777" w:rsidR="00453E5B" w:rsidRDefault="00000000">
            <w:pPr>
              <w:spacing w:after="0" w:line="240" w:lineRule="auto"/>
            </w:pPr>
            <w:r>
              <w:rPr>
                <w:sz w:val="14"/>
              </w:rPr>
              <w:t>Cerințe business/reglementare + istoric teste</w:t>
            </w:r>
          </w:p>
        </w:tc>
        <w:tc>
          <w:tcPr>
            <w:tcW w:w="1304" w:type="dxa"/>
            <w:shd w:val="clear" w:color="auto" w:fill="FFFFFF"/>
            <w:tcMar>
              <w:top w:w="70" w:type="dxa"/>
              <w:left w:w="85" w:type="dxa"/>
              <w:bottom w:w="70" w:type="dxa"/>
              <w:right w:w="85" w:type="dxa"/>
            </w:tcMar>
            <w:vAlign w:val="center"/>
          </w:tcPr>
          <w:p w14:paraId="246C2DC3" w14:textId="77777777" w:rsidR="00453E5B" w:rsidRDefault="00453E5B">
            <w:pPr>
              <w:spacing w:after="0" w:line="240" w:lineRule="auto"/>
            </w:pPr>
          </w:p>
        </w:tc>
      </w:tr>
    </w:tbl>
    <w:p w14:paraId="411B85B2" w14:textId="77777777" w:rsidR="00453E5B" w:rsidRDefault="00453E5B">
      <w:pPr>
        <w:spacing w:after="20"/>
      </w:pPr>
    </w:p>
    <w:p w14:paraId="57E4C405" w14:textId="77777777" w:rsidR="00453E5B" w:rsidRDefault="00000000">
      <w:pPr>
        <w:pStyle w:val="Heading2"/>
      </w:pPr>
      <w:r>
        <w:t>Cerere de creare sau modificare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3855"/>
        <w:gridCol w:w="1928"/>
        <w:gridCol w:w="2211"/>
      </w:tblGrid>
      <w:tr w:rsidR="00453E5B" w14:paraId="6B92A9A5" w14:textId="77777777">
        <w:trPr>
          <w:jc w:val="center"/>
        </w:trPr>
        <w:tc>
          <w:tcPr>
            <w:tcW w:w="1928" w:type="dxa"/>
            <w:shd w:val="clear" w:color="auto" w:fill="F3F4F5"/>
            <w:tcMar>
              <w:top w:w="70" w:type="dxa"/>
              <w:left w:w="85" w:type="dxa"/>
              <w:bottom w:w="70" w:type="dxa"/>
              <w:right w:w="85" w:type="dxa"/>
            </w:tcMar>
            <w:vAlign w:val="center"/>
          </w:tcPr>
          <w:p w14:paraId="7E40E328" w14:textId="77777777" w:rsidR="00453E5B" w:rsidRDefault="00000000">
            <w:pPr>
              <w:spacing w:after="0" w:line="240" w:lineRule="auto"/>
            </w:pPr>
            <w:r>
              <w:rPr>
                <w:b/>
                <w:sz w:val="15"/>
              </w:rPr>
              <w:t>Solicitant</w:t>
            </w:r>
          </w:p>
        </w:tc>
        <w:tc>
          <w:tcPr>
            <w:tcW w:w="3855" w:type="dxa"/>
            <w:shd w:val="clear" w:color="auto" w:fill="FFFFFF"/>
            <w:tcMar>
              <w:top w:w="70" w:type="dxa"/>
              <w:left w:w="85" w:type="dxa"/>
              <w:bottom w:w="70" w:type="dxa"/>
              <w:right w:w="85" w:type="dxa"/>
            </w:tcMar>
            <w:vAlign w:val="center"/>
          </w:tcPr>
          <w:p w14:paraId="1A577297" w14:textId="77777777" w:rsidR="00453E5B" w:rsidRDefault="00453E5B">
            <w:pPr>
              <w:spacing w:after="0" w:line="240" w:lineRule="auto"/>
            </w:pPr>
          </w:p>
        </w:tc>
        <w:tc>
          <w:tcPr>
            <w:tcW w:w="1928" w:type="dxa"/>
            <w:shd w:val="clear" w:color="auto" w:fill="F3F4F5"/>
            <w:tcMar>
              <w:top w:w="70" w:type="dxa"/>
              <w:left w:w="85" w:type="dxa"/>
              <w:bottom w:w="70" w:type="dxa"/>
              <w:right w:w="85" w:type="dxa"/>
            </w:tcMar>
            <w:vAlign w:val="center"/>
          </w:tcPr>
          <w:p w14:paraId="27D3C47A" w14:textId="77777777" w:rsidR="00453E5B" w:rsidRDefault="00000000">
            <w:pPr>
              <w:spacing w:after="0" w:line="240" w:lineRule="auto"/>
            </w:pPr>
            <w:r>
              <w:rPr>
                <w:b/>
                <w:sz w:val="15"/>
              </w:rPr>
              <w:t>Data</w:t>
            </w:r>
          </w:p>
        </w:tc>
        <w:tc>
          <w:tcPr>
            <w:tcW w:w="2211" w:type="dxa"/>
            <w:shd w:val="clear" w:color="auto" w:fill="FFFFFF"/>
            <w:tcMar>
              <w:top w:w="70" w:type="dxa"/>
              <w:left w:w="85" w:type="dxa"/>
              <w:bottom w:w="70" w:type="dxa"/>
              <w:right w:w="85" w:type="dxa"/>
            </w:tcMar>
            <w:vAlign w:val="center"/>
          </w:tcPr>
          <w:p w14:paraId="022549F3" w14:textId="77777777" w:rsidR="00453E5B" w:rsidRDefault="00453E5B">
            <w:pPr>
              <w:spacing w:after="0" w:line="240" w:lineRule="auto"/>
            </w:pPr>
          </w:p>
        </w:tc>
      </w:tr>
      <w:tr w:rsidR="00453E5B" w14:paraId="2EA7516B" w14:textId="77777777">
        <w:trPr>
          <w:jc w:val="center"/>
        </w:trPr>
        <w:tc>
          <w:tcPr>
            <w:tcW w:w="1928" w:type="dxa"/>
            <w:shd w:val="clear" w:color="auto" w:fill="F3F4F5"/>
            <w:tcMar>
              <w:top w:w="70" w:type="dxa"/>
              <w:left w:w="85" w:type="dxa"/>
              <w:bottom w:w="70" w:type="dxa"/>
              <w:right w:w="85" w:type="dxa"/>
            </w:tcMar>
            <w:vAlign w:val="center"/>
          </w:tcPr>
          <w:p w14:paraId="74830BE3" w14:textId="77777777" w:rsidR="00453E5B" w:rsidRDefault="00000000">
            <w:pPr>
              <w:spacing w:after="0" w:line="240" w:lineRule="auto"/>
            </w:pPr>
            <w:r>
              <w:rPr>
                <w:b/>
                <w:sz w:val="15"/>
              </w:rPr>
              <w:t>Document / cod</w:t>
            </w:r>
          </w:p>
        </w:tc>
        <w:tc>
          <w:tcPr>
            <w:tcW w:w="3855" w:type="dxa"/>
            <w:shd w:val="clear" w:color="auto" w:fill="FFFFFF"/>
            <w:tcMar>
              <w:top w:w="70" w:type="dxa"/>
              <w:left w:w="85" w:type="dxa"/>
              <w:bottom w:w="70" w:type="dxa"/>
              <w:right w:w="85" w:type="dxa"/>
            </w:tcMar>
            <w:vAlign w:val="center"/>
          </w:tcPr>
          <w:p w14:paraId="626BF86D" w14:textId="77777777" w:rsidR="00453E5B" w:rsidRDefault="00453E5B">
            <w:pPr>
              <w:spacing w:after="0" w:line="240" w:lineRule="auto"/>
            </w:pPr>
          </w:p>
        </w:tc>
        <w:tc>
          <w:tcPr>
            <w:tcW w:w="1928" w:type="dxa"/>
            <w:shd w:val="clear" w:color="auto" w:fill="F3F4F5"/>
            <w:tcMar>
              <w:top w:w="70" w:type="dxa"/>
              <w:left w:w="85" w:type="dxa"/>
              <w:bottom w:w="70" w:type="dxa"/>
              <w:right w:w="85" w:type="dxa"/>
            </w:tcMar>
            <w:vAlign w:val="center"/>
          </w:tcPr>
          <w:p w14:paraId="63265C44" w14:textId="77777777" w:rsidR="00453E5B" w:rsidRDefault="00000000">
            <w:pPr>
              <w:spacing w:after="0" w:line="240" w:lineRule="auto"/>
            </w:pPr>
            <w:r>
              <w:rPr>
                <w:b/>
                <w:sz w:val="15"/>
              </w:rPr>
              <w:t>Proces</w:t>
            </w:r>
          </w:p>
        </w:tc>
        <w:tc>
          <w:tcPr>
            <w:tcW w:w="2211" w:type="dxa"/>
            <w:shd w:val="clear" w:color="auto" w:fill="FFFFFF"/>
            <w:tcMar>
              <w:top w:w="70" w:type="dxa"/>
              <w:left w:w="85" w:type="dxa"/>
              <w:bottom w:w="70" w:type="dxa"/>
              <w:right w:w="85" w:type="dxa"/>
            </w:tcMar>
            <w:vAlign w:val="center"/>
          </w:tcPr>
          <w:p w14:paraId="51AE8168" w14:textId="77777777" w:rsidR="00453E5B" w:rsidRDefault="00453E5B">
            <w:pPr>
              <w:spacing w:after="0" w:line="240" w:lineRule="auto"/>
            </w:pPr>
          </w:p>
        </w:tc>
      </w:tr>
      <w:tr w:rsidR="00453E5B" w14:paraId="77256237" w14:textId="77777777">
        <w:trPr>
          <w:jc w:val="center"/>
        </w:trPr>
        <w:tc>
          <w:tcPr>
            <w:tcW w:w="1928" w:type="dxa"/>
            <w:shd w:val="clear" w:color="auto" w:fill="F3F4F5"/>
            <w:tcMar>
              <w:top w:w="70" w:type="dxa"/>
              <w:left w:w="85" w:type="dxa"/>
              <w:bottom w:w="70" w:type="dxa"/>
              <w:right w:w="85" w:type="dxa"/>
            </w:tcMar>
            <w:vAlign w:val="center"/>
          </w:tcPr>
          <w:p w14:paraId="63EB3928" w14:textId="77777777" w:rsidR="00453E5B" w:rsidRDefault="00000000">
            <w:pPr>
              <w:spacing w:after="0" w:line="240" w:lineRule="auto"/>
            </w:pPr>
            <w:r>
              <w:rPr>
                <w:b/>
                <w:sz w:val="15"/>
              </w:rPr>
              <w:t>Tip solicitare</w:t>
            </w:r>
          </w:p>
        </w:tc>
        <w:tc>
          <w:tcPr>
            <w:tcW w:w="3855" w:type="dxa"/>
            <w:shd w:val="clear" w:color="auto" w:fill="FFFFFF"/>
            <w:tcMar>
              <w:top w:w="70" w:type="dxa"/>
              <w:left w:w="85" w:type="dxa"/>
              <w:bottom w:w="70" w:type="dxa"/>
              <w:right w:w="85" w:type="dxa"/>
            </w:tcMar>
            <w:vAlign w:val="center"/>
          </w:tcPr>
          <w:p w14:paraId="51FC91B7" w14:textId="77777777" w:rsidR="00453E5B" w:rsidRDefault="00000000">
            <w:pPr>
              <w:spacing w:after="0" w:line="240" w:lineRule="auto"/>
            </w:pPr>
            <w:r>
              <w:rPr>
                <w:sz w:val="15"/>
              </w:rPr>
              <w:t>☐ creare   ☐ modificare   ☐ retragere</w:t>
            </w:r>
          </w:p>
        </w:tc>
        <w:tc>
          <w:tcPr>
            <w:tcW w:w="1928" w:type="dxa"/>
            <w:shd w:val="clear" w:color="auto" w:fill="F3F4F5"/>
            <w:tcMar>
              <w:top w:w="70" w:type="dxa"/>
              <w:left w:w="85" w:type="dxa"/>
              <w:bottom w:w="70" w:type="dxa"/>
              <w:right w:w="85" w:type="dxa"/>
            </w:tcMar>
            <w:vAlign w:val="center"/>
          </w:tcPr>
          <w:p w14:paraId="616EFFAE" w14:textId="77777777" w:rsidR="00453E5B" w:rsidRDefault="00000000">
            <w:pPr>
              <w:spacing w:after="0" w:line="240" w:lineRule="auto"/>
            </w:pPr>
            <w:r>
              <w:rPr>
                <w:b/>
                <w:sz w:val="15"/>
              </w:rPr>
              <w:t>Prioritate</w:t>
            </w:r>
          </w:p>
        </w:tc>
        <w:tc>
          <w:tcPr>
            <w:tcW w:w="2211" w:type="dxa"/>
            <w:shd w:val="clear" w:color="auto" w:fill="FFFFFF"/>
            <w:tcMar>
              <w:top w:w="70" w:type="dxa"/>
              <w:left w:w="85" w:type="dxa"/>
              <w:bottom w:w="70" w:type="dxa"/>
              <w:right w:w="85" w:type="dxa"/>
            </w:tcMar>
            <w:vAlign w:val="center"/>
          </w:tcPr>
          <w:p w14:paraId="7A53AD1E" w14:textId="77777777" w:rsidR="00453E5B" w:rsidRDefault="00453E5B">
            <w:pPr>
              <w:spacing w:after="0" w:line="240" w:lineRule="auto"/>
            </w:pPr>
          </w:p>
        </w:tc>
      </w:tr>
      <w:tr w:rsidR="00453E5B" w14:paraId="400F4E47" w14:textId="77777777">
        <w:trPr>
          <w:jc w:val="center"/>
        </w:trPr>
        <w:tc>
          <w:tcPr>
            <w:tcW w:w="1928" w:type="dxa"/>
            <w:shd w:val="clear" w:color="auto" w:fill="F3F4F5"/>
            <w:tcMar>
              <w:top w:w="70" w:type="dxa"/>
              <w:left w:w="85" w:type="dxa"/>
              <w:bottom w:w="70" w:type="dxa"/>
              <w:right w:w="85" w:type="dxa"/>
            </w:tcMar>
            <w:vAlign w:val="center"/>
          </w:tcPr>
          <w:p w14:paraId="7035BDCE" w14:textId="77777777" w:rsidR="00453E5B" w:rsidRDefault="00000000">
            <w:pPr>
              <w:spacing w:after="0" w:line="240" w:lineRule="auto"/>
            </w:pPr>
            <w:r>
              <w:rPr>
                <w:b/>
                <w:sz w:val="15"/>
              </w:rPr>
              <w:t>Motiv și risc</w:t>
            </w:r>
          </w:p>
        </w:tc>
        <w:tc>
          <w:tcPr>
            <w:tcW w:w="3855" w:type="dxa"/>
            <w:shd w:val="clear" w:color="auto" w:fill="FFFFFF"/>
            <w:tcMar>
              <w:top w:w="70" w:type="dxa"/>
              <w:left w:w="85" w:type="dxa"/>
              <w:bottom w:w="70" w:type="dxa"/>
              <w:right w:w="85" w:type="dxa"/>
            </w:tcMar>
            <w:vAlign w:val="center"/>
          </w:tcPr>
          <w:p w14:paraId="58BF8258" w14:textId="77777777" w:rsidR="00453E5B" w:rsidRDefault="00453E5B">
            <w:pPr>
              <w:spacing w:after="0" w:line="240" w:lineRule="auto"/>
            </w:pPr>
          </w:p>
        </w:tc>
        <w:tc>
          <w:tcPr>
            <w:tcW w:w="1928" w:type="dxa"/>
            <w:shd w:val="clear" w:color="auto" w:fill="F3F4F5"/>
            <w:tcMar>
              <w:top w:w="70" w:type="dxa"/>
              <w:left w:w="85" w:type="dxa"/>
              <w:bottom w:w="70" w:type="dxa"/>
              <w:right w:w="85" w:type="dxa"/>
            </w:tcMar>
            <w:vAlign w:val="center"/>
          </w:tcPr>
          <w:p w14:paraId="45F84335" w14:textId="77777777" w:rsidR="00453E5B" w:rsidRDefault="00000000">
            <w:pPr>
              <w:spacing w:after="0" w:line="240" w:lineRule="auto"/>
            </w:pPr>
            <w:r>
              <w:rPr>
                <w:b/>
                <w:sz w:val="15"/>
              </w:rPr>
              <w:t>Cerință asociată</w:t>
            </w:r>
          </w:p>
        </w:tc>
        <w:tc>
          <w:tcPr>
            <w:tcW w:w="2211" w:type="dxa"/>
            <w:shd w:val="clear" w:color="auto" w:fill="FFFFFF"/>
            <w:tcMar>
              <w:top w:w="70" w:type="dxa"/>
              <w:left w:w="85" w:type="dxa"/>
              <w:bottom w:w="70" w:type="dxa"/>
              <w:right w:w="85" w:type="dxa"/>
            </w:tcMar>
            <w:vAlign w:val="center"/>
          </w:tcPr>
          <w:p w14:paraId="60372EE7" w14:textId="77777777" w:rsidR="00453E5B" w:rsidRDefault="00453E5B">
            <w:pPr>
              <w:spacing w:after="0" w:line="240" w:lineRule="auto"/>
            </w:pPr>
          </w:p>
        </w:tc>
      </w:tr>
      <w:tr w:rsidR="00453E5B" w14:paraId="6A3D3700" w14:textId="77777777">
        <w:trPr>
          <w:jc w:val="center"/>
        </w:trPr>
        <w:tc>
          <w:tcPr>
            <w:tcW w:w="1928" w:type="dxa"/>
            <w:shd w:val="clear" w:color="auto" w:fill="F3F4F5"/>
            <w:tcMar>
              <w:top w:w="70" w:type="dxa"/>
              <w:left w:w="85" w:type="dxa"/>
              <w:bottom w:w="70" w:type="dxa"/>
              <w:right w:w="85" w:type="dxa"/>
            </w:tcMar>
            <w:vAlign w:val="center"/>
          </w:tcPr>
          <w:p w14:paraId="263AC506" w14:textId="77777777" w:rsidR="00453E5B" w:rsidRDefault="00000000">
            <w:pPr>
              <w:spacing w:after="0" w:line="240" w:lineRule="auto"/>
            </w:pPr>
            <w:r>
              <w:rPr>
                <w:b/>
                <w:sz w:val="15"/>
              </w:rPr>
              <w:t>Descriere modificare</w:t>
            </w:r>
          </w:p>
        </w:tc>
        <w:tc>
          <w:tcPr>
            <w:tcW w:w="3855" w:type="dxa"/>
            <w:shd w:val="clear" w:color="auto" w:fill="FFFFFF"/>
            <w:tcMar>
              <w:top w:w="70" w:type="dxa"/>
              <w:left w:w="85" w:type="dxa"/>
              <w:bottom w:w="70" w:type="dxa"/>
              <w:right w:w="85" w:type="dxa"/>
            </w:tcMar>
            <w:vAlign w:val="center"/>
          </w:tcPr>
          <w:p w14:paraId="37A538BE" w14:textId="77777777" w:rsidR="00453E5B" w:rsidRDefault="00453E5B">
            <w:pPr>
              <w:spacing w:after="0" w:line="240" w:lineRule="auto"/>
            </w:pPr>
          </w:p>
        </w:tc>
        <w:tc>
          <w:tcPr>
            <w:tcW w:w="1928" w:type="dxa"/>
            <w:shd w:val="clear" w:color="auto" w:fill="F3F4F5"/>
            <w:tcMar>
              <w:top w:w="70" w:type="dxa"/>
              <w:left w:w="85" w:type="dxa"/>
              <w:bottom w:w="70" w:type="dxa"/>
              <w:right w:w="85" w:type="dxa"/>
            </w:tcMar>
            <w:vAlign w:val="center"/>
          </w:tcPr>
          <w:p w14:paraId="587EA863" w14:textId="77777777" w:rsidR="00453E5B" w:rsidRDefault="00000000">
            <w:pPr>
              <w:spacing w:after="0" w:line="240" w:lineRule="auto"/>
            </w:pPr>
            <w:r>
              <w:rPr>
                <w:b/>
                <w:sz w:val="15"/>
              </w:rPr>
              <w:t>Documente afectate</w:t>
            </w:r>
          </w:p>
        </w:tc>
        <w:tc>
          <w:tcPr>
            <w:tcW w:w="2211" w:type="dxa"/>
            <w:shd w:val="clear" w:color="auto" w:fill="FFFFFF"/>
            <w:tcMar>
              <w:top w:w="70" w:type="dxa"/>
              <w:left w:w="85" w:type="dxa"/>
              <w:bottom w:w="70" w:type="dxa"/>
              <w:right w:w="85" w:type="dxa"/>
            </w:tcMar>
            <w:vAlign w:val="center"/>
          </w:tcPr>
          <w:p w14:paraId="0E0ED63A" w14:textId="77777777" w:rsidR="00453E5B" w:rsidRDefault="00453E5B">
            <w:pPr>
              <w:spacing w:after="0" w:line="240" w:lineRule="auto"/>
            </w:pPr>
          </w:p>
        </w:tc>
      </w:tr>
      <w:tr w:rsidR="00453E5B" w14:paraId="598BF9F1" w14:textId="77777777">
        <w:trPr>
          <w:jc w:val="center"/>
        </w:trPr>
        <w:tc>
          <w:tcPr>
            <w:tcW w:w="1928" w:type="dxa"/>
            <w:shd w:val="clear" w:color="auto" w:fill="F3F4F5"/>
            <w:tcMar>
              <w:top w:w="70" w:type="dxa"/>
              <w:left w:w="85" w:type="dxa"/>
              <w:bottom w:w="70" w:type="dxa"/>
              <w:right w:w="85" w:type="dxa"/>
            </w:tcMar>
            <w:vAlign w:val="center"/>
          </w:tcPr>
          <w:p w14:paraId="4973E33A" w14:textId="77777777" w:rsidR="00453E5B" w:rsidRDefault="00000000">
            <w:pPr>
              <w:spacing w:after="0" w:line="240" w:lineRule="auto"/>
            </w:pPr>
            <w:r>
              <w:rPr>
                <w:b/>
                <w:sz w:val="15"/>
              </w:rPr>
              <w:lastRenderedPageBreak/>
              <w:t>Impact operațional</w:t>
            </w:r>
          </w:p>
        </w:tc>
        <w:tc>
          <w:tcPr>
            <w:tcW w:w="3855" w:type="dxa"/>
            <w:shd w:val="clear" w:color="auto" w:fill="FFFFFF"/>
            <w:tcMar>
              <w:top w:w="70" w:type="dxa"/>
              <w:left w:w="85" w:type="dxa"/>
              <w:bottom w:w="70" w:type="dxa"/>
              <w:right w:w="85" w:type="dxa"/>
            </w:tcMar>
            <w:vAlign w:val="center"/>
          </w:tcPr>
          <w:p w14:paraId="7DE0F4F1" w14:textId="77777777" w:rsidR="00453E5B" w:rsidRDefault="00453E5B">
            <w:pPr>
              <w:spacing w:after="0" w:line="240" w:lineRule="auto"/>
            </w:pPr>
          </w:p>
        </w:tc>
        <w:tc>
          <w:tcPr>
            <w:tcW w:w="1928" w:type="dxa"/>
            <w:shd w:val="clear" w:color="auto" w:fill="F3F4F5"/>
            <w:tcMar>
              <w:top w:w="70" w:type="dxa"/>
              <w:left w:w="85" w:type="dxa"/>
              <w:bottom w:w="70" w:type="dxa"/>
              <w:right w:w="85" w:type="dxa"/>
            </w:tcMar>
            <w:vAlign w:val="center"/>
          </w:tcPr>
          <w:p w14:paraId="3A21CFB1" w14:textId="77777777" w:rsidR="00453E5B" w:rsidRDefault="00000000">
            <w:pPr>
              <w:spacing w:after="0" w:line="240" w:lineRule="auto"/>
            </w:pPr>
            <w:r>
              <w:rPr>
                <w:b/>
                <w:sz w:val="15"/>
              </w:rPr>
              <w:t>Impact instruire / comunicare</w:t>
            </w:r>
          </w:p>
        </w:tc>
        <w:tc>
          <w:tcPr>
            <w:tcW w:w="2211" w:type="dxa"/>
            <w:shd w:val="clear" w:color="auto" w:fill="FFFFFF"/>
            <w:tcMar>
              <w:top w:w="70" w:type="dxa"/>
              <w:left w:w="85" w:type="dxa"/>
              <w:bottom w:w="70" w:type="dxa"/>
              <w:right w:w="85" w:type="dxa"/>
            </w:tcMar>
            <w:vAlign w:val="center"/>
          </w:tcPr>
          <w:p w14:paraId="3E2982CE" w14:textId="77777777" w:rsidR="00453E5B" w:rsidRDefault="00453E5B">
            <w:pPr>
              <w:spacing w:after="0" w:line="240" w:lineRule="auto"/>
            </w:pPr>
          </w:p>
        </w:tc>
      </w:tr>
      <w:tr w:rsidR="00453E5B" w14:paraId="57780517" w14:textId="77777777">
        <w:trPr>
          <w:jc w:val="center"/>
        </w:trPr>
        <w:tc>
          <w:tcPr>
            <w:tcW w:w="1928" w:type="dxa"/>
            <w:shd w:val="clear" w:color="auto" w:fill="F3F4F5"/>
            <w:tcMar>
              <w:top w:w="70" w:type="dxa"/>
              <w:left w:w="85" w:type="dxa"/>
              <w:bottom w:w="70" w:type="dxa"/>
              <w:right w:w="85" w:type="dxa"/>
            </w:tcMar>
            <w:vAlign w:val="center"/>
          </w:tcPr>
          <w:p w14:paraId="6A007BF9" w14:textId="77777777" w:rsidR="00453E5B" w:rsidRDefault="00000000">
            <w:pPr>
              <w:spacing w:after="0" w:line="240" w:lineRule="auto"/>
            </w:pPr>
            <w:r>
              <w:rPr>
                <w:b/>
                <w:sz w:val="15"/>
              </w:rPr>
              <w:t>Decizie</w:t>
            </w:r>
          </w:p>
        </w:tc>
        <w:tc>
          <w:tcPr>
            <w:tcW w:w="3855" w:type="dxa"/>
            <w:shd w:val="clear" w:color="auto" w:fill="FFFFFF"/>
            <w:tcMar>
              <w:top w:w="70" w:type="dxa"/>
              <w:left w:w="85" w:type="dxa"/>
              <w:bottom w:w="70" w:type="dxa"/>
              <w:right w:w="85" w:type="dxa"/>
            </w:tcMar>
            <w:vAlign w:val="center"/>
          </w:tcPr>
          <w:p w14:paraId="2FA0EF1A" w14:textId="77777777" w:rsidR="00453E5B" w:rsidRDefault="00000000">
            <w:pPr>
              <w:spacing w:after="0" w:line="240" w:lineRule="auto"/>
            </w:pPr>
            <w:r>
              <w:rPr>
                <w:sz w:val="15"/>
              </w:rPr>
              <w:t>☐ aprobat   ☐ respins   ☐ revizuire</w:t>
            </w:r>
          </w:p>
        </w:tc>
        <w:tc>
          <w:tcPr>
            <w:tcW w:w="1928" w:type="dxa"/>
            <w:shd w:val="clear" w:color="auto" w:fill="F3F4F5"/>
            <w:tcMar>
              <w:top w:w="70" w:type="dxa"/>
              <w:left w:w="85" w:type="dxa"/>
              <w:bottom w:w="70" w:type="dxa"/>
              <w:right w:w="85" w:type="dxa"/>
            </w:tcMar>
            <w:vAlign w:val="center"/>
          </w:tcPr>
          <w:p w14:paraId="4C0184A6" w14:textId="77777777" w:rsidR="00453E5B" w:rsidRDefault="00000000">
            <w:pPr>
              <w:spacing w:after="0" w:line="240" w:lineRule="auto"/>
            </w:pPr>
            <w:r>
              <w:rPr>
                <w:b/>
                <w:sz w:val="15"/>
              </w:rPr>
              <w:t>Aprobator</w:t>
            </w:r>
          </w:p>
        </w:tc>
        <w:tc>
          <w:tcPr>
            <w:tcW w:w="2211" w:type="dxa"/>
            <w:shd w:val="clear" w:color="auto" w:fill="FFFFFF"/>
            <w:tcMar>
              <w:top w:w="70" w:type="dxa"/>
              <w:left w:w="85" w:type="dxa"/>
              <w:bottom w:w="70" w:type="dxa"/>
              <w:right w:w="85" w:type="dxa"/>
            </w:tcMar>
            <w:vAlign w:val="center"/>
          </w:tcPr>
          <w:p w14:paraId="714AA3BA" w14:textId="77777777" w:rsidR="00453E5B" w:rsidRDefault="00453E5B">
            <w:pPr>
              <w:spacing w:after="0" w:line="240" w:lineRule="auto"/>
            </w:pPr>
          </w:p>
        </w:tc>
      </w:tr>
    </w:tbl>
    <w:p w14:paraId="32681A33" w14:textId="77777777" w:rsidR="00453E5B" w:rsidRDefault="00000000">
      <w:pPr>
        <w:pStyle w:val="Heading2"/>
      </w:pPr>
      <w:r>
        <w:t>Index rapid al documentelor ISO/IEC 27001</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3231"/>
        <w:gridCol w:w="1077"/>
        <w:gridCol w:w="1417"/>
        <w:gridCol w:w="1701"/>
        <w:gridCol w:w="1361"/>
        <w:gridCol w:w="567"/>
      </w:tblGrid>
      <w:tr w:rsidR="00453E5B" w14:paraId="600568F4" w14:textId="77777777">
        <w:trPr>
          <w:tblHeader/>
          <w:jc w:val="center"/>
        </w:trPr>
        <w:tc>
          <w:tcPr>
            <w:tcW w:w="567" w:type="dxa"/>
            <w:shd w:val="clear" w:color="auto" w:fill="D71920"/>
            <w:tcMar>
              <w:top w:w="70" w:type="dxa"/>
              <w:left w:w="85" w:type="dxa"/>
              <w:bottom w:w="70" w:type="dxa"/>
              <w:right w:w="85" w:type="dxa"/>
            </w:tcMar>
            <w:vAlign w:val="center"/>
          </w:tcPr>
          <w:p w14:paraId="5EC1DE02" w14:textId="77777777" w:rsidR="00453E5B" w:rsidRDefault="00000000">
            <w:pPr>
              <w:spacing w:after="0" w:line="240" w:lineRule="auto"/>
              <w:jc w:val="center"/>
            </w:pPr>
            <w:r>
              <w:rPr>
                <w:b/>
                <w:color w:val="FFFFFF"/>
                <w:sz w:val="14"/>
              </w:rPr>
              <w:t>#</w:t>
            </w:r>
          </w:p>
        </w:tc>
        <w:tc>
          <w:tcPr>
            <w:tcW w:w="3231" w:type="dxa"/>
            <w:shd w:val="clear" w:color="auto" w:fill="D71920"/>
            <w:tcMar>
              <w:top w:w="70" w:type="dxa"/>
              <w:left w:w="85" w:type="dxa"/>
              <w:bottom w:w="70" w:type="dxa"/>
              <w:right w:w="85" w:type="dxa"/>
            </w:tcMar>
            <w:vAlign w:val="center"/>
          </w:tcPr>
          <w:p w14:paraId="4E6ED781" w14:textId="77777777" w:rsidR="00453E5B" w:rsidRDefault="00000000">
            <w:pPr>
              <w:spacing w:after="0" w:line="240" w:lineRule="auto"/>
              <w:jc w:val="center"/>
            </w:pPr>
            <w:r>
              <w:rPr>
                <w:b/>
                <w:color w:val="FFFFFF"/>
                <w:sz w:val="14"/>
              </w:rPr>
              <w:t>DOCUMENT / ÎNREGISTRARE</w:t>
            </w:r>
          </w:p>
        </w:tc>
        <w:tc>
          <w:tcPr>
            <w:tcW w:w="1077" w:type="dxa"/>
            <w:shd w:val="clear" w:color="auto" w:fill="D71920"/>
            <w:tcMar>
              <w:top w:w="70" w:type="dxa"/>
              <w:left w:w="85" w:type="dxa"/>
              <w:bottom w:w="70" w:type="dxa"/>
              <w:right w:w="85" w:type="dxa"/>
            </w:tcMar>
            <w:vAlign w:val="center"/>
          </w:tcPr>
          <w:p w14:paraId="0D4E5578" w14:textId="77777777" w:rsidR="00453E5B" w:rsidRDefault="00000000">
            <w:pPr>
              <w:spacing w:after="0" w:line="240" w:lineRule="auto"/>
              <w:jc w:val="center"/>
            </w:pPr>
            <w:r>
              <w:rPr>
                <w:b/>
                <w:color w:val="FFFFFF"/>
                <w:sz w:val="14"/>
              </w:rPr>
              <w:t>CLAUZĂ</w:t>
            </w:r>
          </w:p>
        </w:tc>
        <w:tc>
          <w:tcPr>
            <w:tcW w:w="1417" w:type="dxa"/>
            <w:shd w:val="clear" w:color="auto" w:fill="D71920"/>
            <w:tcMar>
              <w:top w:w="70" w:type="dxa"/>
              <w:left w:w="85" w:type="dxa"/>
              <w:bottom w:w="70" w:type="dxa"/>
              <w:right w:w="85" w:type="dxa"/>
            </w:tcMar>
            <w:vAlign w:val="center"/>
          </w:tcPr>
          <w:p w14:paraId="11319BC3" w14:textId="77777777" w:rsidR="00453E5B" w:rsidRDefault="00000000">
            <w:pPr>
              <w:spacing w:after="0" w:line="240" w:lineRule="auto"/>
              <w:jc w:val="center"/>
            </w:pPr>
            <w:r>
              <w:rPr>
                <w:b/>
                <w:color w:val="FFFFFF"/>
                <w:sz w:val="14"/>
              </w:rPr>
              <w:t>PROPRIETAR</w:t>
            </w:r>
          </w:p>
        </w:tc>
        <w:tc>
          <w:tcPr>
            <w:tcW w:w="1701" w:type="dxa"/>
            <w:shd w:val="clear" w:color="auto" w:fill="D71920"/>
            <w:tcMar>
              <w:top w:w="70" w:type="dxa"/>
              <w:left w:w="85" w:type="dxa"/>
              <w:bottom w:w="70" w:type="dxa"/>
              <w:right w:w="85" w:type="dxa"/>
            </w:tcMar>
            <w:vAlign w:val="center"/>
          </w:tcPr>
          <w:p w14:paraId="37314009" w14:textId="77777777" w:rsidR="00453E5B" w:rsidRDefault="00000000">
            <w:pPr>
              <w:spacing w:after="0" w:line="240" w:lineRule="auto"/>
              <w:jc w:val="center"/>
            </w:pPr>
            <w:r>
              <w:rPr>
                <w:b/>
                <w:color w:val="FFFFFF"/>
                <w:sz w:val="14"/>
              </w:rPr>
              <w:t>LOCAȚIE</w:t>
            </w:r>
          </w:p>
        </w:tc>
        <w:tc>
          <w:tcPr>
            <w:tcW w:w="1361" w:type="dxa"/>
            <w:shd w:val="clear" w:color="auto" w:fill="D71920"/>
            <w:tcMar>
              <w:top w:w="70" w:type="dxa"/>
              <w:left w:w="85" w:type="dxa"/>
              <w:bottom w:w="70" w:type="dxa"/>
              <w:right w:w="85" w:type="dxa"/>
            </w:tcMar>
            <w:vAlign w:val="center"/>
          </w:tcPr>
          <w:p w14:paraId="77727BF2" w14:textId="77777777" w:rsidR="00453E5B" w:rsidRDefault="00000000">
            <w:pPr>
              <w:spacing w:after="0" w:line="240" w:lineRule="auto"/>
              <w:jc w:val="center"/>
            </w:pPr>
            <w:r>
              <w:rPr>
                <w:b/>
                <w:color w:val="FFFFFF"/>
                <w:sz w:val="14"/>
              </w:rPr>
              <w:t>REVIZUIRE</w:t>
            </w:r>
          </w:p>
        </w:tc>
        <w:tc>
          <w:tcPr>
            <w:tcW w:w="567" w:type="dxa"/>
            <w:shd w:val="clear" w:color="auto" w:fill="D71920"/>
            <w:tcMar>
              <w:top w:w="70" w:type="dxa"/>
              <w:left w:w="85" w:type="dxa"/>
              <w:bottom w:w="70" w:type="dxa"/>
              <w:right w:w="85" w:type="dxa"/>
            </w:tcMar>
            <w:vAlign w:val="center"/>
          </w:tcPr>
          <w:p w14:paraId="7E09FB94" w14:textId="77777777" w:rsidR="00453E5B" w:rsidRDefault="00000000">
            <w:pPr>
              <w:spacing w:after="0" w:line="240" w:lineRule="auto"/>
              <w:jc w:val="center"/>
            </w:pPr>
            <w:r>
              <w:rPr>
                <w:b/>
                <w:color w:val="FFFFFF"/>
                <w:sz w:val="14"/>
              </w:rPr>
              <w:t>STATUS</w:t>
            </w:r>
          </w:p>
        </w:tc>
      </w:tr>
      <w:tr w:rsidR="00453E5B" w14:paraId="3732C8F8" w14:textId="77777777">
        <w:trPr>
          <w:cantSplit/>
          <w:jc w:val="center"/>
        </w:trPr>
        <w:tc>
          <w:tcPr>
            <w:tcW w:w="567" w:type="dxa"/>
            <w:shd w:val="clear" w:color="auto" w:fill="FFFFFF"/>
            <w:tcMar>
              <w:top w:w="70" w:type="dxa"/>
              <w:left w:w="85" w:type="dxa"/>
              <w:bottom w:w="70" w:type="dxa"/>
              <w:right w:w="85" w:type="dxa"/>
            </w:tcMar>
            <w:vAlign w:val="center"/>
          </w:tcPr>
          <w:p w14:paraId="4A985326" w14:textId="77777777" w:rsidR="00453E5B" w:rsidRDefault="00453E5B">
            <w:pPr>
              <w:spacing w:after="0" w:line="240" w:lineRule="auto"/>
            </w:pPr>
          </w:p>
        </w:tc>
        <w:tc>
          <w:tcPr>
            <w:tcW w:w="3231" w:type="dxa"/>
            <w:shd w:val="clear" w:color="auto" w:fill="FFFFFF"/>
            <w:tcMar>
              <w:top w:w="70" w:type="dxa"/>
              <w:left w:w="85" w:type="dxa"/>
              <w:bottom w:w="70" w:type="dxa"/>
              <w:right w:w="85" w:type="dxa"/>
            </w:tcMar>
            <w:vAlign w:val="center"/>
          </w:tcPr>
          <w:p w14:paraId="50BAB1F8" w14:textId="77777777" w:rsidR="00453E5B" w:rsidRDefault="00453E5B">
            <w:pPr>
              <w:spacing w:after="0" w:line="240" w:lineRule="auto"/>
            </w:pPr>
          </w:p>
        </w:tc>
        <w:tc>
          <w:tcPr>
            <w:tcW w:w="1077" w:type="dxa"/>
            <w:shd w:val="clear" w:color="auto" w:fill="FFFFFF"/>
            <w:tcMar>
              <w:top w:w="70" w:type="dxa"/>
              <w:left w:w="85" w:type="dxa"/>
              <w:bottom w:w="70" w:type="dxa"/>
              <w:right w:w="85" w:type="dxa"/>
            </w:tcMar>
            <w:vAlign w:val="center"/>
          </w:tcPr>
          <w:p w14:paraId="254A56C7" w14:textId="77777777" w:rsidR="00453E5B" w:rsidRDefault="00453E5B">
            <w:pPr>
              <w:spacing w:after="0" w:line="240" w:lineRule="auto"/>
            </w:pPr>
          </w:p>
        </w:tc>
        <w:tc>
          <w:tcPr>
            <w:tcW w:w="1417" w:type="dxa"/>
            <w:shd w:val="clear" w:color="auto" w:fill="FFFFFF"/>
            <w:tcMar>
              <w:top w:w="70" w:type="dxa"/>
              <w:left w:w="85" w:type="dxa"/>
              <w:bottom w:w="70" w:type="dxa"/>
              <w:right w:w="85" w:type="dxa"/>
            </w:tcMar>
            <w:vAlign w:val="center"/>
          </w:tcPr>
          <w:p w14:paraId="2FEFE869" w14:textId="77777777" w:rsidR="00453E5B" w:rsidRDefault="00453E5B">
            <w:pPr>
              <w:spacing w:after="0" w:line="240" w:lineRule="auto"/>
            </w:pPr>
          </w:p>
        </w:tc>
        <w:tc>
          <w:tcPr>
            <w:tcW w:w="1701" w:type="dxa"/>
            <w:shd w:val="clear" w:color="auto" w:fill="FFFFFF"/>
            <w:tcMar>
              <w:top w:w="70" w:type="dxa"/>
              <w:left w:w="85" w:type="dxa"/>
              <w:bottom w:w="70" w:type="dxa"/>
              <w:right w:w="85" w:type="dxa"/>
            </w:tcMar>
            <w:vAlign w:val="center"/>
          </w:tcPr>
          <w:p w14:paraId="21B3CF00" w14:textId="77777777" w:rsidR="00453E5B" w:rsidRDefault="00453E5B">
            <w:pPr>
              <w:spacing w:after="0" w:line="240" w:lineRule="auto"/>
            </w:pPr>
          </w:p>
        </w:tc>
        <w:tc>
          <w:tcPr>
            <w:tcW w:w="1361" w:type="dxa"/>
            <w:shd w:val="clear" w:color="auto" w:fill="FFFFFF"/>
            <w:tcMar>
              <w:top w:w="70" w:type="dxa"/>
              <w:left w:w="85" w:type="dxa"/>
              <w:bottom w:w="70" w:type="dxa"/>
              <w:right w:w="85" w:type="dxa"/>
            </w:tcMar>
            <w:vAlign w:val="center"/>
          </w:tcPr>
          <w:p w14:paraId="0A18F816" w14:textId="77777777" w:rsidR="00453E5B" w:rsidRDefault="00453E5B">
            <w:pPr>
              <w:spacing w:after="0" w:line="240" w:lineRule="auto"/>
            </w:pPr>
          </w:p>
        </w:tc>
        <w:tc>
          <w:tcPr>
            <w:tcW w:w="567" w:type="dxa"/>
            <w:shd w:val="clear" w:color="auto" w:fill="FFFFFF"/>
            <w:tcMar>
              <w:top w:w="70" w:type="dxa"/>
              <w:left w:w="85" w:type="dxa"/>
              <w:bottom w:w="70" w:type="dxa"/>
              <w:right w:w="85" w:type="dxa"/>
            </w:tcMar>
            <w:vAlign w:val="center"/>
          </w:tcPr>
          <w:p w14:paraId="7AF22999" w14:textId="77777777" w:rsidR="00453E5B" w:rsidRDefault="00453E5B">
            <w:pPr>
              <w:spacing w:after="0" w:line="240" w:lineRule="auto"/>
            </w:pPr>
          </w:p>
        </w:tc>
      </w:tr>
      <w:tr w:rsidR="00453E5B" w14:paraId="34D32CD7" w14:textId="77777777">
        <w:trPr>
          <w:cantSplit/>
          <w:jc w:val="center"/>
        </w:trPr>
        <w:tc>
          <w:tcPr>
            <w:tcW w:w="567" w:type="dxa"/>
            <w:shd w:val="clear" w:color="auto" w:fill="FAFAFA"/>
            <w:tcMar>
              <w:top w:w="70" w:type="dxa"/>
              <w:left w:w="85" w:type="dxa"/>
              <w:bottom w:w="70" w:type="dxa"/>
              <w:right w:w="85" w:type="dxa"/>
            </w:tcMar>
            <w:vAlign w:val="center"/>
          </w:tcPr>
          <w:p w14:paraId="3254ABA2" w14:textId="77777777" w:rsidR="00453E5B" w:rsidRDefault="00453E5B">
            <w:pPr>
              <w:spacing w:after="0" w:line="240" w:lineRule="auto"/>
            </w:pPr>
          </w:p>
        </w:tc>
        <w:tc>
          <w:tcPr>
            <w:tcW w:w="3231" w:type="dxa"/>
            <w:shd w:val="clear" w:color="auto" w:fill="FAFAFA"/>
            <w:tcMar>
              <w:top w:w="70" w:type="dxa"/>
              <w:left w:w="85" w:type="dxa"/>
              <w:bottom w:w="70" w:type="dxa"/>
              <w:right w:w="85" w:type="dxa"/>
            </w:tcMar>
            <w:vAlign w:val="center"/>
          </w:tcPr>
          <w:p w14:paraId="75494203" w14:textId="77777777" w:rsidR="00453E5B" w:rsidRDefault="00453E5B">
            <w:pPr>
              <w:spacing w:after="0" w:line="240" w:lineRule="auto"/>
            </w:pPr>
          </w:p>
        </w:tc>
        <w:tc>
          <w:tcPr>
            <w:tcW w:w="1077" w:type="dxa"/>
            <w:shd w:val="clear" w:color="auto" w:fill="FAFAFA"/>
            <w:tcMar>
              <w:top w:w="70" w:type="dxa"/>
              <w:left w:w="85" w:type="dxa"/>
              <w:bottom w:w="70" w:type="dxa"/>
              <w:right w:w="85" w:type="dxa"/>
            </w:tcMar>
            <w:vAlign w:val="center"/>
          </w:tcPr>
          <w:p w14:paraId="167656F7" w14:textId="77777777" w:rsidR="00453E5B" w:rsidRDefault="00453E5B">
            <w:pPr>
              <w:spacing w:after="0" w:line="240" w:lineRule="auto"/>
            </w:pPr>
          </w:p>
        </w:tc>
        <w:tc>
          <w:tcPr>
            <w:tcW w:w="1417" w:type="dxa"/>
            <w:shd w:val="clear" w:color="auto" w:fill="FAFAFA"/>
            <w:tcMar>
              <w:top w:w="70" w:type="dxa"/>
              <w:left w:w="85" w:type="dxa"/>
              <w:bottom w:w="70" w:type="dxa"/>
              <w:right w:w="85" w:type="dxa"/>
            </w:tcMar>
            <w:vAlign w:val="center"/>
          </w:tcPr>
          <w:p w14:paraId="54F30E88" w14:textId="77777777" w:rsidR="00453E5B" w:rsidRDefault="00453E5B">
            <w:pPr>
              <w:spacing w:after="0" w:line="240" w:lineRule="auto"/>
            </w:pPr>
          </w:p>
        </w:tc>
        <w:tc>
          <w:tcPr>
            <w:tcW w:w="1701" w:type="dxa"/>
            <w:shd w:val="clear" w:color="auto" w:fill="FAFAFA"/>
            <w:tcMar>
              <w:top w:w="70" w:type="dxa"/>
              <w:left w:w="85" w:type="dxa"/>
              <w:bottom w:w="70" w:type="dxa"/>
              <w:right w:w="85" w:type="dxa"/>
            </w:tcMar>
            <w:vAlign w:val="center"/>
          </w:tcPr>
          <w:p w14:paraId="0B815838" w14:textId="77777777" w:rsidR="00453E5B" w:rsidRDefault="00453E5B">
            <w:pPr>
              <w:spacing w:after="0" w:line="240" w:lineRule="auto"/>
            </w:pPr>
          </w:p>
        </w:tc>
        <w:tc>
          <w:tcPr>
            <w:tcW w:w="1361" w:type="dxa"/>
            <w:shd w:val="clear" w:color="auto" w:fill="FAFAFA"/>
            <w:tcMar>
              <w:top w:w="70" w:type="dxa"/>
              <w:left w:w="85" w:type="dxa"/>
              <w:bottom w:w="70" w:type="dxa"/>
              <w:right w:w="85" w:type="dxa"/>
            </w:tcMar>
            <w:vAlign w:val="center"/>
          </w:tcPr>
          <w:p w14:paraId="7C220387" w14:textId="77777777" w:rsidR="00453E5B" w:rsidRDefault="00453E5B">
            <w:pPr>
              <w:spacing w:after="0" w:line="240" w:lineRule="auto"/>
            </w:pPr>
          </w:p>
        </w:tc>
        <w:tc>
          <w:tcPr>
            <w:tcW w:w="567" w:type="dxa"/>
            <w:shd w:val="clear" w:color="auto" w:fill="FAFAFA"/>
            <w:tcMar>
              <w:top w:w="70" w:type="dxa"/>
              <w:left w:w="85" w:type="dxa"/>
              <w:bottom w:w="70" w:type="dxa"/>
              <w:right w:w="85" w:type="dxa"/>
            </w:tcMar>
            <w:vAlign w:val="center"/>
          </w:tcPr>
          <w:p w14:paraId="3FEE522C" w14:textId="77777777" w:rsidR="00453E5B" w:rsidRDefault="00453E5B">
            <w:pPr>
              <w:spacing w:after="0" w:line="240" w:lineRule="auto"/>
            </w:pPr>
          </w:p>
        </w:tc>
      </w:tr>
      <w:tr w:rsidR="00453E5B" w14:paraId="3224E48F" w14:textId="77777777">
        <w:trPr>
          <w:cantSplit/>
          <w:jc w:val="center"/>
        </w:trPr>
        <w:tc>
          <w:tcPr>
            <w:tcW w:w="567" w:type="dxa"/>
            <w:shd w:val="clear" w:color="auto" w:fill="FFFFFF"/>
            <w:tcMar>
              <w:top w:w="70" w:type="dxa"/>
              <w:left w:w="85" w:type="dxa"/>
              <w:bottom w:w="70" w:type="dxa"/>
              <w:right w:w="85" w:type="dxa"/>
            </w:tcMar>
            <w:vAlign w:val="center"/>
          </w:tcPr>
          <w:p w14:paraId="246BF931" w14:textId="77777777" w:rsidR="00453E5B" w:rsidRDefault="00453E5B">
            <w:pPr>
              <w:spacing w:after="0" w:line="240" w:lineRule="auto"/>
            </w:pPr>
          </w:p>
        </w:tc>
        <w:tc>
          <w:tcPr>
            <w:tcW w:w="3231" w:type="dxa"/>
            <w:shd w:val="clear" w:color="auto" w:fill="FFFFFF"/>
            <w:tcMar>
              <w:top w:w="70" w:type="dxa"/>
              <w:left w:w="85" w:type="dxa"/>
              <w:bottom w:w="70" w:type="dxa"/>
              <w:right w:w="85" w:type="dxa"/>
            </w:tcMar>
            <w:vAlign w:val="center"/>
          </w:tcPr>
          <w:p w14:paraId="5D439268" w14:textId="77777777" w:rsidR="00453E5B" w:rsidRDefault="00453E5B">
            <w:pPr>
              <w:spacing w:after="0" w:line="240" w:lineRule="auto"/>
            </w:pPr>
          </w:p>
        </w:tc>
        <w:tc>
          <w:tcPr>
            <w:tcW w:w="1077" w:type="dxa"/>
            <w:shd w:val="clear" w:color="auto" w:fill="FFFFFF"/>
            <w:tcMar>
              <w:top w:w="70" w:type="dxa"/>
              <w:left w:w="85" w:type="dxa"/>
              <w:bottom w:w="70" w:type="dxa"/>
              <w:right w:w="85" w:type="dxa"/>
            </w:tcMar>
            <w:vAlign w:val="center"/>
          </w:tcPr>
          <w:p w14:paraId="0454962C" w14:textId="77777777" w:rsidR="00453E5B" w:rsidRDefault="00453E5B">
            <w:pPr>
              <w:spacing w:after="0" w:line="240" w:lineRule="auto"/>
            </w:pPr>
          </w:p>
        </w:tc>
        <w:tc>
          <w:tcPr>
            <w:tcW w:w="1417" w:type="dxa"/>
            <w:shd w:val="clear" w:color="auto" w:fill="FFFFFF"/>
            <w:tcMar>
              <w:top w:w="70" w:type="dxa"/>
              <w:left w:w="85" w:type="dxa"/>
              <w:bottom w:w="70" w:type="dxa"/>
              <w:right w:w="85" w:type="dxa"/>
            </w:tcMar>
            <w:vAlign w:val="center"/>
          </w:tcPr>
          <w:p w14:paraId="3C11C929" w14:textId="77777777" w:rsidR="00453E5B" w:rsidRDefault="00453E5B">
            <w:pPr>
              <w:spacing w:after="0" w:line="240" w:lineRule="auto"/>
            </w:pPr>
          </w:p>
        </w:tc>
        <w:tc>
          <w:tcPr>
            <w:tcW w:w="1701" w:type="dxa"/>
            <w:shd w:val="clear" w:color="auto" w:fill="FFFFFF"/>
            <w:tcMar>
              <w:top w:w="70" w:type="dxa"/>
              <w:left w:w="85" w:type="dxa"/>
              <w:bottom w:w="70" w:type="dxa"/>
              <w:right w:w="85" w:type="dxa"/>
            </w:tcMar>
            <w:vAlign w:val="center"/>
          </w:tcPr>
          <w:p w14:paraId="115F060F" w14:textId="77777777" w:rsidR="00453E5B" w:rsidRDefault="00453E5B">
            <w:pPr>
              <w:spacing w:after="0" w:line="240" w:lineRule="auto"/>
            </w:pPr>
          </w:p>
        </w:tc>
        <w:tc>
          <w:tcPr>
            <w:tcW w:w="1361" w:type="dxa"/>
            <w:shd w:val="clear" w:color="auto" w:fill="FFFFFF"/>
            <w:tcMar>
              <w:top w:w="70" w:type="dxa"/>
              <w:left w:w="85" w:type="dxa"/>
              <w:bottom w:w="70" w:type="dxa"/>
              <w:right w:w="85" w:type="dxa"/>
            </w:tcMar>
            <w:vAlign w:val="center"/>
          </w:tcPr>
          <w:p w14:paraId="057830F7" w14:textId="77777777" w:rsidR="00453E5B" w:rsidRDefault="00453E5B">
            <w:pPr>
              <w:spacing w:after="0" w:line="240" w:lineRule="auto"/>
            </w:pPr>
          </w:p>
        </w:tc>
        <w:tc>
          <w:tcPr>
            <w:tcW w:w="567" w:type="dxa"/>
            <w:shd w:val="clear" w:color="auto" w:fill="FFFFFF"/>
            <w:tcMar>
              <w:top w:w="70" w:type="dxa"/>
              <w:left w:w="85" w:type="dxa"/>
              <w:bottom w:w="70" w:type="dxa"/>
              <w:right w:w="85" w:type="dxa"/>
            </w:tcMar>
            <w:vAlign w:val="center"/>
          </w:tcPr>
          <w:p w14:paraId="6EFB1A17" w14:textId="77777777" w:rsidR="00453E5B" w:rsidRDefault="00453E5B">
            <w:pPr>
              <w:spacing w:after="0" w:line="240" w:lineRule="auto"/>
            </w:pPr>
          </w:p>
        </w:tc>
      </w:tr>
      <w:tr w:rsidR="00453E5B" w14:paraId="29DDD748" w14:textId="77777777">
        <w:trPr>
          <w:cantSplit/>
          <w:jc w:val="center"/>
        </w:trPr>
        <w:tc>
          <w:tcPr>
            <w:tcW w:w="567" w:type="dxa"/>
            <w:shd w:val="clear" w:color="auto" w:fill="FAFAFA"/>
            <w:tcMar>
              <w:top w:w="70" w:type="dxa"/>
              <w:left w:w="85" w:type="dxa"/>
              <w:bottom w:w="70" w:type="dxa"/>
              <w:right w:w="85" w:type="dxa"/>
            </w:tcMar>
            <w:vAlign w:val="center"/>
          </w:tcPr>
          <w:p w14:paraId="4C6113B2" w14:textId="77777777" w:rsidR="00453E5B" w:rsidRDefault="00453E5B">
            <w:pPr>
              <w:spacing w:after="0" w:line="240" w:lineRule="auto"/>
            </w:pPr>
          </w:p>
        </w:tc>
        <w:tc>
          <w:tcPr>
            <w:tcW w:w="3231" w:type="dxa"/>
            <w:shd w:val="clear" w:color="auto" w:fill="FAFAFA"/>
            <w:tcMar>
              <w:top w:w="70" w:type="dxa"/>
              <w:left w:w="85" w:type="dxa"/>
              <w:bottom w:w="70" w:type="dxa"/>
              <w:right w:w="85" w:type="dxa"/>
            </w:tcMar>
            <w:vAlign w:val="center"/>
          </w:tcPr>
          <w:p w14:paraId="433D7406" w14:textId="77777777" w:rsidR="00453E5B" w:rsidRDefault="00453E5B">
            <w:pPr>
              <w:spacing w:after="0" w:line="240" w:lineRule="auto"/>
            </w:pPr>
          </w:p>
        </w:tc>
        <w:tc>
          <w:tcPr>
            <w:tcW w:w="1077" w:type="dxa"/>
            <w:shd w:val="clear" w:color="auto" w:fill="FAFAFA"/>
            <w:tcMar>
              <w:top w:w="70" w:type="dxa"/>
              <w:left w:w="85" w:type="dxa"/>
              <w:bottom w:w="70" w:type="dxa"/>
              <w:right w:w="85" w:type="dxa"/>
            </w:tcMar>
            <w:vAlign w:val="center"/>
          </w:tcPr>
          <w:p w14:paraId="2798D449" w14:textId="77777777" w:rsidR="00453E5B" w:rsidRDefault="00453E5B">
            <w:pPr>
              <w:spacing w:after="0" w:line="240" w:lineRule="auto"/>
            </w:pPr>
          </w:p>
        </w:tc>
        <w:tc>
          <w:tcPr>
            <w:tcW w:w="1417" w:type="dxa"/>
            <w:shd w:val="clear" w:color="auto" w:fill="FAFAFA"/>
            <w:tcMar>
              <w:top w:w="70" w:type="dxa"/>
              <w:left w:w="85" w:type="dxa"/>
              <w:bottom w:w="70" w:type="dxa"/>
              <w:right w:w="85" w:type="dxa"/>
            </w:tcMar>
            <w:vAlign w:val="center"/>
          </w:tcPr>
          <w:p w14:paraId="2D14C0A6" w14:textId="77777777" w:rsidR="00453E5B" w:rsidRDefault="00453E5B">
            <w:pPr>
              <w:spacing w:after="0" w:line="240" w:lineRule="auto"/>
            </w:pPr>
          </w:p>
        </w:tc>
        <w:tc>
          <w:tcPr>
            <w:tcW w:w="1701" w:type="dxa"/>
            <w:shd w:val="clear" w:color="auto" w:fill="FAFAFA"/>
            <w:tcMar>
              <w:top w:w="70" w:type="dxa"/>
              <w:left w:w="85" w:type="dxa"/>
              <w:bottom w:w="70" w:type="dxa"/>
              <w:right w:w="85" w:type="dxa"/>
            </w:tcMar>
            <w:vAlign w:val="center"/>
          </w:tcPr>
          <w:p w14:paraId="102F68C3" w14:textId="77777777" w:rsidR="00453E5B" w:rsidRDefault="00453E5B">
            <w:pPr>
              <w:spacing w:after="0" w:line="240" w:lineRule="auto"/>
            </w:pPr>
          </w:p>
        </w:tc>
        <w:tc>
          <w:tcPr>
            <w:tcW w:w="1361" w:type="dxa"/>
            <w:shd w:val="clear" w:color="auto" w:fill="FAFAFA"/>
            <w:tcMar>
              <w:top w:w="70" w:type="dxa"/>
              <w:left w:w="85" w:type="dxa"/>
              <w:bottom w:w="70" w:type="dxa"/>
              <w:right w:w="85" w:type="dxa"/>
            </w:tcMar>
            <w:vAlign w:val="center"/>
          </w:tcPr>
          <w:p w14:paraId="05D2CD1F" w14:textId="77777777" w:rsidR="00453E5B" w:rsidRDefault="00453E5B">
            <w:pPr>
              <w:spacing w:after="0" w:line="240" w:lineRule="auto"/>
            </w:pPr>
          </w:p>
        </w:tc>
        <w:tc>
          <w:tcPr>
            <w:tcW w:w="567" w:type="dxa"/>
            <w:shd w:val="clear" w:color="auto" w:fill="FAFAFA"/>
            <w:tcMar>
              <w:top w:w="70" w:type="dxa"/>
              <w:left w:w="85" w:type="dxa"/>
              <w:bottom w:w="70" w:type="dxa"/>
              <w:right w:w="85" w:type="dxa"/>
            </w:tcMar>
            <w:vAlign w:val="center"/>
          </w:tcPr>
          <w:p w14:paraId="0313CE4B" w14:textId="77777777" w:rsidR="00453E5B" w:rsidRDefault="00453E5B">
            <w:pPr>
              <w:spacing w:after="0" w:line="240" w:lineRule="auto"/>
            </w:pPr>
          </w:p>
        </w:tc>
      </w:tr>
      <w:tr w:rsidR="00453E5B" w14:paraId="01998763" w14:textId="77777777">
        <w:trPr>
          <w:cantSplit/>
          <w:jc w:val="center"/>
        </w:trPr>
        <w:tc>
          <w:tcPr>
            <w:tcW w:w="567" w:type="dxa"/>
            <w:shd w:val="clear" w:color="auto" w:fill="FFFFFF"/>
            <w:tcMar>
              <w:top w:w="70" w:type="dxa"/>
              <w:left w:w="85" w:type="dxa"/>
              <w:bottom w:w="70" w:type="dxa"/>
              <w:right w:w="85" w:type="dxa"/>
            </w:tcMar>
            <w:vAlign w:val="center"/>
          </w:tcPr>
          <w:p w14:paraId="3E98BC4D" w14:textId="77777777" w:rsidR="00453E5B" w:rsidRDefault="00453E5B">
            <w:pPr>
              <w:spacing w:after="0" w:line="240" w:lineRule="auto"/>
            </w:pPr>
          </w:p>
        </w:tc>
        <w:tc>
          <w:tcPr>
            <w:tcW w:w="3231" w:type="dxa"/>
            <w:shd w:val="clear" w:color="auto" w:fill="FFFFFF"/>
            <w:tcMar>
              <w:top w:w="70" w:type="dxa"/>
              <w:left w:w="85" w:type="dxa"/>
              <w:bottom w:w="70" w:type="dxa"/>
              <w:right w:w="85" w:type="dxa"/>
            </w:tcMar>
            <w:vAlign w:val="center"/>
          </w:tcPr>
          <w:p w14:paraId="047CA9F9" w14:textId="77777777" w:rsidR="00453E5B" w:rsidRDefault="00453E5B">
            <w:pPr>
              <w:spacing w:after="0" w:line="240" w:lineRule="auto"/>
            </w:pPr>
          </w:p>
        </w:tc>
        <w:tc>
          <w:tcPr>
            <w:tcW w:w="1077" w:type="dxa"/>
            <w:shd w:val="clear" w:color="auto" w:fill="FFFFFF"/>
            <w:tcMar>
              <w:top w:w="70" w:type="dxa"/>
              <w:left w:w="85" w:type="dxa"/>
              <w:bottom w:w="70" w:type="dxa"/>
              <w:right w:w="85" w:type="dxa"/>
            </w:tcMar>
            <w:vAlign w:val="center"/>
          </w:tcPr>
          <w:p w14:paraId="3D915A52" w14:textId="77777777" w:rsidR="00453E5B" w:rsidRDefault="00453E5B">
            <w:pPr>
              <w:spacing w:after="0" w:line="240" w:lineRule="auto"/>
            </w:pPr>
          </w:p>
        </w:tc>
        <w:tc>
          <w:tcPr>
            <w:tcW w:w="1417" w:type="dxa"/>
            <w:shd w:val="clear" w:color="auto" w:fill="FFFFFF"/>
            <w:tcMar>
              <w:top w:w="70" w:type="dxa"/>
              <w:left w:w="85" w:type="dxa"/>
              <w:bottom w:w="70" w:type="dxa"/>
              <w:right w:w="85" w:type="dxa"/>
            </w:tcMar>
            <w:vAlign w:val="center"/>
          </w:tcPr>
          <w:p w14:paraId="0C42E3B8" w14:textId="77777777" w:rsidR="00453E5B" w:rsidRDefault="00453E5B">
            <w:pPr>
              <w:spacing w:after="0" w:line="240" w:lineRule="auto"/>
            </w:pPr>
          </w:p>
        </w:tc>
        <w:tc>
          <w:tcPr>
            <w:tcW w:w="1701" w:type="dxa"/>
            <w:shd w:val="clear" w:color="auto" w:fill="FFFFFF"/>
            <w:tcMar>
              <w:top w:w="70" w:type="dxa"/>
              <w:left w:w="85" w:type="dxa"/>
              <w:bottom w:w="70" w:type="dxa"/>
              <w:right w:w="85" w:type="dxa"/>
            </w:tcMar>
            <w:vAlign w:val="center"/>
          </w:tcPr>
          <w:p w14:paraId="7D26BAD8" w14:textId="77777777" w:rsidR="00453E5B" w:rsidRDefault="00453E5B">
            <w:pPr>
              <w:spacing w:after="0" w:line="240" w:lineRule="auto"/>
            </w:pPr>
          </w:p>
        </w:tc>
        <w:tc>
          <w:tcPr>
            <w:tcW w:w="1361" w:type="dxa"/>
            <w:shd w:val="clear" w:color="auto" w:fill="FFFFFF"/>
            <w:tcMar>
              <w:top w:w="70" w:type="dxa"/>
              <w:left w:w="85" w:type="dxa"/>
              <w:bottom w:w="70" w:type="dxa"/>
              <w:right w:w="85" w:type="dxa"/>
            </w:tcMar>
            <w:vAlign w:val="center"/>
          </w:tcPr>
          <w:p w14:paraId="51DAE8BA" w14:textId="77777777" w:rsidR="00453E5B" w:rsidRDefault="00453E5B">
            <w:pPr>
              <w:spacing w:after="0" w:line="240" w:lineRule="auto"/>
            </w:pPr>
          </w:p>
        </w:tc>
        <w:tc>
          <w:tcPr>
            <w:tcW w:w="567" w:type="dxa"/>
            <w:shd w:val="clear" w:color="auto" w:fill="FFFFFF"/>
            <w:tcMar>
              <w:top w:w="70" w:type="dxa"/>
              <w:left w:w="85" w:type="dxa"/>
              <w:bottom w:w="70" w:type="dxa"/>
              <w:right w:w="85" w:type="dxa"/>
            </w:tcMar>
            <w:vAlign w:val="center"/>
          </w:tcPr>
          <w:p w14:paraId="561F15F0" w14:textId="77777777" w:rsidR="00453E5B" w:rsidRDefault="00453E5B">
            <w:pPr>
              <w:spacing w:after="0" w:line="240" w:lineRule="auto"/>
            </w:pPr>
          </w:p>
        </w:tc>
      </w:tr>
      <w:tr w:rsidR="00453E5B" w14:paraId="0066E0B2" w14:textId="77777777">
        <w:trPr>
          <w:cantSplit/>
          <w:jc w:val="center"/>
        </w:trPr>
        <w:tc>
          <w:tcPr>
            <w:tcW w:w="567" w:type="dxa"/>
            <w:shd w:val="clear" w:color="auto" w:fill="FAFAFA"/>
            <w:tcMar>
              <w:top w:w="70" w:type="dxa"/>
              <w:left w:w="85" w:type="dxa"/>
              <w:bottom w:w="70" w:type="dxa"/>
              <w:right w:w="85" w:type="dxa"/>
            </w:tcMar>
            <w:vAlign w:val="center"/>
          </w:tcPr>
          <w:p w14:paraId="79EB835B" w14:textId="77777777" w:rsidR="00453E5B" w:rsidRDefault="00453E5B">
            <w:pPr>
              <w:spacing w:after="0" w:line="240" w:lineRule="auto"/>
            </w:pPr>
          </w:p>
        </w:tc>
        <w:tc>
          <w:tcPr>
            <w:tcW w:w="3231" w:type="dxa"/>
            <w:shd w:val="clear" w:color="auto" w:fill="FAFAFA"/>
            <w:tcMar>
              <w:top w:w="70" w:type="dxa"/>
              <w:left w:w="85" w:type="dxa"/>
              <w:bottom w:w="70" w:type="dxa"/>
              <w:right w:w="85" w:type="dxa"/>
            </w:tcMar>
            <w:vAlign w:val="center"/>
          </w:tcPr>
          <w:p w14:paraId="5B1B2235" w14:textId="77777777" w:rsidR="00453E5B" w:rsidRDefault="00453E5B">
            <w:pPr>
              <w:spacing w:after="0" w:line="240" w:lineRule="auto"/>
            </w:pPr>
          </w:p>
        </w:tc>
        <w:tc>
          <w:tcPr>
            <w:tcW w:w="1077" w:type="dxa"/>
            <w:shd w:val="clear" w:color="auto" w:fill="FAFAFA"/>
            <w:tcMar>
              <w:top w:w="70" w:type="dxa"/>
              <w:left w:w="85" w:type="dxa"/>
              <w:bottom w:w="70" w:type="dxa"/>
              <w:right w:w="85" w:type="dxa"/>
            </w:tcMar>
            <w:vAlign w:val="center"/>
          </w:tcPr>
          <w:p w14:paraId="3AFC4311" w14:textId="77777777" w:rsidR="00453E5B" w:rsidRDefault="00453E5B">
            <w:pPr>
              <w:spacing w:after="0" w:line="240" w:lineRule="auto"/>
            </w:pPr>
          </w:p>
        </w:tc>
        <w:tc>
          <w:tcPr>
            <w:tcW w:w="1417" w:type="dxa"/>
            <w:shd w:val="clear" w:color="auto" w:fill="FAFAFA"/>
            <w:tcMar>
              <w:top w:w="70" w:type="dxa"/>
              <w:left w:w="85" w:type="dxa"/>
              <w:bottom w:w="70" w:type="dxa"/>
              <w:right w:w="85" w:type="dxa"/>
            </w:tcMar>
            <w:vAlign w:val="center"/>
          </w:tcPr>
          <w:p w14:paraId="7AA5A7A8" w14:textId="77777777" w:rsidR="00453E5B" w:rsidRDefault="00453E5B">
            <w:pPr>
              <w:spacing w:after="0" w:line="240" w:lineRule="auto"/>
            </w:pPr>
          </w:p>
        </w:tc>
        <w:tc>
          <w:tcPr>
            <w:tcW w:w="1701" w:type="dxa"/>
            <w:shd w:val="clear" w:color="auto" w:fill="FAFAFA"/>
            <w:tcMar>
              <w:top w:w="70" w:type="dxa"/>
              <w:left w:w="85" w:type="dxa"/>
              <w:bottom w:w="70" w:type="dxa"/>
              <w:right w:w="85" w:type="dxa"/>
            </w:tcMar>
            <w:vAlign w:val="center"/>
          </w:tcPr>
          <w:p w14:paraId="401DD8FC" w14:textId="77777777" w:rsidR="00453E5B" w:rsidRDefault="00453E5B">
            <w:pPr>
              <w:spacing w:after="0" w:line="240" w:lineRule="auto"/>
            </w:pPr>
          </w:p>
        </w:tc>
        <w:tc>
          <w:tcPr>
            <w:tcW w:w="1361" w:type="dxa"/>
            <w:shd w:val="clear" w:color="auto" w:fill="FAFAFA"/>
            <w:tcMar>
              <w:top w:w="70" w:type="dxa"/>
              <w:left w:w="85" w:type="dxa"/>
              <w:bottom w:w="70" w:type="dxa"/>
              <w:right w:w="85" w:type="dxa"/>
            </w:tcMar>
            <w:vAlign w:val="center"/>
          </w:tcPr>
          <w:p w14:paraId="541A0640" w14:textId="77777777" w:rsidR="00453E5B" w:rsidRDefault="00453E5B">
            <w:pPr>
              <w:spacing w:after="0" w:line="240" w:lineRule="auto"/>
            </w:pPr>
          </w:p>
        </w:tc>
        <w:tc>
          <w:tcPr>
            <w:tcW w:w="567" w:type="dxa"/>
            <w:shd w:val="clear" w:color="auto" w:fill="FAFAFA"/>
            <w:tcMar>
              <w:top w:w="70" w:type="dxa"/>
              <w:left w:w="85" w:type="dxa"/>
              <w:bottom w:w="70" w:type="dxa"/>
              <w:right w:w="85" w:type="dxa"/>
            </w:tcMar>
            <w:vAlign w:val="center"/>
          </w:tcPr>
          <w:p w14:paraId="056EA2C4" w14:textId="77777777" w:rsidR="00453E5B" w:rsidRDefault="00453E5B">
            <w:pPr>
              <w:spacing w:after="0" w:line="240" w:lineRule="auto"/>
            </w:pPr>
          </w:p>
        </w:tc>
      </w:tr>
      <w:tr w:rsidR="00453E5B" w14:paraId="75885439" w14:textId="77777777">
        <w:trPr>
          <w:cantSplit/>
          <w:jc w:val="center"/>
        </w:trPr>
        <w:tc>
          <w:tcPr>
            <w:tcW w:w="567" w:type="dxa"/>
            <w:shd w:val="clear" w:color="auto" w:fill="FFFFFF"/>
            <w:tcMar>
              <w:top w:w="70" w:type="dxa"/>
              <w:left w:w="85" w:type="dxa"/>
              <w:bottom w:w="70" w:type="dxa"/>
              <w:right w:w="85" w:type="dxa"/>
            </w:tcMar>
            <w:vAlign w:val="center"/>
          </w:tcPr>
          <w:p w14:paraId="05C6B594" w14:textId="77777777" w:rsidR="00453E5B" w:rsidRDefault="00453E5B">
            <w:pPr>
              <w:spacing w:after="0" w:line="240" w:lineRule="auto"/>
            </w:pPr>
          </w:p>
        </w:tc>
        <w:tc>
          <w:tcPr>
            <w:tcW w:w="3231" w:type="dxa"/>
            <w:shd w:val="clear" w:color="auto" w:fill="FFFFFF"/>
            <w:tcMar>
              <w:top w:w="70" w:type="dxa"/>
              <w:left w:w="85" w:type="dxa"/>
              <w:bottom w:w="70" w:type="dxa"/>
              <w:right w:w="85" w:type="dxa"/>
            </w:tcMar>
            <w:vAlign w:val="center"/>
          </w:tcPr>
          <w:p w14:paraId="3330A8FD" w14:textId="77777777" w:rsidR="00453E5B" w:rsidRDefault="00453E5B">
            <w:pPr>
              <w:spacing w:after="0" w:line="240" w:lineRule="auto"/>
            </w:pPr>
          </w:p>
        </w:tc>
        <w:tc>
          <w:tcPr>
            <w:tcW w:w="1077" w:type="dxa"/>
            <w:shd w:val="clear" w:color="auto" w:fill="FFFFFF"/>
            <w:tcMar>
              <w:top w:w="70" w:type="dxa"/>
              <w:left w:w="85" w:type="dxa"/>
              <w:bottom w:w="70" w:type="dxa"/>
              <w:right w:w="85" w:type="dxa"/>
            </w:tcMar>
            <w:vAlign w:val="center"/>
          </w:tcPr>
          <w:p w14:paraId="6CCFB8ED" w14:textId="77777777" w:rsidR="00453E5B" w:rsidRDefault="00453E5B">
            <w:pPr>
              <w:spacing w:after="0" w:line="240" w:lineRule="auto"/>
            </w:pPr>
          </w:p>
        </w:tc>
        <w:tc>
          <w:tcPr>
            <w:tcW w:w="1417" w:type="dxa"/>
            <w:shd w:val="clear" w:color="auto" w:fill="FFFFFF"/>
            <w:tcMar>
              <w:top w:w="70" w:type="dxa"/>
              <w:left w:w="85" w:type="dxa"/>
              <w:bottom w:w="70" w:type="dxa"/>
              <w:right w:w="85" w:type="dxa"/>
            </w:tcMar>
            <w:vAlign w:val="center"/>
          </w:tcPr>
          <w:p w14:paraId="77F64CE6" w14:textId="77777777" w:rsidR="00453E5B" w:rsidRDefault="00453E5B">
            <w:pPr>
              <w:spacing w:after="0" w:line="240" w:lineRule="auto"/>
            </w:pPr>
          </w:p>
        </w:tc>
        <w:tc>
          <w:tcPr>
            <w:tcW w:w="1701" w:type="dxa"/>
            <w:shd w:val="clear" w:color="auto" w:fill="FFFFFF"/>
            <w:tcMar>
              <w:top w:w="70" w:type="dxa"/>
              <w:left w:w="85" w:type="dxa"/>
              <w:bottom w:w="70" w:type="dxa"/>
              <w:right w:w="85" w:type="dxa"/>
            </w:tcMar>
            <w:vAlign w:val="center"/>
          </w:tcPr>
          <w:p w14:paraId="3EF11242" w14:textId="77777777" w:rsidR="00453E5B" w:rsidRDefault="00453E5B">
            <w:pPr>
              <w:spacing w:after="0" w:line="240" w:lineRule="auto"/>
            </w:pPr>
          </w:p>
        </w:tc>
        <w:tc>
          <w:tcPr>
            <w:tcW w:w="1361" w:type="dxa"/>
            <w:shd w:val="clear" w:color="auto" w:fill="FFFFFF"/>
            <w:tcMar>
              <w:top w:w="70" w:type="dxa"/>
              <w:left w:w="85" w:type="dxa"/>
              <w:bottom w:w="70" w:type="dxa"/>
              <w:right w:w="85" w:type="dxa"/>
            </w:tcMar>
            <w:vAlign w:val="center"/>
          </w:tcPr>
          <w:p w14:paraId="41564DCF" w14:textId="77777777" w:rsidR="00453E5B" w:rsidRDefault="00453E5B">
            <w:pPr>
              <w:spacing w:after="0" w:line="240" w:lineRule="auto"/>
            </w:pPr>
          </w:p>
        </w:tc>
        <w:tc>
          <w:tcPr>
            <w:tcW w:w="567" w:type="dxa"/>
            <w:shd w:val="clear" w:color="auto" w:fill="FFFFFF"/>
            <w:tcMar>
              <w:top w:w="70" w:type="dxa"/>
              <w:left w:w="85" w:type="dxa"/>
              <w:bottom w:w="70" w:type="dxa"/>
              <w:right w:w="85" w:type="dxa"/>
            </w:tcMar>
            <w:vAlign w:val="center"/>
          </w:tcPr>
          <w:p w14:paraId="26F3E441" w14:textId="77777777" w:rsidR="00453E5B" w:rsidRDefault="00453E5B">
            <w:pPr>
              <w:spacing w:after="0" w:line="240" w:lineRule="auto"/>
            </w:pPr>
          </w:p>
        </w:tc>
      </w:tr>
      <w:tr w:rsidR="00453E5B" w14:paraId="5A55F30D" w14:textId="77777777">
        <w:trPr>
          <w:cantSplit/>
          <w:jc w:val="center"/>
        </w:trPr>
        <w:tc>
          <w:tcPr>
            <w:tcW w:w="567" w:type="dxa"/>
            <w:shd w:val="clear" w:color="auto" w:fill="FAFAFA"/>
            <w:tcMar>
              <w:top w:w="70" w:type="dxa"/>
              <w:left w:w="85" w:type="dxa"/>
              <w:bottom w:w="70" w:type="dxa"/>
              <w:right w:w="85" w:type="dxa"/>
            </w:tcMar>
            <w:vAlign w:val="center"/>
          </w:tcPr>
          <w:p w14:paraId="0A13FAE8" w14:textId="77777777" w:rsidR="00453E5B" w:rsidRDefault="00453E5B">
            <w:pPr>
              <w:spacing w:after="0" w:line="240" w:lineRule="auto"/>
            </w:pPr>
          </w:p>
        </w:tc>
        <w:tc>
          <w:tcPr>
            <w:tcW w:w="3231" w:type="dxa"/>
            <w:shd w:val="clear" w:color="auto" w:fill="FAFAFA"/>
            <w:tcMar>
              <w:top w:w="70" w:type="dxa"/>
              <w:left w:w="85" w:type="dxa"/>
              <w:bottom w:w="70" w:type="dxa"/>
              <w:right w:w="85" w:type="dxa"/>
            </w:tcMar>
            <w:vAlign w:val="center"/>
          </w:tcPr>
          <w:p w14:paraId="3B8D54D9" w14:textId="77777777" w:rsidR="00453E5B" w:rsidRDefault="00453E5B">
            <w:pPr>
              <w:spacing w:after="0" w:line="240" w:lineRule="auto"/>
            </w:pPr>
          </w:p>
        </w:tc>
        <w:tc>
          <w:tcPr>
            <w:tcW w:w="1077" w:type="dxa"/>
            <w:shd w:val="clear" w:color="auto" w:fill="FAFAFA"/>
            <w:tcMar>
              <w:top w:w="70" w:type="dxa"/>
              <w:left w:w="85" w:type="dxa"/>
              <w:bottom w:w="70" w:type="dxa"/>
              <w:right w:w="85" w:type="dxa"/>
            </w:tcMar>
            <w:vAlign w:val="center"/>
          </w:tcPr>
          <w:p w14:paraId="37FCD602" w14:textId="77777777" w:rsidR="00453E5B" w:rsidRDefault="00453E5B">
            <w:pPr>
              <w:spacing w:after="0" w:line="240" w:lineRule="auto"/>
            </w:pPr>
          </w:p>
        </w:tc>
        <w:tc>
          <w:tcPr>
            <w:tcW w:w="1417" w:type="dxa"/>
            <w:shd w:val="clear" w:color="auto" w:fill="FAFAFA"/>
            <w:tcMar>
              <w:top w:w="70" w:type="dxa"/>
              <w:left w:w="85" w:type="dxa"/>
              <w:bottom w:w="70" w:type="dxa"/>
              <w:right w:w="85" w:type="dxa"/>
            </w:tcMar>
            <w:vAlign w:val="center"/>
          </w:tcPr>
          <w:p w14:paraId="79AAE802" w14:textId="77777777" w:rsidR="00453E5B" w:rsidRDefault="00453E5B">
            <w:pPr>
              <w:spacing w:after="0" w:line="240" w:lineRule="auto"/>
            </w:pPr>
          </w:p>
        </w:tc>
        <w:tc>
          <w:tcPr>
            <w:tcW w:w="1701" w:type="dxa"/>
            <w:shd w:val="clear" w:color="auto" w:fill="FAFAFA"/>
            <w:tcMar>
              <w:top w:w="70" w:type="dxa"/>
              <w:left w:w="85" w:type="dxa"/>
              <w:bottom w:w="70" w:type="dxa"/>
              <w:right w:w="85" w:type="dxa"/>
            </w:tcMar>
            <w:vAlign w:val="center"/>
          </w:tcPr>
          <w:p w14:paraId="2C939A66" w14:textId="77777777" w:rsidR="00453E5B" w:rsidRDefault="00453E5B">
            <w:pPr>
              <w:spacing w:after="0" w:line="240" w:lineRule="auto"/>
            </w:pPr>
          </w:p>
        </w:tc>
        <w:tc>
          <w:tcPr>
            <w:tcW w:w="1361" w:type="dxa"/>
            <w:shd w:val="clear" w:color="auto" w:fill="FAFAFA"/>
            <w:tcMar>
              <w:top w:w="70" w:type="dxa"/>
              <w:left w:w="85" w:type="dxa"/>
              <w:bottom w:w="70" w:type="dxa"/>
              <w:right w:w="85" w:type="dxa"/>
            </w:tcMar>
            <w:vAlign w:val="center"/>
          </w:tcPr>
          <w:p w14:paraId="359716B1" w14:textId="77777777" w:rsidR="00453E5B" w:rsidRDefault="00453E5B">
            <w:pPr>
              <w:spacing w:after="0" w:line="240" w:lineRule="auto"/>
            </w:pPr>
          </w:p>
        </w:tc>
        <w:tc>
          <w:tcPr>
            <w:tcW w:w="567" w:type="dxa"/>
            <w:shd w:val="clear" w:color="auto" w:fill="FAFAFA"/>
            <w:tcMar>
              <w:top w:w="70" w:type="dxa"/>
              <w:left w:w="85" w:type="dxa"/>
              <w:bottom w:w="70" w:type="dxa"/>
              <w:right w:w="85" w:type="dxa"/>
            </w:tcMar>
            <w:vAlign w:val="center"/>
          </w:tcPr>
          <w:p w14:paraId="004E63C3" w14:textId="77777777" w:rsidR="00453E5B" w:rsidRDefault="00453E5B">
            <w:pPr>
              <w:spacing w:after="0" w:line="240" w:lineRule="auto"/>
            </w:pPr>
          </w:p>
        </w:tc>
      </w:tr>
    </w:tbl>
    <w:p w14:paraId="2E5A10F1" w14:textId="77777777" w:rsidR="00453E5B" w:rsidRDefault="00453E5B">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53E5B" w14:paraId="00FBEC48" w14:textId="77777777">
        <w:trPr>
          <w:cantSplit/>
          <w:jc w:val="center"/>
        </w:trPr>
        <w:tc>
          <w:tcPr>
            <w:tcW w:w="1020" w:type="dxa"/>
            <w:shd w:val="clear" w:color="auto" w:fill="D71920"/>
            <w:tcMar>
              <w:top w:w="70" w:type="dxa"/>
              <w:left w:w="85" w:type="dxa"/>
              <w:bottom w:w="70" w:type="dxa"/>
              <w:right w:w="85" w:type="dxa"/>
            </w:tcMar>
            <w:vAlign w:val="center"/>
          </w:tcPr>
          <w:p w14:paraId="5048BFE5" w14:textId="77777777" w:rsidR="00453E5B" w:rsidRDefault="00000000">
            <w:pPr>
              <w:spacing w:after="0" w:line="240" w:lineRule="auto"/>
              <w:jc w:val="center"/>
            </w:pPr>
            <w:r>
              <w:rPr>
                <w:b/>
                <w:color w:val="FFFFFF"/>
                <w:sz w:val="34"/>
              </w:rPr>
              <w:t>8</w:t>
            </w:r>
          </w:p>
        </w:tc>
        <w:tc>
          <w:tcPr>
            <w:tcW w:w="8901" w:type="dxa"/>
            <w:shd w:val="clear" w:color="auto" w:fill="F3F4F5"/>
          </w:tcPr>
          <w:p w14:paraId="11F6A5F0" w14:textId="77777777" w:rsidR="00453E5B" w:rsidRDefault="00000000">
            <w:pPr>
              <w:spacing w:after="20"/>
            </w:pPr>
            <w:r>
              <w:rPr>
                <w:b/>
                <w:sz w:val="27"/>
              </w:rPr>
              <w:t>Documente digitale, cloud și surse externe</w:t>
            </w:r>
          </w:p>
          <w:p w14:paraId="3E489153" w14:textId="77777777" w:rsidR="00453E5B" w:rsidRDefault="00000000">
            <w:pPr>
              <w:spacing w:after="0"/>
            </w:pPr>
            <w:r>
              <w:rPr>
                <w:color w:val="666666"/>
                <w:sz w:val="16"/>
              </w:rPr>
              <w:t>Platforma nu înlocuiește controlul; regulile trebuie să acopere accesul, integritatea și recuperarea</w:t>
            </w:r>
          </w:p>
        </w:tc>
      </w:tr>
    </w:tbl>
    <w:p w14:paraId="5BA43270" w14:textId="77777777" w:rsidR="00453E5B" w:rsidRDefault="00453E5B">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453E5B" w14:paraId="4B08A483" w14:textId="77777777">
        <w:trPr>
          <w:tblHeader/>
          <w:jc w:val="center"/>
        </w:trPr>
        <w:tc>
          <w:tcPr>
            <w:tcW w:w="2551" w:type="dxa"/>
            <w:shd w:val="clear" w:color="auto" w:fill="D71920"/>
            <w:tcMar>
              <w:top w:w="70" w:type="dxa"/>
              <w:left w:w="85" w:type="dxa"/>
              <w:bottom w:w="70" w:type="dxa"/>
              <w:right w:w="85" w:type="dxa"/>
            </w:tcMar>
            <w:vAlign w:val="center"/>
          </w:tcPr>
          <w:p w14:paraId="452FD9F1" w14:textId="77777777" w:rsidR="00453E5B" w:rsidRDefault="00000000">
            <w:pPr>
              <w:spacing w:after="0" w:line="240" w:lineRule="auto"/>
              <w:jc w:val="center"/>
            </w:pPr>
            <w:r>
              <w:rPr>
                <w:b/>
                <w:color w:val="FFFFFF"/>
                <w:sz w:val="15"/>
              </w:rPr>
              <w:t>CONTROL</w:t>
            </w:r>
          </w:p>
        </w:tc>
        <w:tc>
          <w:tcPr>
            <w:tcW w:w="7370" w:type="dxa"/>
            <w:shd w:val="clear" w:color="auto" w:fill="D71920"/>
            <w:tcMar>
              <w:top w:w="70" w:type="dxa"/>
              <w:left w:w="85" w:type="dxa"/>
              <w:bottom w:w="70" w:type="dxa"/>
              <w:right w:w="85" w:type="dxa"/>
            </w:tcMar>
            <w:vAlign w:val="center"/>
          </w:tcPr>
          <w:p w14:paraId="57C8BD07" w14:textId="77777777" w:rsidR="00453E5B" w:rsidRDefault="00000000">
            <w:pPr>
              <w:spacing w:after="0" w:line="240" w:lineRule="auto"/>
              <w:jc w:val="center"/>
            </w:pPr>
            <w:r>
              <w:rPr>
                <w:b/>
                <w:color w:val="FFFFFF"/>
                <w:sz w:val="15"/>
              </w:rPr>
              <w:t>CE TREBUIE STABILIT</w:t>
            </w:r>
          </w:p>
        </w:tc>
      </w:tr>
      <w:tr w:rsidR="00453E5B" w14:paraId="6532F1B1" w14:textId="77777777">
        <w:trPr>
          <w:cantSplit/>
          <w:jc w:val="center"/>
        </w:trPr>
        <w:tc>
          <w:tcPr>
            <w:tcW w:w="2551" w:type="dxa"/>
            <w:shd w:val="clear" w:color="auto" w:fill="FFFFFF"/>
            <w:tcMar>
              <w:top w:w="70" w:type="dxa"/>
              <w:left w:w="85" w:type="dxa"/>
              <w:bottom w:w="70" w:type="dxa"/>
              <w:right w:w="85" w:type="dxa"/>
            </w:tcMar>
            <w:vAlign w:val="center"/>
          </w:tcPr>
          <w:p w14:paraId="259C0FCE" w14:textId="77777777" w:rsidR="00453E5B" w:rsidRDefault="00000000">
            <w:pPr>
              <w:spacing w:after="0" w:line="240" w:lineRule="auto"/>
            </w:pPr>
            <w:r>
              <w:rPr>
                <w:sz w:val="16"/>
              </w:rPr>
              <w:t>Sursa oficială</w:t>
            </w:r>
          </w:p>
        </w:tc>
        <w:tc>
          <w:tcPr>
            <w:tcW w:w="7370" w:type="dxa"/>
            <w:shd w:val="clear" w:color="auto" w:fill="FFFFFF"/>
            <w:tcMar>
              <w:top w:w="70" w:type="dxa"/>
              <w:left w:w="85" w:type="dxa"/>
              <w:bottom w:w="70" w:type="dxa"/>
              <w:right w:w="85" w:type="dxa"/>
            </w:tcMar>
            <w:vAlign w:val="center"/>
          </w:tcPr>
          <w:p w14:paraId="6F171FFC" w14:textId="77777777" w:rsidR="00453E5B" w:rsidRDefault="00000000">
            <w:pPr>
              <w:spacing w:after="0" w:line="240" w:lineRule="auto"/>
            </w:pPr>
            <w:r>
              <w:rPr>
                <w:sz w:val="16"/>
              </w:rPr>
              <w:t>Definiți unde se află versiunea controlată și ce copii sunt numai informative.</w:t>
            </w:r>
          </w:p>
        </w:tc>
      </w:tr>
      <w:tr w:rsidR="00453E5B" w14:paraId="7B7B284D" w14:textId="77777777">
        <w:trPr>
          <w:cantSplit/>
          <w:jc w:val="center"/>
        </w:trPr>
        <w:tc>
          <w:tcPr>
            <w:tcW w:w="2551" w:type="dxa"/>
            <w:shd w:val="clear" w:color="auto" w:fill="FAFAFA"/>
            <w:tcMar>
              <w:top w:w="70" w:type="dxa"/>
              <w:left w:w="85" w:type="dxa"/>
              <w:bottom w:w="70" w:type="dxa"/>
              <w:right w:w="85" w:type="dxa"/>
            </w:tcMar>
            <w:vAlign w:val="center"/>
          </w:tcPr>
          <w:p w14:paraId="6E6F09E9" w14:textId="77777777" w:rsidR="00453E5B" w:rsidRDefault="00000000">
            <w:pPr>
              <w:spacing w:after="0" w:line="240" w:lineRule="auto"/>
            </w:pPr>
            <w:r>
              <w:rPr>
                <w:sz w:val="16"/>
              </w:rPr>
              <w:t>Acces</w:t>
            </w:r>
          </w:p>
        </w:tc>
        <w:tc>
          <w:tcPr>
            <w:tcW w:w="7370" w:type="dxa"/>
            <w:shd w:val="clear" w:color="auto" w:fill="FAFAFA"/>
            <w:tcMar>
              <w:top w:w="70" w:type="dxa"/>
              <w:left w:w="85" w:type="dxa"/>
              <w:bottom w:w="70" w:type="dxa"/>
              <w:right w:w="85" w:type="dxa"/>
            </w:tcMar>
            <w:vAlign w:val="center"/>
          </w:tcPr>
          <w:p w14:paraId="34DC1E17" w14:textId="77777777" w:rsidR="00453E5B" w:rsidRDefault="00000000">
            <w:pPr>
              <w:spacing w:after="0" w:line="240" w:lineRule="auto"/>
            </w:pPr>
            <w:r>
              <w:rPr>
                <w:sz w:val="16"/>
              </w:rPr>
              <w:t>Roluri, permisiuni și retragerea accesului la schimbarea rolului ori încetarea colaborării.</w:t>
            </w:r>
          </w:p>
        </w:tc>
      </w:tr>
      <w:tr w:rsidR="00453E5B" w14:paraId="02AEAB8F" w14:textId="77777777">
        <w:trPr>
          <w:cantSplit/>
          <w:jc w:val="center"/>
        </w:trPr>
        <w:tc>
          <w:tcPr>
            <w:tcW w:w="2551" w:type="dxa"/>
            <w:shd w:val="clear" w:color="auto" w:fill="FFFFFF"/>
            <w:tcMar>
              <w:top w:w="70" w:type="dxa"/>
              <w:left w:w="85" w:type="dxa"/>
              <w:bottom w:w="70" w:type="dxa"/>
              <w:right w:w="85" w:type="dxa"/>
            </w:tcMar>
            <w:vAlign w:val="center"/>
          </w:tcPr>
          <w:p w14:paraId="3EC60AE8" w14:textId="77777777" w:rsidR="00453E5B" w:rsidRDefault="00000000">
            <w:pPr>
              <w:spacing w:after="0" w:line="240" w:lineRule="auto"/>
            </w:pPr>
            <w:r>
              <w:rPr>
                <w:sz w:val="16"/>
              </w:rPr>
              <w:t>Integritate</w:t>
            </w:r>
          </w:p>
        </w:tc>
        <w:tc>
          <w:tcPr>
            <w:tcW w:w="7370" w:type="dxa"/>
            <w:shd w:val="clear" w:color="auto" w:fill="FFFFFF"/>
            <w:tcMar>
              <w:top w:w="70" w:type="dxa"/>
              <w:left w:w="85" w:type="dxa"/>
              <w:bottom w:w="70" w:type="dxa"/>
              <w:right w:w="85" w:type="dxa"/>
            </w:tcMar>
            <w:vAlign w:val="center"/>
          </w:tcPr>
          <w:p w14:paraId="4E9D46B7" w14:textId="77777777" w:rsidR="00453E5B" w:rsidRDefault="00000000">
            <w:pPr>
              <w:spacing w:after="0" w:line="240" w:lineRule="auto"/>
            </w:pPr>
            <w:r>
              <w:rPr>
                <w:sz w:val="16"/>
              </w:rPr>
              <w:t>Istoric al modificărilor, aprobări trasabile și protecție împotriva suprascrierii sau ștergerii neautorizate.</w:t>
            </w:r>
          </w:p>
        </w:tc>
      </w:tr>
      <w:tr w:rsidR="00453E5B" w14:paraId="562C407A" w14:textId="77777777">
        <w:trPr>
          <w:cantSplit/>
          <w:jc w:val="center"/>
        </w:trPr>
        <w:tc>
          <w:tcPr>
            <w:tcW w:w="2551" w:type="dxa"/>
            <w:shd w:val="clear" w:color="auto" w:fill="FAFAFA"/>
            <w:tcMar>
              <w:top w:w="70" w:type="dxa"/>
              <w:left w:w="85" w:type="dxa"/>
              <w:bottom w:w="70" w:type="dxa"/>
              <w:right w:w="85" w:type="dxa"/>
            </w:tcMar>
            <w:vAlign w:val="center"/>
          </w:tcPr>
          <w:p w14:paraId="01F82E99" w14:textId="77777777" w:rsidR="00453E5B" w:rsidRDefault="00000000">
            <w:pPr>
              <w:spacing w:after="0" w:line="240" w:lineRule="auto"/>
            </w:pPr>
            <w:r>
              <w:rPr>
                <w:sz w:val="16"/>
              </w:rPr>
              <w:t>Disponibilitate</w:t>
            </w:r>
          </w:p>
        </w:tc>
        <w:tc>
          <w:tcPr>
            <w:tcW w:w="7370" w:type="dxa"/>
            <w:shd w:val="clear" w:color="auto" w:fill="FAFAFA"/>
            <w:tcMar>
              <w:top w:w="70" w:type="dxa"/>
              <w:left w:w="85" w:type="dxa"/>
              <w:bottom w:w="70" w:type="dxa"/>
              <w:right w:w="85" w:type="dxa"/>
            </w:tcMar>
            <w:vAlign w:val="center"/>
          </w:tcPr>
          <w:p w14:paraId="2920460E" w14:textId="77777777" w:rsidR="00453E5B" w:rsidRDefault="00000000">
            <w:pPr>
              <w:spacing w:after="0" w:line="240" w:lineRule="auto"/>
            </w:pPr>
            <w:r>
              <w:rPr>
                <w:sz w:val="16"/>
              </w:rPr>
              <w:t>Backup, redundanță, mod de lucru alternativ și testarea restaurării.</w:t>
            </w:r>
          </w:p>
        </w:tc>
      </w:tr>
      <w:tr w:rsidR="00453E5B" w14:paraId="1F25A7B7" w14:textId="77777777">
        <w:trPr>
          <w:cantSplit/>
          <w:jc w:val="center"/>
        </w:trPr>
        <w:tc>
          <w:tcPr>
            <w:tcW w:w="2551" w:type="dxa"/>
            <w:shd w:val="clear" w:color="auto" w:fill="FFFFFF"/>
            <w:tcMar>
              <w:top w:w="70" w:type="dxa"/>
              <w:left w:w="85" w:type="dxa"/>
              <w:bottom w:w="70" w:type="dxa"/>
              <w:right w:w="85" w:type="dxa"/>
            </w:tcMar>
            <w:vAlign w:val="center"/>
          </w:tcPr>
          <w:p w14:paraId="7AB25FC2" w14:textId="77777777" w:rsidR="00453E5B" w:rsidRDefault="00000000">
            <w:pPr>
              <w:spacing w:after="0" w:line="240" w:lineRule="auto"/>
            </w:pPr>
            <w:r>
              <w:rPr>
                <w:sz w:val="16"/>
              </w:rPr>
              <w:t>Confidențialitate</w:t>
            </w:r>
          </w:p>
        </w:tc>
        <w:tc>
          <w:tcPr>
            <w:tcW w:w="7370" w:type="dxa"/>
            <w:shd w:val="clear" w:color="auto" w:fill="FFFFFF"/>
            <w:tcMar>
              <w:top w:w="70" w:type="dxa"/>
              <w:left w:w="85" w:type="dxa"/>
              <w:bottom w:w="70" w:type="dxa"/>
              <w:right w:w="85" w:type="dxa"/>
            </w:tcMar>
            <w:vAlign w:val="center"/>
          </w:tcPr>
          <w:p w14:paraId="281094B5" w14:textId="77777777" w:rsidR="00453E5B" w:rsidRDefault="00000000">
            <w:pPr>
              <w:spacing w:after="0" w:line="240" w:lineRule="auto"/>
            </w:pPr>
            <w:r>
              <w:rPr>
                <w:sz w:val="16"/>
              </w:rPr>
              <w:t>Clasificare, acces minim necesar și protecția datelor personale, medicale, comerciale sau de securitate.</w:t>
            </w:r>
          </w:p>
        </w:tc>
      </w:tr>
      <w:tr w:rsidR="00453E5B" w14:paraId="0F45345E" w14:textId="77777777">
        <w:trPr>
          <w:cantSplit/>
          <w:jc w:val="center"/>
        </w:trPr>
        <w:tc>
          <w:tcPr>
            <w:tcW w:w="2551" w:type="dxa"/>
            <w:shd w:val="clear" w:color="auto" w:fill="FAFAFA"/>
            <w:tcMar>
              <w:top w:w="70" w:type="dxa"/>
              <w:left w:w="85" w:type="dxa"/>
              <w:bottom w:w="70" w:type="dxa"/>
              <w:right w:w="85" w:type="dxa"/>
            </w:tcMar>
            <w:vAlign w:val="center"/>
          </w:tcPr>
          <w:p w14:paraId="029FE7A8" w14:textId="77777777" w:rsidR="00453E5B" w:rsidRDefault="00000000">
            <w:pPr>
              <w:spacing w:after="0" w:line="240" w:lineRule="auto"/>
            </w:pPr>
            <w:r>
              <w:rPr>
                <w:sz w:val="16"/>
              </w:rPr>
              <w:t>Identitate</w:t>
            </w:r>
          </w:p>
        </w:tc>
        <w:tc>
          <w:tcPr>
            <w:tcW w:w="7370" w:type="dxa"/>
            <w:shd w:val="clear" w:color="auto" w:fill="FAFAFA"/>
            <w:tcMar>
              <w:top w:w="70" w:type="dxa"/>
              <w:left w:w="85" w:type="dxa"/>
              <w:bottom w:w="70" w:type="dxa"/>
              <w:right w:w="85" w:type="dxa"/>
            </w:tcMar>
            <w:vAlign w:val="center"/>
          </w:tcPr>
          <w:p w14:paraId="4B86D925" w14:textId="77777777" w:rsidR="00453E5B" w:rsidRDefault="00000000">
            <w:pPr>
              <w:spacing w:after="0" w:line="240" w:lineRule="auto"/>
            </w:pPr>
            <w:r>
              <w:rPr>
                <w:sz w:val="16"/>
              </w:rPr>
              <w:t>Conturi individuale, autentificare și trasabilitatea persoanei care introduce, verifică ori aprobă date.</w:t>
            </w:r>
          </w:p>
        </w:tc>
      </w:tr>
      <w:tr w:rsidR="00453E5B" w14:paraId="5B4BDB7F" w14:textId="77777777">
        <w:trPr>
          <w:cantSplit/>
          <w:jc w:val="center"/>
        </w:trPr>
        <w:tc>
          <w:tcPr>
            <w:tcW w:w="2551" w:type="dxa"/>
            <w:shd w:val="clear" w:color="auto" w:fill="FFFFFF"/>
            <w:tcMar>
              <w:top w:w="70" w:type="dxa"/>
              <w:left w:w="85" w:type="dxa"/>
              <w:bottom w:w="70" w:type="dxa"/>
              <w:right w:w="85" w:type="dxa"/>
            </w:tcMar>
            <w:vAlign w:val="center"/>
          </w:tcPr>
          <w:p w14:paraId="6CF6AF0C" w14:textId="77777777" w:rsidR="00453E5B" w:rsidRDefault="00000000">
            <w:pPr>
              <w:spacing w:after="0" w:line="240" w:lineRule="auto"/>
            </w:pPr>
            <w:r>
              <w:rPr>
                <w:sz w:val="16"/>
              </w:rPr>
              <w:t>Păstrare</w:t>
            </w:r>
          </w:p>
        </w:tc>
        <w:tc>
          <w:tcPr>
            <w:tcW w:w="7370" w:type="dxa"/>
            <w:shd w:val="clear" w:color="auto" w:fill="FFFFFF"/>
            <w:tcMar>
              <w:top w:w="70" w:type="dxa"/>
              <w:left w:w="85" w:type="dxa"/>
              <w:bottom w:w="70" w:type="dxa"/>
              <w:right w:w="85" w:type="dxa"/>
            </w:tcMar>
            <w:vAlign w:val="center"/>
          </w:tcPr>
          <w:p w14:paraId="4EA64257" w14:textId="77777777" w:rsidR="00453E5B" w:rsidRDefault="00000000">
            <w:pPr>
              <w:spacing w:after="0" w:line="240" w:lineRule="auto"/>
            </w:pPr>
            <w:r>
              <w:rPr>
                <w:sz w:val="16"/>
              </w:rPr>
              <w:t>Regulile se aplică și datelor din aplicații, e-mailurilor, logurilor, fotografiilor și semnăturilor electronice.</w:t>
            </w:r>
          </w:p>
        </w:tc>
      </w:tr>
      <w:tr w:rsidR="00453E5B" w14:paraId="6ADF798D" w14:textId="77777777">
        <w:trPr>
          <w:cantSplit/>
          <w:jc w:val="center"/>
        </w:trPr>
        <w:tc>
          <w:tcPr>
            <w:tcW w:w="2551" w:type="dxa"/>
            <w:shd w:val="clear" w:color="auto" w:fill="FAFAFA"/>
            <w:tcMar>
              <w:top w:w="70" w:type="dxa"/>
              <w:left w:w="85" w:type="dxa"/>
              <w:bottom w:w="70" w:type="dxa"/>
              <w:right w:w="85" w:type="dxa"/>
            </w:tcMar>
            <w:vAlign w:val="center"/>
          </w:tcPr>
          <w:p w14:paraId="08307374" w14:textId="77777777" w:rsidR="00453E5B" w:rsidRDefault="00000000">
            <w:pPr>
              <w:spacing w:after="0" w:line="240" w:lineRule="auto"/>
            </w:pPr>
            <w:r>
              <w:rPr>
                <w:sz w:val="16"/>
              </w:rPr>
              <w:t>Migrare</w:t>
            </w:r>
          </w:p>
        </w:tc>
        <w:tc>
          <w:tcPr>
            <w:tcW w:w="7370" w:type="dxa"/>
            <w:shd w:val="clear" w:color="auto" w:fill="FAFAFA"/>
            <w:tcMar>
              <w:top w:w="70" w:type="dxa"/>
              <w:left w:w="85" w:type="dxa"/>
              <w:bottom w:w="70" w:type="dxa"/>
              <w:right w:w="85" w:type="dxa"/>
            </w:tcMar>
            <w:vAlign w:val="center"/>
          </w:tcPr>
          <w:p w14:paraId="45C9D439" w14:textId="77777777" w:rsidR="00453E5B" w:rsidRDefault="00000000">
            <w:pPr>
              <w:spacing w:after="0" w:line="240" w:lineRule="auto"/>
            </w:pPr>
            <w:r>
              <w:rPr>
                <w:sz w:val="16"/>
              </w:rPr>
              <w:t>Verificarea completitudinii, metadatelor și lizibilității la schimbarea aplicației sau furnizorului cloud.</w:t>
            </w:r>
          </w:p>
        </w:tc>
      </w:tr>
    </w:tbl>
    <w:p w14:paraId="1A47172D" w14:textId="77777777" w:rsidR="00453E5B" w:rsidRDefault="00453E5B">
      <w:pPr>
        <w:spacing w:after="20"/>
      </w:pPr>
    </w:p>
    <w:p w14:paraId="3450E40D" w14:textId="77777777" w:rsidR="00453E5B" w:rsidRDefault="00000000">
      <w:pPr>
        <w:pStyle w:val="Heading2"/>
      </w:pPr>
      <w:r>
        <w:t>Documente de origine externă</w:t>
      </w:r>
    </w:p>
    <w:p w14:paraId="1E49A43C" w14:textId="77777777" w:rsidR="00453E5B" w:rsidRDefault="00000000">
      <w:pPr>
        <w:pStyle w:val="ListBullet"/>
        <w:spacing w:after="40"/>
        <w:ind w:left="283" w:hanging="170"/>
      </w:pPr>
      <w:r>
        <w:t>Legislație și reglementări privind securitatea, protecția datelor, comunicațiile, arhivarea, serviciile digitale și raportarea incidentelor.</w:t>
      </w:r>
    </w:p>
    <w:p w14:paraId="0A2E5FA7" w14:textId="77777777" w:rsidR="00453E5B" w:rsidRDefault="00000000">
      <w:pPr>
        <w:pStyle w:val="ListBullet"/>
        <w:spacing w:after="40"/>
        <w:ind w:left="283" w:hanging="170"/>
      </w:pPr>
      <w:r>
        <w:t>Contracte, DPA, SLA, cerințe clienți, licențe și condiții ale furnizorilor cloud/tehnologie.</w:t>
      </w:r>
    </w:p>
    <w:p w14:paraId="30183295" w14:textId="77777777" w:rsidR="00453E5B" w:rsidRDefault="00000000">
      <w:pPr>
        <w:pStyle w:val="ListBullet"/>
        <w:spacing w:after="40"/>
        <w:ind w:left="283" w:hanging="170"/>
      </w:pPr>
      <w:r>
        <w:t>Standarde, framework-uri și ghiduri tehnice utilizate pentru configurare, criptografie, dezvoltare și testare.</w:t>
      </w:r>
    </w:p>
    <w:p w14:paraId="2B59385A" w14:textId="77777777" w:rsidR="00453E5B" w:rsidRDefault="00000000">
      <w:pPr>
        <w:pStyle w:val="ListBullet"/>
        <w:spacing w:after="40"/>
        <w:ind w:left="283" w:hanging="170"/>
      </w:pPr>
      <w:r>
        <w:t>Informații de vulnerabilitate, threat intelligence, advisories și documentația producătorilor.</w:t>
      </w:r>
    </w:p>
    <w:p w14:paraId="18D38D58" w14:textId="77777777" w:rsidR="00453E5B" w:rsidRDefault="00000000">
      <w:pPr>
        <w:pStyle w:val="ListBullet"/>
        <w:spacing w:after="40"/>
        <w:ind w:left="283" w:hanging="170"/>
      </w:pPr>
      <w:r>
        <w:t>Rapoarte externe de asigurare, certificate, pen-test, SOC, audituri și documente ale subprocesatorilor.</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53E5B" w14:paraId="05AA3B16" w14:textId="77777777">
        <w:trPr>
          <w:cantSplit/>
          <w:jc w:val="center"/>
        </w:trPr>
        <w:tc>
          <w:tcPr>
            <w:tcW w:w="1020" w:type="dxa"/>
            <w:shd w:val="clear" w:color="auto" w:fill="D71920"/>
            <w:tcMar>
              <w:top w:w="70" w:type="dxa"/>
              <w:left w:w="85" w:type="dxa"/>
              <w:bottom w:w="70" w:type="dxa"/>
              <w:right w:w="85" w:type="dxa"/>
            </w:tcMar>
            <w:vAlign w:val="center"/>
          </w:tcPr>
          <w:p w14:paraId="06E228BD" w14:textId="77777777" w:rsidR="00453E5B" w:rsidRDefault="00000000">
            <w:pPr>
              <w:spacing w:after="0" w:line="240" w:lineRule="auto"/>
              <w:jc w:val="center"/>
            </w:pPr>
            <w:r>
              <w:rPr>
                <w:b/>
                <w:color w:val="FFFFFF"/>
                <w:sz w:val="34"/>
              </w:rPr>
              <w:t>9</w:t>
            </w:r>
          </w:p>
        </w:tc>
        <w:tc>
          <w:tcPr>
            <w:tcW w:w="8901" w:type="dxa"/>
            <w:shd w:val="clear" w:color="auto" w:fill="F3F4F5"/>
          </w:tcPr>
          <w:p w14:paraId="2D417DE1" w14:textId="77777777" w:rsidR="00453E5B" w:rsidRDefault="00000000">
            <w:pPr>
              <w:spacing w:after="20"/>
            </w:pPr>
            <w:r>
              <w:rPr>
                <w:b/>
                <w:sz w:val="27"/>
              </w:rPr>
              <w:t>Set minim pentru o organizație mică</w:t>
            </w:r>
          </w:p>
          <w:p w14:paraId="4486E273" w14:textId="77777777" w:rsidR="00453E5B" w:rsidRDefault="00000000">
            <w:pPr>
              <w:spacing w:after="0"/>
            </w:pPr>
            <w:r>
              <w:rPr>
                <w:color w:val="666666"/>
                <w:sz w:val="16"/>
              </w:rPr>
              <w:t>Un sistem compact poate fi conform dacă este coerent, utilizat și susținut de dovezi</w:t>
            </w:r>
          </w:p>
        </w:tc>
      </w:tr>
    </w:tbl>
    <w:p w14:paraId="6EA95E48" w14:textId="77777777" w:rsidR="00453E5B" w:rsidRDefault="00453E5B">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3628"/>
        <w:gridCol w:w="5613"/>
      </w:tblGrid>
      <w:tr w:rsidR="00453E5B" w14:paraId="33F3C29E" w14:textId="77777777">
        <w:trPr>
          <w:tblHeader/>
          <w:jc w:val="center"/>
        </w:trPr>
        <w:tc>
          <w:tcPr>
            <w:tcW w:w="680" w:type="dxa"/>
            <w:shd w:val="clear" w:color="auto" w:fill="D71920"/>
            <w:tcMar>
              <w:top w:w="70" w:type="dxa"/>
              <w:left w:w="85" w:type="dxa"/>
              <w:bottom w:w="70" w:type="dxa"/>
              <w:right w:w="85" w:type="dxa"/>
            </w:tcMar>
            <w:vAlign w:val="center"/>
          </w:tcPr>
          <w:p w14:paraId="7292DF32" w14:textId="77777777" w:rsidR="00453E5B" w:rsidRDefault="00000000">
            <w:pPr>
              <w:spacing w:after="0" w:line="240" w:lineRule="auto"/>
              <w:jc w:val="center"/>
            </w:pPr>
            <w:r>
              <w:rPr>
                <w:b/>
                <w:color w:val="FFFFFF"/>
                <w:sz w:val="15"/>
              </w:rPr>
              <w:t>#</w:t>
            </w:r>
          </w:p>
        </w:tc>
        <w:tc>
          <w:tcPr>
            <w:tcW w:w="3628" w:type="dxa"/>
            <w:shd w:val="clear" w:color="auto" w:fill="D71920"/>
            <w:tcMar>
              <w:top w:w="70" w:type="dxa"/>
              <w:left w:w="85" w:type="dxa"/>
              <w:bottom w:w="70" w:type="dxa"/>
              <w:right w:w="85" w:type="dxa"/>
            </w:tcMar>
            <w:vAlign w:val="center"/>
          </w:tcPr>
          <w:p w14:paraId="078988DD" w14:textId="77777777" w:rsidR="00453E5B" w:rsidRDefault="00000000">
            <w:pPr>
              <w:spacing w:after="0" w:line="240" w:lineRule="auto"/>
              <w:jc w:val="center"/>
            </w:pPr>
            <w:r>
              <w:rPr>
                <w:b/>
                <w:color w:val="FFFFFF"/>
                <w:sz w:val="15"/>
              </w:rPr>
              <w:t>DOCUMENT / REGISTRU</w:t>
            </w:r>
          </w:p>
        </w:tc>
        <w:tc>
          <w:tcPr>
            <w:tcW w:w="5613" w:type="dxa"/>
            <w:shd w:val="clear" w:color="auto" w:fill="D71920"/>
            <w:tcMar>
              <w:top w:w="70" w:type="dxa"/>
              <w:left w:w="85" w:type="dxa"/>
              <w:bottom w:w="70" w:type="dxa"/>
              <w:right w:w="85" w:type="dxa"/>
            </w:tcMar>
            <w:vAlign w:val="center"/>
          </w:tcPr>
          <w:p w14:paraId="425437F6" w14:textId="77777777" w:rsidR="00453E5B" w:rsidRDefault="00000000">
            <w:pPr>
              <w:spacing w:after="0" w:line="240" w:lineRule="auto"/>
              <w:jc w:val="center"/>
            </w:pPr>
            <w:r>
              <w:rPr>
                <w:b/>
                <w:color w:val="FFFFFF"/>
                <w:sz w:val="15"/>
              </w:rPr>
              <w:t>MOD COMPACT</w:t>
            </w:r>
          </w:p>
        </w:tc>
      </w:tr>
      <w:tr w:rsidR="00453E5B" w14:paraId="1BB45CC8" w14:textId="77777777">
        <w:trPr>
          <w:cantSplit/>
          <w:jc w:val="center"/>
        </w:trPr>
        <w:tc>
          <w:tcPr>
            <w:tcW w:w="680" w:type="dxa"/>
            <w:shd w:val="clear" w:color="auto" w:fill="FFFFFF"/>
            <w:tcMar>
              <w:top w:w="70" w:type="dxa"/>
              <w:left w:w="85" w:type="dxa"/>
              <w:bottom w:w="70" w:type="dxa"/>
              <w:right w:w="85" w:type="dxa"/>
            </w:tcMar>
            <w:vAlign w:val="center"/>
          </w:tcPr>
          <w:p w14:paraId="297DF09B" w14:textId="77777777" w:rsidR="00453E5B" w:rsidRDefault="00000000">
            <w:pPr>
              <w:spacing w:after="0" w:line="240" w:lineRule="auto"/>
              <w:jc w:val="center"/>
            </w:pPr>
            <w:r>
              <w:rPr>
                <w:sz w:val="15"/>
              </w:rPr>
              <w:t>1</w:t>
            </w:r>
          </w:p>
        </w:tc>
        <w:tc>
          <w:tcPr>
            <w:tcW w:w="3628" w:type="dxa"/>
            <w:shd w:val="clear" w:color="auto" w:fill="FFFFFF"/>
            <w:tcMar>
              <w:top w:w="70" w:type="dxa"/>
              <w:left w:w="85" w:type="dxa"/>
              <w:bottom w:w="70" w:type="dxa"/>
              <w:right w:w="85" w:type="dxa"/>
            </w:tcMar>
            <w:vAlign w:val="center"/>
          </w:tcPr>
          <w:p w14:paraId="5F842F8A" w14:textId="77777777" w:rsidR="00453E5B" w:rsidRDefault="00000000">
            <w:pPr>
              <w:spacing w:after="0" w:line="240" w:lineRule="auto"/>
            </w:pPr>
            <w:r>
              <w:rPr>
                <w:sz w:val="15"/>
              </w:rPr>
              <w:t>Domeniu, politică, roluri și obiective</w:t>
            </w:r>
          </w:p>
        </w:tc>
        <w:tc>
          <w:tcPr>
            <w:tcW w:w="5613" w:type="dxa"/>
            <w:shd w:val="clear" w:color="auto" w:fill="FFFFFF"/>
            <w:tcMar>
              <w:top w:w="70" w:type="dxa"/>
              <w:left w:w="85" w:type="dxa"/>
              <w:bottom w:w="70" w:type="dxa"/>
              <w:right w:w="85" w:type="dxa"/>
            </w:tcMar>
            <w:vAlign w:val="center"/>
          </w:tcPr>
          <w:p w14:paraId="6D20BB0A" w14:textId="77777777" w:rsidR="00453E5B" w:rsidRDefault="00000000">
            <w:pPr>
              <w:spacing w:after="0" w:line="240" w:lineRule="auto"/>
            </w:pPr>
            <w:r>
              <w:rPr>
                <w:sz w:val="15"/>
              </w:rPr>
              <w:t>Un document de guvernanță SMSI.</w:t>
            </w:r>
          </w:p>
        </w:tc>
      </w:tr>
      <w:tr w:rsidR="00453E5B" w14:paraId="762E85A0" w14:textId="77777777">
        <w:trPr>
          <w:cantSplit/>
          <w:jc w:val="center"/>
        </w:trPr>
        <w:tc>
          <w:tcPr>
            <w:tcW w:w="680" w:type="dxa"/>
            <w:shd w:val="clear" w:color="auto" w:fill="FAFAFA"/>
            <w:tcMar>
              <w:top w:w="70" w:type="dxa"/>
              <w:left w:w="85" w:type="dxa"/>
              <w:bottom w:w="70" w:type="dxa"/>
              <w:right w:w="85" w:type="dxa"/>
            </w:tcMar>
            <w:vAlign w:val="center"/>
          </w:tcPr>
          <w:p w14:paraId="715818BB" w14:textId="77777777" w:rsidR="00453E5B" w:rsidRDefault="00000000">
            <w:pPr>
              <w:spacing w:after="0" w:line="240" w:lineRule="auto"/>
              <w:jc w:val="center"/>
            </w:pPr>
            <w:r>
              <w:rPr>
                <w:sz w:val="15"/>
              </w:rPr>
              <w:t>2</w:t>
            </w:r>
          </w:p>
        </w:tc>
        <w:tc>
          <w:tcPr>
            <w:tcW w:w="3628" w:type="dxa"/>
            <w:shd w:val="clear" w:color="auto" w:fill="FAFAFA"/>
            <w:tcMar>
              <w:top w:w="70" w:type="dxa"/>
              <w:left w:w="85" w:type="dxa"/>
              <w:bottom w:w="70" w:type="dxa"/>
              <w:right w:w="85" w:type="dxa"/>
            </w:tcMar>
            <w:vAlign w:val="center"/>
          </w:tcPr>
          <w:p w14:paraId="5BB9A0FD" w14:textId="77777777" w:rsidR="00453E5B" w:rsidRDefault="00000000">
            <w:pPr>
              <w:spacing w:after="0" w:line="240" w:lineRule="auto"/>
            </w:pPr>
            <w:r>
              <w:rPr>
                <w:sz w:val="15"/>
              </w:rPr>
              <w:t>Metodologie și registru de riscuri</w:t>
            </w:r>
          </w:p>
        </w:tc>
        <w:tc>
          <w:tcPr>
            <w:tcW w:w="5613" w:type="dxa"/>
            <w:shd w:val="clear" w:color="auto" w:fill="FAFAFA"/>
            <w:tcMar>
              <w:top w:w="70" w:type="dxa"/>
              <w:left w:w="85" w:type="dxa"/>
              <w:bottom w:w="70" w:type="dxa"/>
              <w:right w:w="85" w:type="dxa"/>
            </w:tcMar>
            <w:vAlign w:val="center"/>
          </w:tcPr>
          <w:p w14:paraId="7B61E8D7" w14:textId="77777777" w:rsidR="00453E5B" w:rsidRDefault="00000000">
            <w:pPr>
              <w:spacing w:after="0" w:line="240" w:lineRule="auto"/>
            </w:pPr>
            <w:r>
              <w:rPr>
                <w:sz w:val="15"/>
              </w:rPr>
              <w:t>Un instrument comun cu criterii și proprietari.</w:t>
            </w:r>
          </w:p>
        </w:tc>
      </w:tr>
      <w:tr w:rsidR="00453E5B" w14:paraId="36C87D8F" w14:textId="77777777">
        <w:trPr>
          <w:cantSplit/>
          <w:jc w:val="center"/>
        </w:trPr>
        <w:tc>
          <w:tcPr>
            <w:tcW w:w="680" w:type="dxa"/>
            <w:shd w:val="clear" w:color="auto" w:fill="FFFFFF"/>
            <w:tcMar>
              <w:top w:w="70" w:type="dxa"/>
              <w:left w:w="85" w:type="dxa"/>
              <w:bottom w:w="70" w:type="dxa"/>
              <w:right w:w="85" w:type="dxa"/>
            </w:tcMar>
            <w:vAlign w:val="center"/>
          </w:tcPr>
          <w:p w14:paraId="71C93F56" w14:textId="77777777" w:rsidR="00453E5B" w:rsidRDefault="00000000">
            <w:pPr>
              <w:spacing w:after="0" w:line="240" w:lineRule="auto"/>
              <w:jc w:val="center"/>
            </w:pPr>
            <w:r>
              <w:rPr>
                <w:sz w:val="15"/>
              </w:rPr>
              <w:t>3</w:t>
            </w:r>
          </w:p>
        </w:tc>
        <w:tc>
          <w:tcPr>
            <w:tcW w:w="3628" w:type="dxa"/>
            <w:shd w:val="clear" w:color="auto" w:fill="FFFFFF"/>
            <w:tcMar>
              <w:top w:w="70" w:type="dxa"/>
              <w:left w:w="85" w:type="dxa"/>
              <w:bottom w:w="70" w:type="dxa"/>
              <w:right w:w="85" w:type="dxa"/>
            </w:tcMar>
            <w:vAlign w:val="center"/>
          </w:tcPr>
          <w:p w14:paraId="508FBBF4" w14:textId="77777777" w:rsidR="00453E5B" w:rsidRDefault="00000000">
            <w:pPr>
              <w:spacing w:after="0" w:line="240" w:lineRule="auto"/>
            </w:pPr>
            <w:r>
              <w:rPr>
                <w:sz w:val="15"/>
              </w:rPr>
              <w:t>Plan tratament și SoA</w:t>
            </w:r>
          </w:p>
        </w:tc>
        <w:tc>
          <w:tcPr>
            <w:tcW w:w="5613" w:type="dxa"/>
            <w:shd w:val="clear" w:color="auto" w:fill="FFFFFF"/>
            <w:tcMar>
              <w:top w:w="70" w:type="dxa"/>
              <w:left w:w="85" w:type="dxa"/>
              <w:bottom w:w="70" w:type="dxa"/>
              <w:right w:w="85" w:type="dxa"/>
            </w:tcMar>
            <w:vAlign w:val="center"/>
          </w:tcPr>
          <w:p w14:paraId="352A6744" w14:textId="77777777" w:rsidR="00453E5B" w:rsidRDefault="00000000">
            <w:pPr>
              <w:spacing w:after="0" w:line="240" w:lineRule="auto"/>
            </w:pPr>
            <w:r>
              <w:rPr>
                <w:sz w:val="15"/>
              </w:rPr>
              <w:t>Tabel integrat, cu stare și dovezi.</w:t>
            </w:r>
          </w:p>
        </w:tc>
      </w:tr>
      <w:tr w:rsidR="00453E5B" w14:paraId="456136A9" w14:textId="77777777">
        <w:trPr>
          <w:cantSplit/>
          <w:jc w:val="center"/>
        </w:trPr>
        <w:tc>
          <w:tcPr>
            <w:tcW w:w="680" w:type="dxa"/>
            <w:shd w:val="clear" w:color="auto" w:fill="FAFAFA"/>
            <w:tcMar>
              <w:top w:w="70" w:type="dxa"/>
              <w:left w:w="85" w:type="dxa"/>
              <w:bottom w:w="70" w:type="dxa"/>
              <w:right w:w="85" w:type="dxa"/>
            </w:tcMar>
            <w:vAlign w:val="center"/>
          </w:tcPr>
          <w:p w14:paraId="4485B955" w14:textId="77777777" w:rsidR="00453E5B" w:rsidRDefault="00000000">
            <w:pPr>
              <w:spacing w:after="0" w:line="240" w:lineRule="auto"/>
              <w:jc w:val="center"/>
            </w:pPr>
            <w:r>
              <w:rPr>
                <w:sz w:val="15"/>
              </w:rPr>
              <w:t>4</w:t>
            </w:r>
          </w:p>
        </w:tc>
        <w:tc>
          <w:tcPr>
            <w:tcW w:w="3628" w:type="dxa"/>
            <w:shd w:val="clear" w:color="auto" w:fill="FAFAFA"/>
            <w:tcMar>
              <w:top w:w="70" w:type="dxa"/>
              <w:left w:w="85" w:type="dxa"/>
              <w:bottom w:w="70" w:type="dxa"/>
              <w:right w:w="85" w:type="dxa"/>
            </w:tcMar>
            <w:vAlign w:val="center"/>
          </w:tcPr>
          <w:p w14:paraId="5923B84F" w14:textId="77777777" w:rsidR="00453E5B" w:rsidRDefault="00000000">
            <w:pPr>
              <w:spacing w:after="0" w:line="240" w:lineRule="auto"/>
            </w:pPr>
            <w:r>
              <w:rPr>
                <w:sz w:val="15"/>
              </w:rPr>
              <w:t>Registru obligații și furnizori</w:t>
            </w:r>
          </w:p>
        </w:tc>
        <w:tc>
          <w:tcPr>
            <w:tcW w:w="5613" w:type="dxa"/>
            <w:shd w:val="clear" w:color="auto" w:fill="FAFAFA"/>
            <w:tcMar>
              <w:top w:w="70" w:type="dxa"/>
              <w:left w:w="85" w:type="dxa"/>
              <w:bottom w:w="70" w:type="dxa"/>
              <w:right w:w="85" w:type="dxa"/>
            </w:tcMar>
            <w:vAlign w:val="center"/>
          </w:tcPr>
          <w:p w14:paraId="4A62A503" w14:textId="77777777" w:rsidR="00453E5B" w:rsidRDefault="00000000">
            <w:pPr>
              <w:spacing w:after="0" w:line="240" w:lineRule="auto"/>
            </w:pPr>
            <w:r>
              <w:rPr>
                <w:sz w:val="15"/>
              </w:rPr>
              <w:t>Cerințe, controale, contracte și monitorizare.</w:t>
            </w:r>
          </w:p>
        </w:tc>
      </w:tr>
      <w:tr w:rsidR="00453E5B" w14:paraId="66710535" w14:textId="77777777">
        <w:trPr>
          <w:cantSplit/>
          <w:jc w:val="center"/>
        </w:trPr>
        <w:tc>
          <w:tcPr>
            <w:tcW w:w="680" w:type="dxa"/>
            <w:shd w:val="clear" w:color="auto" w:fill="FFFFFF"/>
            <w:tcMar>
              <w:top w:w="70" w:type="dxa"/>
              <w:left w:w="85" w:type="dxa"/>
              <w:bottom w:w="70" w:type="dxa"/>
              <w:right w:w="85" w:type="dxa"/>
            </w:tcMar>
            <w:vAlign w:val="center"/>
          </w:tcPr>
          <w:p w14:paraId="3D7AD1AE" w14:textId="77777777" w:rsidR="00453E5B" w:rsidRDefault="00000000">
            <w:pPr>
              <w:spacing w:after="0" w:line="240" w:lineRule="auto"/>
              <w:jc w:val="center"/>
            </w:pPr>
            <w:r>
              <w:rPr>
                <w:sz w:val="15"/>
              </w:rPr>
              <w:t>5</w:t>
            </w:r>
          </w:p>
        </w:tc>
        <w:tc>
          <w:tcPr>
            <w:tcW w:w="3628" w:type="dxa"/>
            <w:shd w:val="clear" w:color="auto" w:fill="FFFFFF"/>
            <w:tcMar>
              <w:top w:w="70" w:type="dxa"/>
              <w:left w:w="85" w:type="dxa"/>
              <w:bottom w:w="70" w:type="dxa"/>
              <w:right w:w="85" w:type="dxa"/>
            </w:tcMar>
            <w:vAlign w:val="center"/>
          </w:tcPr>
          <w:p w14:paraId="2BCAC359" w14:textId="77777777" w:rsidR="00453E5B" w:rsidRDefault="00000000">
            <w:pPr>
              <w:spacing w:after="0" w:line="240" w:lineRule="auto"/>
            </w:pPr>
            <w:r>
              <w:rPr>
                <w:sz w:val="15"/>
              </w:rPr>
              <w:t>Active, informații și acces</w:t>
            </w:r>
          </w:p>
        </w:tc>
        <w:tc>
          <w:tcPr>
            <w:tcW w:w="5613" w:type="dxa"/>
            <w:shd w:val="clear" w:color="auto" w:fill="FFFFFF"/>
            <w:tcMar>
              <w:top w:w="70" w:type="dxa"/>
              <w:left w:w="85" w:type="dxa"/>
              <w:bottom w:w="70" w:type="dxa"/>
              <w:right w:w="85" w:type="dxa"/>
            </w:tcMar>
            <w:vAlign w:val="center"/>
          </w:tcPr>
          <w:p w14:paraId="1CB4FD95" w14:textId="77777777" w:rsidR="00453E5B" w:rsidRDefault="00000000">
            <w:pPr>
              <w:spacing w:after="0" w:line="240" w:lineRule="auto"/>
            </w:pPr>
            <w:r>
              <w:rPr>
                <w:sz w:val="15"/>
              </w:rPr>
              <w:t>Inventar compact + reguli joiner-mover-leaver și recertificări.</w:t>
            </w:r>
          </w:p>
        </w:tc>
      </w:tr>
      <w:tr w:rsidR="00453E5B" w14:paraId="3AFE74B7" w14:textId="77777777">
        <w:trPr>
          <w:cantSplit/>
          <w:jc w:val="center"/>
        </w:trPr>
        <w:tc>
          <w:tcPr>
            <w:tcW w:w="680" w:type="dxa"/>
            <w:shd w:val="clear" w:color="auto" w:fill="FAFAFA"/>
            <w:tcMar>
              <w:top w:w="70" w:type="dxa"/>
              <w:left w:w="85" w:type="dxa"/>
              <w:bottom w:w="70" w:type="dxa"/>
              <w:right w:w="85" w:type="dxa"/>
            </w:tcMar>
            <w:vAlign w:val="center"/>
          </w:tcPr>
          <w:p w14:paraId="18E1B86B" w14:textId="77777777" w:rsidR="00453E5B" w:rsidRDefault="00000000">
            <w:pPr>
              <w:spacing w:after="0" w:line="240" w:lineRule="auto"/>
              <w:jc w:val="center"/>
            </w:pPr>
            <w:r>
              <w:rPr>
                <w:sz w:val="15"/>
              </w:rPr>
              <w:t>6</w:t>
            </w:r>
          </w:p>
        </w:tc>
        <w:tc>
          <w:tcPr>
            <w:tcW w:w="3628" w:type="dxa"/>
            <w:shd w:val="clear" w:color="auto" w:fill="FAFAFA"/>
            <w:tcMar>
              <w:top w:w="70" w:type="dxa"/>
              <w:left w:w="85" w:type="dxa"/>
              <w:bottom w:w="70" w:type="dxa"/>
              <w:right w:w="85" w:type="dxa"/>
            </w:tcMar>
            <w:vAlign w:val="center"/>
          </w:tcPr>
          <w:p w14:paraId="266CA582" w14:textId="77777777" w:rsidR="00453E5B" w:rsidRDefault="00000000">
            <w:pPr>
              <w:spacing w:after="0" w:line="240" w:lineRule="auto"/>
            </w:pPr>
            <w:r>
              <w:rPr>
                <w:sz w:val="15"/>
              </w:rPr>
              <w:t>Operațiuni IT de bază</w:t>
            </w:r>
          </w:p>
        </w:tc>
        <w:tc>
          <w:tcPr>
            <w:tcW w:w="5613" w:type="dxa"/>
            <w:shd w:val="clear" w:color="auto" w:fill="FAFAFA"/>
            <w:tcMar>
              <w:top w:w="70" w:type="dxa"/>
              <w:left w:w="85" w:type="dxa"/>
              <w:bottom w:w="70" w:type="dxa"/>
              <w:right w:w="85" w:type="dxa"/>
            </w:tcMar>
            <w:vAlign w:val="center"/>
          </w:tcPr>
          <w:p w14:paraId="31162E64" w14:textId="77777777" w:rsidR="00453E5B" w:rsidRDefault="00000000">
            <w:pPr>
              <w:spacing w:after="0" w:line="240" w:lineRule="auto"/>
            </w:pPr>
            <w:r>
              <w:rPr>
                <w:sz w:val="15"/>
              </w:rPr>
              <w:t>Schimbări, vulnerabilități, backup, loguri, incidente și continuitate.</w:t>
            </w:r>
          </w:p>
        </w:tc>
      </w:tr>
      <w:tr w:rsidR="00453E5B" w14:paraId="3CC2B84F" w14:textId="77777777">
        <w:trPr>
          <w:cantSplit/>
          <w:jc w:val="center"/>
        </w:trPr>
        <w:tc>
          <w:tcPr>
            <w:tcW w:w="680" w:type="dxa"/>
            <w:shd w:val="clear" w:color="auto" w:fill="FFFFFF"/>
            <w:tcMar>
              <w:top w:w="70" w:type="dxa"/>
              <w:left w:w="85" w:type="dxa"/>
              <w:bottom w:w="70" w:type="dxa"/>
              <w:right w:w="85" w:type="dxa"/>
            </w:tcMar>
            <w:vAlign w:val="center"/>
          </w:tcPr>
          <w:p w14:paraId="4ED067C5" w14:textId="77777777" w:rsidR="00453E5B" w:rsidRDefault="00000000">
            <w:pPr>
              <w:spacing w:after="0" w:line="240" w:lineRule="auto"/>
              <w:jc w:val="center"/>
            </w:pPr>
            <w:r>
              <w:rPr>
                <w:sz w:val="15"/>
              </w:rPr>
              <w:t>7</w:t>
            </w:r>
          </w:p>
        </w:tc>
        <w:tc>
          <w:tcPr>
            <w:tcW w:w="3628" w:type="dxa"/>
            <w:shd w:val="clear" w:color="auto" w:fill="FFFFFF"/>
            <w:tcMar>
              <w:top w:w="70" w:type="dxa"/>
              <w:left w:w="85" w:type="dxa"/>
              <w:bottom w:w="70" w:type="dxa"/>
              <w:right w:w="85" w:type="dxa"/>
            </w:tcMar>
            <w:vAlign w:val="center"/>
          </w:tcPr>
          <w:p w14:paraId="2C29E1DC" w14:textId="77777777" w:rsidR="00453E5B" w:rsidRDefault="00000000">
            <w:pPr>
              <w:spacing w:after="0" w:line="240" w:lineRule="auto"/>
            </w:pPr>
            <w:r>
              <w:rPr>
                <w:sz w:val="15"/>
              </w:rPr>
              <w:t>Monitorizare, audit și management review</w:t>
            </w:r>
          </w:p>
        </w:tc>
        <w:tc>
          <w:tcPr>
            <w:tcW w:w="5613" w:type="dxa"/>
            <w:shd w:val="clear" w:color="auto" w:fill="FFFFFF"/>
            <w:tcMar>
              <w:top w:w="70" w:type="dxa"/>
              <w:left w:w="85" w:type="dxa"/>
              <w:bottom w:w="70" w:type="dxa"/>
              <w:right w:w="85" w:type="dxa"/>
            </w:tcMar>
            <w:vAlign w:val="center"/>
          </w:tcPr>
          <w:p w14:paraId="5DCA80F9" w14:textId="77777777" w:rsidR="00453E5B" w:rsidRDefault="00000000">
            <w:pPr>
              <w:spacing w:after="0" w:line="240" w:lineRule="auto"/>
            </w:pPr>
            <w:r>
              <w:rPr>
                <w:sz w:val="15"/>
              </w:rPr>
              <w:t>Calendar comun + rapoarte și decizii.</w:t>
            </w:r>
          </w:p>
        </w:tc>
      </w:tr>
      <w:tr w:rsidR="00453E5B" w14:paraId="74C33CBE" w14:textId="77777777">
        <w:trPr>
          <w:cantSplit/>
          <w:jc w:val="center"/>
        </w:trPr>
        <w:tc>
          <w:tcPr>
            <w:tcW w:w="680" w:type="dxa"/>
            <w:shd w:val="clear" w:color="auto" w:fill="FAFAFA"/>
            <w:tcMar>
              <w:top w:w="70" w:type="dxa"/>
              <w:left w:w="85" w:type="dxa"/>
              <w:bottom w:w="70" w:type="dxa"/>
              <w:right w:w="85" w:type="dxa"/>
            </w:tcMar>
            <w:vAlign w:val="center"/>
          </w:tcPr>
          <w:p w14:paraId="15257F1A" w14:textId="77777777" w:rsidR="00453E5B" w:rsidRDefault="00000000">
            <w:pPr>
              <w:spacing w:after="0" w:line="240" w:lineRule="auto"/>
              <w:jc w:val="center"/>
            </w:pPr>
            <w:r>
              <w:rPr>
                <w:sz w:val="15"/>
              </w:rPr>
              <w:lastRenderedPageBreak/>
              <w:t>8</w:t>
            </w:r>
          </w:p>
        </w:tc>
        <w:tc>
          <w:tcPr>
            <w:tcW w:w="3628" w:type="dxa"/>
            <w:shd w:val="clear" w:color="auto" w:fill="FAFAFA"/>
            <w:tcMar>
              <w:top w:w="70" w:type="dxa"/>
              <w:left w:w="85" w:type="dxa"/>
              <w:bottom w:w="70" w:type="dxa"/>
              <w:right w:w="85" w:type="dxa"/>
            </w:tcMar>
            <w:vAlign w:val="center"/>
          </w:tcPr>
          <w:p w14:paraId="5A89B819" w14:textId="77777777" w:rsidR="00453E5B" w:rsidRDefault="00000000">
            <w:pPr>
              <w:spacing w:after="0" w:line="240" w:lineRule="auto"/>
            </w:pPr>
            <w:r>
              <w:rPr>
                <w:sz w:val="15"/>
              </w:rPr>
              <w:t>Neconformități, excepții și acțiuni</w:t>
            </w:r>
          </w:p>
        </w:tc>
        <w:tc>
          <w:tcPr>
            <w:tcW w:w="5613" w:type="dxa"/>
            <w:shd w:val="clear" w:color="auto" w:fill="FAFAFA"/>
            <w:tcMar>
              <w:top w:w="70" w:type="dxa"/>
              <w:left w:w="85" w:type="dxa"/>
              <w:bottom w:w="70" w:type="dxa"/>
              <w:right w:w="85" w:type="dxa"/>
            </w:tcMar>
            <w:vAlign w:val="center"/>
          </w:tcPr>
          <w:p w14:paraId="70688500" w14:textId="77777777" w:rsidR="00453E5B" w:rsidRDefault="00000000">
            <w:pPr>
              <w:spacing w:after="0" w:line="240" w:lineRule="auto"/>
            </w:pPr>
            <w:r>
              <w:rPr>
                <w:sz w:val="15"/>
              </w:rPr>
              <w:t>Registru unic cu termene și eficacitate.</w:t>
            </w:r>
          </w:p>
        </w:tc>
      </w:tr>
    </w:tbl>
    <w:p w14:paraId="00FE4D06" w14:textId="77777777" w:rsidR="00453E5B" w:rsidRDefault="00453E5B">
      <w:pPr>
        <w:spacing w:after="20"/>
      </w:pPr>
    </w:p>
    <w:p w14:paraId="36DD865E" w14:textId="77777777" w:rsidR="00453E5B" w:rsidRDefault="00000000">
      <w:pPr>
        <w:pStyle w:val="Heading2"/>
      </w:pPr>
      <w:r>
        <w:t>Când trebuie crescut nivelul de documentare</w:t>
      </w:r>
    </w:p>
    <w:p w14:paraId="6B789DE9" w14:textId="77777777" w:rsidR="00453E5B" w:rsidRDefault="00000000">
      <w:pPr>
        <w:pStyle w:val="ListBullet"/>
        <w:spacing w:after="40"/>
        <w:ind w:left="283" w:hanging="170"/>
      </w:pPr>
      <w:r>
        <w:t>Activitățile au risc ridicat, consecințe severe, cerințe de autorizare sau criterii tehnice complexe.</w:t>
      </w:r>
    </w:p>
    <w:p w14:paraId="0D4EF02E" w14:textId="77777777" w:rsidR="00453E5B" w:rsidRDefault="00000000">
      <w:pPr>
        <w:pStyle w:val="ListBullet"/>
        <w:spacing w:after="40"/>
        <w:ind w:left="283" w:hanging="170"/>
      </w:pPr>
      <w:r>
        <w:t>Există multe locații, schimburi, contractanți, limbi ori niveluri diferite de competență.</w:t>
      </w:r>
    </w:p>
    <w:p w14:paraId="2860C3FE" w14:textId="77777777" w:rsidR="00453E5B" w:rsidRDefault="00000000">
      <w:pPr>
        <w:pStyle w:val="ListBullet"/>
        <w:spacing w:after="40"/>
        <w:ind w:left="283" w:hanging="170"/>
      </w:pPr>
      <w:r>
        <w:t>Procesele sunt externalizate sau depind de furnizori critici și de un lanț valoric extins.</w:t>
      </w:r>
    </w:p>
    <w:p w14:paraId="234BB25B" w14:textId="77777777" w:rsidR="00453E5B" w:rsidRDefault="00000000">
      <w:pPr>
        <w:pStyle w:val="ListBullet"/>
        <w:spacing w:after="40"/>
        <w:ind w:left="283" w:hanging="170"/>
      </w:pPr>
      <w:r>
        <w:t>Apar frecvent incidente, abateri, reclamații, depășiri sau rezultate neconforme.</w:t>
      </w:r>
    </w:p>
    <w:p w14:paraId="2A0600B0" w14:textId="77777777" w:rsidR="00453E5B" w:rsidRDefault="00000000">
      <w:pPr>
        <w:pStyle w:val="ListBullet"/>
        <w:spacing w:after="40"/>
        <w:ind w:left="283" w:hanging="170"/>
      </w:pPr>
      <w:r>
        <w:t>Este necesară trasabilitate pe termen lung sau corelarea mai multor surse de date.</w:t>
      </w:r>
    </w:p>
    <w:p w14:paraId="4355192F" w14:textId="77777777" w:rsidR="00453E5B" w:rsidRDefault="00000000">
      <w:pPr>
        <w:pStyle w:val="ListBullet"/>
        <w:spacing w:after="40"/>
        <w:ind w:left="283" w:hanging="170"/>
      </w:pPr>
      <w:r>
        <w:t>Cunoștințele sunt concentrate la puține persoane și continuitatea este vulnerabilă.</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53E5B" w14:paraId="643995A6" w14:textId="77777777">
        <w:trPr>
          <w:cantSplit/>
          <w:jc w:val="center"/>
        </w:trPr>
        <w:tc>
          <w:tcPr>
            <w:tcW w:w="1020" w:type="dxa"/>
            <w:shd w:val="clear" w:color="auto" w:fill="D71920"/>
            <w:tcMar>
              <w:top w:w="70" w:type="dxa"/>
              <w:left w:w="85" w:type="dxa"/>
              <w:bottom w:w="70" w:type="dxa"/>
              <w:right w:w="85" w:type="dxa"/>
            </w:tcMar>
            <w:vAlign w:val="center"/>
          </w:tcPr>
          <w:p w14:paraId="32B3F139" w14:textId="77777777" w:rsidR="00453E5B" w:rsidRDefault="00000000">
            <w:pPr>
              <w:spacing w:after="0" w:line="240" w:lineRule="auto"/>
              <w:jc w:val="center"/>
            </w:pPr>
            <w:r>
              <w:rPr>
                <w:b/>
                <w:color w:val="FFFFFF"/>
                <w:sz w:val="34"/>
              </w:rPr>
              <w:t>10</w:t>
            </w:r>
          </w:p>
        </w:tc>
        <w:tc>
          <w:tcPr>
            <w:tcW w:w="8901" w:type="dxa"/>
            <w:shd w:val="clear" w:color="auto" w:fill="F3F4F5"/>
          </w:tcPr>
          <w:p w14:paraId="3C39E6AF" w14:textId="77777777" w:rsidR="00453E5B" w:rsidRDefault="00000000">
            <w:pPr>
              <w:spacing w:after="20"/>
            </w:pPr>
            <w:r>
              <w:rPr>
                <w:b/>
                <w:sz w:val="27"/>
              </w:rPr>
              <w:t>Verificarea pregătirii documentare</w:t>
            </w:r>
          </w:p>
          <w:p w14:paraId="14538C49" w14:textId="77777777" w:rsidR="00453E5B" w:rsidRDefault="00000000">
            <w:pPr>
              <w:spacing w:after="0"/>
            </w:pPr>
            <w:r>
              <w:rPr>
                <w:color w:val="666666"/>
                <w:sz w:val="16"/>
              </w:rPr>
              <w:t>Un auditor verifică existența, utilizarea și eficacitatea informațiilor din SMSI</w:t>
            </w:r>
          </w:p>
        </w:tc>
      </w:tr>
    </w:tbl>
    <w:p w14:paraId="102EE5F0" w14:textId="77777777" w:rsidR="00453E5B" w:rsidRDefault="00453E5B">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8901"/>
      </w:tblGrid>
      <w:tr w:rsidR="00453E5B" w14:paraId="78B88898" w14:textId="77777777">
        <w:trPr>
          <w:tblHeader/>
          <w:jc w:val="center"/>
        </w:trPr>
        <w:tc>
          <w:tcPr>
            <w:tcW w:w="1020" w:type="dxa"/>
            <w:shd w:val="clear" w:color="auto" w:fill="D71920"/>
            <w:tcMar>
              <w:top w:w="70" w:type="dxa"/>
              <w:left w:w="85" w:type="dxa"/>
              <w:bottom w:w="70" w:type="dxa"/>
              <w:right w:w="85" w:type="dxa"/>
            </w:tcMar>
            <w:vAlign w:val="center"/>
          </w:tcPr>
          <w:p w14:paraId="7237D97D" w14:textId="77777777" w:rsidR="00453E5B" w:rsidRDefault="00000000">
            <w:pPr>
              <w:spacing w:after="0" w:line="240" w:lineRule="auto"/>
              <w:jc w:val="center"/>
            </w:pPr>
            <w:r>
              <w:rPr>
                <w:b/>
                <w:color w:val="FFFFFF"/>
                <w:sz w:val="15"/>
              </w:rPr>
              <w:t>STATUS</w:t>
            </w:r>
          </w:p>
        </w:tc>
        <w:tc>
          <w:tcPr>
            <w:tcW w:w="8901" w:type="dxa"/>
            <w:shd w:val="clear" w:color="auto" w:fill="D71920"/>
            <w:tcMar>
              <w:top w:w="70" w:type="dxa"/>
              <w:left w:w="85" w:type="dxa"/>
              <w:bottom w:w="70" w:type="dxa"/>
              <w:right w:w="85" w:type="dxa"/>
            </w:tcMar>
            <w:vAlign w:val="center"/>
          </w:tcPr>
          <w:p w14:paraId="639F7E2E" w14:textId="77777777" w:rsidR="00453E5B" w:rsidRDefault="00000000">
            <w:pPr>
              <w:spacing w:after="0" w:line="240" w:lineRule="auto"/>
              <w:jc w:val="center"/>
            </w:pPr>
            <w:r>
              <w:rPr>
                <w:b/>
                <w:color w:val="FFFFFF"/>
                <w:sz w:val="15"/>
              </w:rPr>
              <w:t>PUNCT DE VERIFICARE</w:t>
            </w:r>
          </w:p>
        </w:tc>
      </w:tr>
      <w:tr w:rsidR="00453E5B" w14:paraId="67A5E54D" w14:textId="77777777">
        <w:trPr>
          <w:cantSplit/>
          <w:jc w:val="center"/>
        </w:trPr>
        <w:tc>
          <w:tcPr>
            <w:tcW w:w="1020" w:type="dxa"/>
            <w:shd w:val="clear" w:color="auto" w:fill="FFFFFF"/>
            <w:tcMar>
              <w:top w:w="70" w:type="dxa"/>
              <w:left w:w="85" w:type="dxa"/>
              <w:bottom w:w="70" w:type="dxa"/>
              <w:right w:w="85" w:type="dxa"/>
            </w:tcMar>
            <w:vAlign w:val="center"/>
          </w:tcPr>
          <w:p w14:paraId="5A5D1FE9" w14:textId="77777777" w:rsidR="00453E5B"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419E0EAD" w14:textId="77777777" w:rsidR="00453E5B" w:rsidRDefault="00000000">
            <w:pPr>
              <w:spacing w:after="0" w:line="240" w:lineRule="auto"/>
            </w:pPr>
            <w:r>
              <w:rPr>
                <w:sz w:val="15"/>
              </w:rPr>
              <w:t>Domeniul SMSI corespunde serviciilor, informațiilor, tehnologiilor, locațiilor și terților reali.</w:t>
            </w:r>
          </w:p>
        </w:tc>
      </w:tr>
      <w:tr w:rsidR="00453E5B" w14:paraId="112C125C" w14:textId="77777777">
        <w:trPr>
          <w:cantSplit/>
          <w:jc w:val="center"/>
        </w:trPr>
        <w:tc>
          <w:tcPr>
            <w:tcW w:w="1020" w:type="dxa"/>
            <w:shd w:val="clear" w:color="auto" w:fill="FAFAFA"/>
            <w:tcMar>
              <w:top w:w="70" w:type="dxa"/>
              <w:left w:w="85" w:type="dxa"/>
              <w:bottom w:w="70" w:type="dxa"/>
              <w:right w:w="85" w:type="dxa"/>
            </w:tcMar>
            <w:vAlign w:val="center"/>
          </w:tcPr>
          <w:p w14:paraId="625AAEBC" w14:textId="77777777" w:rsidR="00453E5B"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4BEE547D" w14:textId="77777777" w:rsidR="00453E5B" w:rsidRDefault="00000000">
            <w:pPr>
              <w:spacing w:after="0" w:line="240" w:lineRule="auto"/>
            </w:pPr>
            <w:r>
              <w:rPr>
                <w:sz w:val="15"/>
              </w:rPr>
              <w:t>Metodologia de risc are criterii clare, aprobate și produce rezultate consecvente.</w:t>
            </w:r>
          </w:p>
        </w:tc>
      </w:tr>
      <w:tr w:rsidR="00453E5B" w14:paraId="4016E732" w14:textId="77777777">
        <w:trPr>
          <w:cantSplit/>
          <w:jc w:val="center"/>
        </w:trPr>
        <w:tc>
          <w:tcPr>
            <w:tcW w:w="1020" w:type="dxa"/>
            <w:shd w:val="clear" w:color="auto" w:fill="FFFFFF"/>
            <w:tcMar>
              <w:top w:w="70" w:type="dxa"/>
              <w:left w:w="85" w:type="dxa"/>
              <w:bottom w:w="70" w:type="dxa"/>
              <w:right w:w="85" w:type="dxa"/>
            </w:tcMar>
            <w:vAlign w:val="center"/>
          </w:tcPr>
          <w:p w14:paraId="62C909D1" w14:textId="77777777" w:rsidR="00453E5B"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558A922F" w14:textId="77777777" w:rsidR="00453E5B" w:rsidRDefault="00000000">
            <w:pPr>
              <w:spacing w:after="0" w:line="240" w:lineRule="auto"/>
            </w:pPr>
            <w:r>
              <w:rPr>
                <w:sz w:val="15"/>
              </w:rPr>
              <w:t>Registrul de riscuri conține scenarii specifice, proprietari și risc rezidual.</w:t>
            </w:r>
          </w:p>
        </w:tc>
      </w:tr>
      <w:tr w:rsidR="00453E5B" w14:paraId="1070714A" w14:textId="77777777">
        <w:trPr>
          <w:cantSplit/>
          <w:jc w:val="center"/>
        </w:trPr>
        <w:tc>
          <w:tcPr>
            <w:tcW w:w="1020" w:type="dxa"/>
            <w:shd w:val="clear" w:color="auto" w:fill="FAFAFA"/>
            <w:tcMar>
              <w:top w:w="70" w:type="dxa"/>
              <w:left w:w="85" w:type="dxa"/>
              <w:bottom w:w="70" w:type="dxa"/>
              <w:right w:w="85" w:type="dxa"/>
            </w:tcMar>
            <w:vAlign w:val="center"/>
          </w:tcPr>
          <w:p w14:paraId="49B04600" w14:textId="77777777" w:rsidR="00453E5B"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0A7A49DE" w14:textId="77777777" w:rsidR="00453E5B" w:rsidRDefault="00000000">
            <w:pPr>
              <w:spacing w:after="0" w:line="240" w:lineRule="auto"/>
            </w:pPr>
            <w:r>
              <w:rPr>
                <w:sz w:val="15"/>
              </w:rPr>
              <w:t>Planul de tratare este finanțat, urmărit și acceptarea riscului are autoritate adecvată.</w:t>
            </w:r>
          </w:p>
        </w:tc>
      </w:tr>
      <w:tr w:rsidR="00453E5B" w14:paraId="22672D31" w14:textId="77777777">
        <w:trPr>
          <w:cantSplit/>
          <w:jc w:val="center"/>
        </w:trPr>
        <w:tc>
          <w:tcPr>
            <w:tcW w:w="1020" w:type="dxa"/>
            <w:shd w:val="clear" w:color="auto" w:fill="FFFFFF"/>
            <w:tcMar>
              <w:top w:w="70" w:type="dxa"/>
              <w:left w:w="85" w:type="dxa"/>
              <w:bottom w:w="70" w:type="dxa"/>
              <w:right w:w="85" w:type="dxa"/>
            </w:tcMar>
            <w:vAlign w:val="center"/>
          </w:tcPr>
          <w:p w14:paraId="44B6DABB" w14:textId="77777777" w:rsidR="00453E5B"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35F21046" w14:textId="77777777" w:rsidR="00453E5B" w:rsidRDefault="00000000">
            <w:pPr>
              <w:spacing w:after="0" w:line="240" w:lineRule="auto"/>
            </w:pPr>
            <w:r>
              <w:rPr>
                <w:sz w:val="15"/>
              </w:rPr>
              <w:t>SoA justifică includerile și excluderile și indică starea reală și dovezile controalelor.</w:t>
            </w:r>
          </w:p>
        </w:tc>
      </w:tr>
      <w:tr w:rsidR="00453E5B" w14:paraId="374AA7F8" w14:textId="77777777">
        <w:trPr>
          <w:cantSplit/>
          <w:jc w:val="center"/>
        </w:trPr>
        <w:tc>
          <w:tcPr>
            <w:tcW w:w="1020" w:type="dxa"/>
            <w:shd w:val="clear" w:color="auto" w:fill="FAFAFA"/>
            <w:tcMar>
              <w:top w:w="70" w:type="dxa"/>
              <w:left w:w="85" w:type="dxa"/>
              <w:bottom w:w="70" w:type="dxa"/>
              <w:right w:w="85" w:type="dxa"/>
            </w:tcMar>
            <w:vAlign w:val="center"/>
          </w:tcPr>
          <w:p w14:paraId="6B3D6985" w14:textId="77777777" w:rsidR="00453E5B"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2E06006A" w14:textId="77777777" w:rsidR="00453E5B" w:rsidRDefault="00000000">
            <w:pPr>
              <w:spacing w:after="0" w:line="240" w:lineRule="auto"/>
            </w:pPr>
            <w:r>
              <w:rPr>
                <w:sz w:val="15"/>
              </w:rPr>
              <w:t>Obligațiile legale, contractuale și de notificare sunt cunoscute și traduse în controale.</w:t>
            </w:r>
          </w:p>
        </w:tc>
      </w:tr>
      <w:tr w:rsidR="00453E5B" w14:paraId="360E3A30" w14:textId="77777777">
        <w:trPr>
          <w:cantSplit/>
          <w:jc w:val="center"/>
        </w:trPr>
        <w:tc>
          <w:tcPr>
            <w:tcW w:w="1020" w:type="dxa"/>
            <w:shd w:val="clear" w:color="auto" w:fill="FFFFFF"/>
            <w:tcMar>
              <w:top w:w="70" w:type="dxa"/>
              <w:left w:w="85" w:type="dxa"/>
              <w:bottom w:w="70" w:type="dxa"/>
              <w:right w:w="85" w:type="dxa"/>
            </w:tcMar>
            <w:vAlign w:val="center"/>
          </w:tcPr>
          <w:p w14:paraId="461A972E" w14:textId="77777777" w:rsidR="00453E5B"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0526A17F" w14:textId="77777777" w:rsidR="00453E5B" w:rsidRDefault="00000000">
            <w:pPr>
              <w:spacing w:after="0" w:line="240" w:lineRule="auto"/>
            </w:pPr>
            <w:r>
              <w:rPr>
                <w:sz w:val="15"/>
              </w:rPr>
              <w:t>Activele, informațiile și serviciile cloud relevante sunt identificate și au proprietari.</w:t>
            </w:r>
          </w:p>
        </w:tc>
      </w:tr>
      <w:tr w:rsidR="00453E5B" w14:paraId="4B5892ED" w14:textId="77777777">
        <w:trPr>
          <w:cantSplit/>
          <w:jc w:val="center"/>
        </w:trPr>
        <w:tc>
          <w:tcPr>
            <w:tcW w:w="1020" w:type="dxa"/>
            <w:shd w:val="clear" w:color="auto" w:fill="FAFAFA"/>
            <w:tcMar>
              <w:top w:w="70" w:type="dxa"/>
              <w:left w:w="85" w:type="dxa"/>
              <w:bottom w:w="70" w:type="dxa"/>
              <w:right w:w="85" w:type="dxa"/>
            </w:tcMar>
            <w:vAlign w:val="center"/>
          </w:tcPr>
          <w:p w14:paraId="5ADB0DFD" w14:textId="77777777" w:rsidR="00453E5B"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20B498D9" w14:textId="77777777" w:rsidR="00453E5B" w:rsidRDefault="00000000">
            <w:pPr>
              <w:spacing w:after="0" w:line="240" w:lineRule="auto"/>
            </w:pPr>
            <w:r>
              <w:rPr>
                <w:sz w:val="15"/>
              </w:rPr>
              <w:t>Accesul este aprobat, revizuit, retras prompt și privilegiile sunt controlate.</w:t>
            </w:r>
          </w:p>
        </w:tc>
      </w:tr>
      <w:tr w:rsidR="00453E5B" w14:paraId="1F7AE2D3" w14:textId="77777777">
        <w:trPr>
          <w:cantSplit/>
          <w:jc w:val="center"/>
        </w:trPr>
        <w:tc>
          <w:tcPr>
            <w:tcW w:w="1020" w:type="dxa"/>
            <w:shd w:val="clear" w:color="auto" w:fill="FFFFFF"/>
            <w:tcMar>
              <w:top w:w="70" w:type="dxa"/>
              <w:left w:w="85" w:type="dxa"/>
              <w:bottom w:w="70" w:type="dxa"/>
              <w:right w:w="85" w:type="dxa"/>
            </w:tcMar>
            <w:vAlign w:val="center"/>
          </w:tcPr>
          <w:p w14:paraId="20095CA0" w14:textId="77777777" w:rsidR="00453E5B"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22332764" w14:textId="77777777" w:rsidR="00453E5B" w:rsidRDefault="00000000">
            <w:pPr>
              <w:spacing w:after="0" w:line="240" w:lineRule="auto"/>
            </w:pPr>
            <w:r>
              <w:rPr>
                <w:sz w:val="15"/>
              </w:rPr>
              <w:t>Furnizorii sunt evaluați pe bază de risc, contractele includ cerințe și există planuri de ieșire.</w:t>
            </w:r>
          </w:p>
        </w:tc>
      </w:tr>
      <w:tr w:rsidR="00453E5B" w14:paraId="4F33F752" w14:textId="77777777">
        <w:trPr>
          <w:cantSplit/>
          <w:jc w:val="center"/>
        </w:trPr>
        <w:tc>
          <w:tcPr>
            <w:tcW w:w="1020" w:type="dxa"/>
            <w:shd w:val="clear" w:color="auto" w:fill="FAFAFA"/>
            <w:tcMar>
              <w:top w:w="70" w:type="dxa"/>
              <w:left w:w="85" w:type="dxa"/>
              <w:bottom w:w="70" w:type="dxa"/>
              <w:right w:w="85" w:type="dxa"/>
            </w:tcMar>
            <w:vAlign w:val="center"/>
          </w:tcPr>
          <w:p w14:paraId="485C74AB" w14:textId="77777777" w:rsidR="00453E5B"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1DF4B0EB" w14:textId="77777777" w:rsidR="00453E5B" w:rsidRDefault="00000000">
            <w:pPr>
              <w:spacing w:after="0" w:line="240" w:lineRule="auto"/>
            </w:pPr>
            <w:r>
              <w:rPr>
                <w:sz w:val="15"/>
              </w:rPr>
              <w:t>Vulnerabilitățile și schimbările sunt prioritizate, excepțiile expiră și remedierea este verificată.</w:t>
            </w:r>
          </w:p>
        </w:tc>
      </w:tr>
      <w:tr w:rsidR="00453E5B" w14:paraId="574C16E3" w14:textId="77777777">
        <w:trPr>
          <w:cantSplit/>
          <w:jc w:val="center"/>
        </w:trPr>
        <w:tc>
          <w:tcPr>
            <w:tcW w:w="1020" w:type="dxa"/>
            <w:shd w:val="clear" w:color="auto" w:fill="FFFFFF"/>
            <w:tcMar>
              <w:top w:w="70" w:type="dxa"/>
              <w:left w:w="85" w:type="dxa"/>
              <w:bottom w:w="70" w:type="dxa"/>
              <w:right w:w="85" w:type="dxa"/>
            </w:tcMar>
            <w:vAlign w:val="center"/>
          </w:tcPr>
          <w:p w14:paraId="17A3D75D" w14:textId="77777777" w:rsidR="00453E5B"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0389C4B5" w14:textId="77777777" w:rsidR="00453E5B" w:rsidRDefault="00000000">
            <w:pPr>
              <w:spacing w:after="0" w:line="240" w:lineRule="auto"/>
            </w:pPr>
            <w:r>
              <w:rPr>
                <w:sz w:val="15"/>
              </w:rPr>
              <w:t>Backupurile sunt restaurate în teste, iar continuitatea reflectă RTO/RPO aprobate.</w:t>
            </w:r>
          </w:p>
        </w:tc>
      </w:tr>
      <w:tr w:rsidR="00453E5B" w14:paraId="5B3DF221" w14:textId="77777777">
        <w:trPr>
          <w:cantSplit/>
          <w:jc w:val="center"/>
        </w:trPr>
        <w:tc>
          <w:tcPr>
            <w:tcW w:w="1020" w:type="dxa"/>
            <w:shd w:val="clear" w:color="auto" w:fill="FAFAFA"/>
            <w:tcMar>
              <w:top w:w="70" w:type="dxa"/>
              <w:left w:w="85" w:type="dxa"/>
              <w:bottom w:w="70" w:type="dxa"/>
              <w:right w:w="85" w:type="dxa"/>
            </w:tcMar>
            <w:vAlign w:val="center"/>
          </w:tcPr>
          <w:p w14:paraId="1D16F914" w14:textId="77777777" w:rsidR="00453E5B"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155E3C59" w14:textId="77777777" w:rsidR="00453E5B" w:rsidRDefault="00000000">
            <w:pPr>
              <w:spacing w:after="0" w:line="240" w:lineRule="auto"/>
            </w:pPr>
            <w:r>
              <w:rPr>
                <w:sz w:val="15"/>
              </w:rPr>
              <w:t>Incidentele sunt raportate, dovezile sunt protejate și obligațiile de notificare sunt testate.</w:t>
            </w:r>
          </w:p>
        </w:tc>
      </w:tr>
      <w:tr w:rsidR="00453E5B" w14:paraId="39B78D5D" w14:textId="77777777">
        <w:trPr>
          <w:cantSplit/>
          <w:jc w:val="center"/>
        </w:trPr>
        <w:tc>
          <w:tcPr>
            <w:tcW w:w="1020" w:type="dxa"/>
            <w:shd w:val="clear" w:color="auto" w:fill="FFFFFF"/>
            <w:tcMar>
              <w:top w:w="70" w:type="dxa"/>
              <w:left w:w="85" w:type="dxa"/>
              <w:bottom w:w="70" w:type="dxa"/>
              <w:right w:w="85" w:type="dxa"/>
            </w:tcMar>
            <w:vAlign w:val="center"/>
          </w:tcPr>
          <w:p w14:paraId="727EC6FC" w14:textId="77777777" w:rsidR="00453E5B" w:rsidRDefault="00000000">
            <w:pPr>
              <w:spacing w:after="0" w:line="240" w:lineRule="auto"/>
              <w:jc w:val="center"/>
            </w:pPr>
            <w:r>
              <w:rPr>
                <w:sz w:val="15"/>
              </w:rPr>
              <w:t>☐</w:t>
            </w:r>
          </w:p>
        </w:tc>
        <w:tc>
          <w:tcPr>
            <w:tcW w:w="8901" w:type="dxa"/>
            <w:shd w:val="clear" w:color="auto" w:fill="FFFFFF"/>
            <w:tcMar>
              <w:top w:w="70" w:type="dxa"/>
              <w:left w:w="85" w:type="dxa"/>
              <w:bottom w:w="70" w:type="dxa"/>
              <w:right w:w="85" w:type="dxa"/>
            </w:tcMar>
            <w:vAlign w:val="center"/>
          </w:tcPr>
          <w:p w14:paraId="04A49A13" w14:textId="77777777" w:rsidR="00453E5B" w:rsidRDefault="00000000">
            <w:pPr>
              <w:spacing w:after="0" w:line="240" w:lineRule="auto"/>
            </w:pPr>
            <w:r>
              <w:rPr>
                <w:sz w:val="15"/>
              </w:rPr>
              <w:t>KPI/KRI și dovezile tehnice demonstrează eficacitatea, nu doar activitatea.</w:t>
            </w:r>
          </w:p>
        </w:tc>
      </w:tr>
      <w:tr w:rsidR="00453E5B" w14:paraId="1B10240D" w14:textId="77777777">
        <w:trPr>
          <w:cantSplit/>
          <w:jc w:val="center"/>
        </w:trPr>
        <w:tc>
          <w:tcPr>
            <w:tcW w:w="1020" w:type="dxa"/>
            <w:shd w:val="clear" w:color="auto" w:fill="FAFAFA"/>
            <w:tcMar>
              <w:top w:w="70" w:type="dxa"/>
              <w:left w:w="85" w:type="dxa"/>
              <w:bottom w:w="70" w:type="dxa"/>
              <w:right w:w="85" w:type="dxa"/>
            </w:tcMar>
            <w:vAlign w:val="center"/>
          </w:tcPr>
          <w:p w14:paraId="51B7070B" w14:textId="77777777" w:rsidR="00453E5B" w:rsidRDefault="00000000">
            <w:pPr>
              <w:spacing w:after="0" w:line="240" w:lineRule="auto"/>
              <w:jc w:val="center"/>
            </w:pPr>
            <w:r>
              <w:rPr>
                <w:sz w:val="15"/>
              </w:rPr>
              <w:t>☐</w:t>
            </w:r>
          </w:p>
        </w:tc>
        <w:tc>
          <w:tcPr>
            <w:tcW w:w="8901" w:type="dxa"/>
            <w:shd w:val="clear" w:color="auto" w:fill="FAFAFA"/>
            <w:tcMar>
              <w:top w:w="70" w:type="dxa"/>
              <w:left w:w="85" w:type="dxa"/>
              <w:bottom w:w="70" w:type="dxa"/>
              <w:right w:w="85" w:type="dxa"/>
            </w:tcMar>
            <w:vAlign w:val="center"/>
          </w:tcPr>
          <w:p w14:paraId="75961E2A" w14:textId="77777777" w:rsidR="00453E5B" w:rsidRDefault="00000000">
            <w:pPr>
              <w:spacing w:after="0" w:line="240" w:lineRule="auto"/>
            </w:pPr>
            <w:r>
              <w:rPr>
                <w:sz w:val="15"/>
              </w:rPr>
              <w:t>Auditul și management review produc decizii și acțiuni verificate pentru eficacitate.</w:t>
            </w:r>
          </w:p>
        </w:tc>
      </w:tr>
    </w:tbl>
    <w:p w14:paraId="5543C4B0" w14:textId="77777777" w:rsidR="00453E5B" w:rsidRDefault="00453E5B">
      <w:pPr>
        <w:spacing w:after="20"/>
      </w:pPr>
    </w:p>
    <w:p w14:paraId="23DD7618" w14:textId="77777777" w:rsidR="00453E5B" w:rsidRDefault="00000000">
      <w:pPr>
        <w:pStyle w:val="Heading2"/>
      </w:pPr>
      <w:r>
        <w:t>Plan pentru lacunele identificate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2494"/>
        <w:gridCol w:w="1984"/>
        <w:gridCol w:w="2494"/>
        <w:gridCol w:w="1020"/>
        <w:gridCol w:w="964"/>
        <w:gridCol w:w="397"/>
      </w:tblGrid>
      <w:tr w:rsidR="00453E5B" w14:paraId="1745A06C" w14:textId="77777777">
        <w:trPr>
          <w:tblHeader/>
          <w:jc w:val="center"/>
        </w:trPr>
        <w:tc>
          <w:tcPr>
            <w:tcW w:w="567" w:type="dxa"/>
            <w:shd w:val="clear" w:color="auto" w:fill="D71920"/>
            <w:tcMar>
              <w:top w:w="70" w:type="dxa"/>
              <w:left w:w="85" w:type="dxa"/>
              <w:bottom w:w="70" w:type="dxa"/>
              <w:right w:w="85" w:type="dxa"/>
            </w:tcMar>
            <w:vAlign w:val="center"/>
          </w:tcPr>
          <w:p w14:paraId="02084E9D" w14:textId="77777777" w:rsidR="00453E5B" w:rsidRDefault="00000000">
            <w:pPr>
              <w:spacing w:after="0" w:line="240" w:lineRule="auto"/>
              <w:jc w:val="center"/>
            </w:pPr>
            <w:r>
              <w:rPr>
                <w:b/>
                <w:color w:val="FFFFFF"/>
                <w:sz w:val="14"/>
              </w:rPr>
              <w:t>#</w:t>
            </w:r>
          </w:p>
        </w:tc>
        <w:tc>
          <w:tcPr>
            <w:tcW w:w="2494" w:type="dxa"/>
            <w:shd w:val="clear" w:color="auto" w:fill="D71920"/>
            <w:tcMar>
              <w:top w:w="70" w:type="dxa"/>
              <w:left w:w="85" w:type="dxa"/>
              <w:bottom w:w="70" w:type="dxa"/>
              <w:right w:w="85" w:type="dxa"/>
            </w:tcMar>
            <w:vAlign w:val="center"/>
          </w:tcPr>
          <w:p w14:paraId="13BC92FD" w14:textId="77777777" w:rsidR="00453E5B" w:rsidRDefault="00000000">
            <w:pPr>
              <w:spacing w:after="0" w:line="240" w:lineRule="auto"/>
              <w:jc w:val="center"/>
            </w:pPr>
            <w:r>
              <w:rPr>
                <w:b/>
                <w:color w:val="FFFFFF"/>
                <w:sz w:val="14"/>
              </w:rPr>
              <w:t>LACUNĂ</w:t>
            </w:r>
          </w:p>
        </w:tc>
        <w:tc>
          <w:tcPr>
            <w:tcW w:w="1984" w:type="dxa"/>
            <w:shd w:val="clear" w:color="auto" w:fill="D71920"/>
            <w:tcMar>
              <w:top w:w="70" w:type="dxa"/>
              <w:left w:w="85" w:type="dxa"/>
              <w:bottom w:w="70" w:type="dxa"/>
              <w:right w:w="85" w:type="dxa"/>
            </w:tcMar>
            <w:vAlign w:val="center"/>
          </w:tcPr>
          <w:p w14:paraId="445F9EFF" w14:textId="77777777" w:rsidR="00453E5B" w:rsidRDefault="00000000">
            <w:pPr>
              <w:spacing w:after="0" w:line="240" w:lineRule="auto"/>
              <w:jc w:val="center"/>
            </w:pPr>
            <w:r>
              <w:rPr>
                <w:b/>
                <w:color w:val="FFFFFF"/>
                <w:sz w:val="14"/>
              </w:rPr>
              <w:t>RISC / IMPACT</w:t>
            </w:r>
          </w:p>
        </w:tc>
        <w:tc>
          <w:tcPr>
            <w:tcW w:w="2494" w:type="dxa"/>
            <w:shd w:val="clear" w:color="auto" w:fill="D71920"/>
            <w:tcMar>
              <w:top w:w="70" w:type="dxa"/>
              <w:left w:w="85" w:type="dxa"/>
              <w:bottom w:w="70" w:type="dxa"/>
              <w:right w:w="85" w:type="dxa"/>
            </w:tcMar>
            <w:vAlign w:val="center"/>
          </w:tcPr>
          <w:p w14:paraId="23637820" w14:textId="77777777" w:rsidR="00453E5B" w:rsidRDefault="00000000">
            <w:pPr>
              <w:spacing w:after="0" w:line="240" w:lineRule="auto"/>
              <w:jc w:val="center"/>
            </w:pPr>
            <w:r>
              <w:rPr>
                <w:b/>
                <w:color w:val="FFFFFF"/>
                <w:sz w:val="14"/>
              </w:rPr>
              <w:t>ACȚIUNE</w:t>
            </w:r>
          </w:p>
        </w:tc>
        <w:tc>
          <w:tcPr>
            <w:tcW w:w="1020" w:type="dxa"/>
            <w:shd w:val="clear" w:color="auto" w:fill="D71920"/>
            <w:tcMar>
              <w:top w:w="70" w:type="dxa"/>
              <w:left w:w="85" w:type="dxa"/>
              <w:bottom w:w="70" w:type="dxa"/>
              <w:right w:w="85" w:type="dxa"/>
            </w:tcMar>
            <w:vAlign w:val="center"/>
          </w:tcPr>
          <w:p w14:paraId="3A043526" w14:textId="77777777" w:rsidR="00453E5B" w:rsidRDefault="00000000">
            <w:pPr>
              <w:spacing w:after="0" w:line="240" w:lineRule="auto"/>
              <w:jc w:val="center"/>
            </w:pPr>
            <w:r>
              <w:rPr>
                <w:b/>
                <w:color w:val="FFFFFF"/>
                <w:sz w:val="14"/>
              </w:rPr>
              <w:t>RESP.</w:t>
            </w:r>
          </w:p>
        </w:tc>
        <w:tc>
          <w:tcPr>
            <w:tcW w:w="964" w:type="dxa"/>
            <w:shd w:val="clear" w:color="auto" w:fill="D71920"/>
            <w:tcMar>
              <w:top w:w="70" w:type="dxa"/>
              <w:left w:w="85" w:type="dxa"/>
              <w:bottom w:w="70" w:type="dxa"/>
              <w:right w:w="85" w:type="dxa"/>
            </w:tcMar>
            <w:vAlign w:val="center"/>
          </w:tcPr>
          <w:p w14:paraId="4E77BE42" w14:textId="77777777" w:rsidR="00453E5B" w:rsidRDefault="00000000">
            <w:pPr>
              <w:spacing w:after="0" w:line="240" w:lineRule="auto"/>
              <w:jc w:val="center"/>
            </w:pPr>
            <w:r>
              <w:rPr>
                <w:b/>
                <w:color w:val="FFFFFF"/>
                <w:sz w:val="14"/>
              </w:rPr>
              <w:t>TERMEN</w:t>
            </w:r>
          </w:p>
        </w:tc>
        <w:tc>
          <w:tcPr>
            <w:tcW w:w="397" w:type="dxa"/>
            <w:shd w:val="clear" w:color="auto" w:fill="D71920"/>
            <w:tcMar>
              <w:top w:w="70" w:type="dxa"/>
              <w:left w:w="85" w:type="dxa"/>
              <w:bottom w:w="70" w:type="dxa"/>
              <w:right w:w="85" w:type="dxa"/>
            </w:tcMar>
            <w:vAlign w:val="center"/>
          </w:tcPr>
          <w:p w14:paraId="62CAC071" w14:textId="77777777" w:rsidR="00453E5B" w:rsidRDefault="00000000">
            <w:pPr>
              <w:spacing w:after="0" w:line="240" w:lineRule="auto"/>
              <w:jc w:val="center"/>
            </w:pPr>
            <w:r>
              <w:rPr>
                <w:b/>
                <w:color w:val="FFFFFF"/>
                <w:sz w:val="14"/>
              </w:rPr>
              <w:t>STATUS</w:t>
            </w:r>
          </w:p>
        </w:tc>
      </w:tr>
      <w:tr w:rsidR="00453E5B" w14:paraId="517C1855" w14:textId="77777777">
        <w:trPr>
          <w:cantSplit/>
          <w:jc w:val="center"/>
        </w:trPr>
        <w:tc>
          <w:tcPr>
            <w:tcW w:w="567" w:type="dxa"/>
            <w:shd w:val="clear" w:color="auto" w:fill="FFFFFF"/>
            <w:tcMar>
              <w:top w:w="70" w:type="dxa"/>
              <w:left w:w="85" w:type="dxa"/>
              <w:bottom w:w="70" w:type="dxa"/>
              <w:right w:w="85" w:type="dxa"/>
            </w:tcMar>
            <w:vAlign w:val="center"/>
          </w:tcPr>
          <w:p w14:paraId="6527FBE4" w14:textId="77777777" w:rsidR="00453E5B" w:rsidRDefault="00453E5B">
            <w:pPr>
              <w:spacing w:after="0" w:line="240" w:lineRule="auto"/>
            </w:pPr>
          </w:p>
        </w:tc>
        <w:tc>
          <w:tcPr>
            <w:tcW w:w="2494" w:type="dxa"/>
            <w:shd w:val="clear" w:color="auto" w:fill="FFFFFF"/>
            <w:tcMar>
              <w:top w:w="70" w:type="dxa"/>
              <w:left w:w="85" w:type="dxa"/>
              <w:bottom w:w="70" w:type="dxa"/>
              <w:right w:w="85" w:type="dxa"/>
            </w:tcMar>
            <w:vAlign w:val="center"/>
          </w:tcPr>
          <w:p w14:paraId="49F73D8F" w14:textId="77777777" w:rsidR="00453E5B" w:rsidRDefault="00453E5B">
            <w:pPr>
              <w:spacing w:after="0" w:line="240" w:lineRule="auto"/>
            </w:pPr>
          </w:p>
        </w:tc>
        <w:tc>
          <w:tcPr>
            <w:tcW w:w="1984" w:type="dxa"/>
            <w:shd w:val="clear" w:color="auto" w:fill="FFFFFF"/>
            <w:tcMar>
              <w:top w:w="70" w:type="dxa"/>
              <w:left w:w="85" w:type="dxa"/>
              <w:bottom w:w="70" w:type="dxa"/>
              <w:right w:w="85" w:type="dxa"/>
            </w:tcMar>
            <w:vAlign w:val="center"/>
          </w:tcPr>
          <w:p w14:paraId="2D0167B9" w14:textId="77777777" w:rsidR="00453E5B" w:rsidRDefault="00453E5B">
            <w:pPr>
              <w:spacing w:after="0" w:line="240" w:lineRule="auto"/>
            </w:pPr>
          </w:p>
        </w:tc>
        <w:tc>
          <w:tcPr>
            <w:tcW w:w="2494" w:type="dxa"/>
            <w:shd w:val="clear" w:color="auto" w:fill="FFFFFF"/>
            <w:tcMar>
              <w:top w:w="70" w:type="dxa"/>
              <w:left w:w="85" w:type="dxa"/>
              <w:bottom w:w="70" w:type="dxa"/>
              <w:right w:w="85" w:type="dxa"/>
            </w:tcMar>
            <w:vAlign w:val="center"/>
          </w:tcPr>
          <w:p w14:paraId="29F4F6B4" w14:textId="77777777" w:rsidR="00453E5B" w:rsidRDefault="00453E5B">
            <w:pPr>
              <w:spacing w:after="0" w:line="240" w:lineRule="auto"/>
            </w:pPr>
          </w:p>
        </w:tc>
        <w:tc>
          <w:tcPr>
            <w:tcW w:w="1020" w:type="dxa"/>
            <w:shd w:val="clear" w:color="auto" w:fill="FFFFFF"/>
            <w:tcMar>
              <w:top w:w="70" w:type="dxa"/>
              <w:left w:w="85" w:type="dxa"/>
              <w:bottom w:w="70" w:type="dxa"/>
              <w:right w:w="85" w:type="dxa"/>
            </w:tcMar>
            <w:vAlign w:val="center"/>
          </w:tcPr>
          <w:p w14:paraId="35A930B5" w14:textId="77777777" w:rsidR="00453E5B" w:rsidRDefault="00453E5B">
            <w:pPr>
              <w:spacing w:after="0" w:line="240" w:lineRule="auto"/>
            </w:pPr>
          </w:p>
        </w:tc>
        <w:tc>
          <w:tcPr>
            <w:tcW w:w="964" w:type="dxa"/>
            <w:shd w:val="clear" w:color="auto" w:fill="FFFFFF"/>
            <w:tcMar>
              <w:top w:w="70" w:type="dxa"/>
              <w:left w:w="85" w:type="dxa"/>
              <w:bottom w:w="70" w:type="dxa"/>
              <w:right w:w="85" w:type="dxa"/>
            </w:tcMar>
            <w:vAlign w:val="center"/>
          </w:tcPr>
          <w:p w14:paraId="36BE5703" w14:textId="77777777" w:rsidR="00453E5B" w:rsidRDefault="00453E5B">
            <w:pPr>
              <w:spacing w:after="0" w:line="240" w:lineRule="auto"/>
            </w:pPr>
          </w:p>
        </w:tc>
        <w:tc>
          <w:tcPr>
            <w:tcW w:w="397" w:type="dxa"/>
            <w:shd w:val="clear" w:color="auto" w:fill="FFFFFF"/>
            <w:tcMar>
              <w:top w:w="70" w:type="dxa"/>
              <w:left w:w="85" w:type="dxa"/>
              <w:bottom w:w="70" w:type="dxa"/>
              <w:right w:w="85" w:type="dxa"/>
            </w:tcMar>
            <w:vAlign w:val="center"/>
          </w:tcPr>
          <w:p w14:paraId="3F1CDDF7" w14:textId="77777777" w:rsidR="00453E5B" w:rsidRDefault="00453E5B">
            <w:pPr>
              <w:spacing w:after="0" w:line="240" w:lineRule="auto"/>
            </w:pPr>
          </w:p>
        </w:tc>
      </w:tr>
      <w:tr w:rsidR="00453E5B" w14:paraId="6F79A8A8" w14:textId="77777777">
        <w:trPr>
          <w:cantSplit/>
          <w:jc w:val="center"/>
        </w:trPr>
        <w:tc>
          <w:tcPr>
            <w:tcW w:w="567" w:type="dxa"/>
            <w:shd w:val="clear" w:color="auto" w:fill="FAFAFA"/>
            <w:tcMar>
              <w:top w:w="70" w:type="dxa"/>
              <w:left w:w="85" w:type="dxa"/>
              <w:bottom w:w="70" w:type="dxa"/>
              <w:right w:w="85" w:type="dxa"/>
            </w:tcMar>
            <w:vAlign w:val="center"/>
          </w:tcPr>
          <w:p w14:paraId="20BE5949" w14:textId="77777777" w:rsidR="00453E5B" w:rsidRDefault="00453E5B">
            <w:pPr>
              <w:spacing w:after="0" w:line="240" w:lineRule="auto"/>
            </w:pPr>
          </w:p>
        </w:tc>
        <w:tc>
          <w:tcPr>
            <w:tcW w:w="2494" w:type="dxa"/>
            <w:shd w:val="clear" w:color="auto" w:fill="FAFAFA"/>
            <w:tcMar>
              <w:top w:w="70" w:type="dxa"/>
              <w:left w:w="85" w:type="dxa"/>
              <w:bottom w:w="70" w:type="dxa"/>
              <w:right w:w="85" w:type="dxa"/>
            </w:tcMar>
            <w:vAlign w:val="center"/>
          </w:tcPr>
          <w:p w14:paraId="41740848" w14:textId="77777777" w:rsidR="00453E5B" w:rsidRDefault="00453E5B">
            <w:pPr>
              <w:spacing w:after="0" w:line="240" w:lineRule="auto"/>
            </w:pPr>
          </w:p>
        </w:tc>
        <w:tc>
          <w:tcPr>
            <w:tcW w:w="1984" w:type="dxa"/>
            <w:shd w:val="clear" w:color="auto" w:fill="FAFAFA"/>
            <w:tcMar>
              <w:top w:w="70" w:type="dxa"/>
              <w:left w:w="85" w:type="dxa"/>
              <w:bottom w:w="70" w:type="dxa"/>
              <w:right w:w="85" w:type="dxa"/>
            </w:tcMar>
            <w:vAlign w:val="center"/>
          </w:tcPr>
          <w:p w14:paraId="1B6E85EE" w14:textId="77777777" w:rsidR="00453E5B" w:rsidRDefault="00453E5B">
            <w:pPr>
              <w:spacing w:after="0" w:line="240" w:lineRule="auto"/>
            </w:pPr>
          </w:p>
        </w:tc>
        <w:tc>
          <w:tcPr>
            <w:tcW w:w="2494" w:type="dxa"/>
            <w:shd w:val="clear" w:color="auto" w:fill="FAFAFA"/>
            <w:tcMar>
              <w:top w:w="70" w:type="dxa"/>
              <w:left w:w="85" w:type="dxa"/>
              <w:bottom w:w="70" w:type="dxa"/>
              <w:right w:w="85" w:type="dxa"/>
            </w:tcMar>
            <w:vAlign w:val="center"/>
          </w:tcPr>
          <w:p w14:paraId="7A14B1C8" w14:textId="77777777" w:rsidR="00453E5B" w:rsidRDefault="00453E5B">
            <w:pPr>
              <w:spacing w:after="0" w:line="240" w:lineRule="auto"/>
            </w:pPr>
          </w:p>
        </w:tc>
        <w:tc>
          <w:tcPr>
            <w:tcW w:w="1020" w:type="dxa"/>
            <w:shd w:val="clear" w:color="auto" w:fill="FAFAFA"/>
            <w:tcMar>
              <w:top w:w="70" w:type="dxa"/>
              <w:left w:w="85" w:type="dxa"/>
              <w:bottom w:w="70" w:type="dxa"/>
              <w:right w:w="85" w:type="dxa"/>
            </w:tcMar>
            <w:vAlign w:val="center"/>
          </w:tcPr>
          <w:p w14:paraId="06F539F3" w14:textId="77777777" w:rsidR="00453E5B" w:rsidRDefault="00453E5B">
            <w:pPr>
              <w:spacing w:after="0" w:line="240" w:lineRule="auto"/>
            </w:pPr>
          </w:p>
        </w:tc>
        <w:tc>
          <w:tcPr>
            <w:tcW w:w="964" w:type="dxa"/>
            <w:shd w:val="clear" w:color="auto" w:fill="FAFAFA"/>
            <w:tcMar>
              <w:top w:w="70" w:type="dxa"/>
              <w:left w:w="85" w:type="dxa"/>
              <w:bottom w:w="70" w:type="dxa"/>
              <w:right w:w="85" w:type="dxa"/>
            </w:tcMar>
            <w:vAlign w:val="center"/>
          </w:tcPr>
          <w:p w14:paraId="08BCCF29" w14:textId="77777777" w:rsidR="00453E5B" w:rsidRDefault="00453E5B">
            <w:pPr>
              <w:spacing w:after="0" w:line="240" w:lineRule="auto"/>
            </w:pPr>
          </w:p>
        </w:tc>
        <w:tc>
          <w:tcPr>
            <w:tcW w:w="397" w:type="dxa"/>
            <w:shd w:val="clear" w:color="auto" w:fill="FAFAFA"/>
            <w:tcMar>
              <w:top w:w="70" w:type="dxa"/>
              <w:left w:w="85" w:type="dxa"/>
              <w:bottom w:w="70" w:type="dxa"/>
              <w:right w:w="85" w:type="dxa"/>
            </w:tcMar>
            <w:vAlign w:val="center"/>
          </w:tcPr>
          <w:p w14:paraId="4E640DFE" w14:textId="77777777" w:rsidR="00453E5B" w:rsidRDefault="00453E5B">
            <w:pPr>
              <w:spacing w:after="0" w:line="240" w:lineRule="auto"/>
            </w:pPr>
          </w:p>
        </w:tc>
      </w:tr>
      <w:tr w:rsidR="00453E5B" w14:paraId="6E1A3EB3" w14:textId="77777777">
        <w:trPr>
          <w:cantSplit/>
          <w:jc w:val="center"/>
        </w:trPr>
        <w:tc>
          <w:tcPr>
            <w:tcW w:w="567" w:type="dxa"/>
            <w:shd w:val="clear" w:color="auto" w:fill="FFFFFF"/>
            <w:tcMar>
              <w:top w:w="70" w:type="dxa"/>
              <w:left w:w="85" w:type="dxa"/>
              <w:bottom w:w="70" w:type="dxa"/>
              <w:right w:w="85" w:type="dxa"/>
            </w:tcMar>
            <w:vAlign w:val="center"/>
          </w:tcPr>
          <w:p w14:paraId="294817A3" w14:textId="77777777" w:rsidR="00453E5B" w:rsidRDefault="00453E5B">
            <w:pPr>
              <w:spacing w:after="0" w:line="240" w:lineRule="auto"/>
            </w:pPr>
          </w:p>
        </w:tc>
        <w:tc>
          <w:tcPr>
            <w:tcW w:w="2494" w:type="dxa"/>
            <w:shd w:val="clear" w:color="auto" w:fill="FFFFFF"/>
            <w:tcMar>
              <w:top w:w="70" w:type="dxa"/>
              <w:left w:w="85" w:type="dxa"/>
              <w:bottom w:w="70" w:type="dxa"/>
              <w:right w:w="85" w:type="dxa"/>
            </w:tcMar>
            <w:vAlign w:val="center"/>
          </w:tcPr>
          <w:p w14:paraId="4DBFA38D" w14:textId="77777777" w:rsidR="00453E5B" w:rsidRDefault="00453E5B">
            <w:pPr>
              <w:spacing w:after="0" w:line="240" w:lineRule="auto"/>
            </w:pPr>
          </w:p>
        </w:tc>
        <w:tc>
          <w:tcPr>
            <w:tcW w:w="1984" w:type="dxa"/>
            <w:shd w:val="clear" w:color="auto" w:fill="FFFFFF"/>
            <w:tcMar>
              <w:top w:w="70" w:type="dxa"/>
              <w:left w:w="85" w:type="dxa"/>
              <w:bottom w:w="70" w:type="dxa"/>
              <w:right w:w="85" w:type="dxa"/>
            </w:tcMar>
            <w:vAlign w:val="center"/>
          </w:tcPr>
          <w:p w14:paraId="4BF2422C" w14:textId="77777777" w:rsidR="00453E5B" w:rsidRDefault="00453E5B">
            <w:pPr>
              <w:spacing w:after="0" w:line="240" w:lineRule="auto"/>
            </w:pPr>
          </w:p>
        </w:tc>
        <w:tc>
          <w:tcPr>
            <w:tcW w:w="2494" w:type="dxa"/>
            <w:shd w:val="clear" w:color="auto" w:fill="FFFFFF"/>
            <w:tcMar>
              <w:top w:w="70" w:type="dxa"/>
              <w:left w:w="85" w:type="dxa"/>
              <w:bottom w:w="70" w:type="dxa"/>
              <w:right w:w="85" w:type="dxa"/>
            </w:tcMar>
            <w:vAlign w:val="center"/>
          </w:tcPr>
          <w:p w14:paraId="27E165AE" w14:textId="77777777" w:rsidR="00453E5B" w:rsidRDefault="00453E5B">
            <w:pPr>
              <w:spacing w:after="0" w:line="240" w:lineRule="auto"/>
            </w:pPr>
          </w:p>
        </w:tc>
        <w:tc>
          <w:tcPr>
            <w:tcW w:w="1020" w:type="dxa"/>
            <w:shd w:val="clear" w:color="auto" w:fill="FFFFFF"/>
            <w:tcMar>
              <w:top w:w="70" w:type="dxa"/>
              <w:left w:w="85" w:type="dxa"/>
              <w:bottom w:w="70" w:type="dxa"/>
              <w:right w:w="85" w:type="dxa"/>
            </w:tcMar>
            <w:vAlign w:val="center"/>
          </w:tcPr>
          <w:p w14:paraId="0D0699EF" w14:textId="77777777" w:rsidR="00453E5B" w:rsidRDefault="00453E5B">
            <w:pPr>
              <w:spacing w:after="0" w:line="240" w:lineRule="auto"/>
            </w:pPr>
          </w:p>
        </w:tc>
        <w:tc>
          <w:tcPr>
            <w:tcW w:w="964" w:type="dxa"/>
            <w:shd w:val="clear" w:color="auto" w:fill="FFFFFF"/>
            <w:tcMar>
              <w:top w:w="70" w:type="dxa"/>
              <w:left w:w="85" w:type="dxa"/>
              <w:bottom w:w="70" w:type="dxa"/>
              <w:right w:w="85" w:type="dxa"/>
            </w:tcMar>
            <w:vAlign w:val="center"/>
          </w:tcPr>
          <w:p w14:paraId="514C1182" w14:textId="77777777" w:rsidR="00453E5B" w:rsidRDefault="00453E5B">
            <w:pPr>
              <w:spacing w:after="0" w:line="240" w:lineRule="auto"/>
            </w:pPr>
          </w:p>
        </w:tc>
        <w:tc>
          <w:tcPr>
            <w:tcW w:w="397" w:type="dxa"/>
            <w:shd w:val="clear" w:color="auto" w:fill="FFFFFF"/>
            <w:tcMar>
              <w:top w:w="70" w:type="dxa"/>
              <w:left w:w="85" w:type="dxa"/>
              <w:bottom w:w="70" w:type="dxa"/>
              <w:right w:w="85" w:type="dxa"/>
            </w:tcMar>
            <w:vAlign w:val="center"/>
          </w:tcPr>
          <w:p w14:paraId="6E487E18" w14:textId="77777777" w:rsidR="00453E5B" w:rsidRDefault="00453E5B">
            <w:pPr>
              <w:spacing w:after="0" w:line="240" w:lineRule="auto"/>
            </w:pPr>
          </w:p>
        </w:tc>
      </w:tr>
      <w:tr w:rsidR="00453E5B" w14:paraId="29E80101" w14:textId="77777777">
        <w:trPr>
          <w:cantSplit/>
          <w:jc w:val="center"/>
        </w:trPr>
        <w:tc>
          <w:tcPr>
            <w:tcW w:w="567" w:type="dxa"/>
            <w:shd w:val="clear" w:color="auto" w:fill="FAFAFA"/>
            <w:tcMar>
              <w:top w:w="70" w:type="dxa"/>
              <w:left w:w="85" w:type="dxa"/>
              <w:bottom w:w="70" w:type="dxa"/>
              <w:right w:w="85" w:type="dxa"/>
            </w:tcMar>
            <w:vAlign w:val="center"/>
          </w:tcPr>
          <w:p w14:paraId="7FE44D16" w14:textId="77777777" w:rsidR="00453E5B" w:rsidRDefault="00453E5B">
            <w:pPr>
              <w:spacing w:after="0" w:line="240" w:lineRule="auto"/>
            </w:pPr>
          </w:p>
        </w:tc>
        <w:tc>
          <w:tcPr>
            <w:tcW w:w="2494" w:type="dxa"/>
            <w:shd w:val="clear" w:color="auto" w:fill="FAFAFA"/>
            <w:tcMar>
              <w:top w:w="70" w:type="dxa"/>
              <w:left w:w="85" w:type="dxa"/>
              <w:bottom w:w="70" w:type="dxa"/>
              <w:right w:w="85" w:type="dxa"/>
            </w:tcMar>
            <w:vAlign w:val="center"/>
          </w:tcPr>
          <w:p w14:paraId="746E5321" w14:textId="77777777" w:rsidR="00453E5B" w:rsidRDefault="00453E5B">
            <w:pPr>
              <w:spacing w:after="0" w:line="240" w:lineRule="auto"/>
            </w:pPr>
          </w:p>
        </w:tc>
        <w:tc>
          <w:tcPr>
            <w:tcW w:w="1984" w:type="dxa"/>
            <w:shd w:val="clear" w:color="auto" w:fill="FAFAFA"/>
            <w:tcMar>
              <w:top w:w="70" w:type="dxa"/>
              <w:left w:w="85" w:type="dxa"/>
              <w:bottom w:w="70" w:type="dxa"/>
              <w:right w:w="85" w:type="dxa"/>
            </w:tcMar>
            <w:vAlign w:val="center"/>
          </w:tcPr>
          <w:p w14:paraId="477808DB" w14:textId="77777777" w:rsidR="00453E5B" w:rsidRDefault="00453E5B">
            <w:pPr>
              <w:spacing w:after="0" w:line="240" w:lineRule="auto"/>
            </w:pPr>
          </w:p>
        </w:tc>
        <w:tc>
          <w:tcPr>
            <w:tcW w:w="2494" w:type="dxa"/>
            <w:shd w:val="clear" w:color="auto" w:fill="FAFAFA"/>
            <w:tcMar>
              <w:top w:w="70" w:type="dxa"/>
              <w:left w:w="85" w:type="dxa"/>
              <w:bottom w:w="70" w:type="dxa"/>
              <w:right w:w="85" w:type="dxa"/>
            </w:tcMar>
            <w:vAlign w:val="center"/>
          </w:tcPr>
          <w:p w14:paraId="62F89ABD" w14:textId="77777777" w:rsidR="00453E5B" w:rsidRDefault="00453E5B">
            <w:pPr>
              <w:spacing w:after="0" w:line="240" w:lineRule="auto"/>
            </w:pPr>
          </w:p>
        </w:tc>
        <w:tc>
          <w:tcPr>
            <w:tcW w:w="1020" w:type="dxa"/>
            <w:shd w:val="clear" w:color="auto" w:fill="FAFAFA"/>
            <w:tcMar>
              <w:top w:w="70" w:type="dxa"/>
              <w:left w:w="85" w:type="dxa"/>
              <w:bottom w:w="70" w:type="dxa"/>
              <w:right w:w="85" w:type="dxa"/>
            </w:tcMar>
            <w:vAlign w:val="center"/>
          </w:tcPr>
          <w:p w14:paraId="7655350D" w14:textId="77777777" w:rsidR="00453E5B" w:rsidRDefault="00453E5B">
            <w:pPr>
              <w:spacing w:after="0" w:line="240" w:lineRule="auto"/>
            </w:pPr>
          </w:p>
        </w:tc>
        <w:tc>
          <w:tcPr>
            <w:tcW w:w="964" w:type="dxa"/>
            <w:shd w:val="clear" w:color="auto" w:fill="FAFAFA"/>
            <w:tcMar>
              <w:top w:w="70" w:type="dxa"/>
              <w:left w:w="85" w:type="dxa"/>
              <w:bottom w:w="70" w:type="dxa"/>
              <w:right w:w="85" w:type="dxa"/>
            </w:tcMar>
            <w:vAlign w:val="center"/>
          </w:tcPr>
          <w:p w14:paraId="3DE11F3F" w14:textId="77777777" w:rsidR="00453E5B" w:rsidRDefault="00453E5B">
            <w:pPr>
              <w:spacing w:after="0" w:line="240" w:lineRule="auto"/>
            </w:pPr>
          </w:p>
        </w:tc>
        <w:tc>
          <w:tcPr>
            <w:tcW w:w="397" w:type="dxa"/>
            <w:shd w:val="clear" w:color="auto" w:fill="FAFAFA"/>
            <w:tcMar>
              <w:top w:w="70" w:type="dxa"/>
              <w:left w:w="85" w:type="dxa"/>
              <w:bottom w:w="70" w:type="dxa"/>
              <w:right w:w="85" w:type="dxa"/>
            </w:tcMar>
            <w:vAlign w:val="center"/>
          </w:tcPr>
          <w:p w14:paraId="0078808B" w14:textId="77777777" w:rsidR="00453E5B" w:rsidRDefault="00453E5B">
            <w:pPr>
              <w:spacing w:after="0" w:line="240" w:lineRule="auto"/>
            </w:pPr>
          </w:p>
        </w:tc>
      </w:tr>
      <w:tr w:rsidR="00453E5B" w14:paraId="4E8DCB48" w14:textId="77777777">
        <w:trPr>
          <w:cantSplit/>
          <w:jc w:val="center"/>
        </w:trPr>
        <w:tc>
          <w:tcPr>
            <w:tcW w:w="567" w:type="dxa"/>
            <w:shd w:val="clear" w:color="auto" w:fill="FFFFFF"/>
            <w:tcMar>
              <w:top w:w="70" w:type="dxa"/>
              <w:left w:w="85" w:type="dxa"/>
              <w:bottom w:w="70" w:type="dxa"/>
              <w:right w:w="85" w:type="dxa"/>
            </w:tcMar>
            <w:vAlign w:val="center"/>
          </w:tcPr>
          <w:p w14:paraId="447B5928" w14:textId="77777777" w:rsidR="00453E5B" w:rsidRDefault="00453E5B">
            <w:pPr>
              <w:spacing w:after="0" w:line="240" w:lineRule="auto"/>
            </w:pPr>
          </w:p>
        </w:tc>
        <w:tc>
          <w:tcPr>
            <w:tcW w:w="2494" w:type="dxa"/>
            <w:shd w:val="clear" w:color="auto" w:fill="FFFFFF"/>
            <w:tcMar>
              <w:top w:w="70" w:type="dxa"/>
              <w:left w:w="85" w:type="dxa"/>
              <w:bottom w:w="70" w:type="dxa"/>
              <w:right w:w="85" w:type="dxa"/>
            </w:tcMar>
            <w:vAlign w:val="center"/>
          </w:tcPr>
          <w:p w14:paraId="4B18380C" w14:textId="77777777" w:rsidR="00453E5B" w:rsidRDefault="00453E5B">
            <w:pPr>
              <w:spacing w:after="0" w:line="240" w:lineRule="auto"/>
            </w:pPr>
          </w:p>
        </w:tc>
        <w:tc>
          <w:tcPr>
            <w:tcW w:w="1984" w:type="dxa"/>
            <w:shd w:val="clear" w:color="auto" w:fill="FFFFFF"/>
            <w:tcMar>
              <w:top w:w="70" w:type="dxa"/>
              <w:left w:w="85" w:type="dxa"/>
              <w:bottom w:w="70" w:type="dxa"/>
              <w:right w:w="85" w:type="dxa"/>
            </w:tcMar>
            <w:vAlign w:val="center"/>
          </w:tcPr>
          <w:p w14:paraId="7B2B04B7" w14:textId="77777777" w:rsidR="00453E5B" w:rsidRDefault="00453E5B">
            <w:pPr>
              <w:spacing w:after="0" w:line="240" w:lineRule="auto"/>
            </w:pPr>
          </w:p>
        </w:tc>
        <w:tc>
          <w:tcPr>
            <w:tcW w:w="2494" w:type="dxa"/>
            <w:shd w:val="clear" w:color="auto" w:fill="FFFFFF"/>
            <w:tcMar>
              <w:top w:w="70" w:type="dxa"/>
              <w:left w:w="85" w:type="dxa"/>
              <w:bottom w:w="70" w:type="dxa"/>
              <w:right w:w="85" w:type="dxa"/>
            </w:tcMar>
            <w:vAlign w:val="center"/>
          </w:tcPr>
          <w:p w14:paraId="3C60D0F3" w14:textId="77777777" w:rsidR="00453E5B" w:rsidRDefault="00453E5B">
            <w:pPr>
              <w:spacing w:after="0" w:line="240" w:lineRule="auto"/>
            </w:pPr>
          </w:p>
        </w:tc>
        <w:tc>
          <w:tcPr>
            <w:tcW w:w="1020" w:type="dxa"/>
            <w:shd w:val="clear" w:color="auto" w:fill="FFFFFF"/>
            <w:tcMar>
              <w:top w:w="70" w:type="dxa"/>
              <w:left w:w="85" w:type="dxa"/>
              <w:bottom w:w="70" w:type="dxa"/>
              <w:right w:w="85" w:type="dxa"/>
            </w:tcMar>
            <w:vAlign w:val="center"/>
          </w:tcPr>
          <w:p w14:paraId="693CC67A" w14:textId="77777777" w:rsidR="00453E5B" w:rsidRDefault="00453E5B">
            <w:pPr>
              <w:spacing w:after="0" w:line="240" w:lineRule="auto"/>
            </w:pPr>
          </w:p>
        </w:tc>
        <w:tc>
          <w:tcPr>
            <w:tcW w:w="964" w:type="dxa"/>
            <w:shd w:val="clear" w:color="auto" w:fill="FFFFFF"/>
            <w:tcMar>
              <w:top w:w="70" w:type="dxa"/>
              <w:left w:w="85" w:type="dxa"/>
              <w:bottom w:w="70" w:type="dxa"/>
              <w:right w:w="85" w:type="dxa"/>
            </w:tcMar>
            <w:vAlign w:val="center"/>
          </w:tcPr>
          <w:p w14:paraId="5B972C1B" w14:textId="77777777" w:rsidR="00453E5B" w:rsidRDefault="00453E5B">
            <w:pPr>
              <w:spacing w:after="0" w:line="240" w:lineRule="auto"/>
            </w:pPr>
          </w:p>
        </w:tc>
        <w:tc>
          <w:tcPr>
            <w:tcW w:w="397" w:type="dxa"/>
            <w:shd w:val="clear" w:color="auto" w:fill="FFFFFF"/>
            <w:tcMar>
              <w:top w:w="70" w:type="dxa"/>
              <w:left w:w="85" w:type="dxa"/>
              <w:bottom w:w="70" w:type="dxa"/>
              <w:right w:w="85" w:type="dxa"/>
            </w:tcMar>
            <w:vAlign w:val="center"/>
          </w:tcPr>
          <w:p w14:paraId="5183F654" w14:textId="77777777" w:rsidR="00453E5B" w:rsidRDefault="00453E5B">
            <w:pPr>
              <w:spacing w:after="0" w:line="240" w:lineRule="auto"/>
            </w:pPr>
          </w:p>
        </w:tc>
      </w:tr>
      <w:tr w:rsidR="00453E5B" w14:paraId="5DB6E617" w14:textId="77777777">
        <w:trPr>
          <w:cantSplit/>
          <w:jc w:val="center"/>
        </w:trPr>
        <w:tc>
          <w:tcPr>
            <w:tcW w:w="567" w:type="dxa"/>
            <w:shd w:val="clear" w:color="auto" w:fill="FAFAFA"/>
            <w:tcMar>
              <w:top w:w="70" w:type="dxa"/>
              <w:left w:w="85" w:type="dxa"/>
              <w:bottom w:w="70" w:type="dxa"/>
              <w:right w:w="85" w:type="dxa"/>
            </w:tcMar>
            <w:vAlign w:val="center"/>
          </w:tcPr>
          <w:p w14:paraId="30BC7009" w14:textId="77777777" w:rsidR="00453E5B" w:rsidRDefault="00453E5B">
            <w:pPr>
              <w:spacing w:after="0" w:line="240" w:lineRule="auto"/>
            </w:pPr>
          </w:p>
        </w:tc>
        <w:tc>
          <w:tcPr>
            <w:tcW w:w="2494" w:type="dxa"/>
            <w:shd w:val="clear" w:color="auto" w:fill="FAFAFA"/>
            <w:tcMar>
              <w:top w:w="70" w:type="dxa"/>
              <w:left w:w="85" w:type="dxa"/>
              <w:bottom w:w="70" w:type="dxa"/>
              <w:right w:w="85" w:type="dxa"/>
            </w:tcMar>
            <w:vAlign w:val="center"/>
          </w:tcPr>
          <w:p w14:paraId="4822CBCE" w14:textId="77777777" w:rsidR="00453E5B" w:rsidRDefault="00453E5B">
            <w:pPr>
              <w:spacing w:after="0" w:line="240" w:lineRule="auto"/>
            </w:pPr>
          </w:p>
        </w:tc>
        <w:tc>
          <w:tcPr>
            <w:tcW w:w="1984" w:type="dxa"/>
            <w:shd w:val="clear" w:color="auto" w:fill="FAFAFA"/>
            <w:tcMar>
              <w:top w:w="70" w:type="dxa"/>
              <w:left w:w="85" w:type="dxa"/>
              <w:bottom w:w="70" w:type="dxa"/>
              <w:right w:w="85" w:type="dxa"/>
            </w:tcMar>
            <w:vAlign w:val="center"/>
          </w:tcPr>
          <w:p w14:paraId="79F18310" w14:textId="77777777" w:rsidR="00453E5B" w:rsidRDefault="00453E5B">
            <w:pPr>
              <w:spacing w:after="0" w:line="240" w:lineRule="auto"/>
            </w:pPr>
          </w:p>
        </w:tc>
        <w:tc>
          <w:tcPr>
            <w:tcW w:w="2494" w:type="dxa"/>
            <w:shd w:val="clear" w:color="auto" w:fill="FAFAFA"/>
            <w:tcMar>
              <w:top w:w="70" w:type="dxa"/>
              <w:left w:w="85" w:type="dxa"/>
              <w:bottom w:w="70" w:type="dxa"/>
              <w:right w:w="85" w:type="dxa"/>
            </w:tcMar>
            <w:vAlign w:val="center"/>
          </w:tcPr>
          <w:p w14:paraId="413DE5DD" w14:textId="77777777" w:rsidR="00453E5B" w:rsidRDefault="00453E5B">
            <w:pPr>
              <w:spacing w:after="0" w:line="240" w:lineRule="auto"/>
            </w:pPr>
          </w:p>
        </w:tc>
        <w:tc>
          <w:tcPr>
            <w:tcW w:w="1020" w:type="dxa"/>
            <w:shd w:val="clear" w:color="auto" w:fill="FAFAFA"/>
            <w:tcMar>
              <w:top w:w="70" w:type="dxa"/>
              <w:left w:w="85" w:type="dxa"/>
              <w:bottom w:w="70" w:type="dxa"/>
              <w:right w:w="85" w:type="dxa"/>
            </w:tcMar>
            <w:vAlign w:val="center"/>
          </w:tcPr>
          <w:p w14:paraId="7EA81C3C" w14:textId="77777777" w:rsidR="00453E5B" w:rsidRDefault="00453E5B">
            <w:pPr>
              <w:spacing w:after="0" w:line="240" w:lineRule="auto"/>
            </w:pPr>
          </w:p>
        </w:tc>
        <w:tc>
          <w:tcPr>
            <w:tcW w:w="964" w:type="dxa"/>
            <w:shd w:val="clear" w:color="auto" w:fill="FAFAFA"/>
            <w:tcMar>
              <w:top w:w="70" w:type="dxa"/>
              <w:left w:w="85" w:type="dxa"/>
              <w:bottom w:w="70" w:type="dxa"/>
              <w:right w:w="85" w:type="dxa"/>
            </w:tcMar>
            <w:vAlign w:val="center"/>
          </w:tcPr>
          <w:p w14:paraId="1250188B" w14:textId="77777777" w:rsidR="00453E5B" w:rsidRDefault="00453E5B">
            <w:pPr>
              <w:spacing w:after="0" w:line="240" w:lineRule="auto"/>
            </w:pPr>
          </w:p>
        </w:tc>
        <w:tc>
          <w:tcPr>
            <w:tcW w:w="397" w:type="dxa"/>
            <w:shd w:val="clear" w:color="auto" w:fill="FAFAFA"/>
            <w:tcMar>
              <w:top w:w="70" w:type="dxa"/>
              <w:left w:w="85" w:type="dxa"/>
              <w:bottom w:w="70" w:type="dxa"/>
              <w:right w:w="85" w:type="dxa"/>
            </w:tcMar>
            <w:vAlign w:val="center"/>
          </w:tcPr>
          <w:p w14:paraId="25CA51F5" w14:textId="77777777" w:rsidR="00453E5B" w:rsidRDefault="00453E5B">
            <w:pPr>
              <w:spacing w:after="0" w:line="240" w:lineRule="auto"/>
            </w:pPr>
          </w:p>
        </w:tc>
      </w:tr>
      <w:tr w:rsidR="00453E5B" w14:paraId="6FA4853F" w14:textId="77777777">
        <w:trPr>
          <w:cantSplit/>
          <w:jc w:val="center"/>
        </w:trPr>
        <w:tc>
          <w:tcPr>
            <w:tcW w:w="567" w:type="dxa"/>
            <w:shd w:val="clear" w:color="auto" w:fill="FFFFFF"/>
            <w:tcMar>
              <w:top w:w="70" w:type="dxa"/>
              <w:left w:w="85" w:type="dxa"/>
              <w:bottom w:w="70" w:type="dxa"/>
              <w:right w:w="85" w:type="dxa"/>
            </w:tcMar>
            <w:vAlign w:val="center"/>
          </w:tcPr>
          <w:p w14:paraId="4CA5E223" w14:textId="77777777" w:rsidR="00453E5B" w:rsidRDefault="00453E5B">
            <w:pPr>
              <w:spacing w:after="0" w:line="240" w:lineRule="auto"/>
            </w:pPr>
          </w:p>
        </w:tc>
        <w:tc>
          <w:tcPr>
            <w:tcW w:w="2494" w:type="dxa"/>
            <w:shd w:val="clear" w:color="auto" w:fill="FFFFFF"/>
            <w:tcMar>
              <w:top w:w="70" w:type="dxa"/>
              <w:left w:w="85" w:type="dxa"/>
              <w:bottom w:w="70" w:type="dxa"/>
              <w:right w:w="85" w:type="dxa"/>
            </w:tcMar>
            <w:vAlign w:val="center"/>
          </w:tcPr>
          <w:p w14:paraId="12E13421" w14:textId="77777777" w:rsidR="00453E5B" w:rsidRDefault="00453E5B">
            <w:pPr>
              <w:spacing w:after="0" w:line="240" w:lineRule="auto"/>
            </w:pPr>
          </w:p>
        </w:tc>
        <w:tc>
          <w:tcPr>
            <w:tcW w:w="1984" w:type="dxa"/>
            <w:shd w:val="clear" w:color="auto" w:fill="FFFFFF"/>
            <w:tcMar>
              <w:top w:w="70" w:type="dxa"/>
              <w:left w:w="85" w:type="dxa"/>
              <w:bottom w:w="70" w:type="dxa"/>
              <w:right w:w="85" w:type="dxa"/>
            </w:tcMar>
            <w:vAlign w:val="center"/>
          </w:tcPr>
          <w:p w14:paraId="6499A08A" w14:textId="77777777" w:rsidR="00453E5B" w:rsidRDefault="00453E5B">
            <w:pPr>
              <w:spacing w:after="0" w:line="240" w:lineRule="auto"/>
            </w:pPr>
          </w:p>
        </w:tc>
        <w:tc>
          <w:tcPr>
            <w:tcW w:w="2494" w:type="dxa"/>
            <w:shd w:val="clear" w:color="auto" w:fill="FFFFFF"/>
            <w:tcMar>
              <w:top w:w="70" w:type="dxa"/>
              <w:left w:w="85" w:type="dxa"/>
              <w:bottom w:w="70" w:type="dxa"/>
              <w:right w:w="85" w:type="dxa"/>
            </w:tcMar>
            <w:vAlign w:val="center"/>
          </w:tcPr>
          <w:p w14:paraId="74B0C411" w14:textId="77777777" w:rsidR="00453E5B" w:rsidRDefault="00453E5B">
            <w:pPr>
              <w:spacing w:after="0" w:line="240" w:lineRule="auto"/>
            </w:pPr>
          </w:p>
        </w:tc>
        <w:tc>
          <w:tcPr>
            <w:tcW w:w="1020" w:type="dxa"/>
            <w:shd w:val="clear" w:color="auto" w:fill="FFFFFF"/>
            <w:tcMar>
              <w:top w:w="70" w:type="dxa"/>
              <w:left w:w="85" w:type="dxa"/>
              <w:bottom w:w="70" w:type="dxa"/>
              <w:right w:w="85" w:type="dxa"/>
            </w:tcMar>
            <w:vAlign w:val="center"/>
          </w:tcPr>
          <w:p w14:paraId="3C5EBCA2" w14:textId="77777777" w:rsidR="00453E5B" w:rsidRDefault="00453E5B">
            <w:pPr>
              <w:spacing w:after="0" w:line="240" w:lineRule="auto"/>
            </w:pPr>
          </w:p>
        </w:tc>
        <w:tc>
          <w:tcPr>
            <w:tcW w:w="964" w:type="dxa"/>
            <w:shd w:val="clear" w:color="auto" w:fill="FFFFFF"/>
            <w:tcMar>
              <w:top w:w="70" w:type="dxa"/>
              <w:left w:w="85" w:type="dxa"/>
              <w:bottom w:w="70" w:type="dxa"/>
              <w:right w:w="85" w:type="dxa"/>
            </w:tcMar>
            <w:vAlign w:val="center"/>
          </w:tcPr>
          <w:p w14:paraId="19776174" w14:textId="77777777" w:rsidR="00453E5B" w:rsidRDefault="00453E5B">
            <w:pPr>
              <w:spacing w:after="0" w:line="240" w:lineRule="auto"/>
            </w:pPr>
          </w:p>
        </w:tc>
        <w:tc>
          <w:tcPr>
            <w:tcW w:w="397" w:type="dxa"/>
            <w:shd w:val="clear" w:color="auto" w:fill="FFFFFF"/>
            <w:tcMar>
              <w:top w:w="70" w:type="dxa"/>
              <w:left w:w="85" w:type="dxa"/>
              <w:bottom w:w="70" w:type="dxa"/>
              <w:right w:w="85" w:type="dxa"/>
            </w:tcMar>
            <w:vAlign w:val="center"/>
          </w:tcPr>
          <w:p w14:paraId="13E26760" w14:textId="77777777" w:rsidR="00453E5B" w:rsidRDefault="00453E5B">
            <w:pPr>
              <w:spacing w:after="0" w:line="240" w:lineRule="auto"/>
            </w:pPr>
          </w:p>
        </w:tc>
      </w:tr>
    </w:tbl>
    <w:p w14:paraId="1598A4A5" w14:textId="77777777" w:rsidR="00453E5B" w:rsidRDefault="00453E5B">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53E5B" w14:paraId="083004DE" w14:textId="77777777">
        <w:trPr>
          <w:cantSplit/>
          <w:jc w:val="center"/>
        </w:trPr>
        <w:tc>
          <w:tcPr>
            <w:tcW w:w="1020" w:type="dxa"/>
            <w:shd w:val="clear" w:color="auto" w:fill="D71920"/>
            <w:tcMar>
              <w:top w:w="70" w:type="dxa"/>
              <w:left w:w="85" w:type="dxa"/>
              <w:bottom w:w="70" w:type="dxa"/>
              <w:right w:w="85" w:type="dxa"/>
            </w:tcMar>
            <w:vAlign w:val="center"/>
          </w:tcPr>
          <w:p w14:paraId="1BF11101" w14:textId="77777777" w:rsidR="00453E5B" w:rsidRDefault="00000000">
            <w:pPr>
              <w:spacing w:after="0" w:line="240" w:lineRule="auto"/>
              <w:jc w:val="center"/>
            </w:pPr>
            <w:r>
              <w:rPr>
                <w:b/>
                <w:color w:val="FFFFFF"/>
                <w:sz w:val="34"/>
              </w:rPr>
              <w:t>11</w:t>
            </w:r>
          </w:p>
        </w:tc>
        <w:tc>
          <w:tcPr>
            <w:tcW w:w="8901" w:type="dxa"/>
            <w:shd w:val="clear" w:color="auto" w:fill="F3F4F5"/>
          </w:tcPr>
          <w:p w14:paraId="0A261CA6" w14:textId="77777777" w:rsidR="00453E5B" w:rsidRDefault="00000000">
            <w:pPr>
              <w:spacing w:after="20"/>
            </w:pPr>
            <w:r>
              <w:rPr>
                <w:b/>
                <w:sz w:val="27"/>
              </w:rPr>
              <w:t>Referințe, glosar și utilizare responsabilă</w:t>
            </w:r>
          </w:p>
          <w:p w14:paraId="7325B224" w14:textId="77777777" w:rsidR="00453E5B" w:rsidRDefault="00000000">
            <w:pPr>
              <w:spacing w:after="0"/>
            </w:pPr>
            <w:r>
              <w:rPr>
                <w:color w:val="666666"/>
                <w:sz w:val="16"/>
              </w:rPr>
              <w:t>Verificați ediția aplicabilă și toate cerințele legale, sectoriale, contractuale și locale</w:t>
            </w:r>
          </w:p>
        </w:tc>
      </w:tr>
    </w:tbl>
    <w:p w14:paraId="353780CE" w14:textId="77777777" w:rsidR="00453E5B" w:rsidRDefault="00453E5B">
      <w:pPr>
        <w:spacing w:after="0"/>
      </w:pPr>
    </w:p>
    <w:p w14:paraId="2D55359B" w14:textId="77777777" w:rsidR="00453E5B" w:rsidRDefault="00000000">
      <w:pPr>
        <w:pStyle w:val="Heading2"/>
      </w:pPr>
      <w:r>
        <w:lastRenderedPageBreak/>
        <w:t>Baza documentului</w:t>
      </w:r>
    </w:p>
    <w:p w14:paraId="38F63BD3" w14:textId="77777777" w:rsidR="00453E5B" w:rsidRDefault="00000000">
      <w:pPr>
        <w:spacing w:after="80"/>
      </w:pPr>
      <w:r>
        <w:t>Ghidul este aliniat ediției publicate ISO/IEC 27001:2022 și Amendamentului 1:2024 privind schimbările climatice. Documentele asociate Anexei A sunt condiționate de evaluarea riscurilor, obligațiile aplicabile și deciziile din Declarația de aplicabilitate.</w:t>
      </w:r>
    </w:p>
    <w:p w14:paraId="5961D030" w14:textId="77777777" w:rsidR="00453E5B" w:rsidRDefault="00000000">
      <w:pPr>
        <w:pStyle w:val="ListBullet"/>
        <w:spacing w:after="50"/>
      </w:pPr>
      <w:hyperlink r:id="rId8">
        <w:r>
          <w:rPr>
            <w:color w:val="D71920"/>
            <w:u w:val="single"/>
          </w:rPr>
          <w:t>ISO/IEC 27001:2022 - pagina oficială</w:t>
        </w:r>
      </w:hyperlink>
    </w:p>
    <w:p w14:paraId="187CA6AB" w14:textId="77777777" w:rsidR="00453E5B" w:rsidRDefault="00000000">
      <w:pPr>
        <w:pStyle w:val="ListBullet"/>
        <w:spacing w:after="50"/>
      </w:pPr>
      <w:hyperlink r:id="rId9">
        <w:r>
          <w:rPr>
            <w:color w:val="D71920"/>
            <w:u w:val="single"/>
          </w:rPr>
          <w:t>ISO/IEC 27001:2022/Amd 1:2024 - pagina oficială</w:t>
        </w:r>
      </w:hyperlink>
    </w:p>
    <w:p w14:paraId="0112B0D0" w14:textId="77777777" w:rsidR="00453E5B" w:rsidRDefault="00000000">
      <w:pPr>
        <w:pStyle w:val="ListBullet"/>
        <w:spacing w:after="50"/>
      </w:pPr>
      <w:hyperlink r:id="rId10">
        <w:r>
          <w:rPr>
            <w:color w:val="D71920"/>
            <w:u w:val="single"/>
          </w:rPr>
          <w:t>ISO/IEC 27002:2022 - ghid pentru controale</w:t>
        </w:r>
      </w:hyperlink>
    </w:p>
    <w:p w14:paraId="4515C200" w14:textId="77777777" w:rsidR="00453E5B" w:rsidRDefault="00000000">
      <w:pPr>
        <w:pStyle w:val="ListBullet"/>
        <w:spacing w:after="50"/>
      </w:pPr>
      <w:hyperlink r:id="rId11">
        <w:r>
          <w:rPr>
            <w:color w:val="D71920"/>
            <w:u w:val="single"/>
          </w:rPr>
          <w:t>ISO/IEC 27005:2022 - managementul riscurilor de securitate</w:t>
        </w:r>
      </w:hyperlink>
    </w:p>
    <w:p w14:paraId="6EC05ACE" w14:textId="77777777" w:rsidR="00453E5B" w:rsidRDefault="00000000">
      <w:pPr>
        <w:pStyle w:val="ListBullet"/>
        <w:spacing w:after="50"/>
      </w:pPr>
      <w:hyperlink r:id="rId12">
        <w:r>
          <w:rPr>
            <w:color w:val="D71920"/>
            <w:u w:val="single"/>
          </w:rPr>
          <w:t>ISO/IEC 27001 - prezentare generală</w:t>
        </w:r>
      </w:hyperlink>
    </w:p>
    <w:p w14:paraId="64689036" w14:textId="77777777" w:rsidR="00453E5B" w:rsidRDefault="00000000">
      <w:pPr>
        <w:pStyle w:val="Heading2"/>
      </w:pPr>
      <w:r>
        <w:t>Glosar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453E5B" w14:paraId="5C7E6E90" w14:textId="77777777">
        <w:trPr>
          <w:tblHeader/>
          <w:jc w:val="center"/>
        </w:trPr>
        <w:tc>
          <w:tcPr>
            <w:tcW w:w="2721" w:type="dxa"/>
            <w:shd w:val="clear" w:color="auto" w:fill="D71920"/>
            <w:tcMar>
              <w:top w:w="70" w:type="dxa"/>
              <w:left w:w="85" w:type="dxa"/>
              <w:bottom w:w="70" w:type="dxa"/>
              <w:right w:w="85" w:type="dxa"/>
            </w:tcMar>
            <w:vAlign w:val="center"/>
          </w:tcPr>
          <w:p w14:paraId="1A715FBB" w14:textId="77777777" w:rsidR="00453E5B" w:rsidRDefault="00000000">
            <w:pPr>
              <w:spacing w:after="0" w:line="240" w:lineRule="auto"/>
              <w:jc w:val="center"/>
            </w:pPr>
            <w:r>
              <w:rPr>
                <w:b/>
                <w:color w:val="FFFFFF"/>
                <w:sz w:val="15"/>
              </w:rPr>
              <w:t>TERMEN</w:t>
            </w:r>
          </w:p>
        </w:tc>
        <w:tc>
          <w:tcPr>
            <w:tcW w:w="7200" w:type="dxa"/>
            <w:shd w:val="clear" w:color="auto" w:fill="D71920"/>
            <w:tcMar>
              <w:top w:w="70" w:type="dxa"/>
              <w:left w:w="85" w:type="dxa"/>
              <w:bottom w:w="70" w:type="dxa"/>
              <w:right w:w="85" w:type="dxa"/>
            </w:tcMar>
            <w:vAlign w:val="center"/>
          </w:tcPr>
          <w:p w14:paraId="0A7242EF" w14:textId="77777777" w:rsidR="00453E5B" w:rsidRDefault="00000000">
            <w:pPr>
              <w:spacing w:after="0" w:line="240" w:lineRule="auto"/>
              <w:jc w:val="center"/>
            </w:pPr>
            <w:r>
              <w:rPr>
                <w:b/>
                <w:color w:val="FFFFFF"/>
                <w:sz w:val="15"/>
              </w:rPr>
              <w:t>EXPLICAȚIE PRACTICĂ</w:t>
            </w:r>
          </w:p>
        </w:tc>
      </w:tr>
      <w:tr w:rsidR="00453E5B" w14:paraId="782F1098" w14:textId="77777777">
        <w:trPr>
          <w:cantSplit/>
          <w:jc w:val="center"/>
        </w:trPr>
        <w:tc>
          <w:tcPr>
            <w:tcW w:w="2721" w:type="dxa"/>
            <w:shd w:val="clear" w:color="auto" w:fill="FFFFFF"/>
            <w:tcMar>
              <w:top w:w="70" w:type="dxa"/>
              <w:left w:w="85" w:type="dxa"/>
              <w:bottom w:w="70" w:type="dxa"/>
              <w:right w:w="85" w:type="dxa"/>
            </w:tcMar>
            <w:vAlign w:val="center"/>
          </w:tcPr>
          <w:p w14:paraId="79647CCD" w14:textId="77777777" w:rsidR="00453E5B" w:rsidRDefault="00000000">
            <w:pPr>
              <w:spacing w:after="0" w:line="240" w:lineRule="auto"/>
            </w:pPr>
            <w:r>
              <w:rPr>
                <w:sz w:val="15"/>
              </w:rPr>
              <w:t>SMSI / ISMS</w:t>
            </w:r>
          </w:p>
        </w:tc>
        <w:tc>
          <w:tcPr>
            <w:tcW w:w="7200" w:type="dxa"/>
            <w:shd w:val="clear" w:color="auto" w:fill="FFFFFF"/>
            <w:tcMar>
              <w:top w:w="70" w:type="dxa"/>
              <w:left w:w="85" w:type="dxa"/>
              <w:bottom w:w="70" w:type="dxa"/>
              <w:right w:w="85" w:type="dxa"/>
            </w:tcMar>
            <w:vAlign w:val="center"/>
          </w:tcPr>
          <w:p w14:paraId="1F14B34B" w14:textId="77777777" w:rsidR="00453E5B" w:rsidRDefault="00000000">
            <w:pPr>
              <w:spacing w:after="0" w:line="240" w:lineRule="auto"/>
            </w:pPr>
            <w:r>
              <w:rPr>
                <w:sz w:val="15"/>
              </w:rPr>
              <w:t>Sistem de management al securității informației.</w:t>
            </w:r>
          </w:p>
        </w:tc>
      </w:tr>
      <w:tr w:rsidR="00453E5B" w14:paraId="01195D47" w14:textId="77777777">
        <w:trPr>
          <w:cantSplit/>
          <w:jc w:val="center"/>
        </w:trPr>
        <w:tc>
          <w:tcPr>
            <w:tcW w:w="2721" w:type="dxa"/>
            <w:shd w:val="clear" w:color="auto" w:fill="FAFAFA"/>
            <w:tcMar>
              <w:top w:w="70" w:type="dxa"/>
              <w:left w:w="85" w:type="dxa"/>
              <w:bottom w:w="70" w:type="dxa"/>
              <w:right w:w="85" w:type="dxa"/>
            </w:tcMar>
            <w:vAlign w:val="center"/>
          </w:tcPr>
          <w:p w14:paraId="409C9AF1" w14:textId="77777777" w:rsidR="00453E5B" w:rsidRDefault="00000000">
            <w:pPr>
              <w:spacing w:after="0" w:line="240" w:lineRule="auto"/>
            </w:pPr>
            <w:r>
              <w:rPr>
                <w:sz w:val="15"/>
              </w:rPr>
              <w:t>CIA</w:t>
            </w:r>
          </w:p>
        </w:tc>
        <w:tc>
          <w:tcPr>
            <w:tcW w:w="7200" w:type="dxa"/>
            <w:shd w:val="clear" w:color="auto" w:fill="FAFAFA"/>
            <w:tcMar>
              <w:top w:w="70" w:type="dxa"/>
              <w:left w:w="85" w:type="dxa"/>
              <w:bottom w:w="70" w:type="dxa"/>
              <w:right w:w="85" w:type="dxa"/>
            </w:tcMar>
            <w:vAlign w:val="center"/>
          </w:tcPr>
          <w:p w14:paraId="52F0F5FA" w14:textId="77777777" w:rsidR="00453E5B" w:rsidRDefault="00000000">
            <w:pPr>
              <w:spacing w:after="0" w:line="240" w:lineRule="auto"/>
            </w:pPr>
            <w:r>
              <w:rPr>
                <w:sz w:val="15"/>
              </w:rPr>
              <w:t>Confidențialitate, integritate și disponibilitate.</w:t>
            </w:r>
          </w:p>
        </w:tc>
      </w:tr>
      <w:tr w:rsidR="00453E5B" w14:paraId="5CF776CB" w14:textId="77777777">
        <w:trPr>
          <w:cantSplit/>
          <w:jc w:val="center"/>
        </w:trPr>
        <w:tc>
          <w:tcPr>
            <w:tcW w:w="2721" w:type="dxa"/>
            <w:shd w:val="clear" w:color="auto" w:fill="FFFFFF"/>
            <w:tcMar>
              <w:top w:w="70" w:type="dxa"/>
              <w:left w:w="85" w:type="dxa"/>
              <w:bottom w:w="70" w:type="dxa"/>
              <w:right w:w="85" w:type="dxa"/>
            </w:tcMar>
            <w:vAlign w:val="center"/>
          </w:tcPr>
          <w:p w14:paraId="451C1E05" w14:textId="77777777" w:rsidR="00453E5B" w:rsidRDefault="00000000">
            <w:pPr>
              <w:spacing w:after="0" w:line="240" w:lineRule="auto"/>
            </w:pPr>
            <w:r>
              <w:rPr>
                <w:sz w:val="15"/>
              </w:rPr>
              <w:t>Risc inerent</w:t>
            </w:r>
          </w:p>
        </w:tc>
        <w:tc>
          <w:tcPr>
            <w:tcW w:w="7200" w:type="dxa"/>
            <w:shd w:val="clear" w:color="auto" w:fill="FFFFFF"/>
            <w:tcMar>
              <w:top w:w="70" w:type="dxa"/>
              <w:left w:w="85" w:type="dxa"/>
              <w:bottom w:w="70" w:type="dxa"/>
              <w:right w:w="85" w:type="dxa"/>
            </w:tcMar>
            <w:vAlign w:val="center"/>
          </w:tcPr>
          <w:p w14:paraId="62B88C9E" w14:textId="77777777" w:rsidR="00453E5B" w:rsidRDefault="00000000">
            <w:pPr>
              <w:spacing w:after="0" w:line="240" w:lineRule="auto"/>
            </w:pPr>
            <w:r>
              <w:rPr>
                <w:sz w:val="15"/>
              </w:rPr>
              <w:t>Nivelul riscului înainte de considerarea controalelor.</w:t>
            </w:r>
          </w:p>
        </w:tc>
      </w:tr>
      <w:tr w:rsidR="00453E5B" w14:paraId="709E98B6" w14:textId="77777777">
        <w:trPr>
          <w:cantSplit/>
          <w:jc w:val="center"/>
        </w:trPr>
        <w:tc>
          <w:tcPr>
            <w:tcW w:w="2721" w:type="dxa"/>
            <w:shd w:val="clear" w:color="auto" w:fill="FAFAFA"/>
            <w:tcMar>
              <w:top w:w="70" w:type="dxa"/>
              <w:left w:w="85" w:type="dxa"/>
              <w:bottom w:w="70" w:type="dxa"/>
              <w:right w:w="85" w:type="dxa"/>
            </w:tcMar>
            <w:vAlign w:val="center"/>
          </w:tcPr>
          <w:p w14:paraId="1C952B15" w14:textId="77777777" w:rsidR="00453E5B" w:rsidRDefault="00000000">
            <w:pPr>
              <w:spacing w:after="0" w:line="240" w:lineRule="auto"/>
            </w:pPr>
            <w:r>
              <w:rPr>
                <w:sz w:val="15"/>
              </w:rPr>
              <w:t>Risc rezidual</w:t>
            </w:r>
          </w:p>
        </w:tc>
        <w:tc>
          <w:tcPr>
            <w:tcW w:w="7200" w:type="dxa"/>
            <w:shd w:val="clear" w:color="auto" w:fill="FAFAFA"/>
            <w:tcMar>
              <w:top w:w="70" w:type="dxa"/>
              <w:left w:w="85" w:type="dxa"/>
              <w:bottom w:w="70" w:type="dxa"/>
              <w:right w:w="85" w:type="dxa"/>
            </w:tcMar>
            <w:vAlign w:val="center"/>
          </w:tcPr>
          <w:p w14:paraId="21A2763C" w14:textId="77777777" w:rsidR="00453E5B" w:rsidRDefault="00000000">
            <w:pPr>
              <w:spacing w:after="0" w:line="240" w:lineRule="auto"/>
            </w:pPr>
            <w:r>
              <w:rPr>
                <w:sz w:val="15"/>
              </w:rPr>
              <w:t>Nivelul rămas după aplicarea controalelor.</w:t>
            </w:r>
          </w:p>
        </w:tc>
      </w:tr>
      <w:tr w:rsidR="00453E5B" w14:paraId="67763184" w14:textId="77777777">
        <w:trPr>
          <w:cantSplit/>
          <w:jc w:val="center"/>
        </w:trPr>
        <w:tc>
          <w:tcPr>
            <w:tcW w:w="2721" w:type="dxa"/>
            <w:shd w:val="clear" w:color="auto" w:fill="FFFFFF"/>
            <w:tcMar>
              <w:top w:w="70" w:type="dxa"/>
              <w:left w:w="85" w:type="dxa"/>
              <w:bottom w:w="70" w:type="dxa"/>
              <w:right w:w="85" w:type="dxa"/>
            </w:tcMar>
            <w:vAlign w:val="center"/>
          </w:tcPr>
          <w:p w14:paraId="0F5571CF" w14:textId="77777777" w:rsidR="00453E5B" w:rsidRDefault="00000000">
            <w:pPr>
              <w:spacing w:after="0" w:line="240" w:lineRule="auto"/>
            </w:pPr>
            <w:r>
              <w:rPr>
                <w:sz w:val="15"/>
              </w:rPr>
              <w:t>SoA</w:t>
            </w:r>
          </w:p>
        </w:tc>
        <w:tc>
          <w:tcPr>
            <w:tcW w:w="7200" w:type="dxa"/>
            <w:shd w:val="clear" w:color="auto" w:fill="FFFFFF"/>
            <w:tcMar>
              <w:top w:w="70" w:type="dxa"/>
              <w:left w:w="85" w:type="dxa"/>
              <w:bottom w:w="70" w:type="dxa"/>
              <w:right w:w="85" w:type="dxa"/>
            </w:tcMar>
            <w:vAlign w:val="center"/>
          </w:tcPr>
          <w:p w14:paraId="5BFBD70F" w14:textId="77777777" w:rsidR="00453E5B" w:rsidRDefault="00000000">
            <w:pPr>
              <w:spacing w:after="0" w:line="240" w:lineRule="auto"/>
            </w:pPr>
            <w:r>
              <w:rPr>
                <w:sz w:val="15"/>
              </w:rPr>
              <w:t>Declarația de aplicabilitate: documentul care justifică selecția și starea controalelor.</w:t>
            </w:r>
          </w:p>
        </w:tc>
      </w:tr>
      <w:tr w:rsidR="00453E5B" w14:paraId="4B4C798B" w14:textId="77777777">
        <w:trPr>
          <w:cantSplit/>
          <w:jc w:val="center"/>
        </w:trPr>
        <w:tc>
          <w:tcPr>
            <w:tcW w:w="2721" w:type="dxa"/>
            <w:shd w:val="clear" w:color="auto" w:fill="FAFAFA"/>
            <w:tcMar>
              <w:top w:w="70" w:type="dxa"/>
              <w:left w:w="85" w:type="dxa"/>
              <w:bottom w:w="70" w:type="dxa"/>
              <w:right w:w="85" w:type="dxa"/>
            </w:tcMar>
            <w:vAlign w:val="center"/>
          </w:tcPr>
          <w:p w14:paraId="3C567157" w14:textId="77777777" w:rsidR="00453E5B" w:rsidRDefault="00000000">
            <w:pPr>
              <w:spacing w:after="0" w:line="240" w:lineRule="auto"/>
            </w:pPr>
            <w:r>
              <w:rPr>
                <w:sz w:val="15"/>
              </w:rPr>
              <w:t>Control</w:t>
            </w:r>
          </w:p>
        </w:tc>
        <w:tc>
          <w:tcPr>
            <w:tcW w:w="7200" w:type="dxa"/>
            <w:shd w:val="clear" w:color="auto" w:fill="FAFAFA"/>
            <w:tcMar>
              <w:top w:w="70" w:type="dxa"/>
              <w:left w:w="85" w:type="dxa"/>
              <w:bottom w:w="70" w:type="dxa"/>
              <w:right w:w="85" w:type="dxa"/>
            </w:tcMar>
            <w:vAlign w:val="center"/>
          </w:tcPr>
          <w:p w14:paraId="5B46EF05" w14:textId="77777777" w:rsidR="00453E5B" w:rsidRDefault="00000000">
            <w:pPr>
              <w:spacing w:after="0" w:line="240" w:lineRule="auto"/>
            </w:pPr>
            <w:r>
              <w:rPr>
                <w:sz w:val="15"/>
              </w:rPr>
              <w:t>Măsură care modifică riscul; poate fi organizațională, umană, fizică sau tehnologică.</w:t>
            </w:r>
          </w:p>
        </w:tc>
      </w:tr>
      <w:tr w:rsidR="00453E5B" w14:paraId="294C7DC2" w14:textId="77777777">
        <w:trPr>
          <w:cantSplit/>
          <w:jc w:val="center"/>
        </w:trPr>
        <w:tc>
          <w:tcPr>
            <w:tcW w:w="2721" w:type="dxa"/>
            <w:shd w:val="clear" w:color="auto" w:fill="FFFFFF"/>
            <w:tcMar>
              <w:top w:w="70" w:type="dxa"/>
              <w:left w:w="85" w:type="dxa"/>
              <w:bottom w:w="70" w:type="dxa"/>
              <w:right w:w="85" w:type="dxa"/>
            </w:tcMar>
            <w:vAlign w:val="center"/>
          </w:tcPr>
          <w:p w14:paraId="4FDFA475" w14:textId="77777777" w:rsidR="00453E5B" w:rsidRDefault="00000000">
            <w:pPr>
              <w:spacing w:after="0" w:line="240" w:lineRule="auto"/>
            </w:pPr>
            <w:r>
              <w:rPr>
                <w:sz w:val="15"/>
              </w:rPr>
              <w:t>Proprietar de risc</w:t>
            </w:r>
          </w:p>
        </w:tc>
        <w:tc>
          <w:tcPr>
            <w:tcW w:w="7200" w:type="dxa"/>
            <w:shd w:val="clear" w:color="auto" w:fill="FFFFFF"/>
            <w:tcMar>
              <w:top w:w="70" w:type="dxa"/>
              <w:left w:w="85" w:type="dxa"/>
              <w:bottom w:w="70" w:type="dxa"/>
              <w:right w:w="85" w:type="dxa"/>
            </w:tcMar>
            <w:vAlign w:val="center"/>
          </w:tcPr>
          <w:p w14:paraId="51B509F9" w14:textId="77777777" w:rsidR="00453E5B" w:rsidRDefault="00000000">
            <w:pPr>
              <w:spacing w:after="0" w:line="240" w:lineRule="auto"/>
            </w:pPr>
            <w:r>
              <w:rPr>
                <w:sz w:val="15"/>
              </w:rPr>
              <w:t>Persoană cu autoritate și responsabilitate pentru gestionarea unui risc.</w:t>
            </w:r>
          </w:p>
        </w:tc>
      </w:tr>
      <w:tr w:rsidR="00453E5B" w14:paraId="23CB3F5F" w14:textId="77777777">
        <w:trPr>
          <w:cantSplit/>
          <w:jc w:val="center"/>
        </w:trPr>
        <w:tc>
          <w:tcPr>
            <w:tcW w:w="2721" w:type="dxa"/>
            <w:shd w:val="clear" w:color="auto" w:fill="FAFAFA"/>
            <w:tcMar>
              <w:top w:w="70" w:type="dxa"/>
              <w:left w:w="85" w:type="dxa"/>
              <w:bottom w:w="70" w:type="dxa"/>
              <w:right w:w="85" w:type="dxa"/>
            </w:tcMar>
            <w:vAlign w:val="center"/>
          </w:tcPr>
          <w:p w14:paraId="76814F51" w14:textId="77777777" w:rsidR="00453E5B" w:rsidRDefault="00000000">
            <w:pPr>
              <w:spacing w:after="0" w:line="240" w:lineRule="auto"/>
            </w:pPr>
            <w:r>
              <w:rPr>
                <w:sz w:val="15"/>
              </w:rPr>
              <w:t>KRI</w:t>
            </w:r>
          </w:p>
        </w:tc>
        <w:tc>
          <w:tcPr>
            <w:tcW w:w="7200" w:type="dxa"/>
            <w:shd w:val="clear" w:color="auto" w:fill="FAFAFA"/>
            <w:tcMar>
              <w:top w:w="70" w:type="dxa"/>
              <w:left w:w="85" w:type="dxa"/>
              <w:bottom w:w="70" w:type="dxa"/>
              <w:right w:w="85" w:type="dxa"/>
            </w:tcMar>
            <w:vAlign w:val="center"/>
          </w:tcPr>
          <w:p w14:paraId="59CCE071" w14:textId="77777777" w:rsidR="00453E5B" w:rsidRDefault="00000000">
            <w:pPr>
              <w:spacing w:after="0" w:line="240" w:lineRule="auto"/>
            </w:pPr>
            <w:r>
              <w:rPr>
                <w:sz w:val="15"/>
              </w:rPr>
              <w:t>Indicator care semnalează schimbarea expunerii sau apropierea de un prag de risc.</w:t>
            </w:r>
          </w:p>
        </w:tc>
      </w:tr>
      <w:tr w:rsidR="00453E5B" w14:paraId="027124E3" w14:textId="77777777">
        <w:trPr>
          <w:cantSplit/>
          <w:jc w:val="center"/>
        </w:trPr>
        <w:tc>
          <w:tcPr>
            <w:tcW w:w="2721" w:type="dxa"/>
            <w:shd w:val="clear" w:color="auto" w:fill="FFFFFF"/>
            <w:tcMar>
              <w:top w:w="70" w:type="dxa"/>
              <w:left w:w="85" w:type="dxa"/>
              <w:bottom w:w="70" w:type="dxa"/>
              <w:right w:w="85" w:type="dxa"/>
            </w:tcMar>
            <w:vAlign w:val="center"/>
          </w:tcPr>
          <w:p w14:paraId="474ADDB4" w14:textId="77777777" w:rsidR="00453E5B" w:rsidRDefault="00000000">
            <w:pPr>
              <w:spacing w:after="0" w:line="240" w:lineRule="auto"/>
            </w:pPr>
            <w:r>
              <w:rPr>
                <w:sz w:val="15"/>
              </w:rPr>
              <w:t>Informație documentată</w:t>
            </w:r>
          </w:p>
        </w:tc>
        <w:tc>
          <w:tcPr>
            <w:tcW w:w="7200" w:type="dxa"/>
            <w:shd w:val="clear" w:color="auto" w:fill="FFFFFF"/>
            <w:tcMar>
              <w:top w:w="70" w:type="dxa"/>
              <w:left w:w="85" w:type="dxa"/>
              <w:bottom w:w="70" w:type="dxa"/>
              <w:right w:w="85" w:type="dxa"/>
            </w:tcMar>
            <w:vAlign w:val="center"/>
          </w:tcPr>
          <w:p w14:paraId="1E281317" w14:textId="77777777" w:rsidR="00453E5B" w:rsidRDefault="00000000">
            <w:pPr>
              <w:spacing w:after="0" w:line="240" w:lineRule="auto"/>
            </w:pPr>
            <w:r>
              <w:rPr>
                <w:sz w:val="15"/>
              </w:rPr>
              <w:t>Informație controlată și suportul pe care se află.</w:t>
            </w:r>
          </w:p>
        </w:tc>
      </w:tr>
    </w:tbl>
    <w:p w14:paraId="49A0CF89" w14:textId="77777777" w:rsidR="00453E5B" w:rsidRDefault="00453E5B">
      <w:pPr>
        <w:spacing w:after="20"/>
      </w:pPr>
    </w:p>
    <w:p w14:paraId="3946A805" w14:textId="77777777" w:rsidR="00453E5B" w:rsidRDefault="00000000">
      <w:pPr>
        <w:spacing w:after="40"/>
      </w:pPr>
      <w:r>
        <w:rPr>
          <w:b/>
        </w:rPr>
        <w:t>Notă de utilizare:</w:t>
      </w:r>
      <w:r>
        <w:t xml:space="preserve"> Acest material este orientativ și nu înlocuiește textul oficial al standardului, consultanța adaptată, evaluarea juridică, medicina muncii ori cerințele autorităților și organismului de certificare. Organizația rămâne responsabilă pentru documentele și termenele de păstrare stabilite.</w:t>
      </w:r>
    </w:p>
    <w:sectPr w:rsidR="00453E5B" w:rsidSect="00034616">
      <w:headerReference w:type="default" r:id="rId13"/>
      <w:footerReference w:type="default" r:id="rId14"/>
      <w:pgSz w:w="11906" w:h="16838"/>
      <w:pgMar w:top="964" w:right="964" w:bottom="907" w:left="964"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47A3B" w14:textId="77777777" w:rsidR="00E037BC" w:rsidRDefault="00E037BC">
      <w:pPr>
        <w:spacing w:after="0" w:line="240" w:lineRule="auto"/>
      </w:pPr>
      <w:r>
        <w:separator/>
      </w:r>
    </w:p>
  </w:endnote>
  <w:endnote w:type="continuationSeparator" w:id="0">
    <w:p w14:paraId="0844C347" w14:textId="77777777" w:rsidR="00E037BC" w:rsidRDefault="00E03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131FC" w14:textId="77777777" w:rsidR="00453E5B" w:rsidRDefault="00453E5B">
    <w:pPr>
      <w:pStyle w:val="Foote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220"/>
      <w:gridCol w:w="1701"/>
    </w:tblGrid>
    <w:tr w:rsidR="00453E5B" w14:paraId="41CAA399" w14:textId="77777777">
      <w:trPr>
        <w:jc w:val="center"/>
      </w:trPr>
      <w:tc>
        <w:tcPr>
          <w:tcW w:w="8220" w:type="dxa"/>
          <w:tcMar>
            <w:top w:w="70" w:type="dxa"/>
            <w:left w:w="85" w:type="dxa"/>
            <w:bottom w:w="70" w:type="dxa"/>
            <w:right w:w="85" w:type="dxa"/>
          </w:tcMar>
          <w:vAlign w:val="center"/>
        </w:tcPr>
        <w:p w14:paraId="16373FE8" w14:textId="77777777" w:rsidR="00453E5B" w:rsidRPr="00093A4A" w:rsidRDefault="00000000">
          <w:pPr>
            <w:spacing w:after="0" w:line="240" w:lineRule="auto"/>
            <w:rPr>
              <w:lang w:val="fr-FR"/>
            </w:rPr>
          </w:pPr>
          <w:r w:rsidRPr="00093A4A">
            <w:rPr>
              <w:color w:val="666666"/>
              <w:sz w:val="13"/>
              <w:lang w:val="fr-FR"/>
            </w:rPr>
            <w:t xml:space="preserve">Instrument </w:t>
          </w:r>
          <w:proofErr w:type="spellStart"/>
          <w:r w:rsidRPr="00093A4A">
            <w:rPr>
              <w:color w:val="666666"/>
              <w:sz w:val="13"/>
              <w:lang w:val="fr-FR"/>
            </w:rPr>
            <w:t>orientativ</w:t>
          </w:r>
          <w:proofErr w:type="spellEnd"/>
          <w:r w:rsidRPr="00093A4A">
            <w:rPr>
              <w:color w:val="666666"/>
              <w:sz w:val="13"/>
              <w:lang w:val="fr-FR"/>
            </w:rPr>
            <w:t xml:space="preserve">. A se adapta </w:t>
          </w:r>
          <w:proofErr w:type="spellStart"/>
          <w:r w:rsidRPr="00093A4A">
            <w:rPr>
              <w:color w:val="666666"/>
              <w:sz w:val="13"/>
              <w:lang w:val="fr-FR"/>
            </w:rPr>
            <w:t>contextului</w:t>
          </w:r>
          <w:proofErr w:type="spellEnd"/>
          <w:r w:rsidRPr="00093A4A">
            <w:rPr>
              <w:color w:val="666666"/>
              <w:sz w:val="13"/>
              <w:lang w:val="fr-FR"/>
            </w:rPr>
            <w:t xml:space="preserve">, </w:t>
          </w:r>
          <w:proofErr w:type="spellStart"/>
          <w:r w:rsidRPr="00093A4A">
            <w:rPr>
              <w:color w:val="666666"/>
              <w:sz w:val="13"/>
              <w:lang w:val="fr-FR"/>
            </w:rPr>
            <w:t>riscurilor</w:t>
          </w:r>
          <w:proofErr w:type="spellEnd"/>
          <w:r w:rsidRPr="00093A4A">
            <w:rPr>
              <w:color w:val="666666"/>
              <w:sz w:val="13"/>
              <w:lang w:val="fr-FR"/>
            </w:rPr>
            <w:t xml:space="preserve"> </w:t>
          </w:r>
          <w:proofErr w:type="spellStart"/>
          <w:r w:rsidRPr="00093A4A">
            <w:rPr>
              <w:color w:val="666666"/>
              <w:sz w:val="13"/>
              <w:lang w:val="fr-FR"/>
            </w:rPr>
            <w:t>și</w:t>
          </w:r>
          <w:proofErr w:type="spellEnd"/>
          <w:r w:rsidRPr="00093A4A">
            <w:rPr>
              <w:color w:val="666666"/>
              <w:sz w:val="13"/>
              <w:lang w:val="fr-FR"/>
            </w:rPr>
            <w:t xml:space="preserve"> </w:t>
          </w:r>
          <w:proofErr w:type="spellStart"/>
          <w:r w:rsidRPr="00093A4A">
            <w:rPr>
              <w:color w:val="666666"/>
              <w:sz w:val="13"/>
              <w:lang w:val="fr-FR"/>
            </w:rPr>
            <w:t>obligațiilor</w:t>
          </w:r>
          <w:proofErr w:type="spellEnd"/>
          <w:r w:rsidRPr="00093A4A">
            <w:rPr>
              <w:color w:val="666666"/>
              <w:sz w:val="13"/>
              <w:lang w:val="fr-FR"/>
            </w:rPr>
            <w:t xml:space="preserve"> </w:t>
          </w:r>
          <w:proofErr w:type="spellStart"/>
          <w:r w:rsidRPr="00093A4A">
            <w:rPr>
              <w:color w:val="666666"/>
              <w:sz w:val="13"/>
              <w:lang w:val="fr-FR"/>
            </w:rPr>
            <w:t>aplicabile</w:t>
          </w:r>
          <w:proofErr w:type="spellEnd"/>
          <w:r w:rsidRPr="00093A4A">
            <w:rPr>
              <w:color w:val="666666"/>
              <w:sz w:val="13"/>
              <w:lang w:val="fr-FR"/>
            </w:rPr>
            <w:t>.</w:t>
          </w:r>
        </w:p>
      </w:tc>
      <w:tc>
        <w:tcPr>
          <w:tcW w:w="1701" w:type="dxa"/>
        </w:tcPr>
        <w:p w14:paraId="609B52F6" w14:textId="77777777" w:rsidR="00453E5B" w:rsidRDefault="00000000">
          <w:pPr>
            <w:jc w:val="right"/>
          </w:pPr>
          <w:proofErr w:type="spellStart"/>
          <w:r>
            <w:rPr>
              <w:color w:val="666666"/>
              <w:sz w:val="13"/>
            </w:rPr>
            <w:t>Pagina</w:t>
          </w:r>
          <w:proofErr w:type="spellEnd"/>
          <w:r>
            <w:rPr>
              <w:color w:val="666666"/>
              <w:sz w:val="13"/>
            </w:rPr>
            <w:t xml:space="preserve"> </w:t>
          </w:r>
          <w:r>
            <w:fldChar w:fldCharType="begin"/>
          </w:r>
          <w:r>
            <w:instrText xml:space="preserve"> PAGE </w:instrText>
          </w:r>
          <w:r>
            <w:fldChar w:fldCharType="separate"/>
          </w:r>
          <w: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47F5C" w14:textId="77777777" w:rsidR="00E037BC" w:rsidRDefault="00E037BC">
      <w:pPr>
        <w:spacing w:after="0" w:line="240" w:lineRule="auto"/>
      </w:pPr>
      <w:r>
        <w:separator/>
      </w:r>
    </w:p>
  </w:footnote>
  <w:footnote w:type="continuationSeparator" w:id="0">
    <w:p w14:paraId="2BCB5B24" w14:textId="77777777" w:rsidR="00E037BC" w:rsidRDefault="00E03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2FF3" w14:textId="77777777" w:rsidR="00453E5B" w:rsidRPr="00093A4A" w:rsidRDefault="00000000">
    <w:pPr>
      <w:pStyle w:val="Header"/>
      <w:pBdr>
        <w:bottom w:val="single" w:sz="8" w:space="3" w:color="D71920"/>
      </w:pBdr>
      <w:tabs>
        <w:tab w:val="right" w:pos="9921"/>
      </w:tabs>
      <w:rPr>
        <w:lang w:val="fr-FR"/>
      </w:rPr>
    </w:pPr>
    <w:r w:rsidRPr="00093A4A">
      <w:rPr>
        <w:b/>
        <w:color w:val="D71920"/>
        <w:sz w:val="20"/>
        <w:lang w:val="fr-FR"/>
      </w:rPr>
      <w:t>CERTIFY</w:t>
    </w:r>
    <w:r w:rsidRPr="00093A4A">
      <w:rPr>
        <w:color w:val="666666"/>
        <w:sz w:val="16"/>
        <w:lang w:val="fr-FR"/>
      </w:rPr>
      <w:t xml:space="preserve">  |  RESURSE PRACTICE ISO</w:t>
    </w:r>
    <w:r w:rsidRPr="00093A4A">
      <w:rPr>
        <w:lang w:val="fr-FR"/>
      </w:rPr>
      <w:tab/>
    </w:r>
    <w:r w:rsidRPr="00093A4A">
      <w:rPr>
        <w:color w:val="666666"/>
        <w:sz w:val="14"/>
        <w:lang w:val="fr-FR"/>
      </w:rPr>
      <w:t>GHID DOCUMENTE ESENȚIALE | ISO/IEC 27001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3080156">
    <w:abstractNumId w:val="8"/>
  </w:num>
  <w:num w:numId="2" w16cid:durableId="592664899">
    <w:abstractNumId w:val="6"/>
  </w:num>
  <w:num w:numId="3" w16cid:durableId="863446061">
    <w:abstractNumId w:val="5"/>
  </w:num>
  <w:num w:numId="4" w16cid:durableId="322202648">
    <w:abstractNumId w:val="4"/>
  </w:num>
  <w:num w:numId="5" w16cid:durableId="56438960">
    <w:abstractNumId w:val="7"/>
  </w:num>
  <w:num w:numId="6" w16cid:durableId="1974479742">
    <w:abstractNumId w:val="3"/>
  </w:num>
  <w:num w:numId="7" w16cid:durableId="764610914">
    <w:abstractNumId w:val="2"/>
  </w:num>
  <w:num w:numId="8" w16cid:durableId="283468104">
    <w:abstractNumId w:val="1"/>
  </w:num>
  <w:num w:numId="9" w16cid:durableId="2044548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3A4A"/>
    <w:rsid w:val="0015074B"/>
    <w:rsid w:val="0029639D"/>
    <w:rsid w:val="00326F90"/>
    <w:rsid w:val="00453E5B"/>
    <w:rsid w:val="008B3B50"/>
    <w:rsid w:val="00AA1D8D"/>
    <w:rsid w:val="00B47730"/>
    <w:rsid w:val="00CB0664"/>
    <w:rsid w:val="00E037B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264456"/>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70" w:line="254"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D71920"/>
      <w:sz w:val="24"/>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7"/>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17"/>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2700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so.org/standard/270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standard/80585.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so.org/standard/75652.html" TargetMode="External"/><Relationship Id="rId4" Type="http://schemas.openxmlformats.org/officeDocument/2006/relationships/settings" Target="settings.xml"/><Relationship Id="rId9" Type="http://schemas.openxmlformats.org/officeDocument/2006/relationships/hyperlink" Target="https://www.iso.org/standard/88435.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5000</Words>
  <Characters>28502</Characters>
  <Application>Microsoft Office Word</Application>
  <DocSecurity>0</DocSecurity>
  <Lines>237</Lines>
  <Paragraphs>66</Paragraphs>
  <ScaleCrop>false</ScaleCrop>
  <Manager/>
  <Company/>
  <LinksUpToDate>false</LinksUpToDate>
  <CharactersWithSpaces>33436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2026-07-24T10:17:00Z</dcterms:created>
  <dcterms:modified xsi:type="dcterms:W3CDTF">2026-07-24T10:17:00Z</dcterms:modified>
  <cp:category/>
</cp:coreProperties>
</file>