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A5227" w14:textId="77777777" w:rsidR="008E2B50" w:rsidRPr="00E81C1D" w:rsidRDefault="00000000">
      <w:pPr>
        <w:spacing w:after="360"/>
        <w:rPr>
          <w:noProof/>
          <w:lang w:val="ro-RO"/>
        </w:rPr>
      </w:pPr>
      <w:r w:rsidRPr="00E81C1D">
        <w:rPr>
          <w:rFonts w:eastAsia="Arial"/>
          <w:b/>
          <w:noProof/>
          <w:color w:val="D71920"/>
          <w:sz w:val="20"/>
          <w:lang w:val="ro-RO"/>
        </w:rPr>
        <w:t>CERTIFY  |  RESURSE PRACTICE ISO</w:t>
      </w:r>
    </w:p>
    <w:p w14:paraId="79DE6A9F" w14:textId="77777777" w:rsidR="008E2B50" w:rsidRPr="00E81C1D" w:rsidRDefault="00000000">
      <w:pPr>
        <w:spacing w:after="40"/>
        <w:rPr>
          <w:noProof/>
          <w:lang w:val="ro-RO"/>
        </w:rPr>
      </w:pPr>
      <w:r w:rsidRPr="00E81C1D">
        <w:rPr>
          <w:rFonts w:eastAsia="Arial"/>
          <w:b/>
          <w:noProof/>
          <w:color w:val="D71920"/>
          <w:sz w:val="68"/>
          <w:lang w:val="ro-RO"/>
        </w:rPr>
        <w:t>CHECKLIST</w:t>
      </w:r>
    </w:p>
    <w:p w14:paraId="64AD4866" w14:textId="77777777" w:rsidR="008E2B50" w:rsidRPr="00E81C1D" w:rsidRDefault="00000000">
      <w:pPr>
        <w:spacing w:after="140"/>
        <w:rPr>
          <w:noProof/>
          <w:lang w:val="ro-RO"/>
        </w:rPr>
      </w:pPr>
      <w:r w:rsidRPr="00E81C1D">
        <w:rPr>
          <w:rFonts w:eastAsia="Arial"/>
          <w:b/>
          <w:noProof/>
          <w:sz w:val="50"/>
          <w:lang w:val="ro-RO"/>
        </w:rPr>
        <w:t>Implementare ISO 22000:2018 + Amd 1:2024</w:t>
      </w:r>
    </w:p>
    <w:p w14:paraId="66BF6DF5" w14:textId="77777777" w:rsidR="008E2B50" w:rsidRPr="00E81C1D" w:rsidRDefault="00000000">
      <w:pPr>
        <w:spacing w:after="360"/>
        <w:rPr>
          <w:noProof/>
          <w:lang w:val="ro-RO"/>
        </w:rPr>
      </w:pPr>
      <w:r w:rsidRPr="00E81C1D">
        <w:rPr>
          <w:rFonts w:eastAsia="Arial"/>
          <w:noProof/>
          <w:color w:val="666666"/>
          <w:sz w:val="24"/>
          <w:lang w:val="ro-RO"/>
        </w:rPr>
        <w:t>Instrument practic pentru proiectarea, implementarea și verificarea unui sistem de management al siguranței alimentelor</w:t>
      </w:r>
    </w:p>
    <w:p w14:paraId="58EA4856" w14:textId="77777777" w:rsidR="008E2B50" w:rsidRPr="00E81C1D" w:rsidRDefault="008E2B50">
      <w:pPr>
        <w:pBdr>
          <w:bottom w:val="single" w:sz="18" w:space="1" w:color="D71920"/>
        </w:pBdr>
        <w:spacing w:after="140"/>
        <w:rPr>
          <w:noProof/>
          <w:lang w:val="ro-RO"/>
        </w:rPr>
      </w:pPr>
    </w:p>
    <w:p w14:paraId="2EE60082" w14:textId="77777777" w:rsidR="008E2B50" w:rsidRPr="00E81C1D" w:rsidRDefault="00000000">
      <w:pPr>
        <w:spacing w:after="320"/>
        <w:jc w:val="center"/>
        <w:rPr>
          <w:noProof/>
          <w:lang w:val="ro-RO"/>
        </w:rPr>
      </w:pPr>
      <w:r w:rsidRPr="00E81C1D">
        <w:rPr>
          <w:rFonts w:eastAsia="Arial"/>
          <w:b/>
          <w:noProof/>
          <w:color w:val="D71920"/>
          <w:sz w:val="22"/>
          <w:lang w:val="ro-RO"/>
        </w:rPr>
        <w:t>SIGURANȚĂ. CONTROL. ÎNCREDERE.</w:t>
      </w:r>
    </w:p>
    <w:tbl>
      <w:tblPr>
        <w:tblW w:w="0" w:type="auto"/>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4A0" w:firstRow="1" w:lastRow="0" w:firstColumn="1" w:lastColumn="0" w:noHBand="0" w:noVBand="1"/>
      </w:tblPr>
      <w:tblGrid>
        <w:gridCol w:w="2381"/>
        <w:gridCol w:w="7483"/>
      </w:tblGrid>
      <w:tr w:rsidR="008E2B50" w:rsidRPr="00E81C1D" w14:paraId="5F0CC739" w14:textId="77777777">
        <w:trPr>
          <w:jc w:val="center"/>
        </w:trPr>
        <w:tc>
          <w:tcPr>
            <w:tcW w:w="2381" w:type="dxa"/>
            <w:shd w:val="clear" w:color="auto" w:fill="D71920"/>
            <w:tcMar>
              <w:top w:w="60" w:type="dxa"/>
              <w:left w:w="70" w:type="dxa"/>
              <w:bottom w:w="60" w:type="dxa"/>
              <w:right w:w="70" w:type="dxa"/>
            </w:tcMar>
            <w:vAlign w:val="center"/>
          </w:tcPr>
          <w:p w14:paraId="48AE38F8" w14:textId="77777777" w:rsidR="008E2B50" w:rsidRPr="00E81C1D" w:rsidRDefault="00000000">
            <w:pPr>
              <w:spacing w:after="0" w:line="240" w:lineRule="auto"/>
              <w:rPr>
                <w:noProof/>
                <w:lang w:val="ro-RO"/>
              </w:rPr>
            </w:pPr>
            <w:r w:rsidRPr="00E81C1D">
              <w:rPr>
                <w:rFonts w:eastAsia="Arial"/>
                <w:b/>
                <w:noProof/>
                <w:color w:val="FFFFFF"/>
                <w:sz w:val="16"/>
                <w:lang w:val="ro-RO"/>
              </w:rPr>
              <w:t>BAZĂ NORMATIVĂ</w:t>
            </w:r>
          </w:p>
        </w:tc>
        <w:tc>
          <w:tcPr>
            <w:tcW w:w="7483" w:type="dxa"/>
            <w:shd w:val="clear" w:color="auto" w:fill="F3F4F5"/>
            <w:tcMar>
              <w:top w:w="60" w:type="dxa"/>
              <w:left w:w="70" w:type="dxa"/>
              <w:bottom w:w="60" w:type="dxa"/>
              <w:right w:w="70" w:type="dxa"/>
            </w:tcMar>
            <w:vAlign w:val="center"/>
          </w:tcPr>
          <w:p w14:paraId="5ECC4F58" w14:textId="77777777" w:rsidR="008E2B50" w:rsidRPr="00E81C1D" w:rsidRDefault="00000000">
            <w:pPr>
              <w:spacing w:after="0" w:line="240" w:lineRule="auto"/>
              <w:rPr>
                <w:noProof/>
                <w:lang w:val="ro-RO"/>
              </w:rPr>
            </w:pPr>
            <w:r w:rsidRPr="00E81C1D">
              <w:rPr>
                <w:rFonts w:eastAsia="Arial"/>
                <w:noProof/>
                <w:sz w:val="17"/>
                <w:lang w:val="ro-RO"/>
              </w:rPr>
              <w:t>ISO 22000:2018 + ISO 22000:2018/Amd 1:2024</w:t>
            </w:r>
          </w:p>
        </w:tc>
      </w:tr>
      <w:tr w:rsidR="008E2B50" w:rsidRPr="00E81C1D" w14:paraId="41FB2FD4" w14:textId="77777777">
        <w:trPr>
          <w:jc w:val="center"/>
        </w:trPr>
        <w:tc>
          <w:tcPr>
            <w:tcW w:w="2381" w:type="dxa"/>
            <w:shd w:val="clear" w:color="auto" w:fill="D71920"/>
            <w:tcMar>
              <w:top w:w="60" w:type="dxa"/>
              <w:left w:w="70" w:type="dxa"/>
              <w:bottom w:w="60" w:type="dxa"/>
              <w:right w:w="70" w:type="dxa"/>
            </w:tcMar>
            <w:vAlign w:val="center"/>
          </w:tcPr>
          <w:p w14:paraId="0843B0E6" w14:textId="77777777" w:rsidR="008E2B50" w:rsidRPr="00E81C1D" w:rsidRDefault="00000000">
            <w:pPr>
              <w:spacing w:after="0" w:line="240" w:lineRule="auto"/>
              <w:rPr>
                <w:noProof/>
                <w:lang w:val="ro-RO"/>
              </w:rPr>
            </w:pPr>
            <w:r w:rsidRPr="00E81C1D">
              <w:rPr>
                <w:rFonts w:eastAsia="Arial"/>
                <w:b/>
                <w:noProof/>
                <w:color w:val="FFFFFF"/>
                <w:sz w:val="16"/>
                <w:lang w:val="ro-RO"/>
              </w:rPr>
              <w:t>UTILIZARE</w:t>
            </w:r>
          </w:p>
        </w:tc>
        <w:tc>
          <w:tcPr>
            <w:tcW w:w="7483" w:type="dxa"/>
            <w:shd w:val="clear" w:color="auto" w:fill="F3F4F5"/>
            <w:tcMar>
              <w:top w:w="60" w:type="dxa"/>
              <w:left w:w="70" w:type="dxa"/>
              <w:bottom w:w="60" w:type="dxa"/>
              <w:right w:w="70" w:type="dxa"/>
            </w:tcMar>
            <w:vAlign w:val="center"/>
          </w:tcPr>
          <w:p w14:paraId="27E61D35" w14:textId="77777777" w:rsidR="008E2B50" w:rsidRPr="00E81C1D" w:rsidRDefault="00000000">
            <w:pPr>
              <w:spacing w:after="0" w:line="240" w:lineRule="auto"/>
              <w:rPr>
                <w:noProof/>
                <w:lang w:val="ro-RO"/>
              </w:rPr>
            </w:pPr>
            <w:r w:rsidRPr="00E81C1D">
              <w:rPr>
                <w:rFonts w:eastAsia="Arial"/>
                <w:noProof/>
                <w:sz w:val="17"/>
                <w:lang w:val="ro-RO"/>
              </w:rPr>
              <w:t>Organizații din orice industrie, dimensiune sau nivel de maturitate</w:t>
            </w:r>
          </w:p>
        </w:tc>
      </w:tr>
      <w:tr w:rsidR="008E2B50" w:rsidRPr="00E81C1D" w14:paraId="2D48FDEE" w14:textId="77777777">
        <w:trPr>
          <w:jc w:val="center"/>
        </w:trPr>
        <w:tc>
          <w:tcPr>
            <w:tcW w:w="2381" w:type="dxa"/>
            <w:shd w:val="clear" w:color="auto" w:fill="D71920"/>
            <w:tcMar>
              <w:top w:w="60" w:type="dxa"/>
              <w:left w:w="70" w:type="dxa"/>
              <w:bottom w:w="60" w:type="dxa"/>
              <w:right w:w="70" w:type="dxa"/>
            </w:tcMar>
            <w:vAlign w:val="center"/>
          </w:tcPr>
          <w:p w14:paraId="5C66ACFC" w14:textId="77777777" w:rsidR="008E2B50" w:rsidRPr="00E81C1D" w:rsidRDefault="00000000">
            <w:pPr>
              <w:spacing w:after="0" w:line="240" w:lineRule="auto"/>
              <w:rPr>
                <w:noProof/>
                <w:lang w:val="ro-RO"/>
              </w:rPr>
            </w:pPr>
            <w:r w:rsidRPr="00E81C1D">
              <w:rPr>
                <w:rFonts w:eastAsia="Arial"/>
                <w:b/>
                <w:noProof/>
                <w:color w:val="FFFFFF"/>
                <w:sz w:val="16"/>
                <w:lang w:val="ro-RO"/>
              </w:rPr>
              <w:t>VERSIUNE</w:t>
            </w:r>
          </w:p>
        </w:tc>
        <w:tc>
          <w:tcPr>
            <w:tcW w:w="7483" w:type="dxa"/>
            <w:shd w:val="clear" w:color="auto" w:fill="F3F4F5"/>
            <w:tcMar>
              <w:top w:w="60" w:type="dxa"/>
              <w:left w:w="70" w:type="dxa"/>
              <w:bottom w:w="60" w:type="dxa"/>
              <w:right w:w="70" w:type="dxa"/>
            </w:tcMar>
            <w:vAlign w:val="center"/>
          </w:tcPr>
          <w:p w14:paraId="6A0718A2" w14:textId="77777777" w:rsidR="008E2B50" w:rsidRPr="00E81C1D" w:rsidRDefault="00000000">
            <w:pPr>
              <w:spacing w:after="0" w:line="240" w:lineRule="auto"/>
              <w:rPr>
                <w:noProof/>
                <w:lang w:val="ro-RO"/>
              </w:rPr>
            </w:pPr>
            <w:r w:rsidRPr="00E81C1D">
              <w:rPr>
                <w:rFonts w:eastAsia="Arial"/>
                <w:noProof/>
                <w:sz w:val="17"/>
                <w:lang w:val="ro-RO"/>
              </w:rPr>
              <w:t>1.0  |  Iulie 2026</w:t>
            </w:r>
          </w:p>
        </w:tc>
      </w:tr>
    </w:tbl>
    <w:p w14:paraId="64426FB2" w14:textId="77777777" w:rsidR="008E2B50" w:rsidRPr="00E81C1D" w:rsidRDefault="008E2B50">
      <w:pPr>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8E2B50" w:rsidRPr="00E81C1D" w14:paraId="10C4715F" w14:textId="77777777">
        <w:trPr>
          <w:cantSplit/>
          <w:jc w:val="center"/>
        </w:trPr>
        <w:tc>
          <w:tcPr>
            <w:tcW w:w="566" w:type="dxa"/>
            <w:shd w:val="clear" w:color="auto" w:fill="D71920"/>
            <w:tcMar>
              <w:top w:w="60" w:type="dxa"/>
              <w:left w:w="70" w:type="dxa"/>
              <w:bottom w:w="60" w:type="dxa"/>
              <w:right w:w="70" w:type="dxa"/>
            </w:tcMar>
            <w:vAlign w:val="center"/>
          </w:tcPr>
          <w:p w14:paraId="63C3F081"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FCEBEC"/>
          </w:tcPr>
          <w:p w14:paraId="6EEE73D4" w14:textId="77777777" w:rsidR="008E2B50" w:rsidRPr="00E81C1D" w:rsidRDefault="00000000">
            <w:pPr>
              <w:spacing w:after="40"/>
              <w:rPr>
                <w:noProof/>
                <w:lang w:val="ro-RO"/>
              </w:rPr>
            </w:pPr>
            <w:r w:rsidRPr="00E81C1D">
              <w:rPr>
                <w:rFonts w:eastAsia="Arial"/>
                <w:b/>
                <w:noProof/>
                <w:color w:val="D71920"/>
                <w:lang w:val="ro-RO"/>
              </w:rPr>
              <w:t>UTILIZARE RESPONSABILĂ</w:t>
            </w:r>
          </w:p>
          <w:p w14:paraId="4CDE8C98" w14:textId="77777777" w:rsidR="008E2B50" w:rsidRPr="00E81C1D" w:rsidRDefault="00000000">
            <w:pPr>
              <w:spacing w:after="0" w:line="252" w:lineRule="auto"/>
              <w:rPr>
                <w:noProof/>
                <w:lang w:val="ro-RO"/>
              </w:rPr>
            </w:pPr>
            <w:r w:rsidRPr="00E81C1D">
              <w:rPr>
                <w:rFonts w:eastAsia="Arial"/>
                <w:noProof/>
                <w:sz w:val="16"/>
                <w:lang w:val="ro-RO"/>
              </w:rPr>
              <w:t>Acest checklist este un instrument de lucru original și nu reproduce textul standardului. Nu înlocuiește ediția oficială, legislația aplicabilă, Codex Alimentarius, cerințele clienților sau evaluarea de către specialiști competenți. Trebuie adaptat produselor, proceselor, poziției în lanțul alimentar și pericolelor organizației.</w:t>
            </w:r>
          </w:p>
        </w:tc>
      </w:tr>
    </w:tbl>
    <w:p w14:paraId="5B3E0E4B" w14:textId="77777777" w:rsidR="008E2B50" w:rsidRPr="00E81C1D" w:rsidRDefault="008E2B50">
      <w:pPr>
        <w:spacing w:after="0"/>
        <w:rPr>
          <w:noProof/>
          <w:lang w:val="ro-RO"/>
        </w:rPr>
      </w:pPr>
    </w:p>
    <w:p w14:paraId="76B749B4" w14:textId="77777777" w:rsidR="008E2B50" w:rsidRPr="00E81C1D" w:rsidRDefault="008E2B50">
      <w:pPr>
        <w:rPr>
          <w:noProof/>
          <w:lang w:val="ro-RO"/>
        </w:rPr>
      </w:pPr>
    </w:p>
    <w:p w14:paraId="666C3361" w14:textId="77777777" w:rsidR="008E2B50" w:rsidRPr="00E81C1D" w:rsidRDefault="00000000">
      <w:pPr>
        <w:rPr>
          <w:noProof/>
          <w:lang w:val="ro-RO"/>
        </w:rPr>
      </w:pPr>
      <w:r w:rsidRPr="00E81C1D">
        <w:rPr>
          <w:noProof/>
          <w:lang w:val="ro-RO"/>
        </w:rPr>
        <w:br w:type="page"/>
      </w:r>
    </w:p>
    <w:p w14:paraId="5FFBFA8F" w14:textId="77777777" w:rsidR="008E2B50" w:rsidRPr="00E81C1D" w:rsidRDefault="00000000">
      <w:pPr>
        <w:pStyle w:val="Heading1"/>
        <w:rPr>
          <w:noProof/>
          <w:lang w:val="ro-RO"/>
        </w:rPr>
      </w:pPr>
      <w:r w:rsidRPr="00E81C1D">
        <w:rPr>
          <w:noProof/>
          <w:lang w:val="ro-RO"/>
        </w:rPr>
        <w:lastRenderedPageBreak/>
        <w:t>Cum se utilizează checklistul</w:t>
      </w:r>
    </w:p>
    <w:p w14:paraId="60C8367C" w14:textId="77777777" w:rsidR="008E2B50" w:rsidRPr="00E81C1D" w:rsidRDefault="00000000">
      <w:pPr>
        <w:rPr>
          <w:noProof/>
          <w:lang w:val="ro-RO"/>
        </w:rPr>
      </w:pPr>
      <w:r w:rsidRPr="00E81C1D">
        <w:rPr>
          <w:b/>
          <w:noProof/>
          <w:lang w:val="ro-RO"/>
        </w:rPr>
        <w:t xml:space="preserve">Scop. </w:t>
      </w:r>
      <w:r w:rsidRPr="00E81C1D">
        <w:rPr>
          <w:noProof/>
          <w:lang w:val="ro-RO"/>
        </w:rPr>
        <w:t>Să ajute orice organizație din lanțul alimentar să planifice implementarea, să verifice funcționarea controalelor și să transforme lacunele în acțiuni verificabile.</w:t>
      </w:r>
    </w:p>
    <w:p w14:paraId="7BDF1A85" w14:textId="77777777" w:rsidR="008E2B50" w:rsidRPr="00E81C1D" w:rsidRDefault="00000000">
      <w:pPr>
        <w:pStyle w:val="Heading2"/>
        <w:rPr>
          <w:noProof/>
          <w:lang w:val="ro-RO"/>
        </w:rPr>
      </w:pPr>
      <w:r w:rsidRPr="00E81C1D">
        <w:rPr>
          <w:noProof/>
          <w:lang w:val="ro-RO"/>
        </w:rPr>
        <w:t>Scala de evaluare recomandată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381"/>
        <w:gridCol w:w="6633"/>
      </w:tblGrid>
      <w:tr w:rsidR="008E2B50" w:rsidRPr="00E81C1D" w14:paraId="0BD6462F" w14:textId="77777777">
        <w:trPr>
          <w:cantSplit/>
          <w:jc w:val="center"/>
        </w:trPr>
        <w:tc>
          <w:tcPr>
            <w:tcW w:w="850" w:type="dxa"/>
            <w:shd w:val="clear" w:color="auto" w:fill="D71920"/>
            <w:tcMar>
              <w:top w:w="60" w:type="dxa"/>
              <w:left w:w="70" w:type="dxa"/>
              <w:bottom w:w="60" w:type="dxa"/>
              <w:right w:w="70" w:type="dxa"/>
            </w:tcMar>
            <w:vAlign w:val="center"/>
          </w:tcPr>
          <w:p w14:paraId="39095A9A" w14:textId="77777777" w:rsidR="008E2B50" w:rsidRPr="00E81C1D" w:rsidRDefault="00000000">
            <w:pPr>
              <w:spacing w:after="0" w:line="240" w:lineRule="auto"/>
              <w:jc w:val="center"/>
              <w:rPr>
                <w:noProof/>
                <w:lang w:val="ro-RO"/>
              </w:rPr>
            </w:pPr>
            <w:r w:rsidRPr="00E81C1D">
              <w:rPr>
                <w:rFonts w:eastAsia="Arial"/>
                <w:b/>
                <w:noProof/>
                <w:color w:val="FFFFFF"/>
                <w:sz w:val="17"/>
                <w:lang w:val="ro-RO"/>
              </w:rPr>
              <w:t>0</w:t>
            </w:r>
          </w:p>
        </w:tc>
        <w:tc>
          <w:tcPr>
            <w:tcW w:w="2381" w:type="dxa"/>
            <w:shd w:val="clear" w:color="auto" w:fill="F3F4F5"/>
            <w:tcMar>
              <w:top w:w="60" w:type="dxa"/>
              <w:left w:w="70" w:type="dxa"/>
              <w:bottom w:w="60" w:type="dxa"/>
              <w:right w:w="70" w:type="dxa"/>
            </w:tcMar>
            <w:vAlign w:val="center"/>
          </w:tcPr>
          <w:p w14:paraId="36E58A35" w14:textId="77777777" w:rsidR="008E2B50" w:rsidRPr="00E81C1D" w:rsidRDefault="00000000">
            <w:pPr>
              <w:spacing w:after="0" w:line="240" w:lineRule="auto"/>
              <w:rPr>
                <w:noProof/>
                <w:lang w:val="ro-RO"/>
              </w:rPr>
            </w:pPr>
            <w:r w:rsidRPr="00E81C1D">
              <w:rPr>
                <w:rFonts w:eastAsia="Arial"/>
                <w:b/>
                <w:noProof/>
                <w:sz w:val="16"/>
                <w:lang w:val="ro-RO"/>
              </w:rPr>
              <w:t>Neinițiat</w:t>
            </w:r>
          </w:p>
        </w:tc>
        <w:tc>
          <w:tcPr>
            <w:tcW w:w="6633" w:type="dxa"/>
            <w:tcMar>
              <w:top w:w="60" w:type="dxa"/>
              <w:left w:w="70" w:type="dxa"/>
              <w:bottom w:w="60" w:type="dxa"/>
              <w:right w:w="70" w:type="dxa"/>
            </w:tcMar>
            <w:vAlign w:val="center"/>
          </w:tcPr>
          <w:p w14:paraId="1EF3D8F1" w14:textId="77777777" w:rsidR="008E2B50" w:rsidRPr="00E81C1D" w:rsidRDefault="00000000">
            <w:pPr>
              <w:spacing w:after="0" w:line="240" w:lineRule="auto"/>
              <w:rPr>
                <w:noProof/>
                <w:lang w:val="ro-RO"/>
              </w:rPr>
            </w:pPr>
            <w:r w:rsidRPr="00E81C1D">
              <w:rPr>
                <w:rFonts w:eastAsia="Arial"/>
                <w:noProof/>
                <w:sz w:val="16"/>
                <w:lang w:val="ro-RO"/>
              </w:rPr>
              <w:t>Nu există o abordare stabilită sau dovezi relevante.</w:t>
            </w:r>
          </w:p>
        </w:tc>
      </w:tr>
      <w:tr w:rsidR="008E2B50" w:rsidRPr="00E81C1D" w14:paraId="5227C664" w14:textId="77777777">
        <w:trPr>
          <w:cantSplit/>
          <w:jc w:val="center"/>
        </w:trPr>
        <w:tc>
          <w:tcPr>
            <w:tcW w:w="850" w:type="dxa"/>
            <w:shd w:val="clear" w:color="auto" w:fill="D71920"/>
            <w:tcMar>
              <w:top w:w="60" w:type="dxa"/>
              <w:left w:w="70" w:type="dxa"/>
              <w:bottom w:w="60" w:type="dxa"/>
              <w:right w:w="70" w:type="dxa"/>
            </w:tcMar>
            <w:vAlign w:val="center"/>
          </w:tcPr>
          <w:p w14:paraId="364F2821" w14:textId="77777777" w:rsidR="008E2B50" w:rsidRPr="00E81C1D" w:rsidRDefault="00000000">
            <w:pPr>
              <w:spacing w:after="0" w:line="240" w:lineRule="auto"/>
              <w:jc w:val="center"/>
              <w:rPr>
                <w:noProof/>
                <w:lang w:val="ro-RO"/>
              </w:rPr>
            </w:pPr>
            <w:r w:rsidRPr="00E81C1D">
              <w:rPr>
                <w:rFonts w:eastAsia="Arial"/>
                <w:b/>
                <w:noProof/>
                <w:color w:val="FFFFFF"/>
                <w:sz w:val="17"/>
                <w:lang w:val="ro-RO"/>
              </w:rPr>
              <w:t>1</w:t>
            </w:r>
          </w:p>
        </w:tc>
        <w:tc>
          <w:tcPr>
            <w:tcW w:w="2381" w:type="dxa"/>
            <w:shd w:val="clear" w:color="auto" w:fill="F3F4F5"/>
            <w:tcMar>
              <w:top w:w="60" w:type="dxa"/>
              <w:left w:w="70" w:type="dxa"/>
              <w:bottom w:w="60" w:type="dxa"/>
              <w:right w:w="70" w:type="dxa"/>
            </w:tcMar>
            <w:vAlign w:val="center"/>
          </w:tcPr>
          <w:p w14:paraId="15C35687" w14:textId="77777777" w:rsidR="008E2B50" w:rsidRPr="00E81C1D" w:rsidRDefault="00000000">
            <w:pPr>
              <w:spacing w:after="0" w:line="240" w:lineRule="auto"/>
              <w:rPr>
                <w:noProof/>
                <w:lang w:val="ro-RO"/>
              </w:rPr>
            </w:pPr>
            <w:r w:rsidRPr="00E81C1D">
              <w:rPr>
                <w:rFonts w:eastAsia="Arial"/>
                <w:b/>
                <w:noProof/>
                <w:sz w:val="16"/>
                <w:lang w:val="ro-RO"/>
              </w:rPr>
              <w:t>Planificat</w:t>
            </w:r>
          </w:p>
        </w:tc>
        <w:tc>
          <w:tcPr>
            <w:tcW w:w="6633" w:type="dxa"/>
            <w:tcMar>
              <w:top w:w="60" w:type="dxa"/>
              <w:left w:w="70" w:type="dxa"/>
              <w:bottom w:w="60" w:type="dxa"/>
              <w:right w:w="70" w:type="dxa"/>
            </w:tcMar>
            <w:vAlign w:val="center"/>
          </w:tcPr>
          <w:p w14:paraId="01DB3909" w14:textId="77777777" w:rsidR="008E2B50" w:rsidRPr="00E81C1D" w:rsidRDefault="00000000">
            <w:pPr>
              <w:spacing w:after="0" w:line="240" w:lineRule="auto"/>
              <w:rPr>
                <w:noProof/>
                <w:lang w:val="ro-RO"/>
              </w:rPr>
            </w:pPr>
            <w:r w:rsidRPr="00E81C1D">
              <w:rPr>
                <w:rFonts w:eastAsia="Arial"/>
                <w:noProof/>
                <w:sz w:val="16"/>
                <w:lang w:val="ro-RO"/>
              </w:rPr>
              <w:t>Cerința este înțeleasă și există un plan, dar aplicarea nu este încă demonstrabilă.</w:t>
            </w:r>
          </w:p>
        </w:tc>
      </w:tr>
      <w:tr w:rsidR="008E2B50" w:rsidRPr="00E81C1D" w14:paraId="0A8279F2" w14:textId="77777777">
        <w:trPr>
          <w:cantSplit/>
          <w:jc w:val="center"/>
        </w:trPr>
        <w:tc>
          <w:tcPr>
            <w:tcW w:w="850" w:type="dxa"/>
            <w:shd w:val="clear" w:color="auto" w:fill="D71920"/>
            <w:tcMar>
              <w:top w:w="60" w:type="dxa"/>
              <w:left w:w="70" w:type="dxa"/>
              <w:bottom w:w="60" w:type="dxa"/>
              <w:right w:w="70" w:type="dxa"/>
            </w:tcMar>
            <w:vAlign w:val="center"/>
          </w:tcPr>
          <w:p w14:paraId="5AF2C60B" w14:textId="77777777" w:rsidR="008E2B50" w:rsidRPr="00E81C1D" w:rsidRDefault="00000000">
            <w:pPr>
              <w:spacing w:after="0" w:line="240" w:lineRule="auto"/>
              <w:jc w:val="center"/>
              <w:rPr>
                <w:noProof/>
                <w:lang w:val="ro-RO"/>
              </w:rPr>
            </w:pPr>
            <w:r w:rsidRPr="00E81C1D">
              <w:rPr>
                <w:rFonts w:eastAsia="Arial"/>
                <w:b/>
                <w:noProof/>
                <w:color w:val="FFFFFF"/>
                <w:sz w:val="17"/>
                <w:lang w:val="ro-RO"/>
              </w:rPr>
              <w:t>2</w:t>
            </w:r>
          </w:p>
        </w:tc>
        <w:tc>
          <w:tcPr>
            <w:tcW w:w="2381" w:type="dxa"/>
            <w:shd w:val="clear" w:color="auto" w:fill="F3F4F5"/>
            <w:tcMar>
              <w:top w:w="60" w:type="dxa"/>
              <w:left w:w="70" w:type="dxa"/>
              <w:bottom w:w="60" w:type="dxa"/>
              <w:right w:w="70" w:type="dxa"/>
            </w:tcMar>
            <w:vAlign w:val="center"/>
          </w:tcPr>
          <w:p w14:paraId="2EA46B10" w14:textId="77777777" w:rsidR="008E2B50" w:rsidRPr="00E81C1D" w:rsidRDefault="00000000">
            <w:pPr>
              <w:spacing w:after="0" w:line="240" w:lineRule="auto"/>
              <w:rPr>
                <w:noProof/>
                <w:lang w:val="ro-RO"/>
              </w:rPr>
            </w:pPr>
            <w:r w:rsidRPr="00E81C1D">
              <w:rPr>
                <w:rFonts w:eastAsia="Arial"/>
                <w:b/>
                <w:noProof/>
                <w:sz w:val="16"/>
                <w:lang w:val="ro-RO"/>
              </w:rPr>
              <w:t>Parțial implementat</w:t>
            </w:r>
          </w:p>
        </w:tc>
        <w:tc>
          <w:tcPr>
            <w:tcW w:w="6633" w:type="dxa"/>
            <w:tcMar>
              <w:top w:w="60" w:type="dxa"/>
              <w:left w:w="70" w:type="dxa"/>
              <w:bottom w:w="60" w:type="dxa"/>
              <w:right w:w="70" w:type="dxa"/>
            </w:tcMar>
            <w:vAlign w:val="center"/>
          </w:tcPr>
          <w:p w14:paraId="74AC2132" w14:textId="77777777" w:rsidR="008E2B50" w:rsidRPr="00E81C1D" w:rsidRDefault="00000000">
            <w:pPr>
              <w:spacing w:after="0" w:line="240" w:lineRule="auto"/>
              <w:rPr>
                <w:noProof/>
                <w:lang w:val="ro-RO"/>
              </w:rPr>
            </w:pPr>
            <w:r w:rsidRPr="00E81C1D">
              <w:rPr>
                <w:rFonts w:eastAsia="Arial"/>
                <w:noProof/>
                <w:sz w:val="16"/>
                <w:lang w:val="ro-RO"/>
              </w:rPr>
              <w:t>Există practici și unele dovezi, însă aplicarea este incompletă, neuniformă sau insuficient controlată.</w:t>
            </w:r>
          </w:p>
        </w:tc>
      </w:tr>
      <w:tr w:rsidR="008E2B50" w:rsidRPr="00E81C1D" w14:paraId="214DDC6E" w14:textId="77777777">
        <w:trPr>
          <w:cantSplit/>
          <w:jc w:val="center"/>
        </w:trPr>
        <w:tc>
          <w:tcPr>
            <w:tcW w:w="850" w:type="dxa"/>
            <w:shd w:val="clear" w:color="auto" w:fill="D71920"/>
            <w:tcMar>
              <w:top w:w="60" w:type="dxa"/>
              <w:left w:w="70" w:type="dxa"/>
              <w:bottom w:w="60" w:type="dxa"/>
              <w:right w:w="70" w:type="dxa"/>
            </w:tcMar>
            <w:vAlign w:val="center"/>
          </w:tcPr>
          <w:p w14:paraId="4A8CF947" w14:textId="77777777" w:rsidR="008E2B50" w:rsidRPr="00E81C1D" w:rsidRDefault="00000000">
            <w:pPr>
              <w:spacing w:after="0" w:line="240" w:lineRule="auto"/>
              <w:jc w:val="center"/>
              <w:rPr>
                <w:noProof/>
                <w:lang w:val="ro-RO"/>
              </w:rPr>
            </w:pPr>
            <w:r w:rsidRPr="00E81C1D">
              <w:rPr>
                <w:rFonts w:eastAsia="Arial"/>
                <w:b/>
                <w:noProof/>
                <w:color w:val="FFFFFF"/>
                <w:sz w:val="17"/>
                <w:lang w:val="ro-RO"/>
              </w:rPr>
              <w:t>3</w:t>
            </w:r>
          </w:p>
        </w:tc>
        <w:tc>
          <w:tcPr>
            <w:tcW w:w="2381" w:type="dxa"/>
            <w:shd w:val="clear" w:color="auto" w:fill="F3F4F5"/>
            <w:tcMar>
              <w:top w:w="60" w:type="dxa"/>
              <w:left w:w="70" w:type="dxa"/>
              <w:bottom w:w="60" w:type="dxa"/>
              <w:right w:w="70" w:type="dxa"/>
            </w:tcMar>
            <w:vAlign w:val="center"/>
          </w:tcPr>
          <w:p w14:paraId="1D43F3C2" w14:textId="77777777" w:rsidR="008E2B50" w:rsidRPr="00E81C1D" w:rsidRDefault="00000000">
            <w:pPr>
              <w:spacing w:after="0" w:line="240" w:lineRule="auto"/>
              <w:rPr>
                <w:noProof/>
                <w:lang w:val="ro-RO"/>
              </w:rPr>
            </w:pPr>
            <w:r w:rsidRPr="00E81C1D">
              <w:rPr>
                <w:rFonts w:eastAsia="Arial"/>
                <w:b/>
                <w:noProof/>
                <w:sz w:val="16"/>
                <w:lang w:val="ro-RO"/>
              </w:rPr>
              <w:t>Implementat și demonstrabil</w:t>
            </w:r>
          </w:p>
        </w:tc>
        <w:tc>
          <w:tcPr>
            <w:tcW w:w="6633" w:type="dxa"/>
            <w:tcMar>
              <w:top w:w="60" w:type="dxa"/>
              <w:left w:w="70" w:type="dxa"/>
              <w:bottom w:w="60" w:type="dxa"/>
              <w:right w:w="70" w:type="dxa"/>
            </w:tcMar>
            <w:vAlign w:val="center"/>
          </w:tcPr>
          <w:p w14:paraId="52EB2095" w14:textId="77777777" w:rsidR="008E2B50" w:rsidRPr="00E81C1D" w:rsidRDefault="00000000">
            <w:pPr>
              <w:spacing w:after="0" w:line="240" w:lineRule="auto"/>
              <w:rPr>
                <w:noProof/>
                <w:lang w:val="ro-RO"/>
              </w:rPr>
            </w:pPr>
            <w:r w:rsidRPr="00E81C1D">
              <w:rPr>
                <w:rFonts w:eastAsia="Arial"/>
                <w:noProof/>
                <w:sz w:val="16"/>
                <w:lang w:val="ro-RO"/>
              </w:rPr>
              <w:t>Practica este aplicată, controlată, cunoscută și susținută de dovezi suficiente.</w:t>
            </w:r>
          </w:p>
        </w:tc>
      </w:tr>
      <w:tr w:rsidR="008E2B50" w:rsidRPr="00E81C1D" w14:paraId="18FA9C63" w14:textId="77777777">
        <w:trPr>
          <w:cantSplit/>
          <w:jc w:val="center"/>
        </w:trPr>
        <w:tc>
          <w:tcPr>
            <w:tcW w:w="850" w:type="dxa"/>
            <w:shd w:val="clear" w:color="auto" w:fill="666666"/>
            <w:tcMar>
              <w:top w:w="60" w:type="dxa"/>
              <w:left w:w="70" w:type="dxa"/>
              <w:bottom w:w="60" w:type="dxa"/>
              <w:right w:w="70" w:type="dxa"/>
            </w:tcMar>
            <w:vAlign w:val="center"/>
          </w:tcPr>
          <w:p w14:paraId="430E3BCE" w14:textId="77777777" w:rsidR="008E2B50" w:rsidRPr="00E81C1D" w:rsidRDefault="00000000">
            <w:pPr>
              <w:spacing w:after="0" w:line="240" w:lineRule="auto"/>
              <w:jc w:val="center"/>
              <w:rPr>
                <w:noProof/>
                <w:lang w:val="ro-RO"/>
              </w:rPr>
            </w:pPr>
            <w:r w:rsidRPr="00E81C1D">
              <w:rPr>
                <w:rFonts w:eastAsia="Arial"/>
                <w:b/>
                <w:noProof/>
                <w:color w:val="FFFFFF"/>
                <w:sz w:val="17"/>
                <w:lang w:val="ro-RO"/>
              </w:rPr>
              <w:t>N/A</w:t>
            </w:r>
          </w:p>
        </w:tc>
        <w:tc>
          <w:tcPr>
            <w:tcW w:w="2381" w:type="dxa"/>
            <w:shd w:val="clear" w:color="auto" w:fill="F3F4F5"/>
            <w:tcMar>
              <w:top w:w="60" w:type="dxa"/>
              <w:left w:w="70" w:type="dxa"/>
              <w:bottom w:w="60" w:type="dxa"/>
              <w:right w:w="70" w:type="dxa"/>
            </w:tcMar>
            <w:vAlign w:val="center"/>
          </w:tcPr>
          <w:p w14:paraId="1419317E" w14:textId="77777777" w:rsidR="008E2B50" w:rsidRPr="00E81C1D" w:rsidRDefault="00000000">
            <w:pPr>
              <w:spacing w:after="0" w:line="240" w:lineRule="auto"/>
              <w:rPr>
                <w:noProof/>
                <w:lang w:val="ro-RO"/>
              </w:rPr>
            </w:pPr>
            <w:r w:rsidRPr="00E81C1D">
              <w:rPr>
                <w:rFonts w:eastAsia="Arial"/>
                <w:b/>
                <w:noProof/>
                <w:sz w:val="16"/>
                <w:lang w:val="ro-RO"/>
              </w:rPr>
              <w:t>Neaplicabil justificat</w:t>
            </w:r>
          </w:p>
        </w:tc>
        <w:tc>
          <w:tcPr>
            <w:tcW w:w="6633" w:type="dxa"/>
            <w:tcMar>
              <w:top w:w="60" w:type="dxa"/>
              <w:left w:w="70" w:type="dxa"/>
              <w:bottom w:w="60" w:type="dxa"/>
              <w:right w:w="70" w:type="dxa"/>
            </w:tcMar>
            <w:vAlign w:val="center"/>
          </w:tcPr>
          <w:p w14:paraId="258C7894" w14:textId="77777777" w:rsidR="008E2B50" w:rsidRPr="00E81C1D" w:rsidRDefault="00000000">
            <w:pPr>
              <w:spacing w:after="0" w:line="240" w:lineRule="auto"/>
              <w:rPr>
                <w:noProof/>
                <w:lang w:val="ro-RO"/>
              </w:rPr>
            </w:pPr>
            <w:r w:rsidRPr="00E81C1D">
              <w:rPr>
                <w:rFonts w:eastAsia="Arial"/>
                <w:noProof/>
                <w:sz w:val="16"/>
                <w:lang w:val="ro-RO"/>
              </w:rPr>
              <w:t>Elementul nu se aplică domeniului stabilit; motivul este documentat și aprobat.</w:t>
            </w:r>
          </w:p>
        </w:tc>
      </w:tr>
    </w:tbl>
    <w:p w14:paraId="614E348A" w14:textId="77777777" w:rsidR="008E2B50" w:rsidRPr="00E81C1D" w:rsidRDefault="00000000">
      <w:pPr>
        <w:pStyle w:val="Heading2"/>
        <w:rPr>
          <w:noProof/>
          <w:lang w:val="ro-RO"/>
        </w:rPr>
      </w:pPr>
      <w:r w:rsidRPr="00E81C1D">
        <w:rPr>
          <w:noProof/>
          <w:lang w:val="ro-RO"/>
        </w:rPr>
        <w:t>Reguli de lucru</w:t>
      </w:r>
    </w:p>
    <w:p w14:paraId="10428347" w14:textId="77777777" w:rsidR="008E2B50" w:rsidRPr="00E81C1D" w:rsidRDefault="00000000">
      <w:pPr>
        <w:pStyle w:val="ListBullet"/>
        <w:ind w:left="283" w:hanging="170"/>
        <w:rPr>
          <w:noProof/>
          <w:lang w:val="ro-RO"/>
        </w:rPr>
      </w:pPr>
      <w:r w:rsidRPr="00E81C1D">
        <w:rPr>
          <w:noProof/>
          <w:lang w:val="ro-RO"/>
        </w:rPr>
        <w:t>Evaluați practica reală, nu doar existența unui document.</w:t>
      </w:r>
    </w:p>
    <w:p w14:paraId="62B2F8E8" w14:textId="77777777" w:rsidR="008E2B50" w:rsidRPr="00E81C1D" w:rsidRDefault="00000000">
      <w:pPr>
        <w:pStyle w:val="ListBullet"/>
        <w:ind w:left="283" w:hanging="170"/>
        <w:rPr>
          <w:noProof/>
          <w:lang w:val="ro-RO"/>
        </w:rPr>
      </w:pPr>
      <w:r w:rsidRPr="00E81C1D">
        <w:rPr>
          <w:noProof/>
          <w:lang w:val="ro-RO"/>
        </w:rPr>
        <w:t>Notați dovezi concrete: denumirea înregistrării, locația, perioada, eșantionul și persoana intervievată.</w:t>
      </w:r>
    </w:p>
    <w:p w14:paraId="0703CC61" w14:textId="77777777" w:rsidR="008E2B50" w:rsidRPr="00E81C1D" w:rsidRDefault="00000000">
      <w:pPr>
        <w:pStyle w:val="ListBullet"/>
        <w:ind w:left="283" w:hanging="170"/>
        <w:rPr>
          <w:noProof/>
          <w:lang w:val="ro-RO"/>
        </w:rPr>
      </w:pPr>
      <w:r w:rsidRPr="00E81C1D">
        <w:rPr>
          <w:noProof/>
          <w:lang w:val="ro-RO"/>
        </w:rPr>
        <w:t>Transformați orice scor 0-2 într-o acțiune cu responsabil, termen și criteriu de eficacitate.</w:t>
      </w:r>
    </w:p>
    <w:p w14:paraId="37C44E86" w14:textId="77777777" w:rsidR="008E2B50" w:rsidRPr="00E81C1D" w:rsidRDefault="00000000">
      <w:pPr>
        <w:pStyle w:val="ListBullet"/>
        <w:ind w:left="283" w:hanging="170"/>
        <w:rPr>
          <w:noProof/>
          <w:lang w:val="ro-RO"/>
        </w:rPr>
      </w:pPr>
      <w:r w:rsidRPr="00E81C1D">
        <w:rPr>
          <w:noProof/>
          <w:lang w:val="ro-RO"/>
        </w:rPr>
        <w:t>Reevaluați după implementare și verificați rezultatele, nu doar închiderea administrativă a sarcinii.</w:t>
      </w:r>
    </w:p>
    <w:p w14:paraId="010547BF" w14:textId="77777777" w:rsidR="008E2B50" w:rsidRPr="00E81C1D" w:rsidRDefault="00000000">
      <w:pPr>
        <w:pStyle w:val="ListBullet"/>
        <w:ind w:left="283" w:hanging="170"/>
        <w:rPr>
          <w:noProof/>
          <w:lang w:val="ro-RO"/>
        </w:rPr>
      </w:pPr>
      <w:r w:rsidRPr="00E81C1D">
        <w:rPr>
          <w:noProof/>
          <w:lang w:val="ro-RO"/>
        </w:rPr>
        <w:t>Dovezile sugerate sunt exemple; organizația poate demonstra conformitatea prin alte mijloace adecvate.</w:t>
      </w:r>
    </w:p>
    <w:tbl>
      <w:tblPr>
        <w:tblW w:w="0" w:type="auto"/>
        <w:jc w:val="center"/>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Layout w:type="fixed"/>
        <w:tblLook w:val="04A0" w:firstRow="1" w:lastRow="0" w:firstColumn="1" w:lastColumn="0" w:noHBand="0" w:noVBand="1"/>
      </w:tblPr>
      <w:tblGrid>
        <w:gridCol w:w="566"/>
        <w:gridCol w:w="9297"/>
      </w:tblGrid>
      <w:tr w:rsidR="008E2B50" w:rsidRPr="00E81C1D" w14:paraId="7E0EBB5B" w14:textId="77777777">
        <w:trPr>
          <w:cantSplit/>
          <w:jc w:val="center"/>
        </w:trPr>
        <w:tc>
          <w:tcPr>
            <w:tcW w:w="566" w:type="dxa"/>
            <w:shd w:val="clear" w:color="auto" w:fill="D71920"/>
            <w:tcMar>
              <w:top w:w="60" w:type="dxa"/>
              <w:left w:w="70" w:type="dxa"/>
              <w:bottom w:w="60" w:type="dxa"/>
              <w:right w:w="70" w:type="dxa"/>
            </w:tcMar>
            <w:vAlign w:val="center"/>
          </w:tcPr>
          <w:p w14:paraId="429E0E6D"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i</w:t>
            </w:r>
          </w:p>
        </w:tc>
        <w:tc>
          <w:tcPr>
            <w:tcW w:w="9297" w:type="dxa"/>
            <w:shd w:val="clear" w:color="auto" w:fill="FFF4CC"/>
          </w:tcPr>
          <w:p w14:paraId="449C5399" w14:textId="77777777" w:rsidR="008E2B50" w:rsidRPr="00E81C1D" w:rsidRDefault="00000000">
            <w:pPr>
              <w:spacing w:after="40"/>
              <w:rPr>
                <w:noProof/>
                <w:lang w:val="ro-RO"/>
              </w:rPr>
            </w:pPr>
            <w:r w:rsidRPr="00E81C1D">
              <w:rPr>
                <w:rFonts w:eastAsia="Arial"/>
                <w:b/>
                <w:noProof/>
                <w:color w:val="D71920"/>
                <w:lang w:val="ro-RO"/>
              </w:rPr>
              <w:t>IMPORTANT</w:t>
            </w:r>
          </w:p>
          <w:p w14:paraId="3C3FFE62" w14:textId="77777777" w:rsidR="008E2B50" w:rsidRPr="00E81C1D" w:rsidRDefault="00000000">
            <w:pPr>
              <w:spacing w:after="0" w:line="252" w:lineRule="auto"/>
              <w:rPr>
                <w:noProof/>
                <w:lang w:val="ro-RO"/>
              </w:rPr>
            </w:pPr>
            <w:r w:rsidRPr="00E81C1D">
              <w:rPr>
                <w:rFonts w:eastAsia="Arial"/>
                <w:noProof/>
                <w:sz w:val="16"/>
                <w:lang w:val="ro-RO"/>
              </w:rPr>
              <w:t>Scorul și pragurile din acest document sunt instrumente interne de prioritizare. Certificarea nu se acordă pe baza unui procent, ci pe baza conformității sistemului și a eficacității sale.</w:t>
            </w:r>
          </w:p>
        </w:tc>
      </w:tr>
    </w:tbl>
    <w:p w14:paraId="16369663" w14:textId="77777777" w:rsidR="008E2B50" w:rsidRPr="00E81C1D" w:rsidRDefault="008E2B50">
      <w:pPr>
        <w:spacing w:after="0"/>
        <w:rPr>
          <w:noProof/>
          <w:lang w:val="ro-RO"/>
        </w:rPr>
      </w:pPr>
    </w:p>
    <w:p w14:paraId="4733FF0C" w14:textId="77777777" w:rsidR="008E2B50" w:rsidRPr="00E81C1D" w:rsidRDefault="00000000">
      <w:pPr>
        <w:pStyle w:val="Heading2"/>
        <w:rPr>
          <w:noProof/>
          <w:lang w:val="ro-RO"/>
        </w:rPr>
      </w:pPr>
      <w:r w:rsidRPr="00E81C1D">
        <w:rPr>
          <w:noProof/>
          <w:lang w:val="ro-RO"/>
        </w:rPr>
        <w:t>Fișa proiectului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7"/>
        <w:gridCol w:w="3004"/>
        <w:gridCol w:w="1927"/>
        <w:gridCol w:w="3004"/>
      </w:tblGrid>
      <w:tr w:rsidR="008E2B50" w:rsidRPr="00E81C1D" w14:paraId="110E8F1A" w14:textId="77777777">
        <w:trPr>
          <w:cantSplit/>
          <w:jc w:val="center"/>
        </w:trPr>
        <w:tc>
          <w:tcPr>
            <w:tcW w:w="1927" w:type="dxa"/>
            <w:shd w:val="clear" w:color="auto" w:fill="F3F4F5"/>
            <w:tcMar>
              <w:top w:w="60" w:type="dxa"/>
              <w:left w:w="70" w:type="dxa"/>
              <w:bottom w:w="60" w:type="dxa"/>
              <w:right w:w="70" w:type="dxa"/>
            </w:tcMar>
            <w:vAlign w:val="center"/>
          </w:tcPr>
          <w:p w14:paraId="30CC5A35" w14:textId="77777777" w:rsidR="008E2B50" w:rsidRPr="00E81C1D" w:rsidRDefault="00000000">
            <w:pPr>
              <w:spacing w:after="0" w:line="240" w:lineRule="auto"/>
              <w:rPr>
                <w:noProof/>
                <w:lang w:val="ro-RO"/>
              </w:rPr>
            </w:pPr>
            <w:r w:rsidRPr="00E81C1D">
              <w:rPr>
                <w:rFonts w:eastAsia="Arial"/>
                <w:b/>
                <w:noProof/>
                <w:sz w:val="16"/>
                <w:lang w:val="ro-RO"/>
              </w:rPr>
              <w:t>Organizație</w:t>
            </w:r>
          </w:p>
        </w:tc>
        <w:tc>
          <w:tcPr>
            <w:tcW w:w="3004" w:type="dxa"/>
            <w:tcMar>
              <w:top w:w="60" w:type="dxa"/>
              <w:left w:w="70" w:type="dxa"/>
              <w:bottom w:w="60" w:type="dxa"/>
              <w:right w:w="70" w:type="dxa"/>
            </w:tcMar>
            <w:vAlign w:val="center"/>
          </w:tcPr>
          <w:p w14:paraId="2AAD7DD8"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5CC19219" w14:textId="77777777" w:rsidR="008E2B50" w:rsidRPr="00E81C1D" w:rsidRDefault="00000000">
            <w:pPr>
              <w:spacing w:after="0" w:line="240" w:lineRule="auto"/>
              <w:rPr>
                <w:noProof/>
                <w:lang w:val="ro-RO"/>
              </w:rPr>
            </w:pPr>
            <w:r w:rsidRPr="00E81C1D">
              <w:rPr>
                <w:rFonts w:eastAsia="Arial"/>
                <w:b/>
                <w:noProof/>
                <w:sz w:val="16"/>
                <w:lang w:val="ro-RO"/>
              </w:rPr>
              <w:t>Coordonator sistem</w:t>
            </w:r>
          </w:p>
        </w:tc>
        <w:tc>
          <w:tcPr>
            <w:tcW w:w="3004" w:type="dxa"/>
            <w:tcMar>
              <w:top w:w="60" w:type="dxa"/>
              <w:left w:w="70" w:type="dxa"/>
              <w:bottom w:w="60" w:type="dxa"/>
              <w:right w:w="70" w:type="dxa"/>
            </w:tcMar>
            <w:vAlign w:val="center"/>
          </w:tcPr>
          <w:p w14:paraId="090E9FA1"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r>
      <w:tr w:rsidR="008E2B50" w:rsidRPr="00E81C1D" w14:paraId="7FABAA7E" w14:textId="77777777">
        <w:trPr>
          <w:cantSplit/>
          <w:jc w:val="center"/>
        </w:trPr>
        <w:tc>
          <w:tcPr>
            <w:tcW w:w="1927" w:type="dxa"/>
            <w:shd w:val="clear" w:color="auto" w:fill="F3F4F5"/>
            <w:tcMar>
              <w:top w:w="60" w:type="dxa"/>
              <w:left w:w="70" w:type="dxa"/>
              <w:bottom w:w="60" w:type="dxa"/>
              <w:right w:w="70" w:type="dxa"/>
            </w:tcMar>
            <w:vAlign w:val="center"/>
          </w:tcPr>
          <w:p w14:paraId="769480FB" w14:textId="77777777" w:rsidR="008E2B50" w:rsidRPr="00E81C1D" w:rsidRDefault="00000000">
            <w:pPr>
              <w:spacing w:after="0" w:line="240" w:lineRule="auto"/>
              <w:rPr>
                <w:noProof/>
                <w:lang w:val="ro-RO"/>
              </w:rPr>
            </w:pPr>
            <w:r w:rsidRPr="00E81C1D">
              <w:rPr>
                <w:rFonts w:eastAsia="Arial"/>
                <w:b/>
                <w:noProof/>
                <w:sz w:val="16"/>
                <w:lang w:val="ro-RO"/>
              </w:rPr>
              <w:t>Domeniu propus</w:t>
            </w:r>
          </w:p>
        </w:tc>
        <w:tc>
          <w:tcPr>
            <w:tcW w:w="3004" w:type="dxa"/>
            <w:tcMar>
              <w:top w:w="60" w:type="dxa"/>
              <w:left w:w="70" w:type="dxa"/>
              <w:bottom w:w="60" w:type="dxa"/>
              <w:right w:w="70" w:type="dxa"/>
            </w:tcMar>
            <w:vAlign w:val="center"/>
          </w:tcPr>
          <w:p w14:paraId="3A25014A"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38AF4122" w14:textId="77777777" w:rsidR="008E2B50" w:rsidRPr="00E81C1D" w:rsidRDefault="00000000">
            <w:pPr>
              <w:spacing w:after="0" w:line="240" w:lineRule="auto"/>
              <w:rPr>
                <w:noProof/>
                <w:lang w:val="ro-RO"/>
              </w:rPr>
            </w:pPr>
            <w:r w:rsidRPr="00E81C1D">
              <w:rPr>
                <w:rFonts w:eastAsia="Arial"/>
                <w:b/>
                <w:noProof/>
                <w:sz w:val="16"/>
                <w:lang w:val="ro-RO"/>
              </w:rPr>
              <w:t>Sponsor proiect</w:t>
            </w:r>
          </w:p>
        </w:tc>
        <w:tc>
          <w:tcPr>
            <w:tcW w:w="3004" w:type="dxa"/>
            <w:tcMar>
              <w:top w:w="60" w:type="dxa"/>
              <w:left w:w="70" w:type="dxa"/>
              <w:bottom w:w="60" w:type="dxa"/>
              <w:right w:w="70" w:type="dxa"/>
            </w:tcMar>
            <w:vAlign w:val="center"/>
          </w:tcPr>
          <w:p w14:paraId="3662999B"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r>
      <w:tr w:rsidR="008E2B50" w:rsidRPr="00E81C1D" w14:paraId="42CAAA65" w14:textId="77777777">
        <w:trPr>
          <w:cantSplit/>
          <w:jc w:val="center"/>
        </w:trPr>
        <w:tc>
          <w:tcPr>
            <w:tcW w:w="1927" w:type="dxa"/>
            <w:shd w:val="clear" w:color="auto" w:fill="F3F4F5"/>
            <w:tcMar>
              <w:top w:w="60" w:type="dxa"/>
              <w:left w:w="70" w:type="dxa"/>
              <w:bottom w:w="60" w:type="dxa"/>
              <w:right w:w="70" w:type="dxa"/>
            </w:tcMar>
            <w:vAlign w:val="center"/>
          </w:tcPr>
          <w:p w14:paraId="77B8A625" w14:textId="77777777" w:rsidR="008E2B50" w:rsidRPr="00E81C1D" w:rsidRDefault="00000000">
            <w:pPr>
              <w:spacing w:after="0" w:line="240" w:lineRule="auto"/>
              <w:rPr>
                <w:noProof/>
                <w:lang w:val="ro-RO"/>
              </w:rPr>
            </w:pPr>
            <w:r w:rsidRPr="00E81C1D">
              <w:rPr>
                <w:rFonts w:eastAsia="Arial"/>
                <w:b/>
                <w:noProof/>
                <w:sz w:val="16"/>
                <w:lang w:val="ro-RO"/>
              </w:rPr>
              <w:t>Locații incluse</w:t>
            </w:r>
          </w:p>
        </w:tc>
        <w:tc>
          <w:tcPr>
            <w:tcW w:w="3004" w:type="dxa"/>
            <w:tcMar>
              <w:top w:w="60" w:type="dxa"/>
              <w:left w:w="70" w:type="dxa"/>
              <w:bottom w:w="60" w:type="dxa"/>
              <w:right w:w="70" w:type="dxa"/>
            </w:tcMar>
            <w:vAlign w:val="center"/>
          </w:tcPr>
          <w:p w14:paraId="01CADBBF"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5E5CDD11" w14:textId="77777777" w:rsidR="008E2B50" w:rsidRPr="00E81C1D" w:rsidRDefault="00000000">
            <w:pPr>
              <w:spacing w:after="0" w:line="240" w:lineRule="auto"/>
              <w:rPr>
                <w:noProof/>
                <w:lang w:val="ro-RO"/>
              </w:rPr>
            </w:pPr>
            <w:r w:rsidRPr="00E81C1D">
              <w:rPr>
                <w:rFonts w:eastAsia="Arial"/>
                <w:b/>
                <w:noProof/>
                <w:sz w:val="16"/>
                <w:lang w:val="ro-RO"/>
              </w:rPr>
              <w:t>Data evaluării</w:t>
            </w:r>
          </w:p>
        </w:tc>
        <w:tc>
          <w:tcPr>
            <w:tcW w:w="3004" w:type="dxa"/>
            <w:tcMar>
              <w:top w:w="60" w:type="dxa"/>
              <w:left w:w="70" w:type="dxa"/>
              <w:bottom w:w="60" w:type="dxa"/>
              <w:right w:w="70" w:type="dxa"/>
            </w:tcMar>
            <w:vAlign w:val="center"/>
          </w:tcPr>
          <w:p w14:paraId="2B99B53D"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r>
      <w:tr w:rsidR="008E2B50" w:rsidRPr="00E81C1D" w14:paraId="0005C80F" w14:textId="77777777">
        <w:trPr>
          <w:cantSplit/>
          <w:jc w:val="center"/>
        </w:trPr>
        <w:tc>
          <w:tcPr>
            <w:tcW w:w="1927" w:type="dxa"/>
            <w:shd w:val="clear" w:color="auto" w:fill="F3F4F5"/>
            <w:tcMar>
              <w:top w:w="60" w:type="dxa"/>
              <w:left w:w="70" w:type="dxa"/>
              <w:bottom w:w="60" w:type="dxa"/>
              <w:right w:w="70" w:type="dxa"/>
            </w:tcMar>
            <w:vAlign w:val="center"/>
          </w:tcPr>
          <w:p w14:paraId="73F7B83C" w14:textId="77777777" w:rsidR="008E2B50" w:rsidRPr="00E81C1D" w:rsidRDefault="00000000">
            <w:pPr>
              <w:spacing w:after="0" w:line="240" w:lineRule="auto"/>
              <w:rPr>
                <w:noProof/>
                <w:lang w:val="ro-RO"/>
              </w:rPr>
            </w:pPr>
            <w:r w:rsidRPr="00E81C1D">
              <w:rPr>
                <w:rFonts w:eastAsia="Arial"/>
                <w:b/>
                <w:noProof/>
                <w:sz w:val="16"/>
                <w:lang w:val="ro-RO"/>
              </w:rPr>
              <w:t>Nr. lucrători</w:t>
            </w:r>
          </w:p>
        </w:tc>
        <w:tc>
          <w:tcPr>
            <w:tcW w:w="3004" w:type="dxa"/>
            <w:tcMar>
              <w:top w:w="60" w:type="dxa"/>
              <w:left w:w="70" w:type="dxa"/>
              <w:bottom w:w="60" w:type="dxa"/>
              <w:right w:w="70" w:type="dxa"/>
            </w:tcMar>
            <w:vAlign w:val="center"/>
          </w:tcPr>
          <w:p w14:paraId="0163C3F2"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6B60CEFD" w14:textId="77777777" w:rsidR="008E2B50" w:rsidRPr="00E81C1D" w:rsidRDefault="00000000">
            <w:pPr>
              <w:spacing w:after="0" w:line="240" w:lineRule="auto"/>
              <w:rPr>
                <w:noProof/>
                <w:lang w:val="ro-RO"/>
              </w:rPr>
            </w:pPr>
            <w:r w:rsidRPr="00E81C1D">
              <w:rPr>
                <w:rFonts w:eastAsia="Arial"/>
                <w:b/>
                <w:noProof/>
                <w:sz w:val="16"/>
                <w:lang w:val="ro-RO"/>
              </w:rPr>
              <w:t>Evaluator(i)</w:t>
            </w:r>
          </w:p>
        </w:tc>
        <w:tc>
          <w:tcPr>
            <w:tcW w:w="3004" w:type="dxa"/>
            <w:tcMar>
              <w:top w:w="60" w:type="dxa"/>
              <w:left w:w="70" w:type="dxa"/>
              <w:bottom w:w="60" w:type="dxa"/>
              <w:right w:w="70" w:type="dxa"/>
            </w:tcMar>
            <w:vAlign w:val="center"/>
          </w:tcPr>
          <w:p w14:paraId="7BF1A2F7"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r>
      <w:tr w:rsidR="008E2B50" w:rsidRPr="00E81C1D" w14:paraId="4A5D659E" w14:textId="77777777">
        <w:trPr>
          <w:cantSplit/>
          <w:jc w:val="center"/>
        </w:trPr>
        <w:tc>
          <w:tcPr>
            <w:tcW w:w="1927" w:type="dxa"/>
            <w:shd w:val="clear" w:color="auto" w:fill="F3F4F5"/>
            <w:tcMar>
              <w:top w:w="60" w:type="dxa"/>
              <w:left w:w="70" w:type="dxa"/>
              <w:bottom w:w="60" w:type="dxa"/>
              <w:right w:w="70" w:type="dxa"/>
            </w:tcMar>
            <w:vAlign w:val="center"/>
          </w:tcPr>
          <w:p w14:paraId="78D89155" w14:textId="77777777" w:rsidR="008E2B50" w:rsidRPr="00E81C1D" w:rsidRDefault="00000000">
            <w:pPr>
              <w:spacing w:after="0" w:line="240" w:lineRule="auto"/>
              <w:rPr>
                <w:noProof/>
                <w:lang w:val="ro-RO"/>
              </w:rPr>
            </w:pPr>
            <w:r w:rsidRPr="00E81C1D">
              <w:rPr>
                <w:rFonts w:eastAsia="Arial"/>
                <w:b/>
                <w:noProof/>
                <w:sz w:val="16"/>
                <w:lang w:val="ro-RO"/>
              </w:rPr>
              <w:t>Obiectivul proiectului</w:t>
            </w:r>
          </w:p>
        </w:tc>
        <w:tc>
          <w:tcPr>
            <w:tcW w:w="3004" w:type="dxa"/>
            <w:tcMar>
              <w:top w:w="60" w:type="dxa"/>
              <w:left w:w="70" w:type="dxa"/>
              <w:bottom w:w="60" w:type="dxa"/>
              <w:right w:w="70" w:type="dxa"/>
            </w:tcMar>
            <w:vAlign w:val="center"/>
          </w:tcPr>
          <w:p w14:paraId="274C5854"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c>
          <w:tcPr>
            <w:tcW w:w="1927" w:type="dxa"/>
            <w:shd w:val="clear" w:color="auto" w:fill="F3F4F5"/>
            <w:tcMar>
              <w:top w:w="60" w:type="dxa"/>
              <w:left w:w="70" w:type="dxa"/>
              <w:bottom w:w="60" w:type="dxa"/>
              <w:right w:w="70" w:type="dxa"/>
            </w:tcMar>
            <w:vAlign w:val="center"/>
          </w:tcPr>
          <w:p w14:paraId="36E545E3" w14:textId="77777777" w:rsidR="008E2B50" w:rsidRPr="00E81C1D" w:rsidRDefault="00000000">
            <w:pPr>
              <w:spacing w:after="0" w:line="240" w:lineRule="auto"/>
              <w:rPr>
                <w:noProof/>
                <w:lang w:val="ro-RO"/>
              </w:rPr>
            </w:pPr>
            <w:r w:rsidRPr="00E81C1D">
              <w:rPr>
                <w:rFonts w:eastAsia="Arial"/>
                <w:b/>
                <w:noProof/>
                <w:sz w:val="16"/>
                <w:lang w:val="ro-RO"/>
              </w:rPr>
              <w:t>Termen țintă</w:t>
            </w:r>
          </w:p>
        </w:tc>
        <w:tc>
          <w:tcPr>
            <w:tcW w:w="3004" w:type="dxa"/>
            <w:tcMar>
              <w:top w:w="60" w:type="dxa"/>
              <w:left w:w="70" w:type="dxa"/>
              <w:bottom w:w="60" w:type="dxa"/>
              <w:right w:w="70" w:type="dxa"/>
            </w:tcMar>
            <w:vAlign w:val="center"/>
          </w:tcPr>
          <w:p w14:paraId="14B6F839" w14:textId="77777777" w:rsidR="008E2B50" w:rsidRPr="00E81C1D" w:rsidRDefault="00000000">
            <w:pPr>
              <w:spacing w:after="0" w:line="240" w:lineRule="auto"/>
              <w:rPr>
                <w:noProof/>
                <w:lang w:val="ro-RO"/>
              </w:rPr>
            </w:pPr>
            <w:r w:rsidRPr="00E81C1D">
              <w:rPr>
                <w:rFonts w:eastAsia="Arial"/>
                <w:noProof/>
                <w:sz w:val="16"/>
                <w:lang w:val="ro-RO"/>
              </w:rPr>
              <w:t xml:space="preserve">  </w:t>
            </w:r>
          </w:p>
        </w:tc>
      </w:tr>
    </w:tbl>
    <w:p w14:paraId="7C10401A" w14:textId="77777777" w:rsidR="008E2B50" w:rsidRPr="00E81C1D" w:rsidRDefault="00000000">
      <w:pPr>
        <w:rPr>
          <w:noProof/>
          <w:lang w:val="ro-RO"/>
        </w:rPr>
      </w:pPr>
      <w:r w:rsidRPr="00E81C1D">
        <w:rPr>
          <w:noProof/>
          <w:lang w:val="ro-RO"/>
        </w:rPr>
        <w:br w:type="page"/>
      </w:r>
    </w:p>
    <w:p w14:paraId="16782041" w14:textId="77777777" w:rsidR="008E2B50" w:rsidRPr="00E81C1D" w:rsidRDefault="00000000">
      <w:pPr>
        <w:pStyle w:val="Heading1"/>
        <w:rPr>
          <w:noProof/>
          <w:lang w:val="ro-RO"/>
        </w:rPr>
      </w:pPr>
      <w:r w:rsidRPr="00E81C1D">
        <w:rPr>
          <w:noProof/>
          <w:lang w:val="ro-RO"/>
        </w:rPr>
        <w:lastRenderedPageBreak/>
        <w:t>Foaie de parcurs orientativă - 12 săptămâni</w:t>
      </w:r>
    </w:p>
    <w:p w14:paraId="197A2C5E" w14:textId="77777777" w:rsidR="008E2B50" w:rsidRPr="00E81C1D" w:rsidRDefault="00000000">
      <w:pPr>
        <w:spacing w:after="100"/>
        <w:rPr>
          <w:noProof/>
          <w:lang w:val="ro-RO"/>
        </w:rPr>
      </w:pPr>
      <w:r w:rsidRPr="00E81C1D">
        <w:rPr>
          <w:noProof/>
          <w:lang w:val="ro-RO"/>
        </w:rPr>
        <w:t>Ritmul trebuie adaptat complexității produselor și proceselor, numărului de locații și schimburi, maturității PRP, disponibilității datelor și cerințelor legale sau ale clienților.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417"/>
        <w:gridCol w:w="2437"/>
        <w:gridCol w:w="3741"/>
        <w:gridCol w:w="2267"/>
      </w:tblGrid>
      <w:tr w:rsidR="008E2B50" w:rsidRPr="00E81C1D" w14:paraId="6C3D1700" w14:textId="77777777">
        <w:trPr>
          <w:tblHeader/>
          <w:jc w:val="center"/>
        </w:trPr>
        <w:tc>
          <w:tcPr>
            <w:tcW w:w="1417" w:type="dxa"/>
            <w:shd w:val="clear" w:color="auto" w:fill="D71920"/>
            <w:tcMar>
              <w:top w:w="60" w:type="dxa"/>
              <w:left w:w="70" w:type="dxa"/>
              <w:bottom w:w="60" w:type="dxa"/>
              <w:right w:w="70" w:type="dxa"/>
            </w:tcMar>
            <w:vAlign w:val="center"/>
          </w:tcPr>
          <w:p w14:paraId="7F04C1F3"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PERIOADĂ</w:t>
            </w:r>
          </w:p>
        </w:tc>
        <w:tc>
          <w:tcPr>
            <w:tcW w:w="2437" w:type="dxa"/>
            <w:shd w:val="clear" w:color="auto" w:fill="D71920"/>
            <w:tcMar>
              <w:top w:w="60" w:type="dxa"/>
              <w:left w:w="70" w:type="dxa"/>
              <w:bottom w:w="60" w:type="dxa"/>
              <w:right w:w="70" w:type="dxa"/>
            </w:tcMar>
            <w:vAlign w:val="center"/>
          </w:tcPr>
          <w:p w14:paraId="74918322"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FOCUS</w:t>
            </w:r>
          </w:p>
        </w:tc>
        <w:tc>
          <w:tcPr>
            <w:tcW w:w="3741" w:type="dxa"/>
            <w:shd w:val="clear" w:color="auto" w:fill="D71920"/>
            <w:tcMar>
              <w:top w:w="60" w:type="dxa"/>
              <w:left w:w="70" w:type="dxa"/>
              <w:bottom w:w="60" w:type="dxa"/>
              <w:right w:w="70" w:type="dxa"/>
            </w:tcMar>
            <w:vAlign w:val="center"/>
          </w:tcPr>
          <w:p w14:paraId="0D6092EF"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LIVRABILE PRINCIPALE</w:t>
            </w:r>
          </w:p>
        </w:tc>
        <w:tc>
          <w:tcPr>
            <w:tcW w:w="2267" w:type="dxa"/>
            <w:shd w:val="clear" w:color="auto" w:fill="D71920"/>
            <w:tcMar>
              <w:top w:w="60" w:type="dxa"/>
              <w:left w:w="70" w:type="dxa"/>
              <w:bottom w:w="60" w:type="dxa"/>
              <w:right w:w="70" w:type="dxa"/>
            </w:tcMar>
            <w:vAlign w:val="center"/>
          </w:tcPr>
          <w:p w14:paraId="4CF19DBC"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CRITERIU DE TRECERE</w:t>
            </w:r>
          </w:p>
        </w:tc>
      </w:tr>
      <w:tr w:rsidR="008E2B50" w:rsidRPr="00E81C1D" w14:paraId="394ED7AD" w14:textId="77777777">
        <w:trPr>
          <w:cantSplit/>
          <w:jc w:val="center"/>
        </w:trPr>
        <w:tc>
          <w:tcPr>
            <w:tcW w:w="1417" w:type="dxa"/>
            <w:tcMar>
              <w:top w:w="60" w:type="dxa"/>
              <w:left w:w="70" w:type="dxa"/>
              <w:bottom w:w="60" w:type="dxa"/>
              <w:right w:w="70" w:type="dxa"/>
            </w:tcMar>
            <w:vAlign w:val="center"/>
          </w:tcPr>
          <w:p w14:paraId="7EA855CE" w14:textId="77777777" w:rsidR="008E2B50" w:rsidRPr="00E81C1D" w:rsidRDefault="00000000">
            <w:pPr>
              <w:spacing w:after="0" w:line="240" w:lineRule="auto"/>
              <w:rPr>
                <w:noProof/>
                <w:lang w:val="ro-RO"/>
              </w:rPr>
            </w:pPr>
            <w:r w:rsidRPr="00E81C1D">
              <w:rPr>
                <w:rFonts w:eastAsia="Arial"/>
                <w:noProof/>
                <w:sz w:val="15"/>
                <w:lang w:val="ro-RO"/>
              </w:rPr>
              <w:t>Săpt. 1</w:t>
            </w:r>
          </w:p>
        </w:tc>
        <w:tc>
          <w:tcPr>
            <w:tcW w:w="2437" w:type="dxa"/>
            <w:tcMar>
              <w:top w:w="60" w:type="dxa"/>
              <w:left w:w="70" w:type="dxa"/>
              <w:bottom w:w="60" w:type="dxa"/>
              <w:right w:w="70" w:type="dxa"/>
            </w:tcMar>
            <w:vAlign w:val="center"/>
          </w:tcPr>
          <w:p w14:paraId="1AF0B4F4" w14:textId="77777777" w:rsidR="008E2B50" w:rsidRPr="00E81C1D" w:rsidRDefault="00000000">
            <w:pPr>
              <w:spacing w:after="0" w:line="240" w:lineRule="auto"/>
              <w:rPr>
                <w:noProof/>
                <w:lang w:val="ro-RO"/>
              </w:rPr>
            </w:pPr>
            <w:r w:rsidRPr="00E81C1D">
              <w:rPr>
                <w:rFonts w:eastAsia="Arial"/>
                <w:noProof/>
                <w:sz w:val="15"/>
                <w:lang w:val="ro-RO"/>
              </w:rPr>
              <w:t>Lansare și diagnostic</w:t>
            </w:r>
          </w:p>
        </w:tc>
        <w:tc>
          <w:tcPr>
            <w:tcW w:w="3741" w:type="dxa"/>
            <w:tcMar>
              <w:top w:w="60" w:type="dxa"/>
              <w:left w:w="70" w:type="dxa"/>
              <w:bottom w:w="60" w:type="dxa"/>
              <w:right w:w="70" w:type="dxa"/>
            </w:tcMar>
            <w:vAlign w:val="center"/>
          </w:tcPr>
          <w:p w14:paraId="1F5AA486" w14:textId="77777777" w:rsidR="008E2B50" w:rsidRPr="00E81C1D" w:rsidRDefault="00000000">
            <w:pPr>
              <w:spacing w:after="0" w:line="240" w:lineRule="auto"/>
              <w:rPr>
                <w:noProof/>
                <w:lang w:val="ro-RO"/>
              </w:rPr>
            </w:pPr>
            <w:r w:rsidRPr="00E81C1D">
              <w:rPr>
                <w:rFonts w:eastAsia="Arial"/>
                <w:noProof/>
                <w:sz w:val="15"/>
                <w:lang w:val="ro-RO"/>
              </w:rPr>
              <w:t>Mandat, echipă, domeniu preliminar, diagnostic și plan.</w:t>
            </w:r>
          </w:p>
        </w:tc>
        <w:tc>
          <w:tcPr>
            <w:tcW w:w="2267" w:type="dxa"/>
            <w:tcMar>
              <w:top w:w="60" w:type="dxa"/>
              <w:left w:w="70" w:type="dxa"/>
              <w:bottom w:w="60" w:type="dxa"/>
              <w:right w:w="70" w:type="dxa"/>
            </w:tcMar>
            <w:vAlign w:val="center"/>
          </w:tcPr>
          <w:p w14:paraId="73665EC6" w14:textId="77777777" w:rsidR="008E2B50" w:rsidRPr="00E81C1D" w:rsidRDefault="00000000">
            <w:pPr>
              <w:spacing w:after="0" w:line="240" w:lineRule="auto"/>
              <w:rPr>
                <w:noProof/>
                <w:lang w:val="ro-RO"/>
              </w:rPr>
            </w:pPr>
            <w:r w:rsidRPr="00E81C1D">
              <w:rPr>
                <w:rFonts w:eastAsia="Arial"/>
                <w:noProof/>
                <w:sz w:val="15"/>
                <w:lang w:val="ro-RO"/>
              </w:rPr>
              <w:t>Rolurile și resursele sunt aprobate.</w:t>
            </w:r>
          </w:p>
        </w:tc>
      </w:tr>
      <w:tr w:rsidR="008E2B50" w:rsidRPr="00E81C1D" w14:paraId="36F1A4ED" w14:textId="77777777">
        <w:trPr>
          <w:cantSplit/>
          <w:jc w:val="center"/>
        </w:trPr>
        <w:tc>
          <w:tcPr>
            <w:tcW w:w="1417" w:type="dxa"/>
            <w:shd w:val="clear" w:color="auto" w:fill="FAFAFA"/>
            <w:tcMar>
              <w:top w:w="60" w:type="dxa"/>
              <w:left w:w="70" w:type="dxa"/>
              <w:bottom w:w="60" w:type="dxa"/>
              <w:right w:w="70" w:type="dxa"/>
            </w:tcMar>
            <w:vAlign w:val="center"/>
          </w:tcPr>
          <w:p w14:paraId="20B4EA88" w14:textId="77777777" w:rsidR="008E2B50" w:rsidRPr="00E81C1D" w:rsidRDefault="00000000">
            <w:pPr>
              <w:spacing w:after="0" w:line="240" w:lineRule="auto"/>
              <w:rPr>
                <w:noProof/>
                <w:lang w:val="ro-RO"/>
              </w:rPr>
            </w:pPr>
            <w:r w:rsidRPr="00E81C1D">
              <w:rPr>
                <w:rFonts w:eastAsia="Arial"/>
                <w:noProof/>
                <w:sz w:val="15"/>
                <w:lang w:val="ro-RO"/>
              </w:rPr>
              <w:t>Săpt. 2</w:t>
            </w:r>
          </w:p>
        </w:tc>
        <w:tc>
          <w:tcPr>
            <w:tcW w:w="2437" w:type="dxa"/>
            <w:shd w:val="clear" w:color="auto" w:fill="FAFAFA"/>
            <w:tcMar>
              <w:top w:w="60" w:type="dxa"/>
              <w:left w:w="70" w:type="dxa"/>
              <w:bottom w:w="60" w:type="dxa"/>
              <w:right w:w="70" w:type="dxa"/>
            </w:tcMar>
            <w:vAlign w:val="center"/>
          </w:tcPr>
          <w:p w14:paraId="57961F59" w14:textId="77777777" w:rsidR="008E2B50" w:rsidRPr="00E81C1D" w:rsidRDefault="00000000">
            <w:pPr>
              <w:spacing w:after="0" w:line="240" w:lineRule="auto"/>
              <w:rPr>
                <w:noProof/>
                <w:lang w:val="ro-RO"/>
              </w:rPr>
            </w:pPr>
            <w:r w:rsidRPr="00E81C1D">
              <w:rPr>
                <w:rFonts w:eastAsia="Arial"/>
                <w:noProof/>
                <w:sz w:val="15"/>
                <w:lang w:val="ro-RO"/>
              </w:rPr>
              <w:t>Context și cerințe</w:t>
            </w:r>
          </w:p>
        </w:tc>
        <w:tc>
          <w:tcPr>
            <w:tcW w:w="3741" w:type="dxa"/>
            <w:shd w:val="clear" w:color="auto" w:fill="FAFAFA"/>
            <w:tcMar>
              <w:top w:w="60" w:type="dxa"/>
              <w:left w:w="70" w:type="dxa"/>
              <w:bottom w:w="60" w:type="dxa"/>
              <w:right w:w="70" w:type="dxa"/>
            </w:tcMar>
            <w:vAlign w:val="center"/>
          </w:tcPr>
          <w:p w14:paraId="353D7F29" w14:textId="77777777" w:rsidR="008E2B50" w:rsidRPr="00E81C1D" w:rsidRDefault="00000000">
            <w:pPr>
              <w:spacing w:after="0" w:line="240" w:lineRule="auto"/>
              <w:rPr>
                <w:noProof/>
                <w:lang w:val="ro-RO"/>
              </w:rPr>
            </w:pPr>
            <w:r w:rsidRPr="00E81C1D">
              <w:rPr>
                <w:rFonts w:eastAsia="Arial"/>
                <w:noProof/>
                <w:sz w:val="15"/>
                <w:lang w:val="ro-RO"/>
              </w:rPr>
              <w:t>Context, părți interesate, legislație, clienți și domeniu.</w:t>
            </w:r>
          </w:p>
        </w:tc>
        <w:tc>
          <w:tcPr>
            <w:tcW w:w="2267" w:type="dxa"/>
            <w:shd w:val="clear" w:color="auto" w:fill="FAFAFA"/>
            <w:tcMar>
              <w:top w:w="60" w:type="dxa"/>
              <w:left w:w="70" w:type="dxa"/>
              <w:bottom w:w="60" w:type="dxa"/>
              <w:right w:w="70" w:type="dxa"/>
            </w:tcMar>
            <w:vAlign w:val="center"/>
          </w:tcPr>
          <w:p w14:paraId="13441BF8" w14:textId="77777777" w:rsidR="008E2B50" w:rsidRPr="00E81C1D" w:rsidRDefault="00000000">
            <w:pPr>
              <w:spacing w:after="0" w:line="240" w:lineRule="auto"/>
              <w:rPr>
                <w:noProof/>
                <w:lang w:val="ro-RO"/>
              </w:rPr>
            </w:pPr>
            <w:r w:rsidRPr="00E81C1D">
              <w:rPr>
                <w:rFonts w:eastAsia="Arial"/>
                <w:noProof/>
                <w:sz w:val="15"/>
                <w:lang w:val="ro-RO"/>
              </w:rPr>
              <w:t>Cerințele și limitele sunt validate.</w:t>
            </w:r>
          </w:p>
        </w:tc>
      </w:tr>
      <w:tr w:rsidR="008E2B50" w:rsidRPr="00E81C1D" w14:paraId="2897B1C1" w14:textId="77777777">
        <w:trPr>
          <w:cantSplit/>
          <w:jc w:val="center"/>
        </w:trPr>
        <w:tc>
          <w:tcPr>
            <w:tcW w:w="1417" w:type="dxa"/>
            <w:tcMar>
              <w:top w:w="60" w:type="dxa"/>
              <w:left w:w="70" w:type="dxa"/>
              <w:bottom w:w="60" w:type="dxa"/>
              <w:right w:w="70" w:type="dxa"/>
            </w:tcMar>
            <w:vAlign w:val="center"/>
          </w:tcPr>
          <w:p w14:paraId="6F50FBE6" w14:textId="77777777" w:rsidR="008E2B50" w:rsidRPr="00E81C1D" w:rsidRDefault="00000000">
            <w:pPr>
              <w:spacing w:after="0" w:line="240" w:lineRule="auto"/>
              <w:rPr>
                <w:noProof/>
                <w:lang w:val="ro-RO"/>
              </w:rPr>
            </w:pPr>
            <w:r w:rsidRPr="00E81C1D">
              <w:rPr>
                <w:rFonts w:eastAsia="Arial"/>
                <w:noProof/>
                <w:sz w:val="15"/>
                <w:lang w:val="ro-RO"/>
              </w:rPr>
              <w:t>Săpt. 3-4</w:t>
            </w:r>
          </w:p>
        </w:tc>
        <w:tc>
          <w:tcPr>
            <w:tcW w:w="2437" w:type="dxa"/>
            <w:tcMar>
              <w:top w:w="60" w:type="dxa"/>
              <w:left w:w="70" w:type="dxa"/>
              <w:bottom w:w="60" w:type="dxa"/>
              <w:right w:w="70" w:type="dxa"/>
            </w:tcMar>
            <w:vAlign w:val="center"/>
          </w:tcPr>
          <w:p w14:paraId="10DCA4AA" w14:textId="77777777" w:rsidR="008E2B50" w:rsidRPr="00E81C1D" w:rsidRDefault="00000000">
            <w:pPr>
              <w:spacing w:after="0" w:line="240" w:lineRule="auto"/>
              <w:rPr>
                <w:noProof/>
                <w:lang w:val="ro-RO"/>
              </w:rPr>
            </w:pPr>
            <w:r w:rsidRPr="00E81C1D">
              <w:rPr>
                <w:rFonts w:eastAsia="Arial"/>
                <w:noProof/>
                <w:sz w:val="15"/>
                <w:lang w:val="ro-RO"/>
              </w:rPr>
              <w:t>PRP și fluxuri</w:t>
            </w:r>
          </w:p>
        </w:tc>
        <w:tc>
          <w:tcPr>
            <w:tcW w:w="3741" w:type="dxa"/>
            <w:tcMar>
              <w:top w:w="60" w:type="dxa"/>
              <w:left w:w="70" w:type="dxa"/>
              <w:bottom w:w="60" w:type="dxa"/>
              <w:right w:w="70" w:type="dxa"/>
            </w:tcMar>
            <w:vAlign w:val="center"/>
          </w:tcPr>
          <w:p w14:paraId="7BA5B5D7" w14:textId="77777777" w:rsidR="008E2B50" w:rsidRPr="00E81C1D" w:rsidRDefault="00000000">
            <w:pPr>
              <w:spacing w:after="0" w:line="240" w:lineRule="auto"/>
              <w:rPr>
                <w:noProof/>
                <w:lang w:val="ro-RO"/>
              </w:rPr>
            </w:pPr>
            <w:r w:rsidRPr="00E81C1D">
              <w:rPr>
                <w:rFonts w:eastAsia="Arial"/>
                <w:noProof/>
                <w:sz w:val="15"/>
                <w:lang w:val="ro-RO"/>
              </w:rPr>
              <w:t>Evaluare PRP, diagrame de flux, descrieri de produs și utilizare.</w:t>
            </w:r>
          </w:p>
        </w:tc>
        <w:tc>
          <w:tcPr>
            <w:tcW w:w="2267" w:type="dxa"/>
            <w:tcMar>
              <w:top w:w="60" w:type="dxa"/>
              <w:left w:w="70" w:type="dxa"/>
              <w:bottom w:w="60" w:type="dxa"/>
              <w:right w:w="70" w:type="dxa"/>
            </w:tcMar>
            <w:vAlign w:val="center"/>
          </w:tcPr>
          <w:p w14:paraId="1F3E0021" w14:textId="77777777" w:rsidR="008E2B50" w:rsidRPr="00E81C1D" w:rsidRDefault="00000000">
            <w:pPr>
              <w:spacing w:after="0" w:line="240" w:lineRule="auto"/>
              <w:rPr>
                <w:noProof/>
                <w:lang w:val="ro-RO"/>
              </w:rPr>
            </w:pPr>
            <w:r w:rsidRPr="00E81C1D">
              <w:rPr>
                <w:rFonts w:eastAsia="Arial"/>
                <w:noProof/>
                <w:sz w:val="15"/>
                <w:lang w:val="ro-RO"/>
              </w:rPr>
              <w:t>Mediul de bază și fluxurile sunt cunoscute.</w:t>
            </w:r>
          </w:p>
        </w:tc>
      </w:tr>
      <w:tr w:rsidR="008E2B50" w:rsidRPr="00E81C1D" w14:paraId="5EA864D4" w14:textId="77777777">
        <w:trPr>
          <w:cantSplit/>
          <w:jc w:val="center"/>
        </w:trPr>
        <w:tc>
          <w:tcPr>
            <w:tcW w:w="1417" w:type="dxa"/>
            <w:shd w:val="clear" w:color="auto" w:fill="FAFAFA"/>
            <w:tcMar>
              <w:top w:w="60" w:type="dxa"/>
              <w:left w:w="70" w:type="dxa"/>
              <w:bottom w:w="60" w:type="dxa"/>
              <w:right w:w="70" w:type="dxa"/>
            </w:tcMar>
            <w:vAlign w:val="center"/>
          </w:tcPr>
          <w:p w14:paraId="5E8B02B1" w14:textId="77777777" w:rsidR="008E2B50" w:rsidRPr="00E81C1D" w:rsidRDefault="00000000">
            <w:pPr>
              <w:spacing w:after="0" w:line="240" w:lineRule="auto"/>
              <w:rPr>
                <w:noProof/>
                <w:lang w:val="ro-RO"/>
              </w:rPr>
            </w:pPr>
            <w:r w:rsidRPr="00E81C1D">
              <w:rPr>
                <w:rFonts w:eastAsia="Arial"/>
                <w:noProof/>
                <w:sz w:val="15"/>
                <w:lang w:val="ro-RO"/>
              </w:rPr>
              <w:t>Săpt. 5-6</w:t>
            </w:r>
          </w:p>
        </w:tc>
        <w:tc>
          <w:tcPr>
            <w:tcW w:w="2437" w:type="dxa"/>
            <w:shd w:val="clear" w:color="auto" w:fill="FAFAFA"/>
            <w:tcMar>
              <w:top w:w="60" w:type="dxa"/>
              <w:left w:w="70" w:type="dxa"/>
              <w:bottom w:w="60" w:type="dxa"/>
              <w:right w:w="70" w:type="dxa"/>
            </w:tcMar>
            <w:vAlign w:val="center"/>
          </w:tcPr>
          <w:p w14:paraId="15F32861" w14:textId="77777777" w:rsidR="008E2B50" w:rsidRPr="00E81C1D" w:rsidRDefault="00000000">
            <w:pPr>
              <w:spacing w:after="0" w:line="240" w:lineRule="auto"/>
              <w:rPr>
                <w:noProof/>
                <w:lang w:val="ro-RO"/>
              </w:rPr>
            </w:pPr>
            <w:r w:rsidRPr="00E81C1D">
              <w:rPr>
                <w:rFonts w:eastAsia="Arial"/>
                <w:noProof/>
                <w:sz w:val="15"/>
                <w:lang w:val="ro-RO"/>
              </w:rPr>
              <w:t>Analiza pericolelor</w:t>
            </w:r>
          </w:p>
        </w:tc>
        <w:tc>
          <w:tcPr>
            <w:tcW w:w="3741" w:type="dxa"/>
            <w:shd w:val="clear" w:color="auto" w:fill="FAFAFA"/>
            <w:tcMar>
              <w:top w:w="60" w:type="dxa"/>
              <w:left w:w="70" w:type="dxa"/>
              <w:bottom w:w="60" w:type="dxa"/>
              <w:right w:w="70" w:type="dxa"/>
            </w:tcMar>
            <w:vAlign w:val="center"/>
          </w:tcPr>
          <w:p w14:paraId="2C60D02E" w14:textId="77777777" w:rsidR="008E2B50" w:rsidRPr="00E81C1D" w:rsidRDefault="00000000">
            <w:pPr>
              <w:spacing w:after="0" w:line="240" w:lineRule="auto"/>
              <w:rPr>
                <w:noProof/>
                <w:lang w:val="ro-RO"/>
              </w:rPr>
            </w:pPr>
            <w:r w:rsidRPr="00E81C1D">
              <w:rPr>
                <w:rFonts w:eastAsia="Arial"/>
                <w:noProof/>
                <w:sz w:val="15"/>
                <w:lang w:val="ro-RO"/>
              </w:rPr>
              <w:t>Identificare, evaluare, măsuri, clasificare OPRP/CCP.</w:t>
            </w:r>
          </w:p>
        </w:tc>
        <w:tc>
          <w:tcPr>
            <w:tcW w:w="2267" w:type="dxa"/>
            <w:shd w:val="clear" w:color="auto" w:fill="FAFAFA"/>
            <w:tcMar>
              <w:top w:w="60" w:type="dxa"/>
              <w:left w:w="70" w:type="dxa"/>
              <w:bottom w:w="60" w:type="dxa"/>
              <w:right w:w="70" w:type="dxa"/>
            </w:tcMar>
            <w:vAlign w:val="center"/>
          </w:tcPr>
          <w:p w14:paraId="191F3E5E" w14:textId="77777777" w:rsidR="008E2B50" w:rsidRPr="00E81C1D" w:rsidRDefault="00000000">
            <w:pPr>
              <w:spacing w:after="0" w:line="240" w:lineRule="auto"/>
              <w:rPr>
                <w:noProof/>
                <w:lang w:val="ro-RO"/>
              </w:rPr>
            </w:pPr>
            <w:r w:rsidRPr="00E81C1D">
              <w:rPr>
                <w:rFonts w:eastAsia="Arial"/>
                <w:noProof/>
                <w:sz w:val="15"/>
                <w:lang w:val="ro-RO"/>
              </w:rPr>
              <w:t>Planul de control este justificat.</w:t>
            </w:r>
          </w:p>
        </w:tc>
      </w:tr>
      <w:tr w:rsidR="008E2B50" w:rsidRPr="00E81C1D" w14:paraId="617322CD" w14:textId="77777777">
        <w:trPr>
          <w:cantSplit/>
          <w:jc w:val="center"/>
        </w:trPr>
        <w:tc>
          <w:tcPr>
            <w:tcW w:w="1417" w:type="dxa"/>
            <w:tcMar>
              <w:top w:w="60" w:type="dxa"/>
              <w:left w:w="70" w:type="dxa"/>
              <w:bottom w:w="60" w:type="dxa"/>
              <w:right w:w="70" w:type="dxa"/>
            </w:tcMar>
            <w:vAlign w:val="center"/>
          </w:tcPr>
          <w:p w14:paraId="7D30FA32" w14:textId="77777777" w:rsidR="008E2B50" w:rsidRPr="00E81C1D" w:rsidRDefault="00000000">
            <w:pPr>
              <w:spacing w:after="0" w:line="240" w:lineRule="auto"/>
              <w:rPr>
                <w:noProof/>
                <w:lang w:val="ro-RO"/>
              </w:rPr>
            </w:pPr>
            <w:r w:rsidRPr="00E81C1D">
              <w:rPr>
                <w:rFonts w:eastAsia="Arial"/>
                <w:noProof/>
                <w:sz w:val="15"/>
                <w:lang w:val="ro-RO"/>
              </w:rPr>
              <w:t>Săpt. 7</w:t>
            </w:r>
          </w:p>
        </w:tc>
        <w:tc>
          <w:tcPr>
            <w:tcW w:w="2437" w:type="dxa"/>
            <w:tcMar>
              <w:top w:w="60" w:type="dxa"/>
              <w:left w:w="70" w:type="dxa"/>
              <w:bottom w:w="60" w:type="dxa"/>
              <w:right w:w="70" w:type="dxa"/>
            </w:tcMar>
            <w:vAlign w:val="center"/>
          </w:tcPr>
          <w:p w14:paraId="5AFB408E" w14:textId="77777777" w:rsidR="008E2B50" w:rsidRPr="00E81C1D" w:rsidRDefault="00000000">
            <w:pPr>
              <w:spacing w:after="0" w:line="240" w:lineRule="auto"/>
              <w:rPr>
                <w:noProof/>
                <w:lang w:val="ro-RO"/>
              </w:rPr>
            </w:pPr>
            <w:r w:rsidRPr="00E81C1D">
              <w:rPr>
                <w:rFonts w:eastAsia="Arial"/>
                <w:noProof/>
                <w:sz w:val="15"/>
                <w:lang w:val="ro-RO"/>
              </w:rPr>
              <w:t>Validare și operare</w:t>
            </w:r>
          </w:p>
        </w:tc>
        <w:tc>
          <w:tcPr>
            <w:tcW w:w="3741" w:type="dxa"/>
            <w:tcMar>
              <w:top w:w="60" w:type="dxa"/>
              <w:left w:w="70" w:type="dxa"/>
              <w:bottom w:w="60" w:type="dxa"/>
              <w:right w:w="70" w:type="dxa"/>
            </w:tcMar>
            <w:vAlign w:val="center"/>
          </w:tcPr>
          <w:p w14:paraId="73E8731B" w14:textId="77777777" w:rsidR="008E2B50" w:rsidRPr="00E81C1D" w:rsidRDefault="00000000">
            <w:pPr>
              <w:spacing w:after="0" w:line="240" w:lineRule="auto"/>
              <w:rPr>
                <w:noProof/>
                <w:lang w:val="ro-RO"/>
              </w:rPr>
            </w:pPr>
            <w:r w:rsidRPr="00E81C1D">
              <w:rPr>
                <w:rFonts w:eastAsia="Arial"/>
                <w:noProof/>
                <w:sz w:val="15"/>
                <w:lang w:val="ro-RO"/>
              </w:rPr>
              <w:t>Validări, monitorizare, corecții, calibrare și instruire.</w:t>
            </w:r>
          </w:p>
        </w:tc>
        <w:tc>
          <w:tcPr>
            <w:tcW w:w="2267" w:type="dxa"/>
            <w:tcMar>
              <w:top w:w="60" w:type="dxa"/>
              <w:left w:w="70" w:type="dxa"/>
              <w:bottom w:w="60" w:type="dxa"/>
              <w:right w:w="70" w:type="dxa"/>
            </w:tcMar>
            <w:vAlign w:val="center"/>
          </w:tcPr>
          <w:p w14:paraId="3794C5C0" w14:textId="77777777" w:rsidR="008E2B50" w:rsidRPr="00E81C1D" w:rsidRDefault="00000000">
            <w:pPr>
              <w:spacing w:after="0" w:line="240" w:lineRule="auto"/>
              <w:rPr>
                <w:noProof/>
                <w:lang w:val="ro-RO"/>
              </w:rPr>
            </w:pPr>
            <w:r w:rsidRPr="00E81C1D">
              <w:rPr>
                <w:rFonts w:eastAsia="Arial"/>
                <w:noProof/>
                <w:sz w:val="15"/>
                <w:lang w:val="ro-RO"/>
              </w:rPr>
              <w:t>Controalele pot fi aplicate consecvent.</w:t>
            </w:r>
          </w:p>
        </w:tc>
      </w:tr>
      <w:tr w:rsidR="008E2B50" w:rsidRPr="00E81C1D" w14:paraId="00D0BE17" w14:textId="77777777">
        <w:trPr>
          <w:cantSplit/>
          <w:jc w:val="center"/>
        </w:trPr>
        <w:tc>
          <w:tcPr>
            <w:tcW w:w="1417" w:type="dxa"/>
            <w:shd w:val="clear" w:color="auto" w:fill="FAFAFA"/>
            <w:tcMar>
              <w:top w:w="60" w:type="dxa"/>
              <w:left w:w="70" w:type="dxa"/>
              <w:bottom w:w="60" w:type="dxa"/>
              <w:right w:w="70" w:type="dxa"/>
            </w:tcMar>
            <w:vAlign w:val="center"/>
          </w:tcPr>
          <w:p w14:paraId="190AFA53" w14:textId="77777777" w:rsidR="008E2B50" w:rsidRPr="00E81C1D" w:rsidRDefault="00000000">
            <w:pPr>
              <w:spacing w:after="0" w:line="240" w:lineRule="auto"/>
              <w:rPr>
                <w:noProof/>
                <w:lang w:val="ro-RO"/>
              </w:rPr>
            </w:pPr>
            <w:r w:rsidRPr="00E81C1D">
              <w:rPr>
                <w:rFonts w:eastAsia="Arial"/>
                <w:noProof/>
                <w:sz w:val="15"/>
                <w:lang w:val="ro-RO"/>
              </w:rPr>
              <w:t>Săpt. 8</w:t>
            </w:r>
          </w:p>
        </w:tc>
        <w:tc>
          <w:tcPr>
            <w:tcW w:w="2437" w:type="dxa"/>
            <w:shd w:val="clear" w:color="auto" w:fill="FAFAFA"/>
            <w:tcMar>
              <w:top w:w="60" w:type="dxa"/>
              <w:left w:w="70" w:type="dxa"/>
              <w:bottom w:w="60" w:type="dxa"/>
              <w:right w:w="70" w:type="dxa"/>
            </w:tcMar>
            <w:vAlign w:val="center"/>
          </w:tcPr>
          <w:p w14:paraId="5532128D" w14:textId="77777777" w:rsidR="008E2B50" w:rsidRPr="00E81C1D" w:rsidRDefault="00000000">
            <w:pPr>
              <w:spacing w:after="0" w:line="240" w:lineRule="auto"/>
              <w:rPr>
                <w:noProof/>
                <w:lang w:val="ro-RO"/>
              </w:rPr>
            </w:pPr>
            <w:r w:rsidRPr="00E81C1D">
              <w:rPr>
                <w:rFonts w:eastAsia="Arial"/>
                <w:noProof/>
                <w:sz w:val="15"/>
                <w:lang w:val="ro-RO"/>
              </w:rPr>
              <w:t>Trasabilitate și urgențe</w:t>
            </w:r>
          </w:p>
        </w:tc>
        <w:tc>
          <w:tcPr>
            <w:tcW w:w="3741" w:type="dxa"/>
            <w:shd w:val="clear" w:color="auto" w:fill="FAFAFA"/>
            <w:tcMar>
              <w:top w:w="60" w:type="dxa"/>
              <w:left w:w="70" w:type="dxa"/>
              <w:bottom w:w="60" w:type="dxa"/>
              <w:right w:w="70" w:type="dxa"/>
            </w:tcMar>
            <w:vAlign w:val="center"/>
          </w:tcPr>
          <w:p w14:paraId="7CFE813D" w14:textId="77777777" w:rsidR="008E2B50" w:rsidRPr="00E81C1D" w:rsidRDefault="00000000">
            <w:pPr>
              <w:spacing w:after="0" w:line="240" w:lineRule="auto"/>
              <w:rPr>
                <w:noProof/>
                <w:lang w:val="ro-RO"/>
              </w:rPr>
            </w:pPr>
            <w:r w:rsidRPr="00E81C1D">
              <w:rPr>
                <w:rFonts w:eastAsia="Arial"/>
                <w:noProof/>
                <w:sz w:val="15"/>
                <w:lang w:val="ro-RO"/>
              </w:rPr>
              <w:t>Test trasabilitate, retragere, urgențe și comunicare.</w:t>
            </w:r>
          </w:p>
        </w:tc>
        <w:tc>
          <w:tcPr>
            <w:tcW w:w="2267" w:type="dxa"/>
            <w:shd w:val="clear" w:color="auto" w:fill="FAFAFA"/>
            <w:tcMar>
              <w:top w:w="60" w:type="dxa"/>
              <w:left w:w="70" w:type="dxa"/>
              <w:bottom w:w="60" w:type="dxa"/>
              <w:right w:w="70" w:type="dxa"/>
            </w:tcMar>
            <w:vAlign w:val="center"/>
          </w:tcPr>
          <w:p w14:paraId="4AB0EF14" w14:textId="77777777" w:rsidR="008E2B50" w:rsidRPr="00E81C1D" w:rsidRDefault="00000000">
            <w:pPr>
              <w:spacing w:after="0" w:line="240" w:lineRule="auto"/>
              <w:rPr>
                <w:noProof/>
                <w:lang w:val="ro-RO"/>
              </w:rPr>
            </w:pPr>
            <w:r w:rsidRPr="00E81C1D">
              <w:rPr>
                <w:rFonts w:eastAsia="Arial"/>
                <w:noProof/>
                <w:sz w:val="15"/>
                <w:lang w:val="ro-RO"/>
              </w:rPr>
              <w:t>Capacitatea de reacție este demonstrată.</w:t>
            </w:r>
          </w:p>
        </w:tc>
      </w:tr>
      <w:tr w:rsidR="008E2B50" w:rsidRPr="00E81C1D" w14:paraId="7A3D20D1" w14:textId="77777777">
        <w:trPr>
          <w:cantSplit/>
          <w:jc w:val="center"/>
        </w:trPr>
        <w:tc>
          <w:tcPr>
            <w:tcW w:w="1417" w:type="dxa"/>
            <w:tcMar>
              <w:top w:w="60" w:type="dxa"/>
              <w:left w:w="70" w:type="dxa"/>
              <w:bottom w:w="60" w:type="dxa"/>
              <w:right w:w="70" w:type="dxa"/>
            </w:tcMar>
            <w:vAlign w:val="center"/>
          </w:tcPr>
          <w:p w14:paraId="63193A71" w14:textId="77777777" w:rsidR="008E2B50" w:rsidRPr="00E81C1D" w:rsidRDefault="00000000">
            <w:pPr>
              <w:spacing w:after="0" w:line="240" w:lineRule="auto"/>
              <w:rPr>
                <w:noProof/>
                <w:lang w:val="ro-RO"/>
              </w:rPr>
            </w:pPr>
            <w:r w:rsidRPr="00E81C1D">
              <w:rPr>
                <w:rFonts w:eastAsia="Arial"/>
                <w:noProof/>
                <w:sz w:val="15"/>
                <w:lang w:val="ro-RO"/>
              </w:rPr>
              <w:t>Săpt. 9-10</w:t>
            </w:r>
          </w:p>
        </w:tc>
        <w:tc>
          <w:tcPr>
            <w:tcW w:w="2437" w:type="dxa"/>
            <w:tcMar>
              <w:top w:w="60" w:type="dxa"/>
              <w:left w:w="70" w:type="dxa"/>
              <w:bottom w:w="60" w:type="dxa"/>
              <w:right w:w="70" w:type="dxa"/>
            </w:tcMar>
            <w:vAlign w:val="center"/>
          </w:tcPr>
          <w:p w14:paraId="59E3E2D5" w14:textId="77777777" w:rsidR="008E2B50" w:rsidRPr="00E81C1D" w:rsidRDefault="00000000">
            <w:pPr>
              <w:spacing w:after="0" w:line="240" w:lineRule="auto"/>
              <w:rPr>
                <w:noProof/>
                <w:lang w:val="ro-RO"/>
              </w:rPr>
            </w:pPr>
            <w:r w:rsidRPr="00E81C1D">
              <w:rPr>
                <w:rFonts w:eastAsia="Arial"/>
                <w:noProof/>
                <w:sz w:val="15"/>
                <w:lang w:val="ro-RO"/>
              </w:rPr>
              <w:t>Verificare și date</w:t>
            </w:r>
          </w:p>
        </w:tc>
        <w:tc>
          <w:tcPr>
            <w:tcW w:w="3741" w:type="dxa"/>
            <w:tcMar>
              <w:top w:w="60" w:type="dxa"/>
              <w:left w:w="70" w:type="dxa"/>
              <w:bottom w:w="60" w:type="dxa"/>
              <w:right w:w="70" w:type="dxa"/>
            </w:tcMar>
            <w:vAlign w:val="center"/>
          </w:tcPr>
          <w:p w14:paraId="1681EC42" w14:textId="77777777" w:rsidR="008E2B50" w:rsidRPr="00E81C1D" w:rsidRDefault="00000000">
            <w:pPr>
              <w:spacing w:after="0" w:line="240" w:lineRule="auto"/>
              <w:rPr>
                <w:noProof/>
                <w:lang w:val="ro-RO"/>
              </w:rPr>
            </w:pPr>
            <w:r w:rsidRPr="00E81C1D">
              <w:rPr>
                <w:rFonts w:eastAsia="Arial"/>
                <w:noProof/>
                <w:sz w:val="15"/>
                <w:lang w:val="ro-RO"/>
              </w:rPr>
              <w:t>Verificări, laborator, evaluare furnizori, indicatori și tendințe.</w:t>
            </w:r>
          </w:p>
        </w:tc>
        <w:tc>
          <w:tcPr>
            <w:tcW w:w="2267" w:type="dxa"/>
            <w:tcMar>
              <w:top w:w="60" w:type="dxa"/>
              <w:left w:w="70" w:type="dxa"/>
              <w:bottom w:w="60" w:type="dxa"/>
              <w:right w:w="70" w:type="dxa"/>
            </w:tcMar>
            <w:vAlign w:val="center"/>
          </w:tcPr>
          <w:p w14:paraId="11516284" w14:textId="77777777" w:rsidR="008E2B50" w:rsidRPr="00E81C1D" w:rsidRDefault="00000000">
            <w:pPr>
              <w:spacing w:after="0" w:line="240" w:lineRule="auto"/>
              <w:rPr>
                <w:noProof/>
                <w:lang w:val="ro-RO"/>
              </w:rPr>
            </w:pPr>
            <w:r w:rsidRPr="00E81C1D">
              <w:rPr>
                <w:rFonts w:eastAsia="Arial"/>
                <w:noProof/>
                <w:sz w:val="15"/>
                <w:lang w:val="ro-RO"/>
              </w:rPr>
              <w:t>Performanța și abaterile sunt cunoscute.</w:t>
            </w:r>
          </w:p>
        </w:tc>
      </w:tr>
      <w:tr w:rsidR="008E2B50" w:rsidRPr="00E81C1D" w14:paraId="65B9EE06" w14:textId="77777777">
        <w:trPr>
          <w:cantSplit/>
          <w:jc w:val="center"/>
        </w:trPr>
        <w:tc>
          <w:tcPr>
            <w:tcW w:w="1417" w:type="dxa"/>
            <w:shd w:val="clear" w:color="auto" w:fill="FAFAFA"/>
            <w:tcMar>
              <w:top w:w="60" w:type="dxa"/>
              <w:left w:w="70" w:type="dxa"/>
              <w:bottom w:w="60" w:type="dxa"/>
              <w:right w:w="70" w:type="dxa"/>
            </w:tcMar>
            <w:vAlign w:val="center"/>
          </w:tcPr>
          <w:p w14:paraId="1620DAFA" w14:textId="77777777" w:rsidR="008E2B50" w:rsidRPr="00E81C1D" w:rsidRDefault="00000000">
            <w:pPr>
              <w:spacing w:after="0" w:line="240" w:lineRule="auto"/>
              <w:rPr>
                <w:noProof/>
                <w:lang w:val="ro-RO"/>
              </w:rPr>
            </w:pPr>
            <w:r w:rsidRPr="00E81C1D">
              <w:rPr>
                <w:rFonts w:eastAsia="Arial"/>
                <w:noProof/>
                <w:sz w:val="15"/>
                <w:lang w:val="ro-RO"/>
              </w:rPr>
              <w:t>Săpt. 11-12</w:t>
            </w:r>
          </w:p>
        </w:tc>
        <w:tc>
          <w:tcPr>
            <w:tcW w:w="2437" w:type="dxa"/>
            <w:shd w:val="clear" w:color="auto" w:fill="FAFAFA"/>
            <w:tcMar>
              <w:top w:w="60" w:type="dxa"/>
              <w:left w:w="70" w:type="dxa"/>
              <w:bottom w:w="60" w:type="dxa"/>
              <w:right w:w="70" w:type="dxa"/>
            </w:tcMar>
            <w:vAlign w:val="center"/>
          </w:tcPr>
          <w:p w14:paraId="057D75C7" w14:textId="77777777" w:rsidR="008E2B50" w:rsidRPr="00E81C1D" w:rsidRDefault="00000000">
            <w:pPr>
              <w:spacing w:after="0" w:line="240" w:lineRule="auto"/>
              <w:rPr>
                <w:noProof/>
                <w:lang w:val="ro-RO"/>
              </w:rPr>
            </w:pPr>
            <w:r w:rsidRPr="00E81C1D">
              <w:rPr>
                <w:rFonts w:eastAsia="Arial"/>
                <w:noProof/>
                <w:sz w:val="15"/>
                <w:lang w:val="ro-RO"/>
              </w:rPr>
              <w:t>Audit și analiză</w:t>
            </w:r>
          </w:p>
        </w:tc>
        <w:tc>
          <w:tcPr>
            <w:tcW w:w="3741" w:type="dxa"/>
            <w:shd w:val="clear" w:color="auto" w:fill="FAFAFA"/>
            <w:tcMar>
              <w:top w:w="60" w:type="dxa"/>
              <w:left w:w="70" w:type="dxa"/>
              <w:bottom w:w="60" w:type="dxa"/>
              <w:right w:w="70" w:type="dxa"/>
            </w:tcMar>
            <w:vAlign w:val="center"/>
          </w:tcPr>
          <w:p w14:paraId="391BF550" w14:textId="77777777" w:rsidR="008E2B50" w:rsidRPr="00E81C1D" w:rsidRDefault="00000000">
            <w:pPr>
              <w:spacing w:after="0" w:line="240" w:lineRule="auto"/>
              <w:rPr>
                <w:noProof/>
                <w:lang w:val="ro-RO"/>
              </w:rPr>
            </w:pPr>
            <w:r w:rsidRPr="00E81C1D">
              <w:rPr>
                <w:rFonts w:eastAsia="Arial"/>
                <w:noProof/>
                <w:sz w:val="15"/>
                <w:lang w:val="ro-RO"/>
              </w:rPr>
              <w:t>Audit intern, acțiuni corective, actualizare și analiza conducerii.</w:t>
            </w:r>
          </w:p>
        </w:tc>
        <w:tc>
          <w:tcPr>
            <w:tcW w:w="2267" w:type="dxa"/>
            <w:shd w:val="clear" w:color="auto" w:fill="FAFAFA"/>
            <w:tcMar>
              <w:top w:w="60" w:type="dxa"/>
              <w:left w:w="70" w:type="dxa"/>
              <w:bottom w:w="60" w:type="dxa"/>
              <w:right w:w="70" w:type="dxa"/>
            </w:tcMar>
            <w:vAlign w:val="center"/>
          </w:tcPr>
          <w:p w14:paraId="009EC360" w14:textId="77777777" w:rsidR="008E2B50" w:rsidRPr="00E81C1D" w:rsidRDefault="00000000">
            <w:pPr>
              <w:spacing w:after="0" w:line="240" w:lineRule="auto"/>
              <w:rPr>
                <w:noProof/>
                <w:lang w:val="ro-RO"/>
              </w:rPr>
            </w:pPr>
            <w:r w:rsidRPr="00E81C1D">
              <w:rPr>
                <w:rFonts w:eastAsia="Arial"/>
                <w:noProof/>
                <w:sz w:val="15"/>
                <w:lang w:val="ro-RO"/>
              </w:rPr>
              <w:t>Sistemul funcționează și are dovezi reprezentative.</w:t>
            </w:r>
          </w:p>
        </w:tc>
      </w:tr>
    </w:tbl>
    <w:p w14:paraId="28ED4635" w14:textId="77777777" w:rsidR="008E2B50" w:rsidRPr="00E81C1D" w:rsidRDefault="00000000">
      <w:pPr>
        <w:pStyle w:val="Heading2"/>
        <w:rPr>
          <w:noProof/>
          <w:lang w:val="ro-RO"/>
        </w:rPr>
      </w:pPr>
      <w:r w:rsidRPr="00E81C1D">
        <w:rPr>
          <w:noProof/>
          <w:lang w:val="ro-RO"/>
        </w:rPr>
        <w:t>Diagnostic rapid de maturitate</w:t>
      </w:r>
    </w:p>
    <w:p w14:paraId="31AB1F05" w14:textId="77777777" w:rsidR="008E2B50" w:rsidRPr="00E81C1D" w:rsidRDefault="00000000">
      <w:pPr>
        <w:rPr>
          <w:noProof/>
          <w:lang w:val="ro-RO"/>
        </w:rPr>
      </w:pPr>
      <w:r w:rsidRPr="00E81C1D">
        <w:rPr>
          <w:noProof/>
          <w:lang w:val="ro-RO"/>
        </w:rPr>
        <w:t>Marcați Da / Parțial / Nu. Acest diagnostic nu înlocuiește evaluarea detaliată din paginile următoare.</w:t>
      </w:r>
    </w:p>
    <w:tbl>
      <w:tblPr>
        <w:tblW w:w="9935" w:type="dxa"/>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03"/>
        <w:gridCol w:w="4723"/>
        <w:gridCol w:w="1303"/>
        <w:gridCol w:w="1303"/>
        <w:gridCol w:w="1303"/>
      </w:tblGrid>
      <w:tr w:rsidR="008E2B50" w:rsidRPr="00E81C1D" w14:paraId="1D31E5FE" w14:textId="77777777" w:rsidTr="00E81C1D">
        <w:trPr>
          <w:trHeight w:val="178"/>
          <w:tblHeader/>
          <w:jc w:val="center"/>
        </w:trPr>
        <w:tc>
          <w:tcPr>
            <w:tcW w:w="1303" w:type="dxa"/>
            <w:shd w:val="clear" w:color="auto" w:fill="D71920"/>
            <w:tcMar>
              <w:top w:w="60" w:type="dxa"/>
              <w:left w:w="70" w:type="dxa"/>
              <w:bottom w:w="60" w:type="dxa"/>
              <w:right w:w="70" w:type="dxa"/>
            </w:tcMar>
            <w:vAlign w:val="center"/>
          </w:tcPr>
          <w:p w14:paraId="0CD1CC66"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w:t>
            </w:r>
          </w:p>
        </w:tc>
        <w:tc>
          <w:tcPr>
            <w:tcW w:w="4723" w:type="dxa"/>
            <w:shd w:val="clear" w:color="auto" w:fill="D71920"/>
            <w:tcMar>
              <w:top w:w="60" w:type="dxa"/>
              <w:left w:w="70" w:type="dxa"/>
              <w:bottom w:w="60" w:type="dxa"/>
              <w:right w:w="70" w:type="dxa"/>
            </w:tcMar>
            <w:vAlign w:val="center"/>
          </w:tcPr>
          <w:p w14:paraId="679B26C4"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ÎNTREBARE</w:t>
            </w:r>
          </w:p>
        </w:tc>
        <w:tc>
          <w:tcPr>
            <w:tcW w:w="1303" w:type="dxa"/>
            <w:shd w:val="clear" w:color="auto" w:fill="D71920"/>
            <w:tcMar>
              <w:top w:w="60" w:type="dxa"/>
              <w:left w:w="70" w:type="dxa"/>
              <w:bottom w:w="60" w:type="dxa"/>
              <w:right w:w="70" w:type="dxa"/>
            </w:tcMar>
            <w:vAlign w:val="center"/>
          </w:tcPr>
          <w:p w14:paraId="462B1282"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DA</w:t>
            </w:r>
          </w:p>
        </w:tc>
        <w:tc>
          <w:tcPr>
            <w:tcW w:w="1303" w:type="dxa"/>
            <w:shd w:val="clear" w:color="auto" w:fill="D71920"/>
            <w:tcMar>
              <w:top w:w="60" w:type="dxa"/>
              <w:left w:w="70" w:type="dxa"/>
              <w:bottom w:w="60" w:type="dxa"/>
              <w:right w:w="70" w:type="dxa"/>
            </w:tcMar>
            <w:vAlign w:val="center"/>
          </w:tcPr>
          <w:p w14:paraId="7D71CEE1"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PARȚIAL</w:t>
            </w:r>
          </w:p>
        </w:tc>
        <w:tc>
          <w:tcPr>
            <w:tcW w:w="1303" w:type="dxa"/>
            <w:shd w:val="clear" w:color="auto" w:fill="D71920"/>
            <w:tcMar>
              <w:top w:w="60" w:type="dxa"/>
              <w:left w:w="70" w:type="dxa"/>
              <w:bottom w:w="60" w:type="dxa"/>
              <w:right w:w="70" w:type="dxa"/>
            </w:tcMar>
            <w:vAlign w:val="center"/>
          </w:tcPr>
          <w:p w14:paraId="121A7CC9"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NU</w:t>
            </w:r>
          </w:p>
        </w:tc>
      </w:tr>
      <w:tr w:rsidR="008E2B50" w:rsidRPr="00E81C1D" w14:paraId="6A91E1F6" w14:textId="77777777" w:rsidTr="00E81C1D">
        <w:trPr>
          <w:cantSplit/>
          <w:trHeight w:val="216"/>
          <w:jc w:val="center"/>
        </w:trPr>
        <w:tc>
          <w:tcPr>
            <w:tcW w:w="1303" w:type="dxa"/>
            <w:tcMar>
              <w:top w:w="60" w:type="dxa"/>
              <w:left w:w="70" w:type="dxa"/>
              <w:bottom w:w="60" w:type="dxa"/>
              <w:right w:w="70" w:type="dxa"/>
            </w:tcMar>
            <w:vAlign w:val="center"/>
          </w:tcPr>
          <w:p w14:paraId="1E50F2E1" w14:textId="77777777" w:rsidR="008E2B50" w:rsidRPr="00E81C1D" w:rsidRDefault="00000000">
            <w:pPr>
              <w:spacing w:after="0" w:line="240" w:lineRule="auto"/>
              <w:jc w:val="center"/>
              <w:rPr>
                <w:noProof/>
                <w:lang w:val="ro-RO"/>
              </w:rPr>
            </w:pPr>
            <w:r w:rsidRPr="00E81C1D">
              <w:rPr>
                <w:rFonts w:eastAsia="Arial"/>
                <w:b/>
                <w:noProof/>
                <w:sz w:val="15"/>
                <w:lang w:val="ro-RO"/>
              </w:rPr>
              <w:t>1</w:t>
            </w:r>
          </w:p>
        </w:tc>
        <w:tc>
          <w:tcPr>
            <w:tcW w:w="4723" w:type="dxa"/>
            <w:tcMar>
              <w:top w:w="60" w:type="dxa"/>
              <w:left w:w="70" w:type="dxa"/>
              <w:bottom w:w="60" w:type="dxa"/>
              <w:right w:w="70" w:type="dxa"/>
            </w:tcMar>
            <w:vAlign w:val="center"/>
          </w:tcPr>
          <w:p w14:paraId="22825EA8" w14:textId="77777777" w:rsidR="008E2B50" w:rsidRPr="00E81C1D" w:rsidRDefault="00000000">
            <w:pPr>
              <w:spacing w:after="0" w:line="240" w:lineRule="auto"/>
              <w:rPr>
                <w:noProof/>
                <w:lang w:val="ro-RO"/>
              </w:rPr>
            </w:pPr>
            <w:r w:rsidRPr="00E81C1D">
              <w:rPr>
                <w:rFonts w:eastAsia="Arial"/>
                <w:noProof/>
                <w:sz w:val="15"/>
                <w:lang w:val="ro-RO"/>
              </w:rPr>
              <w:t>Conducerea și echipa pentru siguranța alimentelor au roluri și autoritate clare?</w:t>
            </w:r>
          </w:p>
        </w:tc>
        <w:tc>
          <w:tcPr>
            <w:tcW w:w="1303" w:type="dxa"/>
            <w:tcMar>
              <w:top w:w="60" w:type="dxa"/>
              <w:left w:w="70" w:type="dxa"/>
              <w:bottom w:w="60" w:type="dxa"/>
              <w:right w:w="70" w:type="dxa"/>
            </w:tcMar>
            <w:vAlign w:val="center"/>
          </w:tcPr>
          <w:p w14:paraId="7E76205B"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4C42E49"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530574C" w14:textId="77777777" w:rsidR="008E2B50" w:rsidRPr="00E81C1D" w:rsidRDefault="008E2B50">
            <w:pPr>
              <w:spacing w:after="0" w:line="240" w:lineRule="auto"/>
              <w:jc w:val="center"/>
              <w:rPr>
                <w:noProof/>
                <w:lang w:val="ro-RO"/>
              </w:rPr>
            </w:pPr>
          </w:p>
        </w:tc>
      </w:tr>
      <w:tr w:rsidR="008E2B50" w:rsidRPr="00E81C1D" w14:paraId="3AF8EF18" w14:textId="77777777" w:rsidTr="00E81C1D">
        <w:trPr>
          <w:cantSplit/>
          <w:trHeight w:val="216"/>
          <w:jc w:val="center"/>
        </w:trPr>
        <w:tc>
          <w:tcPr>
            <w:tcW w:w="1303" w:type="dxa"/>
            <w:shd w:val="clear" w:color="auto" w:fill="FAFAFA"/>
            <w:tcMar>
              <w:top w:w="60" w:type="dxa"/>
              <w:left w:w="70" w:type="dxa"/>
              <w:bottom w:w="60" w:type="dxa"/>
              <w:right w:w="70" w:type="dxa"/>
            </w:tcMar>
            <w:vAlign w:val="center"/>
          </w:tcPr>
          <w:p w14:paraId="79969506" w14:textId="77777777" w:rsidR="008E2B50" w:rsidRPr="00E81C1D" w:rsidRDefault="00000000">
            <w:pPr>
              <w:spacing w:after="0" w:line="240" w:lineRule="auto"/>
              <w:jc w:val="center"/>
              <w:rPr>
                <w:noProof/>
                <w:lang w:val="ro-RO"/>
              </w:rPr>
            </w:pPr>
            <w:r w:rsidRPr="00E81C1D">
              <w:rPr>
                <w:rFonts w:eastAsia="Arial"/>
                <w:b/>
                <w:noProof/>
                <w:sz w:val="15"/>
                <w:lang w:val="ro-RO"/>
              </w:rPr>
              <w:t>2</w:t>
            </w:r>
          </w:p>
        </w:tc>
        <w:tc>
          <w:tcPr>
            <w:tcW w:w="4723" w:type="dxa"/>
            <w:shd w:val="clear" w:color="auto" w:fill="FAFAFA"/>
            <w:tcMar>
              <w:top w:w="60" w:type="dxa"/>
              <w:left w:w="70" w:type="dxa"/>
              <w:bottom w:w="60" w:type="dxa"/>
              <w:right w:w="70" w:type="dxa"/>
            </w:tcMar>
            <w:vAlign w:val="center"/>
          </w:tcPr>
          <w:p w14:paraId="20DFEE49" w14:textId="77777777" w:rsidR="008E2B50" w:rsidRPr="00E81C1D" w:rsidRDefault="00000000">
            <w:pPr>
              <w:spacing w:after="0" w:line="240" w:lineRule="auto"/>
              <w:rPr>
                <w:noProof/>
                <w:lang w:val="ro-RO"/>
              </w:rPr>
            </w:pPr>
            <w:r w:rsidRPr="00E81C1D">
              <w:rPr>
                <w:rFonts w:eastAsia="Arial"/>
                <w:noProof/>
                <w:sz w:val="15"/>
                <w:lang w:val="ro-RO"/>
              </w:rPr>
              <w:t>Domeniul include toate produsele, procesele, locațiile și externalizările relevante?</w:t>
            </w:r>
          </w:p>
        </w:tc>
        <w:tc>
          <w:tcPr>
            <w:tcW w:w="1303" w:type="dxa"/>
            <w:shd w:val="clear" w:color="auto" w:fill="FAFAFA"/>
            <w:tcMar>
              <w:top w:w="60" w:type="dxa"/>
              <w:left w:w="70" w:type="dxa"/>
              <w:bottom w:w="60" w:type="dxa"/>
              <w:right w:w="70" w:type="dxa"/>
            </w:tcMar>
            <w:vAlign w:val="center"/>
          </w:tcPr>
          <w:p w14:paraId="49C51799"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9272173"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D3AFC96" w14:textId="77777777" w:rsidR="008E2B50" w:rsidRPr="00E81C1D" w:rsidRDefault="008E2B50">
            <w:pPr>
              <w:spacing w:after="0" w:line="240" w:lineRule="auto"/>
              <w:jc w:val="center"/>
              <w:rPr>
                <w:noProof/>
                <w:lang w:val="ro-RO"/>
              </w:rPr>
            </w:pPr>
          </w:p>
        </w:tc>
      </w:tr>
      <w:tr w:rsidR="008E2B50" w:rsidRPr="00E81C1D" w14:paraId="2A1F7F62" w14:textId="77777777" w:rsidTr="00E81C1D">
        <w:trPr>
          <w:cantSplit/>
          <w:trHeight w:val="216"/>
          <w:jc w:val="center"/>
        </w:trPr>
        <w:tc>
          <w:tcPr>
            <w:tcW w:w="1303" w:type="dxa"/>
            <w:tcMar>
              <w:top w:w="60" w:type="dxa"/>
              <w:left w:w="70" w:type="dxa"/>
              <w:bottom w:w="60" w:type="dxa"/>
              <w:right w:w="70" w:type="dxa"/>
            </w:tcMar>
            <w:vAlign w:val="center"/>
          </w:tcPr>
          <w:p w14:paraId="7AF93512" w14:textId="77777777" w:rsidR="008E2B50" w:rsidRPr="00E81C1D" w:rsidRDefault="00000000">
            <w:pPr>
              <w:spacing w:after="0" w:line="240" w:lineRule="auto"/>
              <w:jc w:val="center"/>
              <w:rPr>
                <w:noProof/>
                <w:lang w:val="ro-RO"/>
              </w:rPr>
            </w:pPr>
            <w:r w:rsidRPr="00E81C1D">
              <w:rPr>
                <w:rFonts w:eastAsia="Arial"/>
                <w:b/>
                <w:noProof/>
                <w:sz w:val="15"/>
                <w:lang w:val="ro-RO"/>
              </w:rPr>
              <w:t>3</w:t>
            </w:r>
          </w:p>
        </w:tc>
        <w:tc>
          <w:tcPr>
            <w:tcW w:w="4723" w:type="dxa"/>
            <w:tcMar>
              <w:top w:w="60" w:type="dxa"/>
              <w:left w:w="70" w:type="dxa"/>
              <w:bottom w:w="60" w:type="dxa"/>
              <w:right w:w="70" w:type="dxa"/>
            </w:tcMar>
            <w:vAlign w:val="center"/>
          </w:tcPr>
          <w:p w14:paraId="4575ED13" w14:textId="77777777" w:rsidR="008E2B50" w:rsidRPr="00E81C1D" w:rsidRDefault="00000000">
            <w:pPr>
              <w:spacing w:after="0" w:line="240" w:lineRule="auto"/>
              <w:rPr>
                <w:noProof/>
                <w:lang w:val="ro-RO"/>
              </w:rPr>
            </w:pPr>
            <w:r w:rsidRPr="00E81C1D">
              <w:rPr>
                <w:rFonts w:eastAsia="Arial"/>
                <w:noProof/>
                <w:sz w:val="15"/>
                <w:lang w:val="ro-RO"/>
              </w:rPr>
              <w:t>Cerințele legale, ale clienților și ale părților interesate sunt actualizate?</w:t>
            </w:r>
          </w:p>
        </w:tc>
        <w:tc>
          <w:tcPr>
            <w:tcW w:w="1303" w:type="dxa"/>
            <w:tcMar>
              <w:top w:w="60" w:type="dxa"/>
              <w:left w:w="70" w:type="dxa"/>
              <w:bottom w:w="60" w:type="dxa"/>
              <w:right w:w="70" w:type="dxa"/>
            </w:tcMar>
            <w:vAlign w:val="center"/>
          </w:tcPr>
          <w:p w14:paraId="5814BD5B"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EB12287"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C86600B" w14:textId="77777777" w:rsidR="008E2B50" w:rsidRPr="00E81C1D" w:rsidRDefault="008E2B50">
            <w:pPr>
              <w:spacing w:after="0" w:line="240" w:lineRule="auto"/>
              <w:jc w:val="center"/>
              <w:rPr>
                <w:noProof/>
                <w:lang w:val="ro-RO"/>
              </w:rPr>
            </w:pPr>
          </w:p>
        </w:tc>
      </w:tr>
      <w:tr w:rsidR="008E2B50" w:rsidRPr="00E81C1D" w14:paraId="020F4540" w14:textId="77777777" w:rsidTr="00E81C1D">
        <w:trPr>
          <w:cantSplit/>
          <w:trHeight w:val="229"/>
          <w:jc w:val="center"/>
        </w:trPr>
        <w:tc>
          <w:tcPr>
            <w:tcW w:w="1303" w:type="dxa"/>
            <w:shd w:val="clear" w:color="auto" w:fill="FAFAFA"/>
            <w:tcMar>
              <w:top w:w="60" w:type="dxa"/>
              <w:left w:w="70" w:type="dxa"/>
              <w:bottom w:w="60" w:type="dxa"/>
              <w:right w:w="70" w:type="dxa"/>
            </w:tcMar>
            <w:vAlign w:val="center"/>
          </w:tcPr>
          <w:p w14:paraId="15668FF9" w14:textId="77777777" w:rsidR="008E2B50" w:rsidRPr="00E81C1D" w:rsidRDefault="00000000">
            <w:pPr>
              <w:spacing w:after="0" w:line="240" w:lineRule="auto"/>
              <w:jc w:val="center"/>
              <w:rPr>
                <w:noProof/>
                <w:lang w:val="ro-RO"/>
              </w:rPr>
            </w:pPr>
            <w:r w:rsidRPr="00E81C1D">
              <w:rPr>
                <w:rFonts w:eastAsia="Arial"/>
                <w:b/>
                <w:noProof/>
                <w:sz w:val="15"/>
                <w:lang w:val="ro-RO"/>
              </w:rPr>
              <w:t>4</w:t>
            </w:r>
          </w:p>
        </w:tc>
        <w:tc>
          <w:tcPr>
            <w:tcW w:w="4723" w:type="dxa"/>
            <w:shd w:val="clear" w:color="auto" w:fill="FAFAFA"/>
            <w:tcMar>
              <w:top w:w="60" w:type="dxa"/>
              <w:left w:w="70" w:type="dxa"/>
              <w:bottom w:w="60" w:type="dxa"/>
              <w:right w:w="70" w:type="dxa"/>
            </w:tcMar>
            <w:vAlign w:val="center"/>
          </w:tcPr>
          <w:p w14:paraId="1AADEDDE" w14:textId="77777777" w:rsidR="008E2B50" w:rsidRPr="00E81C1D" w:rsidRDefault="00000000">
            <w:pPr>
              <w:spacing w:after="0" w:line="240" w:lineRule="auto"/>
              <w:rPr>
                <w:noProof/>
                <w:lang w:val="ro-RO"/>
              </w:rPr>
            </w:pPr>
            <w:r w:rsidRPr="00E81C1D">
              <w:rPr>
                <w:rFonts w:eastAsia="Arial"/>
                <w:noProof/>
                <w:sz w:val="15"/>
                <w:lang w:val="ro-RO"/>
              </w:rPr>
              <w:t>PRP sunt adecvate activității și funcționează demonstrabil în teren?</w:t>
            </w:r>
          </w:p>
        </w:tc>
        <w:tc>
          <w:tcPr>
            <w:tcW w:w="1303" w:type="dxa"/>
            <w:shd w:val="clear" w:color="auto" w:fill="FAFAFA"/>
            <w:tcMar>
              <w:top w:w="60" w:type="dxa"/>
              <w:left w:w="70" w:type="dxa"/>
              <w:bottom w:w="60" w:type="dxa"/>
              <w:right w:w="70" w:type="dxa"/>
            </w:tcMar>
            <w:vAlign w:val="center"/>
          </w:tcPr>
          <w:p w14:paraId="1D8B3026"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FC2D4C1"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068DDBB" w14:textId="77777777" w:rsidR="008E2B50" w:rsidRPr="00E81C1D" w:rsidRDefault="008E2B50">
            <w:pPr>
              <w:spacing w:after="0" w:line="240" w:lineRule="auto"/>
              <w:jc w:val="center"/>
              <w:rPr>
                <w:noProof/>
                <w:lang w:val="ro-RO"/>
              </w:rPr>
            </w:pPr>
          </w:p>
        </w:tc>
      </w:tr>
      <w:tr w:rsidR="008E2B50" w:rsidRPr="00E81C1D" w14:paraId="17076F4E" w14:textId="77777777" w:rsidTr="00E81C1D">
        <w:trPr>
          <w:cantSplit/>
          <w:trHeight w:val="216"/>
          <w:jc w:val="center"/>
        </w:trPr>
        <w:tc>
          <w:tcPr>
            <w:tcW w:w="1303" w:type="dxa"/>
            <w:tcMar>
              <w:top w:w="60" w:type="dxa"/>
              <w:left w:w="70" w:type="dxa"/>
              <w:bottom w:w="60" w:type="dxa"/>
              <w:right w:w="70" w:type="dxa"/>
            </w:tcMar>
            <w:vAlign w:val="center"/>
          </w:tcPr>
          <w:p w14:paraId="1EE05489" w14:textId="77777777" w:rsidR="008E2B50" w:rsidRPr="00E81C1D" w:rsidRDefault="00000000">
            <w:pPr>
              <w:spacing w:after="0" w:line="240" w:lineRule="auto"/>
              <w:jc w:val="center"/>
              <w:rPr>
                <w:noProof/>
                <w:lang w:val="ro-RO"/>
              </w:rPr>
            </w:pPr>
            <w:r w:rsidRPr="00E81C1D">
              <w:rPr>
                <w:rFonts w:eastAsia="Arial"/>
                <w:b/>
                <w:noProof/>
                <w:sz w:val="15"/>
                <w:lang w:val="ro-RO"/>
              </w:rPr>
              <w:t>5</w:t>
            </w:r>
          </w:p>
        </w:tc>
        <w:tc>
          <w:tcPr>
            <w:tcW w:w="4723" w:type="dxa"/>
            <w:tcMar>
              <w:top w:w="60" w:type="dxa"/>
              <w:left w:w="70" w:type="dxa"/>
              <w:bottom w:w="60" w:type="dxa"/>
              <w:right w:w="70" w:type="dxa"/>
            </w:tcMar>
            <w:vAlign w:val="center"/>
          </w:tcPr>
          <w:p w14:paraId="1F17CCAA" w14:textId="77777777" w:rsidR="008E2B50" w:rsidRPr="00E81C1D" w:rsidRDefault="00000000">
            <w:pPr>
              <w:spacing w:after="0" w:line="240" w:lineRule="auto"/>
              <w:rPr>
                <w:noProof/>
                <w:lang w:val="ro-RO"/>
              </w:rPr>
            </w:pPr>
            <w:r w:rsidRPr="00E81C1D">
              <w:rPr>
                <w:rFonts w:eastAsia="Arial"/>
                <w:noProof/>
                <w:sz w:val="15"/>
                <w:lang w:val="ro-RO"/>
              </w:rPr>
              <w:t>Descrierile de produs, utilizarea intenționată și diagramele de flux sunt actuale?</w:t>
            </w:r>
          </w:p>
        </w:tc>
        <w:tc>
          <w:tcPr>
            <w:tcW w:w="1303" w:type="dxa"/>
            <w:tcMar>
              <w:top w:w="60" w:type="dxa"/>
              <w:left w:w="70" w:type="dxa"/>
              <w:bottom w:w="60" w:type="dxa"/>
              <w:right w:w="70" w:type="dxa"/>
            </w:tcMar>
            <w:vAlign w:val="center"/>
          </w:tcPr>
          <w:p w14:paraId="6F134569"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15ABB1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0C740A3" w14:textId="77777777" w:rsidR="008E2B50" w:rsidRPr="00E81C1D" w:rsidRDefault="008E2B50">
            <w:pPr>
              <w:spacing w:after="0" w:line="240" w:lineRule="auto"/>
              <w:jc w:val="center"/>
              <w:rPr>
                <w:noProof/>
                <w:lang w:val="ro-RO"/>
              </w:rPr>
            </w:pPr>
          </w:p>
        </w:tc>
      </w:tr>
      <w:tr w:rsidR="008E2B50" w:rsidRPr="00E81C1D" w14:paraId="612511B0" w14:textId="77777777" w:rsidTr="00E81C1D">
        <w:trPr>
          <w:cantSplit/>
          <w:trHeight w:val="216"/>
          <w:jc w:val="center"/>
        </w:trPr>
        <w:tc>
          <w:tcPr>
            <w:tcW w:w="1303" w:type="dxa"/>
            <w:shd w:val="clear" w:color="auto" w:fill="FAFAFA"/>
            <w:tcMar>
              <w:top w:w="60" w:type="dxa"/>
              <w:left w:w="70" w:type="dxa"/>
              <w:bottom w:w="60" w:type="dxa"/>
              <w:right w:w="70" w:type="dxa"/>
            </w:tcMar>
            <w:vAlign w:val="center"/>
          </w:tcPr>
          <w:p w14:paraId="1345BEC2" w14:textId="77777777" w:rsidR="008E2B50" w:rsidRPr="00E81C1D" w:rsidRDefault="00000000">
            <w:pPr>
              <w:spacing w:after="0" w:line="240" w:lineRule="auto"/>
              <w:jc w:val="center"/>
              <w:rPr>
                <w:noProof/>
                <w:lang w:val="ro-RO"/>
              </w:rPr>
            </w:pPr>
            <w:r w:rsidRPr="00E81C1D">
              <w:rPr>
                <w:rFonts w:eastAsia="Arial"/>
                <w:b/>
                <w:noProof/>
                <w:sz w:val="15"/>
                <w:lang w:val="ro-RO"/>
              </w:rPr>
              <w:t>6</w:t>
            </w:r>
          </w:p>
        </w:tc>
        <w:tc>
          <w:tcPr>
            <w:tcW w:w="4723" w:type="dxa"/>
            <w:shd w:val="clear" w:color="auto" w:fill="FAFAFA"/>
            <w:tcMar>
              <w:top w:w="60" w:type="dxa"/>
              <w:left w:w="70" w:type="dxa"/>
              <w:bottom w:w="60" w:type="dxa"/>
              <w:right w:w="70" w:type="dxa"/>
            </w:tcMar>
            <w:vAlign w:val="center"/>
          </w:tcPr>
          <w:p w14:paraId="75B3CD86" w14:textId="77777777" w:rsidR="008E2B50" w:rsidRPr="00E81C1D" w:rsidRDefault="00000000">
            <w:pPr>
              <w:spacing w:after="0" w:line="240" w:lineRule="auto"/>
              <w:rPr>
                <w:noProof/>
                <w:lang w:val="ro-RO"/>
              </w:rPr>
            </w:pPr>
            <w:r w:rsidRPr="00E81C1D">
              <w:rPr>
                <w:rFonts w:eastAsia="Arial"/>
                <w:noProof/>
                <w:sz w:val="15"/>
                <w:lang w:val="ro-RO"/>
              </w:rPr>
              <w:t>Pericolele biologice, chimice, fizice și alergenice sunt evaluate consecvent?</w:t>
            </w:r>
          </w:p>
        </w:tc>
        <w:tc>
          <w:tcPr>
            <w:tcW w:w="1303" w:type="dxa"/>
            <w:shd w:val="clear" w:color="auto" w:fill="FAFAFA"/>
            <w:tcMar>
              <w:top w:w="60" w:type="dxa"/>
              <w:left w:w="70" w:type="dxa"/>
              <w:bottom w:w="60" w:type="dxa"/>
              <w:right w:w="70" w:type="dxa"/>
            </w:tcMar>
            <w:vAlign w:val="center"/>
          </w:tcPr>
          <w:p w14:paraId="0DE07E9A"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865833A"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9684B7E" w14:textId="77777777" w:rsidR="008E2B50" w:rsidRPr="00E81C1D" w:rsidRDefault="008E2B50">
            <w:pPr>
              <w:spacing w:after="0" w:line="240" w:lineRule="auto"/>
              <w:jc w:val="center"/>
              <w:rPr>
                <w:noProof/>
                <w:lang w:val="ro-RO"/>
              </w:rPr>
            </w:pPr>
          </w:p>
        </w:tc>
      </w:tr>
      <w:tr w:rsidR="008E2B50" w:rsidRPr="00E81C1D" w14:paraId="18975828" w14:textId="77777777" w:rsidTr="00E81C1D">
        <w:trPr>
          <w:cantSplit/>
          <w:trHeight w:val="216"/>
          <w:jc w:val="center"/>
        </w:trPr>
        <w:tc>
          <w:tcPr>
            <w:tcW w:w="1303" w:type="dxa"/>
            <w:tcMar>
              <w:top w:w="60" w:type="dxa"/>
              <w:left w:w="70" w:type="dxa"/>
              <w:bottom w:w="60" w:type="dxa"/>
              <w:right w:w="70" w:type="dxa"/>
            </w:tcMar>
            <w:vAlign w:val="center"/>
          </w:tcPr>
          <w:p w14:paraId="662482DF" w14:textId="77777777" w:rsidR="008E2B50" w:rsidRPr="00E81C1D" w:rsidRDefault="00000000">
            <w:pPr>
              <w:spacing w:after="0" w:line="240" w:lineRule="auto"/>
              <w:jc w:val="center"/>
              <w:rPr>
                <w:noProof/>
                <w:lang w:val="ro-RO"/>
              </w:rPr>
            </w:pPr>
            <w:r w:rsidRPr="00E81C1D">
              <w:rPr>
                <w:rFonts w:eastAsia="Arial"/>
                <w:b/>
                <w:noProof/>
                <w:sz w:val="15"/>
                <w:lang w:val="ro-RO"/>
              </w:rPr>
              <w:t>7</w:t>
            </w:r>
          </w:p>
        </w:tc>
        <w:tc>
          <w:tcPr>
            <w:tcW w:w="4723" w:type="dxa"/>
            <w:tcMar>
              <w:top w:w="60" w:type="dxa"/>
              <w:left w:w="70" w:type="dxa"/>
              <w:bottom w:w="60" w:type="dxa"/>
              <w:right w:w="70" w:type="dxa"/>
            </w:tcMar>
            <w:vAlign w:val="center"/>
          </w:tcPr>
          <w:p w14:paraId="21BDA178" w14:textId="77777777" w:rsidR="008E2B50" w:rsidRPr="00E81C1D" w:rsidRDefault="00000000">
            <w:pPr>
              <w:spacing w:after="0" w:line="240" w:lineRule="auto"/>
              <w:rPr>
                <w:noProof/>
                <w:lang w:val="ro-RO"/>
              </w:rPr>
            </w:pPr>
            <w:r w:rsidRPr="00E81C1D">
              <w:rPr>
                <w:rFonts w:eastAsia="Arial"/>
                <w:noProof/>
                <w:sz w:val="15"/>
                <w:lang w:val="ro-RO"/>
              </w:rPr>
              <w:t>Măsurile OPRP și CCP sunt selectate, validate și monitorizate adecvat?</w:t>
            </w:r>
          </w:p>
        </w:tc>
        <w:tc>
          <w:tcPr>
            <w:tcW w:w="1303" w:type="dxa"/>
            <w:tcMar>
              <w:top w:w="60" w:type="dxa"/>
              <w:left w:w="70" w:type="dxa"/>
              <w:bottom w:w="60" w:type="dxa"/>
              <w:right w:w="70" w:type="dxa"/>
            </w:tcMar>
            <w:vAlign w:val="center"/>
          </w:tcPr>
          <w:p w14:paraId="02E8471F"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3FD3187"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361C38A" w14:textId="77777777" w:rsidR="008E2B50" w:rsidRPr="00E81C1D" w:rsidRDefault="008E2B50">
            <w:pPr>
              <w:spacing w:after="0" w:line="240" w:lineRule="auto"/>
              <w:jc w:val="center"/>
              <w:rPr>
                <w:noProof/>
                <w:lang w:val="ro-RO"/>
              </w:rPr>
            </w:pPr>
          </w:p>
        </w:tc>
      </w:tr>
      <w:tr w:rsidR="008E2B50" w:rsidRPr="00E81C1D" w14:paraId="57646DB5" w14:textId="77777777" w:rsidTr="00E81C1D">
        <w:trPr>
          <w:cantSplit/>
          <w:trHeight w:val="216"/>
          <w:jc w:val="center"/>
        </w:trPr>
        <w:tc>
          <w:tcPr>
            <w:tcW w:w="1303" w:type="dxa"/>
            <w:shd w:val="clear" w:color="auto" w:fill="FAFAFA"/>
            <w:tcMar>
              <w:top w:w="60" w:type="dxa"/>
              <w:left w:w="70" w:type="dxa"/>
              <w:bottom w:w="60" w:type="dxa"/>
              <w:right w:w="70" w:type="dxa"/>
            </w:tcMar>
            <w:vAlign w:val="center"/>
          </w:tcPr>
          <w:p w14:paraId="011DB3E7" w14:textId="77777777" w:rsidR="008E2B50" w:rsidRPr="00E81C1D" w:rsidRDefault="00000000">
            <w:pPr>
              <w:spacing w:after="0" w:line="240" w:lineRule="auto"/>
              <w:jc w:val="center"/>
              <w:rPr>
                <w:noProof/>
                <w:lang w:val="ro-RO"/>
              </w:rPr>
            </w:pPr>
            <w:r w:rsidRPr="00E81C1D">
              <w:rPr>
                <w:rFonts w:eastAsia="Arial"/>
                <w:b/>
                <w:noProof/>
                <w:sz w:val="15"/>
                <w:lang w:val="ro-RO"/>
              </w:rPr>
              <w:t>8</w:t>
            </w:r>
          </w:p>
        </w:tc>
        <w:tc>
          <w:tcPr>
            <w:tcW w:w="4723" w:type="dxa"/>
            <w:shd w:val="clear" w:color="auto" w:fill="FAFAFA"/>
            <w:tcMar>
              <w:top w:w="60" w:type="dxa"/>
              <w:left w:w="70" w:type="dxa"/>
              <w:bottom w:w="60" w:type="dxa"/>
              <w:right w:w="70" w:type="dxa"/>
            </w:tcMar>
            <w:vAlign w:val="center"/>
          </w:tcPr>
          <w:p w14:paraId="6B8B4F53" w14:textId="77777777" w:rsidR="008E2B50" w:rsidRPr="00E81C1D" w:rsidRDefault="00000000">
            <w:pPr>
              <w:spacing w:after="0" w:line="240" w:lineRule="auto"/>
              <w:rPr>
                <w:noProof/>
                <w:lang w:val="ro-RO"/>
              </w:rPr>
            </w:pPr>
            <w:r w:rsidRPr="00E81C1D">
              <w:rPr>
                <w:rFonts w:eastAsia="Arial"/>
                <w:noProof/>
                <w:sz w:val="15"/>
                <w:lang w:val="ro-RO"/>
              </w:rPr>
              <w:t>Produsul potențial nesigur este izolat, evaluat și dispus controlat?</w:t>
            </w:r>
          </w:p>
        </w:tc>
        <w:tc>
          <w:tcPr>
            <w:tcW w:w="1303" w:type="dxa"/>
            <w:shd w:val="clear" w:color="auto" w:fill="FAFAFA"/>
            <w:tcMar>
              <w:top w:w="60" w:type="dxa"/>
              <w:left w:w="70" w:type="dxa"/>
              <w:bottom w:w="60" w:type="dxa"/>
              <w:right w:w="70" w:type="dxa"/>
            </w:tcMar>
            <w:vAlign w:val="center"/>
          </w:tcPr>
          <w:p w14:paraId="5A6F1C03"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3928404"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6DF80FE" w14:textId="77777777" w:rsidR="008E2B50" w:rsidRPr="00E81C1D" w:rsidRDefault="008E2B50">
            <w:pPr>
              <w:spacing w:after="0" w:line="240" w:lineRule="auto"/>
              <w:jc w:val="center"/>
              <w:rPr>
                <w:noProof/>
                <w:lang w:val="ro-RO"/>
              </w:rPr>
            </w:pPr>
          </w:p>
        </w:tc>
      </w:tr>
      <w:tr w:rsidR="008E2B50" w:rsidRPr="00E81C1D" w14:paraId="1BD0DC5D" w14:textId="77777777" w:rsidTr="00E81C1D">
        <w:trPr>
          <w:cantSplit/>
          <w:trHeight w:val="216"/>
          <w:jc w:val="center"/>
        </w:trPr>
        <w:tc>
          <w:tcPr>
            <w:tcW w:w="1303" w:type="dxa"/>
            <w:tcMar>
              <w:top w:w="60" w:type="dxa"/>
              <w:left w:w="70" w:type="dxa"/>
              <w:bottom w:w="60" w:type="dxa"/>
              <w:right w:w="70" w:type="dxa"/>
            </w:tcMar>
            <w:vAlign w:val="center"/>
          </w:tcPr>
          <w:p w14:paraId="42D1A600" w14:textId="77777777" w:rsidR="008E2B50" w:rsidRPr="00E81C1D" w:rsidRDefault="00000000">
            <w:pPr>
              <w:spacing w:after="0" w:line="240" w:lineRule="auto"/>
              <w:jc w:val="center"/>
              <w:rPr>
                <w:noProof/>
                <w:lang w:val="ro-RO"/>
              </w:rPr>
            </w:pPr>
            <w:r w:rsidRPr="00E81C1D">
              <w:rPr>
                <w:rFonts w:eastAsia="Arial"/>
                <w:b/>
                <w:noProof/>
                <w:sz w:val="15"/>
                <w:lang w:val="ro-RO"/>
              </w:rPr>
              <w:t>9</w:t>
            </w:r>
          </w:p>
        </w:tc>
        <w:tc>
          <w:tcPr>
            <w:tcW w:w="4723" w:type="dxa"/>
            <w:tcMar>
              <w:top w:w="60" w:type="dxa"/>
              <w:left w:w="70" w:type="dxa"/>
              <w:bottom w:w="60" w:type="dxa"/>
              <w:right w:w="70" w:type="dxa"/>
            </w:tcMar>
            <w:vAlign w:val="center"/>
          </w:tcPr>
          <w:p w14:paraId="7FDA2164" w14:textId="77777777" w:rsidR="008E2B50" w:rsidRPr="00E81C1D" w:rsidRDefault="00000000">
            <w:pPr>
              <w:spacing w:after="0" w:line="240" w:lineRule="auto"/>
              <w:rPr>
                <w:noProof/>
                <w:lang w:val="ro-RO"/>
              </w:rPr>
            </w:pPr>
            <w:r w:rsidRPr="00E81C1D">
              <w:rPr>
                <w:rFonts w:eastAsia="Arial"/>
                <w:noProof/>
                <w:sz w:val="15"/>
                <w:lang w:val="ro-RO"/>
              </w:rPr>
              <w:t>Trasabilitatea și retragerea sunt testate periodic și reconciliate cantitativ?</w:t>
            </w:r>
          </w:p>
        </w:tc>
        <w:tc>
          <w:tcPr>
            <w:tcW w:w="1303" w:type="dxa"/>
            <w:tcMar>
              <w:top w:w="60" w:type="dxa"/>
              <w:left w:w="70" w:type="dxa"/>
              <w:bottom w:w="60" w:type="dxa"/>
              <w:right w:w="70" w:type="dxa"/>
            </w:tcMar>
            <w:vAlign w:val="center"/>
          </w:tcPr>
          <w:p w14:paraId="6E3FFFE6"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848FD16"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3220970" w14:textId="77777777" w:rsidR="008E2B50" w:rsidRPr="00E81C1D" w:rsidRDefault="008E2B50">
            <w:pPr>
              <w:spacing w:after="0" w:line="240" w:lineRule="auto"/>
              <w:jc w:val="center"/>
              <w:rPr>
                <w:noProof/>
                <w:lang w:val="ro-RO"/>
              </w:rPr>
            </w:pPr>
          </w:p>
        </w:tc>
      </w:tr>
      <w:tr w:rsidR="008E2B50" w:rsidRPr="00E81C1D" w14:paraId="59667D6A" w14:textId="77777777" w:rsidTr="00E81C1D">
        <w:trPr>
          <w:cantSplit/>
          <w:trHeight w:val="216"/>
          <w:jc w:val="center"/>
        </w:trPr>
        <w:tc>
          <w:tcPr>
            <w:tcW w:w="1303" w:type="dxa"/>
            <w:shd w:val="clear" w:color="auto" w:fill="FAFAFA"/>
            <w:tcMar>
              <w:top w:w="60" w:type="dxa"/>
              <w:left w:w="70" w:type="dxa"/>
              <w:bottom w:w="60" w:type="dxa"/>
              <w:right w:w="70" w:type="dxa"/>
            </w:tcMar>
            <w:vAlign w:val="center"/>
          </w:tcPr>
          <w:p w14:paraId="36A2AAFC" w14:textId="77777777" w:rsidR="008E2B50" w:rsidRPr="00E81C1D" w:rsidRDefault="00000000">
            <w:pPr>
              <w:spacing w:after="0" w:line="240" w:lineRule="auto"/>
              <w:jc w:val="center"/>
              <w:rPr>
                <w:noProof/>
                <w:lang w:val="ro-RO"/>
              </w:rPr>
            </w:pPr>
            <w:r w:rsidRPr="00E81C1D">
              <w:rPr>
                <w:rFonts w:eastAsia="Arial"/>
                <w:b/>
                <w:noProof/>
                <w:sz w:val="15"/>
                <w:lang w:val="ro-RO"/>
              </w:rPr>
              <w:t>10</w:t>
            </w:r>
          </w:p>
        </w:tc>
        <w:tc>
          <w:tcPr>
            <w:tcW w:w="4723" w:type="dxa"/>
            <w:shd w:val="clear" w:color="auto" w:fill="FAFAFA"/>
            <w:tcMar>
              <w:top w:w="60" w:type="dxa"/>
              <w:left w:w="70" w:type="dxa"/>
              <w:bottom w:w="60" w:type="dxa"/>
              <w:right w:w="70" w:type="dxa"/>
            </w:tcMar>
            <w:vAlign w:val="center"/>
          </w:tcPr>
          <w:p w14:paraId="19865F2A" w14:textId="77777777" w:rsidR="008E2B50" w:rsidRPr="00E81C1D" w:rsidRDefault="00000000">
            <w:pPr>
              <w:spacing w:after="0" w:line="240" w:lineRule="auto"/>
              <w:rPr>
                <w:noProof/>
                <w:lang w:val="ro-RO"/>
              </w:rPr>
            </w:pPr>
            <w:r w:rsidRPr="00E81C1D">
              <w:rPr>
                <w:rFonts w:eastAsia="Arial"/>
                <w:noProof/>
                <w:sz w:val="15"/>
                <w:lang w:val="ro-RO"/>
              </w:rPr>
              <w:t>Verificările, analizele și calibrările produc date credibile?</w:t>
            </w:r>
          </w:p>
        </w:tc>
        <w:tc>
          <w:tcPr>
            <w:tcW w:w="1303" w:type="dxa"/>
            <w:shd w:val="clear" w:color="auto" w:fill="FAFAFA"/>
            <w:tcMar>
              <w:top w:w="60" w:type="dxa"/>
              <w:left w:w="70" w:type="dxa"/>
              <w:bottom w:w="60" w:type="dxa"/>
              <w:right w:w="70" w:type="dxa"/>
            </w:tcMar>
            <w:vAlign w:val="center"/>
          </w:tcPr>
          <w:p w14:paraId="52FD8B06"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3CB4AEE"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9067FEE" w14:textId="77777777" w:rsidR="008E2B50" w:rsidRPr="00E81C1D" w:rsidRDefault="008E2B50">
            <w:pPr>
              <w:spacing w:after="0" w:line="240" w:lineRule="auto"/>
              <w:jc w:val="center"/>
              <w:rPr>
                <w:noProof/>
                <w:lang w:val="ro-RO"/>
              </w:rPr>
            </w:pPr>
          </w:p>
        </w:tc>
      </w:tr>
      <w:tr w:rsidR="008E2B50" w:rsidRPr="00E81C1D" w14:paraId="5379586C" w14:textId="77777777" w:rsidTr="00E81C1D">
        <w:trPr>
          <w:cantSplit/>
          <w:trHeight w:val="216"/>
          <w:jc w:val="center"/>
        </w:trPr>
        <w:tc>
          <w:tcPr>
            <w:tcW w:w="1303" w:type="dxa"/>
            <w:tcMar>
              <w:top w:w="60" w:type="dxa"/>
              <w:left w:w="70" w:type="dxa"/>
              <w:bottom w:w="60" w:type="dxa"/>
              <w:right w:w="70" w:type="dxa"/>
            </w:tcMar>
            <w:vAlign w:val="center"/>
          </w:tcPr>
          <w:p w14:paraId="4BE62EF0" w14:textId="77777777" w:rsidR="008E2B50" w:rsidRPr="00E81C1D" w:rsidRDefault="00000000">
            <w:pPr>
              <w:spacing w:after="0" w:line="240" w:lineRule="auto"/>
              <w:jc w:val="center"/>
              <w:rPr>
                <w:noProof/>
                <w:lang w:val="ro-RO"/>
              </w:rPr>
            </w:pPr>
            <w:r w:rsidRPr="00E81C1D">
              <w:rPr>
                <w:rFonts w:eastAsia="Arial"/>
                <w:b/>
                <w:noProof/>
                <w:sz w:val="15"/>
                <w:lang w:val="ro-RO"/>
              </w:rPr>
              <w:t>11</w:t>
            </w:r>
          </w:p>
        </w:tc>
        <w:tc>
          <w:tcPr>
            <w:tcW w:w="4723" w:type="dxa"/>
            <w:tcMar>
              <w:top w:w="60" w:type="dxa"/>
              <w:left w:w="70" w:type="dxa"/>
              <w:bottom w:w="60" w:type="dxa"/>
              <w:right w:w="70" w:type="dxa"/>
            </w:tcMar>
            <w:vAlign w:val="center"/>
          </w:tcPr>
          <w:p w14:paraId="58A38873" w14:textId="77777777" w:rsidR="008E2B50" w:rsidRPr="00E81C1D" w:rsidRDefault="00000000">
            <w:pPr>
              <w:spacing w:after="0" w:line="240" w:lineRule="auto"/>
              <w:rPr>
                <w:noProof/>
                <w:lang w:val="ro-RO"/>
              </w:rPr>
            </w:pPr>
            <w:r w:rsidRPr="00E81C1D">
              <w:rPr>
                <w:rFonts w:eastAsia="Arial"/>
                <w:noProof/>
                <w:sz w:val="15"/>
                <w:lang w:val="ro-RO"/>
              </w:rPr>
              <w:t>Auditurile interne și analiza conducerii acoperă întregul sistem?</w:t>
            </w:r>
          </w:p>
        </w:tc>
        <w:tc>
          <w:tcPr>
            <w:tcW w:w="1303" w:type="dxa"/>
            <w:tcMar>
              <w:top w:w="60" w:type="dxa"/>
              <w:left w:w="70" w:type="dxa"/>
              <w:bottom w:w="60" w:type="dxa"/>
              <w:right w:w="70" w:type="dxa"/>
            </w:tcMar>
            <w:vAlign w:val="center"/>
          </w:tcPr>
          <w:p w14:paraId="14B686C3"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95C984B"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04B4A97" w14:textId="77777777" w:rsidR="008E2B50" w:rsidRPr="00E81C1D" w:rsidRDefault="008E2B50">
            <w:pPr>
              <w:spacing w:after="0" w:line="240" w:lineRule="auto"/>
              <w:jc w:val="center"/>
              <w:rPr>
                <w:noProof/>
                <w:lang w:val="ro-RO"/>
              </w:rPr>
            </w:pPr>
          </w:p>
        </w:tc>
      </w:tr>
      <w:tr w:rsidR="008E2B50" w:rsidRPr="00E81C1D" w14:paraId="06D8ECD4" w14:textId="77777777" w:rsidTr="00E81C1D">
        <w:trPr>
          <w:cantSplit/>
          <w:trHeight w:val="216"/>
          <w:jc w:val="center"/>
        </w:trPr>
        <w:tc>
          <w:tcPr>
            <w:tcW w:w="1303" w:type="dxa"/>
            <w:shd w:val="clear" w:color="auto" w:fill="FAFAFA"/>
            <w:tcMar>
              <w:top w:w="60" w:type="dxa"/>
              <w:left w:w="70" w:type="dxa"/>
              <w:bottom w:w="60" w:type="dxa"/>
              <w:right w:w="70" w:type="dxa"/>
            </w:tcMar>
            <w:vAlign w:val="center"/>
          </w:tcPr>
          <w:p w14:paraId="714211B4" w14:textId="77777777" w:rsidR="008E2B50" w:rsidRPr="00E81C1D" w:rsidRDefault="00000000">
            <w:pPr>
              <w:spacing w:after="0" w:line="240" w:lineRule="auto"/>
              <w:jc w:val="center"/>
              <w:rPr>
                <w:noProof/>
                <w:lang w:val="ro-RO"/>
              </w:rPr>
            </w:pPr>
            <w:r w:rsidRPr="00E81C1D">
              <w:rPr>
                <w:rFonts w:eastAsia="Arial"/>
                <w:b/>
                <w:noProof/>
                <w:sz w:val="15"/>
                <w:lang w:val="ro-RO"/>
              </w:rPr>
              <w:t>12</w:t>
            </w:r>
          </w:p>
        </w:tc>
        <w:tc>
          <w:tcPr>
            <w:tcW w:w="4723" w:type="dxa"/>
            <w:shd w:val="clear" w:color="auto" w:fill="FAFAFA"/>
            <w:tcMar>
              <w:top w:w="60" w:type="dxa"/>
              <w:left w:w="70" w:type="dxa"/>
              <w:bottom w:w="60" w:type="dxa"/>
              <w:right w:w="70" w:type="dxa"/>
            </w:tcMar>
            <w:vAlign w:val="center"/>
          </w:tcPr>
          <w:p w14:paraId="0EAE2ADE" w14:textId="77777777" w:rsidR="008E2B50" w:rsidRPr="00E81C1D" w:rsidRDefault="00000000">
            <w:pPr>
              <w:spacing w:after="0" w:line="240" w:lineRule="auto"/>
              <w:rPr>
                <w:noProof/>
                <w:lang w:val="ro-RO"/>
              </w:rPr>
            </w:pPr>
            <w:r w:rsidRPr="00E81C1D">
              <w:rPr>
                <w:rFonts w:eastAsia="Arial"/>
                <w:noProof/>
                <w:sz w:val="15"/>
                <w:lang w:val="ro-RO"/>
              </w:rPr>
              <w:t>Schimbările și informațiile noi determină actualizarea sistemului?</w:t>
            </w:r>
          </w:p>
        </w:tc>
        <w:tc>
          <w:tcPr>
            <w:tcW w:w="1303" w:type="dxa"/>
            <w:shd w:val="clear" w:color="auto" w:fill="FAFAFA"/>
            <w:tcMar>
              <w:top w:w="60" w:type="dxa"/>
              <w:left w:w="70" w:type="dxa"/>
              <w:bottom w:w="60" w:type="dxa"/>
              <w:right w:w="70" w:type="dxa"/>
            </w:tcMar>
            <w:vAlign w:val="center"/>
          </w:tcPr>
          <w:p w14:paraId="4AAF3F85"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024A5FC"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9009820" w14:textId="77777777" w:rsidR="008E2B50" w:rsidRPr="00E81C1D" w:rsidRDefault="008E2B50">
            <w:pPr>
              <w:spacing w:after="0" w:line="240" w:lineRule="auto"/>
              <w:jc w:val="center"/>
              <w:rPr>
                <w:noProof/>
                <w:lang w:val="ro-RO"/>
              </w:rPr>
            </w:pPr>
          </w:p>
        </w:tc>
      </w:tr>
    </w:tbl>
    <w:p w14:paraId="4B023564" w14:textId="77777777" w:rsidR="008E2B50" w:rsidRPr="00E81C1D" w:rsidRDefault="008E2B50">
      <w:pPr>
        <w:rPr>
          <w:noProof/>
          <w:lang w:val="ro-RO"/>
        </w:rPr>
        <w:sectPr w:rsidR="008E2B50" w:rsidRPr="00E81C1D">
          <w:headerReference w:type="default" r:id="rId8"/>
          <w:footerReference w:type="default" r:id="rId9"/>
          <w:pgSz w:w="11906" w:h="16838"/>
          <w:pgMar w:top="907" w:right="1020" w:bottom="850" w:left="1020" w:header="720" w:footer="720" w:gutter="0"/>
          <w:cols w:space="720"/>
          <w:titlePg/>
          <w:docGrid w:linePitch="360"/>
        </w:sect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2E89F3FF" w14:textId="77777777">
        <w:trPr>
          <w:cantSplit/>
          <w:jc w:val="center"/>
        </w:trPr>
        <w:tc>
          <w:tcPr>
            <w:tcW w:w="1020" w:type="dxa"/>
            <w:shd w:val="clear" w:color="auto" w:fill="D71920"/>
            <w:tcMar>
              <w:top w:w="60" w:type="dxa"/>
              <w:left w:w="70" w:type="dxa"/>
              <w:bottom w:w="60" w:type="dxa"/>
              <w:right w:w="70" w:type="dxa"/>
            </w:tcMar>
            <w:vAlign w:val="center"/>
          </w:tcPr>
          <w:p w14:paraId="2EC715E5"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lastRenderedPageBreak/>
              <w:t>0</w:t>
            </w:r>
          </w:p>
        </w:tc>
        <w:tc>
          <w:tcPr>
            <w:tcW w:w="12585" w:type="dxa"/>
            <w:shd w:val="clear" w:color="auto" w:fill="F3F4F5"/>
          </w:tcPr>
          <w:p w14:paraId="269FC07E" w14:textId="77777777" w:rsidR="008E2B50" w:rsidRPr="00E81C1D" w:rsidRDefault="00000000">
            <w:pPr>
              <w:spacing w:after="20"/>
              <w:rPr>
                <w:noProof/>
                <w:lang w:val="ro-RO"/>
              </w:rPr>
            </w:pPr>
            <w:r w:rsidRPr="00E81C1D">
              <w:rPr>
                <w:rFonts w:eastAsia="Arial"/>
                <w:b/>
                <w:noProof/>
                <w:sz w:val="27"/>
                <w:lang w:val="ro-RO"/>
              </w:rPr>
              <w:t>Pornirea proiectului și definirea responsabilității</w:t>
            </w:r>
          </w:p>
          <w:p w14:paraId="59A8747E" w14:textId="77777777" w:rsidR="008E2B50" w:rsidRPr="00E81C1D" w:rsidRDefault="00000000">
            <w:pPr>
              <w:spacing w:after="0"/>
              <w:rPr>
                <w:noProof/>
                <w:lang w:val="ro-RO"/>
              </w:rPr>
            </w:pPr>
            <w:r w:rsidRPr="00E81C1D">
              <w:rPr>
                <w:rFonts w:eastAsia="Arial"/>
                <w:noProof/>
                <w:color w:val="666666"/>
                <w:sz w:val="16"/>
                <w:lang w:val="ro-RO"/>
              </w:rPr>
              <w:t>Referință: Etapă recomandată, ne-normativă  |  Obiectiv: organizarea implementării ca proiect operațional, cu mandat, competențe și rezultate clare</w:t>
            </w:r>
          </w:p>
        </w:tc>
      </w:tr>
    </w:tbl>
    <w:p w14:paraId="7D623887"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67DAC5CB" w14:textId="77777777">
        <w:trPr>
          <w:cantSplit/>
          <w:jc w:val="center"/>
        </w:trPr>
        <w:tc>
          <w:tcPr>
            <w:tcW w:w="566" w:type="dxa"/>
            <w:shd w:val="clear" w:color="auto" w:fill="D71920"/>
            <w:tcMar>
              <w:top w:w="60" w:type="dxa"/>
              <w:left w:w="70" w:type="dxa"/>
              <w:bottom w:w="60" w:type="dxa"/>
              <w:right w:w="70" w:type="dxa"/>
            </w:tcMar>
            <w:vAlign w:val="center"/>
          </w:tcPr>
          <w:p w14:paraId="3C1F8A68"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210D78E5"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1CE3BD1D" w14:textId="77777777" w:rsidR="008E2B50" w:rsidRPr="00E81C1D" w:rsidRDefault="00000000">
            <w:pPr>
              <w:spacing w:after="0" w:line="252" w:lineRule="auto"/>
              <w:rPr>
                <w:noProof/>
                <w:lang w:val="ro-RO"/>
              </w:rPr>
            </w:pPr>
            <w:r w:rsidRPr="00E81C1D">
              <w:rPr>
                <w:rFonts w:eastAsia="Arial"/>
                <w:noProof/>
                <w:sz w:val="16"/>
                <w:lang w:val="ro-RO"/>
              </w:rPr>
              <w:t>Implementarea trebuie să pornească de la fluxul real al produsului și de la pericolele reale. Evitați construirea unui sistem paralel, administrat exclusiv de departamentul de calitate.</w:t>
            </w:r>
          </w:p>
        </w:tc>
      </w:tr>
    </w:tbl>
    <w:p w14:paraId="4EE2E8CB"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66F1863A" w14:textId="77777777">
        <w:trPr>
          <w:cantSplit/>
          <w:tblHeader/>
          <w:jc w:val="center"/>
        </w:trPr>
        <w:tc>
          <w:tcPr>
            <w:tcW w:w="793" w:type="dxa"/>
            <w:shd w:val="clear" w:color="auto" w:fill="D71920"/>
            <w:tcMar>
              <w:top w:w="60" w:type="dxa"/>
              <w:left w:w="70" w:type="dxa"/>
              <w:bottom w:w="60" w:type="dxa"/>
              <w:right w:w="70" w:type="dxa"/>
            </w:tcMar>
            <w:vAlign w:val="center"/>
          </w:tcPr>
          <w:p w14:paraId="72098ABC"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731C4A13"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1F52BDCE"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444847E6"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23FB2802"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753AAC5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0FC5D78E" w14:textId="77777777">
        <w:trPr>
          <w:cantSplit/>
          <w:jc w:val="center"/>
        </w:trPr>
        <w:tc>
          <w:tcPr>
            <w:tcW w:w="793" w:type="dxa"/>
            <w:tcMar>
              <w:top w:w="60" w:type="dxa"/>
              <w:left w:w="70" w:type="dxa"/>
              <w:bottom w:w="60" w:type="dxa"/>
              <w:right w:w="70" w:type="dxa"/>
            </w:tcMar>
            <w:vAlign w:val="center"/>
          </w:tcPr>
          <w:p w14:paraId="5AB74100" w14:textId="77777777" w:rsidR="008E2B50" w:rsidRPr="00E81C1D" w:rsidRDefault="00000000">
            <w:pPr>
              <w:spacing w:after="0" w:line="240" w:lineRule="auto"/>
              <w:jc w:val="center"/>
              <w:rPr>
                <w:noProof/>
                <w:lang w:val="ro-RO"/>
              </w:rPr>
            </w:pPr>
            <w:r w:rsidRPr="00E81C1D">
              <w:rPr>
                <w:rFonts w:eastAsia="Arial"/>
                <w:b/>
                <w:noProof/>
                <w:sz w:val="14"/>
                <w:lang w:val="ro-RO"/>
              </w:rPr>
              <w:t>F0.1</w:t>
            </w:r>
          </w:p>
        </w:tc>
        <w:tc>
          <w:tcPr>
            <w:tcW w:w="4081" w:type="dxa"/>
            <w:tcMar>
              <w:top w:w="60" w:type="dxa"/>
              <w:left w:w="70" w:type="dxa"/>
              <w:bottom w:w="60" w:type="dxa"/>
              <w:right w:w="70" w:type="dxa"/>
            </w:tcMar>
            <w:vAlign w:val="center"/>
          </w:tcPr>
          <w:p w14:paraId="43458659" w14:textId="77777777" w:rsidR="008E2B50" w:rsidRPr="00E81C1D" w:rsidRDefault="00000000">
            <w:pPr>
              <w:spacing w:after="0" w:line="240" w:lineRule="auto"/>
              <w:rPr>
                <w:noProof/>
                <w:lang w:val="ro-RO"/>
              </w:rPr>
            </w:pPr>
            <w:r w:rsidRPr="00E81C1D">
              <w:rPr>
                <w:rFonts w:eastAsia="Arial"/>
                <w:noProof/>
                <w:sz w:val="14"/>
                <w:lang w:val="ro-RO"/>
              </w:rPr>
              <w:t>Conducerea a desemnat sponsorul proiectului și liderul echipei pentru siguranța alimentelor.</w:t>
            </w:r>
          </w:p>
        </w:tc>
        <w:tc>
          <w:tcPr>
            <w:tcW w:w="5159" w:type="dxa"/>
            <w:tcMar>
              <w:top w:w="60" w:type="dxa"/>
              <w:left w:w="70" w:type="dxa"/>
              <w:bottom w:w="60" w:type="dxa"/>
              <w:right w:w="70" w:type="dxa"/>
            </w:tcMar>
            <w:vAlign w:val="center"/>
          </w:tcPr>
          <w:p w14:paraId="5D3FED01" w14:textId="77777777" w:rsidR="008E2B50" w:rsidRPr="00E81C1D" w:rsidRDefault="00000000">
            <w:pPr>
              <w:spacing w:after="0" w:line="240" w:lineRule="auto"/>
              <w:rPr>
                <w:noProof/>
                <w:lang w:val="ro-RO"/>
              </w:rPr>
            </w:pPr>
            <w:r w:rsidRPr="00E81C1D">
              <w:rPr>
                <w:rFonts w:eastAsia="Arial"/>
                <w:noProof/>
                <w:sz w:val="14"/>
                <w:lang w:val="ro-RO"/>
              </w:rPr>
              <w:t>Mandat, autoritate, acces la conducere și timp alocat.</w:t>
            </w:r>
          </w:p>
        </w:tc>
        <w:tc>
          <w:tcPr>
            <w:tcW w:w="1417" w:type="dxa"/>
            <w:tcMar>
              <w:top w:w="60" w:type="dxa"/>
              <w:left w:w="70" w:type="dxa"/>
              <w:bottom w:w="60" w:type="dxa"/>
              <w:right w:w="70" w:type="dxa"/>
            </w:tcMar>
            <w:vAlign w:val="center"/>
          </w:tcPr>
          <w:p w14:paraId="7874360C"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D4A5FC6"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4948FAAF" w14:textId="77777777" w:rsidR="008E2B50" w:rsidRPr="00E81C1D" w:rsidRDefault="008E2B50">
            <w:pPr>
              <w:spacing w:after="0" w:line="240" w:lineRule="auto"/>
              <w:jc w:val="center"/>
              <w:rPr>
                <w:noProof/>
                <w:lang w:val="ro-RO"/>
              </w:rPr>
            </w:pPr>
          </w:p>
        </w:tc>
      </w:tr>
      <w:tr w:rsidR="008E2B50" w:rsidRPr="00E81C1D" w14:paraId="0430921D" w14:textId="77777777">
        <w:trPr>
          <w:cantSplit/>
          <w:jc w:val="center"/>
        </w:trPr>
        <w:tc>
          <w:tcPr>
            <w:tcW w:w="793" w:type="dxa"/>
            <w:shd w:val="clear" w:color="auto" w:fill="FAFAFA"/>
            <w:tcMar>
              <w:top w:w="60" w:type="dxa"/>
              <w:left w:w="70" w:type="dxa"/>
              <w:bottom w:w="60" w:type="dxa"/>
              <w:right w:w="70" w:type="dxa"/>
            </w:tcMar>
            <w:vAlign w:val="center"/>
          </w:tcPr>
          <w:p w14:paraId="33EB1D1B" w14:textId="77777777" w:rsidR="008E2B50" w:rsidRPr="00E81C1D" w:rsidRDefault="00000000">
            <w:pPr>
              <w:spacing w:after="0" w:line="240" w:lineRule="auto"/>
              <w:jc w:val="center"/>
              <w:rPr>
                <w:noProof/>
                <w:lang w:val="ro-RO"/>
              </w:rPr>
            </w:pPr>
            <w:r w:rsidRPr="00E81C1D">
              <w:rPr>
                <w:rFonts w:eastAsia="Arial"/>
                <w:b/>
                <w:noProof/>
                <w:sz w:val="14"/>
                <w:lang w:val="ro-RO"/>
              </w:rPr>
              <w:t>F0.2</w:t>
            </w:r>
          </w:p>
        </w:tc>
        <w:tc>
          <w:tcPr>
            <w:tcW w:w="4081" w:type="dxa"/>
            <w:shd w:val="clear" w:color="auto" w:fill="FAFAFA"/>
            <w:tcMar>
              <w:top w:w="60" w:type="dxa"/>
              <w:left w:w="70" w:type="dxa"/>
              <w:bottom w:w="60" w:type="dxa"/>
              <w:right w:w="70" w:type="dxa"/>
            </w:tcMar>
            <w:vAlign w:val="center"/>
          </w:tcPr>
          <w:p w14:paraId="5DC86954" w14:textId="77777777" w:rsidR="008E2B50" w:rsidRPr="00E81C1D" w:rsidRDefault="00000000">
            <w:pPr>
              <w:spacing w:after="0" w:line="240" w:lineRule="auto"/>
              <w:rPr>
                <w:noProof/>
                <w:lang w:val="ro-RO"/>
              </w:rPr>
            </w:pPr>
            <w:r w:rsidRPr="00E81C1D">
              <w:rPr>
                <w:rFonts w:eastAsia="Arial"/>
                <w:noProof/>
                <w:sz w:val="14"/>
                <w:lang w:val="ro-RO"/>
              </w:rPr>
              <w:t>A fost formată o echipă multidisciplinară relevantă pentru produsele, procesele și pericolele organizației.</w:t>
            </w:r>
          </w:p>
        </w:tc>
        <w:tc>
          <w:tcPr>
            <w:tcW w:w="5159" w:type="dxa"/>
            <w:shd w:val="clear" w:color="auto" w:fill="FAFAFA"/>
            <w:tcMar>
              <w:top w:w="60" w:type="dxa"/>
              <w:left w:w="70" w:type="dxa"/>
              <w:bottom w:w="60" w:type="dxa"/>
              <w:right w:w="70" w:type="dxa"/>
            </w:tcMar>
            <w:vAlign w:val="center"/>
          </w:tcPr>
          <w:p w14:paraId="6C7D9128" w14:textId="77777777" w:rsidR="008E2B50" w:rsidRPr="00E81C1D" w:rsidRDefault="00000000">
            <w:pPr>
              <w:spacing w:after="0" w:line="240" w:lineRule="auto"/>
              <w:rPr>
                <w:noProof/>
                <w:lang w:val="ro-RO"/>
              </w:rPr>
            </w:pPr>
            <w:r w:rsidRPr="00E81C1D">
              <w:rPr>
                <w:rFonts w:eastAsia="Arial"/>
                <w:noProof/>
                <w:sz w:val="14"/>
                <w:lang w:val="ro-RO"/>
              </w:rPr>
              <w:t>Producție, calitate, tehnic, achiziții, logistică, dezvoltare și alte funcții relevante.</w:t>
            </w:r>
          </w:p>
        </w:tc>
        <w:tc>
          <w:tcPr>
            <w:tcW w:w="1417" w:type="dxa"/>
            <w:shd w:val="clear" w:color="auto" w:fill="FAFAFA"/>
            <w:tcMar>
              <w:top w:w="60" w:type="dxa"/>
              <w:left w:w="70" w:type="dxa"/>
              <w:bottom w:w="60" w:type="dxa"/>
              <w:right w:w="70" w:type="dxa"/>
            </w:tcMar>
            <w:vAlign w:val="center"/>
          </w:tcPr>
          <w:p w14:paraId="28369CF9"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230D698"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6A572C4" w14:textId="77777777" w:rsidR="008E2B50" w:rsidRPr="00E81C1D" w:rsidRDefault="008E2B50">
            <w:pPr>
              <w:spacing w:after="0" w:line="240" w:lineRule="auto"/>
              <w:jc w:val="center"/>
              <w:rPr>
                <w:noProof/>
                <w:lang w:val="ro-RO"/>
              </w:rPr>
            </w:pPr>
          </w:p>
        </w:tc>
      </w:tr>
      <w:tr w:rsidR="008E2B50" w:rsidRPr="00E81C1D" w14:paraId="38E749B0" w14:textId="77777777">
        <w:trPr>
          <w:cantSplit/>
          <w:jc w:val="center"/>
        </w:trPr>
        <w:tc>
          <w:tcPr>
            <w:tcW w:w="793" w:type="dxa"/>
            <w:tcMar>
              <w:top w:w="60" w:type="dxa"/>
              <w:left w:w="70" w:type="dxa"/>
              <w:bottom w:w="60" w:type="dxa"/>
              <w:right w:w="70" w:type="dxa"/>
            </w:tcMar>
            <w:vAlign w:val="center"/>
          </w:tcPr>
          <w:p w14:paraId="56620BE5" w14:textId="77777777" w:rsidR="008E2B50" w:rsidRPr="00E81C1D" w:rsidRDefault="00000000">
            <w:pPr>
              <w:spacing w:after="0" w:line="240" w:lineRule="auto"/>
              <w:jc w:val="center"/>
              <w:rPr>
                <w:noProof/>
                <w:lang w:val="ro-RO"/>
              </w:rPr>
            </w:pPr>
            <w:r w:rsidRPr="00E81C1D">
              <w:rPr>
                <w:rFonts w:eastAsia="Arial"/>
                <w:b/>
                <w:noProof/>
                <w:sz w:val="14"/>
                <w:lang w:val="ro-RO"/>
              </w:rPr>
              <w:t>F0.3</w:t>
            </w:r>
          </w:p>
        </w:tc>
        <w:tc>
          <w:tcPr>
            <w:tcW w:w="4081" w:type="dxa"/>
            <w:tcMar>
              <w:top w:w="60" w:type="dxa"/>
              <w:left w:w="70" w:type="dxa"/>
              <w:bottom w:w="60" w:type="dxa"/>
              <w:right w:w="70" w:type="dxa"/>
            </w:tcMar>
            <w:vAlign w:val="center"/>
          </w:tcPr>
          <w:p w14:paraId="0A6F3439" w14:textId="77777777" w:rsidR="008E2B50" w:rsidRPr="00E81C1D" w:rsidRDefault="00000000">
            <w:pPr>
              <w:spacing w:after="0" w:line="240" w:lineRule="auto"/>
              <w:rPr>
                <w:noProof/>
                <w:lang w:val="ro-RO"/>
              </w:rPr>
            </w:pPr>
            <w:r w:rsidRPr="00E81C1D">
              <w:rPr>
                <w:rFonts w:eastAsia="Arial"/>
                <w:noProof/>
                <w:sz w:val="14"/>
                <w:lang w:val="ro-RO"/>
              </w:rPr>
              <w:t>Au fost stabilite motivația, rezultatele așteptate și criteriile de succes ale proiectului.</w:t>
            </w:r>
          </w:p>
        </w:tc>
        <w:tc>
          <w:tcPr>
            <w:tcW w:w="5159" w:type="dxa"/>
            <w:tcMar>
              <w:top w:w="60" w:type="dxa"/>
              <w:left w:w="70" w:type="dxa"/>
              <w:bottom w:w="60" w:type="dxa"/>
              <w:right w:w="70" w:type="dxa"/>
            </w:tcMar>
            <w:vAlign w:val="center"/>
          </w:tcPr>
          <w:p w14:paraId="673334FD" w14:textId="77777777" w:rsidR="008E2B50" w:rsidRPr="00E81C1D" w:rsidRDefault="00000000">
            <w:pPr>
              <w:spacing w:after="0" w:line="240" w:lineRule="auto"/>
              <w:rPr>
                <w:noProof/>
                <w:lang w:val="ro-RO"/>
              </w:rPr>
            </w:pPr>
            <w:r w:rsidRPr="00E81C1D">
              <w:rPr>
                <w:rFonts w:eastAsia="Arial"/>
                <w:noProof/>
                <w:sz w:val="14"/>
                <w:lang w:val="ro-RO"/>
              </w:rPr>
              <w:t>Controlul pericolelor, conformare, reducerea incidentelor, cerințe client și acces la piețe.</w:t>
            </w:r>
          </w:p>
        </w:tc>
        <w:tc>
          <w:tcPr>
            <w:tcW w:w="1417" w:type="dxa"/>
            <w:tcMar>
              <w:top w:w="60" w:type="dxa"/>
              <w:left w:w="70" w:type="dxa"/>
              <w:bottom w:w="60" w:type="dxa"/>
              <w:right w:w="70" w:type="dxa"/>
            </w:tcMar>
            <w:vAlign w:val="center"/>
          </w:tcPr>
          <w:p w14:paraId="3284B649"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851E956"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69714169" w14:textId="77777777" w:rsidR="008E2B50" w:rsidRPr="00E81C1D" w:rsidRDefault="008E2B50">
            <w:pPr>
              <w:spacing w:after="0" w:line="240" w:lineRule="auto"/>
              <w:jc w:val="center"/>
              <w:rPr>
                <w:noProof/>
                <w:lang w:val="ro-RO"/>
              </w:rPr>
            </w:pPr>
          </w:p>
        </w:tc>
      </w:tr>
      <w:tr w:rsidR="008E2B50" w:rsidRPr="00E81C1D" w14:paraId="0F33ABA7" w14:textId="77777777">
        <w:trPr>
          <w:cantSplit/>
          <w:jc w:val="center"/>
        </w:trPr>
        <w:tc>
          <w:tcPr>
            <w:tcW w:w="793" w:type="dxa"/>
            <w:shd w:val="clear" w:color="auto" w:fill="FAFAFA"/>
            <w:tcMar>
              <w:top w:w="60" w:type="dxa"/>
              <w:left w:w="70" w:type="dxa"/>
              <w:bottom w:w="60" w:type="dxa"/>
              <w:right w:w="70" w:type="dxa"/>
            </w:tcMar>
            <w:vAlign w:val="center"/>
          </w:tcPr>
          <w:p w14:paraId="1C02B809" w14:textId="77777777" w:rsidR="008E2B50" w:rsidRPr="00E81C1D" w:rsidRDefault="00000000">
            <w:pPr>
              <w:spacing w:after="0" w:line="240" w:lineRule="auto"/>
              <w:jc w:val="center"/>
              <w:rPr>
                <w:noProof/>
                <w:lang w:val="ro-RO"/>
              </w:rPr>
            </w:pPr>
            <w:r w:rsidRPr="00E81C1D">
              <w:rPr>
                <w:rFonts w:eastAsia="Arial"/>
                <w:b/>
                <w:noProof/>
                <w:sz w:val="14"/>
                <w:lang w:val="ro-RO"/>
              </w:rPr>
              <w:t>F0.4</w:t>
            </w:r>
          </w:p>
        </w:tc>
        <w:tc>
          <w:tcPr>
            <w:tcW w:w="4081" w:type="dxa"/>
            <w:shd w:val="clear" w:color="auto" w:fill="FAFAFA"/>
            <w:tcMar>
              <w:top w:w="60" w:type="dxa"/>
              <w:left w:w="70" w:type="dxa"/>
              <w:bottom w:w="60" w:type="dxa"/>
              <w:right w:w="70" w:type="dxa"/>
            </w:tcMar>
            <w:vAlign w:val="center"/>
          </w:tcPr>
          <w:p w14:paraId="2F5AF59B" w14:textId="77777777" w:rsidR="008E2B50" w:rsidRPr="00E81C1D" w:rsidRDefault="00000000">
            <w:pPr>
              <w:spacing w:after="0" w:line="240" w:lineRule="auto"/>
              <w:rPr>
                <w:noProof/>
                <w:lang w:val="ro-RO"/>
              </w:rPr>
            </w:pPr>
            <w:r w:rsidRPr="00E81C1D">
              <w:rPr>
                <w:rFonts w:eastAsia="Arial"/>
                <w:noProof/>
                <w:sz w:val="14"/>
                <w:lang w:val="ro-RO"/>
              </w:rPr>
              <w:t>A fost realizată o analiză inițială a sistemului și a practicilor de siguranță a alimentelor.</w:t>
            </w:r>
          </w:p>
        </w:tc>
        <w:tc>
          <w:tcPr>
            <w:tcW w:w="5159" w:type="dxa"/>
            <w:shd w:val="clear" w:color="auto" w:fill="FAFAFA"/>
            <w:tcMar>
              <w:top w:w="60" w:type="dxa"/>
              <w:left w:w="70" w:type="dxa"/>
              <w:bottom w:w="60" w:type="dxa"/>
              <w:right w:w="70" w:type="dxa"/>
            </w:tcMar>
            <w:vAlign w:val="center"/>
          </w:tcPr>
          <w:p w14:paraId="4F8D07F6" w14:textId="77777777" w:rsidR="008E2B50" w:rsidRPr="00E81C1D" w:rsidRDefault="00000000">
            <w:pPr>
              <w:spacing w:after="0" w:line="240" w:lineRule="auto"/>
              <w:rPr>
                <w:noProof/>
                <w:lang w:val="ro-RO"/>
              </w:rPr>
            </w:pPr>
            <w:r w:rsidRPr="00E81C1D">
              <w:rPr>
                <w:rFonts w:eastAsia="Arial"/>
                <w:noProof/>
                <w:sz w:val="14"/>
                <w:lang w:val="ro-RO"/>
              </w:rPr>
              <w:t>Diagnostic în teren, istoricul incidentelor, reclamații, retrageri, audituri și rezultate de laborator.</w:t>
            </w:r>
          </w:p>
        </w:tc>
        <w:tc>
          <w:tcPr>
            <w:tcW w:w="1417" w:type="dxa"/>
            <w:shd w:val="clear" w:color="auto" w:fill="FAFAFA"/>
            <w:tcMar>
              <w:top w:w="60" w:type="dxa"/>
              <w:left w:w="70" w:type="dxa"/>
              <w:bottom w:w="60" w:type="dxa"/>
              <w:right w:w="70" w:type="dxa"/>
            </w:tcMar>
            <w:vAlign w:val="center"/>
          </w:tcPr>
          <w:p w14:paraId="70773B3C"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92868F4"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E4F31BC" w14:textId="77777777" w:rsidR="008E2B50" w:rsidRPr="00E81C1D" w:rsidRDefault="008E2B50">
            <w:pPr>
              <w:spacing w:after="0" w:line="240" w:lineRule="auto"/>
              <w:jc w:val="center"/>
              <w:rPr>
                <w:noProof/>
                <w:lang w:val="ro-RO"/>
              </w:rPr>
            </w:pPr>
          </w:p>
        </w:tc>
      </w:tr>
      <w:tr w:rsidR="008E2B50" w:rsidRPr="00E81C1D" w14:paraId="3E9631AC" w14:textId="77777777">
        <w:trPr>
          <w:cantSplit/>
          <w:jc w:val="center"/>
        </w:trPr>
        <w:tc>
          <w:tcPr>
            <w:tcW w:w="793" w:type="dxa"/>
            <w:tcMar>
              <w:top w:w="60" w:type="dxa"/>
              <w:left w:w="70" w:type="dxa"/>
              <w:bottom w:w="60" w:type="dxa"/>
              <w:right w:w="70" w:type="dxa"/>
            </w:tcMar>
            <w:vAlign w:val="center"/>
          </w:tcPr>
          <w:p w14:paraId="4C4CDB8A" w14:textId="77777777" w:rsidR="008E2B50" w:rsidRPr="00E81C1D" w:rsidRDefault="00000000">
            <w:pPr>
              <w:spacing w:after="0" w:line="240" w:lineRule="auto"/>
              <w:jc w:val="center"/>
              <w:rPr>
                <w:noProof/>
                <w:lang w:val="ro-RO"/>
              </w:rPr>
            </w:pPr>
            <w:r w:rsidRPr="00E81C1D">
              <w:rPr>
                <w:rFonts w:eastAsia="Arial"/>
                <w:b/>
                <w:noProof/>
                <w:sz w:val="14"/>
                <w:lang w:val="ro-RO"/>
              </w:rPr>
              <w:t>F0.5</w:t>
            </w:r>
          </w:p>
        </w:tc>
        <w:tc>
          <w:tcPr>
            <w:tcW w:w="4081" w:type="dxa"/>
            <w:tcMar>
              <w:top w:w="60" w:type="dxa"/>
              <w:left w:w="70" w:type="dxa"/>
              <w:bottom w:w="60" w:type="dxa"/>
              <w:right w:w="70" w:type="dxa"/>
            </w:tcMar>
            <w:vAlign w:val="center"/>
          </w:tcPr>
          <w:p w14:paraId="3B8F2DFA" w14:textId="77777777" w:rsidR="008E2B50" w:rsidRPr="00E81C1D" w:rsidRDefault="00000000">
            <w:pPr>
              <w:spacing w:after="0" w:line="240" w:lineRule="auto"/>
              <w:rPr>
                <w:noProof/>
                <w:lang w:val="ro-RO"/>
              </w:rPr>
            </w:pPr>
            <w:r w:rsidRPr="00E81C1D">
              <w:rPr>
                <w:rFonts w:eastAsia="Arial"/>
                <w:noProof/>
                <w:sz w:val="14"/>
                <w:lang w:val="ro-RO"/>
              </w:rPr>
              <w:t>A fost aprobat un plan de implementare cu livrabile, resurse, termene și dependențe.</w:t>
            </w:r>
          </w:p>
        </w:tc>
        <w:tc>
          <w:tcPr>
            <w:tcW w:w="5159" w:type="dxa"/>
            <w:tcMar>
              <w:top w:w="60" w:type="dxa"/>
              <w:left w:w="70" w:type="dxa"/>
              <w:bottom w:w="60" w:type="dxa"/>
              <w:right w:w="70" w:type="dxa"/>
            </w:tcMar>
            <w:vAlign w:val="center"/>
          </w:tcPr>
          <w:p w14:paraId="7EE3986C" w14:textId="77777777" w:rsidR="008E2B50" w:rsidRPr="00E81C1D" w:rsidRDefault="00000000">
            <w:pPr>
              <w:spacing w:after="0" w:line="240" w:lineRule="auto"/>
              <w:rPr>
                <w:noProof/>
                <w:lang w:val="ro-RO"/>
              </w:rPr>
            </w:pPr>
            <w:r w:rsidRPr="00E81C1D">
              <w:rPr>
                <w:rFonts w:eastAsia="Arial"/>
                <w:noProof/>
                <w:sz w:val="14"/>
                <w:lang w:val="ro-RO"/>
              </w:rPr>
              <w:t>Plan de proiect, buget, responsabilități și mecanism de escaladare.</w:t>
            </w:r>
          </w:p>
        </w:tc>
        <w:tc>
          <w:tcPr>
            <w:tcW w:w="1417" w:type="dxa"/>
            <w:tcMar>
              <w:top w:w="60" w:type="dxa"/>
              <w:left w:w="70" w:type="dxa"/>
              <w:bottom w:w="60" w:type="dxa"/>
              <w:right w:w="70" w:type="dxa"/>
            </w:tcMar>
            <w:vAlign w:val="center"/>
          </w:tcPr>
          <w:p w14:paraId="7C5B67CF"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9AA64B6"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78E68556" w14:textId="77777777" w:rsidR="008E2B50" w:rsidRPr="00E81C1D" w:rsidRDefault="008E2B50">
            <w:pPr>
              <w:spacing w:after="0" w:line="240" w:lineRule="auto"/>
              <w:jc w:val="center"/>
              <w:rPr>
                <w:noProof/>
                <w:lang w:val="ro-RO"/>
              </w:rPr>
            </w:pPr>
          </w:p>
        </w:tc>
      </w:tr>
      <w:tr w:rsidR="008E2B50" w:rsidRPr="00E81C1D" w14:paraId="6E572AE9" w14:textId="77777777">
        <w:trPr>
          <w:cantSplit/>
          <w:jc w:val="center"/>
        </w:trPr>
        <w:tc>
          <w:tcPr>
            <w:tcW w:w="793" w:type="dxa"/>
            <w:shd w:val="clear" w:color="auto" w:fill="FAFAFA"/>
            <w:tcMar>
              <w:top w:w="60" w:type="dxa"/>
              <w:left w:w="70" w:type="dxa"/>
              <w:bottom w:w="60" w:type="dxa"/>
              <w:right w:w="70" w:type="dxa"/>
            </w:tcMar>
            <w:vAlign w:val="center"/>
          </w:tcPr>
          <w:p w14:paraId="22FC7006" w14:textId="77777777" w:rsidR="008E2B50" w:rsidRPr="00E81C1D" w:rsidRDefault="00000000">
            <w:pPr>
              <w:spacing w:after="0" w:line="240" w:lineRule="auto"/>
              <w:jc w:val="center"/>
              <w:rPr>
                <w:noProof/>
                <w:lang w:val="ro-RO"/>
              </w:rPr>
            </w:pPr>
            <w:r w:rsidRPr="00E81C1D">
              <w:rPr>
                <w:rFonts w:eastAsia="Arial"/>
                <w:b/>
                <w:noProof/>
                <w:sz w:val="14"/>
                <w:lang w:val="ro-RO"/>
              </w:rPr>
              <w:t>F0.6</w:t>
            </w:r>
          </w:p>
        </w:tc>
        <w:tc>
          <w:tcPr>
            <w:tcW w:w="4081" w:type="dxa"/>
            <w:shd w:val="clear" w:color="auto" w:fill="FAFAFA"/>
            <w:tcMar>
              <w:top w:w="60" w:type="dxa"/>
              <w:left w:w="70" w:type="dxa"/>
              <w:bottom w:w="60" w:type="dxa"/>
              <w:right w:w="70" w:type="dxa"/>
            </w:tcMar>
            <w:vAlign w:val="center"/>
          </w:tcPr>
          <w:p w14:paraId="4962562B" w14:textId="77777777" w:rsidR="008E2B50" w:rsidRPr="00E81C1D" w:rsidRDefault="00000000">
            <w:pPr>
              <w:spacing w:after="0" w:line="240" w:lineRule="auto"/>
              <w:rPr>
                <w:noProof/>
                <w:lang w:val="ro-RO"/>
              </w:rPr>
            </w:pPr>
            <w:r w:rsidRPr="00E81C1D">
              <w:rPr>
                <w:rFonts w:eastAsia="Arial"/>
                <w:noProof/>
                <w:sz w:val="14"/>
                <w:lang w:val="ro-RO"/>
              </w:rPr>
              <w:t>Proiectul și rolurile au fost comunicate personalului relevant.</w:t>
            </w:r>
          </w:p>
        </w:tc>
        <w:tc>
          <w:tcPr>
            <w:tcW w:w="5159" w:type="dxa"/>
            <w:shd w:val="clear" w:color="auto" w:fill="FAFAFA"/>
            <w:tcMar>
              <w:top w:w="60" w:type="dxa"/>
              <w:left w:w="70" w:type="dxa"/>
              <w:bottom w:w="60" w:type="dxa"/>
              <w:right w:w="70" w:type="dxa"/>
            </w:tcMar>
            <w:vAlign w:val="center"/>
          </w:tcPr>
          <w:p w14:paraId="5C908E1B" w14:textId="77777777" w:rsidR="008E2B50" w:rsidRPr="00E81C1D" w:rsidRDefault="00000000">
            <w:pPr>
              <w:spacing w:after="0" w:line="240" w:lineRule="auto"/>
              <w:rPr>
                <w:noProof/>
                <w:lang w:val="ro-RO"/>
              </w:rPr>
            </w:pPr>
            <w:r w:rsidRPr="00E81C1D">
              <w:rPr>
                <w:rFonts w:eastAsia="Arial"/>
                <w:noProof/>
                <w:sz w:val="14"/>
                <w:lang w:val="ro-RO"/>
              </w:rPr>
              <w:t>Lansare, mesaje, ședințe și confirmarea înțelegerii.</w:t>
            </w:r>
          </w:p>
        </w:tc>
        <w:tc>
          <w:tcPr>
            <w:tcW w:w="1417" w:type="dxa"/>
            <w:shd w:val="clear" w:color="auto" w:fill="FAFAFA"/>
            <w:tcMar>
              <w:top w:w="60" w:type="dxa"/>
              <w:left w:w="70" w:type="dxa"/>
              <w:bottom w:w="60" w:type="dxa"/>
              <w:right w:w="70" w:type="dxa"/>
            </w:tcMar>
            <w:vAlign w:val="center"/>
          </w:tcPr>
          <w:p w14:paraId="30A87D86"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AE43DBE"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121877A" w14:textId="77777777" w:rsidR="008E2B50" w:rsidRPr="00E81C1D" w:rsidRDefault="008E2B50">
            <w:pPr>
              <w:spacing w:after="0" w:line="240" w:lineRule="auto"/>
              <w:jc w:val="center"/>
              <w:rPr>
                <w:noProof/>
                <w:lang w:val="ro-RO"/>
              </w:rPr>
            </w:pPr>
          </w:p>
        </w:tc>
      </w:tr>
    </w:tbl>
    <w:p w14:paraId="21161373"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66F4DE58"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7CE63C9D" w14:textId="77777777">
        <w:trPr>
          <w:cantSplit/>
          <w:jc w:val="center"/>
        </w:trPr>
        <w:tc>
          <w:tcPr>
            <w:tcW w:w="1020" w:type="dxa"/>
            <w:shd w:val="clear" w:color="auto" w:fill="D71920"/>
            <w:tcMar>
              <w:top w:w="60" w:type="dxa"/>
              <w:left w:w="70" w:type="dxa"/>
              <w:bottom w:w="60" w:type="dxa"/>
              <w:right w:w="70" w:type="dxa"/>
            </w:tcMar>
            <w:vAlign w:val="center"/>
          </w:tcPr>
          <w:p w14:paraId="5B02BF51"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1</w:t>
            </w:r>
          </w:p>
        </w:tc>
        <w:tc>
          <w:tcPr>
            <w:tcW w:w="12585" w:type="dxa"/>
            <w:shd w:val="clear" w:color="auto" w:fill="F3F4F5"/>
          </w:tcPr>
          <w:p w14:paraId="13726F1B" w14:textId="77777777" w:rsidR="008E2B50" w:rsidRPr="00E81C1D" w:rsidRDefault="00000000">
            <w:pPr>
              <w:spacing w:after="20"/>
              <w:rPr>
                <w:noProof/>
                <w:lang w:val="ro-RO"/>
              </w:rPr>
            </w:pPr>
            <w:r w:rsidRPr="00E81C1D">
              <w:rPr>
                <w:rFonts w:eastAsia="Arial"/>
                <w:b/>
                <w:noProof/>
                <w:sz w:val="27"/>
                <w:lang w:val="ro-RO"/>
              </w:rPr>
              <w:t>Context, părți interesate, domeniu și sistemul de management</w:t>
            </w:r>
          </w:p>
          <w:p w14:paraId="281D08C5"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clauza 4  |  Obiectiv: definirea mediului organizațional, limitelor sistemului și proceselor necesare pentru obținerea alimentelor sigure</w:t>
            </w:r>
          </w:p>
        </w:tc>
      </w:tr>
    </w:tbl>
    <w:p w14:paraId="27B04514"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58BF6E2A" w14:textId="77777777">
        <w:trPr>
          <w:cantSplit/>
          <w:jc w:val="center"/>
        </w:trPr>
        <w:tc>
          <w:tcPr>
            <w:tcW w:w="566" w:type="dxa"/>
            <w:shd w:val="clear" w:color="auto" w:fill="D71920"/>
            <w:tcMar>
              <w:top w:w="60" w:type="dxa"/>
              <w:left w:w="70" w:type="dxa"/>
              <w:bottom w:w="60" w:type="dxa"/>
              <w:right w:w="70" w:type="dxa"/>
            </w:tcMar>
            <w:vAlign w:val="center"/>
          </w:tcPr>
          <w:p w14:paraId="3056D56D"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0E46832D"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42232140" w14:textId="77777777" w:rsidR="008E2B50" w:rsidRPr="00E81C1D" w:rsidRDefault="00000000">
            <w:pPr>
              <w:spacing w:after="0" w:line="252" w:lineRule="auto"/>
              <w:rPr>
                <w:noProof/>
                <w:lang w:val="ro-RO"/>
              </w:rPr>
            </w:pPr>
            <w:r w:rsidRPr="00E81C1D">
              <w:rPr>
                <w:rFonts w:eastAsia="Arial"/>
                <w:noProof/>
                <w:sz w:val="16"/>
                <w:lang w:val="ro-RO"/>
              </w:rPr>
              <w:t>Domeniul nu trebuie redus artificial pentru a evita procese dificile. Verificați toate interfețele prin care produsul, ambalajul, informația sau condițiile de păstrare pot fi influențate.</w:t>
            </w:r>
          </w:p>
        </w:tc>
      </w:tr>
    </w:tbl>
    <w:p w14:paraId="42F219E6"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6AAE4EAF" w14:textId="77777777">
        <w:trPr>
          <w:cantSplit/>
          <w:tblHeader/>
          <w:jc w:val="center"/>
        </w:trPr>
        <w:tc>
          <w:tcPr>
            <w:tcW w:w="793" w:type="dxa"/>
            <w:shd w:val="clear" w:color="auto" w:fill="D71920"/>
            <w:tcMar>
              <w:top w:w="60" w:type="dxa"/>
              <w:left w:w="70" w:type="dxa"/>
              <w:bottom w:w="60" w:type="dxa"/>
              <w:right w:w="70" w:type="dxa"/>
            </w:tcMar>
            <w:vAlign w:val="center"/>
          </w:tcPr>
          <w:p w14:paraId="5CD861D2"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742DAA40"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16E947D9"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0E760735"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60FF38A5"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3A2CFB37"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39D11EC4" w14:textId="77777777">
        <w:trPr>
          <w:cantSplit/>
          <w:jc w:val="center"/>
        </w:trPr>
        <w:tc>
          <w:tcPr>
            <w:tcW w:w="793" w:type="dxa"/>
            <w:tcMar>
              <w:top w:w="60" w:type="dxa"/>
              <w:left w:w="70" w:type="dxa"/>
              <w:bottom w:w="60" w:type="dxa"/>
              <w:right w:w="70" w:type="dxa"/>
            </w:tcMar>
            <w:vAlign w:val="center"/>
          </w:tcPr>
          <w:p w14:paraId="3C0D8A62" w14:textId="77777777" w:rsidR="008E2B50" w:rsidRPr="00E81C1D" w:rsidRDefault="00000000">
            <w:pPr>
              <w:spacing w:after="0" w:line="240" w:lineRule="auto"/>
              <w:jc w:val="center"/>
              <w:rPr>
                <w:noProof/>
                <w:lang w:val="ro-RO"/>
              </w:rPr>
            </w:pPr>
            <w:r w:rsidRPr="00E81C1D">
              <w:rPr>
                <w:rFonts w:eastAsia="Arial"/>
                <w:b/>
                <w:noProof/>
                <w:sz w:val="14"/>
                <w:lang w:val="ro-RO"/>
              </w:rPr>
              <w:t>F1.1</w:t>
            </w:r>
          </w:p>
        </w:tc>
        <w:tc>
          <w:tcPr>
            <w:tcW w:w="4081" w:type="dxa"/>
            <w:tcMar>
              <w:top w:w="60" w:type="dxa"/>
              <w:left w:w="70" w:type="dxa"/>
              <w:bottom w:w="60" w:type="dxa"/>
              <w:right w:w="70" w:type="dxa"/>
            </w:tcMar>
            <w:vAlign w:val="center"/>
          </w:tcPr>
          <w:p w14:paraId="6E82A046" w14:textId="77777777" w:rsidR="008E2B50" w:rsidRPr="00E81C1D" w:rsidRDefault="00000000">
            <w:pPr>
              <w:spacing w:after="0" w:line="240" w:lineRule="auto"/>
              <w:rPr>
                <w:noProof/>
                <w:lang w:val="ro-RO"/>
              </w:rPr>
            </w:pPr>
            <w:r w:rsidRPr="00E81C1D">
              <w:rPr>
                <w:rFonts w:eastAsia="Arial"/>
                <w:noProof/>
                <w:sz w:val="14"/>
                <w:lang w:val="ro-RO"/>
              </w:rPr>
              <w:t>Au fost identificate problemele interne și externe relevante pentru scopul organizației și siguranța alimentelor.</w:t>
            </w:r>
          </w:p>
        </w:tc>
        <w:tc>
          <w:tcPr>
            <w:tcW w:w="5159" w:type="dxa"/>
            <w:tcMar>
              <w:top w:w="60" w:type="dxa"/>
              <w:left w:w="70" w:type="dxa"/>
              <w:bottom w:w="60" w:type="dxa"/>
              <w:right w:w="70" w:type="dxa"/>
            </w:tcMar>
            <w:vAlign w:val="center"/>
          </w:tcPr>
          <w:p w14:paraId="244B92FF" w14:textId="77777777" w:rsidR="008E2B50" w:rsidRPr="00E81C1D" w:rsidRDefault="00000000">
            <w:pPr>
              <w:spacing w:after="0" w:line="240" w:lineRule="auto"/>
              <w:rPr>
                <w:noProof/>
                <w:lang w:val="ro-RO"/>
              </w:rPr>
            </w:pPr>
            <w:r w:rsidRPr="00E81C1D">
              <w:rPr>
                <w:rFonts w:eastAsia="Arial"/>
                <w:noProof/>
                <w:sz w:val="14"/>
                <w:lang w:val="ro-RO"/>
              </w:rPr>
              <w:t>Produse, tehnologii, competențe, cultură, lanț de aprovizionare, piață și condiții externe.</w:t>
            </w:r>
          </w:p>
        </w:tc>
        <w:tc>
          <w:tcPr>
            <w:tcW w:w="1417" w:type="dxa"/>
            <w:tcMar>
              <w:top w:w="60" w:type="dxa"/>
              <w:left w:w="70" w:type="dxa"/>
              <w:bottom w:w="60" w:type="dxa"/>
              <w:right w:w="70" w:type="dxa"/>
            </w:tcMar>
            <w:vAlign w:val="center"/>
          </w:tcPr>
          <w:p w14:paraId="0252F3F7"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3660E77"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D45CCDD" w14:textId="77777777" w:rsidR="008E2B50" w:rsidRPr="00E81C1D" w:rsidRDefault="008E2B50">
            <w:pPr>
              <w:spacing w:after="0" w:line="240" w:lineRule="auto"/>
              <w:jc w:val="center"/>
              <w:rPr>
                <w:noProof/>
                <w:lang w:val="ro-RO"/>
              </w:rPr>
            </w:pPr>
          </w:p>
        </w:tc>
      </w:tr>
      <w:tr w:rsidR="008E2B50" w:rsidRPr="00E81C1D" w14:paraId="6FFE9F1C" w14:textId="77777777">
        <w:trPr>
          <w:cantSplit/>
          <w:jc w:val="center"/>
        </w:trPr>
        <w:tc>
          <w:tcPr>
            <w:tcW w:w="793" w:type="dxa"/>
            <w:shd w:val="clear" w:color="auto" w:fill="FAFAFA"/>
            <w:tcMar>
              <w:top w:w="60" w:type="dxa"/>
              <w:left w:w="70" w:type="dxa"/>
              <w:bottom w:w="60" w:type="dxa"/>
              <w:right w:w="70" w:type="dxa"/>
            </w:tcMar>
            <w:vAlign w:val="center"/>
          </w:tcPr>
          <w:p w14:paraId="26960EEF" w14:textId="77777777" w:rsidR="008E2B50" w:rsidRPr="00E81C1D" w:rsidRDefault="00000000">
            <w:pPr>
              <w:spacing w:after="0" w:line="240" w:lineRule="auto"/>
              <w:jc w:val="center"/>
              <w:rPr>
                <w:noProof/>
                <w:lang w:val="ro-RO"/>
              </w:rPr>
            </w:pPr>
            <w:r w:rsidRPr="00E81C1D">
              <w:rPr>
                <w:rFonts w:eastAsia="Arial"/>
                <w:b/>
                <w:noProof/>
                <w:sz w:val="14"/>
                <w:lang w:val="ro-RO"/>
              </w:rPr>
              <w:t>F1.2</w:t>
            </w:r>
          </w:p>
        </w:tc>
        <w:tc>
          <w:tcPr>
            <w:tcW w:w="4081" w:type="dxa"/>
            <w:shd w:val="clear" w:color="auto" w:fill="FAFAFA"/>
            <w:tcMar>
              <w:top w:w="60" w:type="dxa"/>
              <w:left w:w="70" w:type="dxa"/>
              <w:bottom w:w="60" w:type="dxa"/>
              <w:right w:w="70" w:type="dxa"/>
            </w:tcMar>
            <w:vAlign w:val="center"/>
          </w:tcPr>
          <w:p w14:paraId="65C7B679" w14:textId="77777777" w:rsidR="008E2B50" w:rsidRPr="00E81C1D" w:rsidRDefault="00000000">
            <w:pPr>
              <w:spacing w:after="0" w:line="240" w:lineRule="auto"/>
              <w:rPr>
                <w:noProof/>
                <w:lang w:val="ro-RO"/>
              </w:rPr>
            </w:pPr>
            <w:r w:rsidRPr="00E81C1D">
              <w:rPr>
                <w:rFonts w:eastAsia="Arial"/>
                <w:noProof/>
                <w:sz w:val="14"/>
                <w:lang w:val="ro-RO"/>
              </w:rPr>
              <w:t>Organizația a determinat dacă schimbările climatice sunt o problemă relevantă pentru sistem.</w:t>
            </w:r>
          </w:p>
        </w:tc>
        <w:tc>
          <w:tcPr>
            <w:tcW w:w="5159" w:type="dxa"/>
            <w:shd w:val="clear" w:color="auto" w:fill="FAFAFA"/>
            <w:tcMar>
              <w:top w:w="60" w:type="dxa"/>
              <w:left w:w="70" w:type="dxa"/>
              <w:bottom w:w="60" w:type="dxa"/>
              <w:right w:w="70" w:type="dxa"/>
            </w:tcMar>
            <w:vAlign w:val="center"/>
          </w:tcPr>
          <w:p w14:paraId="39B01D05" w14:textId="77777777" w:rsidR="008E2B50" w:rsidRPr="00E81C1D" w:rsidRDefault="00000000">
            <w:pPr>
              <w:spacing w:after="0" w:line="240" w:lineRule="auto"/>
              <w:rPr>
                <w:noProof/>
                <w:lang w:val="ro-RO"/>
              </w:rPr>
            </w:pPr>
            <w:r w:rsidRPr="00E81C1D">
              <w:rPr>
                <w:rFonts w:eastAsia="Arial"/>
                <w:noProof/>
                <w:sz w:val="14"/>
                <w:lang w:val="ro-RO"/>
              </w:rPr>
              <w:t>Impact asupra materiilor prime, apei, temperaturilor, dăunătorilor, transportului, continuității și pericolelor.</w:t>
            </w:r>
          </w:p>
        </w:tc>
        <w:tc>
          <w:tcPr>
            <w:tcW w:w="1417" w:type="dxa"/>
            <w:shd w:val="clear" w:color="auto" w:fill="FAFAFA"/>
            <w:tcMar>
              <w:top w:w="60" w:type="dxa"/>
              <w:left w:w="70" w:type="dxa"/>
              <w:bottom w:w="60" w:type="dxa"/>
              <w:right w:w="70" w:type="dxa"/>
            </w:tcMar>
            <w:vAlign w:val="center"/>
          </w:tcPr>
          <w:p w14:paraId="34561339"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52C3358"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BBA954D" w14:textId="77777777" w:rsidR="008E2B50" w:rsidRPr="00E81C1D" w:rsidRDefault="008E2B50">
            <w:pPr>
              <w:spacing w:after="0" w:line="240" w:lineRule="auto"/>
              <w:jc w:val="center"/>
              <w:rPr>
                <w:noProof/>
                <w:lang w:val="ro-RO"/>
              </w:rPr>
            </w:pPr>
          </w:p>
        </w:tc>
      </w:tr>
      <w:tr w:rsidR="008E2B50" w:rsidRPr="00E81C1D" w14:paraId="64218795" w14:textId="77777777">
        <w:trPr>
          <w:cantSplit/>
          <w:jc w:val="center"/>
        </w:trPr>
        <w:tc>
          <w:tcPr>
            <w:tcW w:w="793" w:type="dxa"/>
            <w:tcMar>
              <w:top w:w="60" w:type="dxa"/>
              <w:left w:w="70" w:type="dxa"/>
              <w:bottom w:w="60" w:type="dxa"/>
              <w:right w:w="70" w:type="dxa"/>
            </w:tcMar>
            <w:vAlign w:val="center"/>
          </w:tcPr>
          <w:p w14:paraId="162AE3FE" w14:textId="77777777" w:rsidR="008E2B50" w:rsidRPr="00E81C1D" w:rsidRDefault="00000000">
            <w:pPr>
              <w:spacing w:after="0" w:line="240" w:lineRule="auto"/>
              <w:jc w:val="center"/>
              <w:rPr>
                <w:noProof/>
                <w:lang w:val="ro-RO"/>
              </w:rPr>
            </w:pPr>
            <w:r w:rsidRPr="00E81C1D">
              <w:rPr>
                <w:rFonts w:eastAsia="Arial"/>
                <w:b/>
                <w:noProof/>
                <w:sz w:val="14"/>
                <w:lang w:val="ro-RO"/>
              </w:rPr>
              <w:t>F1.3</w:t>
            </w:r>
          </w:p>
        </w:tc>
        <w:tc>
          <w:tcPr>
            <w:tcW w:w="4081" w:type="dxa"/>
            <w:tcMar>
              <w:top w:w="60" w:type="dxa"/>
              <w:left w:w="70" w:type="dxa"/>
              <w:bottom w:w="60" w:type="dxa"/>
              <w:right w:w="70" w:type="dxa"/>
            </w:tcMar>
            <w:vAlign w:val="center"/>
          </w:tcPr>
          <w:p w14:paraId="067953A1" w14:textId="77777777" w:rsidR="008E2B50" w:rsidRPr="00E81C1D" w:rsidRDefault="00000000">
            <w:pPr>
              <w:spacing w:after="0" w:line="240" w:lineRule="auto"/>
              <w:rPr>
                <w:noProof/>
                <w:lang w:val="ro-RO"/>
              </w:rPr>
            </w:pPr>
            <w:r w:rsidRPr="00E81C1D">
              <w:rPr>
                <w:rFonts w:eastAsia="Arial"/>
                <w:noProof/>
                <w:sz w:val="14"/>
                <w:lang w:val="ro-RO"/>
              </w:rPr>
              <w:t>Au fost identificate părțile interesate relevante.</w:t>
            </w:r>
          </w:p>
        </w:tc>
        <w:tc>
          <w:tcPr>
            <w:tcW w:w="5159" w:type="dxa"/>
            <w:tcMar>
              <w:top w:w="60" w:type="dxa"/>
              <w:left w:w="70" w:type="dxa"/>
              <w:bottom w:w="60" w:type="dxa"/>
              <w:right w:w="70" w:type="dxa"/>
            </w:tcMar>
            <w:vAlign w:val="center"/>
          </w:tcPr>
          <w:p w14:paraId="7789FE7C" w14:textId="77777777" w:rsidR="008E2B50" w:rsidRPr="00E81C1D" w:rsidRDefault="00000000">
            <w:pPr>
              <w:spacing w:after="0" w:line="240" w:lineRule="auto"/>
              <w:rPr>
                <w:noProof/>
                <w:lang w:val="ro-RO"/>
              </w:rPr>
            </w:pPr>
            <w:r w:rsidRPr="00E81C1D">
              <w:rPr>
                <w:rFonts w:eastAsia="Arial"/>
                <w:noProof/>
                <w:sz w:val="14"/>
                <w:lang w:val="ro-RO"/>
              </w:rPr>
              <w:t>Autorități, clienți, consumatori, furnizori, angajați, proprietari, laboratoare și comunități.</w:t>
            </w:r>
          </w:p>
        </w:tc>
        <w:tc>
          <w:tcPr>
            <w:tcW w:w="1417" w:type="dxa"/>
            <w:tcMar>
              <w:top w:w="60" w:type="dxa"/>
              <w:left w:w="70" w:type="dxa"/>
              <w:bottom w:w="60" w:type="dxa"/>
              <w:right w:w="70" w:type="dxa"/>
            </w:tcMar>
            <w:vAlign w:val="center"/>
          </w:tcPr>
          <w:p w14:paraId="03F4C15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FA964BE"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08AB3D4" w14:textId="77777777" w:rsidR="008E2B50" w:rsidRPr="00E81C1D" w:rsidRDefault="008E2B50">
            <w:pPr>
              <w:spacing w:after="0" w:line="240" w:lineRule="auto"/>
              <w:jc w:val="center"/>
              <w:rPr>
                <w:noProof/>
                <w:lang w:val="ro-RO"/>
              </w:rPr>
            </w:pPr>
          </w:p>
        </w:tc>
      </w:tr>
      <w:tr w:rsidR="008E2B50" w:rsidRPr="00E81C1D" w14:paraId="510423DC" w14:textId="77777777">
        <w:trPr>
          <w:cantSplit/>
          <w:jc w:val="center"/>
        </w:trPr>
        <w:tc>
          <w:tcPr>
            <w:tcW w:w="793" w:type="dxa"/>
            <w:shd w:val="clear" w:color="auto" w:fill="FAFAFA"/>
            <w:tcMar>
              <w:top w:w="60" w:type="dxa"/>
              <w:left w:w="70" w:type="dxa"/>
              <w:bottom w:w="60" w:type="dxa"/>
              <w:right w:w="70" w:type="dxa"/>
            </w:tcMar>
            <w:vAlign w:val="center"/>
          </w:tcPr>
          <w:p w14:paraId="755B487A" w14:textId="77777777" w:rsidR="008E2B50" w:rsidRPr="00E81C1D" w:rsidRDefault="00000000">
            <w:pPr>
              <w:spacing w:after="0" w:line="240" w:lineRule="auto"/>
              <w:jc w:val="center"/>
              <w:rPr>
                <w:noProof/>
                <w:lang w:val="ro-RO"/>
              </w:rPr>
            </w:pPr>
            <w:r w:rsidRPr="00E81C1D">
              <w:rPr>
                <w:rFonts w:eastAsia="Arial"/>
                <w:b/>
                <w:noProof/>
                <w:sz w:val="14"/>
                <w:lang w:val="ro-RO"/>
              </w:rPr>
              <w:t>F1.4</w:t>
            </w:r>
          </w:p>
        </w:tc>
        <w:tc>
          <w:tcPr>
            <w:tcW w:w="4081" w:type="dxa"/>
            <w:shd w:val="clear" w:color="auto" w:fill="FAFAFA"/>
            <w:tcMar>
              <w:top w:w="60" w:type="dxa"/>
              <w:left w:w="70" w:type="dxa"/>
              <w:bottom w:w="60" w:type="dxa"/>
              <w:right w:w="70" w:type="dxa"/>
            </w:tcMar>
            <w:vAlign w:val="center"/>
          </w:tcPr>
          <w:p w14:paraId="49F86475" w14:textId="77777777" w:rsidR="008E2B50" w:rsidRPr="00E81C1D" w:rsidRDefault="00000000">
            <w:pPr>
              <w:spacing w:after="0" w:line="240" w:lineRule="auto"/>
              <w:rPr>
                <w:noProof/>
                <w:lang w:val="ro-RO"/>
              </w:rPr>
            </w:pPr>
            <w:r w:rsidRPr="00E81C1D">
              <w:rPr>
                <w:rFonts w:eastAsia="Arial"/>
                <w:noProof/>
                <w:sz w:val="14"/>
                <w:lang w:val="ro-RO"/>
              </w:rPr>
              <w:t>Au fost determinate cerințele relevante ale părților interesate, inclusiv cerințe legate de climă când există.</w:t>
            </w:r>
          </w:p>
        </w:tc>
        <w:tc>
          <w:tcPr>
            <w:tcW w:w="5159" w:type="dxa"/>
            <w:shd w:val="clear" w:color="auto" w:fill="FAFAFA"/>
            <w:tcMar>
              <w:top w:w="60" w:type="dxa"/>
              <w:left w:w="70" w:type="dxa"/>
              <w:bottom w:w="60" w:type="dxa"/>
              <w:right w:w="70" w:type="dxa"/>
            </w:tcMar>
            <w:vAlign w:val="center"/>
          </w:tcPr>
          <w:p w14:paraId="5932CB52" w14:textId="77777777" w:rsidR="008E2B50" w:rsidRPr="00E81C1D" w:rsidRDefault="00000000">
            <w:pPr>
              <w:spacing w:after="0" w:line="240" w:lineRule="auto"/>
              <w:rPr>
                <w:noProof/>
                <w:lang w:val="ro-RO"/>
              </w:rPr>
            </w:pPr>
            <w:r w:rsidRPr="00E81C1D">
              <w:rPr>
                <w:rFonts w:eastAsia="Arial"/>
                <w:noProof/>
                <w:sz w:val="14"/>
                <w:lang w:val="ro-RO"/>
              </w:rPr>
              <w:t>Matrice cerințe, surse, responsabil, monitorizare și actualizare.</w:t>
            </w:r>
          </w:p>
        </w:tc>
        <w:tc>
          <w:tcPr>
            <w:tcW w:w="1417" w:type="dxa"/>
            <w:shd w:val="clear" w:color="auto" w:fill="FAFAFA"/>
            <w:tcMar>
              <w:top w:w="60" w:type="dxa"/>
              <w:left w:w="70" w:type="dxa"/>
              <w:bottom w:w="60" w:type="dxa"/>
              <w:right w:w="70" w:type="dxa"/>
            </w:tcMar>
            <w:vAlign w:val="center"/>
          </w:tcPr>
          <w:p w14:paraId="0CAEFB6F"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FF0815B"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89F4418" w14:textId="77777777" w:rsidR="008E2B50" w:rsidRPr="00E81C1D" w:rsidRDefault="008E2B50">
            <w:pPr>
              <w:spacing w:after="0" w:line="240" w:lineRule="auto"/>
              <w:jc w:val="center"/>
              <w:rPr>
                <w:noProof/>
                <w:lang w:val="ro-RO"/>
              </w:rPr>
            </w:pPr>
          </w:p>
        </w:tc>
      </w:tr>
      <w:tr w:rsidR="008E2B50" w:rsidRPr="00E81C1D" w14:paraId="67793DE8" w14:textId="77777777">
        <w:trPr>
          <w:cantSplit/>
          <w:jc w:val="center"/>
        </w:trPr>
        <w:tc>
          <w:tcPr>
            <w:tcW w:w="793" w:type="dxa"/>
            <w:tcMar>
              <w:top w:w="60" w:type="dxa"/>
              <w:left w:w="70" w:type="dxa"/>
              <w:bottom w:w="60" w:type="dxa"/>
              <w:right w:w="70" w:type="dxa"/>
            </w:tcMar>
            <w:vAlign w:val="center"/>
          </w:tcPr>
          <w:p w14:paraId="26E09247" w14:textId="77777777" w:rsidR="008E2B50" w:rsidRPr="00E81C1D" w:rsidRDefault="00000000">
            <w:pPr>
              <w:spacing w:after="0" w:line="240" w:lineRule="auto"/>
              <w:jc w:val="center"/>
              <w:rPr>
                <w:noProof/>
                <w:lang w:val="ro-RO"/>
              </w:rPr>
            </w:pPr>
            <w:r w:rsidRPr="00E81C1D">
              <w:rPr>
                <w:rFonts w:eastAsia="Arial"/>
                <w:b/>
                <w:noProof/>
                <w:sz w:val="14"/>
                <w:lang w:val="ro-RO"/>
              </w:rPr>
              <w:t>F1.5</w:t>
            </w:r>
          </w:p>
        </w:tc>
        <w:tc>
          <w:tcPr>
            <w:tcW w:w="4081" w:type="dxa"/>
            <w:tcMar>
              <w:top w:w="60" w:type="dxa"/>
              <w:left w:w="70" w:type="dxa"/>
              <w:bottom w:w="60" w:type="dxa"/>
              <w:right w:w="70" w:type="dxa"/>
            </w:tcMar>
            <w:vAlign w:val="center"/>
          </w:tcPr>
          <w:p w14:paraId="10588217" w14:textId="77777777" w:rsidR="008E2B50" w:rsidRPr="00E81C1D" w:rsidRDefault="00000000">
            <w:pPr>
              <w:spacing w:after="0" w:line="240" w:lineRule="auto"/>
              <w:rPr>
                <w:noProof/>
                <w:lang w:val="ro-RO"/>
              </w:rPr>
            </w:pPr>
            <w:r w:rsidRPr="00E81C1D">
              <w:rPr>
                <w:rFonts w:eastAsia="Arial"/>
                <w:noProof/>
                <w:sz w:val="14"/>
                <w:lang w:val="ro-RO"/>
              </w:rPr>
              <w:t>Cerințele legale, de reglementare și ale clienților sunt identificate pentru produse și servicii.</w:t>
            </w:r>
          </w:p>
        </w:tc>
        <w:tc>
          <w:tcPr>
            <w:tcW w:w="5159" w:type="dxa"/>
            <w:tcMar>
              <w:top w:w="60" w:type="dxa"/>
              <w:left w:w="70" w:type="dxa"/>
              <w:bottom w:w="60" w:type="dxa"/>
              <w:right w:w="70" w:type="dxa"/>
            </w:tcMar>
            <w:vAlign w:val="center"/>
          </w:tcPr>
          <w:p w14:paraId="2E836D18" w14:textId="77777777" w:rsidR="008E2B50" w:rsidRPr="00E81C1D" w:rsidRDefault="00000000">
            <w:pPr>
              <w:spacing w:after="0" w:line="240" w:lineRule="auto"/>
              <w:rPr>
                <w:noProof/>
                <w:lang w:val="ro-RO"/>
              </w:rPr>
            </w:pPr>
            <w:r w:rsidRPr="00E81C1D">
              <w:rPr>
                <w:rFonts w:eastAsia="Arial"/>
                <w:noProof/>
                <w:sz w:val="14"/>
                <w:lang w:val="ro-RO"/>
              </w:rPr>
              <w:t>Registre, specificații, autorizații, condiții de etichetare și cerințe de piață.</w:t>
            </w:r>
          </w:p>
        </w:tc>
        <w:tc>
          <w:tcPr>
            <w:tcW w:w="1417" w:type="dxa"/>
            <w:tcMar>
              <w:top w:w="60" w:type="dxa"/>
              <w:left w:w="70" w:type="dxa"/>
              <w:bottom w:w="60" w:type="dxa"/>
              <w:right w:w="70" w:type="dxa"/>
            </w:tcMar>
            <w:vAlign w:val="center"/>
          </w:tcPr>
          <w:p w14:paraId="02FD092A"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05542C3"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1EEF6A8" w14:textId="77777777" w:rsidR="008E2B50" w:rsidRPr="00E81C1D" w:rsidRDefault="008E2B50">
            <w:pPr>
              <w:spacing w:after="0" w:line="240" w:lineRule="auto"/>
              <w:jc w:val="center"/>
              <w:rPr>
                <w:noProof/>
                <w:lang w:val="ro-RO"/>
              </w:rPr>
            </w:pPr>
          </w:p>
        </w:tc>
      </w:tr>
      <w:tr w:rsidR="008E2B50" w:rsidRPr="00E81C1D" w14:paraId="7BB4C47F" w14:textId="77777777">
        <w:trPr>
          <w:cantSplit/>
          <w:jc w:val="center"/>
        </w:trPr>
        <w:tc>
          <w:tcPr>
            <w:tcW w:w="793" w:type="dxa"/>
            <w:shd w:val="clear" w:color="auto" w:fill="FAFAFA"/>
            <w:tcMar>
              <w:top w:w="60" w:type="dxa"/>
              <w:left w:w="70" w:type="dxa"/>
              <w:bottom w:w="60" w:type="dxa"/>
              <w:right w:w="70" w:type="dxa"/>
            </w:tcMar>
            <w:vAlign w:val="center"/>
          </w:tcPr>
          <w:p w14:paraId="3148D3EF" w14:textId="77777777" w:rsidR="008E2B50" w:rsidRPr="00E81C1D" w:rsidRDefault="00000000">
            <w:pPr>
              <w:spacing w:after="0" w:line="240" w:lineRule="auto"/>
              <w:jc w:val="center"/>
              <w:rPr>
                <w:noProof/>
                <w:lang w:val="ro-RO"/>
              </w:rPr>
            </w:pPr>
            <w:r w:rsidRPr="00E81C1D">
              <w:rPr>
                <w:rFonts w:eastAsia="Arial"/>
                <w:b/>
                <w:noProof/>
                <w:sz w:val="14"/>
                <w:lang w:val="ro-RO"/>
              </w:rPr>
              <w:t>F1.6</w:t>
            </w:r>
          </w:p>
        </w:tc>
        <w:tc>
          <w:tcPr>
            <w:tcW w:w="4081" w:type="dxa"/>
            <w:shd w:val="clear" w:color="auto" w:fill="FAFAFA"/>
            <w:tcMar>
              <w:top w:w="60" w:type="dxa"/>
              <w:left w:w="70" w:type="dxa"/>
              <w:bottom w:w="60" w:type="dxa"/>
              <w:right w:w="70" w:type="dxa"/>
            </w:tcMar>
            <w:vAlign w:val="center"/>
          </w:tcPr>
          <w:p w14:paraId="51F74BD1" w14:textId="77777777" w:rsidR="008E2B50" w:rsidRPr="00E81C1D" w:rsidRDefault="00000000">
            <w:pPr>
              <w:spacing w:after="0" w:line="240" w:lineRule="auto"/>
              <w:rPr>
                <w:noProof/>
                <w:lang w:val="ro-RO"/>
              </w:rPr>
            </w:pPr>
            <w:r w:rsidRPr="00E81C1D">
              <w:rPr>
                <w:rFonts w:eastAsia="Arial"/>
                <w:noProof/>
                <w:sz w:val="14"/>
                <w:lang w:val="ro-RO"/>
              </w:rPr>
              <w:t>Domeniul sistemului definește produsele, serviciile, procesele, locațiile și limitele organizaționale.</w:t>
            </w:r>
          </w:p>
        </w:tc>
        <w:tc>
          <w:tcPr>
            <w:tcW w:w="5159" w:type="dxa"/>
            <w:shd w:val="clear" w:color="auto" w:fill="FAFAFA"/>
            <w:tcMar>
              <w:top w:w="60" w:type="dxa"/>
              <w:left w:w="70" w:type="dxa"/>
              <w:bottom w:w="60" w:type="dxa"/>
              <w:right w:w="70" w:type="dxa"/>
            </w:tcMar>
            <w:vAlign w:val="center"/>
          </w:tcPr>
          <w:p w14:paraId="17248285" w14:textId="77777777" w:rsidR="008E2B50" w:rsidRPr="00E81C1D" w:rsidRDefault="00000000">
            <w:pPr>
              <w:spacing w:after="0" w:line="240" w:lineRule="auto"/>
              <w:rPr>
                <w:noProof/>
                <w:lang w:val="ro-RO"/>
              </w:rPr>
            </w:pPr>
            <w:r w:rsidRPr="00E81C1D">
              <w:rPr>
                <w:rFonts w:eastAsia="Arial"/>
                <w:noProof/>
                <w:sz w:val="14"/>
                <w:lang w:val="ro-RO"/>
              </w:rPr>
              <w:t>Declarație de domeniu clară și disponibilă.</w:t>
            </w:r>
          </w:p>
        </w:tc>
        <w:tc>
          <w:tcPr>
            <w:tcW w:w="1417" w:type="dxa"/>
            <w:shd w:val="clear" w:color="auto" w:fill="FAFAFA"/>
            <w:tcMar>
              <w:top w:w="60" w:type="dxa"/>
              <w:left w:w="70" w:type="dxa"/>
              <w:bottom w:w="60" w:type="dxa"/>
              <w:right w:w="70" w:type="dxa"/>
            </w:tcMar>
            <w:vAlign w:val="center"/>
          </w:tcPr>
          <w:p w14:paraId="6EAFE9E0"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DAC341A"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257C1DC" w14:textId="77777777" w:rsidR="008E2B50" w:rsidRPr="00E81C1D" w:rsidRDefault="008E2B50">
            <w:pPr>
              <w:spacing w:after="0" w:line="240" w:lineRule="auto"/>
              <w:jc w:val="center"/>
              <w:rPr>
                <w:noProof/>
                <w:lang w:val="ro-RO"/>
              </w:rPr>
            </w:pPr>
          </w:p>
        </w:tc>
      </w:tr>
      <w:tr w:rsidR="008E2B50" w:rsidRPr="00E81C1D" w14:paraId="2E7B36B3" w14:textId="77777777">
        <w:trPr>
          <w:cantSplit/>
          <w:jc w:val="center"/>
        </w:trPr>
        <w:tc>
          <w:tcPr>
            <w:tcW w:w="793" w:type="dxa"/>
            <w:tcMar>
              <w:top w:w="60" w:type="dxa"/>
              <w:left w:w="70" w:type="dxa"/>
              <w:bottom w:w="60" w:type="dxa"/>
              <w:right w:w="70" w:type="dxa"/>
            </w:tcMar>
            <w:vAlign w:val="center"/>
          </w:tcPr>
          <w:p w14:paraId="60E34974" w14:textId="77777777" w:rsidR="008E2B50" w:rsidRPr="00E81C1D" w:rsidRDefault="00000000">
            <w:pPr>
              <w:spacing w:after="0" w:line="240" w:lineRule="auto"/>
              <w:jc w:val="center"/>
              <w:rPr>
                <w:noProof/>
                <w:lang w:val="ro-RO"/>
              </w:rPr>
            </w:pPr>
            <w:r w:rsidRPr="00E81C1D">
              <w:rPr>
                <w:rFonts w:eastAsia="Arial"/>
                <w:b/>
                <w:noProof/>
                <w:sz w:val="14"/>
                <w:lang w:val="ro-RO"/>
              </w:rPr>
              <w:t>F1.7</w:t>
            </w:r>
          </w:p>
        </w:tc>
        <w:tc>
          <w:tcPr>
            <w:tcW w:w="4081" w:type="dxa"/>
            <w:tcMar>
              <w:top w:w="60" w:type="dxa"/>
              <w:left w:w="70" w:type="dxa"/>
              <w:bottom w:w="60" w:type="dxa"/>
              <w:right w:w="70" w:type="dxa"/>
            </w:tcMar>
            <w:vAlign w:val="center"/>
          </w:tcPr>
          <w:p w14:paraId="0A85C7BA" w14:textId="77777777" w:rsidR="008E2B50" w:rsidRPr="00E81C1D" w:rsidRDefault="00000000">
            <w:pPr>
              <w:spacing w:after="0" w:line="240" w:lineRule="auto"/>
              <w:rPr>
                <w:noProof/>
                <w:lang w:val="ro-RO"/>
              </w:rPr>
            </w:pPr>
            <w:r w:rsidRPr="00E81C1D">
              <w:rPr>
                <w:rFonts w:eastAsia="Arial"/>
                <w:noProof/>
                <w:sz w:val="14"/>
                <w:lang w:val="ro-RO"/>
              </w:rPr>
              <w:t>Domeniul include activitățile care pot influența siguranța produselor din aria controlată.</w:t>
            </w:r>
          </w:p>
        </w:tc>
        <w:tc>
          <w:tcPr>
            <w:tcW w:w="5159" w:type="dxa"/>
            <w:tcMar>
              <w:top w:w="60" w:type="dxa"/>
              <w:left w:w="70" w:type="dxa"/>
              <w:bottom w:w="60" w:type="dxa"/>
              <w:right w:w="70" w:type="dxa"/>
            </w:tcMar>
            <w:vAlign w:val="center"/>
          </w:tcPr>
          <w:p w14:paraId="494BE337" w14:textId="77777777" w:rsidR="008E2B50" w:rsidRPr="00E81C1D" w:rsidRDefault="00000000">
            <w:pPr>
              <w:spacing w:after="0" w:line="240" w:lineRule="auto"/>
              <w:rPr>
                <w:noProof/>
                <w:lang w:val="ro-RO"/>
              </w:rPr>
            </w:pPr>
            <w:r w:rsidRPr="00E81C1D">
              <w:rPr>
                <w:rFonts w:eastAsia="Arial"/>
                <w:noProof/>
                <w:sz w:val="14"/>
                <w:lang w:val="ro-RO"/>
              </w:rPr>
              <w:t>Depozitare, transport, externalizări, utilități, mentenanță și servicii suport relevante.</w:t>
            </w:r>
          </w:p>
        </w:tc>
        <w:tc>
          <w:tcPr>
            <w:tcW w:w="1417" w:type="dxa"/>
            <w:tcMar>
              <w:top w:w="60" w:type="dxa"/>
              <w:left w:w="70" w:type="dxa"/>
              <w:bottom w:w="60" w:type="dxa"/>
              <w:right w:w="70" w:type="dxa"/>
            </w:tcMar>
            <w:vAlign w:val="center"/>
          </w:tcPr>
          <w:p w14:paraId="7F589B1B"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5434AC1"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1978FFB" w14:textId="77777777" w:rsidR="008E2B50" w:rsidRPr="00E81C1D" w:rsidRDefault="008E2B50">
            <w:pPr>
              <w:spacing w:after="0" w:line="240" w:lineRule="auto"/>
              <w:jc w:val="center"/>
              <w:rPr>
                <w:noProof/>
                <w:lang w:val="ro-RO"/>
              </w:rPr>
            </w:pPr>
          </w:p>
        </w:tc>
      </w:tr>
      <w:tr w:rsidR="008E2B50" w:rsidRPr="00E81C1D" w14:paraId="494C1032" w14:textId="77777777">
        <w:trPr>
          <w:cantSplit/>
          <w:jc w:val="center"/>
        </w:trPr>
        <w:tc>
          <w:tcPr>
            <w:tcW w:w="793" w:type="dxa"/>
            <w:shd w:val="clear" w:color="auto" w:fill="FAFAFA"/>
            <w:tcMar>
              <w:top w:w="60" w:type="dxa"/>
              <w:left w:w="70" w:type="dxa"/>
              <w:bottom w:w="60" w:type="dxa"/>
              <w:right w:w="70" w:type="dxa"/>
            </w:tcMar>
            <w:vAlign w:val="center"/>
          </w:tcPr>
          <w:p w14:paraId="47EE3271" w14:textId="77777777" w:rsidR="008E2B50" w:rsidRPr="00E81C1D" w:rsidRDefault="00000000">
            <w:pPr>
              <w:spacing w:after="0" w:line="240" w:lineRule="auto"/>
              <w:jc w:val="center"/>
              <w:rPr>
                <w:noProof/>
                <w:lang w:val="ro-RO"/>
              </w:rPr>
            </w:pPr>
            <w:r w:rsidRPr="00E81C1D">
              <w:rPr>
                <w:rFonts w:eastAsia="Arial"/>
                <w:b/>
                <w:noProof/>
                <w:sz w:val="14"/>
                <w:lang w:val="ro-RO"/>
              </w:rPr>
              <w:t>F1.8</w:t>
            </w:r>
          </w:p>
        </w:tc>
        <w:tc>
          <w:tcPr>
            <w:tcW w:w="4081" w:type="dxa"/>
            <w:shd w:val="clear" w:color="auto" w:fill="FAFAFA"/>
            <w:tcMar>
              <w:top w:w="60" w:type="dxa"/>
              <w:left w:w="70" w:type="dxa"/>
              <w:bottom w:w="60" w:type="dxa"/>
              <w:right w:w="70" w:type="dxa"/>
            </w:tcMar>
            <w:vAlign w:val="center"/>
          </w:tcPr>
          <w:p w14:paraId="1811EDFC" w14:textId="77777777" w:rsidR="008E2B50" w:rsidRPr="00E81C1D" w:rsidRDefault="00000000">
            <w:pPr>
              <w:spacing w:after="0" w:line="240" w:lineRule="auto"/>
              <w:rPr>
                <w:noProof/>
                <w:lang w:val="ro-RO"/>
              </w:rPr>
            </w:pPr>
            <w:r w:rsidRPr="00E81C1D">
              <w:rPr>
                <w:rFonts w:eastAsia="Arial"/>
                <w:noProof/>
                <w:sz w:val="14"/>
                <w:lang w:val="ro-RO"/>
              </w:rPr>
              <w:t>Sunt definite procesele sistemului și interacțiunile dintre ele.</w:t>
            </w:r>
          </w:p>
        </w:tc>
        <w:tc>
          <w:tcPr>
            <w:tcW w:w="5159" w:type="dxa"/>
            <w:shd w:val="clear" w:color="auto" w:fill="FAFAFA"/>
            <w:tcMar>
              <w:top w:w="60" w:type="dxa"/>
              <w:left w:w="70" w:type="dxa"/>
              <w:bottom w:w="60" w:type="dxa"/>
              <w:right w:w="70" w:type="dxa"/>
            </w:tcMar>
            <w:vAlign w:val="center"/>
          </w:tcPr>
          <w:p w14:paraId="02E39EF0" w14:textId="77777777" w:rsidR="008E2B50" w:rsidRPr="00E81C1D" w:rsidRDefault="00000000">
            <w:pPr>
              <w:spacing w:after="0" w:line="240" w:lineRule="auto"/>
              <w:rPr>
                <w:noProof/>
                <w:lang w:val="ro-RO"/>
              </w:rPr>
            </w:pPr>
            <w:r w:rsidRPr="00E81C1D">
              <w:rPr>
                <w:rFonts w:eastAsia="Arial"/>
                <w:noProof/>
                <w:sz w:val="14"/>
                <w:lang w:val="ro-RO"/>
              </w:rPr>
              <w:t>Hartă de procese, intrări, ieșiri, responsabilități, criterii și indicatori.</w:t>
            </w:r>
          </w:p>
        </w:tc>
        <w:tc>
          <w:tcPr>
            <w:tcW w:w="1417" w:type="dxa"/>
            <w:shd w:val="clear" w:color="auto" w:fill="FAFAFA"/>
            <w:tcMar>
              <w:top w:w="60" w:type="dxa"/>
              <w:left w:w="70" w:type="dxa"/>
              <w:bottom w:w="60" w:type="dxa"/>
              <w:right w:w="70" w:type="dxa"/>
            </w:tcMar>
            <w:vAlign w:val="center"/>
          </w:tcPr>
          <w:p w14:paraId="71550E1D"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70B5FD4"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A682B25" w14:textId="77777777" w:rsidR="008E2B50" w:rsidRPr="00E81C1D" w:rsidRDefault="008E2B50">
            <w:pPr>
              <w:spacing w:after="0" w:line="240" w:lineRule="auto"/>
              <w:jc w:val="center"/>
              <w:rPr>
                <w:noProof/>
                <w:lang w:val="ro-RO"/>
              </w:rPr>
            </w:pPr>
          </w:p>
        </w:tc>
      </w:tr>
      <w:tr w:rsidR="008E2B50" w:rsidRPr="00E81C1D" w14:paraId="1D3B2617" w14:textId="77777777">
        <w:trPr>
          <w:cantSplit/>
          <w:jc w:val="center"/>
        </w:trPr>
        <w:tc>
          <w:tcPr>
            <w:tcW w:w="793" w:type="dxa"/>
            <w:tcMar>
              <w:top w:w="60" w:type="dxa"/>
              <w:left w:w="70" w:type="dxa"/>
              <w:bottom w:w="60" w:type="dxa"/>
              <w:right w:w="70" w:type="dxa"/>
            </w:tcMar>
            <w:vAlign w:val="center"/>
          </w:tcPr>
          <w:p w14:paraId="06161B45" w14:textId="77777777" w:rsidR="008E2B50" w:rsidRPr="00E81C1D" w:rsidRDefault="00000000">
            <w:pPr>
              <w:spacing w:after="0" w:line="240" w:lineRule="auto"/>
              <w:jc w:val="center"/>
              <w:rPr>
                <w:noProof/>
                <w:lang w:val="ro-RO"/>
              </w:rPr>
            </w:pPr>
            <w:r w:rsidRPr="00E81C1D">
              <w:rPr>
                <w:rFonts w:eastAsia="Arial"/>
                <w:b/>
                <w:noProof/>
                <w:sz w:val="14"/>
                <w:lang w:val="ro-RO"/>
              </w:rPr>
              <w:t>F1.9</w:t>
            </w:r>
          </w:p>
        </w:tc>
        <w:tc>
          <w:tcPr>
            <w:tcW w:w="4081" w:type="dxa"/>
            <w:tcMar>
              <w:top w:w="60" w:type="dxa"/>
              <w:left w:w="70" w:type="dxa"/>
              <w:bottom w:w="60" w:type="dxa"/>
              <w:right w:w="70" w:type="dxa"/>
            </w:tcMar>
            <w:vAlign w:val="center"/>
          </w:tcPr>
          <w:p w14:paraId="1920D606" w14:textId="77777777" w:rsidR="008E2B50" w:rsidRPr="00E81C1D" w:rsidRDefault="00000000">
            <w:pPr>
              <w:spacing w:after="0" w:line="240" w:lineRule="auto"/>
              <w:rPr>
                <w:noProof/>
                <w:lang w:val="ro-RO"/>
              </w:rPr>
            </w:pPr>
            <w:r w:rsidRPr="00E81C1D">
              <w:rPr>
                <w:rFonts w:eastAsia="Arial"/>
                <w:noProof/>
                <w:sz w:val="14"/>
                <w:lang w:val="ro-RO"/>
              </w:rPr>
              <w:t>Procesele externalizate relevante sunt incluse în sistem și supuse controlului.</w:t>
            </w:r>
          </w:p>
        </w:tc>
        <w:tc>
          <w:tcPr>
            <w:tcW w:w="5159" w:type="dxa"/>
            <w:tcMar>
              <w:top w:w="60" w:type="dxa"/>
              <w:left w:w="70" w:type="dxa"/>
              <w:bottom w:w="60" w:type="dxa"/>
              <w:right w:w="70" w:type="dxa"/>
            </w:tcMar>
            <w:vAlign w:val="center"/>
          </w:tcPr>
          <w:p w14:paraId="1BBF6140" w14:textId="77777777" w:rsidR="008E2B50" w:rsidRPr="00E81C1D" w:rsidRDefault="00000000">
            <w:pPr>
              <w:spacing w:after="0" w:line="240" w:lineRule="auto"/>
              <w:rPr>
                <w:noProof/>
                <w:lang w:val="ro-RO"/>
              </w:rPr>
            </w:pPr>
            <w:r w:rsidRPr="00E81C1D">
              <w:rPr>
                <w:rFonts w:eastAsia="Arial"/>
                <w:noProof/>
                <w:sz w:val="14"/>
                <w:lang w:val="ro-RO"/>
              </w:rPr>
              <w:t>Tipul și gradul controlului, responsabilități contractuale și monitorizare.</w:t>
            </w:r>
          </w:p>
        </w:tc>
        <w:tc>
          <w:tcPr>
            <w:tcW w:w="1417" w:type="dxa"/>
            <w:tcMar>
              <w:top w:w="60" w:type="dxa"/>
              <w:left w:w="70" w:type="dxa"/>
              <w:bottom w:w="60" w:type="dxa"/>
              <w:right w:w="70" w:type="dxa"/>
            </w:tcMar>
            <w:vAlign w:val="center"/>
          </w:tcPr>
          <w:p w14:paraId="18028927"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45459C9"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3054BD6" w14:textId="77777777" w:rsidR="008E2B50" w:rsidRPr="00E81C1D" w:rsidRDefault="008E2B50">
            <w:pPr>
              <w:spacing w:after="0" w:line="240" w:lineRule="auto"/>
              <w:jc w:val="center"/>
              <w:rPr>
                <w:noProof/>
                <w:lang w:val="ro-RO"/>
              </w:rPr>
            </w:pPr>
          </w:p>
        </w:tc>
      </w:tr>
      <w:tr w:rsidR="008E2B50" w:rsidRPr="00E81C1D" w14:paraId="0A5E0E45" w14:textId="77777777">
        <w:trPr>
          <w:cantSplit/>
          <w:jc w:val="center"/>
        </w:trPr>
        <w:tc>
          <w:tcPr>
            <w:tcW w:w="793" w:type="dxa"/>
            <w:shd w:val="clear" w:color="auto" w:fill="FAFAFA"/>
            <w:tcMar>
              <w:top w:w="60" w:type="dxa"/>
              <w:left w:w="70" w:type="dxa"/>
              <w:bottom w:w="60" w:type="dxa"/>
              <w:right w:w="70" w:type="dxa"/>
            </w:tcMar>
            <w:vAlign w:val="center"/>
          </w:tcPr>
          <w:p w14:paraId="0130EF91" w14:textId="77777777" w:rsidR="008E2B50" w:rsidRPr="00E81C1D" w:rsidRDefault="00000000">
            <w:pPr>
              <w:spacing w:after="0" w:line="240" w:lineRule="auto"/>
              <w:jc w:val="center"/>
              <w:rPr>
                <w:noProof/>
                <w:lang w:val="ro-RO"/>
              </w:rPr>
            </w:pPr>
            <w:r w:rsidRPr="00E81C1D">
              <w:rPr>
                <w:rFonts w:eastAsia="Arial"/>
                <w:b/>
                <w:noProof/>
                <w:sz w:val="14"/>
                <w:lang w:val="ro-RO"/>
              </w:rPr>
              <w:t>F1.10</w:t>
            </w:r>
          </w:p>
        </w:tc>
        <w:tc>
          <w:tcPr>
            <w:tcW w:w="4081" w:type="dxa"/>
            <w:shd w:val="clear" w:color="auto" w:fill="FAFAFA"/>
            <w:tcMar>
              <w:top w:w="60" w:type="dxa"/>
              <w:left w:w="70" w:type="dxa"/>
              <w:bottom w:w="60" w:type="dxa"/>
              <w:right w:w="70" w:type="dxa"/>
            </w:tcMar>
            <w:vAlign w:val="center"/>
          </w:tcPr>
          <w:p w14:paraId="4D632B6C" w14:textId="77777777" w:rsidR="008E2B50" w:rsidRPr="00E81C1D" w:rsidRDefault="00000000">
            <w:pPr>
              <w:spacing w:after="0" w:line="240" w:lineRule="auto"/>
              <w:rPr>
                <w:noProof/>
                <w:lang w:val="ro-RO"/>
              </w:rPr>
            </w:pPr>
            <w:r w:rsidRPr="00E81C1D">
              <w:rPr>
                <w:rFonts w:eastAsia="Arial"/>
                <w:noProof/>
                <w:sz w:val="14"/>
                <w:lang w:val="ro-RO"/>
              </w:rPr>
              <w:t>Sunt stabilite criterii pentru revizuirea contextului, cerințelor și domeniului.</w:t>
            </w:r>
          </w:p>
        </w:tc>
        <w:tc>
          <w:tcPr>
            <w:tcW w:w="5159" w:type="dxa"/>
            <w:shd w:val="clear" w:color="auto" w:fill="FAFAFA"/>
            <w:tcMar>
              <w:top w:w="60" w:type="dxa"/>
              <w:left w:w="70" w:type="dxa"/>
              <w:bottom w:w="60" w:type="dxa"/>
              <w:right w:w="70" w:type="dxa"/>
            </w:tcMar>
            <w:vAlign w:val="center"/>
          </w:tcPr>
          <w:p w14:paraId="7085AC58" w14:textId="77777777" w:rsidR="008E2B50" w:rsidRPr="00E81C1D" w:rsidRDefault="00000000">
            <w:pPr>
              <w:spacing w:after="0" w:line="240" w:lineRule="auto"/>
              <w:rPr>
                <w:noProof/>
                <w:lang w:val="ro-RO"/>
              </w:rPr>
            </w:pPr>
            <w:r w:rsidRPr="00E81C1D">
              <w:rPr>
                <w:rFonts w:eastAsia="Arial"/>
                <w:noProof/>
                <w:sz w:val="14"/>
                <w:lang w:val="ro-RO"/>
              </w:rPr>
              <w:t>Revizuire periodică și la schimbări de produse, procese, legislație, locații sau lanț.</w:t>
            </w:r>
          </w:p>
        </w:tc>
        <w:tc>
          <w:tcPr>
            <w:tcW w:w="1417" w:type="dxa"/>
            <w:shd w:val="clear" w:color="auto" w:fill="FAFAFA"/>
            <w:tcMar>
              <w:top w:w="60" w:type="dxa"/>
              <w:left w:w="70" w:type="dxa"/>
              <w:bottom w:w="60" w:type="dxa"/>
              <w:right w:w="70" w:type="dxa"/>
            </w:tcMar>
            <w:vAlign w:val="center"/>
          </w:tcPr>
          <w:p w14:paraId="533196AA"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06DEAC6"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3D480CE" w14:textId="77777777" w:rsidR="008E2B50" w:rsidRPr="00E81C1D" w:rsidRDefault="008E2B50">
            <w:pPr>
              <w:spacing w:after="0" w:line="240" w:lineRule="auto"/>
              <w:jc w:val="center"/>
              <w:rPr>
                <w:noProof/>
                <w:lang w:val="ro-RO"/>
              </w:rPr>
            </w:pPr>
          </w:p>
        </w:tc>
      </w:tr>
      <w:tr w:rsidR="008E2B50" w:rsidRPr="00E81C1D" w14:paraId="5DFFE41F" w14:textId="77777777">
        <w:trPr>
          <w:cantSplit/>
          <w:jc w:val="center"/>
        </w:trPr>
        <w:tc>
          <w:tcPr>
            <w:tcW w:w="793" w:type="dxa"/>
            <w:tcMar>
              <w:top w:w="60" w:type="dxa"/>
              <w:left w:w="70" w:type="dxa"/>
              <w:bottom w:w="60" w:type="dxa"/>
              <w:right w:w="70" w:type="dxa"/>
            </w:tcMar>
            <w:vAlign w:val="center"/>
          </w:tcPr>
          <w:p w14:paraId="55561FB8" w14:textId="77777777" w:rsidR="008E2B50" w:rsidRPr="00E81C1D" w:rsidRDefault="00000000">
            <w:pPr>
              <w:spacing w:after="0" w:line="240" w:lineRule="auto"/>
              <w:jc w:val="center"/>
              <w:rPr>
                <w:noProof/>
                <w:lang w:val="ro-RO"/>
              </w:rPr>
            </w:pPr>
            <w:r w:rsidRPr="00E81C1D">
              <w:rPr>
                <w:rFonts w:eastAsia="Arial"/>
                <w:b/>
                <w:noProof/>
                <w:sz w:val="14"/>
                <w:lang w:val="ro-RO"/>
              </w:rPr>
              <w:t>F1.11</w:t>
            </w:r>
          </w:p>
        </w:tc>
        <w:tc>
          <w:tcPr>
            <w:tcW w:w="4081" w:type="dxa"/>
            <w:tcMar>
              <w:top w:w="60" w:type="dxa"/>
              <w:left w:w="70" w:type="dxa"/>
              <w:bottom w:w="60" w:type="dxa"/>
              <w:right w:w="70" w:type="dxa"/>
            </w:tcMar>
            <w:vAlign w:val="center"/>
          </w:tcPr>
          <w:p w14:paraId="640BA797" w14:textId="77777777" w:rsidR="008E2B50" w:rsidRPr="00E81C1D" w:rsidRDefault="00000000">
            <w:pPr>
              <w:spacing w:after="0" w:line="240" w:lineRule="auto"/>
              <w:rPr>
                <w:noProof/>
                <w:lang w:val="ro-RO"/>
              </w:rPr>
            </w:pPr>
            <w:r w:rsidRPr="00E81C1D">
              <w:rPr>
                <w:rFonts w:eastAsia="Arial"/>
                <w:noProof/>
                <w:sz w:val="14"/>
                <w:lang w:val="ro-RO"/>
              </w:rPr>
              <w:t>Sistemul este integrat în procesele de business.</w:t>
            </w:r>
          </w:p>
        </w:tc>
        <w:tc>
          <w:tcPr>
            <w:tcW w:w="5159" w:type="dxa"/>
            <w:tcMar>
              <w:top w:w="60" w:type="dxa"/>
              <w:left w:w="70" w:type="dxa"/>
              <w:bottom w:w="60" w:type="dxa"/>
              <w:right w:w="70" w:type="dxa"/>
            </w:tcMar>
            <w:vAlign w:val="center"/>
          </w:tcPr>
          <w:p w14:paraId="2E292C37" w14:textId="77777777" w:rsidR="008E2B50" w:rsidRPr="00E81C1D" w:rsidRDefault="00000000">
            <w:pPr>
              <w:spacing w:after="0" w:line="240" w:lineRule="auto"/>
              <w:rPr>
                <w:noProof/>
                <w:lang w:val="ro-RO"/>
              </w:rPr>
            </w:pPr>
            <w:r w:rsidRPr="00E81C1D">
              <w:rPr>
                <w:rFonts w:eastAsia="Arial"/>
                <w:noProof/>
                <w:sz w:val="14"/>
                <w:lang w:val="ro-RO"/>
              </w:rPr>
              <w:t>Achiziții, dezvoltare, investiții, mentenanță, resurse umane și managementul schimbării.</w:t>
            </w:r>
          </w:p>
        </w:tc>
        <w:tc>
          <w:tcPr>
            <w:tcW w:w="1417" w:type="dxa"/>
            <w:tcMar>
              <w:top w:w="60" w:type="dxa"/>
              <w:left w:w="70" w:type="dxa"/>
              <w:bottom w:w="60" w:type="dxa"/>
              <w:right w:w="70" w:type="dxa"/>
            </w:tcMar>
            <w:vAlign w:val="center"/>
          </w:tcPr>
          <w:p w14:paraId="7C92041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8B38C1F"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6B1349B7" w14:textId="77777777" w:rsidR="008E2B50" w:rsidRPr="00E81C1D" w:rsidRDefault="008E2B50">
            <w:pPr>
              <w:spacing w:after="0" w:line="240" w:lineRule="auto"/>
              <w:jc w:val="center"/>
              <w:rPr>
                <w:noProof/>
                <w:lang w:val="ro-RO"/>
              </w:rPr>
            </w:pPr>
          </w:p>
        </w:tc>
      </w:tr>
      <w:tr w:rsidR="008E2B50" w:rsidRPr="00E81C1D" w14:paraId="4E183EFD" w14:textId="77777777">
        <w:trPr>
          <w:cantSplit/>
          <w:jc w:val="center"/>
        </w:trPr>
        <w:tc>
          <w:tcPr>
            <w:tcW w:w="793" w:type="dxa"/>
            <w:shd w:val="clear" w:color="auto" w:fill="FAFAFA"/>
            <w:tcMar>
              <w:top w:w="60" w:type="dxa"/>
              <w:left w:w="70" w:type="dxa"/>
              <w:bottom w:w="60" w:type="dxa"/>
              <w:right w:w="70" w:type="dxa"/>
            </w:tcMar>
            <w:vAlign w:val="center"/>
          </w:tcPr>
          <w:p w14:paraId="3CDF4FCE" w14:textId="77777777" w:rsidR="008E2B50" w:rsidRPr="00E81C1D" w:rsidRDefault="00000000">
            <w:pPr>
              <w:spacing w:after="0" w:line="240" w:lineRule="auto"/>
              <w:jc w:val="center"/>
              <w:rPr>
                <w:noProof/>
                <w:lang w:val="ro-RO"/>
              </w:rPr>
            </w:pPr>
            <w:r w:rsidRPr="00E81C1D">
              <w:rPr>
                <w:rFonts w:eastAsia="Arial"/>
                <w:b/>
                <w:noProof/>
                <w:sz w:val="14"/>
                <w:lang w:val="ro-RO"/>
              </w:rPr>
              <w:t>F1.12</w:t>
            </w:r>
          </w:p>
        </w:tc>
        <w:tc>
          <w:tcPr>
            <w:tcW w:w="4081" w:type="dxa"/>
            <w:shd w:val="clear" w:color="auto" w:fill="FAFAFA"/>
            <w:tcMar>
              <w:top w:w="60" w:type="dxa"/>
              <w:left w:w="70" w:type="dxa"/>
              <w:bottom w:w="60" w:type="dxa"/>
              <w:right w:w="70" w:type="dxa"/>
            </w:tcMar>
            <w:vAlign w:val="center"/>
          </w:tcPr>
          <w:p w14:paraId="5E0563CE" w14:textId="77777777" w:rsidR="008E2B50" w:rsidRPr="00E81C1D" w:rsidRDefault="00000000">
            <w:pPr>
              <w:spacing w:after="0" w:line="240" w:lineRule="auto"/>
              <w:rPr>
                <w:noProof/>
                <w:lang w:val="ro-RO"/>
              </w:rPr>
            </w:pPr>
            <w:r w:rsidRPr="00E81C1D">
              <w:rPr>
                <w:rFonts w:eastAsia="Arial"/>
                <w:noProof/>
                <w:sz w:val="14"/>
                <w:lang w:val="ro-RO"/>
              </w:rPr>
              <w:t>Organizația menține informațiile documentate necesare pentru operarea proceselor și păstrează dovezi ale funcționării lor.</w:t>
            </w:r>
          </w:p>
        </w:tc>
        <w:tc>
          <w:tcPr>
            <w:tcW w:w="5159" w:type="dxa"/>
            <w:shd w:val="clear" w:color="auto" w:fill="FAFAFA"/>
            <w:tcMar>
              <w:top w:w="60" w:type="dxa"/>
              <w:left w:w="70" w:type="dxa"/>
              <w:bottom w:w="60" w:type="dxa"/>
              <w:right w:w="70" w:type="dxa"/>
            </w:tcMar>
            <w:vAlign w:val="center"/>
          </w:tcPr>
          <w:p w14:paraId="0FD2CB1A" w14:textId="77777777" w:rsidR="008E2B50" w:rsidRPr="00E81C1D" w:rsidRDefault="00000000">
            <w:pPr>
              <w:spacing w:after="0" w:line="240" w:lineRule="auto"/>
              <w:rPr>
                <w:noProof/>
                <w:lang w:val="ro-RO"/>
              </w:rPr>
            </w:pPr>
            <w:r w:rsidRPr="00E81C1D">
              <w:rPr>
                <w:rFonts w:eastAsia="Arial"/>
                <w:noProof/>
                <w:sz w:val="14"/>
                <w:lang w:val="ro-RO"/>
              </w:rPr>
              <w:t>Proceduri, planuri, formulare și înregistrări proporționale cu riscurile.</w:t>
            </w:r>
          </w:p>
        </w:tc>
        <w:tc>
          <w:tcPr>
            <w:tcW w:w="1417" w:type="dxa"/>
            <w:shd w:val="clear" w:color="auto" w:fill="FAFAFA"/>
            <w:tcMar>
              <w:top w:w="60" w:type="dxa"/>
              <w:left w:w="70" w:type="dxa"/>
              <w:bottom w:w="60" w:type="dxa"/>
              <w:right w:w="70" w:type="dxa"/>
            </w:tcMar>
            <w:vAlign w:val="center"/>
          </w:tcPr>
          <w:p w14:paraId="24C66230"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9B198B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D3B7C31" w14:textId="77777777" w:rsidR="008E2B50" w:rsidRPr="00E81C1D" w:rsidRDefault="008E2B50">
            <w:pPr>
              <w:spacing w:after="0" w:line="240" w:lineRule="auto"/>
              <w:jc w:val="center"/>
              <w:rPr>
                <w:noProof/>
                <w:lang w:val="ro-RO"/>
              </w:rPr>
            </w:pPr>
          </w:p>
        </w:tc>
      </w:tr>
    </w:tbl>
    <w:p w14:paraId="13354BED"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7EAE78AB"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387CA3D3" w14:textId="77777777">
        <w:trPr>
          <w:cantSplit/>
          <w:jc w:val="center"/>
        </w:trPr>
        <w:tc>
          <w:tcPr>
            <w:tcW w:w="1020" w:type="dxa"/>
            <w:shd w:val="clear" w:color="auto" w:fill="D71920"/>
            <w:tcMar>
              <w:top w:w="60" w:type="dxa"/>
              <w:left w:w="70" w:type="dxa"/>
              <w:bottom w:w="60" w:type="dxa"/>
              <w:right w:w="70" w:type="dxa"/>
            </w:tcMar>
            <w:vAlign w:val="center"/>
          </w:tcPr>
          <w:p w14:paraId="06583375"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2</w:t>
            </w:r>
          </w:p>
        </w:tc>
        <w:tc>
          <w:tcPr>
            <w:tcW w:w="12585" w:type="dxa"/>
            <w:shd w:val="clear" w:color="auto" w:fill="F3F4F5"/>
          </w:tcPr>
          <w:p w14:paraId="00BAC262" w14:textId="77777777" w:rsidR="008E2B50" w:rsidRPr="00E81C1D" w:rsidRDefault="00000000">
            <w:pPr>
              <w:spacing w:after="20"/>
              <w:rPr>
                <w:noProof/>
                <w:lang w:val="ro-RO"/>
              </w:rPr>
            </w:pPr>
            <w:r w:rsidRPr="00E81C1D">
              <w:rPr>
                <w:rFonts w:eastAsia="Arial"/>
                <w:b/>
                <w:noProof/>
                <w:sz w:val="27"/>
                <w:lang w:val="ro-RO"/>
              </w:rPr>
              <w:t>Leadership, politică, roluri și cultura siguranței alimentelor</w:t>
            </w:r>
          </w:p>
          <w:p w14:paraId="17BFE9E5"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clauza 5  |  Obiectiv: asigurarea asumării de către conducere și a unei guvernanțe capabile să susțină decizii sigure</w:t>
            </w:r>
          </w:p>
        </w:tc>
      </w:tr>
    </w:tbl>
    <w:p w14:paraId="20A5AC62"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1B3B34A7" w14:textId="77777777">
        <w:trPr>
          <w:cantSplit/>
          <w:jc w:val="center"/>
        </w:trPr>
        <w:tc>
          <w:tcPr>
            <w:tcW w:w="566" w:type="dxa"/>
            <w:shd w:val="clear" w:color="auto" w:fill="D71920"/>
            <w:tcMar>
              <w:top w:w="60" w:type="dxa"/>
              <w:left w:w="70" w:type="dxa"/>
              <w:bottom w:w="60" w:type="dxa"/>
              <w:right w:w="70" w:type="dxa"/>
            </w:tcMar>
            <w:vAlign w:val="center"/>
          </w:tcPr>
          <w:p w14:paraId="0ED2FBC7"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4F11C268"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775BE3B3" w14:textId="77777777" w:rsidR="008E2B50" w:rsidRPr="00E81C1D" w:rsidRDefault="00000000">
            <w:pPr>
              <w:spacing w:after="0" w:line="252" w:lineRule="auto"/>
              <w:rPr>
                <w:noProof/>
                <w:lang w:val="ro-RO"/>
              </w:rPr>
            </w:pPr>
            <w:r w:rsidRPr="00E81C1D">
              <w:rPr>
                <w:rFonts w:eastAsia="Arial"/>
                <w:noProof/>
                <w:sz w:val="16"/>
                <w:lang w:val="ro-RO"/>
              </w:rPr>
              <w:t>Cultura se observă în reacția la presiunea de producție. Verificați dacă oamenii pot opri, izola sau escalada fără teama de consecințe când siguranța alimentelor este incertă.</w:t>
            </w:r>
          </w:p>
        </w:tc>
      </w:tr>
    </w:tbl>
    <w:p w14:paraId="495FB06D"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71A73A0B" w14:textId="77777777">
        <w:trPr>
          <w:cantSplit/>
          <w:tblHeader/>
          <w:jc w:val="center"/>
        </w:trPr>
        <w:tc>
          <w:tcPr>
            <w:tcW w:w="793" w:type="dxa"/>
            <w:shd w:val="clear" w:color="auto" w:fill="D71920"/>
            <w:tcMar>
              <w:top w:w="60" w:type="dxa"/>
              <w:left w:w="70" w:type="dxa"/>
              <w:bottom w:w="60" w:type="dxa"/>
              <w:right w:w="70" w:type="dxa"/>
            </w:tcMar>
            <w:vAlign w:val="center"/>
          </w:tcPr>
          <w:p w14:paraId="7700238E"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5B60F63F"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31D3ABE0"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207573D0"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54E8B852"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7EF3FFBF"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1B3AFE5D" w14:textId="77777777">
        <w:trPr>
          <w:cantSplit/>
          <w:jc w:val="center"/>
        </w:trPr>
        <w:tc>
          <w:tcPr>
            <w:tcW w:w="793" w:type="dxa"/>
            <w:tcMar>
              <w:top w:w="60" w:type="dxa"/>
              <w:left w:w="70" w:type="dxa"/>
              <w:bottom w:w="60" w:type="dxa"/>
              <w:right w:w="70" w:type="dxa"/>
            </w:tcMar>
            <w:vAlign w:val="center"/>
          </w:tcPr>
          <w:p w14:paraId="376ABB59" w14:textId="77777777" w:rsidR="008E2B50" w:rsidRPr="00E81C1D" w:rsidRDefault="00000000">
            <w:pPr>
              <w:spacing w:after="0" w:line="240" w:lineRule="auto"/>
              <w:jc w:val="center"/>
              <w:rPr>
                <w:noProof/>
                <w:lang w:val="ro-RO"/>
              </w:rPr>
            </w:pPr>
            <w:r w:rsidRPr="00E81C1D">
              <w:rPr>
                <w:rFonts w:eastAsia="Arial"/>
                <w:b/>
                <w:noProof/>
                <w:sz w:val="14"/>
                <w:lang w:val="ro-RO"/>
              </w:rPr>
              <w:t>F2.1</w:t>
            </w:r>
          </w:p>
        </w:tc>
        <w:tc>
          <w:tcPr>
            <w:tcW w:w="4081" w:type="dxa"/>
            <w:tcMar>
              <w:top w:w="60" w:type="dxa"/>
              <w:left w:w="70" w:type="dxa"/>
              <w:bottom w:w="60" w:type="dxa"/>
              <w:right w:w="70" w:type="dxa"/>
            </w:tcMar>
            <w:vAlign w:val="center"/>
          </w:tcPr>
          <w:p w14:paraId="14A208D8" w14:textId="77777777" w:rsidR="008E2B50" w:rsidRPr="00E81C1D" w:rsidRDefault="00000000">
            <w:pPr>
              <w:spacing w:after="0" w:line="240" w:lineRule="auto"/>
              <w:rPr>
                <w:noProof/>
                <w:lang w:val="ro-RO"/>
              </w:rPr>
            </w:pPr>
            <w:r w:rsidRPr="00E81C1D">
              <w:rPr>
                <w:rFonts w:eastAsia="Arial"/>
                <w:noProof/>
                <w:sz w:val="14"/>
                <w:lang w:val="ro-RO"/>
              </w:rPr>
              <w:t>Conducerea își asumă răspunderea pentru eficacitatea sistemului.</w:t>
            </w:r>
          </w:p>
        </w:tc>
        <w:tc>
          <w:tcPr>
            <w:tcW w:w="5159" w:type="dxa"/>
            <w:tcMar>
              <w:top w:w="60" w:type="dxa"/>
              <w:left w:w="70" w:type="dxa"/>
              <w:bottom w:w="60" w:type="dxa"/>
              <w:right w:w="70" w:type="dxa"/>
            </w:tcMar>
            <w:vAlign w:val="center"/>
          </w:tcPr>
          <w:p w14:paraId="273A1332" w14:textId="77777777" w:rsidR="008E2B50" w:rsidRPr="00E81C1D" w:rsidRDefault="00000000">
            <w:pPr>
              <w:spacing w:after="0" w:line="240" w:lineRule="auto"/>
              <w:rPr>
                <w:noProof/>
                <w:lang w:val="ro-RO"/>
              </w:rPr>
            </w:pPr>
            <w:r w:rsidRPr="00E81C1D">
              <w:rPr>
                <w:rFonts w:eastAsia="Arial"/>
                <w:noProof/>
                <w:sz w:val="14"/>
                <w:lang w:val="ro-RO"/>
              </w:rPr>
              <w:t>Decizii, resurse, priorități și urmărirea rezultatelor.</w:t>
            </w:r>
          </w:p>
        </w:tc>
        <w:tc>
          <w:tcPr>
            <w:tcW w:w="1417" w:type="dxa"/>
            <w:tcMar>
              <w:top w:w="60" w:type="dxa"/>
              <w:left w:w="70" w:type="dxa"/>
              <w:bottom w:w="60" w:type="dxa"/>
              <w:right w:w="70" w:type="dxa"/>
            </w:tcMar>
            <w:vAlign w:val="center"/>
          </w:tcPr>
          <w:p w14:paraId="79FF3F0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020DB09"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177FC1D0" w14:textId="77777777" w:rsidR="008E2B50" w:rsidRPr="00E81C1D" w:rsidRDefault="008E2B50">
            <w:pPr>
              <w:spacing w:after="0" w:line="240" w:lineRule="auto"/>
              <w:jc w:val="center"/>
              <w:rPr>
                <w:noProof/>
                <w:lang w:val="ro-RO"/>
              </w:rPr>
            </w:pPr>
          </w:p>
        </w:tc>
      </w:tr>
      <w:tr w:rsidR="008E2B50" w:rsidRPr="00E81C1D" w14:paraId="7F73E0D7" w14:textId="77777777">
        <w:trPr>
          <w:cantSplit/>
          <w:jc w:val="center"/>
        </w:trPr>
        <w:tc>
          <w:tcPr>
            <w:tcW w:w="793" w:type="dxa"/>
            <w:shd w:val="clear" w:color="auto" w:fill="FAFAFA"/>
            <w:tcMar>
              <w:top w:w="60" w:type="dxa"/>
              <w:left w:w="70" w:type="dxa"/>
              <w:bottom w:w="60" w:type="dxa"/>
              <w:right w:w="70" w:type="dxa"/>
            </w:tcMar>
            <w:vAlign w:val="center"/>
          </w:tcPr>
          <w:p w14:paraId="413CF94C" w14:textId="77777777" w:rsidR="008E2B50" w:rsidRPr="00E81C1D" w:rsidRDefault="00000000">
            <w:pPr>
              <w:spacing w:after="0" w:line="240" w:lineRule="auto"/>
              <w:jc w:val="center"/>
              <w:rPr>
                <w:noProof/>
                <w:lang w:val="ro-RO"/>
              </w:rPr>
            </w:pPr>
            <w:r w:rsidRPr="00E81C1D">
              <w:rPr>
                <w:rFonts w:eastAsia="Arial"/>
                <w:b/>
                <w:noProof/>
                <w:sz w:val="14"/>
                <w:lang w:val="ro-RO"/>
              </w:rPr>
              <w:t>F2.2</w:t>
            </w:r>
          </w:p>
        </w:tc>
        <w:tc>
          <w:tcPr>
            <w:tcW w:w="4081" w:type="dxa"/>
            <w:shd w:val="clear" w:color="auto" w:fill="FAFAFA"/>
            <w:tcMar>
              <w:top w:w="60" w:type="dxa"/>
              <w:left w:w="70" w:type="dxa"/>
              <w:bottom w:w="60" w:type="dxa"/>
              <w:right w:w="70" w:type="dxa"/>
            </w:tcMar>
            <w:vAlign w:val="center"/>
          </w:tcPr>
          <w:p w14:paraId="5B34A556" w14:textId="77777777" w:rsidR="008E2B50" w:rsidRPr="00E81C1D" w:rsidRDefault="00000000">
            <w:pPr>
              <w:spacing w:after="0" w:line="240" w:lineRule="auto"/>
              <w:rPr>
                <w:noProof/>
                <w:lang w:val="ro-RO"/>
              </w:rPr>
            </w:pPr>
            <w:r w:rsidRPr="00E81C1D">
              <w:rPr>
                <w:rFonts w:eastAsia="Arial"/>
                <w:noProof/>
                <w:sz w:val="14"/>
                <w:lang w:val="ro-RO"/>
              </w:rPr>
              <w:t>Politica și obiectivele sunt compatibile cu direcția strategică și cu rolul organizației în lanțul alimentar.</w:t>
            </w:r>
          </w:p>
        </w:tc>
        <w:tc>
          <w:tcPr>
            <w:tcW w:w="5159" w:type="dxa"/>
            <w:shd w:val="clear" w:color="auto" w:fill="FAFAFA"/>
            <w:tcMar>
              <w:top w:w="60" w:type="dxa"/>
              <w:left w:w="70" w:type="dxa"/>
              <w:bottom w:w="60" w:type="dxa"/>
              <w:right w:w="70" w:type="dxa"/>
            </w:tcMar>
            <w:vAlign w:val="center"/>
          </w:tcPr>
          <w:p w14:paraId="0DB7AE16" w14:textId="77777777" w:rsidR="008E2B50" w:rsidRPr="00E81C1D" w:rsidRDefault="00000000">
            <w:pPr>
              <w:spacing w:after="0" w:line="240" w:lineRule="auto"/>
              <w:rPr>
                <w:noProof/>
                <w:lang w:val="ro-RO"/>
              </w:rPr>
            </w:pPr>
            <w:r w:rsidRPr="00E81C1D">
              <w:rPr>
                <w:rFonts w:eastAsia="Arial"/>
                <w:noProof/>
                <w:sz w:val="14"/>
                <w:lang w:val="ro-RO"/>
              </w:rPr>
              <w:t>Legături cu strategia, riscurile și cerințele pieței.</w:t>
            </w:r>
          </w:p>
        </w:tc>
        <w:tc>
          <w:tcPr>
            <w:tcW w:w="1417" w:type="dxa"/>
            <w:shd w:val="clear" w:color="auto" w:fill="FAFAFA"/>
            <w:tcMar>
              <w:top w:w="60" w:type="dxa"/>
              <w:left w:w="70" w:type="dxa"/>
              <w:bottom w:w="60" w:type="dxa"/>
              <w:right w:w="70" w:type="dxa"/>
            </w:tcMar>
            <w:vAlign w:val="center"/>
          </w:tcPr>
          <w:p w14:paraId="5A9E2D4D"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13CBC5E"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2130A03" w14:textId="77777777" w:rsidR="008E2B50" w:rsidRPr="00E81C1D" w:rsidRDefault="008E2B50">
            <w:pPr>
              <w:spacing w:after="0" w:line="240" w:lineRule="auto"/>
              <w:jc w:val="center"/>
              <w:rPr>
                <w:noProof/>
                <w:lang w:val="ro-RO"/>
              </w:rPr>
            </w:pPr>
          </w:p>
        </w:tc>
      </w:tr>
      <w:tr w:rsidR="008E2B50" w:rsidRPr="00E81C1D" w14:paraId="7BCF948B" w14:textId="77777777">
        <w:trPr>
          <w:cantSplit/>
          <w:jc w:val="center"/>
        </w:trPr>
        <w:tc>
          <w:tcPr>
            <w:tcW w:w="793" w:type="dxa"/>
            <w:tcMar>
              <w:top w:w="60" w:type="dxa"/>
              <w:left w:w="70" w:type="dxa"/>
              <w:bottom w:w="60" w:type="dxa"/>
              <w:right w:w="70" w:type="dxa"/>
            </w:tcMar>
            <w:vAlign w:val="center"/>
          </w:tcPr>
          <w:p w14:paraId="1B8595F3" w14:textId="77777777" w:rsidR="008E2B50" w:rsidRPr="00E81C1D" w:rsidRDefault="00000000">
            <w:pPr>
              <w:spacing w:after="0" w:line="240" w:lineRule="auto"/>
              <w:jc w:val="center"/>
              <w:rPr>
                <w:noProof/>
                <w:lang w:val="ro-RO"/>
              </w:rPr>
            </w:pPr>
            <w:r w:rsidRPr="00E81C1D">
              <w:rPr>
                <w:rFonts w:eastAsia="Arial"/>
                <w:b/>
                <w:noProof/>
                <w:sz w:val="14"/>
                <w:lang w:val="ro-RO"/>
              </w:rPr>
              <w:t>F2.3</w:t>
            </w:r>
          </w:p>
        </w:tc>
        <w:tc>
          <w:tcPr>
            <w:tcW w:w="4081" w:type="dxa"/>
            <w:tcMar>
              <w:top w:w="60" w:type="dxa"/>
              <w:left w:w="70" w:type="dxa"/>
              <w:bottom w:w="60" w:type="dxa"/>
              <w:right w:w="70" w:type="dxa"/>
            </w:tcMar>
            <w:vAlign w:val="center"/>
          </w:tcPr>
          <w:p w14:paraId="6ED6547B" w14:textId="77777777" w:rsidR="008E2B50" w:rsidRPr="00E81C1D" w:rsidRDefault="00000000">
            <w:pPr>
              <w:spacing w:after="0" w:line="240" w:lineRule="auto"/>
              <w:rPr>
                <w:noProof/>
                <w:lang w:val="ro-RO"/>
              </w:rPr>
            </w:pPr>
            <w:r w:rsidRPr="00E81C1D">
              <w:rPr>
                <w:rFonts w:eastAsia="Arial"/>
                <w:noProof/>
                <w:sz w:val="14"/>
                <w:lang w:val="ro-RO"/>
              </w:rPr>
              <w:t>Cerințele sistemului sunt integrate în procesele organizației.</w:t>
            </w:r>
          </w:p>
        </w:tc>
        <w:tc>
          <w:tcPr>
            <w:tcW w:w="5159" w:type="dxa"/>
            <w:tcMar>
              <w:top w:w="60" w:type="dxa"/>
              <w:left w:w="70" w:type="dxa"/>
              <w:bottom w:w="60" w:type="dxa"/>
              <w:right w:w="70" w:type="dxa"/>
            </w:tcMar>
            <w:vAlign w:val="center"/>
          </w:tcPr>
          <w:p w14:paraId="2F73DE48" w14:textId="77777777" w:rsidR="008E2B50" w:rsidRPr="00E81C1D" w:rsidRDefault="00000000">
            <w:pPr>
              <w:spacing w:after="0" w:line="240" w:lineRule="auto"/>
              <w:rPr>
                <w:noProof/>
                <w:lang w:val="ro-RO"/>
              </w:rPr>
            </w:pPr>
            <w:r w:rsidRPr="00E81C1D">
              <w:rPr>
                <w:rFonts w:eastAsia="Arial"/>
                <w:noProof/>
                <w:sz w:val="14"/>
                <w:lang w:val="ro-RO"/>
              </w:rPr>
              <w:t>Criterii de siguranță în achiziții, proiecte, producție, logistică și schimbări.</w:t>
            </w:r>
          </w:p>
        </w:tc>
        <w:tc>
          <w:tcPr>
            <w:tcW w:w="1417" w:type="dxa"/>
            <w:tcMar>
              <w:top w:w="60" w:type="dxa"/>
              <w:left w:w="70" w:type="dxa"/>
              <w:bottom w:w="60" w:type="dxa"/>
              <w:right w:w="70" w:type="dxa"/>
            </w:tcMar>
            <w:vAlign w:val="center"/>
          </w:tcPr>
          <w:p w14:paraId="0B2343B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2E9182C"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3512A46" w14:textId="77777777" w:rsidR="008E2B50" w:rsidRPr="00E81C1D" w:rsidRDefault="008E2B50">
            <w:pPr>
              <w:spacing w:after="0" w:line="240" w:lineRule="auto"/>
              <w:jc w:val="center"/>
              <w:rPr>
                <w:noProof/>
                <w:lang w:val="ro-RO"/>
              </w:rPr>
            </w:pPr>
          </w:p>
        </w:tc>
      </w:tr>
      <w:tr w:rsidR="008E2B50" w:rsidRPr="00E81C1D" w14:paraId="114EBFD2" w14:textId="77777777">
        <w:trPr>
          <w:cantSplit/>
          <w:jc w:val="center"/>
        </w:trPr>
        <w:tc>
          <w:tcPr>
            <w:tcW w:w="793" w:type="dxa"/>
            <w:shd w:val="clear" w:color="auto" w:fill="FAFAFA"/>
            <w:tcMar>
              <w:top w:w="60" w:type="dxa"/>
              <w:left w:w="70" w:type="dxa"/>
              <w:bottom w:w="60" w:type="dxa"/>
              <w:right w:w="70" w:type="dxa"/>
            </w:tcMar>
            <w:vAlign w:val="center"/>
          </w:tcPr>
          <w:p w14:paraId="6582A5E2" w14:textId="77777777" w:rsidR="008E2B50" w:rsidRPr="00E81C1D" w:rsidRDefault="00000000">
            <w:pPr>
              <w:spacing w:after="0" w:line="240" w:lineRule="auto"/>
              <w:jc w:val="center"/>
              <w:rPr>
                <w:noProof/>
                <w:lang w:val="ro-RO"/>
              </w:rPr>
            </w:pPr>
            <w:r w:rsidRPr="00E81C1D">
              <w:rPr>
                <w:rFonts w:eastAsia="Arial"/>
                <w:b/>
                <w:noProof/>
                <w:sz w:val="14"/>
                <w:lang w:val="ro-RO"/>
              </w:rPr>
              <w:t>F2.4</w:t>
            </w:r>
          </w:p>
        </w:tc>
        <w:tc>
          <w:tcPr>
            <w:tcW w:w="4081" w:type="dxa"/>
            <w:shd w:val="clear" w:color="auto" w:fill="FAFAFA"/>
            <w:tcMar>
              <w:top w:w="60" w:type="dxa"/>
              <w:left w:w="70" w:type="dxa"/>
              <w:bottom w:w="60" w:type="dxa"/>
              <w:right w:w="70" w:type="dxa"/>
            </w:tcMar>
            <w:vAlign w:val="center"/>
          </w:tcPr>
          <w:p w14:paraId="6022C603" w14:textId="77777777" w:rsidR="008E2B50" w:rsidRPr="00E81C1D" w:rsidRDefault="00000000">
            <w:pPr>
              <w:spacing w:after="0" w:line="240" w:lineRule="auto"/>
              <w:rPr>
                <w:noProof/>
                <w:lang w:val="ro-RO"/>
              </w:rPr>
            </w:pPr>
            <w:r w:rsidRPr="00E81C1D">
              <w:rPr>
                <w:rFonts w:eastAsia="Arial"/>
                <w:noProof/>
                <w:sz w:val="14"/>
                <w:lang w:val="ro-RO"/>
              </w:rPr>
              <w:t>Conducerea promovează abordarea pe procese, gândirea bazată pe risc și comunicarea deschisă.</w:t>
            </w:r>
          </w:p>
        </w:tc>
        <w:tc>
          <w:tcPr>
            <w:tcW w:w="5159" w:type="dxa"/>
            <w:shd w:val="clear" w:color="auto" w:fill="FAFAFA"/>
            <w:tcMar>
              <w:top w:w="60" w:type="dxa"/>
              <w:left w:w="70" w:type="dxa"/>
              <w:bottom w:w="60" w:type="dxa"/>
              <w:right w:w="70" w:type="dxa"/>
            </w:tcMar>
            <w:vAlign w:val="center"/>
          </w:tcPr>
          <w:p w14:paraId="3113450C" w14:textId="77777777" w:rsidR="008E2B50" w:rsidRPr="00E81C1D" w:rsidRDefault="00000000">
            <w:pPr>
              <w:spacing w:after="0" w:line="240" w:lineRule="auto"/>
              <w:rPr>
                <w:noProof/>
                <w:lang w:val="ro-RO"/>
              </w:rPr>
            </w:pPr>
            <w:r w:rsidRPr="00E81C1D">
              <w:rPr>
                <w:rFonts w:eastAsia="Arial"/>
                <w:noProof/>
                <w:sz w:val="14"/>
                <w:lang w:val="ro-RO"/>
              </w:rPr>
              <w:t>Comportamente, vizite în teren, ședințe și tratarea semnalelor slabe.</w:t>
            </w:r>
          </w:p>
        </w:tc>
        <w:tc>
          <w:tcPr>
            <w:tcW w:w="1417" w:type="dxa"/>
            <w:shd w:val="clear" w:color="auto" w:fill="FAFAFA"/>
            <w:tcMar>
              <w:top w:w="60" w:type="dxa"/>
              <w:left w:w="70" w:type="dxa"/>
              <w:bottom w:w="60" w:type="dxa"/>
              <w:right w:w="70" w:type="dxa"/>
            </w:tcMar>
            <w:vAlign w:val="center"/>
          </w:tcPr>
          <w:p w14:paraId="4B4C9CAC"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5235EFB"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8FF9D9F" w14:textId="77777777" w:rsidR="008E2B50" w:rsidRPr="00E81C1D" w:rsidRDefault="008E2B50">
            <w:pPr>
              <w:spacing w:after="0" w:line="240" w:lineRule="auto"/>
              <w:jc w:val="center"/>
              <w:rPr>
                <w:noProof/>
                <w:lang w:val="ro-RO"/>
              </w:rPr>
            </w:pPr>
          </w:p>
        </w:tc>
      </w:tr>
      <w:tr w:rsidR="008E2B50" w:rsidRPr="00E81C1D" w14:paraId="73D3975C" w14:textId="77777777">
        <w:trPr>
          <w:cantSplit/>
          <w:jc w:val="center"/>
        </w:trPr>
        <w:tc>
          <w:tcPr>
            <w:tcW w:w="793" w:type="dxa"/>
            <w:tcMar>
              <w:top w:w="60" w:type="dxa"/>
              <w:left w:w="70" w:type="dxa"/>
              <w:bottom w:w="60" w:type="dxa"/>
              <w:right w:w="70" w:type="dxa"/>
            </w:tcMar>
            <w:vAlign w:val="center"/>
          </w:tcPr>
          <w:p w14:paraId="152193B7" w14:textId="77777777" w:rsidR="008E2B50" w:rsidRPr="00E81C1D" w:rsidRDefault="00000000">
            <w:pPr>
              <w:spacing w:after="0" w:line="240" w:lineRule="auto"/>
              <w:jc w:val="center"/>
              <w:rPr>
                <w:noProof/>
                <w:lang w:val="ro-RO"/>
              </w:rPr>
            </w:pPr>
            <w:r w:rsidRPr="00E81C1D">
              <w:rPr>
                <w:rFonts w:eastAsia="Arial"/>
                <w:b/>
                <w:noProof/>
                <w:sz w:val="14"/>
                <w:lang w:val="ro-RO"/>
              </w:rPr>
              <w:t>F2.5</w:t>
            </w:r>
          </w:p>
        </w:tc>
        <w:tc>
          <w:tcPr>
            <w:tcW w:w="4081" w:type="dxa"/>
            <w:tcMar>
              <w:top w:w="60" w:type="dxa"/>
              <w:left w:w="70" w:type="dxa"/>
              <w:bottom w:w="60" w:type="dxa"/>
              <w:right w:w="70" w:type="dxa"/>
            </w:tcMar>
            <w:vAlign w:val="center"/>
          </w:tcPr>
          <w:p w14:paraId="442C7E57" w14:textId="77777777" w:rsidR="008E2B50" w:rsidRPr="00E81C1D" w:rsidRDefault="00000000">
            <w:pPr>
              <w:spacing w:after="0" w:line="240" w:lineRule="auto"/>
              <w:rPr>
                <w:noProof/>
                <w:lang w:val="ro-RO"/>
              </w:rPr>
            </w:pPr>
            <w:r w:rsidRPr="00E81C1D">
              <w:rPr>
                <w:rFonts w:eastAsia="Arial"/>
                <w:noProof/>
                <w:sz w:val="14"/>
                <w:lang w:val="ro-RO"/>
              </w:rPr>
              <w:t>Politica include angajamentul de a furniza produse și servicii sigure și de a respecta cerințele aplicabile.</w:t>
            </w:r>
          </w:p>
        </w:tc>
        <w:tc>
          <w:tcPr>
            <w:tcW w:w="5159" w:type="dxa"/>
            <w:tcMar>
              <w:top w:w="60" w:type="dxa"/>
              <w:left w:w="70" w:type="dxa"/>
              <w:bottom w:w="60" w:type="dxa"/>
              <w:right w:w="70" w:type="dxa"/>
            </w:tcMar>
            <w:vAlign w:val="center"/>
          </w:tcPr>
          <w:p w14:paraId="79F7A58C" w14:textId="77777777" w:rsidR="008E2B50" w:rsidRPr="00E81C1D" w:rsidRDefault="00000000">
            <w:pPr>
              <w:spacing w:after="0" w:line="240" w:lineRule="auto"/>
              <w:rPr>
                <w:noProof/>
                <w:lang w:val="ro-RO"/>
              </w:rPr>
            </w:pPr>
            <w:r w:rsidRPr="00E81C1D">
              <w:rPr>
                <w:rFonts w:eastAsia="Arial"/>
                <w:noProof/>
                <w:sz w:val="14"/>
                <w:lang w:val="ro-RO"/>
              </w:rPr>
              <w:t>Politică specifică, aprobată și adecvată activității.</w:t>
            </w:r>
          </w:p>
        </w:tc>
        <w:tc>
          <w:tcPr>
            <w:tcW w:w="1417" w:type="dxa"/>
            <w:tcMar>
              <w:top w:w="60" w:type="dxa"/>
              <w:left w:w="70" w:type="dxa"/>
              <w:bottom w:w="60" w:type="dxa"/>
              <w:right w:w="70" w:type="dxa"/>
            </w:tcMar>
            <w:vAlign w:val="center"/>
          </w:tcPr>
          <w:p w14:paraId="2C96D2D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1223F38"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9E01007" w14:textId="77777777" w:rsidR="008E2B50" w:rsidRPr="00E81C1D" w:rsidRDefault="008E2B50">
            <w:pPr>
              <w:spacing w:after="0" w:line="240" w:lineRule="auto"/>
              <w:jc w:val="center"/>
              <w:rPr>
                <w:noProof/>
                <w:lang w:val="ro-RO"/>
              </w:rPr>
            </w:pPr>
          </w:p>
        </w:tc>
      </w:tr>
      <w:tr w:rsidR="008E2B50" w:rsidRPr="00E81C1D" w14:paraId="2F3CBB48" w14:textId="77777777">
        <w:trPr>
          <w:cantSplit/>
          <w:jc w:val="center"/>
        </w:trPr>
        <w:tc>
          <w:tcPr>
            <w:tcW w:w="793" w:type="dxa"/>
            <w:shd w:val="clear" w:color="auto" w:fill="FAFAFA"/>
            <w:tcMar>
              <w:top w:w="60" w:type="dxa"/>
              <w:left w:w="70" w:type="dxa"/>
              <w:bottom w:w="60" w:type="dxa"/>
              <w:right w:w="70" w:type="dxa"/>
            </w:tcMar>
            <w:vAlign w:val="center"/>
          </w:tcPr>
          <w:p w14:paraId="176294D1" w14:textId="77777777" w:rsidR="008E2B50" w:rsidRPr="00E81C1D" w:rsidRDefault="00000000">
            <w:pPr>
              <w:spacing w:after="0" w:line="240" w:lineRule="auto"/>
              <w:jc w:val="center"/>
              <w:rPr>
                <w:noProof/>
                <w:lang w:val="ro-RO"/>
              </w:rPr>
            </w:pPr>
            <w:r w:rsidRPr="00E81C1D">
              <w:rPr>
                <w:rFonts w:eastAsia="Arial"/>
                <w:b/>
                <w:noProof/>
                <w:sz w:val="14"/>
                <w:lang w:val="ro-RO"/>
              </w:rPr>
              <w:t>F2.6</w:t>
            </w:r>
          </w:p>
        </w:tc>
        <w:tc>
          <w:tcPr>
            <w:tcW w:w="4081" w:type="dxa"/>
            <w:shd w:val="clear" w:color="auto" w:fill="FAFAFA"/>
            <w:tcMar>
              <w:top w:w="60" w:type="dxa"/>
              <w:left w:w="70" w:type="dxa"/>
              <w:bottom w:w="60" w:type="dxa"/>
              <w:right w:w="70" w:type="dxa"/>
            </w:tcMar>
            <w:vAlign w:val="center"/>
          </w:tcPr>
          <w:p w14:paraId="3BF3DB16" w14:textId="77777777" w:rsidR="008E2B50" w:rsidRPr="00E81C1D" w:rsidRDefault="00000000">
            <w:pPr>
              <w:spacing w:after="0" w:line="240" w:lineRule="auto"/>
              <w:rPr>
                <w:noProof/>
                <w:lang w:val="ro-RO"/>
              </w:rPr>
            </w:pPr>
            <w:r w:rsidRPr="00E81C1D">
              <w:rPr>
                <w:rFonts w:eastAsia="Arial"/>
                <w:noProof/>
                <w:sz w:val="14"/>
                <w:lang w:val="ro-RO"/>
              </w:rPr>
              <w:t>Politica include comunicarea internă și externă relevantă și îmbunătățirea continuă.</w:t>
            </w:r>
          </w:p>
        </w:tc>
        <w:tc>
          <w:tcPr>
            <w:tcW w:w="5159" w:type="dxa"/>
            <w:shd w:val="clear" w:color="auto" w:fill="FAFAFA"/>
            <w:tcMar>
              <w:top w:w="60" w:type="dxa"/>
              <w:left w:w="70" w:type="dxa"/>
              <w:bottom w:w="60" w:type="dxa"/>
              <w:right w:w="70" w:type="dxa"/>
            </w:tcMar>
            <w:vAlign w:val="center"/>
          </w:tcPr>
          <w:p w14:paraId="1528A792" w14:textId="77777777" w:rsidR="008E2B50" w:rsidRPr="00E81C1D" w:rsidRDefault="00000000">
            <w:pPr>
              <w:spacing w:after="0" w:line="240" w:lineRule="auto"/>
              <w:rPr>
                <w:noProof/>
                <w:lang w:val="ro-RO"/>
              </w:rPr>
            </w:pPr>
            <w:r w:rsidRPr="00E81C1D">
              <w:rPr>
                <w:rFonts w:eastAsia="Arial"/>
                <w:noProof/>
                <w:sz w:val="14"/>
                <w:lang w:val="ro-RO"/>
              </w:rPr>
              <w:t>Angajamente operaționale verificabile.</w:t>
            </w:r>
          </w:p>
        </w:tc>
        <w:tc>
          <w:tcPr>
            <w:tcW w:w="1417" w:type="dxa"/>
            <w:shd w:val="clear" w:color="auto" w:fill="FAFAFA"/>
            <w:tcMar>
              <w:top w:w="60" w:type="dxa"/>
              <w:left w:w="70" w:type="dxa"/>
              <w:bottom w:w="60" w:type="dxa"/>
              <w:right w:w="70" w:type="dxa"/>
            </w:tcMar>
            <w:vAlign w:val="center"/>
          </w:tcPr>
          <w:p w14:paraId="53B157F1"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5879277"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D0AB7DF" w14:textId="77777777" w:rsidR="008E2B50" w:rsidRPr="00E81C1D" w:rsidRDefault="008E2B50">
            <w:pPr>
              <w:spacing w:after="0" w:line="240" w:lineRule="auto"/>
              <w:jc w:val="center"/>
              <w:rPr>
                <w:noProof/>
                <w:lang w:val="ro-RO"/>
              </w:rPr>
            </w:pPr>
          </w:p>
        </w:tc>
      </w:tr>
      <w:tr w:rsidR="008E2B50" w:rsidRPr="00E81C1D" w14:paraId="6D63FBFA" w14:textId="77777777">
        <w:trPr>
          <w:cantSplit/>
          <w:jc w:val="center"/>
        </w:trPr>
        <w:tc>
          <w:tcPr>
            <w:tcW w:w="793" w:type="dxa"/>
            <w:tcMar>
              <w:top w:w="60" w:type="dxa"/>
              <w:left w:w="70" w:type="dxa"/>
              <w:bottom w:w="60" w:type="dxa"/>
              <w:right w:w="70" w:type="dxa"/>
            </w:tcMar>
            <w:vAlign w:val="center"/>
          </w:tcPr>
          <w:p w14:paraId="47E987C2" w14:textId="77777777" w:rsidR="008E2B50" w:rsidRPr="00E81C1D" w:rsidRDefault="00000000">
            <w:pPr>
              <w:spacing w:after="0" w:line="240" w:lineRule="auto"/>
              <w:jc w:val="center"/>
              <w:rPr>
                <w:noProof/>
                <w:lang w:val="ro-RO"/>
              </w:rPr>
            </w:pPr>
            <w:r w:rsidRPr="00E81C1D">
              <w:rPr>
                <w:rFonts w:eastAsia="Arial"/>
                <w:b/>
                <w:noProof/>
                <w:sz w:val="14"/>
                <w:lang w:val="ro-RO"/>
              </w:rPr>
              <w:t>F2.7</w:t>
            </w:r>
          </w:p>
        </w:tc>
        <w:tc>
          <w:tcPr>
            <w:tcW w:w="4081" w:type="dxa"/>
            <w:tcMar>
              <w:top w:w="60" w:type="dxa"/>
              <w:left w:w="70" w:type="dxa"/>
              <w:bottom w:w="60" w:type="dxa"/>
              <w:right w:w="70" w:type="dxa"/>
            </w:tcMar>
            <w:vAlign w:val="center"/>
          </w:tcPr>
          <w:p w14:paraId="6509E5B5" w14:textId="77777777" w:rsidR="008E2B50" w:rsidRPr="00E81C1D" w:rsidRDefault="00000000">
            <w:pPr>
              <w:spacing w:after="0" w:line="240" w:lineRule="auto"/>
              <w:rPr>
                <w:noProof/>
                <w:lang w:val="ro-RO"/>
              </w:rPr>
            </w:pPr>
            <w:r w:rsidRPr="00E81C1D">
              <w:rPr>
                <w:rFonts w:eastAsia="Arial"/>
                <w:noProof/>
                <w:sz w:val="14"/>
                <w:lang w:val="ro-RO"/>
              </w:rPr>
              <w:t>Politica oferă cadrul pentru obiective și este comunicată, înțeleasă și disponibilă.</w:t>
            </w:r>
          </w:p>
        </w:tc>
        <w:tc>
          <w:tcPr>
            <w:tcW w:w="5159" w:type="dxa"/>
            <w:tcMar>
              <w:top w:w="60" w:type="dxa"/>
              <w:left w:w="70" w:type="dxa"/>
              <w:bottom w:w="60" w:type="dxa"/>
              <w:right w:w="70" w:type="dxa"/>
            </w:tcMar>
            <w:vAlign w:val="center"/>
          </w:tcPr>
          <w:p w14:paraId="47BE2E7D" w14:textId="77777777" w:rsidR="008E2B50" w:rsidRPr="00E81C1D" w:rsidRDefault="00000000">
            <w:pPr>
              <w:spacing w:after="0" w:line="240" w:lineRule="auto"/>
              <w:rPr>
                <w:noProof/>
                <w:lang w:val="ro-RO"/>
              </w:rPr>
            </w:pPr>
            <w:r w:rsidRPr="00E81C1D">
              <w:rPr>
                <w:rFonts w:eastAsia="Arial"/>
                <w:noProof/>
                <w:sz w:val="14"/>
                <w:lang w:val="ro-RO"/>
              </w:rPr>
              <w:t>Interviuri, instruiri, onboarding și comunicare externă adecvată.</w:t>
            </w:r>
          </w:p>
        </w:tc>
        <w:tc>
          <w:tcPr>
            <w:tcW w:w="1417" w:type="dxa"/>
            <w:tcMar>
              <w:top w:w="60" w:type="dxa"/>
              <w:left w:w="70" w:type="dxa"/>
              <w:bottom w:w="60" w:type="dxa"/>
              <w:right w:w="70" w:type="dxa"/>
            </w:tcMar>
            <w:vAlign w:val="center"/>
          </w:tcPr>
          <w:p w14:paraId="660A542A"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54BB888"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4F31B1D" w14:textId="77777777" w:rsidR="008E2B50" w:rsidRPr="00E81C1D" w:rsidRDefault="008E2B50">
            <w:pPr>
              <w:spacing w:after="0" w:line="240" w:lineRule="auto"/>
              <w:jc w:val="center"/>
              <w:rPr>
                <w:noProof/>
                <w:lang w:val="ro-RO"/>
              </w:rPr>
            </w:pPr>
          </w:p>
        </w:tc>
      </w:tr>
      <w:tr w:rsidR="008E2B50" w:rsidRPr="00E81C1D" w14:paraId="3A8D6E09" w14:textId="77777777">
        <w:trPr>
          <w:cantSplit/>
          <w:jc w:val="center"/>
        </w:trPr>
        <w:tc>
          <w:tcPr>
            <w:tcW w:w="793" w:type="dxa"/>
            <w:shd w:val="clear" w:color="auto" w:fill="FAFAFA"/>
            <w:tcMar>
              <w:top w:w="60" w:type="dxa"/>
              <w:left w:w="70" w:type="dxa"/>
              <w:bottom w:w="60" w:type="dxa"/>
              <w:right w:w="70" w:type="dxa"/>
            </w:tcMar>
            <w:vAlign w:val="center"/>
          </w:tcPr>
          <w:p w14:paraId="2FC69ADC" w14:textId="77777777" w:rsidR="008E2B50" w:rsidRPr="00E81C1D" w:rsidRDefault="00000000">
            <w:pPr>
              <w:spacing w:after="0" w:line="240" w:lineRule="auto"/>
              <w:jc w:val="center"/>
              <w:rPr>
                <w:noProof/>
                <w:lang w:val="ro-RO"/>
              </w:rPr>
            </w:pPr>
            <w:r w:rsidRPr="00E81C1D">
              <w:rPr>
                <w:rFonts w:eastAsia="Arial"/>
                <w:b/>
                <w:noProof/>
                <w:sz w:val="14"/>
                <w:lang w:val="ro-RO"/>
              </w:rPr>
              <w:t>F2.8</w:t>
            </w:r>
          </w:p>
        </w:tc>
        <w:tc>
          <w:tcPr>
            <w:tcW w:w="4081" w:type="dxa"/>
            <w:shd w:val="clear" w:color="auto" w:fill="FAFAFA"/>
            <w:tcMar>
              <w:top w:w="60" w:type="dxa"/>
              <w:left w:w="70" w:type="dxa"/>
              <w:bottom w:w="60" w:type="dxa"/>
              <w:right w:w="70" w:type="dxa"/>
            </w:tcMar>
            <w:vAlign w:val="center"/>
          </w:tcPr>
          <w:p w14:paraId="712FB945" w14:textId="77777777" w:rsidR="008E2B50" w:rsidRPr="00E81C1D" w:rsidRDefault="00000000">
            <w:pPr>
              <w:spacing w:after="0" w:line="240" w:lineRule="auto"/>
              <w:rPr>
                <w:noProof/>
                <w:lang w:val="ro-RO"/>
              </w:rPr>
            </w:pPr>
            <w:r w:rsidRPr="00E81C1D">
              <w:rPr>
                <w:rFonts w:eastAsia="Arial"/>
                <w:noProof/>
                <w:sz w:val="14"/>
                <w:lang w:val="ro-RO"/>
              </w:rPr>
              <w:t>Rolurile, responsabilitățile și autoritățile sunt atribuite și comunicate.</w:t>
            </w:r>
          </w:p>
        </w:tc>
        <w:tc>
          <w:tcPr>
            <w:tcW w:w="5159" w:type="dxa"/>
            <w:shd w:val="clear" w:color="auto" w:fill="FAFAFA"/>
            <w:tcMar>
              <w:top w:w="60" w:type="dxa"/>
              <w:left w:w="70" w:type="dxa"/>
              <w:bottom w:w="60" w:type="dxa"/>
              <w:right w:w="70" w:type="dxa"/>
            </w:tcMar>
            <w:vAlign w:val="center"/>
          </w:tcPr>
          <w:p w14:paraId="4EE3739E" w14:textId="77777777" w:rsidR="008E2B50" w:rsidRPr="00E81C1D" w:rsidRDefault="00000000">
            <w:pPr>
              <w:spacing w:after="0" w:line="240" w:lineRule="auto"/>
              <w:rPr>
                <w:noProof/>
                <w:lang w:val="ro-RO"/>
              </w:rPr>
            </w:pPr>
            <w:r w:rsidRPr="00E81C1D">
              <w:rPr>
                <w:rFonts w:eastAsia="Arial"/>
                <w:noProof/>
                <w:sz w:val="14"/>
                <w:lang w:val="ro-RO"/>
              </w:rPr>
              <w:t>Organigramă, fișe de rol, înlocuitori și escaladare.</w:t>
            </w:r>
          </w:p>
        </w:tc>
        <w:tc>
          <w:tcPr>
            <w:tcW w:w="1417" w:type="dxa"/>
            <w:shd w:val="clear" w:color="auto" w:fill="FAFAFA"/>
            <w:tcMar>
              <w:top w:w="60" w:type="dxa"/>
              <w:left w:w="70" w:type="dxa"/>
              <w:bottom w:w="60" w:type="dxa"/>
              <w:right w:w="70" w:type="dxa"/>
            </w:tcMar>
            <w:vAlign w:val="center"/>
          </w:tcPr>
          <w:p w14:paraId="06D74F71"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D0F49C4"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E8DA205" w14:textId="77777777" w:rsidR="008E2B50" w:rsidRPr="00E81C1D" w:rsidRDefault="008E2B50">
            <w:pPr>
              <w:spacing w:after="0" w:line="240" w:lineRule="auto"/>
              <w:jc w:val="center"/>
              <w:rPr>
                <w:noProof/>
                <w:lang w:val="ro-RO"/>
              </w:rPr>
            </w:pPr>
          </w:p>
        </w:tc>
      </w:tr>
      <w:tr w:rsidR="008E2B50" w:rsidRPr="00E81C1D" w14:paraId="74B92239" w14:textId="77777777">
        <w:trPr>
          <w:cantSplit/>
          <w:jc w:val="center"/>
        </w:trPr>
        <w:tc>
          <w:tcPr>
            <w:tcW w:w="793" w:type="dxa"/>
            <w:tcMar>
              <w:top w:w="60" w:type="dxa"/>
              <w:left w:w="70" w:type="dxa"/>
              <w:bottom w:w="60" w:type="dxa"/>
              <w:right w:w="70" w:type="dxa"/>
            </w:tcMar>
            <w:vAlign w:val="center"/>
          </w:tcPr>
          <w:p w14:paraId="5EC32F67" w14:textId="77777777" w:rsidR="008E2B50" w:rsidRPr="00E81C1D" w:rsidRDefault="00000000">
            <w:pPr>
              <w:spacing w:after="0" w:line="240" w:lineRule="auto"/>
              <w:jc w:val="center"/>
              <w:rPr>
                <w:noProof/>
                <w:lang w:val="ro-RO"/>
              </w:rPr>
            </w:pPr>
            <w:r w:rsidRPr="00E81C1D">
              <w:rPr>
                <w:rFonts w:eastAsia="Arial"/>
                <w:b/>
                <w:noProof/>
                <w:sz w:val="14"/>
                <w:lang w:val="ro-RO"/>
              </w:rPr>
              <w:t>F2.9</w:t>
            </w:r>
          </w:p>
        </w:tc>
        <w:tc>
          <w:tcPr>
            <w:tcW w:w="4081" w:type="dxa"/>
            <w:tcMar>
              <w:top w:w="60" w:type="dxa"/>
              <w:left w:w="70" w:type="dxa"/>
              <w:bottom w:w="60" w:type="dxa"/>
              <w:right w:w="70" w:type="dxa"/>
            </w:tcMar>
            <w:vAlign w:val="center"/>
          </w:tcPr>
          <w:p w14:paraId="00FE5DFC" w14:textId="77777777" w:rsidR="008E2B50" w:rsidRPr="00E81C1D" w:rsidRDefault="00000000">
            <w:pPr>
              <w:spacing w:after="0" w:line="240" w:lineRule="auto"/>
              <w:rPr>
                <w:noProof/>
                <w:lang w:val="ro-RO"/>
              </w:rPr>
            </w:pPr>
            <w:r w:rsidRPr="00E81C1D">
              <w:rPr>
                <w:rFonts w:eastAsia="Arial"/>
                <w:noProof/>
                <w:sz w:val="14"/>
                <w:lang w:val="ro-RO"/>
              </w:rPr>
              <w:t>Liderul echipei pentru siguranța alimentelor are autoritatea și competența necesare.</w:t>
            </w:r>
          </w:p>
        </w:tc>
        <w:tc>
          <w:tcPr>
            <w:tcW w:w="5159" w:type="dxa"/>
            <w:tcMar>
              <w:top w:w="60" w:type="dxa"/>
              <w:left w:w="70" w:type="dxa"/>
              <w:bottom w:w="60" w:type="dxa"/>
              <w:right w:w="70" w:type="dxa"/>
            </w:tcMar>
            <w:vAlign w:val="center"/>
          </w:tcPr>
          <w:p w14:paraId="39683EAD" w14:textId="77777777" w:rsidR="008E2B50" w:rsidRPr="00E81C1D" w:rsidRDefault="00000000">
            <w:pPr>
              <w:spacing w:after="0" w:line="240" w:lineRule="auto"/>
              <w:rPr>
                <w:noProof/>
                <w:lang w:val="ro-RO"/>
              </w:rPr>
            </w:pPr>
            <w:r w:rsidRPr="00E81C1D">
              <w:rPr>
                <w:rFonts w:eastAsia="Arial"/>
                <w:noProof/>
                <w:sz w:val="14"/>
                <w:lang w:val="ro-RO"/>
              </w:rPr>
              <w:t>Coordonarea echipei, instruire, raportarea performanței și actualizarea sistemului.</w:t>
            </w:r>
          </w:p>
        </w:tc>
        <w:tc>
          <w:tcPr>
            <w:tcW w:w="1417" w:type="dxa"/>
            <w:tcMar>
              <w:top w:w="60" w:type="dxa"/>
              <w:left w:w="70" w:type="dxa"/>
              <w:bottom w:w="60" w:type="dxa"/>
              <w:right w:w="70" w:type="dxa"/>
            </w:tcMar>
            <w:vAlign w:val="center"/>
          </w:tcPr>
          <w:p w14:paraId="6F393A2E"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179D90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A875448" w14:textId="77777777" w:rsidR="008E2B50" w:rsidRPr="00E81C1D" w:rsidRDefault="008E2B50">
            <w:pPr>
              <w:spacing w:after="0" w:line="240" w:lineRule="auto"/>
              <w:jc w:val="center"/>
              <w:rPr>
                <w:noProof/>
                <w:lang w:val="ro-RO"/>
              </w:rPr>
            </w:pPr>
          </w:p>
        </w:tc>
      </w:tr>
      <w:tr w:rsidR="008E2B50" w:rsidRPr="00E81C1D" w14:paraId="7A15580E" w14:textId="77777777">
        <w:trPr>
          <w:cantSplit/>
          <w:jc w:val="center"/>
        </w:trPr>
        <w:tc>
          <w:tcPr>
            <w:tcW w:w="793" w:type="dxa"/>
            <w:shd w:val="clear" w:color="auto" w:fill="FAFAFA"/>
            <w:tcMar>
              <w:top w:w="60" w:type="dxa"/>
              <w:left w:w="70" w:type="dxa"/>
              <w:bottom w:w="60" w:type="dxa"/>
              <w:right w:w="70" w:type="dxa"/>
            </w:tcMar>
            <w:vAlign w:val="center"/>
          </w:tcPr>
          <w:p w14:paraId="7D62E8BA" w14:textId="77777777" w:rsidR="008E2B50" w:rsidRPr="00E81C1D" w:rsidRDefault="00000000">
            <w:pPr>
              <w:spacing w:after="0" w:line="240" w:lineRule="auto"/>
              <w:jc w:val="center"/>
              <w:rPr>
                <w:noProof/>
                <w:lang w:val="ro-RO"/>
              </w:rPr>
            </w:pPr>
            <w:r w:rsidRPr="00E81C1D">
              <w:rPr>
                <w:rFonts w:eastAsia="Arial"/>
                <w:b/>
                <w:noProof/>
                <w:sz w:val="14"/>
                <w:lang w:val="ro-RO"/>
              </w:rPr>
              <w:t>F2.10</w:t>
            </w:r>
          </w:p>
        </w:tc>
        <w:tc>
          <w:tcPr>
            <w:tcW w:w="4081" w:type="dxa"/>
            <w:shd w:val="clear" w:color="auto" w:fill="FAFAFA"/>
            <w:tcMar>
              <w:top w:w="60" w:type="dxa"/>
              <w:left w:w="70" w:type="dxa"/>
              <w:bottom w:w="60" w:type="dxa"/>
              <w:right w:w="70" w:type="dxa"/>
            </w:tcMar>
            <w:vAlign w:val="center"/>
          </w:tcPr>
          <w:p w14:paraId="568729DF" w14:textId="77777777" w:rsidR="008E2B50" w:rsidRPr="00E81C1D" w:rsidRDefault="00000000">
            <w:pPr>
              <w:spacing w:after="0" w:line="240" w:lineRule="auto"/>
              <w:rPr>
                <w:noProof/>
                <w:lang w:val="ro-RO"/>
              </w:rPr>
            </w:pPr>
            <w:r w:rsidRPr="00E81C1D">
              <w:rPr>
                <w:rFonts w:eastAsia="Arial"/>
                <w:noProof/>
                <w:sz w:val="14"/>
                <w:lang w:val="ro-RO"/>
              </w:rPr>
              <w:t>Personalul are responsabilitatea și autoritatea de a raporta probleme și de a iniția acțiuni.</w:t>
            </w:r>
          </w:p>
        </w:tc>
        <w:tc>
          <w:tcPr>
            <w:tcW w:w="5159" w:type="dxa"/>
            <w:shd w:val="clear" w:color="auto" w:fill="FAFAFA"/>
            <w:tcMar>
              <w:top w:w="60" w:type="dxa"/>
              <w:left w:w="70" w:type="dxa"/>
              <w:bottom w:w="60" w:type="dxa"/>
              <w:right w:w="70" w:type="dxa"/>
            </w:tcMar>
            <w:vAlign w:val="center"/>
          </w:tcPr>
          <w:p w14:paraId="1A5E250F" w14:textId="77777777" w:rsidR="008E2B50" w:rsidRPr="00E81C1D" w:rsidRDefault="00000000">
            <w:pPr>
              <w:spacing w:after="0" w:line="240" w:lineRule="auto"/>
              <w:rPr>
                <w:noProof/>
                <w:lang w:val="ro-RO"/>
              </w:rPr>
            </w:pPr>
            <w:r w:rsidRPr="00E81C1D">
              <w:rPr>
                <w:rFonts w:eastAsia="Arial"/>
                <w:noProof/>
                <w:sz w:val="14"/>
                <w:lang w:val="ro-RO"/>
              </w:rPr>
              <w:t>Canale fără represalii, oprirea procesului și izolarea produsului când este necesar.</w:t>
            </w:r>
          </w:p>
        </w:tc>
        <w:tc>
          <w:tcPr>
            <w:tcW w:w="1417" w:type="dxa"/>
            <w:shd w:val="clear" w:color="auto" w:fill="FAFAFA"/>
            <w:tcMar>
              <w:top w:w="60" w:type="dxa"/>
              <w:left w:w="70" w:type="dxa"/>
              <w:bottom w:w="60" w:type="dxa"/>
              <w:right w:w="70" w:type="dxa"/>
            </w:tcMar>
            <w:vAlign w:val="center"/>
          </w:tcPr>
          <w:p w14:paraId="28C06A25"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8B4E208"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E504FE1" w14:textId="77777777" w:rsidR="008E2B50" w:rsidRPr="00E81C1D" w:rsidRDefault="008E2B50">
            <w:pPr>
              <w:spacing w:after="0" w:line="240" w:lineRule="auto"/>
              <w:jc w:val="center"/>
              <w:rPr>
                <w:noProof/>
                <w:lang w:val="ro-RO"/>
              </w:rPr>
            </w:pPr>
          </w:p>
        </w:tc>
      </w:tr>
      <w:tr w:rsidR="008E2B50" w:rsidRPr="00E81C1D" w14:paraId="3F293FC6" w14:textId="77777777">
        <w:trPr>
          <w:cantSplit/>
          <w:jc w:val="center"/>
        </w:trPr>
        <w:tc>
          <w:tcPr>
            <w:tcW w:w="793" w:type="dxa"/>
            <w:tcMar>
              <w:top w:w="60" w:type="dxa"/>
              <w:left w:w="70" w:type="dxa"/>
              <w:bottom w:w="60" w:type="dxa"/>
              <w:right w:w="70" w:type="dxa"/>
            </w:tcMar>
            <w:vAlign w:val="center"/>
          </w:tcPr>
          <w:p w14:paraId="1FE011D1" w14:textId="77777777" w:rsidR="008E2B50" w:rsidRPr="00E81C1D" w:rsidRDefault="00000000">
            <w:pPr>
              <w:spacing w:after="0" w:line="240" w:lineRule="auto"/>
              <w:jc w:val="center"/>
              <w:rPr>
                <w:noProof/>
                <w:lang w:val="ro-RO"/>
              </w:rPr>
            </w:pPr>
            <w:r w:rsidRPr="00E81C1D">
              <w:rPr>
                <w:rFonts w:eastAsia="Arial"/>
                <w:b/>
                <w:noProof/>
                <w:sz w:val="14"/>
                <w:lang w:val="ro-RO"/>
              </w:rPr>
              <w:t>F2.11</w:t>
            </w:r>
          </w:p>
        </w:tc>
        <w:tc>
          <w:tcPr>
            <w:tcW w:w="4081" w:type="dxa"/>
            <w:tcMar>
              <w:top w:w="60" w:type="dxa"/>
              <w:left w:w="70" w:type="dxa"/>
              <w:bottom w:w="60" w:type="dxa"/>
              <w:right w:w="70" w:type="dxa"/>
            </w:tcMar>
            <w:vAlign w:val="center"/>
          </w:tcPr>
          <w:p w14:paraId="721834CC" w14:textId="77777777" w:rsidR="008E2B50" w:rsidRPr="00E81C1D" w:rsidRDefault="00000000">
            <w:pPr>
              <w:spacing w:after="0" w:line="240" w:lineRule="auto"/>
              <w:rPr>
                <w:noProof/>
                <w:lang w:val="ro-RO"/>
              </w:rPr>
            </w:pPr>
            <w:r w:rsidRPr="00E81C1D">
              <w:rPr>
                <w:rFonts w:eastAsia="Arial"/>
                <w:noProof/>
                <w:sz w:val="14"/>
                <w:lang w:val="ro-RO"/>
              </w:rPr>
              <w:t>Conducerea susține o cultură în care problemele sunt raportate și analizate, nu ascunse.</w:t>
            </w:r>
          </w:p>
        </w:tc>
        <w:tc>
          <w:tcPr>
            <w:tcW w:w="5159" w:type="dxa"/>
            <w:tcMar>
              <w:top w:w="60" w:type="dxa"/>
              <w:left w:w="70" w:type="dxa"/>
              <w:bottom w:w="60" w:type="dxa"/>
              <w:right w:w="70" w:type="dxa"/>
            </w:tcMar>
            <w:vAlign w:val="center"/>
          </w:tcPr>
          <w:p w14:paraId="25AE66F4" w14:textId="77777777" w:rsidR="008E2B50" w:rsidRPr="00E81C1D" w:rsidRDefault="00000000">
            <w:pPr>
              <w:spacing w:after="0" w:line="240" w:lineRule="auto"/>
              <w:rPr>
                <w:noProof/>
                <w:lang w:val="ro-RO"/>
              </w:rPr>
            </w:pPr>
            <w:r w:rsidRPr="00E81C1D">
              <w:rPr>
                <w:rFonts w:eastAsia="Arial"/>
                <w:noProof/>
                <w:sz w:val="14"/>
                <w:lang w:val="ro-RO"/>
              </w:rPr>
              <w:t>Mesaje, răspuns la raportări, recunoaștere și lecții învățate.</w:t>
            </w:r>
          </w:p>
        </w:tc>
        <w:tc>
          <w:tcPr>
            <w:tcW w:w="1417" w:type="dxa"/>
            <w:tcMar>
              <w:top w:w="60" w:type="dxa"/>
              <w:left w:w="70" w:type="dxa"/>
              <w:bottom w:w="60" w:type="dxa"/>
              <w:right w:w="70" w:type="dxa"/>
            </w:tcMar>
            <w:vAlign w:val="center"/>
          </w:tcPr>
          <w:p w14:paraId="2EB06766"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07B75D8"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5B64A560" w14:textId="77777777" w:rsidR="008E2B50" w:rsidRPr="00E81C1D" w:rsidRDefault="008E2B50">
            <w:pPr>
              <w:spacing w:after="0" w:line="240" w:lineRule="auto"/>
              <w:jc w:val="center"/>
              <w:rPr>
                <w:noProof/>
                <w:lang w:val="ro-RO"/>
              </w:rPr>
            </w:pPr>
          </w:p>
        </w:tc>
      </w:tr>
      <w:tr w:rsidR="008E2B50" w:rsidRPr="00E81C1D" w14:paraId="11AE30E3" w14:textId="77777777">
        <w:trPr>
          <w:cantSplit/>
          <w:jc w:val="center"/>
        </w:trPr>
        <w:tc>
          <w:tcPr>
            <w:tcW w:w="793" w:type="dxa"/>
            <w:shd w:val="clear" w:color="auto" w:fill="FAFAFA"/>
            <w:tcMar>
              <w:top w:w="60" w:type="dxa"/>
              <w:left w:w="70" w:type="dxa"/>
              <w:bottom w:w="60" w:type="dxa"/>
              <w:right w:w="70" w:type="dxa"/>
            </w:tcMar>
            <w:vAlign w:val="center"/>
          </w:tcPr>
          <w:p w14:paraId="2C8057FC" w14:textId="77777777" w:rsidR="008E2B50" w:rsidRPr="00E81C1D" w:rsidRDefault="00000000">
            <w:pPr>
              <w:spacing w:after="0" w:line="240" w:lineRule="auto"/>
              <w:jc w:val="center"/>
              <w:rPr>
                <w:noProof/>
                <w:lang w:val="ro-RO"/>
              </w:rPr>
            </w:pPr>
            <w:r w:rsidRPr="00E81C1D">
              <w:rPr>
                <w:rFonts w:eastAsia="Arial"/>
                <w:b/>
                <w:noProof/>
                <w:sz w:val="14"/>
                <w:lang w:val="ro-RO"/>
              </w:rPr>
              <w:t>F2.12</w:t>
            </w:r>
          </w:p>
        </w:tc>
        <w:tc>
          <w:tcPr>
            <w:tcW w:w="4081" w:type="dxa"/>
            <w:shd w:val="clear" w:color="auto" w:fill="FAFAFA"/>
            <w:tcMar>
              <w:top w:w="60" w:type="dxa"/>
              <w:left w:w="70" w:type="dxa"/>
              <w:bottom w:w="60" w:type="dxa"/>
              <w:right w:w="70" w:type="dxa"/>
            </w:tcMar>
            <w:vAlign w:val="center"/>
          </w:tcPr>
          <w:p w14:paraId="52BC3C35" w14:textId="77777777" w:rsidR="008E2B50" w:rsidRPr="00E81C1D" w:rsidRDefault="00000000">
            <w:pPr>
              <w:spacing w:after="0" w:line="240" w:lineRule="auto"/>
              <w:rPr>
                <w:noProof/>
                <w:lang w:val="ro-RO"/>
              </w:rPr>
            </w:pPr>
            <w:r w:rsidRPr="00E81C1D">
              <w:rPr>
                <w:rFonts w:eastAsia="Arial"/>
                <w:noProof/>
                <w:sz w:val="14"/>
                <w:lang w:val="ro-RO"/>
              </w:rPr>
              <w:t>Este asigurată continuitatea rolurilor critice.</w:t>
            </w:r>
          </w:p>
        </w:tc>
        <w:tc>
          <w:tcPr>
            <w:tcW w:w="5159" w:type="dxa"/>
            <w:shd w:val="clear" w:color="auto" w:fill="FAFAFA"/>
            <w:tcMar>
              <w:top w:w="60" w:type="dxa"/>
              <w:left w:w="70" w:type="dxa"/>
              <w:bottom w:w="60" w:type="dxa"/>
              <w:right w:w="70" w:type="dxa"/>
            </w:tcMar>
            <w:vAlign w:val="center"/>
          </w:tcPr>
          <w:p w14:paraId="1A5E990B" w14:textId="77777777" w:rsidR="008E2B50" w:rsidRPr="00E81C1D" w:rsidRDefault="00000000">
            <w:pPr>
              <w:spacing w:after="0" w:line="240" w:lineRule="auto"/>
              <w:rPr>
                <w:noProof/>
                <w:lang w:val="ro-RO"/>
              </w:rPr>
            </w:pPr>
            <w:r w:rsidRPr="00E81C1D">
              <w:rPr>
                <w:rFonts w:eastAsia="Arial"/>
                <w:noProof/>
                <w:sz w:val="14"/>
                <w:lang w:val="ro-RO"/>
              </w:rPr>
              <w:t>Înlocuitori competenți pentru echipă, monitorizare, eliberare, urgențe și retragere.</w:t>
            </w:r>
          </w:p>
        </w:tc>
        <w:tc>
          <w:tcPr>
            <w:tcW w:w="1417" w:type="dxa"/>
            <w:shd w:val="clear" w:color="auto" w:fill="FAFAFA"/>
            <w:tcMar>
              <w:top w:w="60" w:type="dxa"/>
              <w:left w:w="70" w:type="dxa"/>
              <w:bottom w:w="60" w:type="dxa"/>
              <w:right w:w="70" w:type="dxa"/>
            </w:tcMar>
            <w:vAlign w:val="center"/>
          </w:tcPr>
          <w:p w14:paraId="3A220207"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5B4A7E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E991457" w14:textId="77777777" w:rsidR="008E2B50" w:rsidRPr="00E81C1D" w:rsidRDefault="008E2B50">
            <w:pPr>
              <w:spacing w:after="0" w:line="240" w:lineRule="auto"/>
              <w:jc w:val="center"/>
              <w:rPr>
                <w:noProof/>
                <w:lang w:val="ro-RO"/>
              </w:rPr>
            </w:pPr>
          </w:p>
        </w:tc>
      </w:tr>
    </w:tbl>
    <w:p w14:paraId="629641CA"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966CD9B"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505215D7" w14:textId="77777777">
        <w:trPr>
          <w:cantSplit/>
          <w:jc w:val="center"/>
        </w:trPr>
        <w:tc>
          <w:tcPr>
            <w:tcW w:w="1020" w:type="dxa"/>
            <w:shd w:val="clear" w:color="auto" w:fill="D71920"/>
            <w:tcMar>
              <w:top w:w="60" w:type="dxa"/>
              <w:left w:w="70" w:type="dxa"/>
              <w:bottom w:w="60" w:type="dxa"/>
              <w:right w:w="70" w:type="dxa"/>
            </w:tcMar>
            <w:vAlign w:val="center"/>
          </w:tcPr>
          <w:p w14:paraId="37EA8A60"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3</w:t>
            </w:r>
          </w:p>
        </w:tc>
        <w:tc>
          <w:tcPr>
            <w:tcW w:w="12585" w:type="dxa"/>
            <w:shd w:val="clear" w:color="auto" w:fill="F3F4F5"/>
          </w:tcPr>
          <w:p w14:paraId="3BCB6143" w14:textId="77777777" w:rsidR="008E2B50" w:rsidRPr="00E81C1D" w:rsidRDefault="00000000">
            <w:pPr>
              <w:spacing w:after="20"/>
              <w:rPr>
                <w:noProof/>
                <w:lang w:val="ro-RO"/>
              </w:rPr>
            </w:pPr>
            <w:r w:rsidRPr="00E81C1D">
              <w:rPr>
                <w:rFonts w:eastAsia="Arial"/>
                <w:b/>
                <w:noProof/>
                <w:sz w:val="27"/>
                <w:lang w:val="ro-RO"/>
              </w:rPr>
              <w:t>Planificare: riscuri, oportunități, obiective și schimbări</w:t>
            </w:r>
          </w:p>
          <w:p w14:paraId="045F1FC2"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clauza 6  |  Obiectiv: planificarea acțiunilor care protejează rezultatele sistemului și transformă prioritățile în rezultate măsurabile</w:t>
            </w:r>
          </w:p>
        </w:tc>
      </w:tr>
    </w:tbl>
    <w:p w14:paraId="781CB411"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14B4DB13" w14:textId="77777777">
        <w:trPr>
          <w:cantSplit/>
          <w:jc w:val="center"/>
        </w:trPr>
        <w:tc>
          <w:tcPr>
            <w:tcW w:w="566" w:type="dxa"/>
            <w:shd w:val="clear" w:color="auto" w:fill="D71920"/>
            <w:tcMar>
              <w:top w:w="60" w:type="dxa"/>
              <w:left w:w="70" w:type="dxa"/>
              <w:bottom w:w="60" w:type="dxa"/>
              <w:right w:w="70" w:type="dxa"/>
            </w:tcMar>
            <w:vAlign w:val="center"/>
          </w:tcPr>
          <w:p w14:paraId="0034DDA6"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0727EB52"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217B5D3E" w14:textId="77777777" w:rsidR="008E2B50" w:rsidRPr="00E81C1D" w:rsidRDefault="00000000">
            <w:pPr>
              <w:spacing w:after="0" w:line="252" w:lineRule="auto"/>
              <w:rPr>
                <w:noProof/>
                <w:lang w:val="ro-RO"/>
              </w:rPr>
            </w:pPr>
            <w:r w:rsidRPr="00E81C1D">
              <w:rPr>
                <w:rFonts w:eastAsia="Arial"/>
                <w:noProof/>
                <w:sz w:val="16"/>
                <w:lang w:val="ro-RO"/>
              </w:rPr>
              <w:t>Nu amestecați registrul de riscuri organizaționale cu analiza HACCP. Primul protejează capacitatea sistemului; al doilea stabilește controlul pericolelor asociate produsului și procesului.</w:t>
            </w:r>
          </w:p>
        </w:tc>
      </w:tr>
    </w:tbl>
    <w:p w14:paraId="79451E09"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2D0ECEF5" w14:textId="77777777">
        <w:trPr>
          <w:cantSplit/>
          <w:tblHeader/>
          <w:jc w:val="center"/>
        </w:trPr>
        <w:tc>
          <w:tcPr>
            <w:tcW w:w="793" w:type="dxa"/>
            <w:shd w:val="clear" w:color="auto" w:fill="D71920"/>
            <w:tcMar>
              <w:top w:w="60" w:type="dxa"/>
              <w:left w:w="70" w:type="dxa"/>
              <w:bottom w:w="60" w:type="dxa"/>
              <w:right w:w="70" w:type="dxa"/>
            </w:tcMar>
            <w:vAlign w:val="center"/>
          </w:tcPr>
          <w:p w14:paraId="6B9E355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2F70583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03F41BB5"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46D7A24E"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597A62FA"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4733E617"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414E2F0B" w14:textId="77777777">
        <w:trPr>
          <w:cantSplit/>
          <w:jc w:val="center"/>
        </w:trPr>
        <w:tc>
          <w:tcPr>
            <w:tcW w:w="793" w:type="dxa"/>
            <w:tcMar>
              <w:top w:w="60" w:type="dxa"/>
              <w:left w:w="70" w:type="dxa"/>
              <w:bottom w:w="60" w:type="dxa"/>
              <w:right w:w="70" w:type="dxa"/>
            </w:tcMar>
            <w:vAlign w:val="center"/>
          </w:tcPr>
          <w:p w14:paraId="2C26553C" w14:textId="77777777" w:rsidR="008E2B50" w:rsidRPr="00E81C1D" w:rsidRDefault="00000000">
            <w:pPr>
              <w:spacing w:after="0" w:line="240" w:lineRule="auto"/>
              <w:jc w:val="center"/>
              <w:rPr>
                <w:noProof/>
                <w:lang w:val="ro-RO"/>
              </w:rPr>
            </w:pPr>
            <w:r w:rsidRPr="00E81C1D">
              <w:rPr>
                <w:rFonts w:eastAsia="Arial"/>
                <w:b/>
                <w:noProof/>
                <w:sz w:val="14"/>
                <w:lang w:val="ro-RO"/>
              </w:rPr>
              <w:t>F3.1</w:t>
            </w:r>
          </w:p>
        </w:tc>
        <w:tc>
          <w:tcPr>
            <w:tcW w:w="4081" w:type="dxa"/>
            <w:tcMar>
              <w:top w:w="60" w:type="dxa"/>
              <w:left w:w="70" w:type="dxa"/>
              <w:bottom w:w="60" w:type="dxa"/>
              <w:right w:w="70" w:type="dxa"/>
            </w:tcMar>
            <w:vAlign w:val="center"/>
          </w:tcPr>
          <w:p w14:paraId="55A0BC88" w14:textId="77777777" w:rsidR="008E2B50" w:rsidRPr="00E81C1D" w:rsidRDefault="00000000">
            <w:pPr>
              <w:spacing w:after="0" w:line="240" w:lineRule="auto"/>
              <w:rPr>
                <w:noProof/>
                <w:lang w:val="ro-RO"/>
              </w:rPr>
            </w:pPr>
            <w:r w:rsidRPr="00E81C1D">
              <w:rPr>
                <w:rFonts w:eastAsia="Arial"/>
                <w:noProof/>
                <w:sz w:val="14"/>
                <w:lang w:val="ro-RO"/>
              </w:rPr>
              <w:t>Sunt determinate riscurile și oportunitățile sistemului, pornind de la context și cerințe.</w:t>
            </w:r>
          </w:p>
        </w:tc>
        <w:tc>
          <w:tcPr>
            <w:tcW w:w="5159" w:type="dxa"/>
            <w:tcMar>
              <w:top w:w="60" w:type="dxa"/>
              <w:left w:w="70" w:type="dxa"/>
              <w:bottom w:w="60" w:type="dxa"/>
              <w:right w:w="70" w:type="dxa"/>
            </w:tcMar>
            <w:vAlign w:val="center"/>
          </w:tcPr>
          <w:p w14:paraId="126D902A" w14:textId="77777777" w:rsidR="008E2B50" w:rsidRPr="00E81C1D" w:rsidRDefault="00000000">
            <w:pPr>
              <w:spacing w:after="0" w:line="240" w:lineRule="auto"/>
              <w:rPr>
                <w:noProof/>
                <w:lang w:val="ro-RO"/>
              </w:rPr>
            </w:pPr>
            <w:r w:rsidRPr="00E81C1D">
              <w:rPr>
                <w:rFonts w:eastAsia="Arial"/>
                <w:noProof/>
                <w:sz w:val="14"/>
                <w:lang w:val="ro-RO"/>
              </w:rPr>
              <w:t>Registru la nivel de sistem, separat de analiza pericolelor pentru produs.</w:t>
            </w:r>
          </w:p>
        </w:tc>
        <w:tc>
          <w:tcPr>
            <w:tcW w:w="1417" w:type="dxa"/>
            <w:tcMar>
              <w:top w:w="60" w:type="dxa"/>
              <w:left w:w="70" w:type="dxa"/>
              <w:bottom w:w="60" w:type="dxa"/>
              <w:right w:w="70" w:type="dxa"/>
            </w:tcMar>
            <w:vAlign w:val="center"/>
          </w:tcPr>
          <w:p w14:paraId="10405E2C"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069795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9605FF6" w14:textId="77777777" w:rsidR="008E2B50" w:rsidRPr="00E81C1D" w:rsidRDefault="008E2B50">
            <w:pPr>
              <w:spacing w:after="0" w:line="240" w:lineRule="auto"/>
              <w:jc w:val="center"/>
              <w:rPr>
                <w:noProof/>
                <w:lang w:val="ro-RO"/>
              </w:rPr>
            </w:pPr>
          </w:p>
        </w:tc>
      </w:tr>
      <w:tr w:rsidR="008E2B50" w:rsidRPr="00E81C1D" w14:paraId="40B1A936" w14:textId="77777777">
        <w:trPr>
          <w:cantSplit/>
          <w:jc w:val="center"/>
        </w:trPr>
        <w:tc>
          <w:tcPr>
            <w:tcW w:w="793" w:type="dxa"/>
            <w:shd w:val="clear" w:color="auto" w:fill="FAFAFA"/>
            <w:tcMar>
              <w:top w:w="60" w:type="dxa"/>
              <w:left w:w="70" w:type="dxa"/>
              <w:bottom w:w="60" w:type="dxa"/>
              <w:right w:w="70" w:type="dxa"/>
            </w:tcMar>
            <w:vAlign w:val="center"/>
          </w:tcPr>
          <w:p w14:paraId="6F6F8831" w14:textId="77777777" w:rsidR="008E2B50" w:rsidRPr="00E81C1D" w:rsidRDefault="00000000">
            <w:pPr>
              <w:spacing w:after="0" w:line="240" w:lineRule="auto"/>
              <w:jc w:val="center"/>
              <w:rPr>
                <w:noProof/>
                <w:lang w:val="ro-RO"/>
              </w:rPr>
            </w:pPr>
            <w:r w:rsidRPr="00E81C1D">
              <w:rPr>
                <w:rFonts w:eastAsia="Arial"/>
                <w:b/>
                <w:noProof/>
                <w:sz w:val="14"/>
                <w:lang w:val="ro-RO"/>
              </w:rPr>
              <w:t>F3.2</w:t>
            </w:r>
          </w:p>
        </w:tc>
        <w:tc>
          <w:tcPr>
            <w:tcW w:w="4081" w:type="dxa"/>
            <w:shd w:val="clear" w:color="auto" w:fill="FAFAFA"/>
            <w:tcMar>
              <w:top w:w="60" w:type="dxa"/>
              <w:left w:w="70" w:type="dxa"/>
              <w:bottom w:w="60" w:type="dxa"/>
              <w:right w:w="70" w:type="dxa"/>
            </w:tcMar>
            <w:vAlign w:val="center"/>
          </w:tcPr>
          <w:p w14:paraId="24C8BFC8" w14:textId="77777777" w:rsidR="008E2B50" w:rsidRPr="00E81C1D" w:rsidRDefault="00000000">
            <w:pPr>
              <w:spacing w:after="0" w:line="240" w:lineRule="auto"/>
              <w:rPr>
                <w:noProof/>
                <w:lang w:val="ro-RO"/>
              </w:rPr>
            </w:pPr>
            <w:r w:rsidRPr="00E81C1D">
              <w:rPr>
                <w:rFonts w:eastAsia="Arial"/>
                <w:noProof/>
                <w:sz w:val="14"/>
                <w:lang w:val="ro-RO"/>
              </w:rPr>
              <w:t>Sunt planificate acțiuni pentru reducerea efectelor nedorite și valorificarea oportunităților.</w:t>
            </w:r>
          </w:p>
        </w:tc>
        <w:tc>
          <w:tcPr>
            <w:tcW w:w="5159" w:type="dxa"/>
            <w:shd w:val="clear" w:color="auto" w:fill="FAFAFA"/>
            <w:tcMar>
              <w:top w:w="60" w:type="dxa"/>
              <w:left w:w="70" w:type="dxa"/>
              <w:bottom w:w="60" w:type="dxa"/>
              <w:right w:w="70" w:type="dxa"/>
            </w:tcMar>
            <w:vAlign w:val="center"/>
          </w:tcPr>
          <w:p w14:paraId="4472186C" w14:textId="77777777" w:rsidR="008E2B50" w:rsidRPr="00E81C1D" w:rsidRDefault="00000000">
            <w:pPr>
              <w:spacing w:after="0" w:line="240" w:lineRule="auto"/>
              <w:rPr>
                <w:noProof/>
                <w:lang w:val="ro-RO"/>
              </w:rPr>
            </w:pPr>
            <w:r w:rsidRPr="00E81C1D">
              <w:rPr>
                <w:rFonts w:eastAsia="Arial"/>
                <w:noProof/>
                <w:sz w:val="14"/>
                <w:lang w:val="ro-RO"/>
              </w:rPr>
              <w:t>Acțiuni integrate în procese, cu responsabil, termen și criteriu de eficacitate.</w:t>
            </w:r>
          </w:p>
        </w:tc>
        <w:tc>
          <w:tcPr>
            <w:tcW w:w="1417" w:type="dxa"/>
            <w:shd w:val="clear" w:color="auto" w:fill="FAFAFA"/>
            <w:tcMar>
              <w:top w:w="60" w:type="dxa"/>
              <w:left w:w="70" w:type="dxa"/>
              <w:bottom w:w="60" w:type="dxa"/>
              <w:right w:w="70" w:type="dxa"/>
            </w:tcMar>
            <w:vAlign w:val="center"/>
          </w:tcPr>
          <w:p w14:paraId="681FCCFC"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707D303"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236F068" w14:textId="77777777" w:rsidR="008E2B50" w:rsidRPr="00E81C1D" w:rsidRDefault="008E2B50">
            <w:pPr>
              <w:spacing w:after="0" w:line="240" w:lineRule="auto"/>
              <w:jc w:val="center"/>
              <w:rPr>
                <w:noProof/>
                <w:lang w:val="ro-RO"/>
              </w:rPr>
            </w:pPr>
          </w:p>
        </w:tc>
      </w:tr>
      <w:tr w:rsidR="008E2B50" w:rsidRPr="00E81C1D" w14:paraId="2BFE0F48" w14:textId="77777777">
        <w:trPr>
          <w:cantSplit/>
          <w:jc w:val="center"/>
        </w:trPr>
        <w:tc>
          <w:tcPr>
            <w:tcW w:w="793" w:type="dxa"/>
            <w:tcMar>
              <w:top w:w="60" w:type="dxa"/>
              <w:left w:w="70" w:type="dxa"/>
              <w:bottom w:w="60" w:type="dxa"/>
              <w:right w:w="70" w:type="dxa"/>
            </w:tcMar>
            <w:vAlign w:val="center"/>
          </w:tcPr>
          <w:p w14:paraId="7AB557F4" w14:textId="77777777" w:rsidR="008E2B50" w:rsidRPr="00E81C1D" w:rsidRDefault="00000000">
            <w:pPr>
              <w:spacing w:after="0" w:line="240" w:lineRule="auto"/>
              <w:jc w:val="center"/>
              <w:rPr>
                <w:noProof/>
                <w:lang w:val="ro-RO"/>
              </w:rPr>
            </w:pPr>
            <w:r w:rsidRPr="00E81C1D">
              <w:rPr>
                <w:rFonts w:eastAsia="Arial"/>
                <w:b/>
                <w:noProof/>
                <w:sz w:val="14"/>
                <w:lang w:val="ro-RO"/>
              </w:rPr>
              <w:t>F3.3</w:t>
            </w:r>
          </w:p>
        </w:tc>
        <w:tc>
          <w:tcPr>
            <w:tcW w:w="4081" w:type="dxa"/>
            <w:tcMar>
              <w:top w:w="60" w:type="dxa"/>
              <w:left w:w="70" w:type="dxa"/>
              <w:bottom w:w="60" w:type="dxa"/>
              <w:right w:w="70" w:type="dxa"/>
            </w:tcMar>
            <w:vAlign w:val="center"/>
          </w:tcPr>
          <w:p w14:paraId="19FC1598" w14:textId="77777777" w:rsidR="008E2B50" w:rsidRPr="00E81C1D" w:rsidRDefault="00000000">
            <w:pPr>
              <w:spacing w:after="0" w:line="240" w:lineRule="auto"/>
              <w:rPr>
                <w:noProof/>
                <w:lang w:val="ro-RO"/>
              </w:rPr>
            </w:pPr>
            <w:r w:rsidRPr="00E81C1D">
              <w:rPr>
                <w:rFonts w:eastAsia="Arial"/>
                <w:noProof/>
                <w:sz w:val="14"/>
                <w:lang w:val="ro-RO"/>
              </w:rPr>
              <w:t>Este evaluată eficacitatea acțiunilor pentru riscuri și oportunități.</w:t>
            </w:r>
          </w:p>
        </w:tc>
        <w:tc>
          <w:tcPr>
            <w:tcW w:w="5159" w:type="dxa"/>
            <w:tcMar>
              <w:top w:w="60" w:type="dxa"/>
              <w:left w:w="70" w:type="dxa"/>
              <w:bottom w:w="60" w:type="dxa"/>
              <w:right w:w="70" w:type="dxa"/>
            </w:tcMar>
            <w:vAlign w:val="center"/>
          </w:tcPr>
          <w:p w14:paraId="76D515B2" w14:textId="77777777" w:rsidR="008E2B50" w:rsidRPr="00E81C1D" w:rsidRDefault="00000000">
            <w:pPr>
              <w:spacing w:after="0" w:line="240" w:lineRule="auto"/>
              <w:rPr>
                <w:noProof/>
                <w:lang w:val="ro-RO"/>
              </w:rPr>
            </w:pPr>
            <w:r w:rsidRPr="00E81C1D">
              <w:rPr>
                <w:rFonts w:eastAsia="Arial"/>
                <w:noProof/>
                <w:sz w:val="14"/>
                <w:lang w:val="ro-RO"/>
              </w:rPr>
              <w:t>Indicatori, audituri, tendințe și revizuiri.</w:t>
            </w:r>
          </w:p>
        </w:tc>
        <w:tc>
          <w:tcPr>
            <w:tcW w:w="1417" w:type="dxa"/>
            <w:tcMar>
              <w:top w:w="60" w:type="dxa"/>
              <w:left w:w="70" w:type="dxa"/>
              <w:bottom w:w="60" w:type="dxa"/>
              <w:right w:w="70" w:type="dxa"/>
            </w:tcMar>
            <w:vAlign w:val="center"/>
          </w:tcPr>
          <w:p w14:paraId="67AE57AE"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6669E88"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49DC8599" w14:textId="77777777" w:rsidR="008E2B50" w:rsidRPr="00E81C1D" w:rsidRDefault="008E2B50">
            <w:pPr>
              <w:spacing w:after="0" w:line="240" w:lineRule="auto"/>
              <w:jc w:val="center"/>
              <w:rPr>
                <w:noProof/>
                <w:lang w:val="ro-RO"/>
              </w:rPr>
            </w:pPr>
          </w:p>
        </w:tc>
      </w:tr>
      <w:tr w:rsidR="008E2B50" w:rsidRPr="00E81C1D" w14:paraId="1BD9251D" w14:textId="77777777">
        <w:trPr>
          <w:cantSplit/>
          <w:jc w:val="center"/>
        </w:trPr>
        <w:tc>
          <w:tcPr>
            <w:tcW w:w="793" w:type="dxa"/>
            <w:shd w:val="clear" w:color="auto" w:fill="FAFAFA"/>
            <w:tcMar>
              <w:top w:w="60" w:type="dxa"/>
              <w:left w:w="70" w:type="dxa"/>
              <w:bottom w:w="60" w:type="dxa"/>
              <w:right w:w="70" w:type="dxa"/>
            </w:tcMar>
            <w:vAlign w:val="center"/>
          </w:tcPr>
          <w:p w14:paraId="4C9D08AF" w14:textId="77777777" w:rsidR="008E2B50" w:rsidRPr="00E81C1D" w:rsidRDefault="00000000">
            <w:pPr>
              <w:spacing w:after="0" w:line="240" w:lineRule="auto"/>
              <w:jc w:val="center"/>
              <w:rPr>
                <w:noProof/>
                <w:lang w:val="ro-RO"/>
              </w:rPr>
            </w:pPr>
            <w:r w:rsidRPr="00E81C1D">
              <w:rPr>
                <w:rFonts w:eastAsia="Arial"/>
                <w:b/>
                <w:noProof/>
                <w:sz w:val="14"/>
                <w:lang w:val="ro-RO"/>
              </w:rPr>
              <w:t>F3.4</w:t>
            </w:r>
          </w:p>
        </w:tc>
        <w:tc>
          <w:tcPr>
            <w:tcW w:w="4081" w:type="dxa"/>
            <w:shd w:val="clear" w:color="auto" w:fill="FAFAFA"/>
            <w:tcMar>
              <w:top w:w="60" w:type="dxa"/>
              <w:left w:w="70" w:type="dxa"/>
              <w:bottom w:w="60" w:type="dxa"/>
              <w:right w:w="70" w:type="dxa"/>
            </w:tcMar>
            <w:vAlign w:val="center"/>
          </w:tcPr>
          <w:p w14:paraId="3F62FF03" w14:textId="77777777" w:rsidR="008E2B50" w:rsidRPr="00E81C1D" w:rsidRDefault="00000000">
            <w:pPr>
              <w:spacing w:after="0" w:line="240" w:lineRule="auto"/>
              <w:rPr>
                <w:noProof/>
                <w:lang w:val="ro-RO"/>
              </w:rPr>
            </w:pPr>
            <w:r w:rsidRPr="00E81C1D">
              <w:rPr>
                <w:rFonts w:eastAsia="Arial"/>
                <w:noProof/>
                <w:sz w:val="14"/>
                <w:lang w:val="ro-RO"/>
              </w:rPr>
              <w:t>Obiectivele sunt stabilite la funcțiile și nivelurile relevante.</w:t>
            </w:r>
          </w:p>
        </w:tc>
        <w:tc>
          <w:tcPr>
            <w:tcW w:w="5159" w:type="dxa"/>
            <w:shd w:val="clear" w:color="auto" w:fill="FAFAFA"/>
            <w:tcMar>
              <w:top w:w="60" w:type="dxa"/>
              <w:left w:w="70" w:type="dxa"/>
              <w:bottom w:w="60" w:type="dxa"/>
              <w:right w:w="70" w:type="dxa"/>
            </w:tcMar>
            <w:vAlign w:val="center"/>
          </w:tcPr>
          <w:p w14:paraId="53DDDCF9" w14:textId="77777777" w:rsidR="008E2B50" w:rsidRPr="00E81C1D" w:rsidRDefault="00000000">
            <w:pPr>
              <w:spacing w:after="0" w:line="240" w:lineRule="auto"/>
              <w:rPr>
                <w:noProof/>
                <w:lang w:val="ro-RO"/>
              </w:rPr>
            </w:pPr>
            <w:r w:rsidRPr="00E81C1D">
              <w:rPr>
                <w:rFonts w:eastAsia="Arial"/>
                <w:noProof/>
                <w:sz w:val="14"/>
                <w:lang w:val="ro-RO"/>
              </w:rPr>
              <w:t>Registru corelat cu politica, riscurile, performanța și cerințele.</w:t>
            </w:r>
          </w:p>
        </w:tc>
        <w:tc>
          <w:tcPr>
            <w:tcW w:w="1417" w:type="dxa"/>
            <w:shd w:val="clear" w:color="auto" w:fill="FAFAFA"/>
            <w:tcMar>
              <w:top w:w="60" w:type="dxa"/>
              <w:left w:w="70" w:type="dxa"/>
              <w:bottom w:w="60" w:type="dxa"/>
              <w:right w:w="70" w:type="dxa"/>
            </w:tcMar>
            <w:vAlign w:val="center"/>
          </w:tcPr>
          <w:p w14:paraId="01730FDB"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633FE67"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3B397F4" w14:textId="77777777" w:rsidR="008E2B50" w:rsidRPr="00E81C1D" w:rsidRDefault="008E2B50">
            <w:pPr>
              <w:spacing w:after="0" w:line="240" w:lineRule="auto"/>
              <w:jc w:val="center"/>
              <w:rPr>
                <w:noProof/>
                <w:lang w:val="ro-RO"/>
              </w:rPr>
            </w:pPr>
          </w:p>
        </w:tc>
      </w:tr>
      <w:tr w:rsidR="008E2B50" w:rsidRPr="00E81C1D" w14:paraId="7BE0DE3B" w14:textId="77777777">
        <w:trPr>
          <w:cantSplit/>
          <w:jc w:val="center"/>
        </w:trPr>
        <w:tc>
          <w:tcPr>
            <w:tcW w:w="793" w:type="dxa"/>
            <w:tcMar>
              <w:top w:w="60" w:type="dxa"/>
              <w:left w:w="70" w:type="dxa"/>
              <w:bottom w:w="60" w:type="dxa"/>
              <w:right w:w="70" w:type="dxa"/>
            </w:tcMar>
            <w:vAlign w:val="center"/>
          </w:tcPr>
          <w:p w14:paraId="74718939" w14:textId="77777777" w:rsidR="008E2B50" w:rsidRPr="00E81C1D" w:rsidRDefault="00000000">
            <w:pPr>
              <w:spacing w:after="0" w:line="240" w:lineRule="auto"/>
              <w:jc w:val="center"/>
              <w:rPr>
                <w:noProof/>
                <w:lang w:val="ro-RO"/>
              </w:rPr>
            </w:pPr>
            <w:r w:rsidRPr="00E81C1D">
              <w:rPr>
                <w:rFonts w:eastAsia="Arial"/>
                <w:b/>
                <w:noProof/>
                <w:sz w:val="14"/>
                <w:lang w:val="ro-RO"/>
              </w:rPr>
              <w:t>F3.5</w:t>
            </w:r>
          </w:p>
        </w:tc>
        <w:tc>
          <w:tcPr>
            <w:tcW w:w="4081" w:type="dxa"/>
            <w:tcMar>
              <w:top w:w="60" w:type="dxa"/>
              <w:left w:w="70" w:type="dxa"/>
              <w:bottom w:w="60" w:type="dxa"/>
              <w:right w:w="70" w:type="dxa"/>
            </w:tcMar>
            <w:vAlign w:val="center"/>
          </w:tcPr>
          <w:p w14:paraId="42AA38AF" w14:textId="77777777" w:rsidR="008E2B50" w:rsidRPr="00E81C1D" w:rsidRDefault="00000000">
            <w:pPr>
              <w:spacing w:after="0" w:line="240" w:lineRule="auto"/>
              <w:rPr>
                <w:noProof/>
                <w:lang w:val="ro-RO"/>
              </w:rPr>
            </w:pPr>
            <w:r w:rsidRPr="00E81C1D">
              <w:rPr>
                <w:rFonts w:eastAsia="Arial"/>
                <w:noProof/>
                <w:sz w:val="14"/>
                <w:lang w:val="ro-RO"/>
              </w:rPr>
              <w:t>Obiectivele sunt măsurabile, monitorizate, comunicate și actualizate.</w:t>
            </w:r>
          </w:p>
        </w:tc>
        <w:tc>
          <w:tcPr>
            <w:tcW w:w="5159" w:type="dxa"/>
            <w:tcMar>
              <w:top w:w="60" w:type="dxa"/>
              <w:left w:w="70" w:type="dxa"/>
              <w:bottom w:w="60" w:type="dxa"/>
              <w:right w:w="70" w:type="dxa"/>
            </w:tcMar>
            <w:vAlign w:val="center"/>
          </w:tcPr>
          <w:p w14:paraId="174D577C" w14:textId="77777777" w:rsidR="008E2B50" w:rsidRPr="00E81C1D" w:rsidRDefault="00000000">
            <w:pPr>
              <w:spacing w:after="0" w:line="240" w:lineRule="auto"/>
              <w:rPr>
                <w:noProof/>
                <w:lang w:val="ro-RO"/>
              </w:rPr>
            </w:pPr>
            <w:r w:rsidRPr="00E81C1D">
              <w:rPr>
                <w:rFonts w:eastAsia="Arial"/>
                <w:noProof/>
                <w:sz w:val="14"/>
                <w:lang w:val="ro-RO"/>
              </w:rPr>
              <w:t>Indicator, bază, țintă, frecvență, sursă de date și raportare.</w:t>
            </w:r>
          </w:p>
        </w:tc>
        <w:tc>
          <w:tcPr>
            <w:tcW w:w="1417" w:type="dxa"/>
            <w:tcMar>
              <w:top w:w="60" w:type="dxa"/>
              <w:left w:w="70" w:type="dxa"/>
              <w:bottom w:w="60" w:type="dxa"/>
              <w:right w:w="70" w:type="dxa"/>
            </w:tcMar>
            <w:vAlign w:val="center"/>
          </w:tcPr>
          <w:p w14:paraId="0D21F59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AD71E2F"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59ADCEBC" w14:textId="77777777" w:rsidR="008E2B50" w:rsidRPr="00E81C1D" w:rsidRDefault="008E2B50">
            <w:pPr>
              <w:spacing w:after="0" w:line="240" w:lineRule="auto"/>
              <w:jc w:val="center"/>
              <w:rPr>
                <w:noProof/>
                <w:lang w:val="ro-RO"/>
              </w:rPr>
            </w:pPr>
          </w:p>
        </w:tc>
      </w:tr>
      <w:tr w:rsidR="008E2B50" w:rsidRPr="00E81C1D" w14:paraId="60F5504E" w14:textId="77777777">
        <w:trPr>
          <w:cantSplit/>
          <w:jc w:val="center"/>
        </w:trPr>
        <w:tc>
          <w:tcPr>
            <w:tcW w:w="793" w:type="dxa"/>
            <w:shd w:val="clear" w:color="auto" w:fill="FAFAFA"/>
            <w:tcMar>
              <w:top w:w="60" w:type="dxa"/>
              <w:left w:w="70" w:type="dxa"/>
              <w:bottom w:w="60" w:type="dxa"/>
              <w:right w:w="70" w:type="dxa"/>
            </w:tcMar>
            <w:vAlign w:val="center"/>
          </w:tcPr>
          <w:p w14:paraId="7CBA78C3" w14:textId="77777777" w:rsidR="008E2B50" w:rsidRPr="00E81C1D" w:rsidRDefault="00000000">
            <w:pPr>
              <w:spacing w:after="0" w:line="240" w:lineRule="auto"/>
              <w:jc w:val="center"/>
              <w:rPr>
                <w:noProof/>
                <w:lang w:val="ro-RO"/>
              </w:rPr>
            </w:pPr>
            <w:r w:rsidRPr="00E81C1D">
              <w:rPr>
                <w:rFonts w:eastAsia="Arial"/>
                <w:b/>
                <w:noProof/>
                <w:sz w:val="14"/>
                <w:lang w:val="ro-RO"/>
              </w:rPr>
              <w:t>F3.6</w:t>
            </w:r>
          </w:p>
        </w:tc>
        <w:tc>
          <w:tcPr>
            <w:tcW w:w="4081" w:type="dxa"/>
            <w:shd w:val="clear" w:color="auto" w:fill="FAFAFA"/>
            <w:tcMar>
              <w:top w:w="60" w:type="dxa"/>
              <w:left w:w="70" w:type="dxa"/>
              <w:bottom w:w="60" w:type="dxa"/>
              <w:right w:w="70" w:type="dxa"/>
            </w:tcMar>
            <w:vAlign w:val="center"/>
          </w:tcPr>
          <w:p w14:paraId="18B7D072" w14:textId="77777777" w:rsidR="008E2B50" w:rsidRPr="00E81C1D" w:rsidRDefault="00000000">
            <w:pPr>
              <w:spacing w:after="0" w:line="240" w:lineRule="auto"/>
              <w:rPr>
                <w:noProof/>
                <w:lang w:val="ro-RO"/>
              </w:rPr>
            </w:pPr>
            <w:r w:rsidRPr="00E81C1D">
              <w:rPr>
                <w:rFonts w:eastAsia="Arial"/>
                <w:noProof/>
                <w:sz w:val="14"/>
                <w:lang w:val="ro-RO"/>
              </w:rPr>
              <w:t>Obiectivele includ, după caz, conformarea, eficacitatea controalelor, reclamațiile, retragerile și cultura.</w:t>
            </w:r>
          </w:p>
        </w:tc>
        <w:tc>
          <w:tcPr>
            <w:tcW w:w="5159" w:type="dxa"/>
            <w:shd w:val="clear" w:color="auto" w:fill="FAFAFA"/>
            <w:tcMar>
              <w:top w:w="60" w:type="dxa"/>
              <w:left w:w="70" w:type="dxa"/>
              <w:bottom w:w="60" w:type="dxa"/>
              <w:right w:w="70" w:type="dxa"/>
            </w:tcMar>
            <w:vAlign w:val="center"/>
          </w:tcPr>
          <w:p w14:paraId="5EC465C7" w14:textId="77777777" w:rsidR="008E2B50" w:rsidRPr="00E81C1D" w:rsidRDefault="00000000">
            <w:pPr>
              <w:spacing w:after="0" w:line="240" w:lineRule="auto"/>
              <w:rPr>
                <w:noProof/>
                <w:lang w:val="ro-RO"/>
              </w:rPr>
            </w:pPr>
            <w:r w:rsidRPr="00E81C1D">
              <w:rPr>
                <w:rFonts w:eastAsia="Arial"/>
                <w:noProof/>
                <w:sz w:val="14"/>
                <w:lang w:val="ro-RO"/>
              </w:rPr>
              <w:t>Portofoliu echilibrat de indicatori preventivi și de rezultat.</w:t>
            </w:r>
          </w:p>
        </w:tc>
        <w:tc>
          <w:tcPr>
            <w:tcW w:w="1417" w:type="dxa"/>
            <w:shd w:val="clear" w:color="auto" w:fill="FAFAFA"/>
            <w:tcMar>
              <w:top w:w="60" w:type="dxa"/>
              <w:left w:w="70" w:type="dxa"/>
              <w:bottom w:w="60" w:type="dxa"/>
              <w:right w:w="70" w:type="dxa"/>
            </w:tcMar>
            <w:vAlign w:val="center"/>
          </w:tcPr>
          <w:p w14:paraId="2F815E42"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109D116"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0A6FAEE" w14:textId="77777777" w:rsidR="008E2B50" w:rsidRPr="00E81C1D" w:rsidRDefault="008E2B50">
            <w:pPr>
              <w:spacing w:after="0" w:line="240" w:lineRule="auto"/>
              <w:jc w:val="center"/>
              <w:rPr>
                <w:noProof/>
                <w:lang w:val="ro-RO"/>
              </w:rPr>
            </w:pPr>
          </w:p>
        </w:tc>
      </w:tr>
      <w:tr w:rsidR="008E2B50" w:rsidRPr="00E81C1D" w14:paraId="0A4BFAE1" w14:textId="77777777">
        <w:trPr>
          <w:cantSplit/>
          <w:jc w:val="center"/>
        </w:trPr>
        <w:tc>
          <w:tcPr>
            <w:tcW w:w="793" w:type="dxa"/>
            <w:tcMar>
              <w:top w:w="60" w:type="dxa"/>
              <w:left w:w="70" w:type="dxa"/>
              <w:bottom w:w="60" w:type="dxa"/>
              <w:right w:w="70" w:type="dxa"/>
            </w:tcMar>
            <w:vAlign w:val="center"/>
          </w:tcPr>
          <w:p w14:paraId="3E16A3FE" w14:textId="77777777" w:rsidR="008E2B50" w:rsidRPr="00E81C1D" w:rsidRDefault="00000000">
            <w:pPr>
              <w:spacing w:after="0" w:line="240" w:lineRule="auto"/>
              <w:jc w:val="center"/>
              <w:rPr>
                <w:noProof/>
                <w:lang w:val="ro-RO"/>
              </w:rPr>
            </w:pPr>
            <w:r w:rsidRPr="00E81C1D">
              <w:rPr>
                <w:rFonts w:eastAsia="Arial"/>
                <w:b/>
                <w:noProof/>
                <w:sz w:val="14"/>
                <w:lang w:val="ro-RO"/>
              </w:rPr>
              <w:t>F3.7</w:t>
            </w:r>
          </w:p>
        </w:tc>
        <w:tc>
          <w:tcPr>
            <w:tcW w:w="4081" w:type="dxa"/>
            <w:tcMar>
              <w:top w:w="60" w:type="dxa"/>
              <w:left w:w="70" w:type="dxa"/>
              <w:bottom w:w="60" w:type="dxa"/>
              <w:right w:w="70" w:type="dxa"/>
            </w:tcMar>
            <w:vAlign w:val="center"/>
          </w:tcPr>
          <w:p w14:paraId="059E1115" w14:textId="77777777" w:rsidR="008E2B50" w:rsidRPr="00E81C1D" w:rsidRDefault="00000000">
            <w:pPr>
              <w:spacing w:after="0" w:line="240" w:lineRule="auto"/>
              <w:rPr>
                <w:noProof/>
                <w:lang w:val="ro-RO"/>
              </w:rPr>
            </w:pPr>
            <w:r w:rsidRPr="00E81C1D">
              <w:rPr>
                <w:rFonts w:eastAsia="Arial"/>
                <w:noProof/>
                <w:sz w:val="14"/>
                <w:lang w:val="ro-RO"/>
              </w:rPr>
              <w:t>Pentru fiecare obiectiv sunt definite acțiunile, resursele, responsabilul, termenul și evaluarea rezultatului.</w:t>
            </w:r>
          </w:p>
        </w:tc>
        <w:tc>
          <w:tcPr>
            <w:tcW w:w="5159" w:type="dxa"/>
            <w:tcMar>
              <w:top w:w="60" w:type="dxa"/>
              <w:left w:w="70" w:type="dxa"/>
              <w:bottom w:w="60" w:type="dxa"/>
              <w:right w:w="70" w:type="dxa"/>
            </w:tcMar>
            <w:vAlign w:val="center"/>
          </w:tcPr>
          <w:p w14:paraId="1C0202E3" w14:textId="77777777" w:rsidR="008E2B50" w:rsidRPr="00E81C1D" w:rsidRDefault="00000000">
            <w:pPr>
              <w:spacing w:after="0" w:line="240" w:lineRule="auto"/>
              <w:rPr>
                <w:noProof/>
                <w:lang w:val="ro-RO"/>
              </w:rPr>
            </w:pPr>
            <w:r w:rsidRPr="00E81C1D">
              <w:rPr>
                <w:rFonts w:eastAsia="Arial"/>
                <w:noProof/>
                <w:sz w:val="14"/>
                <w:lang w:val="ro-RO"/>
              </w:rPr>
              <w:t>Plan complet de realizare.</w:t>
            </w:r>
          </w:p>
        </w:tc>
        <w:tc>
          <w:tcPr>
            <w:tcW w:w="1417" w:type="dxa"/>
            <w:tcMar>
              <w:top w:w="60" w:type="dxa"/>
              <w:left w:w="70" w:type="dxa"/>
              <w:bottom w:w="60" w:type="dxa"/>
              <w:right w:w="70" w:type="dxa"/>
            </w:tcMar>
            <w:vAlign w:val="center"/>
          </w:tcPr>
          <w:p w14:paraId="1435710B"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13E7DC6"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56BF969" w14:textId="77777777" w:rsidR="008E2B50" w:rsidRPr="00E81C1D" w:rsidRDefault="008E2B50">
            <w:pPr>
              <w:spacing w:after="0" w:line="240" w:lineRule="auto"/>
              <w:jc w:val="center"/>
              <w:rPr>
                <w:noProof/>
                <w:lang w:val="ro-RO"/>
              </w:rPr>
            </w:pPr>
          </w:p>
        </w:tc>
      </w:tr>
      <w:tr w:rsidR="008E2B50" w:rsidRPr="00E81C1D" w14:paraId="79669D9B" w14:textId="77777777">
        <w:trPr>
          <w:cantSplit/>
          <w:jc w:val="center"/>
        </w:trPr>
        <w:tc>
          <w:tcPr>
            <w:tcW w:w="793" w:type="dxa"/>
            <w:shd w:val="clear" w:color="auto" w:fill="FAFAFA"/>
            <w:tcMar>
              <w:top w:w="60" w:type="dxa"/>
              <w:left w:w="70" w:type="dxa"/>
              <w:bottom w:w="60" w:type="dxa"/>
              <w:right w:w="70" w:type="dxa"/>
            </w:tcMar>
            <w:vAlign w:val="center"/>
          </w:tcPr>
          <w:p w14:paraId="1FE43307" w14:textId="77777777" w:rsidR="008E2B50" w:rsidRPr="00E81C1D" w:rsidRDefault="00000000">
            <w:pPr>
              <w:spacing w:after="0" w:line="240" w:lineRule="auto"/>
              <w:jc w:val="center"/>
              <w:rPr>
                <w:noProof/>
                <w:lang w:val="ro-RO"/>
              </w:rPr>
            </w:pPr>
            <w:r w:rsidRPr="00E81C1D">
              <w:rPr>
                <w:rFonts w:eastAsia="Arial"/>
                <w:b/>
                <w:noProof/>
                <w:sz w:val="14"/>
                <w:lang w:val="ro-RO"/>
              </w:rPr>
              <w:t>F3.8</w:t>
            </w:r>
          </w:p>
        </w:tc>
        <w:tc>
          <w:tcPr>
            <w:tcW w:w="4081" w:type="dxa"/>
            <w:shd w:val="clear" w:color="auto" w:fill="FAFAFA"/>
            <w:tcMar>
              <w:top w:w="60" w:type="dxa"/>
              <w:left w:w="70" w:type="dxa"/>
              <w:bottom w:w="60" w:type="dxa"/>
              <w:right w:w="70" w:type="dxa"/>
            </w:tcMar>
            <w:vAlign w:val="center"/>
          </w:tcPr>
          <w:p w14:paraId="10864A3E" w14:textId="77777777" w:rsidR="008E2B50" w:rsidRPr="00E81C1D" w:rsidRDefault="00000000">
            <w:pPr>
              <w:spacing w:after="0" w:line="240" w:lineRule="auto"/>
              <w:rPr>
                <w:noProof/>
                <w:lang w:val="ro-RO"/>
              </w:rPr>
            </w:pPr>
            <w:r w:rsidRPr="00E81C1D">
              <w:rPr>
                <w:rFonts w:eastAsia="Arial"/>
                <w:noProof/>
                <w:sz w:val="14"/>
                <w:lang w:val="ro-RO"/>
              </w:rPr>
              <w:t>Schimbările sistemului sunt planificate înainte de implementare.</w:t>
            </w:r>
          </w:p>
        </w:tc>
        <w:tc>
          <w:tcPr>
            <w:tcW w:w="5159" w:type="dxa"/>
            <w:shd w:val="clear" w:color="auto" w:fill="FAFAFA"/>
            <w:tcMar>
              <w:top w:w="60" w:type="dxa"/>
              <w:left w:w="70" w:type="dxa"/>
              <w:bottom w:w="60" w:type="dxa"/>
              <w:right w:w="70" w:type="dxa"/>
            </w:tcMar>
            <w:vAlign w:val="center"/>
          </w:tcPr>
          <w:p w14:paraId="0ADAF6EE" w14:textId="77777777" w:rsidR="008E2B50" w:rsidRPr="00E81C1D" w:rsidRDefault="00000000">
            <w:pPr>
              <w:spacing w:after="0" w:line="240" w:lineRule="auto"/>
              <w:rPr>
                <w:noProof/>
                <w:lang w:val="ro-RO"/>
              </w:rPr>
            </w:pPr>
            <w:r w:rsidRPr="00E81C1D">
              <w:rPr>
                <w:rFonts w:eastAsia="Arial"/>
                <w:noProof/>
                <w:sz w:val="14"/>
                <w:lang w:val="ro-RO"/>
              </w:rPr>
              <w:t>Scop, consecințe, integritate, resurse, responsabilități și aprobare.</w:t>
            </w:r>
          </w:p>
        </w:tc>
        <w:tc>
          <w:tcPr>
            <w:tcW w:w="1417" w:type="dxa"/>
            <w:shd w:val="clear" w:color="auto" w:fill="FAFAFA"/>
            <w:tcMar>
              <w:top w:w="60" w:type="dxa"/>
              <w:left w:w="70" w:type="dxa"/>
              <w:bottom w:w="60" w:type="dxa"/>
              <w:right w:w="70" w:type="dxa"/>
            </w:tcMar>
            <w:vAlign w:val="center"/>
          </w:tcPr>
          <w:p w14:paraId="0D3FCA1A"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338FF6A"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CAB79A6" w14:textId="77777777" w:rsidR="008E2B50" w:rsidRPr="00E81C1D" w:rsidRDefault="008E2B50">
            <w:pPr>
              <w:spacing w:after="0" w:line="240" w:lineRule="auto"/>
              <w:jc w:val="center"/>
              <w:rPr>
                <w:noProof/>
                <w:lang w:val="ro-RO"/>
              </w:rPr>
            </w:pPr>
          </w:p>
        </w:tc>
      </w:tr>
      <w:tr w:rsidR="008E2B50" w:rsidRPr="00E81C1D" w14:paraId="6CA83619" w14:textId="77777777">
        <w:trPr>
          <w:cantSplit/>
          <w:jc w:val="center"/>
        </w:trPr>
        <w:tc>
          <w:tcPr>
            <w:tcW w:w="793" w:type="dxa"/>
            <w:tcMar>
              <w:top w:w="60" w:type="dxa"/>
              <w:left w:w="70" w:type="dxa"/>
              <w:bottom w:w="60" w:type="dxa"/>
              <w:right w:w="70" w:type="dxa"/>
            </w:tcMar>
            <w:vAlign w:val="center"/>
          </w:tcPr>
          <w:p w14:paraId="70B94E5F" w14:textId="77777777" w:rsidR="008E2B50" w:rsidRPr="00E81C1D" w:rsidRDefault="00000000">
            <w:pPr>
              <w:spacing w:after="0" w:line="240" w:lineRule="auto"/>
              <w:jc w:val="center"/>
              <w:rPr>
                <w:noProof/>
                <w:lang w:val="ro-RO"/>
              </w:rPr>
            </w:pPr>
            <w:r w:rsidRPr="00E81C1D">
              <w:rPr>
                <w:rFonts w:eastAsia="Arial"/>
                <w:b/>
                <w:noProof/>
                <w:sz w:val="14"/>
                <w:lang w:val="ro-RO"/>
              </w:rPr>
              <w:t>F3.9</w:t>
            </w:r>
          </w:p>
        </w:tc>
        <w:tc>
          <w:tcPr>
            <w:tcW w:w="4081" w:type="dxa"/>
            <w:tcMar>
              <w:top w:w="60" w:type="dxa"/>
              <w:left w:w="70" w:type="dxa"/>
              <w:bottom w:w="60" w:type="dxa"/>
              <w:right w:w="70" w:type="dxa"/>
            </w:tcMar>
            <w:vAlign w:val="center"/>
          </w:tcPr>
          <w:p w14:paraId="10009783" w14:textId="77777777" w:rsidR="008E2B50" w:rsidRPr="00E81C1D" w:rsidRDefault="00000000">
            <w:pPr>
              <w:spacing w:after="0" w:line="240" w:lineRule="auto"/>
              <w:rPr>
                <w:noProof/>
                <w:lang w:val="ro-RO"/>
              </w:rPr>
            </w:pPr>
            <w:r w:rsidRPr="00E81C1D">
              <w:rPr>
                <w:rFonts w:eastAsia="Arial"/>
                <w:noProof/>
                <w:sz w:val="14"/>
                <w:lang w:val="ro-RO"/>
              </w:rPr>
              <w:t>Schimbările de produs, ingredient, ambalaj, echipament, proces, furnizor sau locație declanșează evaluările relevante.</w:t>
            </w:r>
          </w:p>
        </w:tc>
        <w:tc>
          <w:tcPr>
            <w:tcW w:w="5159" w:type="dxa"/>
            <w:tcMar>
              <w:top w:w="60" w:type="dxa"/>
              <w:left w:w="70" w:type="dxa"/>
              <w:bottom w:w="60" w:type="dxa"/>
              <w:right w:w="70" w:type="dxa"/>
            </w:tcMar>
            <w:vAlign w:val="center"/>
          </w:tcPr>
          <w:p w14:paraId="01C13FF4" w14:textId="77777777" w:rsidR="008E2B50" w:rsidRPr="00E81C1D" w:rsidRDefault="00000000">
            <w:pPr>
              <w:spacing w:after="0" w:line="240" w:lineRule="auto"/>
              <w:rPr>
                <w:noProof/>
                <w:lang w:val="ro-RO"/>
              </w:rPr>
            </w:pPr>
            <w:r w:rsidRPr="00E81C1D">
              <w:rPr>
                <w:rFonts w:eastAsia="Arial"/>
                <w:noProof/>
                <w:sz w:val="14"/>
                <w:lang w:val="ro-RO"/>
              </w:rPr>
              <w:t>Analiza pericolelor, PRP, validare, etichetare, trasabilitate și comunicare.</w:t>
            </w:r>
          </w:p>
        </w:tc>
        <w:tc>
          <w:tcPr>
            <w:tcW w:w="1417" w:type="dxa"/>
            <w:tcMar>
              <w:top w:w="60" w:type="dxa"/>
              <w:left w:w="70" w:type="dxa"/>
              <w:bottom w:w="60" w:type="dxa"/>
              <w:right w:w="70" w:type="dxa"/>
            </w:tcMar>
            <w:vAlign w:val="center"/>
          </w:tcPr>
          <w:p w14:paraId="6DBF326E"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AFE880B"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71B5F5EB" w14:textId="77777777" w:rsidR="008E2B50" w:rsidRPr="00E81C1D" w:rsidRDefault="008E2B50">
            <w:pPr>
              <w:spacing w:after="0" w:line="240" w:lineRule="auto"/>
              <w:jc w:val="center"/>
              <w:rPr>
                <w:noProof/>
                <w:lang w:val="ro-RO"/>
              </w:rPr>
            </w:pPr>
          </w:p>
        </w:tc>
      </w:tr>
      <w:tr w:rsidR="008E2B50" w:rsidRPr="00E81C1D" w14:paraId="133CA739" w14:textId="77777777">
        <w:trPr>
          <w:cantSplit/>
          <w:jc w:val="center"/>
        </w:trPr>
        <w:tc>
          <w:tcPr>
            <w:tcW w:w="793" w:type="dxa"/>
            <w:shd w:val="clear" w:color="auto" w:fill="FAFAFA"/>
            <w:tcMar>
              <w:top w:w="60" w:type="dxa"/>
              <w:left w:w="70" w:type="dxa"/>
              <w:bottom w:w="60" w:type="dxa"/>
              <w:right w:w="70" w:type="dxa"/>
            </w:tcMar>
            <w:vAlign w:val="center"/>
          </w:tcPr>
          <w:p w14:paraId="0C30557F" w14:textId="77777777" w:rsidR="008E2B50" w:rsidRPr="00E81C1D" w:rsidRDefault="00000000">
            <w:pPr>
              <w:spacing w:after="0" w:line="240" w:lineRule="auto"/>
              <w:jc w:val="center"/>
              <w:rPr>
                <w:noProof/>
                <w:lang w:val="ro-RO"/>
              </w:rPr>
            </w:pPr>
            <w:r w:rsidRPr="00E81C1D">
              <w:rPr>
                <w:rFonts w:eastAsia="Arial"/>
                <w:b/>
                <w:noProof/>
                <w:sz w:val="14"/>
                <w:lang w:val="ro-RO"/>
              </w:rPr>
              <w:t>F3.10</w:t>
            </w:r>
          </w:p>
        </w:tc>
        <w:tc>
          <w:tcPr>
            <w:tcW w:w="4081" w:type="dxa"/>
            <w:shd w:val="clear" w:color="auto" w:fill="FAFAFA"/>
            <w:tcMar>
              <w:top w:w="60" w:type="dxa"/>
              <w:left w:w="70" w:type="dxa"/>
              <w:bottom w:w="60" w:type="dxa"/>
              <w:right w:w="70" w:type="dxa"/>
            </w:tcMar>
            <w:vAlign w:val="center"/>
          </w:tcPr>
          <w:p w14:paraId="354C98B8" w14:textId="77777777" w:rsidR="008E2B50" w:rsidRPr="00E81C1D" w:rsidRDefault="00000000">
            <w:pPr>
              <w:spacing w:after="0" w:line="240" w:lineRule="auto"/>
              <w:rPr>
                <w:noProof/>
                <w:lang w:val="ro-RO"/>
              </w:rPr>
            </w:pPr>
            <w:r w:rsidRPr="00E81C1D">
              <w:rPr>
                <w:rFonts w:eastAsia="Arial"/>
                <w:noProof/>
                <w:sz w:val="14"/>
                <w:lang w:val="ro-RO"/>
              </w:rPr>
              <w:t>Schimbările temporare și urgente sunt controlate și revizuite ulterior.</w:t>
            </w:r>
          </w:p>
        </w:tc>
        <w:tc>
          <w:tcPr>
            <w:tcW w:w="5159" w:type="dxa"/>
            <w:shd w:val="clear" w:color="auto" w:fill="FAFAFA"/>
            <w:tcMar>
              <w:top w:w="60" w:type="dxa"/>
              <w:left w:w="70" w:type="dxa"/>
              <w:bottom w:w="60" w:type="dxa"/>
              <w:right w:w="70" w:type="dxa"/>
            </w:tcMar>
            <w:vAlign w:val="center"/>
          </w:tcPr>
          <w:p w14:paraId="568B8B6E" w14:textId="77777777" w:rsidR="008E2B50" w:rsidRPr="00E81C1D" w:rsidRDefault="00000000">
            <w:pPr>
              <w:spacing w:after="0" w:line="240" w:lineRule="auto"/>
              <w:rPr>
                <w:noProof/>
                <w:lang w:val="ro-RO"/>
              </w:rPr>
            </w:pPr>
            <w:r w:rsidRPr="00E81C1D">
              <w:rPr>
                <w:rFonts w:eastAsia="Arial"/>
                <w:noProof/>
                <w:sz w:val="14"/>
                <w:lang w:val="ro-RO"/>
              </w:rPr>
              <w:t>Autorizare, limite, monitorizare suplimentară și revenire la starea normală.</w:t>
            </w:r>
          </w:p>
        </w:tc>
        <w:tc>
          <w:tcPr>
            <w:tcW w:w="1417" w:type="dxa"/>
            <w:shd w:val="clear" w:color="auto" w:fill="FAFAFA"/>
            <w:tcMar>
              <w:top w:w="60" w:type="dxa"/>
              <w:left w:w="70" w:type="dxa"/>
              <w:bottom w:w="60" w:type="dxa"/>
              <w:right w:w="70" w:type="dxa"/>
            </w:tcMar>
            <w:vAlign w:val="center"/>
          </w:tcPr>
          <w:p w14:paraId="4270EAD4"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0EDA82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85796B0" w14:textId="77777777" w:rsidR="008E2B50" w:rsidRPr="00E81C1D" w:rsidRDefault="008E2B50">
            <w:pPr>
              <w:spacing w:after="0" w:line="240" w:lineRule="auto"/>
              <w:jc w:val="center"/>
              <w:rPr>
                <w:noProof/>
                <w:lang w:val="ro-RO"/>
              </w:rPr>
            </w:pPr>
          </w:p>
        </w:tc>
      </w:tr>
      <w:tr w:rsidR="008E2B50" w:rsidRPr="00E81C1D" w14:paraId="337255AE" w14:textId="77777777">
        <w:trPr>
          <w:cantSplit/>
          <w:jc w:val="center"/>
        </w:trPr>
        <w:tc>
          <w:tcPr>
            <w:tcW w:w="793" w:type="dxa"/>
            <w:tcMar>
              <w:top w:w="60" w:type="dxa"/>
              <w:left w:w="70" w:type="dxa"/>
              <w:bottom w:w="60" w:type="dxa"/>
              <w:right w:w="70" w:type="dxa"/>
            </w:tcMar>
            <w:vAlign w:val="center"/>
          </w:tcPr>
          <w:p w14:paraId="18E7E703" w14:textId="77777777" w:rsidR="008E2B50" w:rsidRPr="00E81C1D" w:rsidRDefault="00000000">
            <w:pPr>
              <w:spacing w:after="0" w:line="240" w:lineRule="auto"/>
              <w:jc w:val="center"/>
              <w:rPr>
                <w:noProof/>
                <w:lang w:val="ro-RO"/>
              </w:rPr>
            </w:pPr>
            <w:r w:rsidRPr="00E81C1D">
              <w:rPr>
                <w:rFonts w:eastAsia="Arial"/>
                <w:b/>
                <w:noProof/>
                <w:sz w:val="14"/>
                <w:lang w:val="ro-RO"/>
              </w:rPr>
              <w:t>F3.11</w:t>
            </w:r>
          </w:p>
        </w:tc>
        <w:tc>
          <w:tcPr>
            <w:tcW w:w="4081" w:type="dxa"/>
            <w:tcMar>
              <w:top w:w="60" w:type="dxa"/>
              <w:left w:w="70" w:type="dxa"/>
              <w:bottom w:w="60" w:type="dxa"/>
              <w:right w:w="70" w:type="dxa"/>
            </w:tcMar>
            <w:vAlign w:val="center"/>
          </w:tcPr>
          <w:p w14:paraId="13962580" w14:textId="77777777" w:rsidR="008E2B50" w:rsidRPr="00E81C1D" w:rsidRDefault="00000000">
            <w:pPr>
              <w:spacing w:after="0" w:line="240" w:lineRule="auto"/>
              <w:rPr>
                <w:noProof/>
                <w:lang w:val="ro-RO"/>
              </w:rPr>
            </w:pPr>
            <w:r w:rsidRPr="00E81C1D">
              <w:rPr>
                <w:rFonts w:eastAsia="Arial"/>
                <w:noProof/>
                <w:sz w:val="14"/>
                <w:lang w:val="ro-RO"/>
              </w:rPr>
              <w:t>Riscurile de continuitate care pot afecta siguranța alimentelor sunt tratate.</w:t>
            </w:r>
          </w:p>
        </w:tc>
        <w:tc>
          <w:tcPr>
            <w:tcW w:w="5159" w:type="dxa"/>
            <w:tcMar>
              <w:top w:w="60" w:type="dxa"/>
              <w:left w:w="70" w:type="dxa"/>
              <w:bottom w:w="60" w:type="dxa"/>
              <w:right w:w="70" w:type="dxa"/>
            </w:tcMar>
            <w:vAlign w:val="center"/>
          </w:tcPr>
          <w:p w14:paraId="022956F3" w14:textId="77777777" w:rsidR="008E2B50" w:rsidRPr="00E81C1D" w:rsidRDefault="00000000">
            <w:pPr>
              <w:spacing w:after="0" w:line="240" w:lineRule="auto"/>
              <w:rPr>
                <w:noProof/>
                <w:lang w:val="ro-RO"/>
              </w:rPr>
            </w:pPr>
            <w:r w:rsidRPr="00E81C1D">
              <w:rPr>
                <w:rFonts w:eastAsia="Arial"/>
                <w:noProof/>
                <w:sz w:val="14"/>
                <w:lang w:val="ro-RO"/>
              </w:rPr>
              <w:t>Utilități, personal, IT, laborator, transport, frig, apă și furnizori critici.</w:t>
            </w:r>
          </w:p>
        </w:tc>
        <w:tc>
          <w:tcPr>
            <w:tcW w:w="1417" w:type="dxa"/>
            <w:tcMar>
              <w:top w:w="60" w:type="dxa"/>
              <w:left w:w="70" w:type="dxa"/>
              <w:bottom w:w="60" w:type="dxa"/>
              <w:right w:w="70" w:type="dxa"/>
            </w:tcMar>
            <w:vAlign w:val="center"/>
          </w:tcPr>
          <w:p w14:paraId="06F96BA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9A3315F"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74A9DC38" w14:textId="77777777" w:rsidR="008E2B50" w:rsidRPr="00E81C1D" w:rsidRDefault="008E2B50">
            <w:pPr>
              <w:spacing w:after="0" w:line="240" w:lineRule="auto"/>
              <w:jc w:val="center"/>
              <w:rPr>
                <w:noProof/>
                <w:lang w:val="ro-RO"/>
              </w:rPr>
            </w:pPr>
          </w:p>
        </w:tc>
      </w:tr>
      <w:tr w:rsidR="008E2B50" w:rsidRPr="00E81C1D" w14:paraId="0FFADC4C" w14:textId="77777777">
        <w:trPr>
          <w:cantSplit/>
          <w:jc w:val="center"/>
        </w:trPr>
        <w:tc>
          <w:tcPr>
            <w:tcW w:w="793" w:type="dxa"/>
            <w:shd w:val="clear" w:color="auto" w:fill="FAFAFA"/>
            <w:tcMar>
              <w:top w:w="60" w:type="dxa"/>
              <w:left w:w="70" w:type="dxa"/>
              <w:bottom w:w="60" w:type="dxa"/>
              <w:right w:w="70" w:type="dxa"/>
            </w:tcMar>
            <w:vAlign w:val="center"/>
          </w:tcPr>
          <w:p w14:paraId="444DC3B6" w14:textId="77777777" w:rsidR="008E2B50" w:rsidRPr="00E81C1D" w:rsidRDefault="00000000">
            <w:pPr>
              <w:spacing w:after="0" w:line="240" w:lineRule="auto"/>
              <w:jc w:val="center"/>
              <w:rPr>
                <w:noProof/>
                <w:lang w:val="ro-RO"/>
              </w:rPr>
            </w:pPr>
            <w:r w:rsidRPr="00E81C1D">
              <w:rPr>
                <w:rFonts w:eastAsia="Arial"/>
                <w:b/>
                <w:noProof/>
                <w:sz w:val="14"/>
                <w:lang w:val="ro-RO"/>
              </w:rPr>
              <w:t>F3.12</w:t>
            </w:r>
          </w:p>
        </w:tc>
        <w:tc>
          <w:tcPr>
            <w:tcW w:w="4081" w:type="dxa"/>
            <w:shd w:val="clear" w:color="auto" w:fill="FAFAFA"/>
            <w:tcMar>
              <w:top w:w="60" w:type="dxa"/>
              <w:left w:w="70" w:type="dxa"/>
              <w:bottom w:w="60" w:type="dxa"/>
              <w:right w:w="70" w:type="dxa"/>
            </w:tcMar>
            <w:vAlign w:val="center"/>
          </w:tcPr>
          <w:p w14:paraId="7659EC3D" w14:textId="77777777" w:rsidR="008E2B50" w:rsidRPr="00E81C1D" w:rsidRDefault="00000000">
            <w:pPr>
              <w:spacing w:after="0" w:line="240" w:lineRule="auto"/>
              <w:rPr>
                <w:noProof/>
                <w:lang w:val="ro-RO"/>
              </w:rPr>
            </w:pPr>
            <w:r w:rsidRPr="00E81C1D">
              <w:rPr>
                <w:rFonts w:eastAsia="Arial"/>
                <w:noProof/>
                <w:sz w:val="14"/>
                <w:lang w:val="ro-RO"/>
              </w:rPr>
              <w:t>Planificarea distinge riscurile sistemului de pericolele biologice, chimice, fizice și alergenice ale produsului.</w:t>
            </w:r>
          </w:p>
        </w:tc>
        <w:tc>
          <w:tcPr>
            <w:tcW w:w="5159" w:type="dxa"/>
            <w:shd w:val="clear" w:color="auto" w:fill="FAFAFA"/>
            <w:tcMar>
              <w:top w:w="60" w:type="dxa"/>
              <w:left w:w="70" w:type="dxa"/>
              <w:bottom w:w="60" w:type="dxa"/>
              <w:right w:w="70" w:type="dxa"/>
            </w:tcMar>
            <w:vAlign w:val="center"/>
          </w:tcPr>
          <w:p w14:paraId="72C8D92B" w14:textId="77777777" w:rsidR="008E2B50" w:rsidRPr="00E81C1D" w:rsidRDefault="00000000">
            <w:pPr>
              <w:spacing w:after="0" w:line="240" w:lineRule="auto"/>
              <w:rPr>
                <w:noProof/>
                <w:lang w:val="ro-RO"/>
              </w:rPr>
            </w:pPr>
            <w:r w:rsidRPr="00E81C1D">
              <w:rPr>
                <w:rFonts w:eastAsia="Arial"/>
                <w:noProof/>
                <w:sz w:val="14"/>
                <w:lang w:val="ro-RO"/>
              </w:rPr>
              <w:t>Registre și metode conectate, dar cu scop și criterii diferite.</w:t>
            </w:r>
          </w:p>
        </w:tc>
        <w:tc>
          <w:tcPr>
            <w:tcW w:w="1417" w:type="dxa"/>
            <w:shd w:val="clear" w:color="auto" w:fill="FAFAFA"/>
            <w:tcMar>
              <w:top w:w="60" w:type="dxa"/>
              <w:left w:w="70" w:type="dxa"/>
              <w:bottom w:w="60" w:type="dxa"/>
              <w:right w:w="70" w:type="dxa"/>
            </w:tcMar>
            <w:vAlign w:val="center"/>
          </w:tcPr>
          <w:p w14:paraId="1E402DF3"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F2F8956"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DB47BB5" w14:textId="77777777" w:rsidR="008E2B50" w:rsidRPr="00E81C1D" w:rsidRDefault="008E2B50">
            <w:pPr>
              <w:spacing w:after="0" w:line="240" w:lineRule="auto"/>
              <w:jc w:val="center"/>
              <w:rPr>
                <w:noProof/>
                <w:lang w:val="ro-RO"/>
              </w:rPr>
            </w:pPr>
          </w:p>
        </w:tc>
      </w:tr>
    </w:tbl>
    <w:p w14:paraId="25E207BC"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6B4F6CA5"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0FDB9677" w14:textId="77777777">
        <w:trPr>
          <w:cantSplit/>
          <w:jc w:val="center"/>
        </w:trPr>
        <w:tc>
          <w:tcPr>
            <w:tcW w:w="1020" w:type="dxa"/>
            <w:shd w:val="clear" w:color="auto" w:fill="D71920"/>
            <w:tcMar>
              <w:top w:w="60" w:type="dxa"/>
              <w:left w:w="70" w:type="dxa"/>
              <w:bottom w:w="60" w:type="dxa"/>
              <w:right w:w="70" w:type="dxa"/>
            </w:tcMar>
            <w:vAlign w:val="center"/>
          </w:tcPr>
          <w:p w14:paraId="6107DC5E"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4</w:t>
            </w:r>
          </w:p>
        </w:tc>
        <w:tc>
          <w:tcPr>
            <w:tcW w:w="12585" w:type="dxa"/>
            <w:shd w:val="clear" w:color="auto" w:fill="F3F4F5"/>
          </w:tcPr>
          <w:p w14:paraId="059DE7AE" w14:textId="77777777" w:rsidR="008E2B50" w:rsidRPr="00E81C1D" w:rsidRDefault="00000000">
            <w:pPr>
              <w:spacing w:after="20"/>
              <w:rPr>
                <w:noProof/>
                <w:lang w:val="ro-RO"/>
              </w:rPr>
            </w:pPr>
            <w:r w:rsidRPr="00E81C1D">
              <w:rPr>
                <w:rFonts w:eastAsia="Arial"/>
                <w:b/>
                <w:noProof/>
                <w:sz w:val="27"/>
                <w:lang w:val="ro-RO"/>
              </w:rPr>
              <w:t>Suport: resurse, competență, conștientizare, comunicare și documente</w:t>
            </w:r>
          </w:p>
          <w:p w14:paraId="15CDB669"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clauza 7  |  Obiectiv: asigurarea capacității umane, tehnice și informaționale necesare pentru operarea consecventă a sistemului</w:t>
            </w:r>
          </w:p>
        </w:tc>
      </w:tr>
    </w:tbl>
    <w:p w14:paraId="76280F2C"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361CF5ED" w14:textId="77777777">
        <w:trPr>
          <w:cantSplit/>
          <w:jc w:val="center"/>
        </w:trPr>
        <w:tc>
          <w:tcPr>
            <w:tcW w:w="566" w:type="dxa"/>
            <w:shd w:val="clear" w:color="auto" w:fill="D71920"/>
            <w:tcMar>
              <w:top w:w="60" w:type="dxa"/>
              <w:left w:w="70" w:type="dxa"/>
              <w:bottom w:w="60" w:type="dxa"/>
              <w:right w:w="70" w:type="dxa"/>
            </w:tcMar>
            <w:vAlign w:val="center"/>
          </w:tcPr>
          <w:p w14:paraId="79DAF0CF"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5F552FB5"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62140BFE" w14:textId="77777777" w:rsidR="008E2B50" w:rsidRPr="00E81C1D" w:rsidRDefault="00000000">
            <w:pPr>
              <w:spacing w:after="0" w:line="252" w:lineRule="auto"/>
              <w:rPr>
                <w:noProof/>
                <w:lang w:val="ro-RO"/>
              </w:rPr>
            </w:pPr>
            <w:r w:rsidRPr="00E81C1D">
              <w:rPr>
                <w:rFonts w:eastAsia="Arial"/>
                <w:noProof/>
                <w:sz w:val="16"/>
                <w:lang w:val="ro-RO"/>
              </w:rPr>
              <w:t>Pentru rolurile critice, participarea la curs nu este suficientă. Cereți demonstrarea competenței în condiții reale: identificarea abaterii, izolarea produsului și aplicarea reacției stabilite.</w:t>
            </w:r>
          </w:p>
        </w:tc>
      </w:tr>
    </w:tbl>
    <w:p w14:paraId="10135918"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2F0C5718" w14:textId="77777777">
        <w:trPr>
          <w:cantSplit/>
          <w:tblHeader/>
          <w:jc w:val="center"/>
        </w:trPr>
        <w:tc>
          <w:tcPr>
            <w:tcW w:w="793" w:type="dxa"/>
            <w:shd w:val="clear" w:color="auto" w:fill="D71920"/>
            <w:tcMar>
              <w:top w:w="60" w:type="dxa"/>
              <w:left w:w="70" w:type="dxa"/>
              <w:bottom w:w="60" w:type="dxa"/>
              <w:right w:w="70" w:type="dxa"/>
            </w:tcMar>
            <w:vAlign w:val="center"/>
          </w:tcPr>
          <w:p w14:paraId="514DB8F2"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2DBD03D7"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47492679"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5C55C1DA"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60FAB67D"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D37C1A4"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143CD8DC" w14:textId="77777777">
        <w:trPr>
          <w:cantSplit/>
          <w:jc w:val="center"/>
        </w:trPr>
        <w:tc>
          <w:tcPr>
            <w:tcW w:w="793" w:type="dxa"/>
            <w:tcMar>
              <w:top w:w="60" w:type="dxa"/>
              <w:left w:w="70" w:type="dxa"/>
              <w:bottom w:w="60" w:type="dxa"/>
              <w:right w:w="70" w:type="dxa"/>
            </w:tcMar>
            <w:vAlign w:val="center"/>
          </w:tcPr>
          <w:p w14:paraId="0775F523" w14:textId="77777777" w:rsidR="008E2B50" w:rsidRPr="00E81C1D" w:rsidRDefault="00000000">
            <w:pPr>
              <w:spacing w:after="0" w:line="240" w:lineRule="auto"/>
              <w:jc w:val="center"/>
              <w:rPr>
                <w:noProof/>
                <w:lang w:val="ro-RO"/>
              </w:rPr>
            </w:pPr>
            <w:r w:rsidRPr="00E81C1D">
              <w:rPr>
                <w:rFonts w:eastAsia="Arial"/>
                <w:b/>
                <w:noProof/>
                <w:sz w:val="14"/>
                <w:lang w:val="ro-RO"/>
              </w:rPr>
              <w:t>F4.1</w:t>
            </w:r>
          </w:p>
        </w:tc>
        <w:tc>
          <w:tcPr>
            <w:tcW w:w="4081" w:type="dxa"/>
            <w:tcMar>
              <w:top w:w="60" w:type="dxa"/>
              <w:left w:w="70" w:type="dxa"/>
              <w:bottom w:w="60" w:type="dxa"/>
              <w:right w:w="70" w:type="dxa"/>
            </w:tcMar>
            <w:vAlign w:val="center"/>
          </w:tcPr>
          <w:p w14:paraId="5349E2C8" w14:textId="77777777" w:rsidR="008E2B50" w:rsidRPr="00E81C1D" w:rsidRDefault="00000000">
            <w:pPr>
              <w:spacing w:after="0" w:line="240" w:lineRule="auto"/>
              <w:rPr>
                <w:noProof/>
                <w:lang w:val="ro-RO"/>
              </w:rPr>
            </w:pPr>
            <w:r w:rsidRPr="00E81C1D">
              <w:rPr>
                <w:rFonts w:eastAsia="Arial"/>
                <w:noProof/>
                <w:sz w:val="14"/>
                <w:lang w:val="ro-RO"/>
              </w:rPr>
              <w:t>Sunt determinate și furnizate resurse suficiente.</w:t>
            </w:r>
          </w:p>
        </w:tc>
        <w:tc>
          <w:tcPr>
            <w:tcW w:w="5159" w:type="dxa"/>
            <w:tcMar>
              <w:top w:w="60" w:type="dxa"/>
              <w:left w:w="70" w:type="dxa"/>
              <w:bottom w:w="60" w:type="dxa"/>
              <w:right w:w="70" w:type="dxa"/>
            </w:tcMar>
            <w:vAlign w:val="center"/>
          </w:tcPr>
          <w:p w14:paraId="548DECCB" w14:textId="77777777" w:rsidR="008E2B50" w:rsidRPr="00E81C1D" w:rsidRDefault="00000000">
            <w:pPr>
              <w:spacing w:after="0" w:line="240" w:lineRule="auto"/>
              <w:rPr>
                <w:noProof/>
                <w:lang w:val="ro-RO"/>
              </w:rPr>
            </w:pPr>
            <w:r w:rsidRPr="00E81C1D">
              <w:rPr>
                <w:rFonts w:eastAsia="Arial"/>
                <w:noProof/>
                <w:sz w:val="14"/>
                <w:lang w:val="ro-RO"/>
              </w:rPr>
              <w:t>Personal, infrastructură, utilități, laborator, mentenanță, IT, timp și buget.</w:t>
            </w:r>
          </w:p>
        </w:tc>
        <w:tc>
          <w:tcPr>
            <w:tcW w:w="1417" w:type="dxa"/>
            <w:tcMar>
              <w:top w:w="60" w:type="dxa"/>
              <w:left w:w="70" w:type="dxa"/>
              <w:bottom w:w="60" w:type="dxa"/>
              <w:right w:w="70" w:type="dxa"/>
            </w:tcMar>
            <w:vAlign w:val="center"/>
          </w:tcPr>
          <w:p w14:paraId="63C2154A"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7B7A727"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4B9452E4" w14:textId="77777777" w:rsidR="008E2B50" w:rsidRPr="00E81C1D" w:rsidRDefault="008E2B50">
            <w:pPr>
              <w:spacing w:after="0" w:line="240" w:lineRule="auto"/>
              <w:jc w:val="center"/>
              <w:rPr>
                <w:noProof/>
                <w:lang w:val="ro-RO"/>
              </w:rPr>
            </w:pPr>
          </w:p>
        </w:tc>
      </w:tr>
      <w:tr w:rsidR="008E2B50" w:rsidRPr="00E81C1D" w14:paraId="66289B58" w14:textId="77777777">
        <w:trPr>
          <w:cantSplit/>
          <w:jc w:val="center"/>
        </w:trPr>
        <w:tc>
          <w:tcPr>
            <w:tcW w:w="793" w:type="dxa"/>
            <w:shd w:val="clear" w:color="auto" w:fill="FAFAFA"/>
            <w:tcMar>
              <w:top w:w="60" w:type="dxa"/>
              <w:left w:w="70" w:type="dxa"/>
              <w:bottom w:w="60" w:type="dxa"/>
              <w:right w:w="70" w:type="dxa"/>
            </w:tcMar>
            <w:vAlign w:val="center"/>
          </w:tcPr>
          <w:p w14:paraId="7D583634" w14:textId="77777777" w:rsidR="008E2B50" w:rsidRPr="00E81C1D" w:rsidRDefault="00000000">
            <w:pPr>
              <w:spacing w:after="0" w:line="240" w:lineRule="auto"/>
              <w:jc w:val="center"/>
              <w:rPr>
                <w:noProof/>
                <w:lang w:val="ro-RO"/>
              </w:rPr>
            </w:pPr>
            <w:r w:rsidRPr="00E81C1D">
              <w:rPr>
                <w:rFonts w:eastAsia="Arial"/>
                <w:b/>
                <w:noProof/>
                <w:sz w:val="14"/>
                <w:lang w:val="ro-RO"/>
              </w:rPr>
              <w:t>F4.2</w:t>
            </w:r>
          </w:p>
        </w:tc>
        <w:tc>
          <w:tcPr>
            <w:tcW w:w="4081" w:type="dxa"/>
            <w:shd w:val="clear" w:color="auto" w:fill="FAFAFA"/>
            <w:tcMar>
              <w:top w:w="60" w:type="dxa"/>
              <w:left w:w="70" w:type="dxa"/>
              <w:bottom w:w="60" w:type="dxa"/>
              <w:right w:w="70" w:type="dxa"/>
            </w:tcMar>
            <w:vAlign w:val="center"/>
          </w:tcPr>
          <w:p w14:paraId="3C245144" w14:textId="77777777" w:rsidR="008E2B50" w:rsidRPr="00E81C1D" w:rsidRDefault="00000000">
            <w:pPr>
              <w:spacing w:after="0" w:line="240" w:lineRule="auto"/>
              <w:rPr>
                <w:noProof/>
                <w:lang w:val="ro-RO"/>
              </w:rPr>
            </w:pPr>
            <w:r w:rsidRPr="00E81C1D">
              <w:rPr>
                <w:rFonts w:eastAsia="Arial"/>
                <w:noProof/>
                <w:sz w:val="14"/>
                <w:lang w:val="ro-RO"/>
              </w:rPr>
              <w:t>Cerințele pentru resurse externe sunt definite și controlate.</w:t>
            </w:r>
          </w:p>
        </w:tc>
        <w:tc>
          <w:tcPr>
            <w:tcW w:w="5159" w:type="dxa"/>
            <w:shd w:val="clear" w:color="auto" w:fill="FAFAFA"/>
            <w:tcMar>
              <w:top w:w="60" w:type="dxa"/>
              <w:left w:w="70" w:type="dxa"/>
              <w:bottom w:w="60" w:type="dxa"/>
              <w:right w:w="70" w:type="dxa"/>
            </w:tcMar>
            <w:vAlign w:val="center"/>
          </w:tcPr>
          <w:p w14:paraId="584E7897" w14:textId="77777777" w:rsidR="008E2B50" w:rsidRPr="00E81C1D" w:rsidRDefault="00000000">
            <w:pPr>
              <w:spacing w:after="0" w:line="240" w:lineRule="auto"/>
              <w:rPr>
                <w:noProof/>
                <w:lang w:val="ro-RO"/>
              </w:rPr>
            </w:pPr>
            <w:r w:rsidRPr="00E81C1D">
              <w:rPr>
                <w:rFonts w:eastAsia="Arial"/>
                <w:noProof/>
                <w:sz w:val="14"/>
                <w:lang w:val="ro-RO"/>
              </w:rPr>
              <w:t>Consultanți, laboratoare, servicii de dezinsecție, transport, depozitare și mentenanță.</w:t>
            </w:r>
          </w:p>
        </w:tc>
        <w:tc>
          <w:tcPr>
            <w:tcW w:w="1417" w:type="dxa"/>
            <w:shd w:val="clear" w:color="auto" w:fill="FAFAFA"/>
            <w:tcMar>
              <w:top w:w="60" w:type="dxa"/>
              <w:left w:w="70" w:type="dxa"/>
              <w:bottom w:w="60" w:type="dxa"/>
              <w:right w:w="70" w:type="dxa"/>
            </w:tcMar>
            <w:vAlign w:val="center"/>
          </w:tcPr>
          <w:p w14:paraId="55751F5B"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940D27C"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6D78C28" w14:textId="77777777" w:rsidR="008E2B50" w:rsidRPr="00E81C1D" w:rsidRDefault="008E2B50">
            <w:pPr>
              <w:spacing w:after="0" w:line="240" w:lineRule="auto"/>
              <w:jc w:val="center"/>
              <w:rPr>
                <w:noProof/>
                <w:lang w:val="ro-RO"/>
              </w:rPr>
            </w:pPr>
          </w:p>
        </w:tc>
      </w:tr>
      <w:tr w:rsidR="008E2B50" w:rsidRPr="00E81C1D" w14:paraId="314317C6" w14:textId="77777777">
        <w:trPr>
          <w:cantSplit/>
          <w:jc w:val="center"/>
        </w:trPr>
        <w:tc>
          <w:tcPr>
            <w:tcW w:w="793" w:type="dxa"/>
            <w:tcMar>
              <w:top w:w="60" w:type="dxa"/>
              <w:left w:w="70" w:type="dxa"/>
              <w:bottom w:w="60" w:type="dxa"/>
              <w:right w:w="70" w:type="dxa"/>
            </w:tcMar>
            <w:vAlign w:val="center"/>
          </w:tcPr>
          <w:p w14:paraId="3EDC5D61" w14:textId="77777777" w:rsidR="008E2B50" w:rsidRPr="00E81C1D" w:rsidRDefault="00000000">
            <w:pPr>
              <w:spacing w:after="0" w:line="240" w:lineRule="auto"/>
              <w:jc w:val="center"/>
              <w:rPr>
                <w:noProof/>
                <w:lang w:val="ro-RO"/>
              </w:rPr>
            </w:pPr>
            <w:r w:rsidRPr="00E81C1D">
              <w:rPr>
                <w:rFonts w:eastAsia="Arial"/>
                <w:b/>
                <w:noProof/>
                <w:sz w:val="14"/>
                <w:lang w:val="ro-RO"/>
              </w:rPr>
              <w:t>F4.3</w:t>
            </w:r>
          </w:p>
        </w:tc>
        <w:tc>
          <w:tcPr>
            <w:tcW w:w="4081" w:type="dxa"/>
            <w:tcMar>
              <w:top w:w="60" w:type="dxa"/>
              <w:left w:w="70" w:type="dxa"/>
              <w:bottom w:w="60" w:type="dxa"/>
              <w:right w:w="70" w:type="dxa"/>
            </w:tcMar>
            <w:vAlign w:val="center"/>
          </w:tcPr>
          <w:p w14:paraId="26F726FC" w14:textId="77777777" w:rsidR="008E2B50" w:rsidRPr="00E81C1D" w:rsidRDefault="00000000">
            <w:pPr>
              <w:spacing w:after="0" w:line="240" w:lineRule="auto"/>
              <w:rPr>
                <w:noProof/>
                <w:lang w:val="ro-RO"/>
              </w:rPr>
            </w:pPr>
            <w:r w:rsidRPr="00E81C1D">
              <w:rPr>
                <w:rFonts w:eastAsia="Arial"/>
                <w:noProof/>
                <w:sz w:val="14"/>
                <w:lang w:val="ro-RO"/>
              </w:rPr>
              <w:t>Competențele necesare rolurilor care influențează siguranța alimentelor sunt stabilite.</w:t>
            </w:r>
          </w:p>
        </w:tc>
        <w:tc>
          <w:tcPr>
            <w:tcW w:w="5159" w:type="dxa"/>
            <w:tcMar>
              <w:top w:w="60" w:type="dxa"/>
              <w:left w:w="70" w:type="dxa"/>
              <w:bottom w:w="60" w:type="dxa"/>
              <w:right w:w="70" w:type="dxa"/>
            </w:tcMar>
            <w:vAlign w:val="center"/>
          </w:tcPr>
          <w:p w14:paraId="729F55BB" w14:textId="77777777" w:rsidR="008E2B50" w:rsidRPr="00E81C1D" w:rsidRDefault="00000000">
            <w:pPr>
              <w:spacing w:after="0" w:line="240" w:lineRule="auto"/>
              <w:rPr>
                <w:noProof/>
                <w:lang w:val="ro-RO"/>
              </w:rPr>
            </w:pPr>
            <w:r w:rsidRPr="00E81C1D">
              <w:rPr>
                <w:rFonts w:eastAsia="Arial"/>
                <w:noProof/>
                <w:sz w:val="14"/>
                <w:lang w:val="ro-RO"/>
              </w:rPr>
              <w:t>Matrice pentru echipa HACCP, operatori, verificatori, auditori și personal de urgență.</w:t>
            </w:r>
          </w:p>
        </w:tc>
        <w:tc>
          <w:tcPr>
            <w:tcW w:w="1417" w:type="dxa"/>
            <w:tcMar>
              <w:top w:w="60" w:type="dxa"/>
              <w:left w:w="70" w:type="dxa"/>
              <w:bottom w:w="60" w:type="dxa"/>
              <w:right w:w="70" w:type="dxa"/>
            </w:tcMar>
            <w:vAlign w:val="center"/>
          </w:tcPr>
          <w:p w14:paraId="65A8CC03"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7A76A48"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CA501CF" w14:textId="77777777" w:rsidR="008E2B50" w:rsidRPr="00E81C1D" w:rsidRDefault="008E2B50">
            <w:pPr>
              <w:spacing w:after="0" w:line="240" w:lineRule="auto"/>
              <w:jc w:val="center"/>
              <w:rPr>
                <w:noProof/>
                <w:lang w:val="ro-RO"/>
              </w:rPr>
            </w:pPr>
          </w:p>
        </w:tc>
      </w:tr>
      <w:tr w:rsidR="008E2B50" w:rsidRPr="00E81C1D" w14:paraId="5FF918D0" w14:textId="77777777">
        <w:trPr>
          <w:cantSplit/>
          <w:jc w:val="center"/>
        </w:trPr>
        <w:tc>
          <w:tcPr>
            <w:tcW w:w="793" w:type="dxa"/>
            <w:shd w:val="clear" w:color="auto" w:fill="FAFAFA"/>
            <w:tcMar>
              <w:top w:w="60" w:type="dxa"/>
              <w:left w:w="70" w:type="dxa"/>
              <w:bottom w:w="60" w:type="dxa"/>
              <w:right w:w="70" w:type="dxa"/>
            </w:tcMar>
            <w:vAlign w:val="center"/>
          </w:tcPr>
          <w:p w14:paraId="75F3DBE5" w14:textId="77777777" w:rsidR="008E2B50" w:rsidRPr="00E81C1D" w:rsidRDefault="00000000">
            <w:pPr>
              <w:spacing w:after="0" w:line="240" w:lineRule="auto"/>
              <w:jc w:val="center"/>
              <w:rPr>
                <w:noProof/>
                <w:lang w:val="ro-RO"/>
              </w:rPr>
            </w:pPr>
            <w:r w:rsidRPr="00E81C1D">
              <w:rPr>
                <w:rFonts w:eastAsia="Arial"/>
                <w:b/>
                <w:noProof/>
                <w:sz w:val="14"/>
                <w:lang w:val="ro-RO"/>
              </w:rPr>
              <w:t>F4.4</w:t>
            </w:r>
          </w:p>
        </w:tc>
        <w:tc>
          <w:tcPr>
            <w:tcW w:w="4081" w:type="dxa"/>
            <w:shd w:val="clear" w:color="auto" w:fill="FAFAFA"/>
            <w:tcMar>
              <w:top w:w="60" w:type="dxa"/>
              <w:left w:w="70" w:type="dxa"/>
              <w:bottom w:w="60" w:type="dxa"/>
              <w:right w:w="70" w:type="dxa"/>
            </w:tcMar>
            <w:vAlign w:val="center"/>
          </w:tcPr>
          <w:p w14:paraId="2747DFA5" w14:textId="77777777" w:rsidR="008E2B50" w:rsidRPr="00E81C1D" w:rsidRDefault="00000000">
            <w:pPr>
              <w:spacing w:after="0" w:line="240" w:lineRule="auto"/>
              <w:rPr>
                <w:noProof/>
                <w:lang w:val="ro-RO"/>
              </w:rPr>
            </w:pPr>
            <w:r w:rsidRPr="00E81C1D">
              <w:rPr>
                <w:rFonts w:eastAsia="Arial"/>
                <w:noProof/>
                <w:sz w:val="14"/>
                <w:lang w:val="ro-RO"/>
              </w:rPr>
              <w:t>Competența este demonstrată prin educație, instruire, experiență și evaluare practică.</w:t>
            </w:r>
          </w:p>
        </w:tc>
        <w:tc>
          <w:tcPr>
            <w:tcW w:w="5159" w:type="dxa"/>
            <w:shd w:val="clear" w:color="auto" w:fill="FAFAFA"/>
            <w:tcMar>
              <w:top w:w="60" w:type="dxa"/>
              <w:left w:w="70" w:type="dxa"/>
              <w:bottom w:w="60" w:type="dxa"/>
              <w:right w:w="70" w:type="dxa"/>
            </w:tcMar>
            <w:vAlign w:val="center"/>
          </w:tcPr>
          <w:p w14:paraId="0B5B95BC" w14:textId="77777777" w:rsidR="008E2B50" w:rsidRPr="00E81C1D" w:rsidRDefault="00000000">
            <w:pPr>
              <w:spacing w:after="0" w:line="240" w:lineRule="auto"/>
              <w:rPr>
                <w:noProof/>
                <w:lang w:val="ro-RO"/>
              </w:rPr>
            </w:pPr>
            <w:r w:rsidRPr="00E81C1D">
              <w:rPr>
                <w:rFonts w:eastAsia="Arial"/>
                <w:noProof/>
                <w:sz w:val="14"/>
                <w:lang w:val="ro-RO"/>
              </w:rPr>
              <w:t>Teste, observații, autorizări, simulări și reevaluări.</w:t>
            </w:r>
          </w:p>
        </w:tc>
        <w:tc>
          <w:tcPr>
            <w:tcW w:w="1417" w:type="dxa"/>
            <w:shd w:val="clear" w:color="auto" w:fill="FAFAFA"/>
            <w:tcMar>
              <w:top w:w="60" w:type="dxa"/>
              <w:left w:w="70" w:type="dxa"/>
              <w:bottom w:w="60" w:type="dxa"/>
              <w:right w:w="70" w:type="dxa"/>
            </w:tcMar>
            <w:vAlign w:val="center"/>
          </w:tcPr>
          <w:p w14:paraId="538C0A23"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E6DCD7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56F0AAC" w14:textId="77777777" w:rsidR="008E2B50" w:rsidRPr="00E81C1D" w:rsidRDefault="008E2B50">
            <w:pPr>
              <w:spacing w:after="0" w:line="240" w:lineRule="auto"/>
              <w:jc w:val="center"/>
              <w:rPr>
                <w:noProof/>
                <w:lang w:val="ro-RO"/>
              </w:rPr>
            </w:pPr>
          </w:p>
        </w:tc>
      </w:tr>
      <w:tr w:rsidR="008E2B50" w:rsidRPr="00E81C1D" w14:paraId="300EDB2F" w14:textId="77777777">
        <w:trPr>
          <w:cantSplit/>
          <w:jc w:val="center"/>
        </w:trPr>
        <w:tc>
          <w:tcPr>
            <w:tcW w:w="793" w:type="dxa"/>
            <w:tcMar>
              <w:top w:w="60" w:type="dxa"/>
              <w:left w:w="70" w:type="dxa"/>
              <w:bottom w:w="60" w:type="dxa"/>
              <w:right w:w="70" w:type="dxa"/>
            </w:tcMar>
            <w:vAlign w:val="center"/>
          </w:tcPr>
          <w:p w14:paraId="7239C378" w14:textId="77777777" w:rsidR="008E2B50" w:rsidRPr="00E81C1D" w:rsidRDefault="00000000">
            <w:pPr>
              <w:spacing w:after="0" w:line="240" w:lineRule="auto"/>
              <w:jc w:val="center"/>
              <w:rPr>
                <w:noProof/>
                <w:lang w:val="ro-RO"/>
              </w:rPr>
            </w:pPr>
            <w:r w:rsidRPr="00E81C1D">
              <w:rPr>
                <w:rFonts w:eastAsia="Arial"/>
                <w:b/>
                <w:noProof/>
                <w:sz w:val="14"/>
                <w:lang w:val="ro-RO"/>
              </w:rPr>
              <w:t>F4.5</w:t>
            </w:r>
          </w:p>
        </w:tc>
        <w:tc>
          <w:tcPr>
            <w:tcW w:w="4081" w:type="dxa"/>
            <w:tcMar>
              <w:top w:w="60" w:type="dxa"/>
              <w:left w:w="70" w:type="dxa"/>
              <w:bottom w:w="60" w:type="dxa"/>
              <w:right w:w="70" w:type="dxa"/>
            </w:tcMar>
            <w:vAlign w:val="center"/>
          </w:tcPr>
          <w:p w14:paraId="2D0CBF9E" w14:textId="77777777" w:rsidR="008E2B50" w:rsidRPr="00E81C1D" w:rsidRDefault="00000000">
            <w:pPr>
              <w:spacing w:after="0" w:line="240" w:lineRule="auto"/>
              <w:rPr>
                <w:noProof/>
                <w:lang w:val="ro-RO"/>
              </w:rPr>
            </w:pPr>
            <w:r w:rsidRPr="00E81C1D">
              <w:rPr>
                <w:rFonts w:eastAsia="Arial"/>
                <w:noProof/>
                <w:sz w:val="14"/>
                <w:lang w:val="ro-RO"/>
              </w:rPr>
              <w:t>Eficacitatea instruirilor este verificată.</w:t>
            </w:r>
          </w:p>
        </w:tc>
        <w:tc>
          <w:tcPr>
            <w:tcW w:w="5159" w:type="dxa"/>
            <w:tcMar>
              <w:top w:w="60" w:type="dxa"/>
              <w:left w:w="70" w:type="dxa"/>
              <w:bottom w:w="60" w:type="dxa"/>
              <w:right w:w="70" w:type="dxa"/>
            </w:tcMar>
            <w:vAlign w:val="center"/>
          </w:tcPr>
          <w:p w14:paraId="5D1FCEF6" w14:textId="77777777" w:rsidR="008E2B50" w:rsidRPr="00E81C1D" w:rsidRDefault="00000000">
            <w:pPr>
              <w:spacing w:after="0" w:line="240" w:lineRule="auto"/>
              <w:rPr>
                <w:noProof/>
                <w:lang w:val="ro-RO"/>
              </w:rPr>
            </w:pPr>
            <w:r w:rsidRPr="00E81C1D">
              <w:rPr>
                <w:rFonts w:eastAsia="Arial"/>
                <w:noProof/>
                <w:sz w:val="14"/>
                <w:lang w:val="ro-RO"/>
              </w:rPr>
              <w:t>Observarea practicilor, rezultate, audituri și reducerea erorilor.</w:t>
            </w:r>
          </w:p>
        </w:tc>
        <w:tc>
          <w:tcPr>
            <w:tcW w:w="1417" w:type="dxa"/>
            <w:tcMar>
              <w:top w:w="60" w:type="dxa"/>
              <w:left w:w="70" w:type="dxa"/>
              <w:bottom w:w="60" w:type="dxa"/>
              <w:right w:w="70" w:type="dxa"/>
            </w:tcMar>
            <w:vAlign w:val="center"/>
          </w:tcPr>
          <w:p w14:paraId="2853A6E9"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C36EF92"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52916CFC" w14:textId="77777777" w:rsidR="008E2B50" w:rsidRPr="00E81C1D" w:rsidRDefault="008E2B50">
            <w:pPr>
              <w:spacing w:after="0" w:line="240" w:lineRule="auto"/>
              <w:jc w:val="center"/>
              <w:rPr>
                <w:noProof/>
                <w:lang w:val="ro-RO"/>
              </w:rPr>
            </w:pPr>
          </w:p>
        </w:tc>
      </w:tr>
      <w:tr w:rsidR="008E2B50" w:rsidRPr="00E81C1D" w14:paraId="7840EE37" w14:textId="77777777">
        <w:trPr>
          <w:cantSplit/>
          <w:jc w:val="center"/>
        </w:trPr>
        <w:tc>
          <w:tcPr>
            <w:tcW w:w="793" w:type="dxa"/>
            <w:shd w:val="clear" w:color="auto" w:fill="FAFAFA"/>
            <w:tcMar>
              <w:top w:w="60" w:type="dxa"/>
              <w:left w:w="70" w:type="dxa"/>
              <w:bottom w:w="60" w:type="dxa"/>
              <w:right w:w="70" w:type="dxa"/>
            </w:tcMar>
            <w:vAlign w:val="center"/>
          </w:tcPr>
          <w:p w14:paraId="44FB7988" w14:textId="77777777" w:rsidR="008E2B50" w:rsidRPr="00E81C1D" w:rsidRDefault="00000000">
            <w:pPr>
              <w:spacing w:after="0" w:line="240" w:lineRule="auto"/>
              <w:jc w:val="center"/>
              <w:rPr>
                <w:noProof/>
                <w:lang w:val="ro-RO"/>
              </w:rPr>
            </w:pPr>
            <w:r w:rsidRPr="00E81C1D">
              <w:rPr>
                <w:rFonts w:eastAsia="Arial"/>
                <w:b/>
                <w:noProof/>
                <w:sz w:val="14"/>
                <w:lang w:val="ro-RO"/>
              </w:rPr>
              <w:t>F4.6</w:t>
            </w:r>
          </w:p>
        </w:tc>
        <w:tc>
          <w:tcPr>
            <w:tcW w:w="4081" w:type="dxa"/>
            <w:shd w:val="clear" w:color="auto" w:fill="FAFAFA"/>
            <w:tcMar>
              <w:top w:w="60" w:type="dxa"/>
              <w:left w:w="70" w:type="dxa"/>
              <w:bottom w:w="60" w:type="dxa"/>
              <w:right w:w="70" w:type="dxa"/>
            </w:tcMar>
            <w:vAlign w:val="center"/>
          </w:tcPr>
          <w:p w14:paraId="7E723FFA" w14:textId="77777777" w:rsidR="008E2B50" w:rsidRPr="00E81C1D" w:rsidRDefault="00000000">
            <w:pPr>
              <w:spacing w:after="0" w:line="240" w:lineRule="auto"/>
              <w:rPr>
                <w:noProof/>
                <w:lang w:val="ro-RO"/>
              </w:rPr>
            </w:pPr>
            <w:r w:rsidRPr="00E81C1D">
              <w:rPr>
                <w:rFonts w:eastAsia="Arial"/>
                <w:noProof/>
                <w:sz w:val="14"/>
                <w:lang w:val="ro-RO"/>
              </w:rPr>
              <w:t>Personalul cunoaște politica, obiectivele, contribuția sa și consecințele nerespectării.</w:t>
            </w:r>
          </w:p>
        </w:tc>
        <w:tc>
          <w:tcPr>
            <w:tcW w:w="5159" w:type="dxa"/>
            <w:shd w:val="clear" w:color="auto" w:fill="FAFAFA"/>
            <w:tcMar>
              <w:top w:w="60" w:type="dxa"/>
              <w:left w:w="70" w:type="dxa"/>
              <w:bottom w:w="60" w:type="dxa"/>
              <w:right w:w="70" w:type="dxa"/>
            </w:tcMar>
            <w:vAlign w:val="center"/>
          </w:tcPr>
          <w:p w14:paraId="000D5768" w14:textId="77777777" w:rsidR="008E2B50" w:rsidRPr="00E81C1D" w:rsidRDefault="00000000">
            <w:pPr>
              <w:spacing w:after="0" w:line="240" w:lineRule="auto"/>
              <w:rPr>
                <w:noProof/>
                <w:lang w:val="ro-RO"/>
              </w:rPr>
            </w:pPr>
            <w:r w:rsidRPr="00E81C1D">
              <w:rPr>
                <w:rFonts w:eastAsia="Arial"/>
                <w:noProof/>
                <w:sz w:val="14"/>
                <w:lang w:val="ro-RO"/>
              </w:rPr>
              <w:t>Interviuri coerente și reacții corecte la abateri.</w:t>
            </w:r>
          </w:p>
        </w:tc>
        <w:tc>
          <w:tcPr>
            <w:tcW w:w="1417" w:type="dxa"/>
            <w:shd w:val="clear" w:color="auto" w:fill="FAFAFA"/>
            <w:tcMar>
              <w:top w:w="60" w:type="dxa"/>
              <w:left w:w="70" w:type="dxa"/>
              <w:bottom w:w="60" w:type="dxa"/>
              <w:right w:w="70" w:type="dxa"/>
            </w:tcMar>
            <w:vAlign w:val="center"/>
          </w:tcPr>
          <w:p w14:paraId="1ADECE61"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0A02F69"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C47C442" w14:textId="77777777" w:rsidR="008E2B50" w:rsidRPr="00E81C1D" w:rsidRDefault="008E2B50">
            <w:pPr>
              <w:spacing w:after="0" w:line="240" w:lineRule="auto"/>
              <w:jc w:val="center"/>
              <w:rPr>
                <w:noProof/>
                <w:lang w:val="ro-RO"/>
              </w:rPr>
            </w:pPr>
          </w:p>
        </w:tc>
      </w:tr>
      <w:tr w:rsidR="008E2B50" w:rsidRPr="00E81C1D" w14:paraId="27E0736D" w14:textId="77777777">
        <w:trPr>
          <w:cantSplit/>
          <w:jc w:val="center"/>
        </w:trPr>
        <w:tc>
          <w:tcPr>
            <w:tcW w:w="793" w:type="dxa"/>
            <w:tcMar>
              <w:top w:w="60" w:type="dxa"/>
              <w:left w:w="70" w:type="dxa"/>
              <w:bottom w:w="60" w:type="dxa"/>
              <w:right w:w="70" w:type="dxa"/>
            </w:tcMar>
            <w:vAlign w:val="center"/>
          </w:tcPr>
          <w:p w14:paraId="6DFFB6CE" w14:textId="77777777" w:rsidR="008E2B50" w:rsidRPr="00E81C1D" w:rsidRDefault="00000000">
            <w:pPr>
              <w:spacing w:after="0" w:line="240" w:lineRule="auto"/>
              <w:jc w:val="center"/>
              <w:rPr>
                <w:noProof/>
                <w:lang w:val="ro-RO"/>
              </w:rPr>
            </w:pPr>
            <w:r w:rsidRPr="00E81C1D">
              <w:rPr>
                <w:rFonts w:eastAsia="Arial"/>
                <w:b/>
                <w:noProof/>
                <w:sz w:val="14"/>
                <w:lang w:val="ro-RO"/>
              </w:rPr>
              <w:t>F4.7</w:t>
            </w:r>
          </w:p>
        </w:tc>
        <w:tc>
          <w:tcPr>
            <w:tcW w:w="4081" w:type="dxa"/>
            <w:tcMar>
              <w:top w:w="60" w:type="dxa"/>
              <w:left w:w="70" w:type="dxa"/>
              <w:bottom w:w="60" w:type="dxa"/>
              <w:right w:w="70" w:type="dxa"/>
            </w:tcMar>
            <w:vAlign w:val="center"/>
          </w:tcPr>
          <w:p w14:paraId="0614DC60" w14:textId="77777777" w:rsidR="008E2B50" w:rsidRPr="00E81C1D" w:rsidRDefault="00000000">
            <w:pPr>
              <w:spacing w:after="0" w:line="240" w:lineRule="auto"/>
              <w:rPr>
                <w:noProof/>
                <w:lang w:val="ro-RO"/>
              </w:rPr>
            </w:pPr>
            <w:r w:rsidRPr="00E81C1D">
              <w:rPr>
                <w:rFonts w:eastAsia="Arial"/>
                <w:noProof/>
                <w:sz w:val="14"/>
                <w:lang w:val="ro-RO"/>
              </w:rPr>
              <w:t>Sunt stabilite comunicările interne relevante.</w:t>
            </w:r>
          </w:p>
        </w:tc>
        <w:tc>
          <w:tcPr>
            <w:tcW w:w="5159" w:type="dxa"/>
            <w:tcMar>
              <w:top w:w="60" w:type="dxa"/>
              <w:left w:w="70" w:type="dxa"/>
              <w:bottom w:w="60" w:type="dxa"/>
              <w:right w:w="70" w:type="dxa"/>
            </w:tcMar>
            <w:vAlign w:val="center"/>
          </w:tcPr>
          <w:p w14:paraId="6956F2C3" w14:textId="77777777" w:rsidR="008E2B50" w:rsidRPr="00E81C1D" w:rsidRDefault="00000000">
            <w:pPr>
              <w:spacing w:after="0" w:line="240" w:lineRule="auto"/>
              <w:rPr>
                <w:noProof/>
                <w:lang w:val="ro-RO"/>
              </w:rPr>
            </w:pPr>
            <w:r w:rsidRPr="00E81C1D">
              <w:rPr>
                <w:rFonts w:eastAsia="Arial"/>
                <w:noProof/>
                <w:sz w:val="14"/>
                <w:lang w:val="ro-RO"/>
              </w:rPr>
              <w:t>Ce, când, cui, cum, responsabil și înregistrare.</w:t>
            </w:r>
          </w:p>
        </w:tc>
        <w:tc>
          <w:tcPr>
            <w:tcW w:w="1417" w:type="dxa"/>
            <w:tcMar>
              <w:top w:w="60" w:type="dxa"/>
              <w:left w:w="70" w:type="dxa"/>
              <w:bottom w:w="60" w:type="dxa"/>
              <w:right w:w="70" w:type="dxa"/>
            </w:tcMar>
            <w:vAlign w:val="center"/>
          </w:tcPr>
          <w:p w14:paraId="47AC234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1D1CE48"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58E36D2E" w14:textId="77777777" w:rsidR="008E2B50" w:rsidRPr="00E81C1D" w:rsidRDefault="008E2B50">
            <w:pPr>
              <w:spacing w:after="0" w:line="240" w:lineRule="auto"/>
              <w:jc w:val="center"/>
              <w:rPr>
                <w:noProof/>
                <w:lang w:val="ro-RO"/>
              </w:rPr>
            </w:pPr>
          </w:p>
        </w:tc>
      </w:tr>
      <w:tr w:rsidR="008E2B50" w:rsidRPr="00E81C1D" w14:paraId="36E99042" w14:textId="77777777">
        <w:trPr>
          <w:cantSplit/>
          <w:jc w:val="center"/>
        </w:trPr>
        <w:tc>
          <w:tcPr>
            <w:tcW w:w="793" w:type="dxa"/>
            <w:shd w:val="clear" w:color="auto" w:fill="FAFAFA"/>
            <w:tcMar>
              <w:top w:w="60" w:type="dxa"/>
              <w:left w:w="70" w:type="dxa"/>
              <w:bottom w:w="60" w:type="dxa"/>
              <w:right w:w="70" w:type="dxa"/>
            </w:tcMar>
            <w:vAlign w:val="center"/>
          </w:tcPr>
          <w:p w14:paraId="68B8DDC8" w14:textId="77777777" w:rsidR="008E2B50" w:rsidRPr="00E81C1D" w:rsidRDefault="00000000">
            <w:pPr>
              <w:spacing w:after="0" w:line="240" w:lineRule="auto"/>
              <w:jc w:val="center"/>
              <w:rPr>
                <w:noProof/>
                <w:lang w:val="ro-RO"/>
              </w:rPr>
            </w:pPr>
            <w:r w:rsidRPr="00E81C1D">
              <w:rPr>
                <w:rFonts w:eastAsia="Arial"/>
                <w:b/>
                <w:noProof/>
                <w:sz w:val="14"/>
                <w:lang w:val="ro-RO"/>
              </w:rPr>
              <w:t>F4.8</w:t>
            </w:r>
          </w:p>
        </w:tc>
        <w:tc>
          <w:tcPr>
            <w:tcW w:w="4081" w:type="dxa"/>
            <w:shd w:val="clear" w:color="auto" w:fill="FAFAFA"/>
            <w:tcMar>
              <w:top w:w="60" w:type="dxa"/>
              <w:left w:w="70" w:type="dxa"/>
              <w:bottom w:w="60" w:type="dxa"/>
              <w:right w:w="70" w:type="dxa"/>
            </w:tcMar>
            <w:vAlign w:val="center"/>
          </w:tcPr>
          <w:p w14:paraId="172142E9" w14:textId="77777777" w:rsidR="008E2B50" w:rsidRPr="00E81C1D" w:rsidRDefault="00000000">
            <w:pPr>
              <w:spacing w:after="0" w:line="240" w:lineRule="auto"/>
              <w:rPr>
                <w:noProof/>
                <w:lang w:val="ro-RO"/>
              </w:rPr>
            </w:pPr>
            <w:r w:rsidRPr="00E81C1D">
              <w:rPr>
                <w:rFonts w:eastAsia="Arial"/>
                <w:noProof/>
                <w:sz w:val="14"/>
                <w:lang w:val="ro-RO"/>
              </w:rPr>
              <w:t>Modificările cu impact asupra siguranței alimentelor sunt comunicate prompt echipei relevante.</w:t>
            </w:r>
          </w:p>
        </w:tc>
        <w:tc>
          <w:tcPr>
            <w:tcW w:w="5159" w:type="dxa"/>
            <w:shd w:val="clear" w:color="auto" w:fill="FAFAFA"/>
            <w:tcMar>
              <w:top w:w="60" w:type="dxa"/>
              <w:left w:w="70" w:type="dxa"/>
              <w:bottom w:w="60" w:type="dxa"/>
              <w:right w:w="70" w:type="dxa"/>
            </w:tcMar>
            <w:vAlign w:val="center"/>
          </w:tcPr>
          <w:p w14:paraId="7210A4C8" w14:textId="77777777" w:rsidR="008E2B50" w:rsidRPr="00E81C1D" w:rsidRDefault="00000000">
            <w:pPr>
              <w:spacing w:after="0" w:line="240" w:lineRule="auto"/>
              <w:rPr>
                <w:noProof/>
                <w:lang w:val="ro-RO"/>
              </w:rPr>
            </w:pPr>
            <w:r w:rsidRPr="00E81C1D">
              <w:rPr>
                <w:rFonts w:eastAsia="Arial"/>
                <w:noProof/>
                <w:sz w:val="14"/>
                <w:lang w:val="ro-RO"/>
              </w:rPr>
              <w:t>Ingrediente, produse, procese, echipamente, curățare, ambalaje, furnizori și cerințe.</w:t>
            </w:r>
          </w:p>
        </w:tc>
        <w:tc>
          <w:tcPr>
            <w:tcW w:w="1417" w:type="dxa"/>
            <w:shd w:val="clear" w:color="auto" w:fill="FAFAFA"/>
            <w:tcMar>
              <w:top w:w="60" w:type="dxa"/>
              <w:left w:w="70" w:type="dxa"/>
              <w:bottom w:w="60" w:type="dxa"/>
              <w:right w:w="70" w:type="dxa"/>
            </w:tcMar>
            <w:vAlign w:val="center"/>
          </w:tcPr>
          <w:p w14:paraId="038E7915"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BC7C7D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A493E59" w14:textId="77777777" w:rsidR="008E2B50" w:rsidRPr="00E81C1D" w:rsidRDefault="008E2B50">
            <w:pPr>
              <w:spacing w:after="0" w:line="240" w:lineRule="auto"/>
              <w:jc w:val="center"/>
              <w:rPr>
                <w:noProof/>
                <w:lang w:val="ro-RO"/>
              </w:rPr>
            </w:pPr>
          </w:p>
        </w:tc>
      </w:tr>
      <w:tr w:rsidR="008E2B50" w:rsidRPr="00E81C1D" w14:paraId="3F57E7ED" w14:textId="77777777">
        <w:trPr>
          <w:cantSplit/>
          <w:jc w:val="center"/>
        </w:trPr>
        <w:tc>
          <w:tcPr>
            <w:tcW w:w="793" w:type="dxa"/>
            <w:tcMar>
              <w:top w:w="60" w:type="dxa"/>
              <w:left w:w="70" w:type="dxa"/>
              <w:bottom w:w="60" w:type="dxa"/>
              <w:right w:w="70" w:type="dxa"/>
            </w:tcMar>
            <w:vAlign w:val="center"/>
          </w:tcPr>
          <w:p w14:paraId="39500919" w14:textId="77777777" w:rsidR="008E2B50" w:rsidRPr="00E81C1D" w:rsidRDefault="00000000">
            <w:pPr>
              <w:spacing w:after="0" w:line="240" w:lineRule="auto"/>
              <w:jc w:val="center"/>
              <w:rPr>
                <w:noProof/>
                <w:lang w:val="ro-RO"/>
              </w:rPr>
            </w:pPr>
            <w:r w:rsidRPr="00E81C1D">
              <w:rPr>
                <w:rFonts w:eastAsia="Arial"/>
                <w:b/>
                <w:noProof/>
                <w:sz w:val="14"/>
                <w:lang w:val="ro-RO"/>
              </w:rPr>
              <w:t>F4.9</w:t>
            </w:r>
          </w:p>
        </w:tc>
        <w:tc>
          <w:tcPr>
            <w:tcW w:w="4081" w:type="dxa"/>
            <w:tcMar>
              <w:top w:w="60" w:type="dxa"/>
              <w:left w:w="70" w:type="dxa"/>
              <w:bottom w:w="60" w:type="dxa"/>
              <w:right w:w="70" w:type="dxa"/>
            </w:tcMar>
            <w:vAlign w:val="center"/>
          </w:tcPr>
          <w:p w14:paraId="4E79C4BF" w14:textId="77777777" w:rsidR="008E2B50" w:rsidRPr="00E81C1D" w:rsidRDefault="00000000">
            <w:pPr>
              <w:spacing w:after="0" w:line="240" w:lineRule="auto"/>
              <w:rPr>
                <w:noProof/>
                <w:lang w:val="ro-RO"/>
              </w:rPr>
            </w:pPr>
            <w:r w:rsidRPr="00E81C1D">
              <w:rPr>
                <w:rFonts w:eastAsia="Arial"/>
                <w:noProof/>
                <w:sz w:val="14"/>
                <w:lang w:val="ro-RO"/>
              </w:rPr>
              <w:t>Sunt stabilite comunicările externe cu furnizori, clienți, consumatori, autorități și alte organizații.</w:t>
            </w:r>
          </w:p>
        </w:tc>
        <w:tc>
          <w:tcPr>
            <w:tcW w:w="5159" w:type="dxa"/>
            <w:tcMar>
              <w:top w:w="60" w:type="dxa"/>
              <w:left w:w="70" w:type="dxa"/>
              <w:bottom w:w="60" w:type="dxa"/>
              <w:right w:w="70" w:type="dxa"/>
            </w:tcMar>
            <w:vAlign w:val="center"/>
          </w:tcPr>
          <w:p w14:paraId="307DA3DC" w14:textId="77777777" w:rsidR="008E2B50" w:rsidRPr="00E81C1D" w:rsidRDefault="00000000">
            <w:pPr>
              <w:spacing w:after="0" w:line="240" w:lineRule="auto"/>
              <w:rPr>
                <w:noProof/>
                <w:lang w:val="ro-RO"/>
              </w:rPr>
            </w:pPr>
            <w:r w:rsidRPr="00E81C1D">
              <w:rPr>
                <w:rFonts w:eastAsia="Arial"/>
                <w:noProof/>
                <w:sz w:val="14"/>
                <w:lang w:val="ro-RO"/>
              </w:rPr>
              <w:t>Canale, persoane autorizate, conținut, timpi și păstrarea comunicărilor.</w:t>
            </w:r>
          </w:p>
        </w:tc>
        <w:tc>
          <w:tcPr>
            <w:tcW w:w="1417" w:type="dxa"/>
            <w:tcMar>
              <w:top w:w="60" w:type="dxa"/>
              <w:left w:w="70" w:type="dxa"/>
              <w:bottom w:w="60" w:type="dxa"/>
              <w:right w:w="70" w:type="dxa"/>
            </w:tcMar>
            <w:vAlign w:val="center"/>
          </w:tcPr>
          <w:p w14:paraId="5F040BE8"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949AD1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5A81C463" w14:textId="77777777" w:rsidR="008E2B50" w:rsidRPr="00E81C1D" w:rsidRDefault="008E2B50">
            <w:pPr>
              <w:spacing w:after="0" w:line="240" w:lineRule="auto"/>
              <w:jc w:val="center"/>
              <w:rPr>
                <w:noProof/>
                <w:lang w:val="ro-RO"/>
              </w:rPr>
            </w:pPr>
          </w:p>
        </w:tc>
      </w:tr>
      <w:tr w:rsidR="008E2B50" w:rsidRPr="00E81C1D" w14:paraId="30D09614" w14:textId="77777777">
        <w:trPr>
          <w:cantSplit/>
          <w:jc w:val="center"/>
        </w:trPr>
        <w:tc>
          <w:tcPr>
            <w:tcW w:w="793" w:type="dxa"/>
            <w:shd w:val="clear" w:color="auto" w:fill="FAFAFA"/>
            <w:tcMar>
              <w:top w:w="60" w:type="dxa"/>
              <w:left w:w="70" w:type="dxa"/>
              <w:bottom w:w="60" w:type="dxa"/>
              <w:right w:w="70" w:type="dxa"/>
            </w:tcMar>
            <w:vAlign w:val="center"/>
          </w:tcPr>
          <w:p w14:paraId="2A694066" w14:textId="77777777" w:rsidR="008E2B50" w:rsidRPr="00E81C1D" w:rsidRDefault="00000000">
            <w:pPr>
              <w:spacing w:after="0" w:line="240" w:lineRule="auto"/>
              <w:jc w:val="center"/>
              <w:rPr>
                <w:noProof/>
                <w:lang w:val="ro-RO"/>
              </w:rPr>
            </w:pPr>
            <w:r w:rsidRPr="00E81C1D">
              <w:rPr>
                <w:rFonts w:eastAsia="Arial"/>
                <w:b/>
                <w:noProof/>
                <w:sz w:val="14"/>
                <w:lang w:val="ro-RO"/>
              </w:rPr>
              <w:t>F4.10</w:t>
            </w:r>
          </w:p>
        </w:tc>
        <w:tc>
          <w:tcPr>
            <w:tcW w:w="4081" w:type="dxa"/>
            <w:shd w:val="clear" w:color="auto" w:fill="FAFAFA"/>
            <w:tcMar>
              <w:top w:w="60" w:type="dxa"/>
              <w:left w:w="70" w:type="dxa"/>
              <w:bottom w:w="60" w:type="dxa"/>
              <w:right w:w="70" w:type="dxa"/>
            </w:tcMar>
            <w:vAlign w:val="center"/>
          </w:tcPr>
          <w:p w14:paraId="22D83F9B" w14:textId="77777777" w:rsidR="008E2B50" w:rsidRPr="00E81C1D" w:rsidRDefault="00000000">
            <w:pPr>
              <w:spacing w:after="0" w:line="240" w:lineRule="auto"/>
              <w:rPr>
                <w:noProof/>
                <w:lang w:val="ro-RO"/>
              </w:rPr>
            </w:pPr>
            <w:r w:rsidRPr="00E81C1D">
              <w:rPr>
                <w:rFonts w:eastAsia="Arial"/>
                <w:noProof/>
                <w:sz w:val="14"/>
                <w:lang w:val="ro-RO"/>
              </w:rPr>
              <w:t>Informațiile despre pericole și cerințe sunt actuale și accesibile.</w:t>
            </w:r>
          </w:p>
        </w:tc>
        <w:tc>
          <w:tcPr>
            <w:tcW w:w="5159" w:type="dxa"/>
            <w:shd w:val="clear" w:color="auto" w:fill="FAFAFA"/>
            <w:tcMar>
              <w:top w:w="60" w:type="dxa"/>
              <w:left w:w="70" w:type="dxa"/>
              <w:bottom w:w="60" w:type="dxa"/>
              <w:right w:w="70" w:type="dxa"/>
            </w:tcMar>
            <w:vAlign w:val="center"/>
          </w:tcPr>
          <w:p w14:paraId="5D0CD9C6" w14:textId="77777777" w:rsidR="008E2B50" w:rsidRPr="00E81C1D" w:rsidRDefault="00000000">
            <w:pPr>
              <w:spacing w:after="0" w:line="240" w:lineRule="auto"/>
              <w:rPr>
                <w:noProof/>
                <w:lang w:val="ro-RO"/>
              </w:rPr>
            </w:pPr>
            <w:r w:rsidRPr="00E81C1D">
              <w:rPr>
                <w:rFonts w:eastAsia="Arial"/>
                <w:noProof/>
                <w:sz w:val="14"/>
                <w:lang w:val="ro-RO"/>
              </w:rPr>
              <w:t>Specificații, fișe tehnice, legislație, informații epidemiologice și alerte.</w:t>
            </w:r>
          </w:p>
        </w:tc>
        <w:tc>
          <w:tcPr>
            <w:tcW w:w="1417" w:type="dxa"/>
            <w:shd w:val="clear" w:color="auto" w:fill="FAFAFA"/>
            <w:tcMar>
              <w:top w:w="60" w:type="dxa"/>
              <w:left w:w="70" w:type="dxa"/>
              <w:bottom w:w="60" w:type="dxa"/>
              <w:right w:w="70" w:type="dxa"/>
            </w:tcMar>
            <w:vAlign w:val="center"/>
          </w:tcPr>
          <w:p w14:paraId="510B712C"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F018292"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7FAEFDC" w14:textId="77777777" w:rsidR="008E2B50" w:rsidRPr="00E81C1D" w:rsidRDefault="008E2B50">
            <w:pPr>
              <w:spacing w:after="0" w:line="240" w:lineRule="auto"/>
              <w:jc w:val="center"/>
              <w:rPr>
                <w:noProof/>
                <w:lang w:val="ro-RO"/>
              </w:rPr>
            </w:pPr>
          </w:p>
        </w:tc>
      </w:tr>
      <w:tr w:rsidR="008E2B50" w:rsidRPr="00E81C1D" w14:paraId="20D675E9" w14:textId="77777777">
        <w:trPr>
          <w:cantSplit/>
          <w:jc w:val="center"/>
        </w:trPr>
        <w:tc>
          <w:tcPr>
            <w:tcW w:w="793" w:type="dxa"/>
            <w:tcMar>
              <w:top w:w="60" w:type="dxa"/>
              <w:left w:w="70" w:type="dxa"/>
              <w:bottom w:w="60" w:type="dxa"/>
              <w:right w:w="70" w:type="dxa"/>
            </w:tcMar>
            <w:vAlign w:val="center"/>
          </w:tcPr>
          <w:p w14:paraId="4D1A37DC" w14:textId="77777777" w:rsidR="008E2B50" w:rsidRPr="00E81C1D" w:rsidRDefault="00000000">
            <w:pPr>
              <w:spacing w:after="0" w:line="240" w:lineRule="auto"/>
              <w:jc w:val="center"/>
              <w:rPr>
                <w:noProof/>
                <w:lang w:val="ro-RO"/>
              </w:rPr>
            </w:pPr>
            <w:r w:rsidRPr="00E81C1D">
              <w:rPr>
                <w:rFonts w:eastAsia="Arial"/>
                <w:b/>
                <w:noProof/>
                <w:sz w:val="14"/>
                <w:lang w:val="ro-RO"/>
              </w:rPr>
              <w:t>F4.11</w:t>
            </w:r>
          </w:p>
        </w:tc>
        <w:tc>
          <w:tcPr>
            <w:tcW w:w="4081" w:type="dxa"/>
            <w:tcMar>
              <w:top w:w="60" w:type="dxa"/>
              <w:left w:w="70" w:type="dxa"/>
              <w:bottom w:w="60" w:type="dxa"/>
              <w:right w:w="70" w:type="dxa"/>
            </w:tcMar>
            <w:vAlign w:val="center"/>
          </w:tcPr>
          <w:p w14:paraId="01DDCE6A" w14:textId="77777777" w:rsidR="008E2B50" w:rsidRPr="00E81C1D" w:rsidRDefault="00000000">
            <w:pPr>
              <w:spacing w:after="0" w:line="240" w:lineRule="auto"/>
              <w:rPr>
                <w:noProof/>
                <w:lang w:val="ro-RO"/>
              </w:rPr>
            </w:pPr>
            <w:r w:rsidRPr="00E81C1D">
              <w:rPr>
                <w:rFonts w:eastAsia="Arial"/>
                <w:noProof/>
                <w:sz w:val="14"/>
                <w:lang w:val="ro-RO"/>
              </w:rPr>
              <w:t>Informațiile documentate sunt create, aprobate, identificate și actualizate controlat.</w:t>
            </w:r>
          </w:p>
        </w:tc>
        <w:tc>
          <w:tcPr>
            <w:tcW w:w="5159" w:type="dxa"/>
            <w:tcMar>
              <w:top w:w="60" w:type="dxa"/>
              <w:left w:w="70" w:type="dxa"/>
              <w:bottom w:w="60" w:type="dxa"/>
              <w:right w:w="70" w:type="dxa"/>
            </w:tcMar>
            <w:vAlign w:val="center"/>
          </w:tcPr>
          <w:p w14:paraId="354463AB" w14:textId="77777777" w:rsidR="008E2B50" w:rsidRPr="00E81C1D" w:rsidRDefault="00000000">
            <w:pPr>
              <w:spacing w:after="0" w:line="240" w:lineRule="auto"/>
              <w:rPr>
                <w:noProof/>
                <w:lang w:val="ro-RO"/>
              </w:rPr>
            </w:pPr>
            <w:r w:rsidRPr="00E81C1D">
              <w:rPr>
                <w:rFonts w:eastAsia="Arial"/>
                <w:noProof/>
                <w:sz w:val="14"/>
                <w:lang w:val="ro-RO"/>
              </w:rPr>
              <w:t>Cod, versiune, dată, autor, aprobare și format.</w:t>
            </w:r>
          </w:p>
        </w:tc>
        <w:tc>
          <w:tcPr>
            <w:tcW w:w="1417" w:type="dxa"/>
            <w:tcMar>
              <w:top w:w="60" w:type="dxa"/>
              <w:left w:w="70" w:type="dxa"/>
              <w:bottom w:w="60" w:type="dxa"/>
              <w:right w:w="70" w:type="dxa"/>
            </w:tcMar>
            <w:vAlign w:val="center"/>
          </w:tcPr>
          <w:p w14:paraId="1BB0629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8C28EDF"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AEFE950" w14:textId="77777777" w:rsidR="008E2B50" w:rsidRPr="00E81C1D" w:rsidRDefault="008E2B50">
            <w:pPr>
              <w:spacing w:after="0" w:line="240" w:lineRule="auto"/>
              <w:jc w:val="center"/>
              <w:rPr>
                <w:noProof/>
                <w:lang w:val="ro-RO"/>
              </w:rPr>
            </w:pPr>
          </w:p>
        </w:tc>
      </w:tr>
      <w:tr w:rsidR="008E2B50" w:rsidRPr="00E81C1D" w14:paraId="27A50066" w14:textId="77777777">
        <w:trPr>
          <w:cantSplit/>
          <w:jc w:val="center"/>
        </w:trPr>
        <w:tc>
          <w:tcPr>
            <w:tcW w:w="793" w:type="dxa"/>
            <w:shd w:val="clear" w:color="auto" w:fill="FAFAFA"/>
            <w:tcMar>
              <w:top w:w="60" w:type="dxa"/>
              <w:left w:w="70" w:type="dxa"/>
              <w:bottom w:w="60" w:type="dxa"/>
              <w:right w:w="70" w:type="dxa"/>
            </w:tcMar>
            <w:vAlign w:val="center"/>
          </w:tcPr>
          <w:p w14:paraId="5E7628EF" w14:textId="77777777" w:rsidR="008E2B50" w:rsidRPr="00E81C1D" w:rsidRDefault="00000000">
            <w:pPr>
              <w:spacing w:after="0" w:line="240" w:lineRule="auto"/>
              <w:jc w:val="center"/>
              <w:rPr>
                <w:noProof/>
                <w:lang w:val="ro-RO"/>
              </w:rPr>
            </w:pPr>
            <w:r w:rsidRPr="00E81C1D">
              <w:rPr>
                <w:rFonts w:eastAsia="Arial"/>
                <w:b/>
                <w:noProof/>
                <w:sz w:val="14"/>
                <w:lang w:val="ro-RO"/>
              </w:rPr>
              <w:t>F4.12</w:t>
            </w:r>
          </w:p>
        </w:tc>
        <w:tc>
          <w:tcPr>
            <w:tcW w:w="4081" w:type="dxa"/>
            <w:shd w:val="clear" w:color="auto" w:fill="FAFAFA"/>
            <w:tcMar>
              <w:top w:w="60" w:type="dxa"/>
              <w:left w:w="70" w:type="dxa"/>
              <w:bottom w:w="60" w:type="dxa"/>
              <w:right w:w="70" w:type="dxa"/>
            </w:tcMar>
            <w:vAlign w:val="center"/>
          </w:tcPr>
          <w:p w14:paraId="760D48FD" w14:textId="77777777" w:rsidR="008E2B50" w:rsidRPr="00E81C1D" w:rsidRDefault="00000000">
            <w:pPr>
              <w:spacing w:after="0" w:line="240" w:lineRule="auto"/>
              <w:rPr>
                <w:noProof/>
                <w:lang w:val="ro-RO"/>
              </w:rPr>
            </w:pPr>
            <w:r w:rsidRPr="00E81C1D">
              <w:rPr>
                <w:rFonts w:eastAsia="Arial"/>
                <w:noProof/>
                <w:sz w:val="14"/>
                <w:lang w:val="ro-RO"/>
              </w:rPr>
              <w:t>Documentele sunt disponibile la punctul de utilizare și protejate împotriva utilizării neintenționate.</w:t>
            </w:r>
          </w:p>
        </w:tc>
        <w:tc>
          <w:tcPr>
            <w:tcW w:w="5159" w:type="dxa"/>
            <w:shd w:val="clear" w:color="auto" w:fill="FAFAFA"/>
            <w:tcMar>
              <w:top w:w="60" w:type="dxa"/>
              <w:left w:w="70" w:type="dxa"/>
              <w:bottom w:w="60" w:type="dxa"/>
              <w:right w:w="70" w:type="dxa"/>
            </w:tcMar>
            <w:vAlign w:val="center"/>
          </w:tcPr>
          <w:p w14:paraId="76B60EE3" w14:textId="77777777" w:rsidR="008E2B50" w:rsidRPr="00E81C1D" w:rsidRDefault="00000000">
            <w:pPr>
              <w:spacing w:after="0" w:line="240" w:lineRule="auto"/>
              <w:rPr>
                <w:noProof/>
                <w:lang w:val="ro-RO"/>
              </w:rPr>
            </w:pPr>
            <w:r w:rsidRPr="00E81C1D">
              <w:rPr>
                <w:rFonts w:eastAsia="Arial"/>
                <w:noProof/>
                <w:sz w:val="14"/>
                <w:lang w:val="ro-RO"/>
              </w:rPr>
              <w:t>Acces, retragerea versiunilor vechi și controlul copiilor.</w:t>
            </w:r>
          </w:p>
        </w:tc>
        <w:tc>
          <w:tcPr>
            <w:tcW w:w="1417" w:type="dxa"/>
            <w:shd w:val="clear" w:color="auto" w:fill="FAFAFA"/>
            <w:tcMar>
              <w:top w:w="60" w:type="dxa"/>
              <w:left w:w="70" w:type="dxa"/>
              <w:bottom w:w="60" w:type="dxa"/>
              <w:right w:w="70" w:type="dxa"/>
            </w:tcMar>
            <w:vAlign w:val="center"/>
          </w:tcPr>
          <w:p w14:paraId="416619C5"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4F7656C"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1FAA552" w14:textId="77777777" w:rsidR="008E2B50" w:rsidRPr="00E81C1D" w:rsidRDefault="008E2B50">
            <w:pPr>
              <w:spacing w:after="0" w:line="240" w:lineRule="auto"/>
              <w:jc w:val="center"/>
              <w:rPr>
                <w:noProof/>
                <w:lang w:val="ro-RO"/>
              </w:rPr>
            </w:pPr>
          </w:p>
        </w:tc>
      </w:tr>
      <w:tr w:rsidR="008E2B50" w:rsidRPr="00E81C1D" w14:paraId="5852AADB" w14:textId="77777777">
        <w:trPr>
          <w:cantSplit/>
          <w:jc w:val="center"/>
        </w:trPr>
        <w:tc>
          <w:tcPr>
            <w:tcW w:w="793" w:type="dxa"/>
            <w:tcMar>
              <w:top w:w="60" w:type="dxa"/>
              <w:left w:w="70" w:type="dxa"/>
              <w:bottom w:w="60" w:type="dxa"/>
              <w:right w:w="70" w:type="dxa"/>
            </w:tcMar>
            <w:vAlign w:val="center"/>
          </w:tcPr>
          <w:p w14:paraId="000D1915" w14:textId="77777777" w:rsidR="008E2B50" w:rsidRPr="00E81C1D" w:rsidRDefault="00000000">
            <w:pPr>
              <w:spacing w:after="0" w:line="240" w:lineRule="auto"/>
              <w:jc w:val="center"/>
              <w:rPr>
                <w:noProof/>
                <w:lang w:val="ro-RO"/>
              </w:rPr>
            </w:pPr>
            <w:r w:rsidRPr="00E81C1D">
              <w:rPr>
                <w:rFonts w:eastAsia="Arial"/>
                <w:b/>
                <w:noProof/>
                <w:sz w:val="14"/>
                <w:lang w:val="ro-RO"/>
              </w:rPr>
              <w:t>F4.13</w:t>
            </w:r>
          </w:p>
        </w:tc>
        <w:tc>
          <w:tcPr>
            <w:tcW w:w="4081" w:type="dxa"/>
            <w:tcMar>
              <w:top w:w="60" w:type="dxa"/>
              <w:left w:w="70" w:type="dxa"/>
              <w:bottom w:w="60" w:type="dxa"/>
              <w:right w:w="70" w:type="dxa"/>
            </w:tcMar>
            <w:vAlign w:val="center"/>
          </w:tcPr>
          <w:p w14:paraId="1187EDCF" w14:textId="77777777" w:rsidR="008E2B50" w:rsidRPr="00E81C1D" w:rsidRDefault="00000000">
            <w:pPr>
              <w:spacing w:after="0" w:line="240" w:lineRule="auto"/>
              <w:rPr>
                <w:noProof/>
                <w:lang w:val="ro-RO"/>
              </w:rPr>
            </w:pPr>
            <w:r w:rsidRPr="00E81C1D">
              <w:rPr>
                <w:rFonts w:eastAsia="Arial"/>
                <w:noProof/>
                <w:sz w:val="14"/>
                <w:lang w:val="ro-RO"/>
              </w:rPr>
              <w:t>Înregistrările sunt lizibile, trasabile, protejate și păstrate pentru termene adecvate.</w:t>
            </w:r>
          </w:p>
        </w:tc>
        <w:tc>
          <w:tcPr>
            <w:tcW w:w="5159" w:type="dxa"/>
            <w:tcMar>
              <w:top w:w="60" w:type="dxa"/>
              <w:left w:w="70" w:type="dxa"/>
              <w:bottom w:w="60" w:type="dxa"/>
              <w:right w:w="70" w:type="dxa"/>
            </w:tcMar>
            <w:vAlign w:val="center"/>
          </w:tcPr>
          <w:p w14:paraId="26BAD400" w14:textId="77777777" w:rsidR="008E2B50" w:rsidRPr="00E81C1D" w:rsidRDefault="00000000">
            <w:pPr>
              <w:spacing w:after="0" w:line="240" w:lineRule="auto"/>
              <w:rPr>
                <w:noProof/>
                <w:lang w:val="ro-RO"/>
              </w:rPr>
            </w:pPr>
            <w:r w:rsidRPr="00E81C1D">
              <w:rPr>
                <w:rFonts w:eastAsia="Arial"/>
                <w:noProof/>
                <w:sz w:val="14"/>
                <w:lang w:val="ro-RO"/>
              </w:rPr>
              <w:t>Arhivare, backup, acces, eliminare și cerințe legale/client.</w:t>
            </w:r>
          </w:p>
        </w:tc>
        <w:tc>
          <w:tcPr>
            <w:tcW w:w="1417" w:type="dxa"/>
            <w:tcMar>
              <w:top w:w="60" w:type="dxa"/>
              <w:left w:w="70" w:type="dxa"/>
              <w:bottom w:w="60" w:type="dxa"/>
              <w:right w:w="70" w:type="dxa"/>
            </w:tcMar>
            <w:vAlign w:val="center"/>
          </w:tcPr>
          <w:p w14:paraId="6863D52A"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8F599BA"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61175CDE" w14:textId="77777777" w:rsidR="008E2B50" w:rsidRPr="00E81C1D" w:rsidRDefault="008E2B50">
            <w:pPr>
              <w:spacing w:after="0" w:line="240" w:lineRule="auto"/>
              <w:jc w:val="center"/>
              <w:rPr>
                <w:noProof/>
                <w:lang w:val="ro-RO"/>
              </w:rPr>
            </w:pPr>
          </w:p>
        </w:tc>
      </w:tr>
      <w:tr w:rsidR="008E2B50" w:rsidRPr="00E81C1D" w14:paraId="09531304" w14:textId="77777777">
        <w:trPr>
          <w:cantSplit/>
          <w:jc w:val="center"/>
        </w:trPr>
        <w:tc>
          <w:tcPr>
            <w:tcW w:w="793" w:type="dxa"/>
            <w:shd w:val="clear" w:color="auto" w:fill="FAFAFA"/>
            <w:tcMar>
              <w:top w:w="60" w:type="dxa"/>
              <w:left w:w="70" w:type="dxa"/>
              <w:bottom w:w="60" w:type="dxa"/>
              <w:right w:w="70" w:type="dxa"/>
            </w:tcMar>
            <w:vAlign w:val="center"/>
          </w:tcPr>
          <w:p w14:paraId="76717736" w14:textId="77777777" w:rsidR="008E2B50" w:rsidRPr="00E81C1D" w:rsidRDefault="00000000">
            <w:pPr>
              <w:spacing w:after="0" w:line="240" w:lineRule="auto"/>
              <w:jc w:val="center"/>
              <w:rPr>
                <w:noProof/>
                <w:lang w:val="ro-RO"/>
              </w:rPr>
            </w:pPr>
            <w:r w:rsidRPr="00E81C1D">
              <w:rPr>
                <w:rFonts w:eastAsia="Arial"/>
                <w:b/>
                <w:noProof/>
                <w:sz w:val="14"/>
                <w:lang w:val="ro-RO"/>
              </w:rPr>
              <w:t>F4.14</w:t>
            </w:r>
          </w:p>
        </w:tc>
        <w:tc>
          <w:tcPr>
            <w:tcW w:w="4081" w:type="dxa"/>
            <w:shd w:val="clear" w:color="auto" w:fill="FAFAFA"/>
            <w:tcMar>
              <w:top w:w="60" w:type="dxa"/>
              <w:left w:w="70" w:type="dxa"/>
              <w:bottom w:w="60" w:type="dxa"/>
              <w:right w:w="70" w:type="dxa"/>
            </w:tcMar>
            <w:vAlign w:val="center"/>
          </w:tcPr>
          <w:p w14:paraId="79F742C8" w14:textId="77777777" w:rsidR="008E2B50" w:rsidRPr="00E81C1D" w:rsidRDefault="00000000">
            <w:pPr>
              <w:spacing w:after="0" w:line="240" w:lineRule="auto"/>
              <w:rPr>
                <w:noProof/>
                <w:lang w:val="ro-RO"/>
              </w:rPr>
            </w:pPr>
            <w:r w:rsidRPr="00E81C1D">
              <w:rPr>
                <w:rFonts w:eastAsia="Arial"/>
                <w:noProof/>
                <w:sz w:val="14"/>
                <w:lang w:val="ro-RO"/>
              </w:rPr>
              <w:t>Documentele externe relevante sunt identificate și actualizate.</w:t>
            </w:r>
          </w:p>
        </w:tc>
        <w:tc>
          <w:tcPr>
            <w:tcW w:w="5159" w:type="dxa"/>
            <w:shd w:val="clear" w:color="auto" w:fill="FAFAFA"/>
            <w:tcMar>
              <w:top w:w="60" w:type="dxa"/>
              <w:left w:w="70" w:type="dxa"/>
              <w:bottom w:w="60" w:type="dxa"/>
              <w:right w:w="70" w:type="dxa"/>
            </w:tcMar>
            <w:vAlign w:val="center"/>
          </w:tcPr>
          <w:p w14:paraId="1DC9EFB7" w14:textId="77777777" w:rsidR="008E2B50" w:rsidRPr="00E81C1D" w:rsidRDefault="00000000">
            <w:pPr>
              <w:spacing w:after="0" w:line="240" w:lineRule="auto"/>
              <w:rPr>
                <w:noProof/>
                <w:lang w:val="ro-RO"/>
              </w:rPr>
            </w:pPr>
            <w:r w:rsidRPr="00E81C1D">
              <w:rPr>
                <w:rFonts w:eastAsia="Arial"/>
                <w:noProof/>
                <w:sz w:val="14"/>
                <w:lang w:val="ro-RO"/>
              </w:rPr>
              <w:t>Legislație, standarde de metodă, specificații client și instrucțiuni ale producătorilor.</w:t>
            </w:r>
          </w:p>
        </w:tc>
        <w:tc>
          <w:tcPr>
            <w:tcW w:w="1417" w:type="dxa"/>
            <w:shd w:val="clear" w:color="auto" w:fill="FAFAFA"/>
            <w:tcMar>
              <w:top w:w="60" w:type="dxa"/>
              <w:left w:w="70" w:type="dxa"/>
              <w:bottom w:w="60" w:type="dxa"/>
              <w:right w:w="70" w:type="dxa"/>
            </w:tcMar>
            <w:vAlign w:val="center"/>
          </w:tcPr>
          <w:p w14:paraId="66FDF919"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84A2812"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FF01B46" w14:textId="77777777" w:rsidR="008E2B50" w:rsidRPr="00E81C1D" w:rsidRDefault="008E2B50">
            <w:pPr>
              <w:spacing w:after="0" w:line="240" w:lineRule="auto"/>
              <w:jc w:val="center"/>
              <w:rPr>
                <w:noProof/>
                <w:lang w:val="ro-RO"/>
              </w:rPr>
            </w:pPr>
          </w:p>
        </w:tc>
      </w:tr>
    </w:tbl>
    <w:p w14:paraId="530D37F9"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D293C26"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7213AD1A" w14:textId="77777777">
        <w:trPr>
          <w:cantSplit/>
          <w:jc w:val="center"/>
        </w:trPr>
        <w:tc>
          <w:tcPr>
            <w:tcW w:w="1020" w:type="dxa"/>
            <w:shd w:val="clear" w:color="auto" w:fill="D71920"/>
            <w:tcMar>
              <w:top w:w="60" w:type="dxa"/>
              <w:left w:w="70" w:type="dxa"/>
              <w:bottom w:w="60" w:type="dxa"/>
              <w:right w:w="70" w:type="dxa"/>
            </w:tcMar>
            <w:vAlign w:val="center"/>
          </w:tcPr>
          <w:p w14:paraId="71F55ED6"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5</w:t>
            </w:r>
          </w:p>
        </w:tc>
        <w:tc>
          <w:tcPr>
            <w:tcW w:w="12585" w:type="dxa"/>
            <w:shd w:val="clear" w:color="auto" w:fill="F3F4F5"/>
          </w:tcPr>
          <w:p w14:paraId="6D441A32" w14:textId="77777777" w:rsidR="008E2B50" w:rsidRPr="00E81C1D" w:rsidRDefault="00000000">
            <w:pPr>
              <w:spacing w:after="20"/>
              <w:rPr>
                <w:noProof/>
                <w:lang w:val="ro-RO"/>
              </w:rPr>
            </w:pPr>
            <w:r w:rsidRPr="00E81C1D">
              <w:rPr>
                <w:rFonts w:eastAsia="Arial"/>
                <w:b/>
                <w:noProof/>
                <w:sz w:val="27"/>
                <w:lang w:val="ro-RO"/>
              </w:rPr>
              <w:t>Programe preliminare și planificarea controlului operațional</w:t>
            </w:r>
          </w:p>
          <w:p w14:paraId="68ADE413"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clauzele 8.1-8.3  |  Obiectiv: crearea mediului igienic și a condițiilor de bază necesare pentru analiza și controlul pericolelor</w:t>
            </w:r>
          </w:p>
        </w:tc>
      </w:tr>
    </w:tbl>
    <w:p w14:paraId="77E4B67A"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64EC154C" w14:textId="77777777">
        <w:trPr>
          <w:cantSplit/>
          <w:jc w:val="center"/>
        </w:trPr>
        <w:tc>
          <w:tcPr>
            <w:tcW w:w="566" w:type="dxa"/>
            <w:shd w:val="clear" w:color="auto" w:fill="D71920"/>
            <w:tcMar>
              <w:top w:w="60" w:type="dxa"/>
              <w:left w:w="70" w:type="dxa"/>
              <w:bottom w:w="60" w:type="dxa"/>
              <w:right w:w="70" w:type="dxa"/>
            </w:tcMar>
            <w:vAlign w:val="center"/>
          </w:tcPr>
          <w:p w14:paraId="1C39663A"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611374F1"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427A3265" w14:textId="77777777" w:rsidR="008E2B50" w:rsidRPr="00E81C1D" w:rsidRDefault="00000000">
            <w:pPr>
              <w:spacing w:after="0" w:line="252" w:lineRule="auto"/>
              <w:rPr>
                <w:noProof/>
                <w:lang w:val="ro-RO"/>
              </w:rPr>
            </w:pPr>
            <w:r w:rsidRPr="00E81C1D">
              <w:rPr>
                <w:rFonts w:eastAsia="Arial"/>
                <w:noProof/>
                <w:sz w:val="16"/>
                <w:lang w:val="ro-RO"/>
              </w:rPr>
              <w:t>PRP trebuie să funcționeze înainte ca analiza pericolelor să fie considerată stabilă. O analiză HACCP sofisticată nu compensează igiena slabă, fluxurile necontrolate sau mentenanța reactivă.</w:t>
            </w:r>
          </w:p>
        </w:tc>
      </w:tr>
    </w:tbl>
    <w:p w14:paraId="4FF9DED3"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242F9AA9" w14:textId="77777777">
        <w:trPr>
          <w:cantSplit/>
          <w:tblHeader/>
          <w:jc w:val="center"/>
        </w:trPr>
        <w:tc>
          <w:tcPr>
            <w:tcW w:w="793" w:type="dxa"/>
            <w:shd w:val="clear" w:color="auto" w:fill="D71920"/>
            <w:tcMar>
              <w:top w:w="60" w:type="dxa"/>
              <w:left w:w="70" w:type="dxa"/>
              <w:bottom w:w="60" w:type="dxa"/>
              <w:right w:w="70" w:type="dxa"/>
            </w:tcMar>
            <w:vAlign w:val="center"/>
          </w:tcPr>
          <w:p w14:paraId="3FE612CE"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786C2D9E"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691EFCDC"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64D7648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363787E0"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0B645C24"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7FCE235E" w14:textId="77777777">
        <w:trPr>
          <w:cantSplit/>
          <w:jc w:val="center"/>
        </w:trPr>
        <w:tc>
          <w:tcPr>
            <w:tcW w:w="793" w:type="dxa"/>
            <w:tcMar>
              <w:top w:w="60" w:type="dxa"/>
              <w:left w:w="70" w:type="dxa"/>
              <w:bottom w:w="60" w:type="dxa"/>
              <w:right w:w="70" w:type="dxa"/>
            </w:tcMar>
            <w:vAlign w:val="center"/>
          </w:tcPr>
          <w:p w14:paraId="514D071B" w14:textId="77777777" w:rsidR="008E2B50" w:rsidRPr="00E81C1D" w:rsidRDefault="00000000">
            <w:pPr>
              <w:spacing w:after="0" w:line="240" w:lineRule="auto"/>
              <w:jc w:val="center"/>
              <w:rPr>
                <w:noProof/>
                <w:lang w:val="ro-RO"/>
              </w:rPr>
            </w:pPr>
            <w:r w:rsidRPr="00E81C1D">
              <w:rPr>
                <w:rFonts w:eastAsia="Arial"/>
                <w:b/>
                <w:noProof/>
                <w:sz w:val="14"/>
                <w:lang w:val="ro-RO"/>
              </w:rPr>
              <w:t>F5.1</w:t>
            </w:r>
          </w:p>
        </w:tc>
        <w:tc>
          <w:tcPr>
            <w:tcW w:w="4081" w:type="dxa"/>
            <w:tcMar>
              <w:top w:w="60" w:type="dxa"/>
              <w:left w:w="70" w:type="dxa"/>
              <w:bottom w:w="60" w:type="dxa"/>
              <w:right w:w="70" w:type="dxa"/>
            </w:tcMar>
            <w:vAlign w:val="center"/>
          </w:tcPr>
          <w:p w14:paraId="13167C1D" w14:textId="77777777" w:rsidR="008E2B50" w:rsidRPr="00E81C1D" w:rsidRDefault="00000000">
            <w:pPr>
              <w:spacing w:after="0" w:line="240" w:lineRule="auto"/>
              <w:rPr>
                <w:noProof/>
                <w:lang w:val="ro-RO"/>
              </w:rPr>
            </w:pPr>
            <w:r w:rsidRPr="00E81C1D">
              <w:rPr>
                <w:rFonts w:eastAsia="Arial"/>
                <w:noProof/>
                <w:sz w:val="14"/>
                <w:lang w:val="ro-RO"/>
              </w:rPr>
              <w:t>Procesele operaționale sunt planificate, implementate, controlate și actualizate.</w:t>
            </w:r>
          </w:p>
        </w:tc>
        <w:tc>
          <w:tcPr>
            <w:tcW w:w="5159" w:type="dxa"/>
            <w:tcMar>
              <w:top w:w="60" w:type="dxa"/>
              <w:left w:w="70" w:type="dxa"/>
              <w:bottom w:w="60" w:type="dxa"/>
              <w:right w:w="70" w:type="dxa"/>
            </w:tcMar>
            <w:vAlign w:val="center"/>
          </w:tcPr>
          <w:p w14:paraId="60A42E30" w14:textId="77777777" w:rsidR="008E2B50" w:rsidRPr="00E81C1D" w:rsidRDefault="00000000">
            <w:pPr>
              <w:spacing w:after="0" w:line="240" w:lineRule="auto"/>
              <w:rPr>
                <w:noProof/>
                <w:lang w:val="ro-RO"/>
              </w:rPr>
            </w:pPr>
            <w:r w:rsidRPr="00E81C1D">
              <w:rPr>
                <w:rFonts w:eastAsia="Arial"/>
                <w:noProof/>
                <w:sz w:val="14"/>
                <w:lang w:val="ro-RO"/>
              </w:rPr>
              <w:t>Criterii, responsabilități, monitorizare și reacții la abatere.</w:t>
            </w:r>
          </w:p>
        </w:tc>
        <w:tc>
          <w:tcPr>
            <w:tcW w:w="1417" w:type="dxa"/>
            <w:tcMar>
              <w:top w:w="60" w:type="dxa"/>
              <w:left w:w="70" w:type="dxa"/>
              <w:bottom w:w="60" w:type="dxa"/>
              <w:right w:w="70" w:type="dxa"/>
            </w:tcMar>
            <w:vAlign w:val="center"/>
          </w:tcPr>
          <w:p w14:paraId="158CD67C"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70D0DDD"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AD9C7AE" w14:textId="77777777" w:rsidR="008E2B50" w:rsidRPr="00E81C1D" w:rsidRDefault="008E2B50">
            <w:pPr>
              <w:spacing w:after="0" w:line="240" w:lineRule="auto"/>
              <w:jc w:val="center"/>
              <w:rPr>
                <w:noProof/>
                <w:lang w:val="ro-RO"/>
              </w:rPr>
            </w:pPr>
          </w:p>
        </w:tc>
      </w:tr>
      <w:tr w:rsidR="008E2B50" w:rsidRPr="00E81C1D" w14:paraId="388CE096" w14:textId="77777777">
        <w:trPr>
          <w:cantSplit/>
          <w:jc w:val="center"/>
        </w:trPr>
        <w:tc>
          <w:tcPr>
            <w:tcW w:w="793" w:type="dxa"/>
            <w:shd w:val="clear" w:color="auto" w:fill="FAFAFA"/>
            <w:tcMar>
              <w:top w:w="60" w:type="dxa"/>
              <w:left w:w="70" w:type="dxa"/>
              <w:bottom w:w="60" w:type="dxa"/>
              <w:right w:w="70" w:type="dxa"/>
            </w:tcMar>
            <w:vAlign w:val="center"/>
          </w:tcPr>
          <w:p w14:paraId="222FC017" w14:textId="77777777" w:rsidR="008E2B50" w:rsidRPr="00E81C1D" w:rsidRDefault="00000000">
            <w:pPr>
              <w:spacing w:after="0" w:line="240" w:lineRule="auto"/>
              <w:jc w:val="center"/>
              <w:rPr>
                <w:noProof/>
                <w:lang w:val="ro-RO"/>
              </w:rPr>
            </w:pPr>
            <w:r w:rsidRPr="00E81C1D">
              <w:rPr>
                <w:rFonts w:eastAsia="Arial"/>
                <w:b/>
                <w:noProof/>
                <w:sz w:val="14"/>
                <w:lang w:val="ro-RO"/>
              </w:rPr>
              <w:t>F5.2</w:t>
            </w:r>
          </w:p>
        </w:tc>
        <w:tc>
          <w:tcPr>
            <w:tcW w:w="4081" w:type="dxa"/>
            <w:shd w:val="clear" w:color="auto" w:fill="FAFAFA"/>
            <w:tcMar>
              <w:top w:w="60" w:type="dxa"/>
              <w:left w:w="70" w:type="dxa"/>
              <w:bottom w:w="60" w:type="dxa"/>
              <w:right w:w="70" w:type="dxa"/>
            </w:tcMar>
            <w:vAlign w:val="center"/>
          </w:tcPr>
          <w:p w14:paraId="1CE8FE69" w14:textId="77777777" w:rsidR="008E2B50" w:rsidRPr="00E81C1D" w:rsidRDefault="00000000">
            <w:pPr>
              <w:spacing w:after="0" w:line="240" w:lineRule="auto"/>
              <w:rPr>
                <w:noProof/>
                <w:lang w:val="ro-RO"/>
              </w:rPr>
            </w:pPr>
            <w:r w:rsidRPr="00E81C1D">
              <w:rPr>
                <w:rFonts w:eastAsia="Arial"/>
                <w:noProof/>
                <w:sz w:val="14"/>
                <w:lang w:val="ro-RO"/>
              </w:rPr>
              <w:t>Sunt stabilite programe preliminare (PRP) adecvate poziției în lanțul alimentar și contextului.</w:t>
            </w:r>
          </w:p>
        </w:tc>
        <w:tc>
          <w:tcPr>
            <w:tcW w:w="5159" w:type="dxa"/>
            <w:shd w:val="clear" w:color="auto" w:fill="FAFAFA"/>
            <w:tcMar>
              <w:top w:w="60" w:type="dxa"/>
              <w:left w:w="70" w:type="dxa"/>
              <w:bottom w:w="60" w:type="dxa"/>
              <w:right w:w="70" w:type="dxa"/>
            </w:tcMar>
            <w:vAlign w:val="center"/>
          </w:tcPr>
          <w:p w14:paraId="3174C3A2" w14:textId="77777777" w:rsidR="008E2B50" w:rsidRPr="00E81C1D" w:rsidRDefault="00000000">
            <w:pPr>
              <w:spacing w:after="0" w:line="240" w:lineRule="auto"/>
              <w:rPr>
                <w:noProof/>
                <w:lang w:val="ro-RO"/>
              </w:rPr>
            </w:pPr>
            <w:r w:rsidRPr="00E81C1D">
              <w:rPr>
                <w:rFonts w:eastAsia="Arial"/>
                <w:noProof/>
                <w:sz w:val="14"/>
                <w:lang w:val="ro-RO"/>
              </w:rPr>
              <w:t>PRP aplicabile pentru clădiri, utilități, igienă, dăunători, deșeuri, contaminare și altele.</w:t>
            </w:r>
          </w:p>
        </w:tc>
        <w:tc>
          <w:tcPr>
            <w:tcW w:w="1417" w:type="dxa"/>
            <w:shd w:val="clear" w:color="auto" w:fill="FAFAFA"/>
            <w:tcMar>
              <w:top w:w="60" w:type="dxa"/>
              <w:left w:w="70" w:type="dxa"/>
              <w:bottom w:w="60" w:type="dxa"/>
              <w:right w:w="70" w:type="dxa"/>
            </w:tcMar>
            <w:vAlign w:val="center"/>
          </w:tcPr>
          <w:p w14:paraId="6781EE3F"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E9DE344"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A2495A0" w14:textId="77777777" w:rsidR="008E2B50" w:rsidRPr="00E81C1D" w:rsidRDefault="008E2B50">
            <w:pPr>
              <w:spacing w:after="0" w:line="240" w:lineRule="auto"/>
              <w:jc w:val="center"/>
              <w:rPr>
                <w:noProof/>
                <w:lang w:val="ro-RO"/>
              </w:rPr>
            </w:pPr>
          </w:p>
        </w:tc>
      </w:tr>
      <w:tr w:rsidR="008E2B50" w:rsidRPr="00E81C1D" w14:paraId="46F0C395" w14:textId="77777777">
        <w:trPr>
          <w:cantSplit/>
          <w:jc w:val="center"/>
        </w:trPr>
        <w:tc>
          <w:tcPr>
            <w:tcW w:w="793" w:type="dxa"/>
            <w:tcMar>
              <w:top w:w="60" w:type="dxa"/>
              <w:left w:w="70" w:type="dxa"/>
              <w:bottom w:w="60" w:type="dxa"/>
              <w:right w:w="70" w:type="dxa"/>
            </w:tcMar>
            <w:vAlign w:val="center"/>
          </w:tcPr>
          <w:p w14:paraId="0F909C95" w14:textId="77777777" w:rsidR="008E2B50" w:rsidRPr="00E81C1D" w:rsidRDefault="00000000">
            <w:pPr>
              <w:spacing w:after="0" w:line="240" w:lineRule="auto"/>
              <w:jc w:val="center"/>
              <w:rPr>
                <w:noProof/>
                <w:lang w:val="ro-RO"/>
              </w:rPr>
            </w:pPr>
            <w:r w:rsidRPr="00E81C1D">
              <w:rPr>
                <w:rFonts w:eastAsia="Arial"/>
                <w:b/>
                <w:noProof/>
                <w:sz w:val="14"/>
                <w:lang w:val="ro-RO"/>
              </w:rPr>
              <w:t>F5.3</w:t>
            </w:r>
          </w:p>
        </w:tc>
        <w:tc>
          <w:tcPr>
            <w:tcW w:w="4081" w:type="dxa"/>
            <w:tcMar>
              <w:top w:w="60" w:type="dxa"/>
              <w:left w:w="70" w:type="dxa"/>
              <w:bottom w:w="60" w:type="dxa"/>
              <w:right w:w="70" w:type="dxa"/>
            </w:tcMar>
            <w:vAlign w:val="center"/>
          </w:tcPr>
          <w:p w14:paraId="39D3BB8C" w14:textId="77777777" w:rsidR="008E2B50" w:rsidRPr="00E81C1D" w:rsidRDefault="00000000">
            <w:pPr>
              <w:spacing w:after="0" w:line="240" w:lineRule="auto"/>
              <w:rPr>
                <w:noProof/>
                <w:lang w:val="ro-RO"/>
              </w:rPr>
            </w:pPr>
            <w:r w:rsidRPr="00E81C1D">
              <w:rPr>
                <w:rFonts w:eastAsia="Arial"/>
                <w:noProof/>
                <w:sz w:val="14"/>
                <w:lang w:val="ro-RO"/>
              </w:rPr>
              <w:t>Selectarea PRP ia în calcul cerințele legale, ale clienților și specificațiile tehnice aplicabile.</w:t>
            </w:r>
          </w:p>
        </w:tc>
        <w:tc>
          <w:tcPr>
            <w:tcW w:w="5159" w:type="dxa"/>
            <w:tcMar>
              <w:top w:w="60" w:type="dxa"/>
              <w:left w:w="70" w:type="dxa"/>
              <w:bottom w:w="60" w:type="dxa"/>
              <w:right w:w="70" w:type="dxa"/>
            </w:tcMar>
            <w:vAlign w:val="center"/>
          </w:tcPr>
          <w:p w14:paraId="0ACEC547" w14:textId="77777777" w:rsidR="008E2B50" w:rsidRPr="00E81C1D" w:rsidRDefault="00000000">
            <w:pPr>
              <w:spacing w:after="0" w:line="240" w:lineRule="auto"/>
              <w:rPr>
                <w:noProof/>
                <w:lang w:val="ro-RO"/>
              </w:rPr>
            </w:pPr>
            <w:r w:rsidRPr="00E81C1D">
              <w:rPr>
                <w:rFonts w:eastAsia="Arial"/>
                <w:noProof/>
                <w:sz w:val="14"/>
                <w:lang w:val="ro-RO"/>
              </w:rPr>
              <w:t>Justificare, referințe și adaptare la activitate.</w:t>
            </w:r>
          </w:p>
        </w:tc>
        <w:tc>
          <w:tcPr>
            <w:tcW w:w="1417" w:type="dxa"/>
            <w:tcMar>
              <w:top w:w="60" w:type="dxa"/>
              <w:left w:w="70" w:type="dxa"/>
              <w:bottom w:w="60" w:type="dxa"/>
              <w:right w:w="70" w:type="dxa"/>
            </w:tcMar>
            <w:vAlign w:val="center"/>
          </w:tcPr>
          <w:p w14:paraId="3972D8FC"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5FB0B20"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AE67A5C" w14:textId="77777777" w:rsidR="008E2B50" w:rsidRPr="00E81C1D" w:rsidRDefault="008E2B50">
            <w:pPr>
              <w:spacing w:after="0" w:line="240" w:lineRule="auto"/>
              <w:jc w:val="center"/>
              <w:rPr>
                <w:noProof/>
                <w:lang w:val="ro-RO"/>
              </w:rPr>
            </w:pPr>
          </w:p>
        </w:tc>
      </w:tr>
      <w:tr w:rsidR="008E2B50" w:rsidRPr="00E81C1D" w14:paraId="7E4B20E2" w14:textId="77777777">
        <w:trPr>
          <w:cantSplit/>
          <w:jc w:val="center"/>
        </w:trPr>
        <w:tc>
          <w:tcPr>
            <w:tcW w:w="793" w:type="dxa"/>
            <w:shd w:val="clear" w:color="auto" w:fill="FAFAFA"/>
            <w:tcMar>
              <w:top w:w="60" w:type="dxa"/>
              <w:left w:w="70" w:type="dxa"/>
              <w:bottom w:w="60" w:type="dxa"/>
              <w:right w:w="70" w:type="dxa"/>
            </w:tcMar>
            <w:vAlign w:val="center"/>
          </w:tcPr>
          <w:p w14:paraId="1D8C12C2" w14:textId="77777777" w:rsidR="008E2B50" w:rsidRPr="00E81C1D" w:rsidRDefault="00000000">
            <w:pPr>
              <w:spacing w:after="0" w:line="240" w:lineRule="auto"/>
              <w:jc w:val="center"/>
              <w:rPr>
                <w:noProof/>
                <w:lang w:val="ro-RO"/>
              </w:rPr>
            </w:pPr>
            <w:r w:rsidRPr="00E81C1D">
              <w:rPr>
                <w:rFonts w:eastAsia="Arial"/>
                <w:b/>
                <w:noProof/>
                <w:sz w:val="14"/>
                <w:lang w:val="ro-RO"/>
              </w:rPr>
              <w:t>F5.4</w:t>
            </w:r>
          </w:p>
        </w:tc>
        <w:tc>
          <w:tcPr>
            <w:tcW w:w="4081" w:type="dxa"/>
            <w:shd w:val="clear" w:color="auto" w:fill="FAFAFA"/>
            <w:tcMar>
              <w:top w:w="60" w:type="dxa"/>
              <w:left w:w="70" w:type="dxa"/>
              <w:bottom w:w="60" w:type="dxa"/>
              <w:right w:w="70" w:type="dxa"/>
            </w:tcMar>
            <w:vAlign w:val="center"/>
          </w:tcPr>
          <w:p w14:paraId="21B857F9" w14:textId="77777777" w:rsidR="008E2B50" w:rsidRPr="00E81C1D" w:rsidRDefault="00000000">
            <w:pPr>
              <w:spacing w:after="0" w:line="240" w:lineRule="auto"/>
              <w:rPr>
                <w:noProof/>
                <w:lang w:val="ro-RO"/>
              </w:rPr>
            </w:pPr>
            <w:r w:rsidRPr="00E81C1D">
              <w:rPr>
                <w:rFonts w:eastAsia="Arial"/>
                <w:noProof/>
                <w:sz w:val="14"/>
                <w:lang w:val="ro-RO"/>
              </w:rPr>
              <w:t>PRP sunt aprobate de echipa pentru siguranța alimentelor.</w:t>
            </w:r>
          </w:p>
        </w:tc>
        <w:tc>
          <w:tcPr>
            <w:tcW w:w="5159" w:type="dxa"/>
            <w:shd w:val="clear" w:color="auto" w:fill="FAFAFA"/>
            <w:tcMar>
              <w:top w:w="60" w:type="dxa"/>
              <w:left w:w="70" w:type="dxa"/>
              <w:bottom w:w="60" w:type="dxa"/>
              <w:right w:w="70" w:type="dxa"/>
            </w:tcMar>
            <w:vAlign w:val="center"/>
          </w:tcPr>
          <w:p w14:paraId="3813A77A" w14:textId="77777777" w:rsidR="008E2B50" w:rsidRPr="00E81C1D" w:rsidRDefault="00000000">
            <w:pPr>
              <w:spacing w:after="0" w:line="240" w:lineRule="auto"/>
              <w:rPr>
                <w:noProof/>
                <w:lang w:val="ro-RO"/>
              </w:rPr>
            </w:pPr>
            <w:r w:rsidRPr="00E81C1D">
              <w:rPr>
                <w:rFonts w:eastAsia="Arial"/>
                <w:noProof/>
                <w:sz w:val="14"/>
                <w:lang w:val="ro-RO"/>
              </w:rPr>
              <w:t>Revizuire multidisciplinară și controlul modificărilor.</w:t>
            </w:r>
          </w:p>
        </w:tc>
        <w:tc>
          <w:tcPr>
            <w:tcW w:w="1417" w:type="dxa"/>
            <w:shd w:val="clear" w:color="auto" w:fill="FAFAFA"/>
            <w:tcMar>
              <w:top w:w="60" w:type="dxa"/>
              <w:left w:w="70" w:type="dxa"/>
              <w:bottom w:w="60" w:type="dxa"/>
              <w:right w:w="70" w:type="dxa"/>
            </w:tcMar>
            <w:vAlign w:val="center"/>
          </w:tcPr>
          <w:p w14:paraId="650CB9C0"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43EF11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DB2C562" w14:textId="77777777" w:rsidR="008E2B50" w:rsidRPr="00E81C1D" w:rsidRDefault="008E2B50">
            <w:pPr>
              <w:spacing w:after="0" w:line="240" w:lineRule="auto"/>
              <w:jc w:val="center"/>
              <w:rPr>
                <w:noProof/>
                <w:lang w:val="ro-RO"/>
              </w:rPr>
            </w:pPr>
          </w:p>
        </w:tc>
      </w:tr>
      <w:tr w:rsidR="008E2B50" w:rsidRPr="00E81C1D" w14:paraId="2F815233" w14:textId="77777777">
        <w:trPr>
          <w:cantSplit/>
          <w:jc w:val="center"/>
        </w:trPr>
        <w:tc>
          <w:tcPr>
            <w:tcW w:w="793" w:type="dxa"/>
            <w:tcMar>
              <w:top w:w="60" w:type="dxa"/>
              <w:left w:w="70" w:type="dxa"/>
              <w:bottom w:w="60" w:type="dxa"/>
              <w:right w:w="70" w:type="dxa"/>
            </w:tcMar>
            <w:vAlign w:val="center"/>
          </w:tcPr>
          <w:p w14:paraId="233967AD" w14:textId="77777777" w:rsidR="008E2B50" w:rsidRPr="00E81C1D" w:rsidRDefault="00000000">
            <w:pPr>
              <w:spacing w:after="0" w:line="240" w:lineRule="auto"/>
              <w:jc w:val="center"/>
              <w:rPr>
                <w:noProof/>
                <w:lang w:val="ro-RO"/>
              </w:rPr>
            </w:pPr>
            <w:r w:rsidRPr="00E81C1D">
              <w:rPr>
                <w:rFonts w:eastAsia="Arial"/>
                <w:b/>
                <w:noProof/>
                <w:sz w:val="14"/>
                <w:lang w:val="ro-RO"/>
              </w:rPr>
              <w:t>F5.5</w:t>
            </w:r>
          </w:p>
        </w:tc>
        <w:tc>
          <w:tcPr>
            <w:tcW w:w="4081" w:type="dxa"/>
            <w:tcMar>
              <w:top w:w="60" w:type="dxa"/>
              <w:left w:w="70" w:type="dxa"/>
              <w:bottom w:w="60" w:type="dxa"/>
              <w:right w:w="70" w:type="dxa"/>
            </w:tcMar>
            <w:vAlign w:val="center"/>
          </w:tcPr>
          <w:p w14:paraId="6C4B2F23" w14:textId="77777777" w:rsidR="008E2B50" w:rsidRPr="00E81C1D" w:rsidRDefault="00000000">
            <w:pPr>
              <w:spacing w:after="0" w:line="240" w:lineRule="auto"/>
              <w:rPr>
                <w:noProof/>
                <w:lang w:val="ro-RO"/>
              </w:rPr>
            </w:pPr>
            <w:r w:rsidRPr="00E81C1D">
              <w:rPr>
                <w:rFonts w:eastAsia="Arial"/>
                <w:noProof/>
                <w:sz w:val="14"/>
                <w:lang w:val="ro-RO"/>
              </w:rPr>
              <w:t>Criteriile PRP sunt clare și verificabile.</w:t>
            </w:r>
          </w:p>
        </w:tc>
        <w:tc>
          <w:tcPr>
            <w:tcW w:w="5159" w:type="dxa"/>
            <w:tcMar>
              <w:top w:w="60" w:type="dxa"/>
              <w:left w:w="70" w:type="dxa"/>
              <w:bottom w:w="60" w:type="dxa"/>
              <w:right w:w="70" w:type="dxa"/>
            </w:tcMar>
            <w:vAlign w:val="center"/>
          </w:tcPr>
          <w:p w14:paraId="1B5C4302" w14:textId="77777777" w:rsidR="008E2B50" w:rsidRPr="00E81C1D" w:rsidRDefault="00000000">
            <w:pPr>
              <w:spacing w:after="0" w:line="240" w:lineRule="auto"/>
              <w:rPr>
                <w:noProof/>
                <w:lang w:val="ro-RO"/>
              </w:rPr>
            </w:pPr>
            <w:r w:rsidRPr="00E81C1D">
              <w:rPr>
                <w:rFonts w:eastAsia="Arial"/>
                <w:noProof/>
                <w:sz w:val="14"/>
                <w:lang w:val="ro-RO"/>
              </w:rPr>
              <w:t>Responsabilități, frecvențe, limite, metode și înregistrări.</w:t>
            </w:r>
          </w:p>
        </w:tc>
        <w:tc>
          <w:tcPr>
            <w:tcW w:w="1417" w:type="dxa"/>
            <w:tcMar>
              <w:top w:w="60" w:type="dxa"/>
              <w:left w:w="70" w:type="dxa"/>
              <w:bottom w:w="60" w:type="dxa"/>
              <w:right w:w="70" w:type="dxa"/>
            </w:tcMar>
            <w:vAlign w:val="center"/>
          </w:tcPr>
          <w:p w14:paraId="3D836FC7"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76640D24"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775914D6" w14:textId="77777777" w:rsidR="008E2B50" w:rsidRPr="00E81C1D" w:rsidRDefault="008E2B50">
            <w:pPr>
              <w:spacing w:after="0" w:line="240" w:lineRule="auto"/>
              <w:jc w:val="center"/>
              <w:rPr>
                <w:noProof/>
                <w:lang w:val="ro-RO"/>
              </w:rPr>
            </w:pPr>
          </w:p>
        </w:tc>
      </w:tr>
      <w:tr w:rsidR="008E2B50" w:rsidRPr="00E81C1D" w14:paraId="39633276" w14:textId="77777777">
        <w:trPr>
          <w:cantSplit/>
          <w:jc w:val="center"/>
        </w:trPr>
        <w:tc>
          <w:tcPr>
            <w:tcW w:w="793" w:type="dxa"/>
            <w:shd w:val="clear" w:color="auto" w:fill="FAFAFA"/>
            <w:tcMar>
              <w:top w:w="60" w:type="dxa"/>
              <w:left w:w="70" w:type="dxa"/>
              <w:bottom w:w="60" w:type="dxa"/>
              <w:right w:w="70" w:type="dxa"/>
            </w:tcMar>
            <w:vAlign w:val="center"/>
          </w:tcPr>
          <w:p w14:paraId="0F3B3D21" w14:textId="77777777" w:rsidR="008E2B50" w:rsidRPr="00E81C1D" w:rsidRDefault="00000000">
            <w:pPr>
              <w:spacing w:after="0" w:line="240" w:lineRule="auto"/>
              <w:jc w:val="center"/>
              <w:rPr>
                <w:noProof/>
                <w:lang w:val="ro-RO"/>
              </w:rPr>
            </w:pPr>
            <w:r w:rsidRPr="00E81C1D">
              <w:rPr>
                <w:rFonts w:eastAsia="Arial"/>
                <w:b/>
                <w:noProof/>
                <w:sz w:val="14"/>
                <w:lang w:val="ro-RO"/>
              </w:rPr>
              <w:t>F5.6</w:t>
            </w:r>
          </w:p>
        </w:tc>
        <w:tc>
          <w:tcPr>
            <w:tcW w:w="4081" w:type="dxa"/>
            <w:shd w:val="clear" w:color="auto" w:fill="FAFAFA"/>
            <w:tcMar>
              <w:top w:w="60" w:type="dxa"/>
              <w:left w:w="70" w:type="dxa"/>
              <w:bottom w:w="60" w:type="dxa"/>
              <w:right w:w="70" w:type="dxa"/>
            </w:tcMar>
            <w:vAlign w:val="center"/>
          </w:tcPr>
          <w:p w14:paraId="6EA4E337" w14:textId="77777777" w:rsidR="008E2B50" w:rsidRPr="00E81C1D" w:rsidRDefault="00000000">
            <w:pPr>
              <w:spacing w:after="0" w:line="240" w:lineRule="auto"/>
              <w:rPr>
                <w:noProof/>
                <w:lang w:val="ro-RO"/>
              </w:rPr>
            </w:pPr>
            <w:r w:rsidRPr="00E81C1D">
              <w:rPr>
                <w:rFonts w:eastAsia="Arial"/>
                <w:noProof/>
                <w:sz w:val="14"/>
                <w:lang w:val="ro-RO"/>
              </w:rPr>
              <w:t>Zonarea și fluxurile reduc riscul de contaminare încrucișată.</w:t>
            </w:r>
          </w:p>
        </w:tc>
        <w:tc>
          <w:tcPr>
            <w:tcW w:w="5159" w:type="dxa"/>
            <w:shd w:val="clear" w:color="auto" w:fill="FAFAFA"/>
            <w:tcMar>
              <w:top w:w="60" w:type="dxa"/>
              <w:left w:w="70" w:type="dxa"/>
              <w:bottom w:w="60" w:type="dxa"/>
              <w:right w:w="70" w:type="dxa"/>
            </w:tcMar>
            <w:vAlign w:val="center"/>
          </w:tcPr>
          <w:p w14:paraId="46ADB914" w14:textId="77777777" w:rsidR="008E2B50" w:rsidRPr="00E81C1D" w:rsidRDefault="00000000">
            <w:pPr>
              <w:spacing w:after="0" w:line="240" w:lineRule="auto"/>
              <w:rPr>
                <w:noProof/>
                <w:lang w:val="ro-RO"/>
              </w:rPr>
            </w:pPr>
            <w:r w:rsidRPr="00E81C1D">
              <w:rPr>
                <w:rFonts w:eastAsia="Arial"/>
                <w:noProof/>
                <w:sz w:val="14"/>
                <w:lang w:val="ro-RO"/>
              </w:rPr>
              <w:t>Fluxuri personal/material, separare, presiuni, bariere și acces.</w:t>
            </w:r>
          </w:p>
        </w:tc>
        <w:tc>
          <w:tcPr>
            <w:tcW w:w="1417" w:type="dxa"/>
            <w:shd w:val="clear" w:color="auto" w:fill="FAFAFA"/>
            <w:tcMar>
              <w:top w:w="60" w:type="dxa"/>
              <w:left w:w="70" w:type="dxa"/>
              <w:bottom w:w="60" w:type="dxa"/>
              <w:right w:w="70" w:type="dxa"/>
            </w:tcMar>
            <w:vAlign w:val="center"/>
          </w:tcPr>
          <w:p w14:paraId="11A21719"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25CE3F7"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0A231F5" w14:textId="77777777" w:rsidR="008E2B50" w:rsidRPr="00E81C1D" w:rsidRDefault="008E2B50">
            <w:pPr>
              <w:spacing w:after="0" w:line="240" w:lineRule="auto"/>
              <w:jc w:val="center"/>
              <w:rPr>
                <w:noProof/>
                <w:lang w:val="ro-RO"/>
              </w:rPr>
            </w:pPr>
          </w:p>
        </w:tc>
      </w:tr>
      <w:tr w:rsidR="008E2B50" w:rsidRPr="00E81C1D" w14:paraId="78986DA5" w14:textId="77777777">
        <w:trPr>
          <w:cantSplit/>
          <w:jc w:val="center"/>
        </w:trPr>
        <w:tc>
          <w:tcPr>
            <w:tcW w:w="793" w:type="dxa"/>
            <w:tcMar>
              <w:top w:w="60" w:type="dxa"/>
              <w:left w:w="70" w:type="dxa"/>
              <w:bottom w:w="60" w:type="dxa"/>
              <w:right w:w="70" w:type="dxa"/>
            </w:tcMar>
            <w:vAlign w:val="center"/>
          </w:tcPr>
          <w:p w14:paraId="2D93A406" w14:textId="77777777" w:rsidR="008E2B50" w:rsidRPr="00E81C1D" w:rsidRDefault="00000000">
            <w:pPr>
              <w:spacing w:after="0" w:line="240" w:lineRule="auto"/>
              <w:jc w:val="center"/>
              <w:rPr>
                <w:noProof/>
                <w:lang w:val="ro-RO"/>
              </w:rPr>
            </w:pPr>
            <w:r w:rsidRPr="00E81C1D">
              <w:rPr>
                <w:rFonts w:eastAsia="Arial"/>
                <w:b/>
                <w:noProof/>
                <w:sz w:val="14"/>
                <w:lang w:val="ro-RO"/>
              </w:rPr>
              <w:t>F5.7</w:t>
            </w:r>
          </w:p>
        </w:tc>
        <w:tc>
          <w:tcPr>
            <w:tcW w:w="4081" w:type="dxa"/>
            <w:tcMar>
              <w:top w:w="60" w:type="dxa"/>
              <w:left w:w="70" w:type="dxa"/>
              <w:bottom w:w="60" w:type="dxa"/>
              <w:right w:w="70" w:type="dxa"/>
            </w:tcMar>
            <w:vAlign w:val="center"/>
          </w:tcPr>
          <w:p w14:paraId="140834C7" w14:textId="77777777" w:rsidR="008E2B50" w:rsidRPr="00E81C1D" w:rsidRDefault="00000000">
            <w:pPr>
              <w:spacing w:after="0" w:line="240" w:lineRule="auto"/>
              <w:rPr>
                <w:noProof/>
                <w:lang w:val="ro-RO"/>
              </w:rPr>
            </w:pPr>
            <w:r w:rsidRPr="00E81C1D">
              <w:rPr>
                <w:rFonts w:eastAsia="Arial"/>
                <w:noProof/>
                <w:sz w:val="14"/>
                <w:lang w:val="ro-RO"/>
              </w:rPr>
              <w:t>Curățarea și dezinfecția sunt planificate și verificate.</w:t>
            </w:r>
          </w:p>
        </w:tc>
        <w:tc>
          <w:tcPr>
            <w:tcW w:w="5159" w:type="dxa"/>
            <w:tcMar>
              <w:top w:w="60" w:type="dxa"/>
              <w:left w:w="70" w:type="dxa"/>
              <w:bottom w:w="60" w:type="dxa"/>
              <w:right w:w="70" w:type="dxa"/>
            </w:tcMar>
            <w:vAlign w:val="center"/>
          </w:tcPr>
          <w:p w14:paraId="19DD6B6B" w14:textId="77777777" w:rsidR="008E2B50" w:rsidRPr="00E81C1D" w:rsidRDefault="00000000">
            <w:pPr>
              <w:spacing w:after="0" w:line="240" w:lineRule="auto"/>
              <w:rPr>
                <w:noProof/>
                <w:lang w:val="ro-RO"/>
              </w:rPr>
            </w:pPr>
            <w:r w:rsidRPr="00E81C1D">
              <w:rPr>
                <w:rFonts w:eastAsia="Arial"/>
                <w:noProof/>
                <w:sz w:val="14"/>
                <w:lang w:val="ro-RO"/>
              </w:rPr>
              <w:t>Ce/cum/când/cine, concentrații, validare, verificare și reacții.</w:t>
            </w:r>
          </w:p>
        </w:tc>
        <w:tc>
          <w:tcPr>
            <w:tcW w:w="1417" w:type="dxa"/>
            <w:tcMar>
              <w:top w:w="60" w:type="dxa"/>
              <w:left w:w="70" w:type="dxa"/>
              <w:bottom w:w="60" w:type="dxa"/>
              <w:right w:w="70" w:type="dxa"/>
            </w:tcMar>
            <w:vAlign w:val="center"/>
          </w:tcPr>
          <w:p w14:paraId="5E6EB96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8CB232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41018EA" w14:textId="77777777" w:rsidR="008E2B50" w:rsidRPr="00E81C1D" w:rsidRDefault="008E2B50">
            <w:pPr>
              <w:spacing w:after="0" w:line="240" w:lineRule="auto"/>
              <w:jc w:val="center"/>
              <w:rPr>
                <w:noProof/>
                <w:lang w:val="ro-RO"/>
              </w:rPr>
            </w:pPr>
          </w:p>
        </w:tc>
      </w:tr>
      <w:tr w:rsidR="008E2B50" w:rsidRPr="00E81C1D" w14:paraId="58BCE8CD" w14:textId="77777777">
        <w:trPr>
          <w:cantSplit/>
          <w:jc w:val="center"/>
        </w:trPr>
        <w:tc>
          <w:tcPr>
            <w:tcW w:w="793" w:type="dxa"/>
            <w:shd w:val="clear" w:color="auto" w:fill="FAFAFA"/>
            <w:tcMar>
              <w:top w:w="60" w:type="dxa"/>
              <w:left w:w="70" w:type="dxa"/>
              <w:bottom w:w="60" w:type="dxa"/>
              <w:right w:w="70" w:type="dxa"/>
            </w:tcMar>
            <w:vAlign w:val="center"/>
          </w:tcPr>
          <w:p w14:paraId="0AB34C54" w14:textId="77777777" w:rsidR="008E2B50" w:rsidRPr="00E81C1D" w:rsidRDefault="00000000">
            <w:pPr>
              <w:spacing w:after="0" w:line="240" w:lineRule="auto"/>
              <w:jc w:val="center"/>
              <w:rPr>
                <w:noProof/>
                <w:lang w:val="ro-RO"/>
              </w:rPr>
            </w:pPr>
            <w:r w:rsidRPr="00E81C1D">
              <w:rPr>
                <w:rFonts w:eastAsia="Arial"/>
                <w:b/>
                <w:noProof/>
                <w:sz w:val="14"/>
                <w:lang w:val="ro-RO"/>
              </w:rPr>
              <w:t>F5.8</w:t>
            </w:r>
          </w:p>
        </w:tc>
        <w:tc>
          <w:tcPr>
            <w:tcW w:w="4081" w:type="dxa"/>
            <w:shd w:val="clear" w:color="auto" w:fill="FAFAFA"/>
            <w:tcMar>
              <w:top w:w="60" w:type="dxa"/>
              <w:left w:w="70" w:type="dxa"/>
              <w:bottom w:w="60" w:type="dxa"/>
              <w:right w:w="70" w:type="dxa"/>
            </w:tcMar>
            <w:vAlign w:val="center"/>
          </w:tcPr>
          <w:p w14:paraId="1B83EFE2" w14:textId="77777777" w:rsidR="008E2B50" w:rsidRPr="00E81C1D" w:rsidRDefault="00000000">
            <w:pPr>
              <w:spacing w:after="0" w:line="240" w:lineRule="auto"/>
              <w:rPr>
                <w:noProof/>
                <w:lang w:val="ro-RO"/>
              </w:rPr>
            </w:pPr>
            <w:r w:rsidRPr="00E81C1D">
              <w:rPr>
                <w:rFonts w:eastAsia="Arial"/>
                <w:noProof/>
                <w:sz w:val="14"/>
                <w:lang w:val="ro-RO"/>
              </w:rPr>
              <w:t>Controlul dăunătorilor este preventiv, monitorizat și analizat.</w:t>
            </w:r>
          </w:p>
        </w:tc>
        <w:tc>
          <w:tcPr>
            <w:tcW w:w="5159" w:type="dxa"/>
            <w:shd w:val="clear" w:color="auto" w:fill="FAFAFA"/>
            <w:tcMar>
              <w:top w:w="60" w:type="dxa"/>
              <w:left w:w="70" w:type="dxa"/>
              <w:bottom w:w="60" w:type="dxa"/>
              <w:right w:w="70" w:type="dxa"/>
            </w:tcMar>
            <w:vAlign w:val="center"/>
          </w:tcPr>
          <w:p w14:paraId="2F9681E0" w14:textId="77777777" w:rsidR="008E2B50" w:rsidRPr="00E81C1D" w:rsidRDefault="00000000">
            <w:pPr>
              <w:spacing w:after="0" w:line="240" w:lineRule="auto"/>
              <w:rPr>
                <w:noProof/>
                <w:lang w:val="ro-RO"/>
              </w:rPr>
            </w:pPr>
            <w:r w:rsidRPr="00E81C1D">
              <w:rPr>
                <w:rFonts w:eastAsia="Arial"/>
                <w:noProof/>
                <w:sz w:val="14"/>
                <w:lang w:val="ro-RO"/>
              </w:rPr>
              <w:t>Plan amplasament, dispozitive, tendințe, acțiuni și competență.</w:t>
            </w:r>
          </w:p>
        </w:tc>
        <w:tc>
          <w:tcPr>
            <w:tcW w:w="1417" w:type="dxa"/>
            <w:shd w:val="clear" w:color="auto" w:fill="FAFAFA"/>
            <w:tcMar>
              <w:top w:w="60" w:type="dxa"/>
              <w:left w:w="70" w:type="dxa"/>
              <w:bottom w:w="60" w:type="dxa"/>
              <w:right w:w="70" w:type="dxa"/>
            </w:tcMar>
            <w:vAlign w:val="center"/>
          </w:tcPr>
          <w:p w14:paraId="3C0140DF"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7228454"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23B51C6" w14:textId="77777777" w:rsidR="008E2B50" w:rsidRPr="00E81C1D" w:rsidRDefault="008E2B50">
            <w:pPr>
              <w:spacing w:after="0" w:line="240" w:lineRule="auto"/>
              <w:jc w:val="center"/>
              <w:rPr>
                <w:noProof/>
                <w:lang w:val="ro-RO"/>
              </w:rPr>
            </w:pPr>
          </w:p>
        </w:tc>
      </w:tr>
      <w:tr w:rsidR="008E2B50" w:rsidRPr="00E81C1D" w14:paraId="60B60BCB" w14:textId="77777777">
        <w:trPr>
          <w:cantSplit/>
          <w:jc w:val="center"/>
        </w:trPr>
        <w:tc>
          <w:tcPr>
            <w:tcW w:w="793" w:type="dxa"/>
            <w:tcMar>
              <w:top w:w="60" w:type="dxa"/>
              <w:left w:w="70" w:type="dxa"/>
              <w:bottom w:w="60" w:type="dxa"/>
              <w:right w:w="70" w:type="dxa"/>
            </w:tcMar>
            <w:vAlign w:val="center"/>
          </w:tcPr>
          <w:p w14:paraId="623BF270" w14:textId="77777777" w:rsidR="008E2B50" w:rsidRPr="00E81C1D" w:rsidRDefault="00000000">
            <w:pPr>
              <w:spacing w:after="0" w:line="240" w:lineRule="auto"/>
              <w:jc w:val="center"/>
              <w:rPr>
                <w:noProof/>
                <w:lang w:val="ro-RO"/>
              </w:rPr>
            </w:pPr>
            <w:r w:rsidRPr="00E81C1D">
              <w:rPr>
                <w:rFonts w:eastAsia="Arial"/>
                <w:b/>
                <w:noProof/>
                <w:sz w:val="14"/>
                <w:lang w:val="ro-RO"/>
              </w:rPr>
              <w:t>F5.9</w:t>
            </w:r>
          </w:p>
        </w:tc>
        <w:tc>
          <w:tcPr>
            <w:tcW w:w="4081" w:type="dxa"/>
            <w:tcMar>
              <w:top w:w="60" w:type="dxa"/>
              <w:left w:w="70" w:type="dxa"/>
              <w:bottom w:w="60" w:type="dxa"/>
              <w:right w:w="70" w:type="dxa"/>
            </w:tcMar>
            <w:vAlign w:val="center"/>
          </w:tcPr>
          <w:p w14:paraId="30D09718" w14:textId="77777777" w:rsidR="008E2B50" w:rsidRPr="00E81C1D" w:rsidRDefault="00000000">
            <w:pPr>
              <w:spacing w:after="0" w:line="240" w:lineRule="auto"/>
              <w:rPr>
                <w:noProof/>
                <w:lang w:val="ro-RO"/>
              </w:rPr>
            </w:pPr>
            <w:r w:rsidRPr="00E81C1D">
              <w:rPr>
                <w:rFonts w:eastAsia="Arial"/>
                <w:noProof/>
                <w:sz w:val="14"/>
                <w:lang w:val="ro-RO"/>
              </w:rPr>
              <w:t>Alergenii și contaminările încrucișate sunt controlate, când sunt relevante.</w:t>
            </w:r>
          </w:p>
        </w:tc>
        <w:tc>
          <w:tcPr>
            <w:tcW w:w="5159" w:type="dxa"/>
            <w:tcMar>
              <w:top w:w="60" w:type="dxa"/>
              <w:left w:w="70" w:type="dxa"/>
              <w:bottom w:w="60" w:type="dxa"/>
              <w:right w:w="70" w:type="dxa"/>
            </w:tcMar>
            <w:vAlign w:val="center"/>
          </w:tcPr>
          <w:p w14:paraId="4D41367B" w14:textId="77777777" w:rsidR="008E2B50" w:rsidRPr="00E81C1D" w:rsidRDefault="00000000">
            <w:pPr>
              <w:spacing w:after="0" w:line="240" w:lineRule="auto"/>
              <w:rPr>
                <w:noProof/>
                <w:lang w:val="ro-RO"/>
              </w:rPr>
            </w:pPr>
            <w:r w:rsidRPr="00E81C1D">
              <w:rPr>
                <w:rFonts w:eastAsia="Arial"/>
                <w:noProof/>
                <w:sz w:val="14"/>
                <w:lang w:val="ro-RO"/>
              </w:rPr>
              <w:t>Segregare, curățare, schimbări, etichetare, verificare și rework.</w:t>
            </w:r>
          </w:p>
        </w:tc>
        <w:tc>
          <w:tcPr>
            <w:tcW w:w="1417" w:type="dxa"/>
            <w:tcMar>
              <w:top w:w="60" w:type="dxa"/>
              <w:left w:w="70" w:type="dxa"/>
              <w:bottom w:w="60" w:type="dxa"/>
              <w:right w:w="70" w:type="dxa"/>
            </w:tcMar>
            <w:vAlign w:val="center"/>
          </w:tcPr>
          <w:p w14:paraId="59D3E07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0569ED4"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617F8F2" w14:textId="77777777" w:rsidR="008E2B50" w:rsidRPr="00E81C1D" w:rsidRDefault="008E2B50">
            <w:pPr>
              <w:spacing w:after="0" w:line="240" w:lineRule="auto"/>
              <w:jc w:val="center"/>
              <w:rPr>
                <w:noProof/>
                <w:lang w:val="ro-RO"/>
              </w:rPr>
            </w:pPr>
          </w:p>
        </w:tc>
      </w:tr>
      <w:tr w:rsidR="008E2B50" w:rsidRPr="00E81C1D" w14:paraId="1AAEE04D" w14:textId="77777777">
        <w:trPr>
          <w:cantSplit/>
          <w:jc w:val="center"/>
        </w:trPr>
        <w:tc>
          <w:tcPr>
            <w:tcW w:w="793" w:type="dxa"/>
            <w:shd w:val="clear" w:color="auto" w:fill="FAFAFA"/>
            <w:tcMar>
              <w:top w:w="60" w:type="dxa"/>
              <w:left w:w="70" w:type="dxa"/>
              <w:bottom w:w="60" w:type="dxa"/>
              <w:right w:w="70" w:type="dxa"/>
            </w:tcMar>
            <w:vAlign w:val="center"/>
          </w:tcPr>
          <w:p w14:paraId="42EF4735" w14:textId="77777777" w:rsidR="008E2B50" w:rsidRPr="00E81C1D" w:rsidRDefault="00000000">
            <w:pPr>
              <w:spacing w:after="0" w:line="240" w:lineRule="auto"/>
              <w:jc w:val="center"/>
              <w:rPr>
                <w:noProof/>
                <w:lang w:val="ro-RO"/>
              </w:rPr>
            </w:pPr>
            <w:r w:rsidRPr="00E81C1D">
              <w:rPr>
                <w:rFonts w:eastAsia="Arial"/>
                <w:b/>
                <w:noProof/>
                <w:sz w:val="14"/>
                <w:lang w:val="ro-RO"/>
              </w:rPr>
              <w:t>F5.10</w:t>
            </w:r>
          </w:p>
        </w:tc>
        <w:tc>
          <w:tcPr>
            <w:tcW w:w="4081" w:type="dxa"/>
            <w:shd w:val="clear" w:color="auto" w:fill="FAFAFA"/>
            <w:tcMar>
              <w:top w:w="60" w:type="dxa"/>
              <w:left w:w="70" w:type="dxa"/>
              <w:bottom w:w="60" w:type="dxa"/>
              <w:right w:w="70" w:type="dxa"/>
            </w:tcMar>
            <w:vAlign w:val="center"/>
          </w:tcPr>
          <w:p w14:paraId="708B9BA3" w14:textId="77777777" w:rsidR="008E2B50" w:rsidRPr="00E81C1D" w:rsidRDefault="00000000">
            <w:pPr>
              <w:spacing w:after="0" w:line="240" w:lineRule="auto"/>
              <w:rPr>
                <w:noProof/>
                <w:lang w:val="ro-RO"/>
              </w:rPr>
            </w:pPr>
            <w:r w:rsidRPr="00E81C1D">
              <w:rPr>
                <w:rFonts w:eastAsia="Arial"/>
                <w:noProof/>
                <w:sz w:val="14"/>
                <w:lang w:val="ro-RO"/>
              </w:rPr>
              <w:t>Apa, aerul, gheața, aburul și alte utilități cu impact sunt controlate.</w:t>
            </w:r>
          </w:p>
        </w:tc>
        <w:tc>
          <w:tcPr>
            <w:tcW w:w="5159" w:type="dxa"/>
            <w:shd w:val="clear" w:color="auto" w:fill="FAFAFA"/>
            <w:tcMar>
              <w:top w:w="60" w:type="dxa"/>
              <w:left w:w="70" w:type="dxa"/>
              <w:bottom w:w="60" w:type="dxa"/>
              <w:right w:w="70" w:type="dxa"/>
            </w:tcMar>
            <w:vAlign w:val="center"/>
          </w:tcPr>
          <w:p w14:paraId="36DE9ED2" w14:textId="77777777" w:rsidR="008E2B50" w:rsidRPr="00E81C1D" w:rsidRDefault="00000000">
            <w:pPr>
              <w:spacing w:after="0" w:line="240" w:lineRule="auto"/>
              <w:rPr>
                <w:noProof/>
                <w:lang w:val="ro-RO"/>
              </w:rPr>
            </w:pPr>
            <w:r w:rsidRPr="00E81C1D">
              <w:rPr>
                <w:rFonts w:eastAsia="Arial"/>
                <w:noProof/>
                <w:sz w:val="14"/>
                <w:lang w:val="ro-RO"/>
              </w:rPr>
              <w:t>Specificații, monitorizare, mentenanță și reacție la rezultate neconforme.</w:t>
            </w:r>
          </w:p>
        </w:tc>
        <w:tc>
          <w:tcPr>
            <w:tcW w:w="1417" w:type="dxa"/>
            <w:shd w:val="clear" w:color="auto" w:fill="FAFAFA"/>
            <w:tcMar>
              <w:top w:w="60" w:type="dxa"/>
              <w:left w:w="70" w:type="dxa"/>
              <w:bottom w:w="60" w:type="dxa"/>
              <w:right w:w="70" w:type="dxa"/>
            </w:tcMar>
            <w:vAlign w:val="center"/>
          </w:tcPr>
          <w:p w14:paraId="157FB9A1"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0011912"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52BC199" w14:textId="77777777" w:rsidR="008E2B50" w:rsidRPr="00E81C1D" w:rsidRDefault="008E2B50">
            <w:pPr>
              <w:spacing w:after="0" w:line="240" w:lineRule="auto"/>
              <w:jc w:val="center"/>
              <w:rPr>
                <w:noProof/>
                <w:lang w:val="ro-RO"/>
              </w:rPr>
            </w:pPr>
          </w:p>
        </w:tc>
      </w:tr>
      <w:tr w:rsidR="008E2B50" w:rsidRPr="00E81C1D" w14:paraId="6468177E" w14:textId="77777777">
        <w:trPr>
          <w:cantSplit/>
          <w:jc w:val="center"/>
        </w:trPr>
        <w:tc>
          <w:tcPr>
            <w:tcW w:w="793" w:type="dxa"/>
            <w:tcMar>
              <w:top w:w="60" w:type="dxa"/>
              <w:left w:w="70" w:type="dxa"/>
              <w:bottom w:w="60" w:type="dxa"/>
              <w:right w:w="70" w:type="dxa"/>
            </w:tcMar>
            <w:vAlign w:val="center"/>
          </w:tcPr>
          <w:p w14:paraId="41DFBC05" w14:textId="77777777" w:rsidR="008E2B50" w:rsidRPr="00E81C1D" w:rsidRDefault="00000000">
            <w:pPr>
              <w:spacing w:after="0" w:line="240" w:lineRule="auto"/>
              <w:jc w:val="center"/>
              <w:rPr>
                <w:noProof/>
                <w:lang w:val="ro-RO"/>
              </w:rPr>
            </w:pPr>
            <w:r w:rsidRPr="00E81C1D">
              <w:rPr>
                <w:rFonts w:eastAsia="Arial"/>
                <w:b/>
                <w:noProof/>
                <w:sz w:val="14"/>
                <w:lang w:val="ro-RO"/>
              </w:rPr>
              <w:t>F5.11</w:t>
            </w:r>
          </w:p>
        </w:tc>
        <w:tc>
          <w:tcPr>
            <w:tcW w:w="4081" w:type="dxa"/>
            <w:tcMar>
              <w:top w:w="60" w:type="dxa"/>
              <w:left w:w="70" w:type="dxa"/>
              <w:bottom w:w="60" w:type="dxa"/>
              <w:right w:w="70" w:type="dxa"/>
            </w:tcMar>
            <w:vAlign w:val="center"/>
          </w:tcPr>
          <w:p w14:paraId="3F3CE1AF" w14:textId="77777777" w:rsidR="008E2B50" w:rsidRPr="00E81C1D" w:rsidRDefault="00000000">
            <w:pPr>
              <w:spacing w:after="0" w:line="240" w:lineRule="auto"/>
              <w:rPr>
                <w:noProof/>
                <w:lang w:val="ro-RO"/>
              </w:rPr>
            </w:pPr>
            <w:r w:rsidRPr="00E81C1D">
              <w:rPr>
                <w:rFonts w:eastAsia="Arial"/>
                <w:noProof/>
                <w:sz w:val="14"/>
                <w:lang w:val="ro-RO"/>
              </w:rPr>
              <w:t>Mentenanța, lubrifianții, sticla/materialele casante și corpurile străine sunt controlate.</w:t>
            </w:r>
          </w:p>
        </w:tc>
        <w:tc>
          <w:tcPr>
            <w:tcW w:w="5159" w:type="dxa"/>
            <w:tcMar>
              <w:top w:w="60" w:type="dxa"/>
              <w:left w:w="70" w:type="dxa"/>
              <w:bottom w:w="60" w:type="dxa"/>
              <w:right w:w="70" w:type="dxa"/>
            </w:tcMar>
            <w:vAlign w:val="center"/>
          </w:tcPr>
          <w:p w14:paraId="1DAAD68F" w14:textId="77777777" w:rsidR="008E2B50" w:rsidRPr="00E81C1D" w:rsidRDefault="00000000">
            <w:pPr>
              <w:spacing w:after="0" w:line="240" w:lineRule="auto"/>
              <w:rPr>
                <w:noProof/>
                <w:lang w:val="ro-RO"/>
              </w:rPr>
            </w:pPr>
            <w:r w:rsidRPr="00E81C1D">
              <w:rPr>
                <w:rFonts w:eastAsia="Arial"/>
                <w:noProof/>
                <w:sz w:val="14"/>
                <w:lang w:val="ro-RO"/>
              </w:rPr>
              <w:t>Programe, inspecții, inventare și eliberare după intervenție.</w:t>
            </w:r>
          </w:p>
        </w:tc>
        <w:tc>
          <w:tcPr>
            <w:tcW w:w="1417" w:type="dxa"/>
            <w:tcMar>
              <w:top w:w="60" w:type="dxa"/>
              <w:left w:w="70" w:type="dxa"/>
              <w:bottom w:w="60" w:type="dxa"/>
              <w:right w:w="70" w:type="dxa"/>
            </w:tcMar>
            <w:vAlign w:val="center"/>
          </w:tcPr>
          <w:p w14:paraId="3DF5F993"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0745D23"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B25CE4D" w14:textId="77777777" w:rsidR="008E2B50" w:rsidRPr="00E81C1D" w:rsidRDefault="008E2B50">
            <w:pPr>
              <w:spacing w:after="0" w:line="240" w:lineRule="auto"/>
              <w:jc w:val="center"/>
              <w:rPr>
                <w:noProof/>
                <w:lang w:val="ro-RO"/>
              </w:rPr>
            </w:pPr>
          </w:p>
        </w:tc>
      </w:tr>
      <w:tr w:rsidR="008E2B50" w:rsidRPr="00E81C1D" w14:paraId="2E48BCC3" w14:textId="77777777">
        <w:trPr>
          <w:cantSplit/>
          <w:jc w:val="center"/>
        </w:trPr>
        <w:tc>
          <w:tcPr>
            <w:tcW w:w="793" w:type="dxa"/>
            <w:shd w:val="clear" w:color="auto" w:fill="FAFAFA"/>
            <w:tcMar>
              <w:top w:w="60" w:type="dxa"/>
              <w:left w:w="70" w:type="dxa"/>
              <w:bottom w:w="60" w:type="dxa"/>
              <w:right w:w="70" w:type="dxa"/>
            </w:tcMar>
            <w:vAlign w:val="center"/>
          </w:tcPr>
          <w:p w14:paraId="085A2D78" w14:textId="77777777" w:rsidR="008E2B50" w:rsidRPr="00E81C1D" w:rsidRDefault="00000000">
            <w:pPr>
              <w:spacing w:after="0" w:line="240" w:lineRule="auto"/>
              <w:jc w:val="center"/>
              <w:rPr>
                <w:noProof/>
                <w:lang w:val="ro-RO"/>
              </w:rPr>
            </w:pPr>
            <w:r w:rsidRPr="00E81C1D">
              <w:rPr>
                <w:rFonts w:eastAsia="Arial"/>
                <w:b/>
                <w:noProof/>
                <w:sz w:val="14"/>
                <w:lang w:val="ro-RO"/>
              </w:rPr>
              <w:t>F5.12</w:t>
            </w:r>
          </w:p>
        </w:tc>
        <w:tc>
          <w:tcPr>
            <w:tcW w:w="4081" w:type="dxa"/>
            <w:shd w:val="clear" w:color="auto" w:fill="FAFAFA"/>
            <w:tcMar>
              <w:top w:w="60" w:type="dxa"/>
              <w:left w:w="70" w:type="dxa"/>
              <w:bottom w:w="60" w:type="dxa"/>
              <w:right w:w="70" w:type="dxa"/>
            </w:tcMar>
            <w:vAlign w:val="center"/>
          </w:tcPr>
          <w:p w14:paraId="068F0F44" w14:textId="77777777" w:rsidR="008E2B50" w:rsidRPr="00E81C1D" w:rsidRDefault="00000000">
            <w:pPr>
              <w:spacing w:after="0" w:line="240" w:lineRule="auto"/>
              <w:rPr>
                <w:noProof/>
                <w:lang w:val="ro-RO"/>
              </w:rPr>
            </w:pPr>
            <w:r w:rsidRPr="00E81C1D">
              <w:rPr>
                <w:rFonts w:eastAsia="Arial"/>
                <w:noProof/>
                <w:sz w:val="14"/>
                <w:lang w:val="ro-RO"/>
              </w:rPr>
              <w:t>Furnizorii, materialele și serviciile sunt aprobate și monitorizate pe baza riscului.</w:t>
            </w:r>
          </w:p>
        </w:tc>
        <w:tc>
          <w:tcPr>
            <w:tcW w:w="5159" w:type="dxa"/>
            <w:shd w:val="clear" w:color="auto" w:fill="FAFAFA"/>
            <w:tcMar>
              <w:top w:w="60" w:type="dxa"/>
              <w:left w:w="70" w:type="dxa"/>
              <w:bottom w:w="60" w:type="dxa"/>
              <w:right w:w="70" w:type="dxa"/>
            </w:tcMar>
            <w:vAlign w:val="center"/>
          </w:tcPr>
          <w:p w14:paraId="39495FCC" w14:textId="77777777" w:rsidR="008E2B50" w:rsidRPr="00E81C1D" w:rsidRDefault="00000000">
            <w:pPr>
              <w:spacing w:after="0" w:line="240" w:lineRule="auto"/>
              <w:rPr>
                <w:noProof/>
                <w:lang w:val="ro-RO"/>
              </w:rPr>
            </w:pPr>
            <w:r w:rsidRPr="00E81C1D">
              <w:rPr>
                <w:rFonts w:eastAsia="Arial"/>
                <w:noProof/>
                <w:sz w:val="14"/>
                <w:lang w:val="ro-RO"/>
              </w:rPr>
              <w:t>Criterii, specificații, certificate, audituri și performanță.</w:t>
            </w:r>
          </w:p>
        </w:tc>
        <w:tc>
          <w:tcPr>
            <w:tcW w:w="1417" w:type="dxa"/>
            <w:shd w:val="clear" w:color="auto" w:fill="FAFAFA"/>
            <w:tcMar>
              <w:top w:w="60" w:type="dxa"/>
              <w:left w:w="70" w:type="dxa"/>
              <w:bottom w:w="60" w:type="dxa"/>
              <w:right w:w="70" w:type="dxa"/>
            </w:tcMar>
            <w:vAlign w:val="center"/>
          </w:tcPr>
          <w:p w14:paraId="4EECE282"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0BA876A"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EE9E6D1" w14:textId="77777777" w:rsidR="008E2B50" w:rsidRPr="00E81C1D" w:rsidRDefault="008E2B50">
            <w:pPr>
              <w:spacing w:after="0" w:line="240" w:lineRule="auto"/>
              <w:jc w:val="center"/>
              <w:rPr>
                <w:noProof/>
                <w:lang w:val="ro-RO"/>
              </w:rPr>
            </w:pPr>
          </w:p>
        </w:tc>
      </w:tr>
      <w:tr w:rsidR="008E2B50" w:rsidRPr="00E81C1D" w14:paraId="17ADEB7C" w14:textId="77777777">
        <w:trPr>
          <w:cantSplit/>
          <w:jc w:val="center"/>
        </w:trPr>
        <w:tc>
          <w:tcPr>
            <w:tcW w:w="793" w:type="dxa"/>
            <w:tcMar>
              <w:top w:w="60" w:type="dxa"/>
              <w:left w:w="70" w:type="dxa"/>
              <w:bottom w:w="60" w:type="dxa"/>
              <w:right w:w="70" w:type="dxa"/>
            </w:tcMar>
            <w:vAlign w:val="center"/>
          </w:tcPr>
          <w:p w14:paraId="377E60B4" w14:textId="77777777" w:rsidR="008E2B50" w:rsidRPr="00E81C1D" w:rsidRDefault="00000000">
            <w:pPr>
              <w:spacing w:after="0" w:line="240" w:lineRule="auto"/>
              <w:jc w:val="center"/>
              <w:rPr>
                <w:noProof/>
                <w:lang w:val="ro-RO"/>
              </w:rPr>
            </w:pPr>
            <w:r w:rsidRPr="00E81C1D">
              <w:rPr>
                <w:rFonts w:eastAsia="Arial"/>
                <w:b/>
                <w:noProof/>
                <w:sz w:val="14"/>
                <w:lang w:val="ro-RO"/>
              </w:rPr>
              <w:t>F5.13</w:t>
            </w:r>
          </w:p>
        </w:tc>
        <w:tc>
          <w:tcPr>
            <w:tcW w:w="4081" w:type="dxa"/>
            <w:tcMar>
              <w:top w:w="60" w:type="dxa"/>
              <w:left w:w="70" w:type="dxa"/>
              <w:bottom w:w="60" w:type="dxa"/>
              <w:right w:w="70" w:type="dxa"/>
            </w:tcMar>
            <w:vAlign w:val="center"/>
          </w:tcPr>
          <w:p w14:paraId="0650A765" w14:textId="77777777" w:rsidR="008E2B50" w:rsidRPr="00E81C1D" w:rsidRDefault="00000000">
            <w:pPr>
              <w:spacing w:after="0" w:line="240" w:lineRule="auto"/>
              <w:rPr>
                <w:noProof/>
                <w:lang w:val="ro-RO"/>
              </w:rPr>
            </w:pPr>
            <w:r w:rsidRPr="00E81C1D">
              <w:rPr>
                <w:rFonts w:eastAsia="Arial"/>
                <w:noProof/>
                <w:sz w:val="14"/>
                <w:lang w:val="ro-RO"/>
              </w:rPr>
              <w:t>Sistemul de trasabilitate permite legătura între loturi de intrare, proces, rework, ambalaje și distribuție.</w:t>
            </w:r>
          </w:p>
        </w:tc>
        <w:tc>
          <w:tcPr>
            <w:tcW w:w="5159" w:type="dxa"/>
            <w:tcMar>
              <w:top w:w="60" w:type="dxa"/>
              <w:left w:w="70" w:type="dxa"/>
              <w:bottom w:w="60" w:type="dxa"/>
              <w:right w:w="70" w:type="dxa"/>
            </w:tcMar>
            <w:vAlign w:val="center"/>
          </w:tcPr>
          <w:p w14:paraId="5F32848A" w14:textId="77777777" w:rsidR="008E2B50" w:rsidRPr="00E81C1D" w:rsidRDefault="00000000">
            <w:pPr>
              <w:spacing w:after="0" w:line="240" w:lineRule="auto"/>
              <w:rPr>
                <w:noProof/>
                <w:lang w:val="ro-RO"/>
              </w:rPr>
            </w:pPr>
            <w:r w:rsidRPr="00E81C1D">
              <w:rPr>
                <w:rFonts w:eastAsia="Arial"/>
                <w:noProof/>
                <w:sz w:val="14"/>
                <w:lang w:val="ro-RO"/>
              </w:rPr>
              <w:t>Codificare, înregistrări și testare periodică.</w:t>
            </w:r>
          </w:p>
        </w:tc>
        <w:tc>
          <w:tcPr>
            <w:tcW w:w="1417" w:type="dxa"/>
            <w:tcMar>
              <w:top w:w="60" w:type="dxa"/>
              <w:left w:w="70" w:type="dxa"/>
              <w:bottom w:w="60" w:type="dxa"/>
              <w:right w:w="70" w:type="dxa"/>
            </w:tcMar>
            <w:vAlign w:val="center"/>
          </w:tcPr>
          <w:p w14:paraId="30137A79"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764E53B6"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5EE7291" w14:textId="77777777" w:rsidR="008E2B50" w:rsidRPr="00E81C1D" w:rsidRDefault="008E2B50">
            <w:pPr>
              <w:spacing w:after="0" w:line="240" w:lineRule="auto"/>
              <w:jc w:val="center"/>
              <w:rPr>
                <w:noProof/>
                <w:lang w:val="ro-RO"/>
              </w:rPr>
            </w:pPr>
          </w:p>
        </w:tc>
      </w:tr>
      <w:tr w:rsidR="008E2B50" w:rsidRPr="00E81C1D" w14:paraId="5E12420F" w14:textId="77777777">
        <w:trPr>
          <w:cantSplit/>
          <w:jc w:val="center"/>
        </w:trPr>
        <w:tc>
          <w:tcPr>
            <w:tcW w:w="793" w:type="dxa"/>
            <w:shd w:val="clear" w:color="auto" w:fill="FAFAFA"/>
            <w:tcMar>
              <w:top w:w="60" w:type="dxa"/>
              <w:left w:w="70" w:type="dxa"/>
              <w:bottom w:w="60" w:type="dxa"/>
              <w:right w:w="70" w:type="dxa"/>
            </w:tcMar>
            <w:vAlign w:val="center"/>
          </w:tcPr>
          <w:p w14:paraId="062FC07A" w14:textId="77777777" w:rsidR="008E2B50" w:rsidRPr="00E81C1D" w:rsidRDefault="00000000">
            <w:pPr>
              <w:spacing w:after="0" w:line="240" w:lineRule="auto"/>
              <w:jc w:val="center"/>
              <w:rPr>
                <w:noProof/>
                <w:lang w:val="ro-RO"/>
              </w:rPr>
            </w:pPr>
            <w:r w:rsidRPr="00E81C1D">
              <w:rPr>
                <w:rFonts w:eastAsia="Arial"/>
                <w:b/>
                <w:noProof/>
                <w:sz w:val="14"/>
                <w:lang w:val="ro-RO"/>
              </w:rPr>
              <w:t>F5.14</w:t>
            </w:r>
          </w:p>
        </w:tc>
        <w:tc>
          <w:tcPr>
            <w:tcW w:w="4081" w:type="dxa"/>
            <w:shd w:val="clear" w:color="auto" w:fill="FAFAFA"/>
            <w:tcMar>
              <w:top w:w="60" w:type="dxa"/>
              <w:left w:w="70" w:type="dxa"/>
              <w:bottom w:w="60" w:type="dxa"/>
              <w:right w:w="70" w:type="dxa"/>
            </w:tcMar>
            <w:vAlign w:val="center"/>
          </w:tcPr>
          <w:p w14:paraId="70F7C649" w14:textId="77777777" w:rsidR="008E2B50" w:rsidRPr="00E81C1D" w:rsidRDefault="00000000">
            <w:pPr>
              <w:spacing w:after="0" w:line="240" w:lineRule="auto"/>
              <w:rPr>
                <w:noProof/>
                <w:lang w:val="ro-RO"/>
              </w:rPr>
            </w:pPr>
            <w:r w:rsidRPr="00E81C1D">
              <w:rPr>
                <w:rFonts w:eastAsia="Arial"/>
                <w:noProof/>
                <w:sz w:val="14"/>
                <w:lang w:val="ro-RO"/>
              </w:rPr>
              <w:t>Situațiile de urgență și incidentele care pot afecta siguranța alimentelor sunt identificate și planificate.</w:t>
            </w:r>
          </w:p>
        </w:tc>
        <w:tc>
          <w:tcPr>
            <w:tcW w:w="5159" w:type="dxa"/>
            <w:shd w:val="clear" w:color="auto" w:fill="FAFAFA"/>
            <w:tcMar>
              <w:top w:w="60" w:type="dxa"/>
              <w:left w:w="70" w:type="dxa"/>
              <w:bottom w:w="60" w:type="dxa"/>
              <w:right w:w="70" w:type="dxa"/>
            </w:tcMar>
            <w:vAlign w:val="center"/>
          </w:tcPr>
          <w:p w14:paraId="6C7EC0AC" w14:textId="77777777" w:rsidR="008E2B50" w:rsidRPr="00E81C1D" w:rsidRDefault="00000000">
            <w:pPr>
              <w:spacing w:after="0" w:line="240" w:lineRule="auto"/>
              <w:rPr>
                <w:noProof/>
                <w:lang w:val="ro-RO"/>
              </w:rPr>
            </w:pPr>
            <w:r w:rsidRPr="00E81C1D">
              <w:rPr>
                <w:rFonts w:eastAsia="Arial"/>
                <w:noProof/>
                <w:sz w:val="14"/>
                <w:lang w:val="ro-RO"/>
              </w:rPr>
              <w:t>Scenarii, contacte, roluri, protecția produsului și comunicare.</w:t>
            </w:r>
          </w:p>
        </w:tc>
        <w:tc>
          <w:tcPr>
            <w:tcW w:w="1417" w:type="dxa"/>
            <w:shd w:val="clear" w:color="auto" w:fill="FAFAFA"/>
            <w:tcMar>
              <w:top w:w="60" w:type="dxa"/>
              <w:left w:w="70" w:type="dxa"/>
              <w:bottom w:w="60" w:type="dxa"/>
              <w:right w:w="70" w:type="dxa"/>
            </w:tcMar>
            <w:vAlign w:val="center"/>
          </w:tcPr>
          <w:p w14:paraId="55B284E3"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CA0E2CA"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3292F8F" w14:textId="77777777" w:rsidR="008E2B50" w:rsidRPr="00E81C1D" w:rsidRDefault="008E2B50">
            <w:pPr>
              <w:spacing w:after="0" w:line="240" w:lineRule="auto"/>
              <w:jc w:val="center"/>
              <w:rPr>
                <w:noProof/>
                <w:lang w:val="ro-RO"/>
              </w:rPr>
            </w:pPr>
          </w:p>
        </w:tc>
      </w:tr>
      <w:tr w:rsidR="008E2B50" w:rsidRPr="00E81C1D" w14:paraId="1824F85F" w14:textId="77777777">
        <w:trPr>
          <w:cantSplit/>
          <w:jc w:val="center"/>
        </w:trPr>
        <w:tc>
          <w:tcPr>
            <w:tcW w:w="793" w:type="dxa"/>
            <w:tcMar>
              <w:top w:w="60" w:type="dxa"/>
              <w:left w:w="70" w:type="dxa"/>
              <w:bottom w:w="60" w:type="dxa"/>
              <w:right w:w="70" w:type="dxa"/>
            </w:tcMar>
            <w:vAlign w:val="center"/>
          </w:tcPr>
          <w:p w14:paraId="7D7D33BB" w14:textId="77777777" w:rsidR="008E2B50" w:rsidRPr="00E81C1D" w:rsidRDefault="00000000">
            <w:pPr>
              <w:spacing w:after="0" w:line="240" w:lineRule="auto"/>
              <w:jc w:val="center"/>
              <w:rPr>
                <w:noProof/>
                <w:lang w:val="ro-RO"/>
              </w:rPr>
            </w:pPr>
            <w:r w:rsidRPr="00E81C1D">
              <w:rPr>
                <w:rFonts w:eastAsia="Arial"/>
                <w:b/>
                <w:noProof/>
                <w:sz w:val="14"/>
                <w:lang w:val="ro-RO"/>
              </w:rPr>
              <w:t>F5.15</w:t>
            </w:r>
          </w:p>
        </w:tc>
        <w:tc>
          <w:tcPr>
            <w:tcW w:w="4081" w:type="dxa"/>
            <w:tcMar>
              <w:top w:w="60" w:type="dxa"/>
              <w:left w:w="70" w:type="dxa"/>
              <w:bottom w:w="60" w:type="dxa"/>
              <w:right w:w="70" w:type="dxa"/>
            </w:tcMar>
            <w:vAlign w:val="center"/>
          </w:tcPr>
          <w:p w14:paraId="47368E8F" w14:textId="77777777" w:rsidR="008E2B50" w:rsidRPr="00E81C1D" w:rsidRDefault="00000000">
            <w:pPr>
              <w:spacing w:after="0" w:line="240" w:lineRule="auto"/>
              <w:rPr>
                <w:noProof/>
                <w:lang w:val="ro-RO"/>
              </w:rPr>
            </w:pPr>
            <w:r w:rsidRPr="00E81C1D">
              <w:rPr>
                <w:rFonts w:eastAsia="Arial"/>
                <w:noProof/>
                <w:sz w:val="14"/>
                <w:lang w:val="ro-RO"/>
              </w:rPr>
              <w:t>PRP sunt verificate, analizate și actualizate.</w:t>
            </w:r>
          </w:p>
        </w:tc>
        <w:tc>
          <w:tcPr>
            <w:tcW w:w="5159" w:type="dxa"/>
            <w:tcMar>
              <w:top w:w="60" w:type="dxa"/>
              <w:left w:w="70" w:type="dxa"/>
              <w:bottom w:w="60" w:type="dxa"/>
              <w:right w:w="70" w:type="dxa"/>
            </w:tcMar>
            <w:vAlign w:val="center"/>
          </w:tcPr>
          <w:p w14:paraId="1307E715" w14:textId="77777777" w:rsidR="008E2B50" w:rsidRPr="00E81C1D" w:rsidRDefault="00000000">
            <w:pPr>
              <w:spacing w:after="0" w:line="240" w:lineRule="auto"/>
              <w:rPr>
                <w:noProof/>
                <w:lang w:val="ro-RO"/>
              </w:rPr>
            </w:pPr>
            <w:r w:rsidRPr="00E81C1D">
              <w:rPr>
                <w:rFonts w:eastAsia="Arial"/>
                <w:noProof/>
                <w:sz w:val="14"/>
                <w:lang w:val="ro-RO"/>
              </w:rPr>
              <w:t>Inspecții, audituri, microbiologie, tendințe și acțiuni.</w:t>
            </w:r>
          </w:p>
        </w:tc>
        <w:tc>
          <w:tcPr>
            <w:tcW w:w="1417" w:type="dxa"/>
            <w:tcMar>
              <w:top w:w="60" w:type="dxa"/>
              <w:left w:w="70" w:type="dxa"/>
              <w:bottom w:w="60" w:type="dxa"/>
              <w:right w:w="70" w:type="dxa"/>
            </w:tcMar>
            <w:vAlign w:val="center"/>
          </w:tcPr>
          <w:p w14:paraId="3138D00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B911CEA"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90F39B0" w14:textId="77777777" w:rsidR="008E2B50" w:rsidRPr="00E81C1D" w:rsidRDefault="008E2B50">
            <w:pPr>
              <w:spacing w:after="0" w:line="240" w:lineRule="auto"/>
              <w:jc w:val="center"/>
              <w:rPr>
                <w:noProof/>
                <w:lang w:val="ro-RO"/>
              </w:rPr>
            </w:pPr>
          </w:p>
        </w:tc>
      </w:tr>
    </w:tbl>
    <w:p w14:paraId="5D590969"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3BCAE420"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3535FD52" w14:textId="77777777">
        <w:trPr>
          <w:cantSplit/>
          <w:jc w:val="center"/>
        </w:trPr>
        <w:tc>
          <w:tcPr>
            <w:tcW w:w="1020" w:type="dxa"/>
            <w:shd w:val="clear" w:color="auto" w:fill="D71920"/>
            <w:tcMar>
              <w:top w:w="60" w:type="dxa"/>
              <w:left w:w="70" w:type="dxa"/>
              <w:bottom w:w="60" w:type="dxa"/>
              <w:right w:w="70" w:type="dxa"/>
            </w:tcMar>
            <w:vAlign w:val="center"/>
          </w:tcPr>
          <w:p w14:paraId="719E7770"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6</w:t>
            </w:r>
          </w:p>
        </w:tc>
        <w:tc>
          <w:tcPr>
            <w:tcW w:w="12585" w:type="dxa"/>
            <w:shd w:val="clear" w:color="auto" w:fill="F3F4F5"/>
          </w:tcPr>
          <w:p w14:paraId="6758FF64" w14:textId="77777777" w:rsidR="008E2B50" w:rsidRPr="00E81C1D" w:rsidRDefault="00000000">
            <w:pPr>
              <w:spacing w:after="20"/>
              <w:rPr>
                <w:noProof/>
                <w:lang w:val="ro-RO"/>
              </w:rPr>
            </w:pPr>
            <w:r w:rsidRPr="00E81C1D">
              <w:rPr>
                <w:rFonts w:eastAsia="Arial"/>
                <w:b/>
                <w:noProof/>
                <w:sz w:val="27"/>
                <w:lang w:val="ro-RO"/>
              </w:rPr>
              <w:t>Analiza pericolelor și planul de control al pericolelor</w:t>
            </w:r>
          </w:p>
          <w:p w14:paraId="5C4A9B55"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clauzele 8.5.1-8.5.4  |  Obiectiv: identificarea, evaluarea și controlarea pericolelor semnificative prin măsuri validate și monitorizate</w:t>
            </w:r>
          </w:p>
        </w:tc>
      </w:tr>
    </w:tbl>
    <w:p w14:paraId="73440CC6"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25D913E1" w14:textId="77777777">
        <w:trPr>
          <w:cantSplit/>
          <w:jc w:val="center"/>
        </w:trPr>
        <w:tc>
          <w:tcPr>
            <w:tcW w:w="566" w:type="dxa"/>
            <w:shd w:val="clear" w:color="auto" w:fill="D71920"/>
            <w:tcMar>
              <w:top w:w="60" w:type="dxa"/>
              <w:left w:w="70" w:type="dxa"/>
              <w:bottom w:w="60" w:type="dxa"/>
              <w:right w:w="70" w:type="dxa"/>
            </w:tcMar>
            <w:vAlign w:val="center"/>
          </w:tcPr>
          <w:p w14:paraId="14AB0DE8"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01412812"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3BAAE327" w14:textId="77777777" w:rsidR="008E2B50" w:rsidRPr="00E81C1D" w:rsidRDefault="00000000">
            <w:pPr>
              <w:spacing w:after="0" w:line="252" w:lineRule="auto"/>
              <w:rPr>
                <w:noProof/>
                <w:lang w:val="ro-RO"/>
              </w:rPr>
            </w:pPr>
            <w:r w:rsidRPr="00E81C1D">
              <w:rPr>
                <w:rFonts w:eastAsia="Arial"/>
                <w:noProof/>
                <w:sz w:val="16"/>
                <w:lang w:val="ro-RO"/>
              </w:rPr>
              <w:t>Un CCP nu este „mai bun” decât un OPRP. Clasificarea trebuie să reflecte modul real de control și capacitatea de monitorizare. Concentrați-vă pe robustețea măsurii și pe reacția la pierderea controlului.</w:t>
            </w:r>
          </w:p>
        </w:tc>
      </w:tr>
    </w:tbl>
    <w:p w14:paraId="13DC7356"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7BF274ED" w14:textId="77777777">
        <w:trPr>
          <w:cantSplit/>
          <w:tblHeader/>
          <w:jc w:val="center"/>
        </w:trPr>
        <w:tc>
          <w:tcPr>
            <w:tcW w:w="793" w:type="dxa"/>
            <w:shd w:val="clear" w:color="auto" w:fill="D71920"/>
            <w:tcMar>
              <w:top w:w="60" w:type="dxa"/>
              <w:left w:w="70" w:type="dxa"/>
              <w:bottom w:w="60" w:type="dxa"/>
              <w:right w:w="70" w:type="dxa"/>
            </w:tcMar>
            <w:vAlign w:val="center"/>
          </w:tcPr>
          <w:p w14:paraId="0B41607E"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661F88BB"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62CD484C"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785B67B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65A5FA9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2B8A83E3"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3B652AFD" w14:textId="77777777">
        <w:trPr>
          <w:cantSplit/>
          <w:jc w:val="center"/>
        </w:trPr>
        <w:tc>
          <w:tcPr>
            <w:tcW w:w="793" w:type="dxa"/>
            <w:tcMar>
              <w:top w:w="60" w:type="dxa"/>
              <w:left w:w="70" w:type="dxa"/>
              <w:bottom w:w="60" w:type="dxa"/>
              <w:right w:w="70" w:type="dxa"/>
            </w:tcMar>
            <w:vAlign w:val="center"/>
          </w:tcPr>
          <w:p w14:paraId="1F7CA3A8" w14:textId="77777777" w:rsidR="008E2B50" w:rsidRPr="00E81C1D" w:rsidRDefault="00000000">
            <w:pPr>
              <w:spacing w:after="0" w:line="240" w:lineRule="auto"/>
              <w:jc w:val="center"/>
              <w:rPr>
                <w:noProof/>
                <w:lang w:val="ro-RO"/>
              </w:rPr>
            </w:pPr>
            <w:r w:rsidRPr="00E81C1D">
              <w:rPr>
                <w:rFonts w:eastAsia="Arial"/>
                <w:b/>
                <w:noProof/>
                <w:sz w:val="14"/>
                <w:lang w:val="ro-RO"/>
              </w:rPr>
              <w:t>F6.1</w:t>
            </w:r>
          </w:p>
        </w:tc>
        <w:tc>
          <w:tcPr>
            <w:tcW w:w="4081" w:type="dxa"/>
            <w:tcMar>
              <w:top w:w="60" w:type="dxa"/>
              <w:left w:w="70" w:type="dxa"/>
              <w:bottom w:w="60" w:type="dxa"/>
              <w:right w:w="70" w:type="dxa"/>
            </w:tcMar>
            <w:vAlign w:val="center"/>
          </w:tcPr>
          <w:p w14:paraId="0B9F2BBE" w14:textId="77777777" w:rsidR="008E2B50" w:rsidRPr="00E81C1D" w:rsidRDefault="00000000">
            <w:pPr>
              <w:spacing w:after="0" w:line="240" w:lineRule="auto"/>
              <w:rPr>
                <w:noProof/>
                <w:lang w:val="ro-RO"/>
              </w:rPr>
            </w:pPr>
            <w:r w:rsidRPr="00E81C1D">
              <w:rPr>
                <w:rFonts w:eastAsia="Arial"/>
                <w:noProof/>
                <w:sz w:val="14"/>
                <w:lang w:val="ro-RO"/>
              </w:rPr>
              <w:t>Echipa deține informații preliminare actuale despre ingrediente, materiale de contact și produse finite.</w:t>
            </w:r>
          </w:p>
        </w:tc>
        <w:tc>
          <w:tcPr>
            <w:tcW w:w="5159" w:type="dxa"/>
            <w:tcMar>
              <w:top w:w="60" w:type="dxa"/>
              <w:left w:w="70" w:type="dxa"/>
              <w:bottom w:w="60" w:type="dxa"/>
              <w:right w:w="70" w:type="dxa"/>
            </w:tcMar>
            <w:vAlign w:val="center"/>
          </w:tcPr>
          <w:p w14:paraId="745DC4FA" w14:textId="77777777" w:rsidR="008E2B50" w:rsidRPr="00E81C1D" w:rsidRDefault="00000000">
            <w:pPr>
              <w:spacing w:after="0" w:line="240" w:lineRule="auto"/>
              <w:rPr>
                <w:noProof/>
                <w:lang w:val="ro-RO"/>
              </w:rPr>
            </w:pPr>
            <w:r w:rsidRPr="00E81C1D">
              <w:rPr>
                <w:rFonts w:eastAsia="Arial"/>
                <w:noProof/>
                <w:sz w:val="14"/>
                <w:lang w:val="ro-RO"/>
              </w:rPr>
              <w:t>Caracteristici biologice/chimice/fizice, compoziție, origine, ambalare, păstrare și durată.</w:t>
            </w:r>
          </w:p>
        </w:tc>
        <w:tc>
          <w:tcPr>
            <w:tcW w:w="1417" w:type="dxa"/>
            <w:tcMar>
              <w:top w:w="60" w:type="dxa"/>
              <w:left w:w="70" w:type="dxa"/>
              <w:bottom w:w="60" w:type="dxa"/>
              <w:right w:w="70" w:type="dxa"/>
            </w:tcMar>
            <w:vAlign w:val="center"/>
          </w:tcPr>
          <w:p w14:paraId="4C5AAA6C"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D48D7F6"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7E91D354" w14:textId="77777777" w:rsidR="008E2B50" w:rsidRPr="00E81C1D" w:rsidRDefault="008E2B50">
            <w:pPr>
              <w:spacing w:after="0" w:line="240" w:lineRule="auto"/>
              <w:jc w:val="center"/>
              <w:rPr>
                <w:noProof/>
                <w:lang w:val="ro-RO"/>
              </w:rPr>
            </w:pPr>
          </w:p>
        </w:tc>
      </w:tr>
      <w:tr w:rsidR="008E2B50" w:rsidRPr="00E81C1D" w14:paraId="790FE6E0" w14:textId="77777777">
        <w:trPr>
          <w:cantSplit/>
          <w:jc w:val="center"/>
        </w:trPr>
        <w:tc>
          <w:tcPr>
            <w:tcW w:w="793" w:type="dxa"/>
            <w:shd w:val="clear" w:color="auto" w:fill="FAFAFA"/>
            <w:tcMar>
              <w:top w:w="60" w:type="dxa"/>
              <w:left w:w="70" w:type="dxa"/>
              <w:bottom w:w="60" w:type="dxa"/>
              <w:right w:w="70" w:type="dxa"/>
            </w:tcMar>
            <w:vAlign w:val="center"/>
          </w:tcPr>
          <w:p w14:paraId="332EEDEC" w14:textId="77777777" w:rsidR="008E2B50" w:rsidRPr="00E81C1D" w:rsidRDefault="00000000">
            <w:pPr>
              <w:spacing w:after="0" w:line="240" w:lineRule="auto"/>
              <w:jc w:val="center"/>
              <w:rPr>
                <w:noProof/>
                <w:lang w:val="ro-RO"/>
              </w:rPr>
            </w:pPr>
            <w:r w:rsidRPr="00E81C1D">
              <w:rPr>
                <w:rFonts w:eastAsia="Arial"/>
                <w:b/>
                <w:noProof/>
                <w:sz w:val="14"/>
                <w:lang w:val="ro-RO"/>
              </w:rPr>
              <w:t>F6.2</w:t>
            </w:r>
          </w:p>
        </w:tc>
        <w:tc>
          <w:tcPr>
            <w:tcW w:w="4081" w:type="dxa"/>
            <w:shd w:val="clear" w:color="auto" w:fill="FAFAFA"/>
            <w:tcMar>
              <w:top w:w="60" w:type="dxa"/>
              <w:left w:w="70" w:type="dxa"/>
              <w:bottom w:w="60" w:type="dxa"/>
              <w:right w:w="70" w:type="dxa"/>
            </w:tcMar>
            <w:vAlign w:val="center"/>
          </w:tcPr>
          <w:p w14:paraId="2A6A518D" w14:textId="77777777" w:rsidR="008E2B50" w:rsidRPr="00E81C1D" w:rsidRDefault="00000000">
            <w:pPr>
              <w:spacing w:after="0" w:line="240" w:lineRule="auto"/>
              <w:rPr>
                <w:noProof/>
                <w:lang w:val="ro-RO"/>
              </w:rPr>
            </w:pPr>
            <w:r w:rsidRPr="00E81C1D">
              <w:rPr>
                <w:rFonts w:eastAsia="Arial"/>
                <w:noProof/>
                <w:sz w:val="14"/>
                <w:lang w:val="ro-RO"/>
              </w:rPr>
              <w:t>Utilizarea intenționată, utilizarea rezonabil previzibilă și grupurile vulnerabile sunt definite.</w:t>
            </w:r>
          </w:p>
        </w:tc>
        <w:tc>
          <w:tcPr>
            <w:tcW w:w="5159" w:type="dxa"/>
            <w:shd w:val="clear" w:color="auto" w:fill="FAFAFA"/>
            <w:tcMar>
              <w:top w:w="60" w:type="dxa"/>
              <w:left w:w="70" w:type="dxa"/>
              <w:bottom w:w="60" w:type="dxa"/>
              <w:right w:w="70" w:type="dxa"/>
            </w:tcMar>
            <w:vAlign w:val="center"/>
          </w:tcPr>
          <w:p w14:paraId="4BC74764" w14:textId="77777777" w:rsidR="008E2B50" w:rsidRPr="00E81C1D" w:rsidRDefault="00000000">
            <w:pPr>
              <w:spacing w:after="0" w:line="240" w:lineRule="auto"/>
              <w:rPr>
                <w:noProof/>
                <w:lang w:val="ro-RO"/>
              </w:rPr>
            </w:pPr>
            <w:r w:rsidRPr="00E81C1D">
              <w:rPr>
                <w:rFonts w:eastAsia="Arial"/>
                <w:noProof/>
                <w:sz w:val="14"/>
                <w:lang w:val="ro-RO"/>
              </w:rPr>
              <w:t>Consumatori țintă, pregătire, manipulare și contraindicații.</w:t>
            </w:r>
          </w:p>
        </w:tc>
        <w:tc>
          <w:tcPr>
            <w:tcW w:w="1417" w:type="dxa"/>
            <w:shd w:val="clear" w:color="auto" w:fill="FAFAFA"/>
            <w:tcMar>
              <w:top w:w="60" w:type="dxa"/>
              <w:left w:w="70" w:type="dxa"/>
              <w:bottom w:w="60" w:type="dxa"/>
              <w:right w:w="70" w:type="dxa"/>
            </w:tcMar>
            <w:vAlign w:val="center"/>
          </w:tcPr>
          <w:p w14:paraId="370AB7DF"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13CB91C"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01962B83" w14:textId="77777777" w:rsidR="008E2B50" w:rsidRPr="00E81C1D" w:rsidRDefault="008E2B50">
            <w:pPr>
              <w:spacing w:after="0" w:line="240" w:lineRule="auto"/>
              <w:jc w:val="center"/>
              <w:rPr>
                <w:noProof/>
                <w:lang w:val="ro-RO"/>
              </w:rPr>
            </w:pPr>
          </w:p>
        </w:tc>
      </w:tr>
      <w:tr w:rsidR="008E2B50" w:rsidRPr="00E81C1D" w14:paraId="6F6EA64B" w14:textId="77777777">
        <w:trPr>
          <w:cantSplit/>
          <w:jc w:val="center"/>
        </w:trPr>
        <w:tc>
          <w:tcPr>
            <w:tcW w:w="793" w:type="dxa"/>
            <w:tcMar>
              <w:top w:w="60" w:type="dxa"/>
              <w:left w:w="70" w:type="dxa"/>
              <w:bottom w:w="60" w:type="dxa"/>
              <w:right w:w="70" w:type="dxa"/>
            </w:tcMar>
            <w:vAlign w:val="center"/>
          </w:tcPr>
          <w:p w14:paraId="7219189B" w14:textId="77777777" w:rsidR="008E2B50" w:rsidRPr="00E81C1D" w:rsidRDefault="00000000">
            <w:pPr>
              <w:spacing w:after="0" w:line="240" w:lineRule="auto"/>
              <w:jc w:val="center"/>
              <w:rPr>
                <w:noProof/>
                <w:lang w:val="ro-RO"/>
              </w:rPr>
            </w:pPr>
            <w:r w:rsidRPr="00E81C1D">
              <w:rPr>
                <w:rFonts w:eastAsia="Arial"/>
                <w:b/>
                <w:noProof/>
                <w:sz w:val="14"/>
                <w:lang w:val="ro-RO"/>
              </w:rPr>
              <w:t>F6.3</w:t>
            </w:r>
          </w:p>
        </w:tc>
        <w:tc>
          <w:tcPr>
            <w:tcW w:w="4081" w:type="dxa"/>
            <w:tcMar>
              <w:top w:w="60" w:type="dxa"/>
              <w:left w:w="70" w:type="dxa"/>
              <w:bottom w:w="60" w:type="dxa"/>
              <w:right w:w="70" w:type="dxa"/>
            </w:tcMar>
            <w:vAlign w:val="center"/>
          </w:tcPr>
          <w:p w14:paraId="47D1FA01" w14:textId="77777777" w:rsidR="008E2B50" w:rsidRPr="00E81C1D" w:rsidRDefault="00000000">
            <w:pPr>
              <w:spacing w:after="0" w:line="240" w:lineRule="auto"/>
              <w:rPr>
                <w:noProof/>
                <w:lang w:val="ro-RO"/>
              </w:rPr>
            </w:pPr>
            <w:r w:rsidRPr="00E81C1D">
              <w:rPr>
                <w:rFonts w:eastAsia="Arial"/>
                <w:noProof/>
                <w:sz w:val="14"/>
                <w:lang w:val="ro-RO"/>
              </w:rPr>
              <w:t>Diagramele de flux acoperă toate etapele, inclusiv rework, reciclare, externalizări și puncte de intrare/ieșire.</w:t>
            </w:r>
          </w:p>
        </w:tc>
        <w:tc>
          <w:tcPr>
            <w:tcW w:w="5159" w:type="dxa"/>
            <w:tcMar>
              <w:top w:w="60" w:type="dxa"/>
              <w:left w:w="70" w:type="dxa"/>
              <w:bottom w:w="60" w:type="dxa"/>
              <w:right w:w="70" w:type="dxa"/>
            </w:tcMar>
            <w:vAlign w:val="center"/>
          </w:tcPr>
          <w:p w14:paraId="5D70D067" w14:textId="77777777" w:rsidR="008E2B50" w:rsidRPr="00E81C1D" w:rsidRDefault="00000000">
            <w:pPr>
              <w:spacing w:after="0" w:line="240" w:lineRule="auto"/>
              <w:rPr>
                <w:noProof/>
                <w:lang w:val="ro-RO"/>
              </w:rPr>
            </w:pPr>
            <w:r w:rsidRPr="00E81C1D">
              <w:rPr>
                <w:rFonts w:eastAsia="Arial"/>
                <w:noProof/>
                <w:sz w:val="14"/>
                <w:lang w:val="ro-RO"/>
              </w:rPr>
              <w:t>Diagrame datate și controlate.</w:t>
            </w:r>
          </w:p>
        </w:tc>
        <w:tc>
          <w:tcPr>
            <w:tcW w:w="1417" w:type="dxa"/>
            <w:tcMar>
              <w:top w:w="60" w:type="dxa"/>
              <w:left w:w="70" w:type="dxa"/>
              <w:bottom w:w="60" w:type="dxa"/>
              <w:right w:w="70" w:type="dxa"/>
            </w:tcMar>
            <w:vAlign w:val="center"/>
          </w:tcPr>
          <w:p w14:paraId="4BF7E9AA"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0CC0E5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F4E71C0" w14:textId="77777777" w:rsidR="008E2B50" w:rsidRPr="00E81C1D" w:rsidRDefault="008E2B50">
            <w:pPr>
              <w:spacing w:after="0" w:line="240" w:lineRule="auto"/>
              <w:jc w:val="center"/>
              <w:rPr>
                <w:noProof/>
                <w:lang w:val="ro-RO"/>
              </w:rPr>
            </w:pPr>
          </w:p>
        </w:tc>
      </w:tr>
      <w:tr w:rsidR="008E2B50" w:rsidRPr="00E81C1D" w14:paraId="644D989B" w14:textId="77777777">
        <w:trPr>
          <w:cantSplit/>
          <w:jc w:val="center"/>
        </w:trPr>
        <w:tc>
          <w:tcPr>
            <w:tcW w:w="793" w:type="dxa"/>
            <w:shd w:val="clear" w:color="auto" w:fill="FAFAFA"/>
            <w:tcMar>
              <w:top w:w="60" w:type="dxa"/>
              <w:left w:w="70" w:type="dxa"/>
              <w:bottom w:w="60" w:type="dxa"/>
              <w:right w:w="70" w:type="dxa"/>
            </w:tcMar>
            <w:vAlign w:val="center"/>
          </w:tcPr>
          <w:p w14:paraId="02EE84E5" w14:textId="77777777" w:rsidR="008E2B50" w:rsidRPr="00E81C1D" w:rsidRDefault="00000000">
            <w:pPr>
              <w:spacing w:after="0" w:line="240" w:lineRule="auto"/>
              <w:jc w:val="center"/>
              <w:rPr>
                <w:noProof/>
                <w:lang w:val="ro-RO"/>
              </w:rPr>
            </w:pPr>
            <w:r w:rsidRPr="00E81C1D">
              <w:rPr>
                <w:rFonts w:eastAsia="Arial"/>
                <w:b/>
                <w:noProof/>
                <w:sz w:val="14"/>
                <w:lang w:val="ro-RO"/>
              </w:rPr>
              <w:t>F6.4</w:t>
            </w:r>
          </w:p>
        </w:tc>
        <w:tc>
          <w:tcPr>
            <w:tcW w:w="4081" w:type="dxa"/>
            <w:shd w:val="clear" w:color="auto" w:fill="FAFAFA"/>
            <w:tcMar>
              <w:top w:w="60" w:type="dxa"/>
              <w:left w:w="70" w:type="dxa"/>
              <w:bottom w:w="60" w:type="dxa"/>
              <w:right w:w="70" w:type="dxa"/>
            </w:tcMar>
            <w:vAlign w:val="center"/>
          </w:tcPr>
          <w:p w14:paraId="136D07CE" w14:textId="77777777" w:rsidR="008E2B50" w:rsidRPr="00E81C1D" w:rsidRDefault="00000000">
            <w:pPr>
              <w:spacing w:after="0" w:line="240" w:lineRule="auto"/>
              <w:rPr>
                <w:noProof/>
                <w:lang w:val="ro-RO"/>
              </w:rPr>
            </w:pPr>
            <w:r w:rsidRPr="00E81C1D">
              <w:rPr>
                <w:rFonts w:eastAsia="Arial"/>
                <w:noProof/>
                <w:sz w:val="14"/>
                <w:lang w:val="ro-RO"/>
              </w:rPr>
              <w:t>Diagramele de flux sunt confirmate la fața locului și la schimbări relevante.</w:t>
            </w:r>
          </w:p>
        </w:tc>
        <w:tc>
          <w:tcPr>
            <w:tcW w:w="5159" w:type="dxa"/>
            <w:shd w:val="clear" w:color="auto" w:fill="FAFAFA"/>
            <w:tcMar>
              <w:top w:w="60" w:type="dxa"/>
              <w:left w:w="70" w:type="dxa"/>
              <w:bottom w:w="60" w:type="dxa"/>
              <w:right w:w="70" w:type="dxa"/>
            </w:tcMar>
            <w:vAlign w:val="center"/>
          </w:tcPr>
          <w:p w14:paraId="58D12FAC" w14:textId="77777777" w:rsidR="008E2B50" w:rsidRPr="00E81C1D" w:rsidRDefault="00000000">
            <w:pPr>
              <w:spacing w:after="0" w:line="240" w:lineRule="auto"/>
              <w:rPr>
                <w:noProof/>
                <w:lang w:val="ro-RO"/>
              </w:rPr>
            </w:pPr>
            <w:r w:rsidRPr="00E81C1D">
              <w:rPr>
                <w:rFonts w:eastAsia="Arial"/>
                <w:noProof/>
                <w:sz w:val="14"/>
                <w:lang w:val="ro-RO"/>
              </w:rPr>
              <w:t>Tururi, semnături, schimburi și condiții reale.</w:t>
            </w:r>
          </w:p>
        </w:tc>
        <w:tc>
          <w:tcPr>
            <w:tcW w:w="1417" w:type="dxa"/>
            <w:shd w:val="clear" w:color="auto" w:fill="FAFAFA"/>
            <w:tcMar>
              <w:top w:w="60" w:type="dxa"/>
              <w:left w:w="70" w:type="dxa"/>
              <w:bottom w:w="60" w:type="dxa"/>
              <w:right w:w="70" w:type="dxa"/>
            </w:tcMar>
            <w:vAlign w:val="center"/>
          </w:tcPr>
          <w:p w14:paraId="6C1EAF0D"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02E7031"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0930C59" w14:textId="77777777" w:rsidR="008E2B50" w:rsidRPr="00E81C1D" w:rsidRDefault="008E2B50">
            <w:pPr>
              <w:spacing w:after="0" w:line="240" w:lineRule="auto"/>
              <w:jc w:val="center"/>
              <w:rPr>
                <w:noProof/>
                <w:lang w:val="ro-RO"/>
              </w:rPr>
            </w:pPr>
          </w:p>
        </w:tc>
      </w:tr>
      <w:tr w:rsidR="008E2B50" w:rsidRPr="00E81C1D" w14:paraId="50B86240" w14:textId="77777777">
        <w:trPr>
          <w:cantSplit/>
          <w:jc w:val="center"/>
        </w:trPr>
        <w:tc>
          <w:tcPr>
            <w:tcW w:w="793" w:type="dxa"/>
            <w:tcMar>
              <w:top w:w="60" w:type="dxa"/>
              <w:left w:w="70" w:type="dxa"/>
              <w:bottom w:w="60" w:type="dxa"/>
              <w:right w:w="70" w:type="dxa"/>
            </w:tcMar>
            <w:vAlign w:val="center"/>
          </w:tcPr>
          <w:p w14:paraId="0FE47031" w14:textId="77777777" w:rsidR="008E2B50" w:rsidRPr="00E81C1D" w:rsidRDefault="00000000">
            <w:pPr>
              <w:spacing w:after="0" w:line="240" w:lineRule="auto"/>
              <w:jc w:val="center"/>
              <w:rPr>
                <w:noProof/>
                <w:lang w:val="ro-RO"/>
              </w:rPr>
            </w:pPr>
            <w:r w:rsidRPr="00E81C1D">
              <w:rPr>
                <w:rFonts w:eastAsia="Arial"/>
                <w:b/>
                <w:noProof/>
                <w:sz w:val="14"/>
                <w:lang w:val="ro-RO"/>
              </w:rPr>
              <w:t>F6.5</w:t>
            </w:r>
          </w:p>
        </w:tc>
        <w:tc>
          <w:tcPr>
            <w:tcW w:w="4081" w:type="dxa"/>
            <w:tcMar>
              <w:top w:w="60" w:type="dxa"/>
              <w:left w:w="70" w:type="dxa"/>
              <w:bottom w:w="60" w:type="dxa"/>
              <w:right w:w="70" w:type="dxa"/>
            </w:tcMar>
            <w:vAlign w:val="center"/>
          </w:tcPr>
          <w:p w14:paraId="49B0C145" w14:textId="77777777" w:rsidR="008E2B50" w:rsidRPr="00E81C1D" w:rsidRDefault="00000000">
            <w:pPr>
              <w:spacing w:after="0" w:line="240" w:lineRule="auto"/>
              <w:rPr>
                <w:noProof/>
                <w:lang w:val="ro-RO"/>
              </w:rPr>
            </w:pPr>
            <w:r w:rsidRPr="00E81C1D">
              <w:rPr>
                <w:rFonts w:eastAsia="Arial"/>
                <w:noProof/>
                <w:sz w:val="14"/>
                <w:lang w:val="ro-RO"/>
              </w:rPr>
              <w:t>Sunt descrise procesele și mediul procesului suficient pentru analiza pericolelor.</w:t>
            </w:r>
          </w:p>
        </w:tc>
        <w:tc>
          <w:tcPr>
            <w:tcW w:w="5159" w:type="dxa"/>
            <w:tcMar>
              <w:top w:w="60" w:type="dxa"/>
              <w:left w:w="70" w:type="dxa"/>
              <w:bottom w:w="60" w:type="dxa"/>
              <w:right w:w="70" w:type="dxa"/>
            </w:tcMar>
            <w:vAlign w:val="center"/>
          </w:tcPr>
          <w:p w14:paraId="1CF35A1F" w14:textId="77777777" w:rsidR="008E2B50" w:rsidRPr="00E81C1D" w:rsidRDefault="00000000">
            <w:pPr>
              <w:spacing w:after="0" w:line="240" w:lineRule="auto"/>
              <w:rPr>
                <w:noProof/>
                <w:lang w:val="ro-RO"/>
              </w:rPr>
            </w:pPr>
            <w:r w:rsidRPr="00E81C1D">
              <w:rPr>
                <w:rFonts w:eastAsia="Arial"/>
                <w:noProof/>
                <w:sz w:val="14"/>
                <w:lang w:val="ro-RO"/>
              </w:rPr>
              <w:t>Parametri, echipamente, fluxuri, personal, utilități și controale existente.</w:t>
            </w:r>
          </w:p>
        </w:tc>
        <w:tc>
          <w:tcPr>
            <w:tcW w:w="1417" w:type="dxa"/>
            <w:tcMar>
              <w:top w:w="60" w:type="dxa"/>
              <w:left w:w="70" w:type="dxa"/>
              <w:bottom w:w="60" w:type="dxa"/>
              <w:right w:w="70" w:type="dxa"/>
            </w:tcMar>
            <w:vAlign w:val="center"/>
          </w:tcPr>
          <w:p w14:paraId="3ED519E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04E6C36"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B9A122F" w14:textId="77777777" w:rsidR="008E2B50" w:rsidRPr="00E81C1D" w:rsidRDefault="008E2B50">
            <w:pPr>
              <w:spacing w:after="0" w:line="240" w:lineRule="auto"/>
              <w:jc w:val="center"/>
              <w:rPr>
                <w:noProof/>
                <w:lang w:val="ro-RO"/>
              </w:rPr>
            </w:pPr>
          </w:p>
        </w:tc>
      </w:tr>
      <w:tr w:rsidR="008E2B50" w:rsidRPr="00E81C1D" w14:paraId="44F25499" w14:textId="77777777">
        <w:trPr>
          <w:cantSplit/>
          <w:jc w:val="center"/>
        </w:trPr>
        <w:tc>
          <w:tcPr>
            <w:tcW w:w="793" w:type="dxa"/>
            <w:shd w:val="clear" w:color="auto" w:fill="FAFAFA"/>
            <w:tcMar>
              <w:top w:w="60" w:type="dxa"/>
              <w:left w:w="70" w:type="dxa"/>
              <w:bottom w:w="60" w:type="dxa"/>
              <w:right w:w="70" w:type="dxa"/>
            </w:tcMar>
            <w:vAlign w:val="center"/>
          </w:tcPr>
          <w:p w14:paraId="4C9E0E89" w14:textId="77777777" w:rsidR="008E2B50" w:rsidRPr="00E81C1D" w:rsidRDefault="00000000">
            <w:pPr>
              <w:spacing w:after="0" w:line="240" w:lineRule="auto"/>
              <w:jc w:val="center"/>
              <w:rPr>
                <w:noProof/>
                <w:lang w:val="ro-RO"/>
              </w:rPr>
            </w:pPr>
            <w:r w:rsidRPr="00E81C1D">
              <w:rPr>
                <w:rFonts w:eastAsia="Arial"/>
                <w:b/>
                <w:noProof/>
                <w:sz w:val="14"/>
                <w:lang w:val="ro-RO"/>
              </w:rPr>
              <w:t>F6.6</w:t>
            </w:r>
          </w:p>
        </w:tc>
        <w:tc>
          <w:tcPr>
            <w:tcW w:w="4081" w:type="dxa"/>
            <w:shd w:val="clear" w:color="auto" w:fill="FAFAFA"/>
            <w:tcMar>
              <w:top w:w="60" w:type="dxa"/>
              <w:left w:w="70" w:type="dxa"/>
              <w:bottom w:w="60" w:type="dxa"/>
              <w:right w:w="70" w:type="dxa"/>
            </w:tcMar>
            <w:vAlign w:val="center"/>
          </w:tcPr>
          <w:p w14:paraId="66A07D14" w14:textId="77777777" w:rsidR="008E2B50" w:rsidRPr="00E81C1D" w:rsidRDefault="00000000">
            <w:pPr>
              <w:spacing w:after="0" w:line="240" w:lineRule="auto"/>
              <w:rPr>
                <w:noProof/>
                <w:lang w:val="ro-RO"/>
              </w:rPr>
            </w:pPr>
            <w:r w:rsidRPr="00E81C1D">
              <w:rPr>
                <w:rFonts w:eastAsia="Arial"/>
                <w:noProof/>
                <w:sz w:val="14"/>
                <w:lang w:val="ro-RO"/>
              </w:rPr>
              <w:t>Sunt identificate pericolele biologice, chimice, fizice și alergenice rezonabil previzibile.</w:t>
            </w:r>
          </w:p>
        </w:tc>
        <w:tc>
          <w:tcPr>
            <w:tcW w:w="5159" w:type="dxa"/>
            <w:shd w:val="clear" w:color="auto" w:fill="FAFAFA"/>
            <w:tcMar>
              <w:top w:w="60" w:type="dxa"/>
              <w:left w:w="70" w:type="dxa"/>
              <w:bottom w:w="60" w:type="dxa"/>
              <w:right w:w="70" w:type="dxa"/>
            </w:tcMar>
            <w:vAlign w:val="center"/>
          </w:tcPr>
          <w:p w14:paraId="35EB43E7" w14:textId="77777777" w:rsidR="008E2B50" w:rsidRPr="00E81C1D" w:rsidRDefault="00000000">
            <w:pPr>
              <w:spacing w:after="0" w:line="240" w:lineRule="auto"/>
              <w:rPr>
                <w:noProof/>
                <w:lang w:val="ro-RO"/>
              </w:rPr>
            </w:pPr>
            <w:r w:rsidRPr="00E81C1D">
              <w:rPr>
                <w:rFonts w:eastAsia="Arial"/>
                <w:noProof/>
                <w:sz w:val="14"/>
                <w:lang w:val="ro-RO"/>
              </w:rPr>
              <w:t>Surse, etape, materii prime, mediu și experiență relevantă.</w:t>
            </w:r>
          </w:p>
        </w:tc>
        <w:tc>
          <w:tcPr>
            <w:tcW w:w="1417" w:type="dxa"/>
            <w:shd w:val="clear" w:color="auto" w:fill="FAFAFA"/>
            <w:tcMar>
              <w:top w:w="60" w:type="dxa"/>
              <w:left w:w="70" w:type="dxa"/>
              <w:bottom w:w="60" w:type="dxa"/>
              <w:right w:w="70" w:type="dxa"/>
            </w:tcMar>
            <w:vAlign w:val="center"/>
          </w:tcPr>
          <w:p w14:paraId="1D98D461"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B185074"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ED322FF" w14:textId="77777777" w:rsidR="008E2B50" w:rsidRPr="00E81C1D" w:rsidRDefault="008E2B50">
            <w:pPr>
              <w:spacing w:after="0" w:line="240" w:lineRule="auto"/>
              <w:jc w:val="center"/>
              <w:rPr>
                <w:noProof/>
                <w:lang w:val="ro-RO"/>
              </w:rPr>
            </w:pPr>
          </w:p>
        </w:tc>
      </w:tr>
      <w:tr w:rsidR="008E2B50" w:rsidRPr="00E81C1D" w14:paraId="79CD51F0" w14:textId="77777777">
        <w:trPr>
          <w:cantSplit/>
          <w:jc w:val="center"/>
        </w:trPr>
        <w:tc>
          <w:tcPr>
            <w:tcW w:w="793" w:type="dxa"/>
            <w:tcMar>
              <w:top w:w="60" w:type="dxa"/>
              <w:left w:w="70" w:type="dxa"/>
              <w:bottom w:w="60" w:type="dxa"/>
              <w:right w:w="70" w:type="dxa"/>
            </w:tcMar>
            <w:vAlign w:val="center"/>
          </w:tcPr>
          <w:p w14:paraId="1FA441C2" w14:textId="77777777" w:rsidR="008E2B50" w:rsidRPr="00E81C1D" w:rsidRDefault="00000000">
            <w:pPr>
              <w:spacing w:after="0" w:line="240" w:lineRule="auto"/>
              <w:jc w:val="center"/>
              <w:rPr>
                <w:noProof/>
                <w:lang w:val="ro-RO"/>
              </w:rPr>
            </w:pPr>
            <w:r w:rsidRPr="00E81C1D">
              <w:rPr>
                <w:rFonts w:eastAsia="Arial"/>
                <w:b/>
                <w:noProof/>
                <w:sz w:val="14"/>
                <w:lang w:val="ro-RO"/>
              </w:rPr>
              <w:t>F6.7</w:t>
            </w:r>
          </w:p>
        </w:tc>
        <w:tc>
          <w:tcPr>
            <w:tcW w:w="4081" w:type="dxa"/>
            <w:tcMar>
              <w:top w:w="60" w:type="dxa"/>
              <w:left w:w="70" w:type="dxa"/>
              <w:bottom w:w="60" w:type="dxa"/>
              <w:right w:w="70" w:type="dxa"/>
            </w:tcMar>
            <w:vAlign w:val="center"/>
          </w:tcPr>
          <w:p w14:paraId="7B7B7096" w14:textId="77777777" w:rsidR="008E2B50" w:rsidRPr="00E81C1D" w:rsidRDefault="00000000">
            <w:pPr>
              <w:spacing w:after="0" w:line="240" w:lineRule="auto"/>
              <w:rPr>
                <w:noProof/>
                <w:lang w:val="ro-RO"/>
              </w:rPr>
            </w:pPr>
            <w:r w:rsidRPr="00E81C1D">
              <w:rPr>
                <w:rFonts w:eastAsia="Arial"/>
                <w:noProof/>
                <w:sz w:val="14"/>
                <w:lang w:val="ro-RO"/>
              </w:rPr>
              <w:t>Nivelurile acceptabile ale pericolelor sunt stabilite și justificate.</w:t>
            </w:r>
          </w:p>
        </w:tc>
        <w:tc>
          <w:tcPr>
            <w:tcW w:w="5159" w:type="dxa"/>
            <w:tcMar>
              <w:top w:w="60" w:type="dxa"/>
              <w:left w:w="70" w:type="dxa"/>
              <w:bottom w:w="60" w:type="dxa"/>
              <w:right w:w="70" w:type="dxa"/>
            </w:tcMar>
            <w:vAlign w:val="center"/>
          </w:tcPr>
          <w:p w14:paraId="499B24C6" w14:textId="77777777" w:rsidR="008E2B50" w:rsidRPr="00E81C1D" w:rsidRDefault="00000000">
            <w:pPr>
              <w:spacing w:after="0" w:line="240" w:lineRule="auto"/>
              <w:rPr>
                <w:noProof/>
                <w:lang w:val="ro-RO"/>
              </w:rPr>
            </w:pPr>
            <w:r w:rsidRPr="00E81C1D">
              <w:rPr>
                <w:rFonts w:eastAsia="Arial"/>
                <w:noProof/>
                <w:sz w:val="14"/>
                <w:lang w:val="ro-RO"/>
              </w:rPr>
              <w:t>Cerințe legale, client, utilizare intenționată și date științifice.</w:t>
            </w:r>
          </w:p>
        </w:tc>
        <w:tc>
          <w:tcPr>
            <w:tcW w:w="1417" w:type="dxa"/>
            <w:tcMar>
              <w:top w:w="60" w:type="dxa"/>
              <w:left w:w="70" w:type="dxa"/>
              <w:bottom w:w="60" w:type="dxa"/>
              <w:right w:w="70" w:type="dxa"/>
            </w:tcMar>
            <w:vAlign w:val="center"/>
          </w:tcPr>
          <w:p w14:paraId="5FDEAA8D"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7C41CF44"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3B96110" w14:textId="77777777" w:rsidR="008E2B50" w:rsidRPr="00E81C1D" w:rsidRDefault="008E2B50">
            <w:pPr>
              <w:spacing w:after="0" w:line="240" w:lineRule="auto"/>
              <w:jc w:val="center"/>
              <w:rPr>
                <w:noProof/>
                <w:lang w:val="ro-RO"/>
              </w:rPr>
            </w:pPr>
          </w:p>
        </w:tc>
      </w:tr>
      <w:tr w:rsidR="008E2B50" w:rsidRPr="00E81C1D" w14:paraId="212253D4" w14:textId="77777777">
        <w:trPr>
          <w:cantSplit/>
          <w:jc w:val="center"/>
        </w:trPr>
        <w:tc>
          <w:tcPr>
            <w:tcW w:w="793" w:type="dxa"/>
            <w:shd w:val="clear" w:color="auto" w:fill="FAFAFA"/>
            <w:tcMar>
              <w:top w:w="60" w:type="dxa"/>
              <w:left w:w="70" w:type="dxa"/>
              <w:bottom w:w="60" w:type="dxa"/>
              <w:right w:w="70" w:type="dxa"/>
            </w:tcMar>
            <w:vAlign w:val="center"/>
          </w:tcPr>
          <w:p w14:paraId="54CD6E0E" w14:textId="77777777" w:rsidR="008E2B50" w:rsidRPr="00E81C1D" w:rsidRDefault="00000000">
            <w:pPr>
              <w:spacing w:after="0" w:line="240" w:lineRule="auto"/>
              <w:jc w:val="center"/>
              <w:rPr>
                <w:noProof/>
                <w:lang w:val="ro-RO"/>
              </w:rPr>
            </w:pPr>
            <w:r w:rsidRPr="00E81C1D">
              <w:rPr>
                <w:rFonts w:eastAsia="Arial"/>
                <w:b/>
                <w:noProof/>
                <w:sz w:val="14"/>
                <w:lang w:val="ro-RO"/>
              </w:rPr>
              <w:t>F6.8</w:t>
            </w:r>
          </w:p>
        </w:tc>
        <w:tc>
          <w:tcPr>
            <w:tcW w:w="4081" w:type="dxa"/>
            <w:shd w:val="clear" w:color="auto" w:fill="FAFAFA"/>
            <w:tcMar>
              <w:top w:w="60" w:type="dxa"/>
              <w:left w:w="70" w:type="dxa"/>
              <w:bottom w:w="60" w:type="dxa"/>
              <w:right w:w="70" w:type="dxa"/>
            </w:tcMar>
            <w:vAlign w:val="center"/>
          </w:tcPr>
          <w:p w14:paraId="6803F151" w14:textId="77777777" w:rsidR="008E2B50" w:rsidRPr="00E81C1D" w:rsidRDefault="00000000">
            <w:pPr>
              <w:spacing w:after="0" w:line="240" w:lineRule="auto"/>
              <w:rPr>
                <w:noProof/>
                <w:lang w:val="ro-RO"/>
              </w:rPr>
            </w:pPr>
            <w:r w:rsidRPr="00E81C1D">
              <w:rPr>
                <w:rFonts w:eastAsia="Arial"/>
                <w:noProof/>
                <w:sz w:val="14"/>
                <w:lang w:val="ro-RO"/>
              </w:rPr>
              <w:t>Pericolele sunt evaluate prin criterii consecvente privind probabilitatea și severitatea.</w:t>
            </w:r>
          </w:p>
        </w:tc>
        <w:tc>
          <w:tcPr>
            <w:tcW w:w="5159" w:type="dxa"/>
            <w:shd w:val="clear" w:color="auto" w:fill="FAFAFA"/>
            <w:tcMar>
              <w:top w:w="60" w:type="dxa"/>
              <w:left w:w="70" w:type="dxa"/>
              <w:bottom w:w="60" w:type="dxa"/>
              <w:right w:w="70" w:type="dxa"/>
            </w:tcMar>
            <w:vAlign w:val="center"/>
          </w:tcPr>
          <w:p w14:paraId="7A4D8F48" w14:textId="77777777" w:rsidR="008E2B50" w:rsidRPr="00E81C1D" w:rsidRDefault="00000000">
            <w:pPr>
              <w:spacing w:after="0" w:line="240" w:lineRule="auto"/>
              <w:rPr>
                <w:noProof/>
                <w:lang w:val="ro-RO"/>
              </w:rPr>
            </w:pPr>
            <w:r w:rsidRPr="00E81C1D">
              <w:rPr>
                <w:rFonts w:eastAsia="Arial"/>
                <w:noProof/>
                <w:sz w:val="14"/>
                <w:lang w:val="ro-RO"/>
              </w:rPr>
              <w:t>Metodă, justificări, incertitudini și competență.</w:t>
            </w:r>
          </w:p>
        </w:tc>
        <w:tc>
          <w:tcPr>
            <w:tcW w:w="1417" w:type="dxa"/>
            <w:shd w:val="clear" w:color="auto" w:fill="FAFAFA"/>
            <w:tcMar>
              <w:top w:w="60" w:type="dxa"/>
              <w:left w:w="70" w:type="dxa"/>
              <w:bottom w:w="60" w:type="dxa"/>
              <w:right w:w="70" w:type="dxa"/>
            </w:tcMar>
            <w:vAlign w:val="center"/>
          </w:tcPr>
          <w:p w14:paraId="0C7EBBB7"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4F40703"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0BDEC62" w14:textId="77777777" w:rsidR="008E2B50" w:rsidRPr="00E81C1D" w:rsidRDefault="008E2B50">
            <w:pPr>
              <w:spacing w:after="0" w:line="240" w:lineRule="auto"/>
              <w:jc w:val="center"/>
              <w:rPr>
                <w:noProof/>
                <w:lang w:val="ro-RO"/>
              </w:rPr>
            </w:pPr>
          </w:p>
        </w:tc>
      </w:tr>
      <w:tr w:rsidR="008E2B50" w:rsidRPr="00E81C1D" w14:paraId="42752FA7" w14:textId="77777777">
        <w:trPr>
          <w:cantSplit/>
          <w:jc w:val="center"/>
        </w:trPr>
        <w:tc>
          <w:tcPr>
            <w:tcW w:w="793" w:type="dxa"/>
            <w:tcMar>
              <w:top w:w="60" w:type="dxa"/>
              <w:left w:w="70" w:type="dxa"/>
              <w:bottom w:w="60" w:type="dxa"/>
              <w:right w:w="70" w:type="dxa"/>
            </w:tcMar>
            <w:vAlign w:val="center"/>
          </w:tcPr>
          <w:p w14:paraId="3CF6B8E4" w14:textId="77777777" w:rsidR="008E2B50" w:rsidRPr="00E81C1D" w:rsidRDefault="00000000">
            <w:pPr>
              <w:spacing w:after="0" w:line="240" w:lineRule="auto"/>
              <w:jc w:val="center"/>
              <w:rPr>
                <w:noProof/>
                <w:lang w:val="ro-RO"/>
              </w:rPr>
            </w:pPr>
            <w:r w:rsidRPr="00E81C1D">
              <w:rPr>
                <w:rFonts w:eastAsia="Arial"/>
                <w:b/>
                <w:noProof/>
                <w:sz w:val="14"/>
                <w:lang w:val="ro-RO"/>
              </w:rPr>
              <w:t>F6.9</w:t>
            </w:r>
          </w:p>
        </w:tc>
        <w:tc>
          <w:tcPr>
            <w:tcW w:w="4081" w:type="dxa"/>
            <w:tcMar>
              <w:top w:w="60" w:type="dxa"/>
              <w:left w:w="70" w:type="dxa"/>
              <w:bottom w:w="60" w:type="dxa"/>
              <w:right w:w="70" w:type="dxa"/>
            </w:tcMar>
            <w:vAlign w:val="center"/>
          </w:tcPr>
          <w:p w14:paraId="601FEA9A" w14:textId="77777777" w:rsidR="008E2B50" w:rsidRPr="00E81C1D" w:rsidRDefault="00000000">
            <w:pPr>
              <w:spacing w:after="0" w:line="240" w:lineRule="auto"/>
              <w:rPr>
                <w:noProof/>
                <w:lang w:val="ro-RO"/>
              </w:rPr>
            </w:pPr>
            <w:r w:rsidRPr="00E81C1D">
              <w:rPr>
                <w:rFonts w:eastAsia="Arial"/>
                <w:noProof/>
                <w:sz w:val="14"/>
                <w:lang w:val="ro-RO"/>
              </w:rPr>
              <w:t>Sunt selectate măsuri de control capabile să prevină sau să reducă pericolele la niveluri acceptabile.</w:t>
            </w:r>
          </w:p>
        </w:tc>
        <w:tc>
          <w:tcPr>
            <w:tcW w:w="5159" w:type="dxa"/>
            <w:tcMar>
              <w:top w:w="60" w:type="dxa"/>
              <w:left w:w="70" w:type="dxa"/>
              <w:bottom w:w="60" w:type="dxa"/>
              <w:right w:w="70" w:type="dxa"/>
            </w:tcMar>
            <w:vAlign w:val="center"/>
          </w:tcPr>
          <w:p w14:paraId="437805BD" w14:textId="77777777" w:rsidR="008E2B50" w:rsidRPr="00E81C1D" w:rsidRDefault="00000000">
            <w:pPr>
              <w:spacing w:after="0" w:line="240" w:lineRule="auto"/>
              <w:rPr>
                <w:noProof/>
                <w:lang w:val="ro-RO"/>
              </w:rPr>
            </w:pPr>
            <w:r w:rsidRPr="00E81C1D">
              <w:rPr>
                <w:rFonts w:eastAsia="Arial"/>
                <w:noProof/>
                <w:sz w:val="14"/>
                <w:lang w:val="ro-RO"/>
              </w:rPr>
              <w:t>Legătura pericol-etapă-măsură și combinații de controale.</w:t>
            </w:r>
          </w:p>
        </w:tc>
        <w:tc>
          <w:tcPr>
            <w:tcW w:w="1417" w:type="dxa"/>
            <w:tcMar>
              <w:top w:w="60" w:type="dxa"/>
              <w:left w:w="70" w:type="dxa"/>
              <w:bottom w:w="60" w:type="dxa"/>
              <w:right w:w="70" w:type="dxa"/>
            </w:tcMar>
            <w:vAlign w:val="center"/>
          </w:tcPr>
          <w:p w14:paraId="6E80FDCC"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59568A7"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FDCBE16" w14:textId="77777777" w:rsidR="008E2B50" w:rsidRPr="00E81C1D" w:rsidRDefault="008E2B50">
            <w:pPr>
              <w:spacing w:after="0" w:line="240" w:lineRule="auto"/>
              <w:jc w:val="center"/>
              <w:rPr>
                <w:noProof/>
                <w:lang w:val="ro-RO"/>
              </w:rPr>
            </w:pPr>
          </w:p>
        </w:tc>
      </w:tr>
      <w:tr w:rsidR="008E2B50" w:rsidRPr="00E81C1D" w14:paraId="4E3FC7BD" w14:textId="77777777">
        <w:trPr>
          <w:cantSplit/>
          <w:jc w:val="center"/>
        </w:trPr>
        <w:tc>
          <w:tcPr>
            <w:tcW w:w="793" w:type="dxa"/>
            <w:shd w:val="clear" w:color="auto" w:fill="FAFAFA"/>
            <w:tcMar>
              <w:top w:w="60" w:type="dxa"/>
              <w:left w:w="70" w:type="dxa"/>
              <w:bottom w:w="60" w:type="dxa"/>
              <w:right w:w="70" w:type="dxa"/>
            </w:tcMar>
            <w:vAlign w:val="center"/>
          </w:tcPr>
          <w:p w14:paraId="24B1F575" w14:textId="77777777" w:rsidR="008E2B50" w:rsidRPr="00E81C1D" w:rsidRDefault="00000000">
            <w:pPr>
              <w:spacing w:after="0" w:line="240" w:lineRule="auto"/>
              <w:jc w:val="center"/>
              <w:rPr>
                <w:noProof/>
                <w:lang w:val="ro-RO"/>
              </w:rPr>
            </w:pPr>
            <w:r w:rsidRPr="00E81C1D">
              <w:rPr>
                <w:rFonts w:eastAsia="Arial"/>
                <w:b/>
                <w:noProof/>
                <w:sz w:val="14"/>
                <w:lang w:val="ro-RO"/>
              </w:rPr>
              <w:t>F6.10</w:t>
            </w:r>
          </w:p>
        </w:tc>
        <w:tc>
          <w:tcPr>
            <w:tcW w:w="4081" w:type="dxa"/>
            <w:shd w:val="clear" w:color="auto" w:fill="FAFAFA"/>
            <w:tcMar>
              <w:top w:w="60" w:type="dxa"/>
              <w:left w:w="70" w:type="dxa"/>
              <w:bottom w:w="60" w:type="dxa"/>
              <w:right w:w="70" w:type="dxa"/>
            </w:tcMar>
            <w:vAlign w:val="center"/>
          </w:tcPr>
          <w:p w14:paraId="5A225089" w14:textId="77777777" w:rsidR="008E2B50" w:rsidRPr="00E81C1D" w:rsidRDefault="00000000">
            <w:pPr>
              <w:spacing w:after="0" w:line="240" w:lineRule="auto"/>
              <w:rPr>
                <w:noProof/>
                <w:lang w:val="ro-RO"/>
              </w:rPr>
            </w:pPr>
            <w:r w:rsidRPr="00E81C1D">
              <w:rPr>
                <w:rFonts w:eastAsia="Arial"/>
                <w:noProof/>
                <w:sz w:val="14"/>
                <w:lang w:val="ro-RO"/>
              </w:rPr>
              <w:t>Măsurile de control sunt clasificate gestionabil ca OPRP sau CCP printr-o metodă logică și documentată.</w:t>
            </w:r>
          </w:p>
        </w:tc>
        <w:tc>
          <w:tcPr>
            <w:tcW w:w="5159" w:type="dxa"/>
            <w:shd w:val="clear" w:color="auto" w:fill="FAFAFA"/>
            <w:tcMar>
              <w:top w:w="60" w:type="dxa"/>
              <w:left w:w="70" w:type="dxa"/>
              <w:bottom w:w="60" w:type="dxa"/>
              <w:right w:w="70" w:type="dxa"/>
            </w:tcMar>
            <w:vAlign w:val="center"/>
          </w:tcPr>
          <w:p w14:paraId="71787919" w14:textId="77777777" w:rsidR="008E2B50" w:rsidRPr="00E81C1D" w:rsidRDefault="00000000">
            <w:pPr>
              <w:spacing w:after="0" w:line="240" w:lineRule="auto"/>
              <w:rPr>
                <w:noProof/>
                <w:lang w:val="ro-RO"/>
              </w:rPr>
            </w:pPr>
            <w:r w:rsidRPr="00E81C1D">
              <w:rPr>
                <w:rFonts w:eastAsia="Arial"/>
                <w:noProof/>
                <w:sz w:val="14"/>
                <w:lang w:val="ro-RO"/>
              </w:rPr>
              <w:t>Criterii, rolul măsurii, probabilitatea eșecului și fezabilitatea monitorizării.</w:t>
            </w:r>
          </w:p>
        </w:tc>
        <w:tc>
          <w:tcPr>
            <w:tcW w:w="1417" w:type="dxa"/>
            <w:shd w:val="clear" w:color="auto" w:fill="FAFAFA"/>
            <w:tcMar>
              <w:top w:w="60" w:type="dxa"/>
              <w:left w:w="70" w:type="dxa"/>
              <w:bottom w:w="60" w:type="dxa"/>
              <w:right w:w="70" w:type="dxa"/>
            </w:tcMar>
            <w:vAlign w:val="center"/>
          </w:tcPr>
          <w:p w14:paraId="35CAB269"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3C2B4993"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3B267AA" w14:textId="77777777" w:rsidR="008E2B50" w:rsidRPr="00E81C1D" w:rsidRDefault="008E2B50">
            <w:pPr>
              <w:spacing w:after="0" w:line="240" w:lineRule="auto"/>
              <w:jc w:val="center"/>
              <w:rPr>
                <w:noProof/>
                <w:lang w:val="ro-RO"/>
              </w:rPr>
            </w:pPr>
          </w:p>
        </w:tc>
      </w:tr>
      <w:tr w:rsidR="008E2B50" w:rsidRPr="00E81C1D" w14:paraId="0C4D133C" w14:textId="77777777">
        <w:trPr>
          <w:cantSplit/>
          <w:jc w:val="center"/>
        </w:trPr>
        <w:tc>
          <w:tcPr>
            <w:tcW w:w="793" w:type="dxa"/>
            <w:tcMar>
              <w:top w:w="60" w:type="dxa"/>
              <w:left w:w="70" w:type="dxa"/>
              <w:bottom w:w="60" w:type="dxa"/>
              <w:right w:w="70" w:type="dxa"/>
            </w:tcMar>
            <w:vAlign w:val="center"/>
          </w:tcPr>
          <w:p w14:paraId="7FDE7579" w14:textId="77777777" w:rsidR="008E2B50" w:rsidRPr="00E81C1D" w:rsidRDefault="00000000">
            <w:pPr>
              <w:spacing w:after="0" w:line="240" w:lineRule="auto"/>
              <w:jc w:val="center"/>
              <w:rPr>
                <w:noProof/>
                <w:lang w:val="ro-RO"/>
              </w:rPr>
            </w:pPr>
            <w:r w:rsidRPr="00E81C1D">
              <w:rPr>
                <w:rFonts w:eastAsia="Arial"/>
                <w:b/>
                <w:noProof/>
                <w:sz w:val="14"/>
                <w:lang w:val="ro-RO"/>
              </w:rPr>
              <w:t>F6.11</w:t>
            </w:r>
          </w:p>
        </w:tc>
        <w:tc>
          <w:tcPr>
            <w:tcW w:w="4081" w:type="dxa"/>
            <w:tcMar>
              <w:top w:w="60" w:type="dxa"/>
              <w:left w:w="70" w:type="dxa"/>
              <w:bottom w:w="60" w:type="dxa"/>
              <w:right w:w="70" w:type="dxa"/>
            </w:tcMar>
            <w:vAlign w:val="center"/>
          </w:tcPr>
          <w:p w14:paraId="144D9EAB" w14:textId="77777777" w:rsidR="008E2B50" w:rsidRPr="00E81C1D" w:rsidRDefault="00000000">
            <w:pPr>
              <w:spacing w:after="0" w:line="240" w:lineRule="auto"/>
              <w:rPr>
                <w:noProof/>
                <w:lang w:val="ro-RO"/>
              </w:rPr>
            </w:pPr>
            <w:r w:rsidRPr="00E81C1D">
              <w:rPr>
                <w:rFonts w:eastAsia="Arial"/>
                <w:noProof/>
                <w:sz w:val="14"/>
                <w:lang w:val="ro-RO"/>
              </w:rPr>
              <w:t>Măsurile sau combinațiile de măsuri sunt validate înainte de aplicare și după schimbări relevante.</w:t>
            </w:r>
          </w:p>
        </w:tc>
        <w:tc>
          <w:tcPr>
            <w:tcW w:w="5159" w:type="dxa"/>
            <w:tcMar>
              <w:top w:w="60" w:type="dxa"/>
              <w:left w:w="70" w:type="dxa"/>
              <w:bottom w:w="60" w:type="dxa"/>
              <w:right w:w="70" w:type="dxa"/>
            </w:tcMar>
            <w:vAlign w:val="center"/>
          </w:tcPr>
          <w:p w14:paraId="00CCB568" w14:textId="77777777" w:rsidR="008E2B50" w:rsidRPr="00E81C1D" w:rsidRDefault="00000000">
            <w:pPr>
              <w:spacing w:after="0" w:line="240" w:lineRule="auto"/>
              <w:rPr>
                <w:noProof/>
                <w:lang w:val="ro-RO"/>
              </w:rPr>
            </w:pPr>
            <w:r w:rsidRPr="00E81C1D">
              <w:rPr>
                <w:rFonts w:eastAsia="Arial"/>
                <w:noProof/>
                <w:sz w:val="14"/>
                <w:lang w:val="ro-RO"/>
              </w:rPr>
              <w:t>Studii, date științifice, teste, calcule și condiții de aplicare.</w:t>
            </w:r>
          </w:p>
        </w:tc>
        <w:tc>
          <w:tcPr>
            <w:tcW w:w="1417" w:type="dxa"/>
            <w:tcMar>
              <w:top w:w="60" w:type="dxa"/>
              <w:left w:w="70" w:type="dxa"/>
              <w:bottom w:w="60" w:type="dxa"/>
              <w:right w:w="70" w:type="dxa"/>
            </w:tcMar>
            <w:vAlign w:val="center"/>
          </w:tcPr>
          <w:p w14:paraId="4857FB7F"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72581120"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795E3B3" w14:textId="77777777" w:rsidR="008E2B50" w:rsidRPr="00E81C1D" w:rsidRDefault="008E2B50">
            <w:pPr>
              <w:spacing w:after="0" w:line="240" w:lineRule="auto"/>
              <w:jc w:val="center"/>
              <w:rPr>
                <w:noProof/>
                <w:lang w:val="ro-RO"/>
              </w:rPr>
            </w:pPr>
          </w:p>
        </w:tc>
      </w:tr>
      <w:tr w:rsidR="008E2B50" w:rsidRPr="00E81C1D" w14:paraId="7E041593" w14:textId="77777777">
        <w:trPr>
          <w:cantSplit/>
          <w:jc w:val="center"/>
        </w:trPr>
        <w:tc>
          <w:tcPr>
            <w:tcW w:w="793" w:type="dxa"/>
            <w:shd w:val="clear" w:color="auto" w:fill="FAFAFA"/>
            <w:tcMar>
              <w:top w:w="60" w:type="dxa"/>
              <w:left w:w="70" w:type="dxa"/>
              <w:bottom w:w="60" w:type="dxa"/>
              <w:right w:w="70" w:type="dxa"/>
            </w:tcMar>
            <w:vAlign w:val="center"/>
          </w:tcPr>
          <w:p w14:paraId="03E7AA09" w14:textId="77777777" w:rsidR="008E2B50" w:rsidRPr="00E81C1D" w:rsidRDefault="00000000">
            <w:pPr>
              <w:spacing w:after="0" w:line="240" w:lineRule="auto"/>
              <w:jc w:val="center"/>
              <w:rPr>
                <w:noProof/>
                <w:lang w:val="ro-RO"/>
              </w:rPr>
            </w:pPr>
            <w:r w:rsidRPr="00E81C1D">
              <w:rPr>
                <w:rFonts w:eastAsia="Arial"/>
                <w:b/>
                <w:noProof/>
                <w:sz w:val="14"/>
                <w:lang w:val="ro-RO"/>
              </w:rPr>
              <w:t>F6.12</w:t>
            </w:r>
          </w:p>
        </w:tc>
        <w:tc>
          <w:tcPr>
            <w:tcW w:w="4081" w:type="dxa"/>
            <w:shd w:val="clear" w:color="auto" w:fill="FAFAFA"/>
            <w:tcMar>
              <w:top w:w="60" w:type="dxa"/>
              <w:left w:w="70" w:type="dxa"/>
              <w:bottom w:w="60" w:type="dxa"/>
              <w:right w:w="70" w:type="dxa"/>
            </w:tcMar>
            <w:vAlign w:val="center"/>
          </w:tcPr>
          <w:p w14:paraId="6972C873" w14:textId="77777777" w:rsidR="008E2B50" w:rsidRPr="00E81C1D" w:rsidRDefault="00000000">
            <w:pPr>
              <w:spacing w:after="0" w:line="240" w:lineRule="auto"/>
              <w:rPr>
                <w:noProof/>
                <w:lang w:val="ro-RO"/>
              </w:rPr>
            </w:pPr>
            <w:r w:rsidRPr="00E81C1D">
              <w:rPr>
                <w:rFonts w:eastAsia="Arial"/>
                <w:noProof/>
                <w:sz w:val="14"/>
                <w:lang w:val="ro-RO"/>
              </w:rPr>
              <w:t>Planul de control descrie pericolul, măsura, limitele/criteriile, monitorizarea, corecțiile și responsabilitățile.</w:t>
            </w:r>
          </w:p>
        </w:tc>
        <w:tc>
          <w:tcPr>
            <w:tcW w:w="5159" w:type="dxa"/>
            <w:shd w:val="clear" w:color="auto" w:fill="FAFAFA"/>
            <w:tcMar>
              <w:top w:w="60" w:type="dxa"/>
              <w:left w:w="70" w:type="dxa"/>
              <w:bottom w:w="60" w:type="dxa"/>
              <w:right w:w="70" w:type="dxa"/>
            </w:tcMar>
            <w:vAlign w:val="center"/>
          </w:tcPr>
          <w:p w14:paraId="7380D1EB" w14:textId="77777777" w:rsidR="008E2B50" w:rsidRPr="00E81C1D" w:rsidRDefault="00000000">
            <w:pPr>
              <w:spacing w:after="0" w:line="240" w:lineRule="auto"/>
              <w:rPr>
                <w:noProof/>
                <w:lang w:val="ro-RO"/>
              </w:rPr>
            </w:pPr>
            <w:r w:rsidRPr="00E81C1D">
              <w:rPr>
                <w:rFonts w:eastAsia="Arial"/>
                <w:noProof/>
                <w:sz w:val="14"/>
                <w:lang w:val="ro-RO"/>
              </w:rPr>
              <w:t>Plan OPRP/CCP complet și aprobat.</w:t>
            </w:r>
          </w:p>
        </w:tc>
        <w:tc>
          <w:tcPr>
            <w:tcW w:w="1417" w:type="dxa"/>
            <w:shd w:val="clear" w:color="auto" w:fill="FAFAFA"/>
            <w:tcMar>
              <w:top w:w="60" w:type="dxa"/>
              <w:left w:w="70" w:type="dxa"/>
              <w:bottom w:w="60" w:type="dxa"/>
              <w:right w:w="70" w:type="dxa"/>
            </w:tcMar>
            <w:vAlign w:val="center"/>
          </w:tcPr>
          <w:p w14:paraId="30022506"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D532C5F"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ADA2681" w14:textId="77777777" w:rsidR="008E2B50" w:rsidRPr="00E81C1D" w:rsidRDefault="008E2B50">
            <w:pPr>
              <w:spacing w:after="0" w:line="240" w:lineRule="auto"/>
              <w:jc w:val="center"/>
              <w:rPr>
                <w:noProof/>
                <w:lang w:val="ro-RO"/>
              </w:rPr>
            </w:pPr>
          </w:p>
        </w:tc>
      </w:tr>
      <w:tr w:rsidR="008E2B50" w:rsidRPr="00E81C1D" w14:paraId="090113D4" w14:textId="77777777">
        <w:trPr>
          <w:cantSplit/>
          <w:jc w:val="center"/>
        </w:trPr>
        <w:tc>
          <w:tcPr>
            <w:tcW w:w="793" w:type="dxa"/>
            <w:tcMar>
              <w:top w:w="60" w:type="dxa"/>
              <w:left w:w="70" w:type="dxa"/>
              <w:bottom w:w="60" w:type="dxa"/>
              <w:right w:w="70" w:type="dxa"/>
            </w:tcMar>
            <w:vAlign w:val="center"/>
          </w:tcPr>
          <w:p w14:paraId="7DBCAC1F" w14:textId="77777777" w:rsidR="008E2B50" w:rsidRPr="00E81C1D" w:rsidRDefault="00000000">
            <w:pPr>
              <w:spacing w:after="0" w:line="240" w:lineRule="auto"/>
              <w:jc w:val="center"/>
              <w:rPr>
                <w:noProof/>
                <w:lang w:val="ro-RO"/>
              </w:rPr>
            </w:pPr>
            <w:r w:rsidRPr="00E81C1D">
              <w:rPr>
                <w:rFonts w:eastAsia="Arial"/>
                <w:b/>
                <w:noProof/>
                <w:sz w:val="14"/>
                <w:lang w:val="ro-RO"/>
              </w:rPr>
              <w:t>F6.13</w:t>
            </w:r>
          </w:p>
        </w:tc>
        <w:tc>
          <w:tcPr>
            <w:tcW w:w="4081" w:type="dxa"/>
            <w:tcMar>
              <w:top w:w="60" w:type="dxa"/>
              <w:left w:w="70" w:type="dxa"/>
              <w:bottom w:w="60" w:type="dxa"/>
              <w:right w:w="70" w:type="dxa"/>
            </w:tcMar>
            <w:vAlign w:val="center"/>
          </w:tcPr>
          <w:p w14:paraId="4A242E0D" w14:textId="77777777" w:rsidR="008E2B50" w:rsidRPr="00E81C1D" w:rsidRDefault="00000000">
            <w:pPr>
              <w:spacing w:after="0" w:line="240" w:lineRule="auto"/>
              <w:rPr>
                <w:noProof/>
                <w:lang w:val="ro-RO"/>
              </w:rPr>
            </w:pPr>
            <w:r w:rsidRPr="00E81C1D">
              <w:rPr>
                <w:rFonts w:eastAsia="Arial"/>
                <w:noProof/>
                <w:sz w:val="14"/>
                <w:lang w:val="ro-RO"/>
              </w:rPr>
              <w:t>Limitele critice pentru CCP și criteriile de acțiune pentru OPRP sunt stabilite și justificate.</w:t>
            </w:r>
          </w:p>
        </w:tc>
        <w:tc>
          <w:tcPr>
            <w:tcW w:w="5159" w:type="dxa"/>
            <w:tcMar>
              <w:top w:w="60" w:type="dxa"/>
              <w:left w:w="70" w:type="dxa"/>
              <w:bottom w:w="60" w:type="dxa"/>
              <w:right w:w="70" w:type="dxa"/>
            </w:tcMar>
            <w:vAlign w:val="center"/>
          </w:tcPr>
          <w:p w14:paraId="69078E40" w14:textId="77777777" w:rsidR="008E2B50" w:rsidRPr="00E81C1D" w:rsidRDefault="00000000">
            <w:pPr>
              <w:spacing w:after="0" w:line="240" w:lineRule="auto"/>
              <w:rPr>
                <w:noProof/>
                <w:lang w:val="ro-RO"/>
              </w:rPr>
            </w:pPr>
            <w:r w:rsidRPr="00E81C1D">
              <w:rPr>
                <w:rFonts w:eastAsia="Arial"/>
                <w:noProof/>
                <w:sz w:val="14"/>
                <w:lang w:val="ro-RO"/>
              </w:rPr>
              <w:t>Parametri măsurabili/observabili, separarea acceptabilului și reacție clară.</w:t>
            </w:r>
          </w:p>
        </w:tc>
        <w:tc>
          <w:tcPr>
            <w:tcW w:w="1417" w:type="dxa"/>
            <w:tcMar>
              <w:top w:w="60" w:type="dxa"/>
              <w:left w:w="70" w:type="dxa"/>
              <w:bottom w:w="60" w:type="dxa"/>
              <w:right w:w="70" w:type="dxa"/>
            </w:tcMar>
            <w:vAlign w:val="center"/>
          </w:tcPr>
          <w:p w14:paraId="61E90BCF"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476E6E1"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084280C" w14:textId="77777777" w:rsidR="008E2B50" w:rsidRPr="00E81C1D" w:rsidRDefault="008E2B50">
            <w:pPr>
              <w:spacing w:after="0" w:line="240" w:lineRule="auto"/>
              <w:jc w:val="center"/>
              <w:rPr>
                <w:noProof/>
                <w:lang w:val="ro-RO"/>
              </w:rPr>
            </w:pPr>
          </w:p>
        </w:tc>
      </w:tr>
      <w:tr w:rsidR="008E2B50" w:rsidRPr="00E81C1D" w14:paraId="0342AF67" w14:textId="77777777">
        <w:trPr>
          <w:cantSplit/>
          <w:jc w:val="center"/>
        </w:trPr>
        <w:tc>
          <w:tcPr>
            <w:tcW w:w="793" w:type="dxa"/>
            <w:shd w:val="clear" w:color="auto" w:fill="FAFAFA"/>
            <w:tcMar>
              <w:top w:w="60" w:type="dxa"/>
              <w:left w:w="70" w:type="dxa"/>
              <w:bottom w:w="60" w:type="dxa"/>
              <w:right w:w="70" w:type="dxa"/>
            </w:tcMar>
            <w:vAlign w:val="center"/>
          </w:tcPr>
          <w:p w14:paraId="096259BA" w14:textId="77777777" w:rsidR="008E2B50" w:rsidRPr="00E81C1D" w:rsidRDefault="00000000">
            <w:pPr>
              <w:spacing w:after="0" w:line="240" w:lineRule="auto"/>
              <w:jc w:val="center"/>
              <w:rPr>
                <w:noProof/>
                <w:lang w:val="ro-RO"/>
              </w:rPr>
            </w:pPr>
            <w:r w:rsidRPr="00E81C1D">
              <w:rPr>
                <w:rFonts w:eastAsia="Arial"/>
                <w:b/>
                <w:noProof/>
                <w:sz w:val="14"/>
                <w:lang w:val="ro-RO"/>
              </w:rPr>
              <w:t>F6.14</w:t>
            </w:r>
          </w:p>
        </w:tc>
        <w:tc>
          <w:tcPr>
            <w:tcW w:w="4081" w:type="dxa"/>
            <w:shd w:val="clear" w:color="auto" w:fill="FAFAFA"/>
            <w:tcMar>
              <w:top w:w="60" w:type="dxa"/>
              <w:left w:w="70" w:type="dxa"/>
              <w:bottom w:w="60" w:type="dxa"/>
              <w:right w:w="70" w:type="dxa"/>
            </w:tcMar>
            <w:vAlign w:val="center"/>
          </w:tcPr>
          <w:p w14:paraId="1D18E068" w14:textId="77777777" w:rsidR="008E2B50" w:rsidRPr="00E81C1D" w:rsidRDefault="00000000">
            <w:pPr>
              <w:spacing w:after="0" w:line="240" w:lineRule="auto"/>
              <w:rPr>
                <w:noProof/>
                <w:lang w:val="ro-RO"/>
              </w:rPr>
            </w:pPr>
            <w:r w:rsidRPr="00E81C1D">
              <w:rPr>
                <w:rFonts w:eastAsia="Arial"/>
                <w:noProof/>
                <w:sz w:val="14"/>
                <w:lang w:val="ro-RO"/>
              </w:rPr>
              <w:t>Sistemele de monitorizare detectează la timp abaterea și utilizează metode și echipamente controlate.</w:t>
            </w:r>
          </w:p>
        </w:tc>
        <w:tc>
          <w:tcPr>
            <w:tcW w:w="5159" w:type="dxa"/>
            <w:shd w:val="clear" w:color="auto" w:fill="FAFAFA"/>
            <w:tcMar>
              <w:top w:w="60" w:type="dxa"/>
              <w:left w:w="70" w:type="dxa"/>
              <w:bottom w:w="60" w:type="dxa"/>
              <w:right w:w="70" w:type="dxa"/>
            </w:tcMar>
            <w:vAlign w:val="center"/>
          </w:tcPr>
          <w:p w14:paraId="5E65B339" w14:textId="77777777" w:rsidR="008E2B50" w:rsidRPr="00E81C1D" w:rsidRDefault="00000000">
            <w:pPr>
              <w:spacing w:after="0" w:line="240" w:lineRule="auto"/>
              <w:rPr>
                <w:noProof/>
                <w:lang w:val="ro-RO"/>
              </w:rPr>
            </w:pPr>
            <w:r w:rsidRPr="00E81C1D">
              <w:rPr>
                <w:rFonts w:eastAsia="Arial"/>
                <w:noProof/>
                <w:sz w:val="14"/>
                <w:lang w:val="ro-RO"/>
              </w:rPr>
              <w:t>Metodă, frecvență, responsabil, înregistrare, calibrare/verificare și reacție la rezultate invalide.</w:t>
            </w:r>
          </w:p>
        </w:tc>
        <w:tc>
          <w:tcPr>
            <w:tcW w:w="1417" w:type="dxa"/>
            <w:shd w:val="clear" w:color="auto" w:fill="FAFAFA"/>
            <w:tcMar>
              <w:top w:w="60" w:type="dxa"/>
              <w:left w:w="70" w:type="dxa"/>
              <w:bottom w:w="60" w:type="dxa"/>
              <w:right w:w="70" w:type="dxa"/>
            </w:tcMar>
            <w:vAlign w:val="center"/>
          </w:tcPr>
          <w:p w14:paraId="7E996972"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E6F2F27"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A70C501" w14:textId="77777777" w:rsidR="008E2B50" w:rsidRPr="00E81C1D" w:rsidRDefault="008E2B50">
            <w:pPr>
              <w:spacing w:after="0" w:line="240" w:lineRule="auto"/>
              <w:jc w:val="center"/>
              <w:rPr>
                <w:noProof/>
                <w:lang w:val="ro-RO"/>
              </w:rPr>
            </w:pPr>
          </w:p>
        </w:tc>
      </w:tr>
      <w:tr w:rsidR="008E2B50" w:rsidRPr="00E81C1D" w14:paraId="3A5D415F" w14:textId="77777777">
        <w:trPr>
          <w:cantSplit/>
          <w:jc w:val="center"/>
        </w:trPr>
        <w:tc>
          <w:tcPr>
            <w:tcW w:w="793" w:type="dxa"/>
            <w:tcMar>
              <w:top w:w="60" w:type="dxa"/>
              <w:left w:w="70" w:type="dxa"/>
              <w:bottom w:w="60" w:type="dxa"/>
              <w:right w:w="70" w:type="dxa"/>
            </w:tcMar>
            <w:vAlign w:val="center"/>
          </w:tcPr>
          <w:p w14:paraId="304FB572" w14:textId="77777777" w:rsidR="008E2B50" w:rsidRPr="00E81C1D" w:rsidRDefault="00000000">
            <w:pPr>
              <w:spacing w:after="0" w:line="240" w:lineRule="auto"/>
              <w:jc w:val="center"/>
              <w:rPr>
                <w:noProof/>
                <w:lang w:val="ro-RO"/>
              </w:rPr>
            </w:pPr>
            <w:r w:rsidRPr="00E81C1D">
              <w:rPr>
                <w:rFonts w:eastAsia="Arial"/>
                <w:b/>
                <w:noProof/>
                <w:sz w:val="14"/>
                <w:lang w:val="ro-RO"/>
              </w:rPr>
              <w:t>F6.15</w:t>
            </w:r>
          </w:p>
        </w:tc>
        <w:tc>
          <w:tcPr>
            <w:tcW w:w="4081" w:type="dxa"/>
            <w:tcMar>
              <w:top w:w="60" w:type="dxa"/>
              <w:left w:w="70" w:type="dxa"/>
              <w:bottom w:w="60" w:type="dxa"/>
              <w:right w:w="70" w:type="dxa"/>
            </w:tcMar>
            <w:vAlign w:val="center"/>
          </w:tcPr>
          <w:p w14:paraId="7CF0A4A3" w14:textId="77777777" w:rsidR="008E2B50" w:rsidRPr="00E81C1D" w:rsidRDefault="00000000">
            <w:pPr>
              <w:spacing w:after="0" w:line="240" w:lineRule="auto"/>
              <w:rPr>
                <w:noProof/>
                <w:lang w:val="ro-RO"/>
              </w:rPr>
            </w:pPr>
            <w:r w:rsidRPr="00E81C1D">
              <w:rPr>
                <w:rFonts w:eastAsia="Arial"/>
                <w:noProof/>
                <w:sz w:val="14"/>
                <w:lang w:val="ro-RO"/>
              </w:rPr>
              <w:t>Corecțiile și acțiunile corective controlează procesul și produsul afectat, iar planul este actualizat când este necesar.</w:t>
            </w:r>
          </w:p>
        </w:tc>
        <w:tc>
          <w:tcPr>
            <w:tcW w:w="5159" w:type="dxa"/>
            <w:tcMar>
              <w:top w:w="60" w:type="dxa"/>
              <w:left w:w="70" w:type="dxa"/>
              <w:bottom w:w="60" w:type="dxa"/>
              <w:right w:w="70" w:type="dxa"/>
            </w:tcMar>
            <w:vAlign w:val="center"/>
          </w:tcPr>
          <w:p w14:paraId="36E90A56" w14:textId="77777777" w:rsidR="008E2B50" w:rsidRPr="00E81C1D" w:rsidRDefault="00000000">
            <w:pPr>
              <w:spacing w:after="0" w:line="240" w:lineRule="auto"/>
              <w:rPr>
                <w:noProof/>
                <w:lang w:val="ro-RO"/>
              </w:rPr>
            </w:pPr>
            <w:r w:rsidRPr="00E81C1D">
              <w:rPr>
                <w:rFonts w:eastAsia="Arial"/>
                <w:noProof/>
                <w:sz w:val="14"/>
                <w:lang w:val="ro-RO"/>
              </w:rPr>
              <w:t>Izolare, evaluare, dispoziție, cauză, eficacitate, revizuire și revalidare după schimbări.</w:t>
            </w:r>
          </w:p>
        </w:tc>
        <w:tc>
          <w:tcPr>
            <w:tcW w:w="1417" w:type="dxa"/>
            <w:tcMar>
              <w:top w:w="60" w:type="dxa"/>
              <w:left w:w="70" w:type="dxa"/>
              <w:bottom w:w="60" w:type="dxa"/>
              <w:right w:w="70" w:type="dxa"/>
            </w:tcMar>
            <w:vAlign w:val="center"/>
          </w:tcPr>
          <w:p w14:paraId="253E484E"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168A19D"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60CF69B" w14:textId="77777777" w:rsidR="008E2B50" w:rsidRPr="00E81C1D" w:rsidRDefault="008E2B50">
            <w:pPr>
              <w:spacing w:after="0" w:line="240" w:lineRule="auto"/>
              <w:jc w:val="center"/>
              <w:rPr>
                <w:noProof/>
                <w:lang w:val="ro-RO"/>
              </w:rPr>
            </w:pPr>
          </w:p>
        </w:tc>
      </w:tr>
    </w:tbl>
    <w:p w14:paraId="26A1A1AB"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21C3F3E4"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63AB697A" w14:textId="77777777">
        <w:trPr>
          <w:cantSplit/>
          <w:jc w:val="center"/>
        </w:trPr>
        <w:tc>
          <w:tcPr>
            <w:tcW w:w="1020" w:type="dxa"/>
            <w:shd w:val="clear" w:color="auto" w:fill="D71920"/>
            <w:tcMar>
              <w:top w:w="60" w:type="dxa"/>
              <w:left w:w="70" w:type="dxa"/>
              <w:bottom w:w="60" w:type="dxa"/>
              <w:right w:w="70" w:type="dxa"/>
            </w:tcMar>
            <w:vAlign w:val="center"/>
          </w:tcPr>
          <w:p w14:paraId="75703257"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7</w:t>
            </w:r>
          </w:p>
        </w:tc>
        <w:tc>
          <w:tcPr>
            <w:tcW w:w="12585" w:type="dxa"/>
            <w:shd w:val="clear" w:color="auto" w:fill="F3F4F5"/>
          </w:tcPr>
          <w:p w14:paraId="6C481C81" w14:textId="77777777" w:rsidR="008E2B50" w:rsidRPr="00E81C1D" w:rsidRDefault="00000000">
            <w:pPr>
              <w:spacing w:after="20"/>
              <w:rPr>
                <w:noProof/>
                <w:lang w:val="ro-RO"/>
              </w:rPr>
            </w:pPr>
            <w:r w:rsidRPr="00E81C1D">
              <w:rPr>
                <w:rFonts w:eastAsia="Arial"/>
                <w:b/>
                <w:noProof/>
                <w:sz w:val="27"/>
                <w:lang w:val="ro-RO"/>
              </w:rPr>
              <w:t>Controlul abaterilor, produsului potențial nesigur, retragerii și situațiilor de urgență</w:t>
            </w:r>
          </w:p>
          <w:p w14:paraId="257A6618"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clauzele 8.4, 8.9 și 8.3  |  Obiectiv: asigurarea reacției rapide, trasabile și documentate când procesul sau produsul poate fi nesigur</w:t>
            </w:r>
          </w:p>
        </w:tc>
      </w:tr>
    </w:tbl>
    <w:p w14:paraId="41FA6774"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2AB47E49" w14:textId="77777777">
        <w:trPr>
          <w:cantSplit/>
          <w:jc w:val="center"/>
        </w:trPr>
        <w:tc>
          <w:tcPr>
            <w:tcW w:w="566" w:type="dxa"/>
            <w:shd w:val="clear" w:color="auto" w:fill="D71920"/>
            <w:tcMar>
              <w:top w:w="60" w:type="dxa"/>
              <w:left w:w="70" w:type="dxa"/>
              <w:bottom w:w="60" w:type="dxa"/>
              <w:right w:w="70" w:type="dxa"/>
            </w:tcMar>
            <w:vAlign w:val="center"/>
          </w:tcPr>
          <w:p w14:paraId="3E5FA9D4"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7702F7F0"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47EEAECB" w14:textId="77777777" w:rsidR="008E2B50" w:rsidRPr="00E81C1D" w:rsidRDefault="00000000">
            <w:pPr>
              <w:spacing w:after="0" w:line="252" w:lineRule="auto"/>
              <w:rPr>
                <w:noProof/>
                <w:lang w:val="ro-RO"/>
              </w:rPr>
            </w:pPr>
            <w:r w:rsidRPr="00E81C1D">
              <w:rPr>
                <w:rFonts w:eastAsia="Arial"/>
                <w:noProof/>
                <w:sz w:val="16"/>
                <w:lang w:val="ro-RO"/>
              </w:rPr>
              <w:t>Testați retragerea în condiții dificile: lot distribuit prin mai multe canale, date incomplete sau persoană-cheie indisponibilă. O simulare perfectă și previzibilă poate ascunde vulnerabilități.</w:t>
            </w:r>
          </w:p>
        </w:tc>
      </w:tr>
    </w:tbl>
    <w:p w14:paraId="695D7682"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20095E7C" w14:textId="77777777">
        <w:trPr>
          <w:cantSplit/>
          <w:tblHeader/>
          <w:jc w:val="center"/>
        </w:trPr>
        <w:tc>
          <w:tcPr>
            <w:tcW w:w="793" w:type="dxa"/>
            <w:shd w:val="clear" w:color="auto" w:fill="D71920"/>
            <w:tcMar>
              <w:top w:w="60" w:type="dxa"/>
              <w:left w:w="70" w:type="dxa"/>
              <w:bottom w:w="60" w:type="dxa"/>
              <w:right w:w="70" w:type="dxa"/>
            </w:tcMar>
            <w:vAlign w:val="center"/>
          </w:tcPr>
          <w:p w14:paraId="419837B6"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079E1CD5"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57C4D77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3589EF8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07B5FF75"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6C15EBF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380ED376" w14:textId="77777777">
        <w:trPr>
          <w:cantSplit/>
          <w:jc w:val="center"/>
        </w:trPr>
        <w:tc>
          <w:tcPr>
            <w:tcW w:w="793" w:type="dxa"/>
            <w:tcMar>
              <w:top w:w="60" w:type="dxa"/>
              <w:left w:w="70" w:type="dxa"/>
              <w:bottom w:w="60" w:type="dxa"/>
              <w:right w:w="70" w:type="dxa"/>
            </w:tcMar>
            <w:vAlign w:val="center"/>
          </w:tcPr>
          <w:p w14:paraId="227A7E1C" w14:textId="77777777" w:rsidR="008E2B50" w:rsidRPr="00E81C1D" w:rsidRDefault="00000000">
            <w:pPr>
              <w:spacing w:after="0" w:line="240" w:lineRule="auto"/>
              <w:jc w:val="center"/>
              <w:rPr>
                <w:noProof/>
                <w:lang w:val="ro-RO"/>
              </w:rPr>
            </w:pPr>
            <w:r w:rsidRPr="00E81C1D">
              <w:rPr>
                <w:rFonts w:eastAsia="Arial"/>
                <w:b/>
                <w:noProof/>
                <w:sz w:val="14"/>
                <w:lang w:val="ro-RO"/>
              </w:rPr>
              <w:t>F7.1</w:t>
            </w:r>
          </w:p>
        </w:tc>
        <w:tc>
          <w:tcPr>
            <w:tcW w:w="4081" w:type="dxa"/>
            <w:tcMar>
              <w:top w:w="60" w:type="dxa"/>
              <w:left w:w="70" w:type="dxa"/>
              <w:bottom w:w="60" w:type="dxa"/>
              <w:right w:w="70" w:type="dxa"/>
            </w:tcMar>
            <w:vAlign w:val="center"/>
          </w:tcPr>
          <w:p w14:paraId="5044C173" w14:textId="77777777" w:rsidR="008E2B50" w:rsidRPr="00E81C1D" w:rsidRDefault="00000000">
            <w:pPr>
              <w:spacing w:after="0" w:line="240" w:lineRule="auto"/>
              <w:rPr>
                <w:noProof/>
                <w:lang w:val="ro-RO"/>
              </w:rPr>
            </w:pPr>
            <w:r w:rsidRPr="00E81C1D">
              <w:rPr>
                <w:rFonts w:eastAsia="Arial"/>
                <w:noProof/>
                <w:sz w:val="14"/>
                <w:lang w:val="ro-RO"/>
              </w:rPr>
              <w:t>Există criterii pentru identificarea și controlul neconformităților de proces și produs.</w:t>
            </w:r>
          </w:p>
        </w:tc>
        <w:tc>
          <w:tcPr>
            <w:tcW w:w="5159" w:type="dxa"/>
            <w:tcMar>
              <w:top w:w="60" w:type="dxa"/>
              <w:left w:w="70" w:type="dxa"/>
              <w:bottom w:w="60" w:type="dxa"/>
              <w:right w:w="70" w:type="dxa"/>
            </w:tcMar>
            <w:vAlign w:val="center"/>
          </w:tcPr>
          <w:p w14:paraId="78BE4B57" w14:textId="77777777" w:rsidR="008E2B50" w:rsidRPr="00E81C1D" w:rsidRDefault="00000000">
            <w:pPr>
              <w:spacing w:after="0" w:line="240" w:lineRule="auto"/>
              <w:rPr>
                <w:noProof/>
                <w:lang w:val="ro-RO"/>
              </w:rPr>
            </w:pPr>
            <w:r w:rsidRPr="00E81C1D">
              <w:rPr>
                <w:rFonts w:eastAsia="Arial"/>
                <w:noProof/>
                <w:sz w:val="14"/>
                <w:lang w:val="ro-RO"/>
              </w:rPr>
              <w:t>Izolare, etichetare, blocare în sistem și responsabilități.</w:t>
            </w:r>
          </w:p>
        </w:tc>
        <w:tc>
          <w:tcPr>
            <w:tcW w:w="1417" w:type="dxa"/>
            <w:tcMar>
              <w:top w:w="60" w:type="dxa"/>
              <w:left w:w="70" w:type="dxa"/>
              <w:bottom w:w="60" w:type="dxa"/>
              <w:right w:w="70" w:type="dxa"/>
            </w:tcMar>
            <w:vAlign w:val="center"/>
          </w:tcPr>
          <w:p w14:paraId="375D3E6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F2F70DA"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A090B9A" w14:textId="77777777" w:rsidR="008E2B50" w:rsidRPr="00E81C1D" w:rsidRDefault="008E2B50">
            <w:pPr>
              <w:spacing w:after="0" w:line="240" w:lineRule="auto"/>
              <w:jc w:val="center"/>
              <w:rPr>
                <w:noProof/>
                <w:lang w:val="ro-RO"/>
              </w:rPr>
            </w:pPr>
          </w:p>
        </w:tc>
      </w:tr>
      <w:tr w:rsidR="008E2B50" w:rsidRPr="00E81C1D" w14:paraId="090950E4" w14:textId="77777777">
        <w:trPr>
          <w:cantSplit/>
          <w:jc w:val="center"/>
        </w:trPr>
        <w:tc>
          <w:tcPr>
            <w:tcW w:w="793" w:type="dxa"/>
            <w:shd w:val="clear" w:color="auto" w:fill="FAFAFA"/>
            <w:tcMar>
              <w:top w:w="60" w:type="dxa"/>
              <w:left w:w="70" w:type="dxa"/>
              <w:bottom w:w="60" w:type="dxa"/>
              <w:right w:w="70" w:type="dxa"/>
            </w:tcMar>
            <w:vAlign w:val="center"/>
          </w:tcPr>
          <w:p w14:paraId="2BD31868" w14:textId="77777777" w:rsidR="008E2B50" w:rsidRPr="00E81C1D" w:rsidRDefault="00000000">
            <w:pPr>
              <w:spacing w:after="0" w:line="240" w:lineRule="auto"/>
              <w:jc w:val="center"/>
              <w:rPr>
                <w:noProof/>
                <w:lang w:val="ro-RO"/>
              </w:rPr>
            </w:pPr>
            <w:r w:rsidRPr="00E81C1D">
              <w:rPr>
                <w:rFonts w:eastAsia="Arial"/>
                <w:b/>
                <w:noProof/>
                <w:sz w:val="14"/>
                <w:lang w:val="ro-RO"/>
              </w:rPr>
              <w:t>F7.2</w:t>
            </w:r>
          </w:p>
        </w:tc>
        <w:tc>
          <w:tcPr>
            <w:tcW w:w="4081" w:type="dxa"/>
            <w:shd w:val="clear" w:color="auto" w:fill="FAFAFA"/>
            <w:tcMar>
              <w:top w:w="60" w:type="dxa"/>
              <w:left w:w="70" w:type="dxa"/>
              <w:bottom w:w="60" w:type="dxa"/>
              <w:right w:w="70" w:type="dxa"/>
            </w:tcMar>
            <w:vAlign w:val="center"/>
          </w:tcPr>
          <w:p w14:paraId="5C5C0CA5" w14:textId="77777777" w:rsidR="008E2B50" w:rsidRPr="00E81C1D" w:rsidRDefault="00000000">
            <w:pPr>
              <w:spacing w:after="0" w:line="240" w:lineRule="auto"/>
              <w:rPr>
                <w:noProof/>
                <w:lang w:val="ro-RO"/>
              </w:rPr>
            </w:pPr>
            <w:r w:rsidRPr="00E81C1D">
              <w:rPr>
                <w:rFonts w:eastAsia="Arial"/>
                <w:noProof/>
                <w:sz w:val="14"/>
                <w:lang w:val="ro-RO"/>
              </w:rPr>
              <w:t>Corecțiile la abaterile OPRP/CCP sunt realizate și înregistrate.</w:t>
            </w:r>
          </w:p>
        </w:tc>
        <w:tc>
          <w:tcPr>
            <w:tcW w:w="5159" w:type="dxa"/>
            <w:shd w:val="clear" w:color="auto" w:fill="FAFAFA"/>
            <w:tcMar>
              <w:top w:w="60" w:type="dxa"/>
              <w:left w:w="70" w:type="dxa"/>
              <w:bottom w:w="60" w:type="dxa"/>
              <w:right w:w="70" w:type="dxa"/>
            </w:tcMar>
            <w:vAlign w:val="center"/>
          </w:tcPr>
          <w:p w14:paraId="525DFEFD" w14:textId="77777777" w:rsidR="008E2B50" w:rsidRPr="00E81C1D" w:rsidRDefault="00000000">
            <w:pPr>
              <w:spacing w:after="0" w:line="240" w:lineRule="auto"/>
              <w:rPr>
                <w:noProof/>
                <w:lang w:val="ro-RO"/>
              </w:rPr>
            </w:pPr>
            <w:r w:rsidRPr="00E81C1D">
              <w:rPr>
                <w:rFonts w:eastAsia="Arial"/>
                <w:noProof/>
                <w:sz w:val="14"/>
                <w:lang w:val="ro-RO"/>
              </w:rPr>
              <w:t>Data, lot, abatere, acțiune, persoană și rezultat.</w:t>
            </w:r>
          </w:p>
        </w:tc>
        <w:tc>
          <w:tcPr>
            <w:tcW w:w="1417" w:type="dxa"/>
            <w:shd w:val="clear" w:color="auto" w:fill="FAFAFA"/>
            <w:tcMar>
              <w:top w:w="60" w:type="dxa"/>
              <w:left w:w="70" w:type="dxa"/>
              <w:bottom w:w="60" w:type="dxa"/>
              <w:right w:w="70" w:type="dxa"/>
            </w:tcMar>
            <w:vAlign w:val="center"/>
          </w:tcPr>
          <w:p w14:paraId="7B0C2312"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BAA70B6"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4B2C3AA" w14:textId="77777777" w:rsidR="008E2B50" w:rsidRPr="00E81C1D" w:rsidRDefault="008E2B50">
            <w:pPr>
              <w:spacing w:after="0" w:line="240" w:lineRule="auto"/>
              <w:jc w:val="center"/>
              <w:rPr>
                <w:noProof/>
                <w:lang w:val="ro-RO"/>
              </w:rPr>
            </w:pPr>
          </w:p>
        </w:tc>
      </w:tr>
      <w:tr w:rsidR="008E2B50" w:rsidRPr="00E81C1D" w14:paraId="03C98EFA" w14:textId="77777777">
        <w:trPr>
          <w:cantSplit/>
          <w:jc w:val="center"/>
        </w:trPr>
        <w:tc>
          <w:tcPr>
            <w:tcW w:w="793" w:type="dxa"/>
            <w:tcMar>
              <w:top w:w="60" w:type="dxa"/>
              <w:left w:w="70" w:type="dxa"/>
              <w:bottom w:w="60" w:type="dxa"/>
              <w:right w:w="70" w:type="dxa"/>
            </w:tcMar>
            <w:vAlign w:val="center"/>
          </w:tcPr>
          <w:p w14:paraId="4570DF51" w14:textId="77777777" w:rsidR="008E2B50" w:rsidRPr="00E81C1D" w:rsidRDefault="00000000">
            <w:pPr>
              <w:spacing w:after="0" w:line="240" w:lineRule="auto"/>
              <w:jc w:val="center"/>
              <w:rPr>
                <w:noProof/>
                <w:lang w:val="ro-RO"/>
              </w:rPr>
            </w:pPr>
            <w:r w:rsidRPr="00E81C1D">
              <w:rPr>
                <w:rFonts w:eastAsia="Arial"/>
                <w:b/>
                <w:noProof/>
                <w:sz w:val="14"/>
                <w:lang w:val="ro-RO"/>
              </w:rPr>
              <w:t>F7.3</w:t>
            </w:r>
          </w:p>
        </w:tc>
        <w:tc>
          <w:tcPr>
            <w:tcW w:w="4081" w:type="dxa"/>
            <w:tcMar>
              <w:top w:w="60" w:type="dxa"/>
              <w:left w:w="70" w:type="dxa"/>
              <w:bottom w:w="60" w:type="dxa"/>
              <w:right w:w="70" w:type="dxa"/>
            </w:tcMar>
            <w:vAlign w:val="center"/>
          </w:tcPr>
          <w:p w14:paraId="163411E0" w14:textId="77777777" w:rsidR="008E2B50" w:rsidRPr="00E81C1D" w:rsidRDefault="00000000">
            <w:pPr>
              <w:spacing w:after="0" w:line="240" w:lineRule="auto"/>
              <w:rPr>
                <w:noProof/>
                <w:lang w:val="ro-RO"/>
              </w:rPr>
            </w:pPr>
            <w:r w:rsidRPr="00E81C1D">
              <w:rPr>
                <w:rFonts w:eastAsia="Arial"/>
                <w:noProof/>
                <w:sz w:val="14"/>
                <w:lang w:val="ro-RO"/>
              </w:rPr>
              <w:t>Este determinată cauza abaterii și sunt stabilite acțiuni pentru prevenirea repetării.</w:t>
            </w:r>
          </w:p>
        </w:tc>
        <w:tc>
          <w:tcPr>
            <w:tcW w:w="5159" w:type="dxa"/>
            <w:tcMar>
              <w:top w:w="60" w:type="dxa"/>
              <w:left w:w="70" w:type="dxa"/>
              <w:bottom w:w="60" w:type="dxa"/>
              <w:right w:w="70" w:type="dxa"/>
            </w:tcMar>
            <w:vAlign w:val="center"/>
          </w:tcPr>
          <w:p w14:paraId="669E83FB" w14:textId="77777777" w:rsidR="008E2B50" w:rsidRPr="00E81C1D" w:rsidRDefault="00000000">
            <w:pPr>
              <w:spacing w:after="0" w:line="240" w:lineRule="auto"/>
              <w:rPr>
                <w:noProof/>
                <w:lang w:val="ro-RO"/>
              </w:rPr>
            </w:pPr>
            <w:r w:rsidRPr="00E81C1D">
              <w:rPr>
                <w:rFonts w:eastAsia="Arial"/>
                <w:noProof/>
                <w:sz w:val="14"/>
                <w:lang w:val="ro-RO"/>
              </w:rPr>
              <w:t>Analiză sistemică, extindere la situații similare și verificarea eficacității.</w:t>
            </w:r>
          </w:p>
        </w:tc>
        <w:tc>
          <w:tcPr>
            <w:tcW w:w="1417" w:type="dxa"/>
            <w:tcMar>
              <w:top w:w="60" w:type="dxa"/>
              <w:left w:w="70" w:type="dxa"/>
              <w:bottom w:w="60" w:type="dxa"/>
              <w:right w:w="70" w:type="dxa"/>
            </w:tcMar>
            <w:vAlign w:val="center"/>
          </w:tcPr>
          <w:p w14:paraId="6A3A2A91"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47FFC94"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4D0995ED" w14:textId="77777777" w:rsidR="008E2B50" w:rsidRPr="00E81C1D" w:rsidRDefault="008E2B50">
            <w:pPr>
              <w:spacing w:after="0" w:line="240" w:lineRule="auto"/>
              <w:jc w:val="center"/>
              <w:rPr>
                <w:noProof/>
                <w:lang w:val="ro-RO"/>
              </w:rPr>
            </w:pPr>
          </w:p>
        </w:tc>
      </w:tr>
      <w:tr w:rsidR="008E2B50" w:rsidRPr="00E81C1D" w14:paraId="6D049E87" w14:textId="77777777">
        <w:trPr>
          <w:cantSplit/>
          <w:jc w:val="center"/>
        </w:trPr>
        <w:tc>
          <w:tcPr>
            <w:tcW w:w="793" w:type="dxa"/>
            <w:shd w:val="clear" w:color="auto" w:fill="FAFAFA"/>
            <w:tcMar>
              <w:top w:w="60" w:type="dxa"/>
              <w:left w:w="70" w:type="dxa"/>
              <w:bottom w:w="60" w:type="dxa"/>
              <w:right w:w="70" w:type="dxa"/>
            </w:tcMar>
            <w:vAlign w:val="center"/>
          </w:tcPr>
          <w:p w14:paraId="667EB32E" w14:textId="77777777" w:rsidR="008E2B50" w:rsidRPr="00E81C1D" w:rsidRDefault="00000000">
            <w:pPr>
              <w:spacing w:after="0" w:line="240" w:lineRule="auto"/>
              <w:jc w:val="center"/>
              <w:rPr>
                <w:noProof/>
                <w:lang w:val="ro-RO"/>
              </w:rPr>
            </w:pPr>
            <w:r w:rsidRPr="00E81C1D">
              <w:rPr>
                <w:rFonts w:eastAsia="Arial"/>
                <w:b/>
                <w:noProof/>
                <w:sz w:val="14"/>
                <w:lang w:val="ro-RO"/>
              </w:rPr>
              <w:t>F7.4</w:t>
            </w:r>
          </w:p>
        </w:tc>
        <w:tc>
          <w:tcPr>
            <w:tcW w:w="4081" w:type="dxa"/>
            <w:shd w:val="clear" w:color="auto" w:fill="FAFAFA"/>
            <w:tcMar>
              <w:top w:w="60" w:type="dxa"/>
              <w:left w:w="70" w:type="dxa"/>
              <w:bottom w:w="60" w:type="dxa"/>
              <w:right w:w="70" w:type="dxa"/>
            </w:tcMar>
            <w:vAlign w:val="center"/>
          </w:tcPr>
          <w:p w14:paraId="25ACEBEA" w14:textId="77777777" w:rsidR="008E2B50" w:rsidRPr="00E81C1D" w:rsidRDefault="00000000">
            <w:pPr>
              <w:spacing w:after="0" w:line="240" w:lineRule="auto"/>
              <w:rPr>
                <w:noProof/>
                <w:lang w:val="ro-RO"/>
              </w:rPr>
            </w:pPr>
            <w:r w:rsidRPr="00E81C1D">
              <w:rPr>
                <w:rFonts w:eastAsia="Arial"/>
                <w:noProof/>
                <w:sz w:val="14"/>
                <w:lang w:val="ro-RO"/>
              </w:rPr>
              <w:t>Produsul afectat este evaluat înainte de eliberare.</w:t>
            </w:r>
          </w:p>
        </w:tc>
        <w:tc>
          <w:tcPr>
            <w:tcW w:w="5159" w:type="dxa"/>
            <w:shd w:val="clear" w:color="auto" w:fill="FAFAFA"/>
            <w:tcMar>
              <w:top w:w="60" w:type="dxa"/>
              <w:left w:w="70" w:type="dxa"/>
              <w:bottom w:w="60" w:type="dxa"/>
              <w:right w:w="70" w:type="dxa"/>
            </w:tcMar>
            <w:vAlign w:val="center"/>
          </w:tcPr>
          <w:p w14:paraId="75E341AD" w14:textId="77777777" w:rsidR="008E2B50" w:rsidRPr="00E81C1D" w:rsidRDefault="00000000">
            <w:pPr>
              <w:spacing w:after="0" w:line="240" w:lineRule="auto"/>
              <w:rPr>
                <w:noProof/>
                <w:lang w:val="ro-RO"/>
              </w:rPr>
            </w:pPr>
            <w:r w:rsidRPr="00E81C1D">
              <w:rPr>
                <w:rFonts w:eastAsia="Arial"/>
                <w:noProof/>
                <w:sz w:val="14"/>
                <w:lang w:val="ro-RO"/>
              </w:rPr>
              <w:t>Dovezi privind controlul, eșantionare/testare și aprobarea persoanei autorizate.</w:t>
            </w:r>
          </w:p>
        </w:tc>
        <w:tc>
          <w:tcPr>
            <w:tcW w:w="1417" w:type="dxa"/>
            <w:shd w:val="clear" w:color="auto" w:fill="FAFAFA"/>
            <w:tcMar>
              <w:top w:w="60" w:type="dxa"/>
              <w:left w:w="70" w:type="dxa"/>
              <w:bottom w:w="60" w:type="dxa"/>
              <w:right w:w="70" w:type="dxa"/>
            </w:tcMar>
            <w:vAlign w:val="center"/>
          </w:tcPr>
          <w:p w14:paraId="2A5B899A"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4BAA74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7AEEE9B" w14:textId="77777777" w:rsidR="008E2B50" w:rsidRPr="00E81C1D" w:rsidRDefault="008E2B50">
            <w:pPr>
              <w:spacing w:after="0" w:line="240" w:lineRule="auto"/>
              <w:jc w:val="center"/>
              <w:rPr>
                <w:noProof/>
                <w:lang w:val="ro-RO"/>
              </w:rPr>
            </w:pPr>
          </w:p>
        </w:tc>
      </w:tr>
      <w:tr w:rsidR="008E2B50" w:rsidRPr="00E81C1D" w14:paraId="2C657D6C" w14:textId="77777777">
        <w:trPr>
          <w:cantSplit/>
          <w:jc w:val="center"/>
        </w:trPr>
        <w:tc>
          <w:tcPr>
            <w:tcW w:w="793" w:type="dxa"/>
            <w:tcMar>
              <w:top w:w="60" w:type="dxa"/>
              <w:left w:w="70" w:type="dxa"/>
              <w:bottom w:w="60" w:type="dxa"/>
              <w:right w:w="70" w:type="dxa"/>
            </w:tcMar>
            <w:vAlign w:val="center"/>
          </w:tcPr>
          <w:p w14:paraId="6542824C" w14:textId="77777777" w:rsidR="008E2B50" w:rsidRPr="00E81C1D" w:rsidRDefault="00000000">
            <w:pPr>
              <w:spacing w:after="0" w:line="240" w:lineRule="auto"/>
              <w:jc w:val="center"/>
              <w:rPr>
                <w:noProof/>
                <w:lang w:val="ro-RO"/>
              </w:rPr>
            </w:pPr>
            <w:r w:rsidRPr="00E81C1D">
              <w:rPr>
                <w:rFonts w:eastAsia="Arial"/>
                <w:b/>
                <w:noProof/>
                <w:sz w:val="14"/>
                <w:lang w:val="ro-RO"/>
              </w:rPr>
              <w:t>F7.5</w:t>
            </w:r>
          </w:p>
        </w:tc>
        <w:tc>
          <w:tcPr>
            <w:tcW w:w="4081" w:type="dxa"/>
            <w:tcMar>
              <w:top w:w="60" w:type="dxa"/>
              <w:left w:w="70" w:type="dxa"/>
              <w:bottom w:w="60" w:type="dxa"/>
              <w:right w:w="70" w:type="dxa"/>
            </w:tcMar>
            <w:vAlign w:val="center"/>
          </w:tcPr>
          <w:p w14:paraId="438D951F" w14:textId="77777777" w:rsidR="008E2B50" w:rsidRPr="00E81C1D" w:rsidRDefault="00000000">
            <w:pPr>
              <w:spacing w:after="0" w:line="240" w:lineRule="auto"/>
              <w:rPr>
                <w:noProof/>
                <w:lang w:val="ro-RO"/>
              </w:rPr>
            </w:pPr>
            <w:r w:rsidRPr="00E81C1D">
              <w:rPr>
                <w:rFonts w:eastAsia="Arial"/>
                <w:noProof/>
                <w:sz w:val="14"/>
                <w:lang w:val="ro-RO"/>
              </w:rPr>
              <w:t>Criteriile pentru eliberare, reprocesare, utilizare alternativă sau eliminare sunt definite.</w:t>
            </w:r>
          </w:p>
        </w:tc>
        <w:tc>
          <w:tcPr>
            <w:tcW w:w="5159" w:type="dxa"/>
            <w:tcMar>
              <w:top w:w="60" w:type="dxa"/>
              <w:left w:w="70" w:type="dxa"/>
              <w:bottom w:w="60" w:type="dxa"/>
              <w:right w:w="70" w:type="dxa"/>
            </w:tcMar>
            <w:vAlign w:val="center"/>
          </w:tcPr>
          <w:p w14:paraId="299E953D" w14:textId="77777777" w:rsidR="008E2B50" w:rsidRPr="00E81C1D" w:rsidRDefault="00000000">
            <w:pPr>
              <w:spacing w:after="0" w:line="240" w:lineRule="auto"/>
              <w:rPr>
                <w:noProof/>
                <w:lang w:val="ro-RO"/>
              </w:rPr>
            </w:pPr>
            <w:r w:rsidRPr="00E81C1D">
              <w:rPr>
                <w:rFonts w:eastAsia="Arial"/>
                <w:noProof/>
                <w:sz w:val="14"/>
                <w:lang w:val="ro-RO"/>
              </w:rPr>
              <w:t>Dispoziție controlată și trasabilă.</w:t>
            </w:r>
          </w:p>
        </w:tc>
        <w:tc>
          <w:tcPr>
            <w:tcW w:w="1417" w:type="dxa"/>
            <w:tcMar>
              <w:top w:w="60" w:type="dxa"/>
              <w:left w:w="70" w:type="dxa"/>
              <w:bottom w:w="60" w:type="dxa"/>
              <w:right w:w="70" w:type="dxa"/>
            </w:tcMar>
            <w:vAlign w:val="center"/>
          </w:tcPr>
          <w:p w14:paraId="43D009DF"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F17792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628F3EB4" w14:textId="77777777" w:rsidR="008E2B50" w:rsidRPr="00E81C1D" w:rsidRDefault="008E2B50">
            <w:pPr>
              <w:spacing w:after="0" w:line="240" w:lineRule="auto"/>
              <w:jc w:val="center"/>
              <w:rPr>
                <w:noProof/>
                <w:lang w:val="ro-RO"/>
              </w:rPr>
            </w:pPr>
          </w:p>
        </w:tc>
      </w:tr>
      <w:tr w:rsidR="008E2B50" w:rsidRPr="00E81C1D" w14:paraId="73DFD5F9" w14:textId="77777777">
        <w:trPr>
          <w:cantSplit/>
          <w:jc w:val="center"/>
        </w:trPr>
        <w:tc>
          <w:tcPr>
            <w:tcW w:w="793" w:type="dxa"/>
            <w:shd w:val="clear" w:color="auto" w:fill="FAFAFA"/>
            <w:tcMar>
              <w:top w:w="60" w:type="dxa"/>
              <w:left w:w="70" w:type="dxa"/>
              <w:bottom w:w="60" w:type="dxa"/>
              <w:right w:w="70" w:type="dxa"/>
            </w:tcMar>
            <w:vAlign w:val="center"/>
          </w:tcPr>
          <w:p w14:paraId="4C895FA4" w14:textId="77777777" w:rsidR="008E2B50" w:rsidRPr="00E81C1D" w:rsidRDefault="00000000">
            <w:pPr>
              <w:spacing w:after="0" w:line="240" w:lineRule="auto"/>
              <w:jc w:val="center"/>
              <w:rPr>
                <w:noProof/>
                <w:lang w:val="ro-RO"/>
              </w:rPr>
            </w:pPr>
            <w:r w:rsidRPr="00E81C1D">
              <w:rPr>
                <w:rFonts w:eastAsia="Arial"/>
                <w:b/>
                <w:noProof/>
                <w:sz w:val="14"/>
                <w:lang w:val="ro-RO"/>
              </w:rPr>
              <w:t>F7.6</w:t>
            </w:r>
          </w:p>
        </w:tc>
        <w:tc>
          <w:tcPr>
            <w:tcW w:w="4081" w:type="dxa"/>
            <w:shd w:val="clear" w:color="auto" w:fill="FAFAFA"/>
            <w:tcMar>
              <w:top w:w="60" w:type="dxa"/>
              <w:left w:w="70" w:type="dxa"/>
              <w:bottom w:w="60" w:type="dxa"/>
              <w:right w:w="70" w:type="dxa"/>
            </w:tcMar>
            <w:vAlign w:val="center"/>
          </w:tcPr>
          <w:p w14:paraId="4D26F463" w14:textId="77777777" w:rsidR="008E2B50" w:rsidRPr="00E81C1D" w:rsidRDefault="00000000">
            <w:pPr>
              <w:spacing w:after="0" w:line="240" w:lineRule="auto"/>
              <w:rPr>
                <w:noProof/>
                <w:lang w:val="ro-RO"/>
              </w:rPr>
            </w:pPr>
            <w:r w:rsidRPr="00E81C1D">
              <w:rPr>
                <w:rFonts w:eastAsia="Arial"/>
                <w:noProof/>
                <w:sz w:val="14"/>
                <w:lang w:val="ro-RO"/>
              </w:rPr>
              <w:t>Produsul potențial nesigur rămâne sub control până la demonstrarea acceptabilității.</w:t>
            </w:r>
          </w:p>
        </w:tc>
        <w:tc>
          <w:tcPr>
            <w:tcW w:w="5159" w:type="dxa"/>
            <w:shd w:val="clear" w:color="auto" w:fill="FAFAFA"/>
            <w:tcMar>
              <w:top w:w="60" w:type="dxa"/>
              <w:left w:w="70" w:type="dxa"/>
              <w:bottom w:w="60" w:type="dxa"/>
              <w:right w:w="70" w:type="dxa"/>
            </w:tcMar>
            <w:vAlign w:val="center"/>
          </w:tcPr>
          <w:p w14:paraId="6A7A63B0" w14:textId="77777777" w:rsidR="008E2B50" w:rsidRPr="00E81C1D" w:rsidRDefault="00000000">
            <w:pPr>
              <w:spacing w:after="0" w:line="240" w:lineRule="auto"/>
              <w:rPr>
                <w:noProof/>
                <w:lang w:val="ro-RO"/>
              </w:rPr>
            </w:pPr>
            <w:r w:rsidRPr="00E81C1D">
              <w:rPr>
                <w:rFonts w:eastAsia="Arial"/>
                <w:noProof/>
                <w:sz w:val="14"/>
                <w:lang w:val="ro-RO"/>
              </w:rPr>
              <w:t>Carantină fizică/electronică și prevenirea livrării accidentale.</w:t>
            </w:r>
          </w:p>
        </w:tc>
        <w:tc>
          <w:tcPr>
            <w:tcW w:w="1417" w:type="dxa"/>
            <w:shd w:val="clear" w:color="auto" w:fill="FAFAFA"/>
            <w:tcMar>
              <w:top w:w="60" w:type="dxa"/>
              <w:left w:w="70" w:type="dxa"/>
              <w:bottom w:w="60" w:type="dxa"/>
              <w:right w:w="70" w:type="dxa"/>
            </w:tcMar>
            <w:vAlign w:val="center"/>
          </w:tcPr>
          <w:p w14:paraId="744F3C16"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EC1207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20639AF" w14:textId="77777777" w:rsidR="008E2B50" w:rsidRPr="00E81C1D" w:rsidRDefault="008E2B50">
            <w:pPr>
              <w:spacing w:after="0" w:line="240" w:lineRule="auto"/>
              <w:jc w:val="center"/>
              <w:rPr>
                <w:noProof/>
                <w:lang w:val="ro-RO"/>
              </w:rPr>
            </w:pPr>
          </w:p>
        </w:tc>
      </w:tr>
      <w:tr w:rsidR="008E2B50" w:rsidRPr="00E81C1D" w14:paraId="7A40B174" w14:textId="77777777">
        <w:trPr>
          <w:cantSplit/>
          <w:jc w:val="center"/>
        </w:trPr>
        <w:tc>
          <w:tcPr>
            <w:tcW w:w="793" w:type="dxa"/>
            <w:tcMar>
              <w:top w:w="60" w:type="dxa"/>
              <w:left w:w="70" w:type="dxa"/>
              <w:bottom w:w="60" w:type="dxa"/>
              <w:right w:w="70" w:type="dxa"/>
            </w:tcMar>
            <w:vAlign w:val="center"/>
          </w:tcPr>
          <w:p w14:paraId="6D20A4C5" w14:textId="77777777" w:rsidR="008E2B50" w:rsidRPr="00E81C1D" w:rsidRDefault="00000000">
            <w:pPr>
              <w:spacing w:after="0" w:line="240" w:lineRule="auto"/>
              <w:jc w:val="center"/>
              <w:rPr>
                <w:noProof/>
                <w:lang w:val="ro-RO"/>
              </w:rPr>
            </w:pPr>
            <w:r w:rsidRPr="00E81C1D">
              <w:rPr>
                <w:rFonts w:eastAsia="Arial"/>
                <w:b/>
                <w:noProof/>
                <w:sz w:val="14"/>
                <w:lang w:val="ro-RO"/>
              </w:rPr>
              <w:t>F7.7</w:t>
            </w:r>
          </w:p>
        </w:tc>
        <w:tc>
          <w:tcPr>
            <w:tcW w:w="4081" w:type="dxa"/>
            <w:tcMar>
              <w:top w:w="60" w:type="dxa"/>
              <w:left w:w="70" w:type="dxa"/>
              <w:bottom w:w="60" w:type="dxa"/>
              <w:right w:w="70" w:type="dxa"/>
            </w:tcMar>
            <w:vAlign w:val="center"/>
          </w:tcPr>
          <w:p w14:paraId="185E0863" w14:textId="77777777" w:rsidR="008E2B50" w:rsidRPr="00E81C1D" w:rsidRDefault="00000000">
            <w:pPr>
              <w:spacing w:after="0" w:line="240" w:lineRule="auto"/>
              <w:rPr>
                <w:noProof/>
                <w:lang w:val="ro-RO"/>
              </w:rPr>
            </w:pPr>
            <w:r w:rsidRPr="00E81C1D">
              <w:rPr>
                <w:rFonts w:eastAsia="Arial"/>
                <w:noProof/>
                <w:sz w:val="14"/>
                <w:lang w:val="ro-RO"/>
              </w:rPr>
              <w:t>Există o procedură documentată pentru retragere/recall.</w:t>
            </w:r>
          </w:p>
        </w:tc>
        <w:tc>
          <w:tcPr>
            <w:tcW w:w="5159" w:type="dxa"/>
            <w:tcMar>
              <w:top w:w="60" w:type="dxa"/>
              <w:left w:w="70" w:type="dxa"/>
              <w:bottom w:w="60" w:type="dxa"/>
              <w:right w:w="70" w:type="dxa"/>
            </w:tcMar>
            <w:vAlign w:val="center"/>
          </w:tcPr>
          <w:p w14:paraId="6A748A51" w14:textId="77777777" w:rsidR="008E2B50" w:rsidRPr="00E81C1D" w:rsidRDefault="00000000">
            <w:pPr>
              <w:spacing w:after="0" w:line="240" w:lineRule="auto"/>
              <w:rPr>
                <w:noProof/>
                <w:lang w:val="ro-RO"/>
              </w:rPr>
            </w:pPr>
            <w:r w:rsidRPr="00E81C1D">
              <w:rPr>
                <w:rFonts w:eastAsia="Arial"/>
                <w:noProof/>
                <w:sz w:val="14"/>
                <w:lang w:val="ro-RO"/>
              </w:rPr>
              <w:t>Inițiere, echipă, contacte, decizii, comunicare, reconciliere și închidere.</w:t>
            </w:r>
          </w:p>
        </w:tc>
        <w:tc>
          <w:tcPr>
            <w:tcW w:w="1417" w:type="dxa"/>
            <w:tcMar>
              <w:top w:w="60" w:type="dxa"/>
              <w:left w:w="70" w:type="dxa"/>
              <w:bottom w:w="60" w:type="dxa"/>
              <w:right w:w="70" w:type="dxa"/>
            </w:tcMar>
            <w:vAlign w:val="center"/>
          </w:tcPr>
          <w:p w14:paraId="13EB22CA"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EA25F4C"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762EBE1F" w14:textId="77777777" w:rsidR="008E2B50" w:rsidRPr="00E81C1D" w:rsidRDefault="008E2B50">
            <w:pPr>
              <w:spacing w:after="0" w:line="240" w:lineRule="auto"/>
              <w:jc w:val="center"/>
              <w:rPr>
                <w:noProof/>
                <w:lang w:val="ro-RO"/>
              </w:rPr>
            </w:pPr>
          </w:p>
        </w:tc>
      </w:tr>
      <w:tr w:rsidR="008E2B50" w:rsidRPr="00E81C1D" w14:paraId="59090427" w14:textId="77777777">
        <w:trPr>
          <w:cantSplit/>
          <w:jc w:val="center"/>
        </w:trPr>
        <w:tc>
          <w:tcPr>
            <w:tcW w:w="793" w:type="dxa"/>
            <w:shd w:val="clear" w:color="auto" w:fill="FAFAFA"/>
            <w:tcMar>
              <w:top w:w="60" w:type="dxa"/>
              <w:left w:w="70" w:type="dxa"/>
              <w:bottom w:w="60" w:type="dxa"/>
              <w:right w:w="70" w:type="dxa"/>
            </w:tcMar>
            <w:vAlign w:val="center"/>
          </w:tcPr>
          <w:p w14:paraId="1EE4BBA2" w14:textId="77777777" w:rsidR="008E2B50" w:rsidRPr="00E81C1D" w:rsidRDefault="00000000">
            <w:pPr>
              <w:spacing w:after="0" w:line="240" w:lineRule="auto"/>
              <w:jc w:val="center"/>
              <w:rPr>
                <w:noProof/>
                <w:lang w:val="ro-RO"/>
              </w:rPr>
            </w:pPr>
            <w:r w:rsidRPr="00E81C1D">
              <w:rPr>
                <w:rFonts w:eastAsia="Arial"/>
                <w:b/>
                <w:noProof/>
                <w:sz w:val="14"/>
                <w:lang w:val="ro-RO"/>
              </w:rPr>
              <w:t>F7.8</w:t>
            </w:r>
          </w:p>
        </w:tc>
        <w:tc>
          <w:tcPr>
            <w:tcW w:w="4081" w:type="dxa"/>
            <w:shd w:val="clear" w:color="auto" w:fill="FAFAFA"/>
            <w:tcMar>
              <w:top w:w="60" w:type="dxa"/>
              <w:left w:w="70" w:type="dxa"/>
              <w:bottom w:w="60" w:type="dxa"/>
              <w:right w:w="70" w:type="dxa"/>
            </w:tcMar>
            <w:vAlign w:val="center"/>
          </w:tcPr>
          <w:p w14:paraId="47FEFF82" w14:textId="77777777" w:rsidR="008E2B50" w:rsidRPr="00E81C1D" w:rsidRDefault="00000000">
            <w:pPr>
              <w:spacing w:after="0" w:line="240" w:lineRule="auto"/>
              <w:rPr>
                <w:noProof/>
                <w:lang w:val="ro-RO"/>
              </w:rPr>
            </w:pPr>
            <w:r w:rsidRPr="00E81C1D">
              <w:rPr>
                <w:rFonts w:eastAsia="Arial"/>
                <w:noProof/>
                <w:sz w:val="14"/>
                <w:lang w:val="ro-RO"/>
              </w:rPr>
              <w:t>Responsabilitatea și autoritatea pentru inițierea retragerii sunt clare și disponibile permanent.</w:t>
            </w:r>
          </w:p>
        </w:tc>
        <w:tc>
          <w:tcPr>
            <w:tcW w:w="5159" w:type="dxa"/>
            <w:shd w:val="clear" w:color="auto" w:fill="FAFAFA"/>
            <w:tcMar>
              <w:top w:w="60" w:type="dxa"/>
              <w:left w:w="70" w:type="dxa"/>
              <w:bottom w:w="60" w:type="dxa"/>
              <w:right w:w="70" w:type="dxa"/>
            </w:tcMar>
            <w:vAlign w:val="center"/>
          </w:tcPr>
          <w:p w14:paraId="1C9CE6E9" w14:textId="77777777" w:rsidR="008E2B50" w:rsidRPr="00E81C1D" w:rsidRDefault="00000000">
            <w:pPr>
              <w:spacing w:after="0" w:line="240" w:lineRule="auto"/>
              <w:rPr>
                <w:noProof/>
                <w:lang w:val="ro-RO"/>
              </w:rPr>
            </w:pPr>
            <w:r w:rsidRPr="00E81C1D">
              <w:rPr>
                <w:rFonts w:eastAsia="Arial"/>
                <w:noProof/>
                <w:sz w:val="14"/>
                <w:lang w:val="ro-RO"/>
              </w:rPr>
              <w:t>Înlocuitori, date de contact și praguri de escaladare.</w:t>
            </w:r>
          </w:p>
        </w:tc>
        <w:tc>
          <w:tcPr>
            <w:tcW w:w="1417" w:type="dxa"/>
            <w:shd w:val="clear" w:color="auto" w:fill="FAFAFA"/>
            <w:tcMar>
              <w:top w:w="60" w:type="dxa"/>
              <w:left w:w="70" w:type="dxa"/>
              <w:bottom w:w="60" w:type="dxa"/>
              <w:right w:w="70" w:type="dxa"/>
            </w:tcMar>
            <w:vAlign w:val="center"/>
          </w:tcPr>
          <w:p w14:paraId="4A533377"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4EA2642"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5CA9D7F" w14:textId="77777777" w:rsidR="008E2B50" w:rsidRPr="00E81C1D" w:rsidRDefault="008E2B50">
            <w:pPr>
              <w:spacing w:after="0" w:line="240" w:lineRule="auto"/>
              <w:jc w:val="center"/>
              <w:rPr>
                <w:noProof/>
                <w:lang w:val="ro-RO"/>
              </w:rPr>
            </w:pPr>
          </w:p>
        </w:tc>
      </w:tr>
      <w:tr w:rsidR="008E2B50" w:rsidRPr="00E81C1D" w14:paraId="73C19013" w14:textId="77777777">
        <w:trPr>
          <w:cantSplit/>
          <w:jc w:val="center"/>
        </w:trPr>
        <w:tc>
          <w:tcPr>
            <w:tcW w:w="793" w:type="dxa"/>
            <w:tcMar>
              <w:top w:w="60" w:type="dxa"/>
              <w:left w:w="70" w:type="dxa"/>
              <w:bottom w:w="60" w:type="dxa"/>
              <w:right w:w="70" w:type="dxa"/>
            </w:tcMar>
            <w:vAlign w:val="center"/>
          </w:tcPr>
          <w:p w14:paraId="49F11F0A" w14:textId="77777777" w:rsidR="008E2B50" w:rsidRPr="00E81C1D" w:rsidRDefault="00000000">
            <w:pPr>
              <w:spacing w:after="0" w:line="240" w:lineRule="auto"/>
              <w:jc w:val="center"/>
              <w:rPr>
                <w:noProof/>
                <w:lang w:val="ro-RO"/>
              </w:rPr>
            </w:pPr>
            <w:r w:rsidRPr="00E81C1D">
              <w:rPr>
                <w:rFonts w:eastAsia="Arial"/>
                <w:b/>
                <w:noProof/>
                <w:sz w:val="14"/>
                <w:lang w:val="ro-RO"/>
              </w:rPr>
              <w:t>F7.9</w:t>
            </w:r>
          </w:p>
        </w:tc>
        <w:tc>
          <w:tcPr>
            <w:tcW w:w="4081" w:type="dxa"/>
            <w:tcMar>
              <w:top w:w="60" w:type="dxa"/>
              <w:left w:w="70" w:type="dxa"/>
              <w:bottom w:w="60" w:type="dxa"/>
              <w:right w:w="70" w:type="dxa"/>
            </w:tcMar>
            <w:vAlign w:val="center"/>
          </w:tcPr>
          <w:p w14:paraId="4240986D" w14:textId="77777777" w:rsidR="008E2B50" w:rsidRPr="00E81C1D" w:rsidRDefault="00000000">
            <w:pPr>
              <w:spacing w:after="0" w:line="240" w:lineRule="auto"/>
              <w:rPr>
                <w:noProof/>
                <w:lang w:val="ro-RO"/>
              </w:rPr>
            </w:pPr>
            <w:r w:rsidRPr="00E81C1D">
              <w:rPr>
                <w:rFonts w:eastAsia="Arial"/>
                <w:noProof/>
                <w:sz w:val="14"/>
                <w:lang w:val="ro-RO"/>
              </w:rPr>
              <w:t>Sistemul de retragere este testat periodic prin simulări reprezentative.</w:t>
            </w:r>
          </w:p>
        </w:tc>
        <w:tc>
          <w:tcPr>
            <w:tcW w:w="5159" w:type="dxa"/>
            <w:tcMar>
              <w:top w:w="60" w:type="dxa"/>
              <w:left w:w="70" w:type="dxa"/>
              <w:bottom w:w="60" w:type="dxa"/>
              <w:right w:w="70" w:type="dxa"/>
            </w:tcMar>
            <w:vAlign w:val="center"/>
          </w:tcPr>
          <w:p w14:paraId="4324669D" w14:textId="77777777" w:rsidR="008E2B50" w:rsidRPr="00E81C1D" w:rsidRDefault="00000000">
            <w:pPr>
              <w:spacing w:after="0" w:line="240" w:lineRule="auto"/>
              <w:rPr>
                <w:noProof/>
                <w:lang w:val="ro-RO"/>
              </w:rPr>
            </w:pPr>
            <w:r w:rsidRPr="00E81C1D">
              <w:rPr>
                <w:rFonts w:eastAsia="Arial"/>
                <w:noProof/>
                <w:sz w:val="14"/>
                <w:lang w:val="ro-RO"/>
              </w:rPr>
              <w:t>Trasabilitate înainte/înapoi, cantități, timpi, eficacitate și lecții.</w:t>
            </w:r>
          </w:p>
        </w:tc>
        <w:tc>
          <w:tcPr>
            <w:tcW w:w="1417" w:type="dxa"/>
            <w:tcMar>
              <w:top w:w="60" w:type="dxa"/>
              <w:left w:w="70" w:type="dxa"/>
              <w:bottom w:w="60" w:type="dxa"/>
              <w:right w:w="70" w:type="dxa"/>
            </w:tcMar>
            <w:vAlign w:val="center"/>
          </w:tcPr>
          <w:p w14:paraId="668166C8"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D50E704"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73BB4E8E" w14:textId="77777777" w:rsidR="008E2B50" w:rsidRPr="00E81C1D" w:rsidRDefault="008E2B50">
            <w:pPr>
              <w:spacing w:after="0" w:line="240" w:lineRule="auto"/>
              <w:jc w:val="center"/>
              <w:rPr>
                <w:noProof/>
                <w:lang w:val="ro-RO"/>
              </w:rPr>
            </w:pPr>
          </w:p>
        </w:tc>
      </w:tr>
      <w:tr w:rsidR="008E2B50" w:rsidRPr="00E81C1D" w14:paraId="285C3634" w14:textId="77777777">
        <w:trPr>
          <w:cantSplit/>
          <w:jc w:val="center"/>
        </w:trPr>
        <w:tc>
          <w:tcPr>
            <w:tcW w:w="793" w:type="dxa"/>
            <w:shd w:val="clear" w:color="auto" w:fill="FAFAFA"/>
            <w:tcMar>
              <w:top w:w="60" w:type="dxa"/>
              <w:left w:w="70" w:type="dxa"/>
              <w:bottom w:w="60" w:type="dxa"/>
              <w:right w:w="70" w:type="dxa"/>
            </w:tcMar>
            <w:vAlign w:val="center"/>
          </w:tcPr>
          <w:p w14:paraId="63C117B8" w14:textId="77777777" w:rsidR="008E2B50" w:rsidRPr="00E81C1D" w:rsidRDefault="00000000">
            <w:pPr>
              <w:spacing w:after="0" w:line="240" w:lineRule="auto"/>
              <w:jc w:val="center"/>
              <w:rPr>
                <w:noProof/>
                <w:lang w:val="ro-RO"/>
              </w:rPr>
            </w:pPr>
            <w:r w:rsidRPr="00E81C1D">
              <w:rPr>
                <w:rFonts w:eastAsia="Arial"/>
                <w:b/>
                <w:noProof/>
                <w:sz w:val="14"/>
                <w:lang w:val="ro-RO"/>
              </w:rPr>
              <w:t>F7.10</w:t>
            </w:r>
          </w:p>
        </w:tc>
        <w:tc>
          <w:tcPr>
            <w:tcW w:w="4081" w:type="dxa"/>
            <w:shd w:val="clear" w:color="auto" w:fill="FAFAFA"/>
            <w:tcMar>
              <w:top w:w="60" w:type="dxa"/>
              <w:left w:w="70" w:type="dxa"/>
              <w:bottom w:w="60" w:type="dxa"/>
              <w:right w:w="70" w:type="dxa"/>
            </w:tcMar>
            <w:vAlign w:val="center"/>
          </w:tcPr>
          <w:p w14:paraId="01B7E090" w14:textId="77777777" w:rsidR="008E2B50" w:rsidRPr="00E81C1D" w:rsidRDefault="00000000">
            <w:pPr>
              <w:spacing w:after="0" w:line="240" w:lineRule="auto"/>
              <w:rPr>
                <w:noProof/>
                <w:lang w:val="ro-RO"/>
              </w:rPr>
            </w:pPr>
            <w:r w:rsidRPr="00E81C1D">
              <w:rPr>
                <w:rFonts w:eastAsia="Arial"/>
                <w:noProof/>
                <w:sz w:val="14"/>
                <w:lang w:val="ro-RO"/>
              </w:rPr>
              <w:t>Comunicările către autorități, clienți și consumatori sunt pregătite și controlate.</w:t>
            </w:r>
          </w:p>
        </w:tc>
        <w:tc>
          <w:tcPr>
            <w:tcW w:w="5159" w:type="dxa"/>
            <w:shd w:val="clear" w:color="auto" w:fill="FAFAFA"/>
            <w:tcMar>
              <w:top w:w="60" w:type="dxa"/>
              <w:left w:w="70" w:type="dxa"/>
              <w:bottom w:w="60" w:type="dxa"/>
              <w:right w:w="70" w:type="dxa"/>
            </w:tcMar>
            <w:vAlign w:val="center"/>
          </w:tcPr>
          <w:p w14:paraId="062EAB50" w14:textId="77777777" w:rsidR="008E2B50" w:rsidRPr="00E81C1D" w:rsidRDefault="00000000">
            <w:pPr>
              <w:spacing w:after="0" w:line="240" w:lineRule="auto"/>
              <w:rPr>
                <w:noProof/>
                <w:lang w:val="ro-RO"/>
              </w:rPr>
            </w:pPr>
            <w:r w:rsidRPr="00E81C1D">
              <w:rPr>
                <w:rFonts w:eastAsia="Arial"/>
                <w:noProof/>
                <w:sz w:val="14"/>
                <w:lang w:val="ro-RO"/>
              </w:rPr>
              <w:t>Mesaje, aprobări, canale și termene aplicabile.</w:t>
            </w:r>
          </w:p>
        </w:tc>
        <w:tc>
          <w:tcPr>
            <w:tcW w:w="1417" w:type="dxa"/>
            <w:shd w:val="clear" w:color="auto" w:fill="FAFAFA"/>
            <w:tcMar>
              <w:top w:w="60" w:type="dxa"/>
              <w:left w:w="70" w:type="dxa"/>
              <w:bottom w:w="60" w:type="dxa"/>
              <w:right w:w="70" w:type="dxa"/>
            </w:tcMar>
            <w:vAlign w:val="center"/>
          </w:tcPr>
          <w:p w14:paraId="476EDBFB"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2F9F456"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A1F285C" w14:textId="77777777" w:rsidR="008E2B50" w:rsidRPr="00E81C1D" w:rsidRDefault="008E2B50">
            <w:pPr>
              <w:spacing w:after="0" w:line="240" w:lineRule="auto"/>
              <w:jc w:val="center"/>
              <w:rPr>
                <w:noProof/>
                <w:lang w:val="ro-RO"/>
              </w:rPr>
            </w:pPr>
          </w:p>
        </w:tc>
      </w:tr>
      <w:tr w:rsidR="008E2B50" w:rsidRPr="00E81C1D" w14:paraId="6D6E23D4" w14:textId="77777777">
        <w:trPr>
          <w:cantSplit/>
          <w:jc w:val="center"/>
        </w:trPr>
        <w:tc>
          <w:tcPr>
            <w:tcW w:w="793" w:type="dxa"/>
            <w:tcMar>
              <w:top w:w="60" w:type="dxa"/>
              <w:left w:w="70" w:type="dxa"/>
              <w:bottom w:w="60" w:type="dxa"/>
              <w:right w:w="70" w:type="dxa"/>
            </w:tcMar>
            <w:vAlign w:val="center"/>
          </w:tcPr>
          <w:p w14:paraId="74983F21" w14:textId="77777777" w:rsidR="008E2B50" w:rsidRPr="00E81C1D" w:rsidRDefault="00000000">
            <w:pPr>
              <w:spacing w:after="0" w:line="240" w:lineRule="auto"/>
              <w:jc w:val="center"/>
              <w:rPr>
                <w:noProof/>
                <w:lang w:val="ro-RO"/>
              </w:rPr>
            </w:pPr>
            <w:r w:rsidRPr="00E81C1D">
              <w:rPr>
                <w:rFonts w:eastAsia="Arial"/>
                <w:b/>
                <w:noProof/>
                <w:sz w:val="14"/>
                <w:lang w:val="ro-RO"/>
              </w:rPr>
              <w:t>F7.11</w:t>
            </w:r>
          </w:p>
        </w:tc>
        <w:tc>
          <w:tcPr>
            <w:tcW w:w="4081" w:type="dxa"/>
            <w:tcMar>
              <w:top w:w="60" w:type="dxa"/>
              <w:left w:w="70" w:type="dxa"/>
              <w:bottom w:w="60" w:type="dxa"/>
              <w:right w:w="70" w:type="dxa"/>
            </w:tcMar>
            <w:vAlign w:val="center"/>
          </w:tcPr>
          <w:p w14:paraId="0FBAD7D1" w14:textId="77777777" w:rsidR="008E2B50" w:rsidRPr="00E81C1D" w:rsidRDefault="00000000">
            <w:pPr>
              <w:spacing w:after="0" w:line="240" w:lineRule="auto"/>
              <w:rPr>
                <w:noProof/>
                <w:lang w:val="ro-RO"/>
              </w:rPr>
            </w:pPr>
            <w:r w:rsidRPr="00E81C1D">
              <w:rPr>
                <w:rFonts w:eastAsia="Arial"/>
                <w:noProof/>
                <w:sz w:val="14"/>
                <w:lang w:val="ro-RO"/>
              </w:rPr>
              <w:t>Evenimentele de urgență sunt gestionate astfel încât produsul să fie protejat și evaluat.</w:t>
            </w:r>
          </w:p>
        </w:tc>
        <w:tc>
          <w:tcPr>
            <w:tcW w:w="5159" w:type="dxa"/>
            <w:tcMar>
              <w:top w:w="60" w:type="dxa"/>
              <w:left w:w="70" w:type="dxa"/>
              <w:bottom w:w="60" w:type="dxa"/>
              <w:right w:w="70" w:type="dxa"/>
            </w:tcMar>
            <w:vAlign w:val="center"/>
          </w:tcPr>
          <w:p w14:paraId="0DF62619" w14:textId="77777777" w:rsidR="008E2B50" w:rsidRPr="00E81C1D" w:rsidRDefault="00000000">
            <w:pPr>
              <w:spacing w:after="0" w:line="240" w:lineRule="auto"/>
              <w:rPr>
                <w:noProof/>
                <w:lang w:val="ro-RO"/>
              </w:rPr>
            </w:pPr>
            <w:r w:rsidRPr="00E81C1D">
              <w:rPr>
                <w:rFonts w:eastAsia="Arial"/>
                <w:noProof/>
                <w:sz w:val="14"/>
                <w:lang w:val="ro-RO"/>
              </w:rPr>
              <w:t>Pene de curent, lipsă apă, incendiu, inundație, contaminare intenționată, atac cibernetic și transport.</w:t>
            </w:r>
          </w:p>
        </w:tc>
        <w:tc>
          <w:tcPr>
            <w:tcW w:w="1417" w:type="dxa"/>
            <w:tcMar>
              <w:top w:w="60" w:type="dxa"/>
              <w:left w:w="70" w:type="dxa"/>
              <w:bottom w:w="60" w:type="dxa"/>
              <w:right w:w="70" w:type="dxa"/>
            </w:tcMar>
            <w:vAlign w:val="center"/>
          </w:tcPr>
          <w:p w14:paraId="37205743"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EC0786F"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68D92505" w14:textId="77777777" w:rsidR="008E2B50" w:rsidRPr="00E81C1D" w:rsidRDefault="008E2B50">
            <w:pPr>
              <w:spacing w:after="0" w:line="240" w:lineRule="auto"/>
              <w:jc w:val="center"/>
              <w:rPr>
                <w:noProof/>
                <w:lang w:val="ro-RO"/>
              </w:rPr>
            </w:pPr>
          </w:p>
        </w:tc>
      </w:tr>
      <w:tr w:rsidR="008E2B50" w:rsidRPr="00E81C1D" w14:paraId="0F7F6B9D" w14:textId="77777777">
        <w:trPr>
          <w:cantSplit/>
          <w:jc w:val="center"/>
        </w:trPr>
        <w:tc>
          <w:tcPr>
            <w:tcW w:w="793" w:type="dxa"/>
            <w:shd w:val="clear" w:color="auto" w:fill="FAFAFA"/>
            <w:tcMar>
              <w:top w:w="60" w:type="dxa"/>
              <w:left w:w="70" w:type="dxa"/>
              <w:bottom w:w="60" w:type="dxa"/>
              <w:right w:w="70" w:type="dxa"/>
            </w:tcMar>
            <w:vAlign w:val="center"/>
          </w:tcPr>
          <w:p w14:paraId="35617540" w14:textId="77777777" w:rsidR="008E2B50" w:rsidRPr="00E81C1D" w:rsidRDefault="00000000">
            <w:pPr>
              <w:spacing w:after="0" w:line="240" w:lineRule="auto"/>
              <w:jc w:val="center"/>
              <w:rPr>
                <w:noProof/>
                <w:lang w:val="ro-RO"/>
              </w:rPr>
            </w:pPr>
            <w:r w:rsidRPr="00E81C1D">
              <w:rPr>
                <w:rFonts w:eastAsia="Arial"/>
                <w:b/>
                <w:noProof/>
                <w:sz w:val="14"/>
                <w:lang w:val="ro-RO"/>
              </w:rPr>
              <w:t>F7.12</w:t>
            </w:r>
          </w:p>
        </w:tc>
        <w:tc>
          <w:tcPr>
            <w:tcW w:w="4081" w:type="dxa"/>
            <w:shd w:val="clear" w:color="auto" w:fill="FAFAFA"/>
            <w:tcMar>
              <w:top w:w="60" w:type="dxa"/>
              <w:left w:w="70" w:type="dxa"/>
              <w:bottom w:w="60" w:type="dxa"/>
              <w:right w:w="70" w:type="dxa"/>
            </w:tcMar>
            <w:vAlign w:val="center"/>
          </w:tcPr>
          <w:p w14:paraId="76DBEE31" w14:textId="77777777" w:rsidR="008E2B50" w:rsidRPr="00E81C1D" w:rsidRDefault="00000000">
            <w:pPr>
              <w:spacing w:after="0" w:line="240" w:lineRule="auto"/>
              <w:rPr>
                <w:noProof/>
                <w:lang w:val="ro-RO"/>
              </w:rPr>
            </w:pPr>
            <w:r w:rsidRPr="00E81C1D">
              <w:rPr>
                <w:rFonts w:eastAsia="Arial"/>
                <w:noProof/>
                <w:sz w:val="14"/>
                <w:lang w:val="ro-RO"/>
              </w:rPr>
              <w:t>După urgență, starea produsului, procesului și mediului este evaluată înainte de reluare.</w:t>
            </w:r>
          </w:p>
        </w:tc>
        <w:tc>
          <w:tcPr>
            <w:tcW w:w="5159" w:type="dxa"/>
            <w:shd w:val="clear" w:color="auto" w:fill="FAFAFA"/>
            <w:tcMar>
              <w:top w:w="60" w:type="dxa"/>
              <w:left w:w="70" w:type="dxa"/>
              <w:bottom w:w="60" w:type="dxa"/>
              <w:right w:w="70" w:type="dxa"/>
            </w:tcMar>
            <w:vAlign w:val="center"/>
          </w:tcPr>
          <w:p w14:paraId="6E4DB4C0" w14:textId="77777777" w:rsidR="008E2B50" w:rsidRPr="00E81C1D" w:rsidRDefault="00000000">
            <w:pPr>
              <w:spacing w:after="0" w:line="240" w:lineRule="auto"/>
              <w:rPr>
                <w:noProof/>
                <w:lang w:val="ro-RO"/>
              </w:rPr>
            </w:pPr>
            <w:r w:rsidRPr="00E81C1D">
              <w:rPr>
                <w:rFonts w:eastAsia="Arial"/>
                <w:noProof/>
                <w:sz w:val="14"/>
                <w:lang w:val="ro-RO"/>
              </w:rPr>
              <w:t>Inspecții, testări, curățare, autorizare și documentare.</w:t>
            </w:r>
          </w:p>
        </w:tc>
        <w:tc>
          <w:tcPr>
            <w:tcW w:w="1417" w:type="dxa"/>
            <w:shd w:val="clear" w:color="auto" w:fill="FAFAFA"/>
            <w:tcMar>
              <w:top w:w="60" w:type="dxa"/>
              <w:left w:w="70" w:type="dxa"/>
              <w:bottom w:w="60" w:type="dxa"/>
              <w:right w:w="70" w:type="dxa"/>
            </w:tcMar>
            <w:vAlign w:val="center"/>
          </w:tcPr>
          <w:p w14:paraId="361C19C5"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F156352"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29028F1" w14:textId="77777777" w:rsidR="008E2B50" w:rsidRPr="00E81C1D" w:rsidRDefault="008E2B50">
            <w:pPr>
              <w:spacing w:after="0" w:line="240" w:lineRule="auto"/>
              <w:jc w:val="center"/>
              <w:rPr>
                <w:noProof/>
                <w:lang w:val="ro-RO"/>
              </w:rPr>
            </w:pPr>
          </w:p>
        </w:tc>
      </w:tr>
      <w:tr w:rsidR="008E2B50" w:rsidRPr="00E81C1D" w14:paraId="458B28E9" w14:textId="77777777">
        <w:trPr>
          <w:cantSplit/>
          <w:jc w:val="center"/>
        </w:trPr>
        <w:tc>
          <w:tcPr>
            <w:tcW w:w="793" w:type="dxa"/>
            <w:tcMar>
              <w:top w:w="60" w:type="dxa"/>
              <w:left w:w="70" w:type="dxa"/>
              <w:bottom w:w="60" w:type="dxa"/>
              <w:right w:w="70" w:type="dxa"/>
            </w:tcMar>
            <w:vAlign w:val="center"/>
          </w:tcPr>
          <w:p w14:paraId="26501325" w14:textId="77777777" w:rsidR="008E2B50" w:rsidRPr="00E81C1D" w:rsidRDefault="00000000">
            <w:pPr>
              <w:spacing w:after="0" w:line="240" w:lineRule="auto"/>
              <w:jc w:val="center"/>
              <w:rPr>
                <w:noProof/>
                <w:lang w:val="ro-RO"/>
              </w:rPr>
            </w:pPr>
            <w:r w:rsidRPr="00E81C1D">
              <w:rPr>
                <w:rFonts w:eastAsia="Arial"/>
                <w:b/>
                <w:noProof/>
                <w:sz w:val="14"/>
                <w:lang w:val="ro-RO"/>
              </w:rPr>
              <w:t>F7.13</w:t>
            </w:r>
          </w:p>
        </w:tc>
        <w:tc>
          <w:tcPr>
            <w:tcW w:w="4081" w:type="dxa"/>
            <w:tcMar>
              <w:top w:w="60" w:type="dxa"/>
              <w:left w:w="70" w:type="dxa"/>
              <w:bottom w:w="60" w:type="dxa"/>
              <w:right w:w="70" w:type="dxa"/>
            </w:tcMar>
            <w:vAlign w:val="center"/>
          </w:tcPr>
          <w:p w14:paraId="68FB3341" w14:textId="77777777" w:rsidR="008E2B50" w:rsidRPr="00E81C1D" w:rsidRDefault="00000000">
            <w:pPr>
              <w:spacing w:after="0" w:line="240" w:lineRule="auto"/>
              <w:rPr>
                <w:noProof/>
                <w:lang w:val="ro-RO"/>
              </w:rPr>
            </w:pPr>
            <w:r w:rsidRPr="00E81C1D">
              <w:rPr>
                <w:rFonts w:eastAsia="Arial"/>
                <w:noProof/>
                <w:sz w:val="14"/>
                <w:lang w:val="ro-RO"/>
              </w:rPr>
              <w:t>Incidentele și retragerile generează actualizarea analizelor și controalelor.</w:t>
            </w:r>
          </w:p>
        </w:tc>
        <w:tc>
          <w:tcPr>
            <w:tcW w:w="5159" w:type="dxa"/>
            <w:tcMar>
              <w:top w:w="60" w:type="dxa"/>
              <w:left w:w="70" w:type="dxa"/>
              <w:bottom w:w="60" w:type="dxa"/>
              <w:right w:w="70" w:type="dxa"/>
            </w:tcMar>
            <w:vAlign w:val="center"/>
          </w:tcPr>
          <w:p w14:paraId="07EA2307" w14:textId="77777777" w:rsidR="008E2B50" w:rsidRPr="00E81C1D" w:rsidRDefault="00000000">
            <w:pPr>
              <w:spacing w:after="0" w:line="240" w:lineRule="auto"/>
              <w:rPr>
                <w:noProof/>
                <w:lang w:val="ro-RO"/>
              </w:rPr>
            </w:pPr>
            <w:r w:rsidRPr="00E81C1D">
              <w:rPr>
                <w:rFonts w:eastAsia="Arial"/>
                <w:noProof/>
                <w:sz w:val="14"/>
                <w:lang w:val="ro-RO"/>
              </w:rPr>
              <w:t>Lecții, revalidare, comunicare și modificarea documentelor.</w:t>
            </w:r>
          </w:p>
        </w:tc>
        <w:tc>
          <w:tcPr>
            <w:tcW w:w="1417" w:type="dxa"/>
            <w:tcMar>
              <w:top w:w="60" w:type="dxa"/>
              <w:left w:w="70" w:type="dxa"/>
              <w:bottom w:w="60" w:type="dxa"/>
              <w:right w:w="70" w:type="dxa"/>
            </w:tcMar>
            <w:vAlign w:val="center"/>
          </w:tcPr>
          <w:p w14:paraId="3C4E71ED"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8755549"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3855903C" w14:textId="77777777" w:rsidR="008E2B50" w:rsidRPr="00E81C1D" w:rsidRDefault="008E2B50">
            <w:pPr>
              <w:spacing w:after="0" w:line="240" w:lineRule="auto"/>
              <w:jc w:val="center"/>
              <w:rPr>
                <w:noProof/>
                <w:lang w:val="ro-RO"/>
              </w:rPr>
            </w:pPr>
          </w:p>
        </w:tc>
      </w:tr>
      <w:tr w:rsidR="008E2B50" w:rsidRPr="00E81C1D" w14:paraId="68203678" w14:textId="77777777">
        <w:trPr>
          <w:cantSplit/>
          <w:jc w:val="center"/>
        </w:trPr>
        <w:tc>
          <w:tcPr>
            <w:tcW w:w="793" w:type="dxa"/>
            <w:shd w:val="clear" w:color="auto" w:fill="FAFAFA"/>
            <w:tcMar>
              <w:top w:w="60" w:type="dxa"/>
              <w:left w:w="70" w:type="dxa"/>
              <w:bottom w:w="60" w:type="dxa"/>
              <w:right w:w="70" w:type="dxa"/>
            </w:tcMar>
            <w:vAlign w:val="center"/>
          </w:tcPr>
          <w:p w14:paraId="06AD47B1" w14:textId="77777777" w:rsidR="008E2B50" w:rsidRPr="00E81C1D" w:rsidRDefault="00000000">
            <w:pPr>
              <w:spacing w:after="0" w:line="240" w:lineRule="auto"/>
              <w:jc w:val="center"/>
              <w:rPr>
                <w:noProof/>
                <w:lang w:val="ro-RO"/>
              </w:rPr>
            </w:pPr>
            <w:r w:rsidRPr="00E81C1D">
              <w:rPr>
                <w:rFonts w:eastAsia="Arial"/>
                <w:b/>
                <w:noProof/>
                <w:sz w:val="14"/>
                <w:lang w:val="ro-RO"/>
              </w:rPr>
              <w:t>F7.14</w:t>
            </w:r>
          </w:p>
        </w:tc>
        <w:tc>
          <w:tcPr>
            <w:tcW w:w="4081" w:type="dxa"/>
            <w:shd w:val="clear" w:color="auto" w:fill="FAFAFA"/>
            <w:tcMar>
              <w:top w:w="60" w:type="dxa"/>
              <w:left w:w="70" w:type="dxa"/>
              <w:bottom w:w="60" w:type="dxa"/>
              <w:right w:w="70" w:type="dxa"/>
            </w:tcMar>
            <w:vAlign w:val="center"/>
          </w:tcPr>
          <w:p w14:paraId="40A40AFF" w14:textId="77777777" w:rsidR="008E2B50" w:rsidRPr="00E81C1D" w:rsidRDefault="00000000">
            <w:pPr>
              <w:spacing w:after="0" w:line="240" w:lineRule="auto"/>
              <w:rPr>
                <w:noProof/>
                <w:lang w:val="ro-RO"/>
              </w:rPr>
            </w:pPr>
            <w:r w:rsidRPr="00E81C1D">
              <w:rPr>
                <w:rFonts w:eastAsia="Arial"/>
                <w:noProof/>
                <w:sz w:val="14"/>
                <w:lang w:val="ro-RO"/>
              </w:rPr>
              <w:t>Înregistrările permit demonstrarea cantităților produse, blocate, distribuite, recuperate și eliminate.</w:t>
            </w:r>
          </w:p>
        </w:tc>
        <w:tc>
          <w:tcPr>
            <w:tcW w:w="5159" w:type="dxa"/>
            <w:shd w:val="clear" w:color="auto" w:fill="FAFAFA"/>
            <w:tcMar>
              <w:top w:w="60" w:type="dxa"/>
              <w:left w:w="70" w:type="dxa"/>
              <w:bottom w:w="60" w:type="dxa"/>
              <w:right w:w="70" w:type="dxa"/>
            </w:tcMar>
            <w:vAlign w:val="center"/>
          </w:tcPr>
          <w:p w14:paraId="7046AD3A" w14:textId="77777777" w:rsidR="008E2B50" w:rsidRPr="00E81C1D" w:rsidRDefault="00000000">
            <w:pPr>
              <w:spacing w:after="0" w:line="240" w:lineRule="auto"/>
              <w:rPr>
                <w:noProof/>
                <w:lang w:val="ro-RO"/>
              </w:rPr>
            </w:pPr>
            <w:r w:rsidRPr="00E81C1D">
              <w:rPr>
                <w:rFonts w:eastAsia="Arial"/>
                <w:noProof/>
                <w:sz w:val="14"/>
                <w:lang w:val="ro-RO"/>
              </w:rPr>
              <w:t>Reconciliere cantitativă și justificarea diferențelor.</w:t>
            </w:r>
          </w:p>
        </w:tc>
        <w:tc>
          <w:tcPr>
            <w:tcW w:w="1417" w:type="dxa"/>
            <w:shd w:val="clear" w:color="auto" w:fill="FAFAFA"/>
            <w:tcMar>
              <w:top w:w="60" w:type="dxa"/>
              <w:left w:w="70" w:type="dxa"/>
              <w:bottom w:w="60" w:type="dxa"/>
              <w:right w:w="70" w:type="dxa"/>
            </w:tcMar>
            <w:vAlign w:val="center"/>
          </w:tcPr>
          <w:p w14:paraId="62708D0B"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2DFCC52"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EAE19CA" w14:textId="77777777" w:rsidR="008E2B50" w:rsidRPr="00E81C1D" w:rsidRDefault="008E2B50">
            <w:pPr>
              <w:spacing w:after="0" w:line="240" w:lineRule="auto"/>
              <w:jc w:val="center"/>
              <w:rPr>
                <w:noProof/>
                <w:lang w:val="ro-RO"/>
              </w:rPr>
            </w:pPr>
          </w:p>
        </w:tc>
      </w:tr>
    </w:tbl>
    <w:p w14:paraId="36D67C80"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5D730B59"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7B71F671" w14:textId="77777777">
        <w:trPr>
          <w:cantSplit/>
          <w:jc w:val="center"/>
        </w:trPr>
        <w:tc>
          <w:tcPr>
            <w:tcW w:w="1020" w:type="dxa"/>
            <w:shd w:val="clear" w:color="auto" w:fill="D71920"/>
            <w:tcMar>
              <w:top w:w="60" w:type="dxa"/>
              <w:left w:w="70" w:type="dxa"/>
              <w:bottom w:w="60" w:type="dxa"/>
              <w:right w:w="70" w:type="dxa"/>
            </w:tcMar>
            <w:vAlign w:val="center"/>
          </w:tcPr>
          <w:p w14:paraId="21872ECC"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8</w:t>
            </w:r>
          </w:p>
        </w:tc>
        <w:tc>
          <w:tcPr>
            <w:tcW w:w="12585" w:type="dxa"/>
            <w:shd w:val="clear" w:color="auto" w:fill="F3F4F5"/>
          </w:tcPr>
          <w:p w14:paraId="5A1B1D4D" w14:textId="77777777" w:rsidR="008E2B50" w:rsidRPr="00E81C1D" w:rsidRDefault="00000000">
            <w:pPr>
              <w:spacing w:after="20"/>
              <w:rPr>
                <w:noProof/>
                <w:lang w:val="ro-RO"/>
              </w:rPr>
            </w:pPr>
            <w:r w:rsidRPr="00E81C1D">
              <w:rPr>
                <w:rFonts w:eastAsia="Arial"/>
                <w:b/>
                <w:noProof/>
                <w:sz w:val="27"/>
                <w:lang w:val="ro-RO"/>
              </w:rPr>
              <w:t>Verificare, evaluarea performanței, audit și analiza conducerii</w:t>
            </w:r>
          </w:p>
          <w:p w14:paraId="5D4000F7"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clauza 8.8 și clauza 9  |  Obiectiv: confirmarea prin date independente că sistemul și planul de control funcționează și susțin deciziile conducerii</w:t>
            </w:r>
          </w:p>
        </w:tc>
      </w:tr>
    </w:tbl>
    <w:p w14:paraId="5E0850C6"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5AF0C039" w14:textId="77777777">
        <w:trPr>
          <w:cantSplit/>
          <w:jc w:val="center"/>
        </w:trPr>
        <w:tc>
          <w:tcPr>
            <w:tcW w:w="566" w:type="dxa"/>
            <w:shd w:val="clear" w:color="auto" w:fill="D71920"/>
            <w:tcMar>
              <w:top w:w="60" w:type="dxa"/>
              <w:left w:w="70" w:type="dxa"/>
              <w:bottom w:w="60" w:type="dxa"/>
              <w:right w:w="70" w:type="dxa"/>
            </w:tcMar>
            <w:vAlign w:val="center"/>
          </w:tcPr>
          <w:p w14:paraId="000FA25C"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72D46282"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58D4132E" w14:textId="77777777" w:rsidR="008E2B50" w:rsidRPr="00E81C1D" w:rsidRDefault="00000000">
            <w:pPr>
              <w:spacing w:after="0" w:line="252" w:lineRule="auto"/>
              <w:rPr>
                <w:noProof/>
                <w:lang w:val="ro-RO"/>
              </w:rPr>
            </w:pPr>
            <w:r w:rsidRPr="00E81C1D">
              <w:rPr>
                <w:rFonts w:eastAsia="Arial"/>
                <w:noProof/>
                <w:sz w:val="16"/>
                <w:lang w:val="ro-RO"/>
              </w:rPr>
              <w:t>Nu limitați verificarea la analize microbiologice. Verificarea trebuie să confirme întregul sistem: PRP, monitorizări, competențe, calibrare, trasabilitate, reacții și actualizarea analizei pericolelor.</w:t>
            </w:r>
          </w:p>
        </w:tc>
      </w:tr>
    </w:tbl>
    <w:p w14:paraId="610B35DA"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2D466A21" w14:textId="77777777">
        <w:trPr>
          <w:cantSplit/>
          <w:tblHeader/>
          <w:jc w:val="center"/>
        </w:trPr>
        <w:tc>
          <w:tcPr>
            <w:tcW w:w="793" w:type="dxa"/>
            <w:shd w:val="clear" w:color="auto" w:fill="D71920"/>
            <w:tcMar>
              <w:top w:w="60" w:type="dxa"/>
              <w:left w:w="70" w:type="dxa"/>
              <w:bottom w:w="60" w:type="dxa"/>
              <w:right w:w="70" w:type="dxa"/>
            </w:tcMar>
            <w:vAlign w:val="center"/>
          </w:tcPr>
          <w:p w14:paraId="061DE2A9"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438D278A"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1932B12D"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48C3CF3C"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1AF1FA0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5010BD99"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1FA948CC" w14:textId="77777777">
        <w:trPr>
          <w:cantSplit/>
          <w:jc w:val="center"/>
        </w:trPr>
        <w:tc>
          <w:tcPr>
            <w:tcW w:w="793" w:type="dxa"/>
            <w:tcMar>
              <w:top w:w="60" w:type="dxa"/>
              <w:left w:w="70" w:type="dxa"/>
              <w:bottom w:w="60" w:type="dxa"/>
              <w:right w:w="70" w:type="dxa"/>
            </w:tcMar>
            <w:vAlign w:val="center"/>
          </w:tcPr>
          <w:p w14:paraId="01623BC6" w14:textId="77777777" w:rsidR="008E2B50" w:rsidRPr="00E81C1D" w:rsidRDefault="00000000">
            <w:pPr>
              <w:spacing w:after="0" w:line="240" w:lineRule="auto"/>
              <w:jc w:val="center"/>
              <w:rPr>
                <w:noProof/>
                <w:lang w:val="ro-RO"/>
              </w:rPr>
            </w:pPr>
            <w:r w:rsidRPr="00E81C1D">
              <w:rPr>
                <w:rFonts w:eastAsia="Arial"/>
                <w:b/>
                <w:noProof/>
                <w:sz w:val="14"/>
                <w:lang w:val="ro-RO"/>
              </w:rPr>
              <w:t>F8.1</w:t>
            </w:r>
          </w:p>
        </w:tc>
        <w:tc>
          <w:tcPr>
            <w:tcW w:w="4081" w:type="dxa"/>
            <w:tcMar>
              <w:top w:w="60" w:type="dxa"/>
              <w:left w:w="70" w:type="dxa"/>
              <w:bottom w:w="60" w:type="dxa"/>
              <w:right w:w="70" w:type="dxa"/>
            </w:tcMar>
            <w:vAlign w:val="center"/>
          </w:tcPr>
          <w:p w14:paraId="309BCEDB" w14:textId="77777777" w:rsidR="008E2B50" w:rsidRPr="00E81C1D" w:rsidRDefault="00000000">
            <w:pPr>
              <w:spacing w:after="0" w:line="240" w:lineRule="auto"/>
              <w:rPr>
                <w:noProof/>
                <w:lang w:val="ro-RO"/>
              </w:rPr>
            </w:pPr>
            <w:r w:rsidRPr="00E81C1D">
              <w:rPr>
                <w:rFonts w:eastAsia="Arial"/>
                <w:noProof/>
                <w:sz w:val="14"/>
                <w:lang w:val="ro-RO"/>
              </w:rPr>
              <w:t>Sunt planificate activități de verificare pentru PRP, analiza pericolelor și planul de control.</w:t>
            </w:r>
          </w:p>
        </w:tc>
        <w:tc>
          <w:tcPr>
            <w:tcW w:w="5159" w:type="dxa"/>
            <w:tcMar>
              <w:top w:w="60" w:type="dxa"/>
              <w:left w:w="70" w:type="dxa"/>
              <w:bottom w:w="60" w:type="dxa"/>
              <w:right w:w="70" w:type="dxa"/>
            </w:tcMar>
            <w:vAlign w:val="center"/>
          </w:tcPr>
          <w:p w14:paraId="645B7CAD" w14:textId="77777777" w:rsidR="008E2B50" w:rsidRPr="00E81C1D" w:rsidRDefault="00000000">
            <w:pPr>
              <w:spacing w:after="0" w:line="240" w:lineRule="auto"/>
              <w:rPr>
                <w:noProof/>
                <w:lang w:val="ro-RO"/>
              </w:rPr>
            </w:pPr>
            <w:r w:rsidRPr="00E81C1D">
              <w:rPr>
                <w:rFonts w:eastAsia="Arial"/>
                <w:noProof/>
                <w:sz w:val="14"/>
                <w:lang w:val="ro-RO"/>
              </w:rPr>
              <w:t>Ce, metode, frecvențe, responsabilități și raportare.</w:t>
            </w:r>
          </w:p>
        </w:tc>
        <w:tc>
          <w:tcPr>
            <w:tcW w:w="1417" w:type="dxa"/>
            <w:tcMar>
              <w:top w:w="60" w:type="dxa"/>
              <w:left w:w="70" w:type="dxa"/>
              <w:bottom w:w="60" w:type="dxa"/>
              <w:right w:w="70" w:type="dxa"/>
            </w:tcMar>
            <w:vAlign w:val="center"/>
          </w:tcPr>
          <w:p w14:paraId="24CAEB61"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7B4A109"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792A3F9" w14:textId="77777777" w:rsidR="008E2B50" w:rsidRPr="00E81C1D" w:rsidRDefault="008E2B50">
            <w:pPr>
              <w:spacing w:after="0" w:line="240" w:lineRule="auto"/>
              <w:jc w:val="center"/>
              <w:rPr>
                <w:noProof/>
                <w:lang w:val="ro-RO"/>
              </w:rPr>
            </w:pPr>
          </w:p>
        </w:tc>
      </w:tr>
      <w:tr w:rsidR="008E2B50" w:rsidRPr="00E81C1D" w14:paraId="2C220AFD" w14:textId="77777777">
        <w:trPr>
          <w:cantSplit/>
          <w:jc w:val="center"/>
        </w:trPr>
        <w:tc>
          <w:tcPr>
            <w:tcW w:w="793" w:type="dxa"/>
            <w:shd w:val="clear" w:color="auto" w:fill="FAFAFA"/>
            <w:tcMar>
              <w:top w:w="60" w:type="dxa"/>
              <w:left w:w="70" w:type="dxa"/>
              <w:bottom w:w="60" w:type="dxa"/>
              <w:right w:w="70" w:type="dxa"/>
            </w:tcMar>
            <w:vAlign w:val="center"/>
          </w:tcPr>
          <w:p w14:paraId="3C5A7C92" w14:textId="77777777" w:rsidR="008E2B50" w:rsidRPr="00E81C1D" w:rsidRDefault="00000000">
            <w:pPr>
              <w:spacing w:after="0" w:line="240" w:lineRule="auto"/>
              <w:jc w:val="center"/>
              <w:rPr>
                <w:noProof/>
                <w:lang w:val="ro-RO"/>
              </w:rPr>
            </w:pPr>
            <w:r w:rsidRPr="00E81C1D">
              <w:rPr>
                <w:rFonts w:eastAsia="Arial"/>
                <w:b/>
                <w:noProof/>
                <w:sz w:val="14"/>
                <w:lang w:val="ro-RO"/>
              </w:rPr>
              <w:t>F8.2</w:t>
            </w:r>
          </w:p>
        </w:tc>
        <w:tc>
          <w:tcPr>
            <w:tcW w:w="4081" w:type="dxa"/>
            <w:shd w:val="clear" w:color="auto" w:fill="FAFAFA"/>
            <w:tcMar>
              <w:top w:w="60" w:type="dxa"/>
              <w:left w:w="70" w:type="dxa"/>
              <w:bottom w:w="60" w:type="dxa"/>
              <w:right w:w="70" w:type="dxa"/>
            </w:tcMar>
            <w:vAlign w:val="center"/>
          </w:tcPr>
          <w:p w14:paraId="7669CB4C" w14:textId="77777777" w:rsidR="008E2B50" w:rsidRPr="00E81C1D" w:rsidRDefault="00000000">
            <w:pPr>
              <w:spacing w:after="0" w:line="240" w:lineRule="auto"/>
              <w:rPr>
                <w:noProof/>
                <w:lang w:val="ro-RO"/>
              </w:rPr>
            </w:pPr>
            <w:r w:rsidRPr="00E81C1D">
              <w:rPr>
                <w:rFonts w:eastAsia="Arial"/>
                <w:noProof/>
                <w:sz w:val="14"/>
                <w:lang w:val="ro-RO"/>
              </w:rPr>
              <w:t>Verificarea este realizată de persoane competente și, unde este necesar, independente de monitorizare.</w:t>
            </w:r>
          </w:p>
        </w:tc>
        <w:tc>
          <w:tcPr>
            <w:tcW w:w="5159" w:type="dxa"/>
            <w:shd w:val="clear" w:color="auto" w:fill="FAFAFA"/>
            <w:tcMar>
              <w:top w:w="60" w:type="dxa"/>
              <w:left w:w="70" w:type="dxa"/>
              <w:bottom w:w="60" w:type="dxa"/>
              <w:right w:w="70" w:type="dxa"/>
            </w:tcMar>
            <w:vAlign w:val="center"/>
          </w:tcPr>
          <w:p w14:paraId="53A90FC7" w14:textId="77777777" w:rsidR="008E2B50" w:rsidRPr="00E81C1D" w:rsidRDefault="00000000">
            <w:pPr>
              <w:spacing w:after="0" w:line="240" w:lineRule="auto"/>
              <w:rPr>
                <w:noProof/>
                <w:lang w:val="ro-RO"/>
              </w:rPr>
            </w:pPr>
            <w:r w:rsidRPr="00E81C1D">
              <w:rPr>
                <w:rFonts w:eastAsia="Arial"/>
                <w:noProof/>
                <w:sz w:val="14"/>
                <w:lang w:val="ro-RO"/>
              </w:rPr>
              <w:t>Separarea rolurilor și evaluarea competenței.</w:t>
            </w:r>
          </w:p>
        </w:tc>
        <w:tc>
          <w:tcPr>
            <w:tcW w:w="1417" w:type="dxa"/>
            <w:shd w:val="clear" w:color="auto" w:fill="FAFAFA"/>
            <w:tcMar>
              <w:top w:w="60" w:type="dxa"/>
              <w:left w:w="70" w:type="dxa"/>
              <w:bottom w:w="60" w:type="dxa"/>
              <w:right w:w="70" w:type="dxa"/>
            </w:tcMar>
            <w:vAlign w:val="center"/>
          </w:tcPr>
          <w:p w14:paraId="17CF3829"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3AA41D5"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5AC400D" w14:textId="77777777" w:rsidR="008E2B50" w:rsidRPr="00E81C1D" w:rsidRDefault="008E2B50">
            <w:pPr>
              <w:spacing w:after="0" w:line="240" w:lineRule="auto"/>
              <w:jc w:val="center"/>
              <w:rPr>
                <w:noProof/>
                <w:lang w:val="ro-RO"/>
              </w:rPr>
            </w:pPr>
          </w:p>
        </w:tc>
      </w:tr>
      <w:tr w:rsidR="008E2B50" w:rsidRPr="00E81C1D" w14:paraId="2A5275D6" w14:textId="77777777">
        <w:trPr>
          <w:cantSplit/>
          <w:jc w:val="center"/>
        </w:trPr>
        <w:tc>
          <w:tcPr>
            <w:tcW w:w="793" w:type="dxa"/>
            <w:tcMar>
              <w:top w:w="60" w:type="dxa"/>
              <w:left w:w="70" w:type="dxa"/>
              <w:bottom w:w="60" w:type="dxa"/>
              <w:right w:w="70" w:type="dxa"/>
            </w:tcMar>
            <w:vAlign w:val="center"/>
          </w:tcPr>
          <w:p w14:paraId="310C64B4" w14:textId="77777777" w:rsidR="008E2B50" w:rsidRPr="00E81C1D" w:rsidRDefault="00000000">
            <w:pPr>
              <w:spacing w:after="0" w:line="240" w:lineRule="auto"/>
              <w:jc w:val="center"/>
              <w:rPr>
                <w:noProof/>
                <w:lang w:val="ro-RO"/>
              </w:rPr>
            </w:pPr>
            <w:r w:rsidRPr="00E81C1D">
              <w:rPr>
                <w:rFonts w:eastAsia="Arial"/>
                <w:b/>
                <w:noProof/>
                <w:sz w:val="14"/>
                <w:lang w:val="ro-RO"/>
              </w:rPr>
              <w:t>F8.3</w:t>
            </w:r>
          </w:p>
        </w:tc>
        <w:tc>
          <w:tcPr>
            <w:tcW w:w="4081" w:type="dxa"/>
            <w:tcMar>
              <w:top w:w="60" w:type="dxa"/>
              <w:left w:w="70" w:type="dxa"/>
              <w:bottom w:w="60" w:type="dxa"/>
              <w:right w:w="70" w:type="dxa"/>
            </w:tcMar>
            <w:vAlign w:val="center"/>
          </w:tcPr>
          <w:p w14:paraId="43800A3C" w14:textId="77777777" w:rsidR="008E2B50" w:rsidRPr="00E81C1D" w:rsidRDefault="00000000">
            <w:pPr>
              <w:spacing w:after="0" w:line="240" w:lineRule="auto"/>
              <w:rPr>
                <w:noProof/>
                <w:lang w:val="ro-RO"/>
              </w:rPr>
            </w:pPr>
            <w:r w:rsidRPr="00E81C1D">
              <w:rPr>
                <w:rFonts w:eastAsia="Arial"/>
                <w:noProof/>
                <w:sz w:val="14"/>
                <w:lang w:val="ro-RO"/>
              </w:rPr>
              <w:t>Rezultatele verificării sunt analizate individual și ca tendință.</w:t>
            </w:r>
          </w:p>
        </w:tc>
        <w:tc>
          <w:tcPr>
            <w:tcW w:w="5159" w:type="dxa"/>
            <w:tcMar>
              <w:top w:w="60" w:type="dxa"/>
              <w:left w:w="70" w:type="dxa"/>
              <w:bottom w:w="60" w:type="dxa"/>
              <w:right w:w="70" w:type="dxa"/>
            </w:tcMar>
            <w:vAlign w:val="center"/>
          </w:tcPr>
          <w:p w14:paraId="22156628" w14:textId="77777777" w:rsidR="008E2B50" w:rsidRPr="00E81C1D" w:rsidRDefault="00000000">
            <w:pPr>
              <w:spacing w:after="0" w:line="240" w:lineRule="auto"/>
              <w:rPr>
                <w:noProof/>
                <w:lang w:val="ro-RO"/>
              </w:rPr>
            </w:pPr>
            <w:r w:rsidRPr="00E81C1D">
              <w:rPr>
                <w:rFonts w:eastAsia="Arial"/>
                <w:noProof/>
                <w:sz w:val="14"/>
                <w:lang w:val="ro-RO"/>
              </w:rPr>
              <w:t>Abateri, repetări, zone, produse, schimburi și furnizori.</w:t>
            </w:r>
          </w:p>
        </w:tc>
        <w:tc>
          <w:tcPr>
            <w:tcW w:w="1417" w:type="dxa"/>
            <w:tcMar>
              <w:top w:w="60" w:type="dxa"/>
              <w:left w:w="70" w:type="dxa"/>
              <w:bottom w:w="60" w:type="dxa"/>
              <w:right w:w="70" w:type="dxa"/>
            </w:tcMar>
            <w:vAlign w:val="center"/>
          </w:tcPr>
          <w:p w14:paraId="29FCD583"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397D948"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53777F10" w14:textId="77777777" w:rsidR="008E2B50" w:rsidRPr="00E81C1D" w:rsidRDefault="008E2B50">
            <w:pPr>
              <w:spacing w:after="0" w:line="240" w:lineRule="auto"/>
              <w:jc w:val="center"/>
              <w:rPr>
                <w:noProof/>
                <w:lang w:val="ro-RO"/>
              </w:rPr>
            </w:pPr>
          </w:p>
        </w:tc>
      </w:tr>
      <w:tr w:rsidR="008E2B50" w:rsidRPr="00E81C1D" w14:paraId="4F97244F" w14:textId="77777777">
        <w:trPr>
          <w:cantSplit/>
          <w:jc w:val="center"/>
        </w:trPr>
        <w:tc>
          <w:tcPr>
            <w:tcW w:w="793" w:type="dxa"/>
            <w:shd w:val="clear" w:color="auto" w:fill="FAFAFA"/>
            <w:tcMar>
              <w:top w:w="60" w:type="dxa"/>
              <w:left w:w="70" w:type="dxa"/>
              <w:bottom w:w="60" w:type="dxa"/>
              <w:right w:w="70" w:type="dxa"/>
            </w:tcMar>
            <w:vAlign w:val="center"/>
          </w:tcPr>
          <w:p w14:paraId="387F513C" w14:textId="77777777" w:rsidR="008E2B50" w:rsidRPr="00E81C1D" w:rsidRDefault="00000000">
            <w:pPr>
              <w:spacing w:after="0" w:line="240" w:lineRule="auto"/>
              <w:jc w:val="center"/>
              <w:rPr>
                <w:noProof/>
                <w:lang w:val="ro-RO"/>
              </w:rPr>
            </w:pPr>
            <w:r w:rsidRPr="00E81C1D">
              <w:rPr>
                <w:rFonts w:eastAsia="Arial"/>
                <w:b/>
                <w:noProof/>
                <w:sz w:val="14"/>
                <w:lang w:val="ro-RO"/>
              </w:rPr>
              <w:t>F8.4</w:t>
            </w:r>
          </w:p>
        </w:tc>
        <w:tc>
          <w:tcPr>
            <w:tcW w:w="4081" w:type="dxa"/>
            <w:shd w:val="clear" w:color="auto" w:fill="FAFAFA"/>
            <w:tcMar>
              <w:top w:w="60" w:type="dxa"/>
              <w:left w:w="70" w:type="dxa"/>
              <w:bottom w:w="60" w:type="dxa"/>
              <w:right w:w="70" w:type="dxa"/>
            </w:tcMar>
            <w:vAlign w:val="center"/>
          </w:tcPr>
          <w:p w14:paraId="075C3102" w14:textId="77777777" w:rsidR="008E2B50" w:rsidRPr="00E81C1D" w:rsidRDefault="00000000">
            <w:pPr>
              <w:spacing w:after="0" w:line="240" w:lineRule="auto"/>
              <w:rPr>
                <w:noProof/>
                <w:lang w:val="ro-RO"/>
              </w:rPr>
            </w:pPr>
            <w:r w:rsidRPr="00E81C1D">
              <w:rPr>
                <w:rFonts w:eastAsia="Arial"/>
                <w:noProof/>
                <w:sz w:val="14"/>
                <w:lang w:val="ro-RO"/>
              </w:rPr>
              <w:t>Analiza rezultatelor verificării confirmă performanța generală și identifică necesitatea actualizării.</w:t>
            </w:r>
          </w:p>
        </w:tc>
        <w:tc>
          <w:tcPr>
            <w:tcW w:w="5159" w:type="dxa"/>
            <w:shd w:val="clear" w:color="auto" w:fill="FAFAFA"/>
            <w:tcMar>
              <w:top w:w="60" w:type="dxa"/>
              <w:left w:w="70" w:type="dxa"/>
              <w:bottom w:w="60" w:type="dxa"/>
              <w:right w:w="70" w:type="dxa"/>
            </w:tcMar>
            <w:vAlign w:val="center"/>
          </w:tcPr>
          <w:p w14:paraId="76D0D4C4" w14:textId="77777777" w:rsidR="008E2B50" w:rsidRPr="00E81C1D" w:rsidRDefault="00000000">
            <w:pPr>
              <w:spacing w:after="0" w:line="240" w:lineRule="auto"/>
              <w:rPr>
                <w:noProof/>
                <w:lang w:val="ro-RO"/>
              </w:rPr>
            </w:pPr>
            <w:r w:rsidRPr="00E81C1D">
              <w:rPr>
                <w:rFonts w:eastAsia="Arial"/>
                <w:noProof/>
                <w:sz w:val="14"/>
                <w:lang w:val="ro-RO"/>
              </w:rPr>
              <w:t>Concluzii documentate și acțiuni.</w:t>
            </w:r>
          </w:p>
        </w:tc>
        <w:tc>
          <w:tcPr>
            <w:tcW w:w="1417" w:type="dxa"/>
            <w:shd w:val="clear" w:color="auto" w:fill="FAFAFA"/>
            <w:tcMar>
              <w:top w:w="60" w:type="dxa"/>
              <w:left w:w="70" w:type="dxa"/>
              <w:bottom w:w="60" w:type="dxa"/>
              <w:right w:w="70" w:type="dxa"/>
            </w:tcMar>
            <w:vAlign w:val="center"/>
          </w:tcPr>
          <w:p w14:paraId="447F6880"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6D8D5BB"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78C61F8" w14:textId="77777777" w:rsidR="008E2B50" w:rsidRPr="00E81C1D" w:rsidRDefault="008E2B50">
            <w:pPr>
              <w:spacing w:after="0" w:line="240" w:lineRule="auto"/>
              <w:jc w:val="center"/>
              <w:rPr>
                <w:noProof/>
                <w:lang w:val="ro-RO"/>
              </w:rPr>
            </w:pPr>
          </w:p>
        </w:tc>
      </w:tr>
      <w:tr w:rsidR="008E2B50" w:rsidRPr="00E81C1D" w14:paraId="521F10C1" w14:textId="77777777">
        <w:trPr>
          <w:cantSplit/>
          <w:jc w:val="center"/>
        </w:trPr>
        <w:tc>
          <w:tcPr>
            <w:tcW w:w="793" w:type="dxa"/>
            <w:tcMar>
              <w:top w:w="60" w:type="dxa"/>
              <w:left w:w="70" w:type="dxa"/>
              <w:bottom w:w="60" w:type="dxa"/>
              <w:right w:w="70" w:type="dxa"/>
            </w:tcMar>
            <w:vAlign w:val="center"/>
          </w:tcPr>
          <w:p w14:paraId="7458D3E5" w14:textId="77777777" w:rsidR="008E2B50" w:rsidRPr="00E81C1D" w:rsidRDefault="00000000">
            <w:pPr>
              <w:spacing w:after="0" w:line="240" w:lineRule="auto"/>
              <w:jc w:val="center"/>
              <w:rPr>
                <w:noProof/>
                <w:lang w:val="ro-RO"/>
              </w:rPr>
            </w:pPr>
            <w:r w:rsidRPr="00E81C1D">
              <w:rPr>
                <w:rFonts w:eastAsia="Arial"/>
                <w:b/>
                <w:noProof/>
                <w:sz w:val="14"/>
                <w:lang w:val="ro-RO"/>
              </w:rPr>
              <w:t>F8.5</w:t>
            </w:r>
          </w:p>
        </w:tc>
        <w:tc>
          <w:tcPr>
            <w:tcW w:w="4081" w:type="dxa"/>
            <w:tcMar>
              <w:top w:w="60" w:type="dxa"/>
              <w:left w:w="70" w:type="dxa"/>
              <w:bottom w:w="60" w:type="dxa"/>
              <w:right w:w="70" w:type="dxa"/>
            </w:tcMar>
            <w:vAlign w:val="center"/>
          </w:tcPr>
          <w:p w14:paraId="0EC5F94C" w14:textId="77777777" w:rsidR="008E2B50" w:rsidRPr="00E81C1D" w:rsidRDefault="00000000">
            <w:pPr>
              <w:spacing w:after="0" w:line="240" w:lineRule="auto"/>
              <w:rPr>
                <w:noProof/>
                <w:lang w:val="ro-RO"/>
              </w:rPr>
            </w:pPr>
            <w:r w:rsidRPr="00E81C1D">
              <w:rPr>
                <w:rFonts w:eastAsia="Arial"/>
                <w:noProof/>
                <w:sz w:val="14"/>
                <w:lang w:val="ro-RO"/>
              </w:rPr>
              <w:t>Este stabilit ce trebuie monitorizat și măsurat la nivelul sistemului.</w:t>
            </w:r>
          </w:p>
        </w:tc>
        <w:tc>
          <w:tcPr>
            <w:tcW w:w="5159" w:type="dxa"/>
            <w:tcMar>
              <w:top w:w="60" w:type="dxa"/>
              <w:left w:w="70" w:type="dxa"/>
              <w:bottom w:w="60" w:type="dxa"/>
              <w:right w:w="70" w:type="dxa"/>
            </w:tcMar>
            <w:vAlign w:val="center"/>
          </w:tcPr>
          <w:p w14:paraId="5BF98AE3" w14:textId="77777777" w:rsidR="008E2B50" w:rsidRPr="00E81C1D" w:rsidRDefault="00000000">
            <w:pPr>
              <w:spacing w:after="0" w:line="240" w:lineRule="auto"/>
              <w:rPr>
                <w:noProof/>
                <w:lang w:val="ro-RO"/>
              </w:rPr>
            </w:pPr>
            <w:r w:rsidRPr="00E81C1D">
              <w:rPr>
                <w:rFonts w:eastAsia="Arial"/>
                <w:noProof/>
                <w:sz w:val="14"/>
                <w:lang w:val="ro-RO"/>
              </w:rPr>
              <w:t>Obiective, procese, reclamații, furnizori, laborator, retrageri și cultură.</w:t>
            </w:r>
          </w:p>
        </w:tc>
        <w:tc>
          <w:tcPr>
            <w:tcW w:w="1417" w:type="dxa"/>
            <w:tcMar>
              <w:top w:w="60" w:type="dxa"/>
              <w:left w:w="70" w:type="dxa"/>
              <w:bottom w:w="60" w:type="dxa"/>
              <w:right w:w="70" w:type="dxa"/>
            </w:tcMar>
            <w:vAlign w:val="center"/>
          </w:tcPr>
          <w:p w14:paraId="0F51FBBD"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73329E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60DB24C9" w14:textId="77777777" w:rsidR="008E2B50" w:rsidRPr="00E81C1D" w:rsidRDefault="008E2B50">
            <w:pPr>
              <w:spacing w:after="0" w:line="240" w:lineRule="auto"/>
              <w:jc w:val="center"/>
              <w:rPr>
                <w:noProof/>
                <w:lang w:val="ro-RO"/>
              </w:rPr>
            </w:pPr>
          </w:p>
        </w:tc>
      </w:tr>
      <w:tr w:rsidR="008E2B50" w:rsidRPr="00E81C1D" w14:paraId="14A33F88" w14:textId="77777777">
        <w:trPr>
          <w:cantSplit/>
          <w:jc w:val="center"/>
        </w:trPr>
        <w:tc>
          <w:tcPr>
            <w:tcW w:w="793" w:type="dxa"/>
            <w:shd w:val="clear" w:color="auto" w:fill="FAFAFA"/>
            <w:tcMar>
              <w:top w:w="60" w:type="dxa"/>
              <w:left w:w="70" w:type="dxa"/>
              <w:bottom w:w="60" w:type="dxa"/>
              <w:right w:w="70" w:type="dxa"/>
            </w:tcMar>
            <w:vAlign w:val="center"/>
          </w:tcPr>
          <w:p w14:paraId="0CD29EDF" w14:textId="77777777" w:rsidR="008E2B50" w:rsidRPr="00E81C1D" w:rsidRDefault="00000000">
            <w:pPr>
              <w:spacing w:after="0" w:line="240" w:lineRule="auto"/>
              <w:jc w:val="center"/>
              <w:rPr>
                <w:noProof/>
                <w:lang w:val="ro-RO"/>
              </w:rPr>
            </w:pPr>
            <w:r w:rsidRPr="00E81C1D">
              <w:rPr>
                <w:rFonts w:eastAsia="Arial"/>
                <w:b/>
                <w:noProof/>
                <w:sz w:val="14"/>
                <w:lang w:val="ro-RO"/>
              </w:rPr>
              <w:t>F8.6</w:t>
            </w:r>
          </w:p>
        </w:tc>
        <w:tc>
          <w:tcPr>
            <w:tcW w:w="4081" w:type="dxa"/>
            <w:shd w:val="clear" w:color="auto" w:fill="FAFAFA"/>
            <w:tcMar>
              <w:top w:w="60" w:type="dxa"/>
              <w:left w:w="70" w:type="dxa"/>
              <w:bottom w:w="60" w:type="dxa"/>
              <w:right w:w="70" w:type="dxa"/>
            </w:tcMar>
            <w:vAlign w:val="center"/>
          </w:tcPr>
          <w:p w14:paraId="072593ED" w14:textId="77777777" w:rsidR="008E2B50" w:rsidRPr="00E81C1D" w:rsidRDefault="00000000">
            <w:pPr>
              <w:spacing w:after="0" w:line="240" w:lineRule="auto"/>
              <w:rPr>
                <w:noProof/>
                <w:lang w:val="ro-RO"/>
              </w:rPr>
            </w:pPr>
            <w:r w:rsidRPr="00E81C1D">
              <w:rPr>
                <w:rFonts w:eastAsia="Arial"/>
                <w:noProof/>
                <w:sz w:val="14"/>
                <w:lang w:val="ro-RO"/>
              </w:rPr>
              <w:t>Metodele de analiză și evaluare produc informații valide și comparabile.</w:t>
            </w:r>
          </w:p>
        </w:tc>
        <w:tc>
          <w:tcPr>
            <w:tcW w:w="5159" w:type="dxa"/>
            <w:shd w:val="clear" w:color="auto" w:fill="FAFAFA"/>
            <w:tcMar>
              <w:top w:w="60" w:type="dxa"/>
              <w:left w:w="70" w:type="dxa"/>
              <w:bottom w:w="60" w:type="dxa"/>
              <w:right w:w="70" w:type="dxa"/>
            </w:tcMar>
            <w:vAlign w:val="center"/>
          </w:tcPr>
          <w:p w14:paraId="47A8A671" w14:textId="77777777" w:rsidR="008E2B50" w:rsidRPr="00E81C1D" w:rsidRDefault="00000000">
            <w:pPr>
              <w:spacing w:after="0" w:line="240" w:lineRule="auto"/>
              <w:rPr>
                <w:noProof/>
                <w:lang w:val="ro-RO"/>
              </w:rPr>
            </w:pPr>
            <w:r w:rsidRPr="00E81C1D">
              <w:rPr>
                <w:rFonts w:eastAsia="Arial"/>
                <w:noProof/>
                <w:sz w:val="14"/>
                <w:lang w:val="ro-RO"/>
              </w:rPr>
              <w:t>Definiții, formule, baze, surse și verificarea datelor.</w:t>
            </w:r>
          </w:p>
        </w:tc>
        <w:tc>
          <w:tcPr>
            <w:tcW w:w="1417" w:type="dxa"/>
            <w:shd w:val="clear" w:color="auto" w:fill="FAFAFA"/>
            <w:tcMar>
              <w:top w:w="60" w:type="dxa"/>
              <w:left w:w="70" w:type="dxa"/>
              <w:bottom w:w="60" w:type="dxa"/>
              <w:right w:w="70" w:type="dxa"/>
            </w:tcMar>
            <w:vAlign w:val="center"/>
          </w:tcPr>
          <w:p w14:paraId="2C06117F"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FDA03CF"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9D111C2" w14:textId="77777777" w:rsidR="008E2B50" w:rsidRPr="00E81C1D" w:rsidRDefault="008E2B50">
            <w:pPr>
              <w:spacing w:after="0" w:line="240" w:lineRule="auto"/>
              <w:jc w:val="center"/>
              <w:rPr>
                <w:noProof/>
                <w:lang w:val="ro-RO"/>
              </w:rPr>
            </w:pPr>
          </w:p>
        </w:tc>
      </w:tr>
      <w:tr w:rsidR="008E2B50" w:rsidRPr="00E81C1D" w14:paraId="0ADBBED6" w14:textId="77777777">
        <w:trPr>
          <w:cantSplit/>
          <w:jc w:val="center"/>
        </w:trPr>
        <w:tc>
          <w:tcPr>
            <w:tcW w:w="793" w:type="dxa"/>
            <w:tcMar>
              <w:top w:w="60" w:type="dxa"/>
              <w:left w:w="70" w:type="dxa"/>
              <w:bottom w:w="60" w:type="dxa"/>
              <w:right w:w="70" w:type="dxa"/>
            </w:tcMar>
            <w:vAlign w:val="center"/>
          </w:tcPr>
          <w:p w14:paraId="55C90824" w14:textId="77777777" w:rsidR="008E2B50" w:rsidRPr="00E81C1D" w:rsidRDefault="00000000">
            <w:pPr>
              <w:spacing w:after="0" w:line="240" w:lineRule="auto"/>
              <w:jc w:val="center"/>
              <w:rPr>
                <w:noProof/>
                <w:lang w:val="ro-RO"/>
              </w:rPr>
            </w:pPr>
            <w:r w:rsidRPr="00E81C1D">
              <w:rPr>
                <w:rFonts w:eastAsia="Arial"/>
                <w:b/>
                <w:noProof/>
                <w:sz w:val="14"/>
                <w:lang w:val="ro-RO"/>
              </w:rPr>
              <w:t>F8.7</w:t>
            </w:r>
          </w:p>
        </w:tc>
        <w:tc>
          <w:tcPr>
            <w:tcW w:w="4081" w:type="dxa"/>
            <w:tcMar>
              <w:top w:w="60" w:type="dxa"/>
              <w:left w:w="70" w:type="dxa"/>
              <w:bottom w:w="60" w:type="dxa"/>
              <w:right w:w="70" w:type="dxa"/>
            </w:tcMar>
            <w:vAlign w:val="center"/>
          </w:tcPr>
          <w:p w14:paraId="1C4A2EB6" w14:textId="77777777" w:rsidR="008E2B50" w:rsidRPr="00E81C1D" w:rsidRDefault="00000000">
            <w:pPr>
              <w:spacing w:after="0" w:line="240" w:lineRule="auto"/>
              <w:rPr>
                <w:noProof/>
                <w:lang w:val="ro-RO"/>
              </w:rPr>
            </w:pPr>
            <w:r w:rsidRPr="00E81C1D">
              <w:rPr>
                <w:rFonts w:eastAsia="Arial"/>
                <w:noProof/>
                <w:sz w:val="14"/>
                <w:lang w:val="ro-RO"/>
              </w:rPr>
              <w:t>Echipamentele de măsurare sunt calibrate/verificate și rezultatele invalide sunt tratate.</w:t>
            </w:r>
          </w:p>
        </w:tc>
        <w:tc>
          <w:tcPr>
            <w:tcW w:w="5159" w:type="dxa"/>
            <w:tcMar>
              <w:top w:w="60" w:type="dxa"/>
              <w:left w:w="70" w:type="dxa"/>
              <w:bottom w:w="60" w:type="dxa"/>
              <w:right w:w="70" w:type="dxa"/>
            </w:tcMar>
            <w:vAlign w:val="center"/>
          </w:tcPr>
          <w:p w14:paraId="64EEC997" w14:textId="77777777" w:rsidR="008E2B50" w:rsidRPr="00E81C1D" w:rsidRDefault="00000000">
            <w:pPr>
              <w:spacing w:after="0" w:line="240" w:lineRule="auto"/>
              <w:rPr>
                <w:noProof/>
                <w:lang w:val="ro-RO"/>
              </w:rPr>
            </w:pPr>
            <w:r w:rsidRPr="00E81C1D">
              <w:rPr>
                <w:rFonts w:eastAsia="Arial"/>
                <w:noProof/>
                <w:sz w:val="14"/>
                <w:lang w:val="ro-RO"/>
              </w:rPr>
              <w:t>Certificate, status, trasabilitate și evaluarea produsului afectat.</w:t>
            </w:r>
          </w:p>
        </w:tc>
        <w:tc>
          <w:tcPr>
            <w:tcW w:w="1417" w:type="dxa"/>
            <w:tcMar>
              <w:top w:w="60" w:type="dxa"/>
              <w:left w:w="70" w:type="dxa"/>
              <w:bottom w:w="60" w:type="dxa"/>
              <w:right w:w="70" w:type="dxa"/>
            </w:tcMar>
            <w:vAlign w:val="center"/>
          </w:tcPr>
          <w:p w14:paraId="37B89F04"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40B92B47"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1ABE1FEE" w14:textId="77777777" w:rsidR="008E2B50" w:rsidRPr="00E81C1D" w:rsidRDefault="008E2B50">
            <w:pPr>
              <w:spacing w:after="0" w:line="240" w:lineRule="auto"/>
              <w:jc w:val="center"/>
              <w:rPr>
                <w:noProof/>
                <w:lang w:val="ro-RO"/>
              </w:rPr>
            </w:pPr>
          </w:p>
        </w:tc>
      </w:tr>
      <w:tr w:rsidR="008E2B50" w:rsidRPr="00E81C1D" w14:paraId="6A0CF569" w14:textId="77777777">
        <w:trPr>
          <w:cantSplit/>
          <w:jc w:val="center"/>
        </w:trPr>
        <w:tc>
          <w:tcPr>
            <w:tcW w:w="793" w:type="dxa"/>
            <w:shd w:val="clear" w:color="auto" w:fill="FAFAFA"/>
            <w:tcMar>
              <w:top w:w="60" w:type="dxa"/>
              <w:left w:w="70" w:type="dxa"/>
              <w:bottom w:w="60" w:type="dxa"/>
              <w:right w:w="70" w:type="dxa"/>
            </w:tcMar>
            <w:vAlign w:val="center"/>
          </w:tcPr>
          <w:p w14:paraId="2B34D543" w14:textId="77777777" w:rsidR="008E2B50" w:rsidRPr="00E81C1D" w:rsidRDefault="00000000">
            <w:pPr>
              <w:spacing w:after="0" w:line="240" w:lineRule="auto"/>
              <w:jc w:val="center"/>
              <w:rPr>
                <w:noProof/>
                <w:lang w:val="ro-RO"/>
              </w:rPr>
            </w:pPr>
            <w:r w:rsidRPr="00E81C1D">
              <w:rPr>
                <w:rFonts w:eastAsia="Arial"/>
                <w:b/>
                <w:noProof/>
                <w:sz w:val="14"/>
                <w:lang w:val="ro-RO"/>
              </w:rPr>
              <w:t>F8.8</w:t>
            </w:r>
          </w:p>
        </w:tc>
        <w:tc>
          <w:tcPr>
            <w:tcW w:w="4081" w:type="dxa"/>
            <w:shd w:val="clear" w:color="auto" w:fill="FAFAFA"/>
            <w:tcMar>
              <w:top w:w="60" w:type="dxa"/>
              <w:left w:w="70" w:type="dxa"/>
              <w:bottom w:w="60" w:type="dxa"/>
              <w:right w:w="70" w:type="dxa"/>
            </w:tcMar>
            <w:vAlign w:val="center"/>
          </w:tcPr>
          <w:p w14:paraId="24E623B0" w14:textId="77777777" w:rsidR="008E2B50" w:rsidRPr="00E81C1D" w:rsidRDefault="00000000">
            <w:pPr>
              <w:spacing w:after="0" w:line="240" w:lineRule="auto"/>
              <w:rPr>
                <w:noProof/>
                <w:lang w:val="ro-RO"/>
              </w:rPr>
            </w:pPr>
            <w:r w:rsidRPr="00E81C1D">
              <w:rPr>
                <w:rFonts w:eastAsia="Arial"/>
                <w:noProof/>
                <w:sz w:val="14"/>
                <w:lang w:val="ro-RO"/>
              </w:rPr>
              <w:t>Satisfacția și percepțiile clienților relevante pentru siguranța alimentelor sunt monitorizate.</w:t>
            </w:r>
          </w:p>
        </w:tc>
        <w:tc>
          <w:tcPr>
            <w:tcW w:w="5159" w:type="dxa"/>
            <w:shd w:val="clear" w:color="auto" w:fill="FAFAFA"/>
            <w:tcMar>
              <w:top w:w="60" w:type="dxa"/>
              <w:left w:w="70" w:type="dxa"/>
              <w:bottom w:w="60" w:type="dxa"/>
              <w:right w:w="70" w:type="dxa"/>
            </w:tcMar>
            <w:vAlign w:val="center"/>
          </w:tcPr>
          <w:p w14:paraId="2BF3E131" w14:textId="77777777" w:rsidR="008E2B50" w:rsidRPr="00E81C1D" w:rsidRDefault="00000000">
            <w:pPr>
              <w:spacing w:after="0" w:line="240" w:lineRule="auto"/>
              <w:rPr>
                <w:noProof/>
                <w:lang w:val="ro-RO"/>
              </w:rPr>
            </w:pPr>
            <w:r w:rsidRPr="00E81C1D">
              <w:rPr>
                <w:rFonts w:eastAsia="Arial"/>
                <w:noProof/>
                <w:sz w:val="14"/>
                <w:lang w:val="ro-RO"/>
              </w:rPr>
              <w:t>Reclamații, alerte, feedback, retururi și comunicări.</w:t>
            </w:r>
          </w:p>
        </w:tc>
        <w:tc>
          <w:tcPr>
            <w:tcW w:w="1417" w:type="dxa"/>
            <w:shd w:val="clear" w:color="auto" w:fill="FAFAFA"/>
            <w:tcMar>
              <w:top w:w="60" w:type="dxa"/>
              <w:left w:w="70" w:type="dxa"/>
              <w:bottom w:w="60" w:type="dxa"/>
              <w:right w:w="70" w:type="dxa"/>
            </w:tcMar>
            <w:vAlign w:val="center"/>
          </w:tcPr>
          <w:p w14:paraId="4612EEDD"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5F627ADC"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0103D4F" w14:textId="77777777" w:rsidR="008E2B50" w:rsidRPr="00E81C1D" w:rsidRDefault="008E2B50">
            <w:pPr>
              <w:spacing w:after="0" w:line="240" w:lineRule="auto"/>
              <w:jc w:val="center"/>
              <w:rPr>
                <w:noProof/>
                <w:lang w:val="ro-RO"/>
              </w:rPr>
            </w:pPr>
          </w:p>
        </w:tc>
      </w:tr>
      <w:tr w:rsidR="008E2B50" w:rsidRPr="00E81C1D" w14:paraId="79595B6A" w14:textId="77777777">
        <w:trPr>
          <w:cantSplit/>
          <w:jc w:val="center"/>
        </w:trPr>
        <w:tc>
          <w:tcPr>
            <w:tcW w:w="793" w:type="dxa"/>
            <w:tcMar>
              <w:top w:w="60" w:type="dxa"/>
              <w:left w:w="70" w:type="dxa"/>
              <w:bottom w:w="60" w:type="dxa"/>
              <w:right w:w="70" w:type="dxa"/>
            </w:tcMar>
            <w:vAlign w:val="center"/>
          </w:tcPr>
          <w:p w14:paraId="0E2FA4B3" w14:textId="77777777" w:rsidR="008E2B50" w:rsidRPr="00E81C1D" w:rsidRDefault="00000000">
            <w:pPr>
              <w:spacing w:after="0" w:line="240" w:lineRule="auto"/>
              <w:jc w:val="center"/>
              <w:rPr>
                <w:noProof/>
                <w:lang w:val="ro-RO"/>
              </w:rPr>
            </w:pPr>
            <w:r w:rsidRPr="00E81C1D">
              <w:rPr>
                <w:rFonts w:eastAsia="Arial"/>
                <w:b/>
                <w:noProof/>
                <w:sz w:val="14"/>
                <w:lang w:val="ro-RO"/>
              </w:rPr>
              <w:t>F8.9</w:t>
            </w:r>
          </w:p>
        </w:tc>
        <w:tc>
          <w:tcPr>
            <w:tcW w:w="4081" w:type="dxa"/>
            <w:tcMar>
              <w:top w:w="60" w:type="dxa"/>
              <w:left w:w="70" w:type="dxa"/>
              <w:bottom w:w="60" w:type="dxa"/>
              <w:right w:w="70" w:type="dxa"/>
            </w:tcMar>
            <w:vAlign w:val="center"/>
          </w:tcPr>
          <w:p w14:paraId="54CE1B8D" w14:textId="77777777" w:rsidR="008E2B50" w:rsidRPr="00E81C1D" w:rsidRDefault="00000000">
            <w:pPr>
              <w:spacing w:after="0" w:line="240" w:lineRule="auto"/>
              <w:rPr>
                <w:noProof/>
                <w:lang w:val="ro-RO"/>
              </w:rPr>
            </w:pPr>
            <w:r w:rsidRPr="00E81C1D">
              <w:rPr>
                <w:rFonts w:eastAsia="Arial"/>
                <w:noProof/>
                <w:sz w:val="14"/>
                <w:lang w:val="ro-RO"/>
              </w:rPr>
              <w:t>Există un program de audit intern bazat pe risc, schimbări și rezultate anterioare.</w:t>
            </w:r>
          </w:p>
        </w:tc>
        <w:tc>
          <w:tcPr>
            <w:tcW w:w="5159" w:type="dxa"/>
            <w:tcMar>
              <w:top w:w="60" w:type="dxa"/>
              <w:left w:w="70" w:type="dxa"/>
              <w:bottom w:w="60" w:type="dxa"/>
              <w:right w:w="70" w:type="dxa"/>
            </w:tcMar>
            <w:vAlign w:val="center"/>
          </w:tcPr>
          <w:p w14:paraId="0203D6BB" w14:textId="77777777" w:rsidR="008E2B50" w:rsidRPr="00E81C1D" w:rsidRDefault="00000000">
            <w:pPr>
              <w:spacing w:after="0" w:line="240" w:lineRule="auto"/>
              <w:rPr>
                <w:noProof/>
                <w:lang w:val="ro-RO"/>
              </w:rPr>
            </w:pPr>
            <w:r w:rsidRPr="00E81C1D">
              <w:rPr>
                <w:rFonts w:eastAsia="Arial"/>
                <w:noProof/>
                <w:sz w:val="14"/>
                <w:lang w:val="ro-RO"/>
              </w:rPr>
              <w:t>Frecvențe, domenii, criterii și prioritizare.</w:t>
            </w:r>
          </w:p>
        </w:tc>
        <w:tc>
          <w:tcPr>
            <w:tcW w:w="1417" w:type="dxa"/>
            <w:tcMar>
              <w:top w:w="60" w:type="dxa"/>
              <w:left w:w="70" w:type="dxa"/>
              <w:bottom w:w="60" w:type="dxa"/>
              <w:right w:w="70" w:type="dxa"/>
            </w:tcMar>
            <w:vAlign w:val="center"/>
          </w:tcPr>
          <w:p w14:paraId="685163A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567EAF7"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4EADB72F" w14:textId="77777777" w:rsidR="008E2B50" w:rsidRPr="00E81C1D" w:rsidRDefault="008E2B50">
            <w:pPr>
              <w:spacing w:after="0" w:line="240" w:lineRule="auto"/>
              <w:jc w:val="center"/>
              <w:rPr>
                <w:noProof/>
                <w:lang w:val="ro-RO"/>
              </w:rPr>
            </w:pPr>
          </w:p>
        </w:tc>
      </w:tr>
      <w:tr w:rsidR="008E2B50" w:rsidRPr="00E81C1D" w14:paraId="519F1765" w14:textId="77777777">
        <w:trPr>
          <w:cantSplit/>
          <w:jc w:val="center"/>
        </w:trPr>
        <w:tc>
          <w:tcPr>
            <w:tcW w:w="793" w:type="dxa"/>
            <w:shd w:val="clear" w:color="auto" w:fill="FAFAFA"/>
            <w:tcMar>
              <w:top w:w="60" w:type="dxa"/>
              <w:left w:w="70" w:type="dxa"/>
              <w:bottom w:w="60" w:type="dxa"/>
              <w:right w:w="70" w:type="dxa"/>
            </w:tcMar>
            <w:vAlign w:val="center"/>
          </w:tcPr>
          <w:p w14:paraId="7414ED70" w14:textId="77777777" w:rsidR="008E2B50" w:rsidRPr="00E81C1D" w:rsidRDefault="00000000">
            <w:pPr>
              <w:spacing w:after="0" w:line="240" w:lineRule="auto"/>
              <w:jc w:val="center"/>
              <w:rPr>
                <w:noProof/>
                <w:lang w:val="ro-RO"/>
              </w:rPr>
            </w:pPr>
            <w:r w:rsidRPr="00E81C1D">
              <w:rPr>
                <w:rFonts w:eastAsia="Arial"/>
                <w:b/>
                <w:noProof/>
                <w:sz w:val="14"/>
                <w:lang w:val="ro-RO"/>
              </w:rPr>
              <w:t>F8.10</w:t>
            </w:r>
          </w:p>
        </w:tc>
        <w:tc>
          <w:tcPr>
            <w:tcW w:w="4081" w:type="dxa"/>
            <w:shd w:val="clear" w:color="auto" w:fill="FAFAFA"/>
            <w:tcMar>
              <w:top w:w="60" w:type="dxa"/>
              <w:left w:w="70" w:type="dxa"/>
              <w:bottom w:w="60" w:type="dxa"/>
              <w:right w:w="70" w:type="dxa"/>
            </w:tcMar>
            <w:vAlign w:val="center"/>
          </w:tcPr>
          <w:p w14:paraId="61E5CC4F" w14:textId="77777777" w:rsidR="008E2B50" w:rsidRPr="00E81C1D" w:rsidRDefault="00000000">
            <w:pPr>
              <w:spacing w:after="0" w:line="240" w:lineRule="auto"/>
              <w:rPr>
                <w:noProof/>
                <w:lang w:val="ro-RO"/>
              </w:rPr>
            </w:pPr>
            <w:r w:rsidRPr="00E81C1D">
              <w:rPr>
                <w:rFonts w:eastAsia="Arial"/>
                <w:noProof/>
                <w:sz w:val="14"/>
                <w:lang w:val="ro-RO"/>
              </w:rPr>
              <w:t>Auditurile acoperă cerințele standardului, procesele, schimburile, locațiile și practicile în teren.</w:t>
            </w:r>
          </w:p>
        </w:tc>
        <w:tc>
          <w:tcPr>
            <w:tcW w:w="5159" w:type="dxa"/>
            <w:shd w:val="clear" w:color="auto" w:fill="FAFAFA"/>
            <w:tcMar>
              <w:top w:w="60" w:type="dxa"/>
              <w:left w:w="70" w:type="dxa"/>
              <w:bottom w:w="60" w:type="dxa"/>
              <w:right w:w="70" w:type="dxa"/>
            </w:tcMar>
            <w:vAlign w:val="center"/>
          </w:tcPr>
          <w:p w14:paraId="47DBDED2" w14:textId="77777777" w:rsidR="008E2B50" w:rsidRPr="00E81C1D" w:rsidRDefault="00000000">
            <w:pPr>
              <w:spacing w:after="0" w:line="240" w:lineRule="auto"/>
              <w:rPr>
                <w:noProof/>
                <w:lang w:val="ro-RO"/>
              </w:rPr>
            </w:pPr>
            <w:r w:rsidRPr="00E81C1D">
              <w:rPr>
                <w:rFonts w:eastAsia="Arial"/>
                <w:noProof/>
                <w:sz w:val="14"/>
                <w:lang w:val="ro-RO"/>
              </w:rPr>
              <w:t>Planuri, eșantioane, interviuri și observații.</w:t>
            </w:r>
          </w:p>
        </w:tc>
        <w:tc>
          <w:tcPr>
            <w:tcW w:w="1417" w:type="dxa"/>
            <w:shd w:val="clear" w:color="auto" w:fill="FAFAFA"/>
            <w:tcMar>
              <w:top w:w="60" w:type="dxa"/>
              <w:left w:w="70" w:type="dxa"/>
              <w:bottom w:w="60" w:type="dxa"/>
              <w:right w:w="70" w:type="dxa"/>
            </w:tcMar>
            <w:vAlign w:val="center"/>
          </w:tcPr>
          <w:p w14:paraId="58FFFC3F"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F7CF48B"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7BE7BC6" w14:textId="77777777" w:rsidR="008E2B50" w:rsidRPr="00E81C1D" w:rsidRDefault="008E2B50">
            <w:pPr>
              <w:spacing w:after="0" w:line="240" w:lineRule="auto"/>
              <w:jc w:val="center"/>
              <w:rPr>
                <w:noProof/>
                <w:lang w:val="ro-RO"/>
              </w:rPr>
            </w:pPr>
          </w:p>
        </w:tc>
      </w:tr>
      <w:tr w:rsidR="008E2B50" w:rsidRPr="00E81C1D" w14:paraId="1B0DEC9A" w14:textId="77777777">
        <w:trPr>
          <w:cantSplit/>
          <w:jc w:val="center"/>
        </w:trPr>
        <w:tc>
          <w:tcPr>
            <w:tcW w:w="793" w:type="dxa"/>
            <w:tcMar>
              <w:top w:w="60" w:type="dxa"/>
              <w:left w:w="70" w:type="dxa"/>
              <w:bottom w:w="60" w:type="dxa"/>
              <w:right w:w="70" w:type="dxa"/>
            </w:tcMar>
            <w:vAlign w:val="center"/>
          </w:tcPr>
          <w:p w14:paraId="5F516DEF" w14:textId="77777777" w:rsidR="008E2B50" w:rsidRPr="00E81C1D" w:rsidRDefault="00000000">
            <w:pPr>
              <w:spacing w:after="0" w:line="240" w:lineRule="auto"/>
              <w:jc w:val="center"/>
              <w:rPr>
                <w:noProof/>
                <w:lang w:val="ro-RO"/>
              </w:rPr>
            </w:pPr>
            <w:r w:rsidRPr="00E81C1D">
              <w:rPr>
                <w:rFonts w:eastAsia="Arial"/>
                <w:b/>
                <w:noProof/>
                <w:sz w:val="14"/>
                <w:lang w:val="ro-RO"/>
              </w:rPr>
              <w:t>F8.11</w:t>
            </w:r>
          </w:p>
        </w:tc>
        <w:tc>
          <w:tcPr>
            <w:tcW w:w="4081" w:type="dxa"/>
            <w:tcMar>
              <w:top w:w="60" w:type="dxa"/>
              <w:left w:w="70" w:type="dxa"/>
              <w:bottom w:w="60" w:type="dxa"/>
              <w:right w:w="70" w:type="dxa"/>
            </w:tcMar>
            <w:vAlign w:val="center"/>
          </w:tcPr>
          <w:p w14:paraId="51F34769" w14:textId="77777777" w:rsidR="008E2B50" w:rsidRPr="00E81C1D" w:rsidRDefault="00000000">
            <w:pPr>
              <w:spacing w:after="0" w:line="240" w:lineRule="auto"/>
              <w:rPr>
                <w:noProof/>
                <w:lang w:val="ro-RO"/>
              </w:rPr>
            </w:pPr>
            <w:r w:rsidRPr="00E81C1D">
              <w:rPr>
                <w:rFonts w:eastAsia="Arial"/>
                <w:noProof/>
                <w:sz w:val="14"/>
                <w:lang w:val="ro-RO"/>
              </w:rPr>
              <w:t>Auditorii sunt competenți și obiectivi, iar rezultatele sunt raportate managementului relevant.</w:t>
            </w:r>
          </w:p>
        </w:tc>
        <w:tc>
          <w:tcPr>
            <w:tcW w:w="5159" w:type="dxa"/>
            <w:tcMar>
              <w:top w:w="60" w:type="dxa"/>
              <w:left w:w="70" w:type="dxa"/>
              <w:bottom w:w="60" w:type="dxa"/>
              <w:right w:w="70" w:type="dxa"/>
            </w:tcMar>
            <w:vAlign w:val="center"/>
          </w:tcPr>
          <w:p w14:paraId="7D075BF6" w14:textId="77777777" w:rsidR="008E2B50" w:rsidRPr="00E81C1D" w:rsidRDefault="00000000">
            <w:pPr>
              <w:spacing w:after="0" w:line="240" w:lineRule="auto"/>
              <w:rPr>
                <w:noProof/>
                <w:lang w:val="ro-RO"/>
              </w:rPr>
            </w:pPr>
            <w:r w:rsidRPr="00E81C1D">
              <w:rPr>
                <w:rFonts w:eastAsia="Arial"/>
                <w:noProof/>
                <w:sz w:val="14"/>
                <w:lang w:val="ro-RO"/>
              </w:rPr>
              <w:t>Calificări, independență, rapoarte și urmărire.</w:t>
            </w:r>
          </w:p>
        </w:tc>
        <w:tc>
          <w:tcPr>
            <w:tcW w:w="1417" w:type="dxa"/>
            <w:tcMar>
              <w:top w:w="60" w:type="dxa"/>
              <w:left w:w="70" w:type="dxa"/>
              <w:bottom w:w="60" w:type="dxa"/>
              <w:right w:w="70" w:type="dxa"/>
            </w:tcMar>
            <w:vAlign w:val="center"/>
          </w:tcPr>
          <w:p w14:paraId="1E5FDDE3"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ED00822"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6DD4E2CE" w14:textId="77777777" w:rsidR="008E2B50" w:rsidRPr="00E81C1D" w:rsidRDefault="008E2B50">
            <w:pPr>
              <w:spacing w:after="0" w:line="240" w:lineRule="auto"/>
              <w:jc w:val="center"/>
              <w:rPr>
                <w:noProof/>
                <w:lang w:val="ro-RO"/>
              </w:rPr>
            </w:pPr>
          </w:p>
        </w:tc>
      </w:tr>
      <w:tr w:rsidR="008E2B50" w:rsidRPr="00E81C1D" w14:paraId="49167714" w14:textId="77777777">
        <w:trPr>
          <w:cantSplit/>
          <w:jc w:val="center"/>
        </w:trPr>
        <w:tc>
          <w:tcPr>
            <w:tcW w:w="793" w:type="dxa"/>
            <w:shd w:val="clear" w:color="auto" w:fill="FAFAFA"/>
            <w:tcMar>
              <w:top w:w="60" w:type="dxa"/>
              <w:left w:w="70" w:type="dxa"/>
              <w:bottom w:w="60" w:type="dxa"/>
              <w:right w:w="70" w:type="dxa"/>
            </w:tcMar>
            <w:vAlign w:val="center"/>
          </w:tcPr>
          <w:p w14:paraId="003A9BDA" w14:textId="77777777" w:rsidR="008E2B50" w:rsidRPr="00E81C1D" w:rsidRDefault="00000000">
            <w:pPr>
              <w:spacing w:after="0" w:line="240" w:lineRule="auto"/>
              <w:jc w:val="center"/>
              <w:rPr>
                <w:noProof/>
                <w:lang w:val="ro-RO"/>
              </w:rPr>
            </w:pPr>
            <w:r w:rsidRPr="00E81C1D">
              <w:rPr>
                <w:rFonts w:eastAsia="Arial"/>
                <w:b/>
                <w:noProof/>
                <w:sz w:val="14"/>
                <w:lang w:val="ro-RO"/>
              </w:rPr>
              <w:t>F8.12</w:t>
            </w:r>
          </w:p>
        </w:tc>
        <w:tc>
          <w:tcPr>
            <w:tcW w:w="4081" w:type="dxa"/>
            <w:shd w:val="clear" w:color="auto" w:fill="FAFAFA"/>
            <w:tcMar>
              <w:top w:w="60" w:type="dxa"/>
              <w:left w:w="70" w:type="dxa"/>
              <w:bottom w:w="60" w:type="dxa"/>
              <w:right w:w="70" w:type="dxa"/>
            </w:tcMar>
            <w:vAlign w:val="center"/>
          </w:tcPr>
          <w:p w14:paraId="6379ADBF" w14:textId="77777777" w:rsidR="008E2B50" w:rsidRPr="00E81C1D" w:rsidRDefault="00000000">
            <w:pPr>
              <w:spacing w:after="0" w:line="240" w:lineRule="auto"/>
              <w:rPr>
                <w:noProof/>
                <w:lang w:val="ro-RO"/>
              </w:rPr>
            </w:pPr>
            <w:r w:rsidRPr="00E81C1D">
              <w:rPr>
                <w:rFonts w:eastAsia="Arial"/>
                <w:noProof/>
                <w:sz w:val="14"/>
                <w:lang w:val="ro-RO"/>
              </w:rPr>
              <w:t>Conducerea analizează sistemul la intervale planificate.</w:t>
            </w:r>
          </w:p>
        </w:tc>
        <w:tc>
          <w:tcPr>
            <w:tcW w:w="5159" w:type="dxa"/>
            <w:shd w:val="clear" w:color="auto" w:fill="FAFAFA"/>
            <w:tcMar>
              <w:top w:w="60" w:type="dxa"/>
              <w:left w:w="70" w:type="dxa"/>
              <w:bottom w:w="60" w:type="dxa"/>
              <w:right w:w="70" w:type="dxa"/>
            </w:tcMar>
            <w:vAlign w:val="center"/>
          </w:tcPr>
          <w:p w14:paraId="4E0B5107" w14:textId="77777777" w:rsidR="008E2B50" w:rsidRPr="00E81C1D" w:rsidRDefault="00000000">
            <w:pPr>
              <w:spacing w:after="0" w:line="240" w:lineRule="auto"/>
              <w:rPr>
                <w:noProof/>
                <w:lang w:val="ro-RO"/>
              </w:rPr>
            </w:pPr>
            <w:r w:rsidRPr="00E81C1D">
              <w:rPr>
                <w:rFonts w:eastAsia="Arial"/>
                <w:noProof/>
                <w:sz w:val="14"/>
                <w:lang w:val="ro-RO"/>
              </w:rPr>
              <w:t>Calendar, participanți, date de intrare și minute.</w:t>
            </w:r>
          </w:p>
        </w:tc>
        <w:tc>
          <w:tcPr>
            <w:tcW w:w="1417" w:type="dxa"/>
            <w:shd w:val="clear" w:color="auto" w:fill="FAFAFA"/>
            <w:tcMar>
              <w:top w:w="60" w:type="dxa"/>
              <w:left w:w="70" w:type="dxa"/>
              <w:bottom w:w="60" w:type="dxa"/>
              <w:right w:w="70" w:type="dxa"/>
            </w:tcMar>
            <w:vAlign w:val="center"/>
          </w:tcPr>
          <w:p w14:paraId="23305D33"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11743756"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27B8E7F" w14:textId="77777777" w:rsidR="008E2B50" w:rsidRPr="00E81C1D" w:rsidRDefault="008E2B50">
            <w:pPr>
              <w:spacing w:after="0" w:line="240" w:lineRule="auto"/>
              <w:jc w:val="center"/>
              <w:rPr>
                <w:noProof/>
                <w:lang w:val="ro-RO"/>
              </w:rPr>
            </w:pPr>
          </w:p>
        </w:tc>
      </w:tr>
      <w:tr w:rsidR="008E2B50" w:rsidRPr="00E81C1D" w14:paraId="50B5C713" w14:textId="77777777">
        <w:trPr>
          <w:cantSplit/>
          <w:jc w:val="center"/>
        </w:trPr>
        <w:tc>
          <w:tcPr>
            <w:tcW w:w="793" w:type="dxa"/>
            <w:tcMar>
              <w:top w:w="60" w:type="dxa"/>
              <w:left w:w="70" w:type="dxa"/>
              <w:bottom w:w="60" w:type="dxa"/>
              <w:right w:w="70" w:type="dxa"/>
            </w:tcMar>
            <w:vAlign w:val="center"/>
          </w:tcPr>
          <w:p w14:paraId="7DE3050A" w14:textId="77777777" w:rsidR="008E2B50" w:rsidRPr="00E81C1D" w:rsidRDefault="00000000">
            <w:pPr>
              <w:spacing w:after="0" w:line="240" w:lineRule="auto"/>
              <w:jc w:val="center"/>
              <w:rPr>
                <w:noProof/>
                <w:lang w:val="ro-RO"/>
              </w:rPr>
            </w:pPr>
            <w:r w:rsidRPr="00E81C1D">
              <w:rPr>
                <w:rFonts w:eastAsia="Arial"/>
                <w:b/>
                <w:noProof/>
                <w:sz w:val="14"/>
                <w:lang w:val="ro-RO"/>
              </w:rPr>
              <w:t>F8.13</w:t>
            </w:r>
          </w:p>
        </w:tc>
        <w:tc>
          <w:tcPr>
            <w:tcW w:w="4081" w:type="dxa"/>
            <w:tcMar>
              <w:top w:w="60" w:type="dxa"/>
              <w:left w:w="70" w:type="dxa"/>
              <w:bottom w:w="60" w:type="dxa"/>
              <w:right w:w="70" w:type="dxa"/>
            </w:tcMar>
            <w:vAlign w:val="center"/>
          </w:tcPr>
          <w:p w14:paraId="09455B7B" w14:textId="77777777" w:rsidR="008E2B50" w:rsidRPr="00E81C1D" w:rsidRDefault="00000000">
            <w:pPr>
              <w:spacing w:after="0" w:line="240" w:lineRule="auto"/>
              <w:rPr>
                <w:noProof/>
                <w:lang w:val="ro-RO"/>
              </w:rPr>
            </w:pPr>
            <w:r w:rsidRPr="00E81C1D">
              <w:rPr>
                <w:rFonts w:eastAsia="Arial"/>
                <w:noProof/>
                <w:sz w:val="14"/>
                <w:lang w:val="ro-RO"/>
              </w:rPr>
              <w:t>Analiza include schimbări, performanță, obiective, audituri, verificări, incidente, comunicări și resurse.</w:t>
            </w:r>
          </w:p>
        </w:tc>
        <w:tc>
          <w:tcPr>
            <w:tcW w:w="5159" w:type="dxa"/>
            <w:tcMar>
              <w:top w:w="60" w:type="dxa"/>
              <w:left w:w="70" w:type="dxa"/>
              <w:bottom w:w="60" w:type="dxa"/>
              <w:right w:w="70" w:type="dxa"/>
            </w:tcMar>
            <w:vAlign w:val="center"/>
          </w:tcPr>
          <w:p w14:paraId="44D32120" w14:textId="77777777" w:rsidR="008E2B50" w:rsidRPr="00E81C1D" w:rsidRDefault="00000000">
            <w:pPr>
              <w:spacing w:after="0" w:line="240" w:lineRule="auto"/>
              <w:rPr>
                <w:noProof/>
                <w:lang w:val="ro-RO"/>
              </w:rPr>
            </w:pPr>
            <w:r w:rsidRPr="00E81C1D">
              <w:rPr>
                <w:rFonts w:eastAsia="Arial"/>
                <w:noProof/>
                <w:sz w:val="14"/>
                <w:lang w:val="ro-RO"/>
              </w:rPr>
              <w:t>Date complete, tendințe și starea acțiunilor.</w:t>
            </w:r>
          </w:p>
        </w:tc>
        <w:tc>
          <w:tcPr>
            <w:tcW w:w="1417" w:type="dxa"/>
            <w:tcMar>
              <w:top w:w="60" w:type="dxa"/>
              <w:left w:w="70" w:type="dxa"/>
              <w:bottom w:w="60" w:type="dxa"/>
              <w:right w:w="70" w:type="dxa"/>
            </w:tcMar>
            <w:vAlign w:val="center"/>
          </w:tcPr>
          <w:p w14:paraId="72AA9F3D"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6ABE677"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5BB52E15" w14:textId="77777777" w:rsidR="008E2B50" w:rsidRPr="00E81C1D" w:rsidRDefault="008E2B50">
            <w:pPr>
              <w:spacing w:after="0" w:line="240" w:lineRule="auto"/>
              <w:jc w:val="center"/>
              <w:rPr>
                <w:noProof/>
                <w:lang w:val="ro-RO"/>
              </w:rPr>
            </w:pPr>
          </w:p>
        </w:tc>
      </w:tr>
      <w:tr w:rsidR="008E2B50" w:rsidRPr="00E81C1D" w14:paraId="673BD52D" w14:textId="77777777">
        <w:trPr>
          <w:cantSplit/>
          <w:jc w:val="center"/>
        </w:trPr>
        <w:tc>
          <w:tcPr>
            <w:tcW w:w="793" w:type="dxa"/>
            <w:shd w:val="clear" w:color="auto" w:fill="FAFAFA"/>
            <w:tcMar>
              <w:top w:w="60" w:type="dxa"/>
              <w:left w:w="70" w:type="dxa"/>
              <w:bottom w:w="60" w:type="dxa"/>
              <w:right w:w="70" w:type="dxa"/>
            </w:tcMar>
            <w:vAlign w:val="center"/>
          </w:tcPr>
          <w:p w14:paraId="68A30FDF" w14:textId="77777777" w:rsidR="008E2B50" w:rsidRPr="00E81C1D" w:rsidRDefault="00000000">
            <w:pPr>
              <w:spacing w:after="0" w:line="240" w:lineRule="auto"/>
              <w:jc w:val="center"/>
              <w:rPr>
                <w:noProof/>
                <w:lang w:val="ro-RO"/>
              </w:rPr>
            </w:pPr>
            <w:r w:rsidRPr="00E81C1D">
              <w:rPr>
                <w:rFonts w:eastAsia="Arial"/>
                <w:b/>
                <w:noProof/>
                <w:sz w:val="14"/>
                <w:lang w:val="ro-RO"/>
              </w:rPr>
              <w:t>F8.14</w:t>
            </w:r>
          </w:p>
        </w:tc>
        <w:tc>
          <w:tcPr>
            <w:tcW w:w="4081" w:type="dxa"/>
            <w:shd w:val="clear" w:color="auto" w:fill="FAFAFA"/>
            <w:tcMar>
              <w:top w:w="60" w:type="dxa"/>
              <w:left w:w="70" w:type="dxa"/>
              <w:bottom w:w="60" w:type="dxa"/>
              <w:right w:w="70" w:type="dxa"/>
            </w:tcMar>
            <w:vAlign w:val="center"/>
          </w:tcPr>
          <w:p w14:paraId="52A4D466" w14:textId="77777777" w:rsidR="008E2B50" w:rsidRPr="00E81C1D" w:rsidRDefault="00000000">
            <w:pPr>
              <w:spacing w:after="0" w:line="240" w:lineRule="auto"/>
              <w:rPr>
                <w:noProof/>
                <w:lang w:val="ro-RO"/>
              </w:rPr>
            </w:pPr>
            <w:r w:rsidRPr="00E81C1D">
              <w:rPr>
                <w:rFonts w:eastAsia="Arial"/>
                <w:noProof/>
                <w:sz w:val="14"/>
                <w:lang w:val="ro-RO"/>
              </w:rPr>
              <w:t>Conducerea evaluează adecvarea, suficiența și eficacitatea sistemului și decide îmbunătățiri.</w:t>
            </w:r>
          </w:p>
        </w:tc>
        <w:tc>
          <w:tcPr>
            <w:tcW w:w="5159" w:type="dxa"/>
            <w:shd w:val="clear" w:color="auto" w:fill="FAFAFA"/>
            <w:tcMar>
              <w:top w:w="60" w:type="dxa"/>
              <w:left w:w="70" w:type="dxa"/>
              <w:bottom w:w="60" w:type="dxa"/>
              <w:right w:w="70" w:type="dxa"/>
            </w:tcMar>
            <w:vAlign w:val="center"/>
          </w:tcPr>
          <w:p w14:paraId="18752699" w14:textId="77777777" w:rsidR="008E2B50" w:rsidRPr="00E81C1D" w:rsidRDefault="00000000">
            <w:pPr>
              <w:spacing w:after="0" w:line="240" w:lineRule="auto"/>
              <w:rPr>
                <w:noProof/>
                <w:lang w:val="ro-RO"/>
              </w:rPr>
            </w:pPr>
            <w:r w:rsidRPr="00E81C1D">
              <w:rPr>
                <w:rFonts w:eastAsia="Arial"/>
                <w:noProof/>
                <w:sz w:val="14"/>
                <w:lang w:val="ro-RO"/>
              </w:rPr>
              <w:t>Concluzii explicite, resurse, schimbări și responsabilități.</w:t>
            </w:r>
          </w:p>
        </w:tc>
        <w:tc>
          <w:tcPr>
            <w:tcW w:w="1417" w:type="dxa"/>
            <w:shd w:val="clear" w:color="auto" w:fill="FAFAFA"/>
            <w:tcMar>
              <w:top w:w="60" w:type="dxa"/>
              <w:left w:w="70" w:type="dxa"/>
              <w:bottom w:w="60" w:type="dxa"/>
              <w:right w:w="70" w:type="dxa"/>
            </w:tcMar>
            <w:vAlign w:val="center"/>
          </w:tcPr>
          <w:p w14:paraId="61567161"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C48801D"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467A544" w14:textId="77777777" w:rsidR="008E2B50" w:rsidRPr="00E81C1D" w:rsidRDefault="008E2B50">
            <w:pPr>
              <w:spacing w:after="0" w:line="240" w:lineRule="auto"/>
              <w:jc w:val="center"/>
              <w:rPr>
                <w:noProof/>
                <w:lang w:val="ro-RO"/>
              </w:rPr>
            </w:pPr>
          </w:p>
        </w:tc>
      </w:tr>
      <w:tr w:rsidR="008E2B50" w:rsidRPr="00E81C1D" w14:paraId="4442B38C" w14:textId="77777777">
        <w:trPr>
          <w:cantSplit/>
          <w:jc w:val="center"/>
        </w:trPr>
        <w:tc>
          <w:tcPr>
            <w:tcW w:w="793" w:type="dxa"/>
            <w:tcMar>
              <w:top w:w="60" w:type="dxa"/>
              <w:left w:w="70" w:type="dxa"/>
              <w:bottom w:w="60" w:type="dxa"/>
              <w:right w:w="70" w:type="dxa"/>
            </w:tcMar>
            <w:vAlign w:val="center"/>
          </w:tcPr>
          <w:p w14:paraId="7D6E1761" w14:textId="77777777" w:rsidR="008E2B50" w:rsidRPr="00E81C1D" w:rsidRDefault="00000000">
            <w:pPr>
              <w:spacing w:after="0" w:line="240" w:lineRule="auto"/>
              <w:jc w:val="center"/>
              <w:rPr>
                <w:noProof/>
                <w:lang w:val="ro-RO"/>
              </w:rPr>
            </w:pPr>
            <w:r w:rsidRPr="00E81C1D">
              <w:rPr>
                <w:rFonts w:eastAsia="Arial"/>
                <w:b/>
                <w:noProof/>
                <w:sz w:val="14"/>
                <w:lang w:val="ro-RO"/>
              </w:rPr>
              <w:t>F8.15</w:t>
            </w:r>
          </w:p>
        </w:tc>
        <w:tc>
          <w:tcPr>
            <w:tcW w:w="4081" w:type="dxa"/>
            <w:tcMar>
              <w:top w:w="60" w:type="dxa"/>
              <w:left w:w="70" w:type="dxa"/>
              <w:bottom w:w="60" w:type="dxa"/>
              <w:right w:w="70" w:type="dxa"/>
            </w:tcMar>
            <w:vAlign w:val="center"/>
          </w:tcPr>
          <w:p w14:paraId="0383E3FF" w14:textId="77777777" w:rsidR="008E2B50" w:rsidRPr="00E81C1D" w:rsidRDefault="00000000">
            <w:pPr>
              <w:spacing w:after="0" w:line="240" w:lineRule="auto"/>
              <w:rPr>
                <w:noProof/>
                <w:lang w:val="ro-RO"/>
              </w:rPr>
            </w:pPr>
            <w:r w:rsidRPr="00E81C1D">
              <w:rPr>
                <w:rFonts w:eastAsia="Arial"/>
                <w:noProof/>
                <w:sz w:val="14"/>
                <w:lang w:val="ro-RO"/>
              </w:rPr>
              <w:t>Rezultatele analizei sunt comunicate și urmărite până la finalizare.</w:t>
            </w:r>
          </w:p>
        </w:tc>
        <w:tc>
          <w:tcPr>
            <w:tcW w:w="5159" w:type="dxa"/>
            <w:tcMar>
              <w:top w:w="60" w:type="dxa"/>
              <w:left w:w="70" w:type="dxa"/>
              <w:bottom w:w="60" w:type="dxa"/>
              <w:right w:w="70" w:type="dxa"/>
            </w:tcMar>
            <w:vAlign w:val="center"/>
          </w:tcPr>
          <w:p w14:paraId="75CE5592" w14:textId="77777777" w:rsidR="008E2B50" w:rsidRPr="00E81C1D" w:rsidRDefault="00000000">
            <w:pPr>
              <w:spacing w:after="0" w:line="240" w:lineRule="auto"/>
              <w:rPr>
                <w:noProof/>
                <w:lang w:val="ro-RO"/>
              </w:rPr>
            </w:pPr>
            <w:r w:rsidRPr="00E81C1D">
              <w:rPr>
                <w:rFonts w:eastAsia="Arial"/>
                <w:noProof/>
                <w:sz w:val="14"/>
                <w:lang w:val="ro-RO"/>
              </w:rPr>
              <w:t>Plan de decizii, termene și verificarea eficacității.</w:t>
            </w:r>
          </w:p>
        </w:tc>
        <w:tc>
          <w:tcPr>
            <w:tcW w:w="1417" w:type="dxa"/>
            <w:tcMar>
              <w:top w:w="60" w:type="dxa"/>
              <w:left w:w="70" w:type="dxa"/>
              <w:bottom w:w="60" w:type="dxa"/>
              <w:right w:w="70" w:type="dxa"/>
            </w:tcMar>
            <w:vAlign w:val="center"/>
          </w:tcPr>
          <w:p w14:paraId="07B5BB2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61D8827B"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4A1289F1" w14:textId="77777777" w:rsidR="008E2B50" w:rsidRPr="00E81C1D" w:rsidRDefault="008E2B50">
            <w:pPr>
              <w:spacing w:after="0" w:line="240" w:lineRule="auto"/>
              <w:jc w:val="center"/>
              <w:rPr>
                <w:noProof/>
                <w:lang w:val="ro-RO"/>
              </w:rPr>
            </w:pPr>
          </w:p>
        </w:tc>
      </w:tr>
    </w:tbl>
    <w:p w14:paraId="4DEEE943"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61777C4A" w14:textId="77777777" w:rsidR="008E2B50" w:rsidRPr="00E81C1D" w:rsidRDefault="008E2B50">
      <w:pPr>
        <w:pageBreakBefore/>
        <w:spacing w:after="0" w:line="24" w:lineRule="auto"/>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12585"/>
      </w:tblGrid>
      <w:tr w:rsidR="008E2B50" w:rsidRPr="00E81C1D" w14:paraId="63CC1BC9" w14:textId="77777777">
        <w:trPr>
          <w:cantSplit/>
          <w:jc w:val="center"/>
        </w:trPr>
        <w:tc>
          <w:tcPr>
            <w:tcW w:w="1020" w:type="dxa"/>
            <w:shd w:val="clear" w:color="auto" w:fill="D71920"/>
            <w:tcMar>
              <w:top w:w="60" w:type="dxa"/>
              <w:left w:w="70" w:type="dxa"/>
              <w:bottom w:w="60" w:type="dxa"/>
              <w:right w:w="70" w:type="dxa"/>
            </w:tcMar>
            <w:vAlign w:val="center"/>
          </w:tcPr>
          <w:p w14:paraId="3FE811A1" w14:textId="77777777" w:rsidR="008E2B50" w:rsidRPr="00E81C1D" w:rsidRDefault="00000000">
            <w:pPr>
              <w:spacing w:after="0" w:line="240" w:lineRule="auto"/>
              <w:jc w:val="center"/>
              <w:rPr>
                <w:noProof/>
                <w:lang w:val="ro-RO"/>
              </w:rPr>
            </w:pPr>
            <w:r w:rsidRPr="00E81C1D">
              <w:rPr>
                <w:rFonts w:eastAsia="Arial"/>
                <w:b/>
                <w:noProof/>
                <w:color w:val="FFFFFF"/>
                <w:sz w:val="34"/>
                <w:lang w:val="ro-RO"/>
              </w:rPr>
              <w:t>9</w:t>
            </w:r>
          </w:p>
        </w:tc>
        <w:tc>
          <w:tcPr>
            <w:tcW w:w="12585" w:type="dxa"/>
            <w:shd w:val="clear" w:color="auto" w:fill="F3F4F5"/>
          </w:tcPr>
          <w:p w14:paraId="44F912CC" w14:textId="77777777" w:rsidR="008E2B50" w:rsidRPr="00E81C1D" w:rsidRDefault="00000000">
            <w:pPr>
              <w:spacing w:after="20"/>
              <w:rPr>
                <w:noProof/>
                <w:lang w:val="ro-RO"/>
              </w:rPr>
            </w:pPr>
            <w:r w:rsidRPr="00E81C1D">
              <w:rPr>
                <w:rFonts w:eastAsia="Arial"/>
                <w:b/>
                <w:noProof/>
                <w:sz w:val="27"/>
                <w:lang w:val="ro-RO"/>
              </w:rPr>
              <w:t>Corecție, îmbunătățire, actualizarea sistemului și pregătirea certificării</w:t>
            </w:r>
          </w:p>
          <w:p w14:paraId="2252F6A0" w14:textId="77777777" w:rsidR="008E2B50" w:rsidRPr="00E81C1D" w:rsidRDefault="00000000">
            <w:pPr>
              <w:spacing w:after="0"/>
              <w:rPr>
                <w:noProof/>
                <w:lang w:val="ro-RO"/>
              </w:rPr>
            </w:pPr>
            <w:r w:rsidRPr="00E81C1D">
              <w:rPr>
                <w:rFonts w:eastAsia="Arial"/>
                <w:noProof/>
                <w:color w:val="666666"/>
                <w:sz w:val="16"/>
                <w:lang w:val="ro-RO"/>
              </w:rPr>
              <w:t>Referință: ISO 22000:2018 + Amd 1:2024, clauza 10 + etapă finală recomandată  |  Obiectiv: învățarea din neconformități, menținerea actualității sistemului și confirmarea funcționării înainte de auditul extern</w:t>
            </w:r>
          </w:p>
        </w:tc>
      </w:tr>
    </w:tbl>
    <w:p w14:paraId="2852C8AF" w14:textId="77777777" w:rsidR="008E2B50" w:rsidRPr="00E81C1D" w:rsidRDefault="008E2B50">
      <w:pPr>
        <w:spacing w:after="20"/>
        <w:rPr>
          <w:noProof/>
          <w:lang w:val="ro-RO"/>
        </w:rPr>
      </w:pPr>
    </w:p>
    <w:tbl>
      <w:tblPr>
        <w:tblW w:w="0" w:type="auto"/>
        <w:jc w:val="center"/>
        <w:tblBorders>
          <w:top w:val="single" w:sz="0" w:space="0" w:color="EAF2F8"/>
          <w:left w:val="single" w:sz="0" w:space="0" w:color="EAF2F8"/>
          <w:bottom w:val="single" w:sz="0" w:space="0" w:color="EAF2F8"/>
          <w:right w:val="single" w:sz="0" w:space="0" w:color="EAF2F8"/>
          <w:insideH w:val="single" w:sz="0" w:space="0" w:color="EAF2F8"/>
          <w:insideV w:val="single" w:sz="0" w:space="0" w:color="EAF2F8"/>
        </w:tblBorders>
        <w:tblLayout w:type="fixed"/>
        <w:tblLook w:val="04A0" w:firstRow="1" w:lastRow="0" w:firstColumn="1" w:lastColumn="0" w:noHBand="0" w:noVBand="1"/>
      </w:tblPr>
      <w:tblGrid>
        <w:gridCol w:w="566"/>
        <w:gridCol w:w="9297"/>
      </w:tblGrid>
      <w:tr w:rsidR="008E2B50" w:rsidRPr="00E81C1D" w14:paraId="2CBC3E5E" w14:textId="77777777">
        <w:trPr>
          <w:cantSplit/>
          <w:jc w:val="center"/>
        </w:trPr>
        <w:tc>
          <w:tcPr>
            <w:tcW w:w="566" w:type="dxa"/>
            <w:shd w:val="clear" w:color="auto" w:fill="D71920"/>
            <w:tcMar>
              <w:top w:w="60" w:type="dxa"/>
              <w:left w:w="70" w:type="dxa"/>
              <w:bottom w:w="60" w:type="dxa"/>
              <w:right w:w="70" w:type="dxa"/>
            </w:tcMar>
            <w:vAlign w:val="center"/>
          </w:tcPr>
          <w:p w14:paraId="0AE9B32D"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EAF2F8"/>
          </w:tcPr>
          <w:p w14:paraId="428B7168" w14:textId="77777777" w:rsidR="008E2B50" w:rsidRPr="00E81C1D" w:rsidRDefault="00000000">
            <w:pPr>
              <w:spacing w:after="40"/>
              <w:rPr>
                <w:noProof/>
                <w:lang w:val="ro-RO"/>
              </w:rPr>
            </w:pPr>
            <w:r w:rsidRPr="00E81C1D">
              <w:rPr>
                <w:rFonts w:eastAsia="Arial"/>
                <w:b/>
                <w:noProof/>
                <w:color w:val="D71920"/>
                <w:lang w:val="ro-RO"/>
              </w:rPr>
              <w:t>PERSPECTIVĂ DE CONSULTANT</w:t>
            </w:r>
          </w:p>
          <w:p w14:paraId="7A8A7520" w14:textId="77777777" w:rsidR="008E2B50" w:rsidRPr="00E81C1D" w:rsidRDefault="00000000">
            <w:pPr>
              <w:spacing w:after="0" w:line="252" w:lineRule="auto"/>
              <w:rPr>
                <w:noProof/>
                <w:lang w:val="ro-RO"/>
              </w:rPr>
            </w:pPr>
            <w:r w:rsidRPr="00E81C1D">
              <w:rPr>
                <w:rFonts w:eastAsia="Arial"/>
                <w:noProof/>
                <w:sz w:val="16"/>
                <w:lang w:val="ro-RO"/>
              </w:rPr>
              <w:t>ISO 22000 și schemele recunoscute de piață nu sunt identice. Clarificați de la început dacă proiectul urmărește doar certificarea ISO 22000 sau o schemă cu cerințe suplimentare.</w:t>
            </w:r>
          </w:p>
        </w:tc>
      </w:tr>
    </w:tbl>
    <w:p w14:paraId="4CB16BCC" w14:textId="77777777" w:rsidR="008E2B50" w:rsidRPr="00E81C1D" w:rsidRDefault="008E2B50">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3"/>
        <w:gridCol w:w="4081"/>
        <w:gridCol w:w="5159"/>
        <w:gridCol w:w="1417"/>
        <w:gridCol w:w="1303"/>
        <w:gridCol w:w="850"/>
      </w:tblGrid>
      <w:tr w:rsidR="008E2B50" w:rsidRPr="00E81C1D" w14:paraId="0B14109F" w14:textId="77777777">
        <w:trPr>
          <w:cantSplit/>
          <w:tblHeader/>
          <w:jc w:val="center"/>
        </w:trPr>
        <w:tc>
          <w:tcPr>
            <w:tcW w:w="793" w:type="dxa"/>
            <w:shd w:val="clear" w:color="auto" w:fill="D71920"/>
            <w:tcMar>
              <w:top w:w="60" w:type="dxa"/>
              <w:left w:w="70" w:type="dxa"/>
              <w:bottom w:w="60" w:type="dxa"/>
              <w:right w:w="70" w:type="dxa"/>
            </w:tcMar>
            <w:vAlign w:val="center"/>
          </w:tcPr>
          <w:p w14:paraId="4D814E2B"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ID</w:t>
            </w:r>
          </w:p>
        </w:tc>
        <w:tc>
          <w:tcPr>
            <w:tcW w:w="4081" w:type="dxa"/>
            <w:shd w:val="clear" w:color="auto" w:fill="D71920"/>
            <w:tcMar>
              <w:top w:w="60" w:type="dxa"/>
              <w:left w:w="70" w:type="dxa"/>
              <w:bottom w:w="60" w:type="dxa"/>
              <w:right w:w="70" w:type="dxa"/>
            </w:tcMar>
            <w:vAlign w:val="center"/>
          </w:tcPr>
          <w:p w14:paraId="74A0B863"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VERIFICARE / ACTIVITATE</w:t>
            </w:r>
          </w:p>
        </w:tc>
        <w:tc>
          <w:tcPr>
            <w:tcW w:w="5159" w:type="dxa"/>
            <w:shd w:val="clear" w:color="auto" w:fill="D71920"/>
            <w:tcMar>
              <w:top w:w="60" w:type="dxa"/>
              <w:left w:w="70" w:type="dxa"/>
              <w:bottom w:w="60" w:type="dxa"/>
              <w:right w:w="70" w:type="dxa"/>
            </w:tcMar>
            <w:vAlign w:val="center"/>
          </w:tcPr>
          <w:p w14:paraId="54CE95F7"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REZULTAT AȘTEPTAT / DOVEZI ORIENTATIVE</w:t>
            </w:r>
          </w:p>
        </w:tc>
        <w:tc>
          <w:tcPr>
            <w:tcW w:w="1417" w:type="dxa"/>
            <w:shd w:val="clear" w:color="auto" w:fill="D71920"/>
            <w:tcMar>
              <w:top w:w="60" w:type="dxa"/>
              <w:left w:w="70" w:type="dxa"/>
              <w:bottom w:w="60" w:type="dxa"/>
              <w:right w:w="70" w:type="dxa"/>
            </w:tcMar>
            <w:vAlign w:val="center"/>
          </w:tcPr>
          <w:p w14:paraId="145C0311"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303" w:type="dxa"/>
            <w:shd w:val="clear" w:color="auto" w:fill="D71920"/>
            <w:tcMar>
              <w:top w:w="60" w:type="dxa"/>
              <w:left w:w="70" w:type="dxa"/>
              <w:bottom w:w="60" w:type="dxa"/>
              <w:right w:w="70" w:type="dxa"/>
            </w:tcMar>
            <w:vAlign w:val="center"/>
          </w:tcPr>
          <w:p w14:paraId="28EE70F4"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850" w:type="dxa"/>
            <w:shd w:val="clear" w:color="auto" w:fill="D71920"/>
            <w:tcMar>
              <w:top w:w="60" w:type="dxa"/>
              <w:left w:w="70" w:type="dxa"/>
              <w:bottom w:w="60" w:type="dxa"/>
              <w:right w:w="70" w:type="dxa"/>
            </w:tcMar>
            <w:vAlign w:val="center"/>
          </w:tcPr>
          <w:p w14:paraId="5E7008F2"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SCOR</w:t>
            </w:r>
          </w:p>
        </w:tc>
      </w:tr>
      <w:tr w:rsidR="008E2B50" w:rsidRPr="00E81C1D" w14:paraId="3DBC2717" w14:textId="77777777">
        <w:trPr>
          <w:cantSplit/>
          <w:jc w:val="center"/>
        </w:trPr>
        <w:tc>
          <w:tcPr>
            <w:tcW w:w="793" w:type="dxa"/>
            <w:tcMar>
              <w:top w:w="60" w:type="dxa"/>
              <w:left w:w="70" w:type="dxa"/>
              <w:bottom w:w="60" w:type="dxa"/>
              <w:right w:w="70" w:type="dxa"/>
            </w:tcMar>
            <w:vAlign w:val="center"/>
          </w:tcPr>
          <w:p w14:paraId="1BCE5C09" w14:textId="77777777" w:rsidR="008E2B50" w:rsidRPr="00E81C1D" w:rsidRDefault="00000000">
            <w:pPr>
              <w:spacing w:after="0" w:line="240" w:lineRule="auto"/>
              <w:jc w:val="center"/>
              <w:rPr>
                <w:noProof/>
                <w:lang w:val="ro-RO"/>
              </w:rPr>
            </w:pPr>
            <w:r w:rsidRPr="00E81C1D">
              <w:rPr>
                <w:rFonts w:eastAsia="Arial"/>
                <w:b/>
                <w:noProof/>
                <w:sz w:val="14"/>
                <w:lang w:val="ro-RO"/>
              </w:rPr>
              <w:t>F9.1</w:t>
            </w:r>
          </w:p>
        </w:tc>
        <w:tc>
          <w:tcPr>
            <w:tcW w:w="4081" w:type="dxa"/>
            <w:tcMar>
              <w:top w:w="60" w:type="dxa"/>
              <w:left w:w="70" w:type="dxa"/>
              <w:bottom w:w="60" w:type="dxa"/>
              <w:right w:w="70" w:type="dxa"/>
            </w:tcMar>
            <w:vAlign w:val="center"/>
          </w:tcPr>
          <w:p w14:paraId="56AD888E" w14:textId="77777777" w:rsidR="008E2B50" w:rsidRPr="00E81C1D" w:rsidRDefault="00000000">
            <w:pPr>
              <w:spacing w:after="0" w:line="240" w:lineRule="auto"/>
              <w:rPr>
                <w:noProof/>
                <w:lang w:val="ro-RO"/>
              </w:rPr>
            </w:pPr>
            <w:r w:rsidRPr="00E81C1D">
              <w:rPr>
                <w:rFonts w:eastAsia="Arial"/>
                <w:noProof/>
                <w:sz w:val="14"/>
                <w:lang w:val="ro-RO"/>
              </w:rPr>
              <w:t>Neconformitățile sunt controlate, corectate și tratate fără întârziere nejustificată.</w:t>
            </w:r>
          </w:p>
        </w:tc>
        <w:tc>
          <w:tcPr>
            <w:tcW w:w="5159" w:type="dxa"/>
            <w:tcMar>
              <w:top w:w="60" w:type="dxa"/>
              <w:left w:w="70" w:type="dxa"/>
              <w:bottom w:w="60" w:type="dxa"/>
              <w:right w:w="70" w:type="dxa"/>
            </w:tcMar>
            <w:vAlign w:val="center"/>
          </w:tcPr>
          <w:p w14:paraId="5A5C8DC5" w14:textId="77777777" w:rsidR="008E2B50" w:rsidRPr="00E81C1D" w:rsidRDefault="00000000">
            <w:pPr>
              <w:spacing w:after="0" w:line="240" w:lineRule="auto"/>
              <w:rPr>
                <w:noProof/>
                <w:lang w:val="ro-RO"/>
              </w:rPr>
            </w:pPr>
            <w:r w:rsidRPr="00E81C1D">
              <w:rPr>
                <w:rFonts w:eastAsia="Arial"/>
                <w:noProof/>
                <w:sz w:val="14"/>
                <w:lang w:val="ro-RO"/>
              </w:rPr>
              <w:t>Reacție, consecințe, responsabilități și înregistrări.</w:t>
            </w:r>
          </w:p>
        </w:tc>
        <w:tc>
          <w:tcPr>
            <w:tcW w:w="1417" w:type="dxa"/>
            <w:tcMar>
              <w:top w:w="60" w:type="dxa"/>
              <w:left w:w="70" w:type="dxa"/>
              <w:bottom w:w="60" w:type="dxa"/>
              <w:right w:w="70" w:type="dxa"/>
            </w:tcMar>
            <w:vAlign w:val="center"/>
          </w:tcPr>
          <w:p w14:paraId="2BB7A4C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3F38EA1D"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57A3E7E" w14:textId="77777777" w:rsidR="008E2B50" w:rsidRPr="00E81C1D" w:rsidRDefault="008E2B50">
            <w:pPr>
              <w:spacing w:after="0" w:line="240" w:lineRule="auto"/>
              <w:jc w:val="center"/>
              <w:rPr>
                <w:noProof/>
                <w:lang w:val="ro-RO"/>
              </w:rPr>
            </w:pPr>
          </w:p>
        </w:tc>
      </w:tr>
      <w:tr w:rsidR="008E2B50" w:rsidRPr="00E81C1D" w14:paraId="0DA18EA9" w14:textId="77777777">
        <w:trPr>
          <w:cantSplit/>
          <w:jc w:val="center"/>
        </w:trPr>
        <w:tc>
          <w:tcPr>
            <w:tcW w:w="793" w:type="dxa"/>
            <w:shd w:val="clear" w:color="auto" w:fill="FAFAFA"/>
            <w:tcMar>
              <w:top w:w="60" w:type="dxa"/>
              <w:left w:w="70" w:type="dxa"/>
              <w:bottom w:w="60" w:type="dxa"/>
              <w:right w:w="70" w:type="dxa"/>
            </w:tcMar>
            <w:vAlign w:val="center"/>
          </w:tcPr>
          <w:p w14:paraId="7634637C" w14:textId="77777777" w:rsidR="008E2B50" w:rsidRPr="00E81C1D" w:rsidRDefault="00000000">
            <w:pPr>
              <w:spacing w:after="0" w:line="240" w:lineRule="auto"/>
              <w:jc w:val="center"/>
              <w:rPr>
                <w:noProof/>
                <w:lang w:val="ro-RO"/>
              </w:rPr>
            </w:pPr>
            <w:r w:rsidRPr="00E81C1D">
              <w:rPr>
                <w:rFonts w:eastAsia="Arial"/>
                <w:b/>
                <w:noProof/>
                <w:sz w:val="14"/>
                <w:lang w:val="ro-RO"/>
              </w:rPr>
              <w:t>F9.2</w:t>
            </w:r>
          </w:p>
        </w:tc>
        <w:tc>
          <w:tcPr>
            <w:tcW w:w="4081" w:type="dxa"/>
            <w:shd w:val="clear" w:color="auto" w:fill="FAFAFA"/>
            <w:tcMar>
              <w:top w:w="60" w:type="dxa"/>
              <w:left w:w="70" w:type="dxa"/>
              <w:bottom w:w="60" w:type="dxa"/>
              <w:right w:w="70" w:type="dxa"/>
            </w:tcMar>
            <w:vAlign w:val="center"/>
          </w:tcPr>
          <w:p w14:paraId="52D98CD9" w14:textId="77777777" w:rsidR="008E2B50" w:rsidRPr="00E81C1D" w:rsidRDefault="00000000">
            <w:pPr>
              <w:spacing w:after="0" w:line="240" w:lineRule="auto"/>
              <w:rPr>
                <w:noProof/>
                <w:lang w:val="ro-RO"/>
              </w:rPr>
            </w:pPr>
            <w:r w:rsidRPr="00E81C1D">
              <w:rPr>
                <w:rFonts w:eastAsia="Arial"/>
                <w:noProof/>
                <w:sz w:val="14"/>
                <w:lang w:val="ro-RO"/>
              </w:rPr>
              <w:t>Cauzele sunt analizate și se verifică existența unor situații similare.</w:t>
            </w:r>
          </w:p>
        </w:tc>
        <w:tc>
          <w:tcPr>
            <w:tcW w:w="5159" w:type="dxa"/>
            <w:shd w:val="clear" w:color="auto" w:fill="FAFAFA"/>
            <w:tcMar>
              <w:top w:w="60" w:type="dxa"/>
              <w:left w:w="70" w:type="dxa"/>
              <w:bottom w:w="60" w:type="dxa"/>
              <w:right w:w="70" w:type="dxa"/>
            </w:tcMar>
            <w:vAlign w:val="center"/>
          </w:tcPr>
          <w:p w14:paraId="7EFD43F5" w14:textId="77777777" w:rsidR="008E2B50" w:rsidRPr="00E81C1D" w:rsidRDefault="00000000">
            <w:pPr>
              <w:spacing w:after="0" w:line="240" w:lineRule="auto"/>
              <w:rPr>
                <w:noProof/>
                <w:lang w:val="ro-RO"/>
              </w:rPr>
            </w:pPr>
            <w:r w:rsidRPr="00E81C1D">
              <w:rPr>
                <w:rFonts w:eastAsia="Arial"/>
                <w:noProof/>
                <w:sz w:val="14"/>
                <w:lang w:val="ro-RO"/>
              </w:rPr>
              <w:t>Metodă, participare multidisciplinară și extinderea verificării.</w:t>
            </w:r>
          </w:p>
        </w:tc>
        <w:tc>
          <w:tcPr>
            <w:tcW w:w="1417" w:type="dxa"/>
            <w:shd w:val="clear" w:color="auto" w:fill="FAFAFA"/>
            <w:tcMar>
              <w:top w:w="60" w:type="dxa"/>
              <w:left w:w="70" w:type="dxa"/>
              <w:bottom w:w="60" w:type="dxa"/>
              <w:right w:w="70" w:type="dxa"/>
            </w:tcMar>
            <w:vAlign w:val="center"/>
          </w:tcPr>
          <w:p w14:paraId="55251A1E"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0B67E484"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2BB659D8" w14:textId="77777777" w:rsidR="008E2B50" w:rsidRPr="00E81C1D" w:rsidRDefault="008E2B50">
            <w:pPr>
              <w:spacing w:after="0" w:line="240" w:lineRule="auto"/>
              <w:jc w:val="center"/>
              <w:rPr>
                <w:noProof/>
                <w:lang w:val="ro-RO"/>
              </w:rPr>
            </w:pPr>
          </w:p>
        </w:tc>
      </w:tr>
      <w:tr w:rsidR="008E2B50" w:rsidRPr="00E81C1D" w14:paraId="68664E80" w14:textId="77777777">
        <w:trPr>
          <w:cantSplit/>
          <w:jc w:val="center"/>
        </w:trPr>
        <w:tc>
          <w:tcPr>
            <w:tcW w:w="793" w:type="dxa"/>
            <w:tcMar>
              <w:top w:w="60" w:type="dxa"/>
              <w:left w:w="70" w:type="dxa"/>
              <w:bottom w:w="60" w:type="dxa"/>
              <w:right w:w="70" w:type="dxa"/>
            </w:tcMar>
            <w:vAlign w:val="center"/>
          </w:tcPr>
          <w:p w14:paraId="09EA9F0C" w14:textId="77777777" w:rsidR="008E2B50" w:rsidRPr="00E81C1D" w:rsidRDefault="00000000">
            <w:pPr>
              <w:spacing w:after="0" w:line="240" w:lineRule="auto"/>
              <w:jc w:val="center"/>
              <w:rPr>
                <w:noProof/>
                <w:lang w:val="ro-RO"/>
              </w:rPr>
            </w:pPr>
            <w:r w:rsidRPr="00E81C1D">
              <w:rPr>
                <w:rFonts w:eastAsia="Arial"/>
                <w:b/>
                <w:noProof/>
                <w:sz w:val="14"/>
                <w:lang w:val="ro-RO"/>
              </w:rPr>
              <w:t>F9.3</w:t>
            </w:r>
          </w:p>
        </w:tc>
        <w:tc>
          <w:tcPr>
            <w:tcW w:w="4081" w:type="dxa"/>
            <w:tcMar>
              <w:top w:w="60" w:type="dxa"/>
              <w:left w:w="70" w:type="dxa"/>
              <w:bottom w:w="60" w:type="dxa"/>
              <w:right w:w="70" w:type="dxa"/>
            </w:tcMar>
            <w:vAlign w:val="center"/>
          </w:tcPr>
          <w:p w14:paraId="08E444F0" w14:textId="77777777" w:rsidR="008E2B50" w:rsidRPr="00E81C1D" w:rsidRDefault="00000000">
            <w:pPr>
              <w:spacing w:after="0" w:line="240" w:lineRule="auto"/>
              <w:rPr>
                <w:noProof/>
                <w:lang w:val="ro-RO"/>
              </w:rPr>
            </w:pPr>
            <w:r w:rsidRPr="00E81C1D">
              <w:rPr>
                <w:rFonts w:eastAsia="Arial"/>
                <w:noProof/>
                <w:sz w:val="14"/>
                <w:lang w:val="ro-RO"/>
              </w:rPr>
              <w:t>Acțiunile corective sunt proporționale cu efectul și riscul.</w:t>
            </w:r>
          </w:p>
        </w:tc>
        <w:tc>
          <w:tcPr>
            <w:tcW w:w="5159" w:type="dxa"/>
            <w:tcMar>
              <w:top w:w="60" w:type="dxa"/>
              <w:left w:w="70" w:type="dxa"/>
              <w:bottom w:w="60" w:type="dxa"/>
              <w:right w:w="70" w:type="dxa"/>
            </w:tcMar>
            <w:vAlign w:val="center"/>
          </w:tcPr>
          <w:p w14:paraId="383559CB" w14:textId="77777777" w:rsidR="008E2B50" w:rsidRPr="00E81C1D" w:rsidRDefault="00000000">
            <w:pPr>
              <w:spacing w:after="0" w:line="240" w:lineRule="auto"/>
              <w:rPr>
                <w:noProof/>
                <w:lang w:val="ro-RO"/>
              </w:rPr>
            </w:pPr>
            <w:r w:rsidRPr="00E81C1D">
              <w:rPr>
                <w:rFonts w:eastAsia="Arial"/>
                <w:noProof/>
                <w:sz w:val="14"/>
                <w:lang w:val="ro-RO"/>
              </w:rPr>
              <w:t>Prioritizare, resurse și termene.</w:t>
            </w:r>
          </w:p>
        </w:tc>
        <w:tc>
          <w:tcPr>
            <w:tcW w:w="1417" w:type="dxa"/>
            <w:tcMar>
              <w:top w:w="60" w:type="dxa"/>
              <w:left w:w="70" w:type="dxa"/>
              <w:bottom w:w="60" w:type="dxa"/>
              <w:right w:w="70" w:type="dxa"/>
            </w:tcMar>
            <w:vAlign w:val="center"/>
          </w:tcPr>
          <w:p w14:paraId="71C299D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51947F75"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48EA87BE" w14:textId="77777777" w:rsidR="008E2B50" w:rsidRPr="00E81C1D" w:rsidRDefault="008E2B50">
            <w:pPr>
              <w:spacing w:after="0" w:line="240" w:lineRule="auto"/>
              <w:jc w:val="center"/>
              <w:rPr>
                <w:noProof/>
                <w:lang w:val="ro-RO"/>
              </w:rPr>
            </w:pPr>
          </w:p>
        </w:tc>
      </w:tr>
      <w:tr w:rsidR="008E2B50" w:rsidRPr="00E81C1D" w14:paraId="2AD25465" w14:textId="77777777">
        <w:trPr>
          <w:cantSplit/>
          <w:jc w:val="center"/>
        </w:trPr>
        <w:tc>
          <w:tcPr>
            <w:tcW w:w="793" w:type="dxa"/>
            <w:shd w:val="clear" w:color="auto" w:fill="FAFAFA"/>
            <w:tcMar>
              <w:top w:w="60" w:type="dxa"/>
              <w:left w:w="70" w:type="dxa"/>
              <w:bottom w:w="60" w:type="dxa"/>
              <w:right w:w="70" w:type="dxa"/>
            </w:tcMar>
            <w:vAlign w:val="center"/>
          </w:tcPr>
          <w:p w14:paraId="37DE7378" w14:textId="77777777" w:rsidR="008E2B50" w:rsidRPr="00E81C1D" w:rsidRDefault="00000000">
            <w:pPr>
              <w:spacing w:after="0" w:line="240" w:lineRule="auto"/>
              <w:jc w:val="center"/>
              <w:rPr>
                <w:noProof/>
                <w:lang w:val="ro-RO"/>
              </w:rPr>
            </w:pPr>
            <w:r w:rsidRPr="00E81C1D">
              <w:rPr>
                <w:rFonts w:eastAsia="Arial"/>
                <w:b/>
                <w:noProof/>
                <w:sz w:val="14"/>
                <w:lang w:val="ro-RO"/>
              </w:rPr>
              <w:t>F9.4</w:t>
            </w:r>
          </w:p>
        </w:tc>
        <w:tc>
          <w:tcPr>
            <w:tcW w:w="4081" w:type="dxa"/>
            <w:shd w:val="clear" w:color="auto" w:fill="FAFAFA"/>
            <w:tcMar>
              <w:top w:w="60" w:type="dxa"/>
              <w:left w:w="70" w:type="dxa"/>
              <w:bottom w:w="60" w:type="dxa"/>
              <w:right w:w="70" w:type="dxa"/>
            </w:tcMar>
            <w:vAlign w:val="center"/>
          </w:tcPr>
          <w:p w14:paraId="6C009CCE" w14:textId="77777777" w:rsidR="008E2B50" w:rsidRPr="00E81C1D" w:rsidRDefault="00000000">
            <w:pPr>
              <w:spacing w:after="0" w:line="240" w:lineRule="auto"/>
              <w:rPr>
                <w:noProof/>
                <w:lang w:val="ro-RO"/>
              </w:rPr>
            </w:pPr>
            <w:r w:rsidRPr="00E81C1D">
              <w:rPr>
                <w:rFonts w:eastAsia="Arial"/>
                <w:noProof/>
                <w:sz w:val="14"/>
                <w:lang w:val="ro-RO"/>
              </w:rPr>
              <w:t>Eficacitatea acțiunilor este verificată prin rezultate, nu doar prin finalizarea sarcinii.</w:t>
            </w:r>
          </w:p>
        </w:tc>
        <w:tc>
          <w:tcPr>
            <w:tcW w:w="5159" w:type="dxa"/>
            <w:shd w:val="clear" w:color="auto" w:fill="FAFAFA"/>
            <w:tcMar>
              <w:top w:w="60" w:type="dxa"/>
              <w:left w:w="70" w:type="dxa"/>
              <w:bottom w:w="60" w:type="dxa"/>
              <w:right w:w="70" w:type="dxa"/>
            </w:tcMar>
            <w:vAlign w:val="center"/>
          </w:tcPr>
          <w:p w14:paraId="6E8C7F59" w14:textId="77777777" w:rsidR="008E2B50" w:rsidRPr="00E81C1D" w:rsidRDefault="00000000">
            <w:pPr>
              <w:spacing w:after="0" w:line="240" w:lineRule="auto"/>
              <w:rPr>
                <w:noProof/>
                <w:lang w:val="ro-RO"/>
              </w:rPr>
            </w:pPr>
            <w:r w:rsidRPr="00E81C1D">
              <w:rPr>
                <w:rFonts w:eastAsia="Arial"/>
                <w:noProof/>
                <w:sz w:val="14"/>
                <w:lang w:val="ro-RO"/>
              </w:rPr>
              <w:t>Date, re-audit, observații și absența repetării.</w:t>
            </w:r>
          </w:p>
        </w:tc>
        <w:tc>
          <w:tcPr>
            <w:tcW w:w="1417" w:type="dxa"/>
            <w:shd w:val="clear" w:color="auto" w:fill="FAFAFA"/>
            <w:tcMar>
              <w:top w:w="60" w:type="dxa"/>
              <w:left w:w="70" w:type="dxa"/>
              <w:bottom w:w="60" w:type="dxa"/>
              <w:right w:w="70" w:type="dxa"/>
            </w:tcMar>
            <w:vAlign w:val="center"/>
          </w:tcPr>
          <w:p w14:paraId="1EFE648F"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206472BB"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48922CED" w14:textId="77777777" w:rsidR="008E2B50" w:rsidRPr="00E81C1D" w:rsidRDefault="008E2B50">
            <w:pPr>
              <w:spacing w:after="0" w:line="240" w:lineRule="auto"/>
              <w:jc w:val="center"/>
              <w:rPr>
                <w:noProof/>
                <w:lang w:val="ro-RO"/>
              </w:rPr>
            </w:pPr>
          </w:p>
        </w:tc>
      </w:tr>
      <w:tr w:rsidR="008E2B50" w:rsidRPr="00E81C1D" w14:paraId="6AB10BAC" w14:textId="77777777">
        <w:trPr>
          <w:cantSplit/>
          <w:jc w:val="center"/>
        </w:trPr>
        <w:tc>
          <w:tcPr>
            <w:tcW w:w="793" w:type="dxa"/>
            <w:tcMar>
              <w:top w:w="60" w:type="dxa"/>
              <w:left w:w="70" w:type="dxa"/>
              <w:bottom w:w="60" w:type="dxa"/>
              <w:right w:w="70" w:type="dxa"/>
            </w:tcMar>
            <w:vAlign w:val="center"/>
          </w:tcPr>
          <w:p w14:paraId="61FC676D" w14:textId="77777777" w:rsidR="008E2B50" w:rsidRPr="00E81C1D" w:rsidRDefault="00000000">
            <w:pPr>
              <w:spacing w:after="0" w:line="240" w:lineRule="auto"/>
              <w:jc w:val="center"/>
              <w:rPr>
                <w:noProof/>
                <w:lang w:val="ro-RO"/>
              </w:rPr>
            </w:pPr>
            <w:r w:rsidRPr="00E81C1D">
              <w:rPr>
                <w:rFonts w:eastAsia="Arial"/>
                <w:b/>
                <w:noProof/>
                <w:sz w:val="14"/>
                <w:lang w:val="ro-RO"/>
              </w:rPr>
              <w:t>F9.5</w:t>
            </w:r>
          </w:p>
        </w:tc>
        <w:tc>
          <w:tcPr>
            <w:tcW w:w="4081" w:type="dxa"/>
            <w:tcMar>
              <w:top w:w="60" w:type="dxa"/>
              <w:left w:w="70" w:type="dxa"/>
              <w:bottom w:w="60" w:type="dxa"/>
              <w:right w:w="70" w:type="dxa"/>
            </w:tcMar>
            <w:vAlign w:val="center"/>
          </w:tcPr>
          <w:p w14:paraId="2B18BE67" w14:textId="77777777" w:rsidR="008E2B50" w:rsidRPr="00E81C1D" w:rsidRDefault="00000000">
            <w:pPr>
              <w:spacing w:after="0" w:line="240" w:lineRule="auto"/>
              <w:rPr>
                <w:noProof/>
                <w:lang w:val="ro-RO"/>
              </w:rPr>
            </w:pPr>
            <w:r w:rsidRPr="00E81C1D">
              <w:rPr>
                <w:rFonts w:eastAsia="Arial"/>
                <w:noProof/>
                <w:sz w:val="14"/>
                <w:lang w:val="ro-RO"/>
              </w:rPr>
              <w:t>Sistemul este îmbunătățit continuu prin comunicare, analiză, audit, verificare și management review.</w:t>
            </w:r>
          </w:p>
        </w:tc>
        <w:tc>
          <w:tcPr>
            <w:tcW w:w="5159" w:type="dxa"/>
            <w:tcMar>
              <w:top w:w="60" w:type="dxa"/>
              <w:left w:w="70" w:type="dxa"/>
              <w:bottom w:w="60" w:type="dxa"/>
              <w:right w:w="70" w:type="dxa"/>
            </w:tcMar>
            <w:vAlign w:val="center"/>
          </w:tcPr>
          <w:p w14:paraId="6F4D4E48" w14:textId="77777777" w:rsidR="008E2B50" w:rsidRPr="00E81C1D" w:rsidRDefault="00000000">
            <w:pPr>
              <w:spacing w:after="0" w:line="240" w:lineRule="auto"/>
              <w:rPr>
                <w:noProof/>
                <w:lang w:val="ro-RO"/>
              </w:rPr>
            </w:pPr>
            <w:r w:rsidRPr="00E81C1D">
              <w:rPr>
                <w:rFonts w:eastAsia="Arial"/>
                <w:noProof/>
                <w:sz w:val="14"/>
                <w:lang w:val="ro-RO"/>
              </w:rPr>
              <w:t>Portofoliu de îmbunătățiri și beneficii demonstrate.</w:t>
            </w:r>
          </w:p>
        </w:tc>
        <w:tc>
          <w:tcPr>
            <w:tcW w:w="1417" w:type="dxa"/>
            <w:tcMar>
              <w:top w:w="60" w:type="dxa"/>
              <w:left w:w="70" w:type="dxa"/>
              <w:bottom w:w="60" w:type="dxa"/>
              <w:right w:w="70" w:type="dxa"/>
            </w:tcMar>
            <w:vAlign w:val="center"/>
          </w:tcPr>
          <w:p w14:paraId="03C10A5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1FB62131"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9242520" w14:textId="77777777" w:rsidR="008E2B50" w:rsidRPr="00E81C1D" w:rsidRDefault="008E2B50">
            <w:pPr>
              <w:spacing w:after="0" w:line="240" w:lineRule="auto"/>
              <w:jc w:val="center"/>
              <w:rPr>
                <w:noProof/>
                <w:lang w:val="ro-RO"/>
              </w:rPr>
            </w:pPr>
          </w:p>
        </w:tc>
      </w:tr>
      <w:tr w:rsidR="008E2B50" w:rsidRPr="00E81C1D" w14:paraId="5589D17B" w14:textId="77777777">
        <w:trPr>
          <w:cantSplit/>
          <w:jc w:val="center"/>
        </w:trPr>
        <w:tc>
          <w:tcPr>
            <w:tcW w:w="793" w:type="dxa"/>
            <w:shd w:val="clear" w:color="auto" w:fill="FAFAFA"/>
            <w:tcMar>
              <w:top w:w="60" w:type="dxa"/>
              <w:left w:w="70" w:type="dxa"/>
              <w:bottom w:w="60" w:type="dxa"/>
              <w:right w:w="70" w:type="dxa"/>
            </w:tcMar>
            <w:vAlign w:val="center"/>
          </w:tcPr>
          <w:p w14:paraId="2519B787" w14:textId="77777777" w:rsidR="008E2B50" w:rsidRPr="00E81C1D" w:rsidRDefault="00000000">
            <w:pPr>
              <w:spacing w:after="0" w:line="240" w:lineRule="auto"/>
              <w:jc w:val="center"/>
              <w:rPr>
                <w:noProof/>
                <w:lang w:val="ro-RO"/>
              </w:rPr>
            </w:pPr>
            <w:r w:rsidRPr="00E81C1D">
              <w:rPr>
                <w:rFonts w:eastAsia="Arial"/>
                <w:b/>
                <w:noProof/>
                <w:sz w:val="14"/>
                <w:lang w:val="ro-RO"/>
              </w:rPr>
              <w:t>F9.6</w:t>
            </w:r>
          </w:p>
        </w:tc>
        <w:tc>
          <w:tcPr>
            <w:tcW w:w="4081" w:type="dxa"/>
            <w:shd w:val="clear" w:color="auto" w:fill="FAFAFA"/>
            <w:tcMar>
              <w:top w:w="60" w:type="dxa"/>
              <w:left w:w="70" w:type="dxa"/>
              <w:bottom w:w="60" w:type="dxa"/>
              <w:right w:w="70" w:type="dxa"/>
            </w:tcMar>
            <w:vAlign w:val="center"/>
          </w:tcPr>
          <w:p w14:paraId="66A27B0D" w14:textId="77777777" w:rsidR="008E2B50" w:rsidRPr="00E81C1D" w:rsidRDefault="00000000">
            <w:pPr>
              <w:spacing w:after="0" w:line="240" w:lineRule="auto"/>
              <w:rPr>
                <w:noProof/>
                <w:lang w:val="ro-RO"/>
              </w:rPr>
            </w:pPr>
            <w:r w:rsidRPr="00E81C1D">
              <w:rPr>
                <w:rFonts w:eastAsia="Arial"/>
                <w:noProof/>
                <w:sz w:val="14"/>
                <w:lang w:val="ro-RO"/>
              </w:rPr>
              <w:t>Echipa actualizează sistemul la intervale planificate și când apar informații noi.</w:t>
            </w:r>
          </w:p>
        </w:tc>
        <w:tc>
          <w:tcPr>
            <w:tcW w:w="5159" w:type="dxa"/>
            <w:shd w:val="clear" w:color="auto" w:fill="FAFAFA"/>
            <w:tcMar>
              <w:top w:w="60" w:type="dxa"/>
              <w:left w:w="70" w:type="dxa"/>
              <w:bottom w:w="60" w:type="dxa"/>
              <w:right w:w="70" w:type="dxa"/>
            </w:tcMar>
            <w:vAlign w:val="center"/>
          </w:tcPr>
          <w:p w14:paraId="025786BB" w14:textId="77777777" w:rsidR="008E2B50" w:rsidRPr="00E81C1D" w:rsidRDefault="00000000">
            <w:pPr>
              <w:spacing w:after="0" w:line="240" w:lineRule="auto"/>
              <w:rPr>
                <w:noProof/>
                <w:lang w:val="ro-RO"/>
              </w:rPr>
            </w:pPr>
            <w:r w:rsidRPr="00E81C1D">
              <w:rPr>
                <w:rFonts w:eastAsia="Arial"/>
                <w:noProof/>
                <w:sz w:val="14"/>
                <w:lang w:val="ro-RO"/>
              </w:rPr>
              <w:t>Ingrediente, produse, procese, pericole, cerințe și rezultate.</w:t>
            </w:r>
          </w:p>
        </w:tc>
        <w:tc>
          <w:tcPr>
            <w:tcW w:w="1417" w:type="dxa"/>
            <w:shd w:val="clear" w:color="auto" w:fill="FAFAFA"/>
            <w:tcMar>
              <w:top w:w="60" w:type="dxa"/>
              <w:left w:w="70" w:type="dxa"/>
              <w:bottom w:w="60" w:type="dxa"/>
              <w:right w:w="70" w:type="dxa"/>
            </w:tcMar>
            <w:vAlign w:val="center"/>
          </w:tcPr>
          <w:p w14:paraId="72D861B6"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22982A5"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3D85EAB4" w14:textId="77777777" w:rsidR="008E2B50" w:rsidRPr="00E81C1D" w:rsidRDefault="008E2B50">
            <w:pPr>
              <w:spacing w:after="0" w:line="240" w:lineRule="auto"/>
              <w:jc w:val="center"/>
              <w:rPr>
                <w:noProof/>
                <w:lang w:val="ro-RO"/>
              </w:rPr>
            </w:pPr>
          </w:p>
        </w:tc>
      </w:tr>
      <w:tr w:rsidR="008E2B50" w:rsidRPr="00E81C1D" w14:paraId="551A7A3D" w14:textId="77777777">
        <w:trPr>
          <w:cantSplit/>
          <w:jc w:val="center"/>
        </w:trPr>
        <w:tc>
          <w:tcPr>
            <w:tcW w:w="793" w:type="dxa"/>
            <w:tcMar>
              <w:top w:w="60" w:type="dxa"/>
              <w:left w:w="70" w:type="dxa"/>
              <w:bottom w:w="60" w:type="dxa"/>
              <w:right w:w="70" w:type="dxa"/>
            </w:tcMar>
            <w:vAlign w:val="center"/>
          </w:tcPr>
          <w:p w14:paraId="23365093" w14:textId="77777777" w:rsidR="008E2B50" w:rsidRPr="00E81C1D" w:rsidRDefault="00000000">
            <w:pPr>
              <w:spacing w:after="0" w:line="240" w:lineRule="auto"/>
              <w:jc w:val="center"/>
              <w:rPr>
                <w:noProof/>
                <w:lang w:val="ro-RO"/>
              </w:rPr>
            </w:pPr>
            <w:r w:rsidRPr="00E81C1D">
              <w:rPr>
                <w:rFonts w:eastAsia="Arial"/>
                <w:b/>
                <w:noProof/>
                <w:sz w:val="14"/>
                <w:lang w:val="ro-RO"/>
              </w:rPr>
              <w:t>F9.7</w:t>
            </w:r>
          </w:p>
        </w:tc>
        <w:tc>
          <w:tcPr>
            <w:tcW w:w="4081" w:type="dxa"/>
            <w:tcMar>
              <w:top w:w="60" w:type="dxa"/>
              <w:left w:w="70" w:type="dxa"/>
              <w:bottom w:w="60" w:type="dxa"/>
              <w:right w:w="70" w:type="dxa"/>
            </w:tcMar>
            <w:vAlign w:val="center"/>
          </w:tcPr>
          <w:p w14:paraId="75BDD8A9" w14:textId="77777777" w:rsidR="008E2B50" w:rsidRPr="00E81C1D" w:rsidRDefault="00000000">
            <w:pPr>
              <w:spacing w:after="0" w:line="240" w:lineRule="auto"/>
              <w:rPr>
                <w:noProof/>
                <w:lang w:val="ro-RO"/>
              </w:rPr>
            </w:pPr>
            <w:r w:rsidRPr="00E81C1D">
              <w:rPr>
                <w:rFonts w:eastAsia="Arial"/>
                <w:noProof/>
                <w:sz w:val="14"/>
                <w:lang w:val="ro-RO"/>
              </w:rPr>
              <w:t>Actualizarea include PRP, analiza pericolelor și planul de control.</w:t>
            </w:r>
          </w:p>
        </w:tc>
        <w:tc>
          <w:tcPr>
            <w:tcW w:w="5159" w:type="dxa"/>
            <w:tcMar>
              <w:top w:w="60" w:type="dxa"/>
              <w:left w:w="70" w:type="dxa"/>
              <w:bottom w:w="60" w:type="dxa"/>
              <w:right w:w="70" w:type="dxa"/>
            </w:tcMar>
            <w:vAlign w:val="center"/>
          </w:tcPr>
          <w:p w14:paraId="0F2DD39E" w14:textId="77777777" w:rsidR="008E2B50" w:rsidRPr="00E81C1D" w:rsidRDefault="00000000">
            <w:pPr>
              <w:spacing w:after="0" w:line="240" w:lineRule="auto"/>
              <w:rPr>
                <w:noProof/>
                <w:lang w:val="ro-RO"/>
              </w:rPr>
            </w:pPr>
            <w:r w:rsidRPr="00E81C1D">
              <w:rPr>
                <w:rFonts w:eastAsia="Arial"/>
                <w:noProof/>
                <w:sz w:val="14"/>
                <w:lang w:val="ro-RO"/>
              </w:rPr>
              <w:t>Revizuiri, aprobări și comunicare.</w:t>
            </w:r>
          </w:p>
        </w:tc>
        <w:tc>
          <w:tcPr>
            <w:tcW w:w="1417" w:type="dxa"/>
            <w:tcMar>
              <w:top w:w="60" w:type="dxa"/>
              <w:left w:w="70" w:type="dxa"/>
              <w:bottom w:w="60" w:type="dxa"/>
              <w:right w:w="70" w:type="dxa"/>
            </w:tcMar>
            <w:vAlign w:val="center"/>
          </w:tcPr>
          <w:p w14:paraId="6C1C109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0BB45F0C"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1AF1738" w14:textId="77777777" w:rsidR="008E2B50" w:rsidRPr="00E81C1D" w:rsidRDefault="008E2B50">
            <w:pPr>
              <w:spacing w:after="0" w:line="240" w:lineRule="auto"/>
              <w:jc w:val="center"/>
              <w:rPr>
                <w:noProof/>
                <w:lang w:val="ro-RO"/>
              </w:rPr>
            </w:pPr>
          </w:p>
        </w:tc>
      </w:tr>
      <w:tr w:rsidR="008E2B50" w:rsidRPr="00E81C1D" w14:paraId="6D2719F3" w14:textId="77777777">
        <w:trPr>
          <w:cantSplit/>
          <w:jc w:val="center"/>
        </w:trPr>
        <w:tc>
          <w:tcPr>
            <w:tcW w:w="793" w:type="dxa"/>
            <w:shd w:val="clear" w:color="auto" w:fill="FAFAFA"/>
            <w:tcMar>
              <w:top w:w="60" w:type="dxa"/>
              <w:left w:w="70" w:type="dxa"/>
              <w:bottom w:w="60" w:type="dxa"/>
              <w:right w:w="70" w:type="dxa"/>
            </w:tcMar>
            <w:vAlign w:val="center"/>
          </w:tcPr>
          <w:p w14:paraId="73D04728" w14:textId="77777777" w:rsidR="008E2B50" w:rsidRPr="00E81C1D" w:rsidRDefault="00000000">
            <w:pPr>
              <w:spacing w:after="0" w:line="240" w:lineRule="auto"/>
              <w:jc w:val="center"/>
              <w:rPr>
                <w:noProof/>
                <w:lang w:val="ro-RO"/>
              </w:rPr>
            </w:pPr>
            <w:r w:rsidRPr="00E81C1D">
              <w:rPr>
                <w:rFonts w:eastAsia="Arial"/>
                <w:b/>
                <w:noProof/>
                <w:sz w:val="14"/>
                <w:lang w:val="ro-RO"/>
              </w:rPr>
              <w:t>F9.8</w:t>
            </w:r>
          </w:p>
        </w:tc>
        <w:tc>
          <w:tcPr>
            <w:tcW w:w="4081" w:type="dxa"/>
            <w:shd w:val="clear" w:color="auto" w:fill="FAFAFA"/>
            <w:tcMar>
              <w:top w:w="60" w:type="dxa"/>
              <w:left w:w="70" w:type="dxa"/>
              <w:bottom w:w="60" w:type="dxa"/>
              <w:right w:w="70" w:type="dxa"/>
            </w:tcMar>
            <w:vAlign w:val="center"/>
          </w:tcPr>
          <w:p w14:paraId="1846B0EF" w14:textId="77777777" w:rsidR="008E2B50" w:rsidRPr="00E81C1D" w:rsidRDefault="00000000">
            <w:pPr>
              <w:spacing w:after="0" w:line="240" w:lineRule="auto"/>
              <w:rPr>
                <w:noProof/>
                <w:lang w:val="ro-RO"/>
              </w:rPr>
            </w:pPr>
            <w:r w:rsidRPr="00E81C1D">
              <w:rPr>
                <w:rFonts w:eastAsia="Arial"/>
                <w:noProof/>
                <w:sz w:val="14"/>
                <w:lang w:val="ro-RO"/>
              </w:rPr>
              <w:t>Sistemul a funcționat suficient pentru a genera dovezi reprezentative.</w:t>
            </w:r>
          </w:p>
        </w:tc>
        <w:tc>
          <w:tcPr>
            <w:tcW w:w="5159" w:type="dxa"/>
            <w:shd w:val="clear" w:color="auto" w:fill="FAFAFA"/>
            <w:tcMar>
              <w:top w:w="60" w:type="dxa"/>
              <w:left w:w="70" w:type="dxa"/>
              <w:bottom w:w="60" w:type="dxa"/>
              <w:right w:w="70" w:type="dxa"/>
            </w:tcMar>
            <w:vAlign w:val="center"/>
          </w:tcPr>
          <w:p w14:paraId="6AFE8DC6" w14:textId="77777777" w:rsidR="008E2B50" w:rsidRPr="00E81C1D" w:rsidRDefault="00000000">
            <w:pPr>
              <w:spacing w:after="0" w:line="240" w:lineRule="auto"/>
              <w:rPr>
                <w:noProof/>
                <w:lang w:val="ro-RO"/>
              </w:rPr>
            </w:pPr>
            <w:r w:rsidRPr="00E81C1D">
              <w:rPr>
                <w:rFonts w:eastAsia="Arial"/>
                <w:noProof/>
                <w:sz w:val="14"/>
                <w:lang w:val="ro-RO"/>
              </w:rPr>
              <w:t>Înregistrări pe loturi, schimburi, produse și cicluri relevante.</w:t>
            </w:r>
          </w:p>
        </w:tc>
        <w:tc>
          <w:tcPr>
            <w:tcW w:w="1417" w:type="dxa"/>
            <w:shd w:val="clear" w:color="auto" w:fill="FAFAFA"/>
            <w:tcMar>
              <w:top w:w="60" w:type="dxa"/>
              <w:left w:w="70" w:type="dxa"/>
              <w:bottom w:w="60" w:type="dxa"/>
              <w:right w:w="70" w:type="dxa"/>
            </w:tcMar>
            <w:vAlign w:val="center"/>
          </w:tcPr>
          <w:p w14:paraId="4291D3AD"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F72594E"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10D8EDCA" w14:textId="77777777" w:rsidR="008E2B50" w:rsidRPr="00E81C1D" w:rsidRDefault="008E2B50">
            <w:pPr>
              <w:spacing w:after="0" w:line="240" w:lineRule="auto"/>
              <w:jc w:val="center"/>
              <w:rPr>
                <w:noProof/>
                <w:lang w:val="ro-RO"/>
              </w:rPr>
            </w:pPr>
          </w:p>
        </w:tc>
      </w:tr>
      <w:tr w:rsidR="008E2B50" w:rsidRPr="00E81C1D" w14:paraId="421101F6" w14:textId="77777777">
        <w:trPr>
          <w:cantSplit/>
          <w:jc w:val="center"/>
        </w:trPr>
        <w:tc>
          <w:tcPr>
            <w:tcW w:w="793" w:type="dxa"/>
            <w:tcMar>
              <w:top w:w="60" w:type="dxa"/>
              <w:left w:w="70" w:type="dxa"/>
              <w:bottom w:w="60" w:type="dxa"/>
              <w:right w:w="70" w:type="dxa"/>
            </w:tcMar>
            <w:vAlign w:val="center"/>
          </w:tcPr>
          <w:p w14:paraId="101B68A1" w14:textId="77777777" w:rsidR="008E2B50" w:rsidRPr="00E81C1D" w:rsidRDefault="00000000">
            <w:pPr>
              <w:spacing w:after="0" w:line="240" w:lineRule="auto"/>
              <w:jc w:val="center"/>
              <w:rPr>
                <w:noProof/>
                <w:lang w:val="ro-RO"/>
              </w:rPr>
            </w:pPr>
            <w:r w:rsidRPr="00E81C1D">
              <w:rPr>
                <w:rFonts w:eastAsia="Arial"/>
                <w:b/>
                <w:noProof/>
                <w:sz w:val="14"/>
                <w:lang w:val="ro-RO"/>
              </w:rPr>
              <w:t>F9.9</w:t>
            </w:r>
          </w:p>
        </w:tc>
        <w:tc>
          <w:tcPr>
            <w:tcW w:w="4081" w:type="dxa"/>
            <w:tcMar>
              <w:top w:w="60" w:type="dxa"/>
              <w:left w:w="70" w:type="dxa"/>
              <w:bottom w:w="60" w:type="dxa"/>
              <w:right w:w="70" w:type="dxa"/>
            </w:tcMar>
            <w:vAlign w:val="center"/>
          </w:tcPr>
          <w:p w14:paraId="0689AAF4" w14:textId="77777777" w:rsidR="008E2B50" w:rsidRPr="00E81C1D" w:rsidRDefault="00000000">
            <w:pPr>
              <w:spacing w:after="0" w:line="240" w:lineRule="auto"/>
              <w:rPr>
                <w:noProof/>
                <w:lang w:val="ro-RO"/>
              </w:rPr>
            </w:pPr>
            <w:r w:rsidRPr="00E81C1D">
              <w:rPr>
                <w:rFonts w:eastAsia="Arial"/>
                <w:noProof/>
                <w:sz w:val="14"/>
                <w:lang w:val="ro-RO"/>
              </w:rPr>
              <w:t>Analiza pericolelor și validările sunt actuale pentru domeniul certificat.</w:t>
            </w:r>
          </w:p>
        </w:tc>
        <w:tc>
          <w:tcPr>
            <w:tcW w:w="5159" w:type="dxa"/>
            <w:tcMar>
              <w:top w:w="60" w:type="dxa"/>
              <w:left w:w="70" w:type="dxa"/>
              <w:bottom w:w="60" w:type="dxa"/>
              <w:right w:w="70" w:type="dxa"/>
            </w:tcMar>
            <w:vAlign w:val="center"/>
          </w:tcPr>
          <w:p w14:paraId="6A700A89" w14:textId="77777777" w:rsidR="008E2B50" w:rsidRPr="00E81C1D" w:rsidRDefault="00000000">
            <w:pPr>
              <w:spacing w:after="0" w:line="240" w:lineRule="auto"/>
              <w:rPr>
                <w:noProof/>
                <w:lang w:val="ro-RO"/>
              </w:rPr>
            </w:pPr>
            <w:r w:rsidRPr="00E81C1D">
              <w:rPr>
                <w:rFonts w:eastAsia="Arial"/>
                <w:noProof/>
                <w:sz w:val="14"/>
                <w:lang w:val="ro-RO"/>
              </w:rPr>
              <w:t>Dosare complete și aprobate.</w:t>
            </w:r>
          </w:p>
        </w:tc>
        <w:tc>
          <w:tcPr>
            <w:tcW w:w="1417" w:type="dxa"/>
            <w:tcMar>
              <w:top w:w="60" w:type="dxa"/>
              <w:left w:w="70" w:type="dxa"/>
              <w:bottom w:w="60" w:type="dxa"/>
              <w:right w:w="70" w:type="dxa"/>
            </w:tcMar>
            <w:vAlign w:val="center"/>
          </w:tcPr>
          <w:p w14:paraId="675116F0"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CE9E7FB"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24754627" w14:textId="77777777" w:rsidR="008E2B50" w:rsidRPr="00E81C1D" w:rsidRDefault="008E2B50">
            <w:pPr>
              <w:spacing w:after="0" w:line="240" w:lineRule="auto"/>
              <w:jc w:val="center"/>
              <w:rPr>
                <w:noProof/>
                <w:lang w:val="ro-RO"/>
              </w:rPr>
            </w:pPr>
          </w:p>
        </w:tc>
      </w:tr>
      <w:tr w:rsidR="008E2B50" w:rsidRPr="00E81C1D" w14:paraId="4DAA8D68" w14:textId="77777777">
        <w:trPr>
          <w:cantSplit/>
          <w:jc w:val="center"/>
        </w:trPr>
        <w:tc>
          <w:tcPr>
            <w:tcW w:w="793" w:type="dxa"/>
            <w:shd w:val="clear" w:color="auto" w:fill="FAFAFA"/>
            <w:tcMar>
              <w:top w:w="60" w:type="dxa"/>
              <w:left w:w="70" w:type="dxa"/>
              <w:bottom w:w="60" w:type="dxa"/>
              <w:right w:w="70" w:type="dxa"/>
            </w:tcMar>
            <w:vAlign w:val="center"/>
          </w:tcPr>
          <w:p w14:paraId="21851243" w14:textId="77777777" w:rsidR="008E2B50" w:rsidRPr="00E81C1D" w:rsidRDefault="00000000">
            <w:pPr>
              <w:spacing w:after="0" w:line="240" w:lineRule="auto"/>
              <w:jc w:val="center"/>
              <w:rPr>
                <w:noProof/>
                <w:lang w:val="ro-RO"/>
              </w:rPr>
            </w:pPr>
            <w:r w:rsidRPr="00E81C1D">
              <w:rPr>
                <w:rFonts w:eastAsia="Arial"/>
                <w:b/>
                <w:noProof/>
                <w:sz w:val="14"/>
                <w:lang w:val="ro-RO"/>
              </w:rPr>
              <w:t>F9.10</w:t>
            </w:r>
          </w:p>
        </w:tc>
        <w:tc>
          <w:tcPr>
            <w:tcW w:w="4081" w:type="dxa"/>
            <w:shd w:val="clear" w:color="auto" w:fill="FAFAFA"/>
            <w:tcMar>
              <w:top w:w="60" w:type="dxa"/>
              <w:left w:w="70" w:type="dxa"/>
              <w:bottom w:w="60" w:type="dxa"/>
              <w:right w:w="70" w:type="dxa"/>
            </w:tcMar>
            <w:vAlign w:val="center"/>
          </w:tcPr>
          <w:p w14:paraId="091A4A4B" w14:textId="77777777" w:rsidR="008E2B50" w:rsidRPr="00E81C1D" w:rsidRDefault="00000000">
            <w:pPr>
              <w:spacing w:after="0" w:line="240" w:lineRule="auto"/>
              <w:rPr>
                <w:noProof/>
                <w:lang w:val="ro-RO"/>
              </w:rPr>
            </w:pPr>
            <w:r w:rsidRPr="00E81C1D">
              <w:rPr>
                <w:rFonts w:eastAsia="Arial"/>
                <w:noProof/>
                <w:sz w:val="14"/>
                <w:lang w:val="ro-RO"/>
              </w:rPr>
              <w:t>Testul de trasabilitate și simularea retragerii sunt finalizate, cu acțiuni tratate.</w:t>
            </w:r>
          </w:p>
        </w:tc>
        <w:tc>
          <w:tcPr>
            <w:tcW w:w="5159" w:type="dxa"/>
            <w:shd w:val="clear" w:color="auto" w:fill="FAFAFA"/>
            <w:tcMar>
              <w:top w:w="60" w:type="dxa"/>
              <w:left w:w="70" w:type="dxa"/>
              <w:bottom w:w="60" w:type="dxa"/>
              <w:right w:w="70" w:type="dxa"/>
            </w:tcMar>
            <w:vAlign w:val="center"/>
          </w:tcPr>
          <w:p w14:paraId="50A0CA54" w14:textId="77777777" w:rsidR="008E2B50" w:rsidRPr="00E81C1D" w:rsidRDefault="00000000">
            <w:pPr>
              <w:spacing w:after="0" w:line="240" w:lineRule="auto"/>
              <w:rPr>
                <w:noProof/>
                <w:lang w:val="ro-RO"/>
              </w:rPr>
            </w:pPr>
            <w:r w:rsidRPr="00E81C1D">
              <w:rPr>
                <w:rFonts w:eastAsia="Arial"/>
                <w:noProof/>
                <w:sz w:val="14"/>
                <w:lang w:val="ro-RO"/>
              </w:rPr>
              <w:t>Rezultate recente, timpi și reconciliere.</w:t>
            </w:r>
          </w:p>
        </w:tc>
        <w:tc>
          <w:tcPr>
            <w:tcW w:w="1417" w:type="dxa"/>
            <w:shd w:val="clear" w:color="auto" w:fill="FAFAFA"/>
            <w:tcMar>
              <w:top w:w="60" w:type="dxa"/>
              <w:left w:w="70" w:type="dxa"/>
              <w:bottom w:w="60" w:type="dxa"/>
              <w:right w:w="70" w:type="dxa"/>
            </w:tcMar>
            <w:vAlign w:val="center"/>
          </w:tcPr>
          <w:p w14:paraId="437EE35D"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75E5415F"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7709CA80" w14:textId="77777777" w:rsidR="008E2B50" w:rsidRPr="00E81C1D" w:rsidRDefault="008E2B50">
            <w:pPr>
              <w:spacing w:after="0" w:line="240" w:lineRule="auto"/>
              <w:jc w:val="center"/>
              <w:rPr>
                <w:noProof/>
                <w:lang w:val="ro-RO"/>
              </w:rPr>
            </w:pPr>
          </w:p>
        </w:tc>
      </w:tr>
      <w:tr w:rsidR="008E2B50" w:rsidRPr="00E81C1D" w14:paraId="1DF89FB6" w14:textId="77777777">
        <w:trPr>
          <w:cantSplit/>
          <w:jc w:val="center"/>
        </w:trPr>
        <w:tc>
          <w:tcPr>
            <w:tcW w:w="793" w:type="dxa"/>
            <w:tcMar>
              <w:top w:w="60" w:type="dxa"/>
              <w:left w:w="70" w:type="dxa"/>
              <w:bottom w:w="60" w:type="dxa"/>
              <w:right w:w="70" w:type="dxa"/>
            </w:tcMar>
            <w:vAlign w:val="center"/>
          </w:tcPr>
          <w:p w14:paraId="22FFA0D4" w14:textId="77777777" w:rsidR="008E2B50" w:rsidRPr="00E81C1D" w:rsidRDefault="00000000">
            <w:pPr>
              <w:spacing w:after="0" w:line="240" w:lineRule="auto"/>
              <w:jc w:val="center"/>
              <w:rPr>
                <w:noProof/>
                <w:lang w:val="ro-RO"/>
              </w:rPr>
            </w:pPr>
            <w:r w:rsidRPr="00E81C1D">
              <w:rPr>
                <w:rFonts w:eastAsia="Arial"/>
                <w:b/>
                <w:noProof/>
                <w:sz w:val="14"/>
                <w:lang w:val="ro-RO"/>
              </w:rPr>
              <w:t>F9.11</w:t>
            </w:r>
          </w:p>
        </w:tc>
        <w:tc>
          <w:tcPr>
            <w:tcW w:w="4081" w:type="dxa"/>
            <w:tcMar>
              <w:top w:w="60" w:type="dxa"/>
              <w:left w:w="70" w:type="dxa"/>
              <w:bottom w:w="60" w:type="dxa"/>
              <w:right w:w="70" w:type="dxa"/>
            </w:tcMar>
            <w:vAlign w:val="center"/>
          </w:tcPr>
          <w:p w14:paraId="43C9BAE2" w14:textId="77777777" w:rsidR="008E2B50" w:rsidRPr="00E81C1D" w:rsidRDefault="00000000">
            <w:pPr>
              <w:spacing w:after="0" w:line="240" w:lineRule="auto"/>
              <w:rPr>
                <w:noProof/>
                <w:lang w:val="ro-RO"/>
              </w:rPr>
            </w:pPr>
            <w:r w:rsidRPr="00E81C1D">
              <w:rPr>
                <w:rFonts w:eastAsia="Arial"/>
                <w:noProof/>
                <w:sz w:val="14"/>
                <w:lang w:val="ro-RO"/>
              </w:rPr>
              <w:t>Auditul intern acoperă toate clauzele, procesele și locațiile.</w:t>
            </w:r>
          </w:p>
        </w:tc>
        <w:tc>
          <w:tcPr>
            <w:tcW w:w="5159" w:type="dxa"/>
            <w:tcMar>
              <w:top w:w="60" w:type="dxa"/>
              <w:left w:w="70" w:type="dxa"/>
              <w:bottom w:w="60" w:type="dxa"/>
              <w:right w:w="70" w:type="dxa"/>
            </w:tcMar>
            <w:vAlign w:val="center"/>
          </w:tcPr>
          <w:p w14:paraId="2D135016" w14:textId="77777777" w:rsidR="008E2B50" w:rsidRPr="00E81C1D" w:rsidRDefault="00000000">
            <w:pPr>
              <w:spacing w:after="0" w:line="240" w:lineRule="auto"/>
              <w:rPr>
                <w:noProof/>
                <w:lang w:val="ro-RO"/>
              </w:rPr>
            </w:pPr>
            <w:r w:rsidRPr="00E81C1D">
              <w:rPr>
                <w:rFonts w:eastAsia="Arial"/>
                <w:noProof/>
                <w:sz w:val="14"/>
                <w:lang w:val="ro-RO"/>
              </w:rPr>
              <w:t>Program finalizat și acțiuni controlate.</w:t>
            </w:r>
          </w:p>
        </w:tc>
        <w:tc>
          <w:tcPr>
            <w:tcW w:w="1417" w:type="dxa"/>
            <w:tcMar>
              <w:top w:w="60" w:type="dxa"/>
              <w:left w:w="70" w:type="dxa"/>
              <w:bottom w:w="60" w:type="dxa"/>
              <w:right w:w="70" w:type="dxa"/>
            </w:tcMar>
            <w:vAlign w:val="center"/>
          </w:tcPr>
          <w:p w14:paraId="58F4299E"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9ED7322"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1566A5F0" w14:textId="77777777" w:rsidR="008E2B50" w:rsidRPr="00E81C1D" w:rsidRDefault="008E2B50">
            <w:pPr>
              <w:spacing w:after="0" w:line="240" w:lineRule="auto"/>
              <w:jc w:val="center"/>
              <w:rPr>
                <w:noProof/>
                <w:lang w:val="ro-RO"/>
              </w:rPr>
            </w:pPr>
          </w:p>
        </w:tc>
      </w:tr>
      <w:tr w:rsidR="008E2B50" w:rsidRPr="00E81C1D" w14:paraId="6BACE245" w14:textId="77777777">
        <w:trPr>
          <w:cantSplit/>
          <w:jc w:val="center"/>
        </w:trPr>
        <w:tc>
          <w:tcPr>
            <w:tcW w:w="793" w:type="dxa"/>
            <w:shd w:val="clear" w:color="auto" w:fill="FAFAFA"/>
            <w:tcMar>
              <w:top w:w="60" w:type="dxa"/>
              <w:left w:w="70" w:type="dxa"/>
              <w:bottom w:w="60" w:type="dxa"/>
              <w:right w:w="70" w:type="dxa"/>
            </w:tcMar>
            <w:vAlign w:val="center"/>
          </w:tcPr>
          <w:p w14:paraId="6613D372" w14:textId="77777777" w:rsidR="008E2B50" w:rsidRPr="00E81C1D" w:rsidRDefault="00000000">
            <w:pPr>
              <w:spacing w:after="0" w:line="240" w:lineRule="auto"/>
              <w:jc w:val="center"/>
              <w:rPr>
                <w:noProof/>
                <w:lang w:val="ro-RO"/>
              </w:rPr>
            </w:pPr>
            <w:r w:rsidRPr="00E81C1D">
              <w:rPr>
                <w:rFonts w:eastAsia="Arial"/>
                <w:b/>
                <w:noProof/>
                <w:sz w:val="14"/>
                <w:lang w:val="ro-RO"/>
              </w:rPr>
              <w:t>F9.12</w:t>
            </w:r>
          </w:p>
        </w:tc>
        <w:tc>
          <w:tcPr>
            <w:tcW w:w="4081" w:type="dxa"/>
            <w:shd w:val="clear" w:color="auto" w:fill="FAFAFA"/>
            <w:tcMar>
              <w:top w:w="60" w:type="dxa"/>
              <w:left w:w="70" w:type="dxa"/>
              <w:bottom w:w="60" w:type="dxa"/>
              <w:right w:w="70" w:type="dxa"/>
            </w:tcMar>
            <w:vAlign w:val="center"/>
          </w:tcPr>
          <w:p w14:paraId="21A39D73" w14:textId="77777777" w:rsidR="008E2B50" w:rsidRPr="00E81C1D" w:rsidRDefault="00000000">
            <w:pPr>
              <w:spacing w:after="0" w:line="240" w:lineRule="auto"/>
              <w:rPr>
                <w:noProof/>
                <w:lang w:val="ro-RO"/>
              </w:rPr>
            </w:pPr>
            <w:r w:rsidRPr="00E81C1D">
              <w:rPr>
                <w:rFonts w:eastAsia="Arial"/>
                <w:noProof/>
                <w:sz w:val="14"/>
                <w:lang w:val="ro-RO"/>
              </w:rPr>
              <w:t>Analiza conducerii este finalizată și demonstrează decizii bazate pe date.</w:t>
            </w:r>
          </w:p>
        </w:tc>
        <w:tc>
          <w:tcPr>
            <w:tcW w:w="5159" w:type="dxa"/>
            <w:shd w:val="clear" w:color="auto" w:fill="FAFAFA"/>
            <w:tcMar>
              <w:top w:w="60" w:type="dxa"/>
              <w:left w:w="70" w:type="dxa"/>
              <w:bottom w:w="60" w:type="dxa"/>
              <w:right w:w="70" w:type="dxa"/>
            </w:tcMar>
            <w:vAlign w:val="center"/>
          </w:tcPr>
          <w:p w14:paraId="1CDC00DF" w14:textId="77777777" w:rsidR="008E2B50" w:rsidRPr="00E81C1D" w:rsidRDefault="00000000">
            <w:pPr>
              <w:spacing w:after="0" w:line="240" w:lineRule="auto"/>
              <w:rPr>
                <w:noProof/>
                <w:lang w:val="ro-RO"/>
              </w:rPr>
            </w:pPr>
            <w:r w:rsidRPr="00E81C1D">
              <w:rPr>
                <w:rFonts w:eastAsia="Arial"/>
                <w:noProof/>
                <w:sz w:val="14"/>
                <w:lang w:val="ro-RO"/>
              </w:rPr>
              <w:t>Minute, resurse și urmărire.</w:t>
            </w:r>
          </w:p>
        </w:tc>
        <w:tc>
          <w:tcPr>
            <w:tcW w:w="1417" w:type="dxa"/>
            <w:shd w:val="clear" w:color="auto" w:fill="FAFAFA"/>
            <w:tcMar>
              <w:top w:w="60" w:type="dxa"/>
              <w:left w:w="70" w:type="dxa"/>
              <w:bottom w:w="60" w:type="dxa"/>
              <w:right w:w="70" w:type="dxa"/>
            </w:tcMar>
            <w:vAlign w:val="center"/>
          </w:tcPr>
          <w:p w14:paraId="3F1A386A"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6BF30655"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6546E430" w14:textId="77777777" w:rsidR="008E2B50" w:rsidRPr="00E81C1D" w:rsidRDefault="008E2B50">
            <w:pPr>
              <w:spacing w:after="0" w:line="240" w:lineRule="auto"/>
              <w:jc w:val="center"/>
              <w:rPr>
                <w:noProof/>
                <w:lang w:val="ro-RO"/>
              </w:rPr>
            </w:pPr>
          </w:p>
        </w:tc>
      </w:tr>
      <w:tr w:rsidR="008E2B50" w:rsidRPr="00E81C1D" w14:paraId="55C4F1F7" w14:textId="77777777">
        <w:trPr>
          <w:cantSplit/>
          <w:jc w:val="center"/>
        </w:trPr>
        <w:tc>
          <w:tcPr>
            <w:tcW w:w="793" w:type="dxa"/>
            <w:tcMar>
              <w:top w:w="60" w:type="dxa"/>
              <w:left w:w="70" w:type="dxa"/>
              <w:bottom w:w="60" w:type="dxa"/>
              <w:right w:w="70" w:type="dxa"/>
            </w:tcMar>
            <w:vAlign w:val="center"/>
          </w:tcPr>
          <w:p w14:paraId="6271734A" w14:textId="77777777" w:rsidR="008E2B50" w:rsidRPr="00E81C1D" w:rsidRDefault="00000000">
            <w:pPr>
              <w:spacing w:after="0" w:line="240" w:lineRule="auto"/>
              <w:jc w:val="center"/>
              <w:rPr>
                <w:noProof/>
                <w:lang w:val="ro-RO"/>
              </w:rPr>
            </w:pPr>
            <w:r w:rsidRPr="00E81C1D">
              <w:rPr>
                <w:rFonts w:eastAsia="Arial"/>
                <w:b/>
                <w:noProof/>
                <w:sz w:val="14"/>
                <w:lang w:val="ro-RO"/>
              </w:rPr>
              <w:t>F9.13</w:t>
            </w:r>
          </w:p>
        </w:tc>
        <w:tc>
          <w:tcPr>
            <w:tcW w:w="4081" w:type="dxa"/>
            <w:tcMar>
              <w:top w:w="60" w:type="dxa"/>
              <w:left w:w="70" w:type="dxa"/>
              <w:bottom w:w="60" w:type="dxa"/>
              <w:right w:w="70" w:type="dxa"/>
            </w:tcMar>
            <w:vAlign w:val="center"/>
          </w:tcPr>
          <w:p w14:paraId="3560D266" w14:textId="77777777" w:rsidR="008E2B50" w:rsidRPr="00E81C1D" w:rsidRDefault="00000000">
            <w:pPr>
              <w:spacing w:after="0" w:line="240" w:lineRule="auto"/>
              <w:rPr>
                <w:noProof/>
                <w:lang w:val="ro-RO"/>
              </w:rPr>
            </w:pPr>
            <w:r w:rsidRPr="00E81C1D">
              <w:rPr>
                <w:rFonts w:eastAsia="Arial"/>
                <w:noProof/>
                <w:sz w:val="14"/>
                <w:lang w:val="ro-RO"/>
              </w:rPr>
              <w:t>Persoanele-cheie pot explica practicile reale și furniza rapid dovezi.</w:t>
            </w:r>
          </w:p>
        </w:tc>
        <w:tc>
          <w:tcPr>
            <w:tcW w:w="5159" w:type="dxa"/>
            <w:tcMar>
              <w:top w:w="60" w:type="dxa"/>
              <w:left w:w="70" w:type="dxa"/>
              <w:bottom w:w="60" w:type="dxa"/>
              <w:right w:w="70" w:type="dxa"/>
            </w:tcMar>
            <w:vAlign w:val="center"/>
          </w:tcPr>
          <w:p w14:paraId="5E7457D6" w14:textId="77777777" w:rsidR="008E2B50" w:rsidRPr="00E81C1D" w:rsidRDefault="00000000">
            <w:pPr>
              <w:spacing w:after="0" w:line="240" w:lineRule="auto"/>
              <w:rPr>
                <w:noProof/>
                <w:lang w:val="ro-RO"/>
              </w:rPr>
            </w:pPr>
            <w:r w:rsidRPr="00E81C1D">
              <w:rPr>
                <w:rFonts w:eastAsia="Arial"/>
                <w:noProof/>
                <w:sz w:val="14"/>
                <w:lang w:val="ro-RO"/>
              </w:rPr>
              <w:t>Interviuri coerente, acces la înregistrări și demonstrarea controalelor.</w:t>
            </w:r>
          </w:p>
        </w:tc>
        <w:tc>
          <w:tcPr>
            <w:tcW w:w="1417" w:type="dxa"/>
            <w:tcMar>
              <w:top w:w="60" w:type="dxa"/>
              <w:left w:w="70" w:type="dxa"/>
              <w:bottom w:w="60" w:type="dxa"/>
              <w:right w:w="70" w:type="dxa"/>
            </w:tcMar>
            <w:vAlign w:val="center"/>
          </w:tcPr>
          <w:p w14:paraId="305AA335" w14:textId="77777777" w:rsidR="008E2B50" w:rsidRPr="00E81C1D" w:rsidRDefault="008E2B50">
            <w:pPr>
              <w:spacing w:after="0" w:line="240" w:lineRule="auto"/>
              <w:jc w:val="center"/>
              <w:rPr>
                <w:noProof/>
                <w:lang w:val="ro-RO"/>
              </w:rPr>
            </w:pPr>
          </w:p>
        </w:tc>
        <w:tc>
          <w:tcPr>
            <w:tcW w:w="1303" w:type="dxa"/>
            <w:tcMar>
              <w:top w:w="60" w:type="dxa"/>
              <w:left w:w="70" w:type="dxa"/>
              <w:bottom w:w="60" w:type="dxa"/>
              <w:right w:w="70" w:type="dxa"/>
            </w:tcMar>
            <w:vAlign w:val="center"/>
          </w:tcPr>
          <w:p w14:paraId="2033E267" w14:textId="77777777" w:rsidR="008E2B50" w:rsidRPr="00E81C1D" w:rsidRDefault="008E2B50">
            <w:pPr>
              <w:spacing w:after="0" w:line="240" w:lineRule="auto"/>
              <w:jc w:val="center"/>
              <w:rPr>
                <w:noProof/>
                <w:lang w:val="ro-RO"/>
              </w:rPr>
            </w:pPr>
          </w:p>
        </w:tc>
        <w:tc>
          <w:tcPr>
            <w:tcW w:w="850" w:type="dxa"/>
            <w:tcMar>
              <w:top w:w="60" w:type="dxa"/>
              <w:left w:w="70" w:type="dxa"/>
              <w:bottom w:w="60" w:type="dxa"/>
              <w:right w:w="70" w:type="dxa"/>
            </w:tcMar>
            <w:vAlign w:val="center"/>
          </w:tcPr>
          <w:p w14:paraId="01813B19" w14:textId="77777777" w:rsidR="008E2B50" w:rsidRPr="00E81C1D" w:rsidRDefault="008E2B50">
            <w:pPr>
              <w:spacing w:after="0" w:line="240" w:lineRule="auto"/>
              <w:jc w:val="center"/>
              <w:rPr>
                <w:noProof/>
                <w:lang w:val="ro-RO"/>
              </w:rPr>
            </w:pPr>
          </w:p>
        </w:tc>
      </w:tr>
      <w:tr w:rsidR="008E2B50" w:rsidRPr="00E81C1D" w14:paraId="58A5E18D" w14:textId="77777777">
        <w:trPr>
          <w:cantSplit/>
          <w:jc w:val="center"/>
        </w:trPr>
        <w:tc>
          <w:tcPr>
            <w:tcW w:w="793" w:type="dxa"/>
            <w:shd w:val="clear" w:color="auto" w:fill="FAFAFA"/>
            <w:tcMar>
              <w:top w:w="60" w:type="dxa"/>
              <w:left w:w="70" w:type="dxa"/>
              <w:bottom w:w="60" w:type="dxa"/>
              <w:right w:w="70" w:type="dxa"/>
            </w:tcMar>
            <w:vAlign w:val="center"/>
          </w:tcPr>
          <w:p w14:paraId="7F83804C" w14:textId="77777777" w:rsidR="008E2B50" w:rsidRPr="00E81C1D" w:rsidRDefault="00000000">
            <w:pPr>
              <w:spacing w:after="0" w:line="240" w:lineRule="auto"/>
              <w:jc w:val="center"/>
              <w:rPr>
                <w:noProof/>
                <w:lang w:val="ro-RO"/>
              </w:rPr>
            </w:pPr>
            <w:r w:rsidRPr="00E81C1D">
              <w:rPr>
                <w:rFonts w:eastAsia="Arial"/>
                <w:b/>
                <w:noProof/>
                <w:sz w:val="14"/>
                <w:lang w:val="ro-RO"/>
              </w:rPr>
              <w:t>F9.14</w:t>
            </w:r>
          </w:p>
        </w:tc>
        <w:tc>
          <w:tcPr>
            <w:tcW w:w="4081" w:type="dxa"/>
            <w:shd w:val="clear" w:color="auto" w:fill="FAFAFA"/>
            <w:tcMar>
              <w:top w:w="60" w:type="dxa"/>
              <w:left w:w="70" w:type="dxa"/>
              <w:bottom w:w="60" w:type="dxa"/>
              <w:right w:w="70" w:type="dxa"/>
            </w:tcMar>
            <w:vAlign w:val="center"/>
          </w:tcPr>
          <w:p w14:paraId="72DDDAAB" w14:textId="77777777" w:rsidR="008E2B50" w:rsidRPr="00E81C1D" w:rsidRDefault="00000000">
            <w:pPr>
              <w:spacing w:after="0" w:line="240" w:lineRule="auto"/>
              <w:rPr>
                <w:noProof/>
                <w:lang w:val="ro-RO"/>
              </w:rPr>
            </w:pPr>
            <w:r w:rsidRPr="00E81C1D">
              <w:rPr>
                <w:rFonts w:eastAsia="Arial"/>
                <w:noProof/>
                <w:sz w:val="14"/>
                <w:lang w:val="ro-RO"/>
              </w:rPr>
              <w:t>Organizația a verificat cerințele suplimentare ale schemei sau clienților, dacă certificarea urmărită le include.</w:t>
            </w:r>
          </w:p>
        </w:tc>
        <w:tc>
          <w:tcPr>
            <w:tcW w:w="5159" w:type="dxa"/>
            <w:shd w:val="clear" w:color="auto" w:fill="FAFAFA"/>
            <w:tcMar>
              <w:top w:w="60" w:type="dxa"/>
              <w:left w:w="70" w:type="dxa"/>
              <w:bottom w:w="60" w:type="dxa"/>
              <w:right w:w="70" w:type="dxa"/>
            </w:tcMar>
            <w:vAlign w:val="center"/>
          </w:tcPr>
          <w:p w14:paraId="441AC416" w14:textId="77777777" w:rsidR="008E2B50" w:rsidRPr="00E81C1D" w:rsidRDefault="00000000">
            <w:pPr>
              <w:spacing w:after="0" w:line="240" w:lineRule="auto"/>
              <w:rPr>
                <w:noProof/>
                <w:lang w:val="ro-RO"/>
              </w:rPr>
            </w:pPr>
            <w:r w:rsidRPr="00E81C1D">
              <w:rPr>
                <w:rFonts w:eastAsia="Arial"/>
                <w:noProof/>
                <w:sz w:val="14"/>
                <w:lang w:val="ro-RO"/>
              </w:rPr>
              <w:t>Analiză de aplicabilitate distinctă față de ISO 22000.</w:t>
            </w:r>
          </w:p>
        </w:tc>
        <w:tc>
          <w:tcPr>
            <w:tcW w:w="1417" w:type="dxa"/>
            <w:shd w:val="clear" w:color="auto" w:fill="FAFAFA"/>
            <w:tcMar>
              <w:top w:w="60" w:type="dxa"/>
              <w:left w:w="70" w:type="dxa"/>
              <w:bottom w:w="60" w:type="dxa"/>
              <w:right w:w="70" w:type="dxa"/>
            </w:tcMar>
            <w:vAlign w:val="center"/>
          </w:tcPr>
          <w:p w14:paraId="51E16478" w14:textId="77777777" w:rsidR="008E2B50" w:rsidRPr="00E81C1D" w:rsidRDefault="008E2B50">
            <w:pPr>
              <w:spacing w:after="0" w:line="240" w:lineRule="auto"/>
              <w:jc w:val="center"/>
              <w:rPr>
                <w:noProof/>
                <w:lang w:val="ro-RO"/>
              </w:rPr>
            </w:pPr>
          </w:p>
        </w:tc>
        <w:tc>
          <w:tcPr>
            <w:tcW w:w="1303" w:type="dxa"/>
            <w:shd w:val="clear" w:color="auto" w:fill="FAFAFA"/>
            <w:tcMar>
              <w:top w:w="60" w:type="dxa"/>
              <w:left w:w="70" w:type="dxa"/>
              <w:bottom w:w="60" w:type="dxa"/>
              <w:right w:w="70" w:type="dxa"/>
            </w:tcMar>
            <w:vAlign w:val="center"/>
          </w:tcPr>
          <w:p w14:paraId="4ED83FB0" w14:textId="77777777" w:rsidR="008E2B50" w:rsidRPr="00E81C1D" w:rsidRDefault="008E2B50">
            <w:pPr>
              <w:spacing w:after="0" w:line="240" w:lineRule="auto"/>
              <w:jc w:val="center"/>
              <w:rPr>
                <w:noProof/>
                <w:lang w:val="ro-RO"/>
              </w:rPr>
            </w:pPr>
          </w:p>
        </w:tc>
        <w:tc>
          <w:tcPr>
            <w:tcW w:w="850" w:type="dxa"/>
            <w:shd w:val="clear" w:color="auto" w:fill="FAFAFA"/>
            <w:tcMar>
              <w:top w:w="60" w:type="dxa"/>
              <w:left w:w="70" w:type="dxa"/>
              <w:bottom w:w="60" w:type="dxa"/>
              <w:right w:w="70" w:type="dxa"/>
            </w:tcMar>
            <w:vAlign w:val="center"/>
          </w:tcPr>
          <w:p w14:paraId="59101296" w14:textId="77777777" w:rsidR="008E2B50" w:rsidRPr="00E81C1D" w:rsidRDefault="008E2B50">
            <w:pPr>
              <w:spacing w:after="0" w:line="240" w:lineRule="auto"/>
              <w:jc w:val="center"/>
              <w:rPr>
                <w:noProof/>
                <w:lang w:val="ro-RO"/>
              </w:rPr>
            </w:pPr>
          </w:p>
        </w:tc>
      </w:tr>
    </w:tbl>
    <w:p w14:paraId="6ECACEFD" w14:textId="77777777" w:rsidR="008E2B50" w:rsidRPr="00E81C1D" w:rsidRDefault="00000000">
      <w:pPr>
        <w:spacing w:before="80" w:after="0"/>
        <w:rPr>
          <w:noProof/>
          <w:lang w:val="ro-RO"/>
        </w:rPr>
      </w:pPr>
      <w:r w:rsidRPr="00E81C1D">
        <w:rPr>
          <w:rFonts w:eastAsia="Arial"/>
          <w:noProof/>
          <w:color w:val="666666"/>
          <w:sz w:val="15"/>
          <w:lang w:val="ro-RO"/>
        </w:rPr>
        <w:t>Observații secțiune / dovezi-cheie: _________________________________________________________________________________________________________________________________________________</w:t>
      </w:r>
    </w:p>
    <w:p w14:paraId="7573A7E8" w14:textId="77777777" w:rsidR="008E2B50" w:rsidRPr="00E81C1D" w:rsidRDefault="008E2B50">
      <w:pPr>
        <w:rPr>
          <w:noProof/>
          <w:lang w:val="ro-RO"/>
        </w:rPr>
        <w:sectPr w:rsidR="008E2B50" w:rsidRPr="00E81C1D">
          <w:headerReference w:type="default" r:id="rId10"/>
          <w:footerReference w:type="default" r:id="rId11"/>
          <w:pgSz w:w="16838" w:h="11906" w:orient="landscape"/>
          <w:pgMar w:top="794" w:right="1020" w:bottom="737" w:left="1020" w:header="720" w:footer="720" w:gutter="0"/>
          <w:cols w:space="720"/>
          <w:titlePg/>
          <w:docGrid w:linePitch="360"/>
        </w:sectPr>
      </w:pPr>
    </w:p>
    <w:p w14:paraId="70FD73FA" w14:textId="77777777" w:rsidR="008E2B50" w:rsidRPr="00E81C1D" w:rsidRDefault="00000000">
      <w:pPr>
        <w:pStyle w:val="Heading1"/>
        <w:rPr>
          <w:noProof/>
          <w:lang w:val="ro-RO"/>
        </w:rPr>
      </w:pPr>
      <w:r w:rsidRPr="00E81C1D">
        <w:rPr>
          <w:noProof/>
          <w:lang w:val="ro-RO"/>
        </w:rPr>
        <w:lastRenderedPageBreak/>
        <w:t>Sinteza evaluării</w:t>
      </w:r>
    </w:p>
    <w:p w14:paraId="46573209" w14:textId="77777777" w:rsidR="008E2B50" w:rsidRPr="00E81C1D" w:rsidRDefault="00000000">
      <w:pPr>
        <w:rPr>
          <w:noProof/>
          <w:lang w:val="ro-RO"/>
        </w:rPr>
      </w:pPr>
      <w:r w:rsidRPr="00E81C1D">
        <w:rPr>
          <w:noProof/>
          <w:lang w:val="ro-RO"/>
        </w:rPr>
        <w:t>Completați scorul obținut pentru fiecare secțiune. Excludeți din maxim doar elementele N/A justificate.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907"/>
        <w:gridCol w:w="4535"/>
        <w:gridCol w:w="1474"/>
        <w:gridCol w:w="1474"/>
        <w:gridCol w:w="1474"/>
      </w:tblGrid>
      <w:tr w:rsidR="008E2B50" w:rsidRPr="00E81C1D" w14:paraId="378F8AEB" w14:textId="77777777">
        <w:trPr>
          <w:jc w:val="center"/>
        </w:trPr>
        <w:tc>
          <w:tcPr>
            <w:tcW w:w="907" w:type="dxa"/>
            <w:shd w:val="clear" w:color="auto" w:fill="D71920"/>
            <w:tcMar>
              <w:top w:w="60" w:type="dxa"/>
              <w:left w:w="70" w:type="dxa"/>
              <w:bottom w:w="60" w:type="dxa"/>
              <w:right w:w="70" w:type="dxa"/>
            </w:tcMar>
            <w:vAlign w:val="center"/>
          </w:tcPr>
          <w:p w14:paraId="1A27529F"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w:t>
            </w:r>
          </w:p>
        </w:tc>
        <w:tc>
          <w:tcPr>
            <w:tcW w:w="4535" w:type="dxa"/>
            <w:shd w:val="clear" w:color="auto" w:fill="D71920"/>
            <w:tcMar>
              <w:top w:w="60" w:type="dxa"/>
              <w:left w:w="70" w:type="dxa"/>
              <w:bottom w:w="60" w:type="dxa"/>
              <w:right w:w="70" w:type="dxa"/>
            </w:tcMar>
            <w:vAlign w:val="center"/>
          </w:tcPr>
          <w:p w14:paraId="71995EF2"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SECȚIUNE</w:t>
            </w:r>
          </w:p>
        </w:tc>
        <w:tc>
          <w:tcPr>
            <w:tcW w:w="1474" w:type="dxa"/>
            <w:shd w:val="clear" w:color="auto" w:fill="D71920"/>
            <w:tcMar>
              <w:top w:w="60" w:type="dxa"/>
              <w:left w:w="70" w:type="dxa"/>
              <w:bottom w:w="60" w:type="dxa"/>
              <w:right w:w="70" w:type="dxa"/>
            </w:tcMar>
            <w:vAlign w:val="center"/>
          </w:tcPr>
          <w:p w14:paraId="23DC6B2B"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SCOR OBȚINUT</w:t>
            </w:r>
          </w:p>
        </w:tc>
        <w:tc>
          <w:tcPr>
            <w:tcW w:w="1474" w:type="dxa"/>
            <w:shd w:val="clear" w:color="auto" w:fill="D71920"/>
            <w:tcMar>
              <w:top w:w="60" w:type="dxa"/>
              <w:left w:w="70" w:type="dxa"/>
              <w:bottom w:w="60" w:type="dxa"/>
              <w:right w:w="70" w:type="dxa"/>
            </w:tcMar>
            <w:vAlign w:val="center"/>
          </w:tcPr>
          <w:p w14:paraId="5A0810D5"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SCOR MAXIM</w:t>
            </w:r>
          </w:p>
        </w:tc>
        <w:tc>
          <w:tcPr>
            <w:tcW w:w="1474" w:type="dxa"/>
            <w:shd w:val="clear" w:color="auto" w:fill="D71920"/>
            <w:tcMar>
              <w:top w:w="60" w:type="dxa"/>
              <w:left w:w="70" w:type="dxa"/>
              <w:bottom w:w="60" w:type="dxa"/>
              <w:right w:w="70" w:type="dxa"/>
            </w:tcMar>
            <w:vAlign w:val="center"/>
          </w:tcPr>
          <w:p w14:paraId="027AAEC6"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PROCENT</w:t>
            </w:r>
          </w:p>
        </w:tc>
      </w:tr>
      <w:tr w:rsidR="008E2B50" w:rsidRPr="00E81C1D" w14:paraId="64CE500F" w14:textId="77777777">
        <w:trPr>
          <w:jc w:val="center"/>
        </w:trPr>
        <w:tc>
          <w:tcPr>
            <w:tcW w:w="907" w:type="dxa"/>
            <w:tcMar>
              <w:top w:w="60" w:type="dxa"/>
              <w:left w:w="70" w:type="dxa"/>
              <w:bottom w:w="60" w:type="dxa"/>
              <w:right w:w="70" w:type="dxa"/>
            </w:tcMar>
            <w:vAlign w:val="center"/>
          </w:tcPr>
          <w:p w14:paraId="18D11A90" w14:textId="77777777" w:rsidR="008E2B50" w:rsidRPr="00E81C1D" w:rsidRDefault="00000000">
            <w:pPr>
              <w:spacing w:after="0" w:line="240" w:lineRule="auto"/>
              <w:jc w:val="center"/>
              <w:rPr>
                <w:noProof/>
                <w:lang w:val="ro-RO"/>
              </w:rPr>
            </w:pPr>
            <w:r w:rsidRPr="00E81C1D">
              <w:rPr>
                <w:rFonts w:eastAsia="Arial"/>
                <w:b/>
                <w:noProof/>
                <w:sz w:val="16"/>
                <w:lang w:val="ro-RO"/>
              </w:rPr>
              <w:t>0</w:t>
            </w:r>
          </w:p>
        </w:tc>
        <w:tc>
          <w:tcPr>
            <w:tcW w:w="4535" w:type="dxa"/>
            <w:tcMar>
              <w:top w:w="60" w:type="dxa"/>
              <w:left w:w="70" w:type="dxa"/>
              <w:bottom w:w="60" w:type="dxa"/>
              <w:right w:w="70" w:type="dxa"/>
            </w:tcMar>
            <w:vAlign w:val="center"/>
          </w:tcPr>
          <w:p w14:paraId="28F4D1D8" w14:textId="77777777" w:rsidR="008E2B50" w:rsidRPr="00E81C1D" w:rsidRDefault="00000000">
            <w:pPr>
              <w:spacing w:after="0" w:line="240" w:lineRule="auto"/>
              <w:rPr>
                <w:noProof/>
                <w:lang w:val="ro-RO"/>
              </w:rPr>
            </w:pPr>
            <w:r w:rsidRPr="00E81C1D">
              <w:rPr>
                <w:rFonts w:eastAsia="Arial"/>
                <w:noProof/>
                <w:sz w:val="16"/>
                <w:lang w:val="ro-RO"/>
              </w:rPr>
              <w:t>Pornirea proiectului și definirea responsabilității</w:t>
            </w:r>
          </w:p>
        </w:tc>
        <w:tc>
          <w:tcPr>
            <w:tcW w:w="1474" w:type="dxa"/>
            <w:tcMar>
              <w:top w:w="60" w:type="dxa"/>
              <w:left w:w="70" w:type="dxa"/>
              <w:bottom w:w="60" w:type="dxa"/>
              <w:right w:w="70" w:type="dxa"/>
            </w:tcMar>
            <w:vAlign w:val="center"/>
          </w:tcPr>
          <w:p w14:paraId="5323028A" w14:textId="77777777" w:rsidR="008E2B50" w:rsidRPr="00E81C1D" w:rsidRDefault="008E2B50">
            <w:pPr>
              <w:spacing w:after="0" w:line="240" w:lineRule="auto"/>
              <w:jc w:val="center"/>
              <w:rPr>
                <w:noProof/>
                <w:lang w:val="ro-RO"/>
              </w:rPr>
            </w:pPr>
          </w:p>
        </w:tc>
        <w:tc>
          <w:tcPr>
            <w:tcW w:w="1474" w:type="dxa"/>
            <w:tcMar>
              <w:top w:w="60" w:type="dxa"/>
              <w:left w:w="70" w:type="dxa"/>
              <w:bottom w:w="60" w:type="dxa"/>
              <w:right w:w="70" w:type="dxa"/>
            </w:tcMar>
            <w:vAlign w:val="center"/>
          </w:tcPr>
          <w:p w14:paraId="01255562" w14:textId="77777777" w:rsidR="008E2B50" w:rsidRPr="00E81C1D" w:rsidRDefault="00000000">
            <w:pPr>
              <w:spacing w:after="0" w:line="240" w:lineRule="auto"/>
              <w:jc w:val="center"/>
              <w:rPr>
                <w:noProof/>
                <w:lang w:val="ro-RO"/>
              </w:rPr>
            </w:pPr>
            <w:r w:rsidRPr="00E81C1D">
              <w:rPr>
                <w:rFonts w:eastAsia="Arial"/>
                <w:noProof/>
                <w:sz w:val="16"/>
                <w:lang w:val="ro-RO"/>
              </w:rPr>
              <w:t>18</w:t>
            </w:r>
          </w:p>
        </w:tc>
        <w:tc>
          <w:tcPr>
            <w:tcW w:w="1474" w:type="dxa"/>
            <w:tcMar>
              <w:top w:w="60" w:type="dxa"/>
              <w:left w:w="70" w:type="dxa"/>
              <w:bottom w:w="60" w:type="dxa"/>
              <w:right w:w="70" w:type="dxa"/>
            </w:tcMar>
            <w:vAlign w:val="center"/>
          </w:tcPr>
          <w:p w14:paraId="10493DA3" w14:textId="77777777" w:rsidR="008E2B50" w:rsidRPr="00E81C1D" w:rsidRDefault="008E2B50">
            <w:pPr>
              <w:spacing w:after="0" w:line="240" w:lineRule="auto"/>
              <w:jc w:val="center"/>
              <w:rPr>
                <w:noProof/>
                <w:lang w:val="ro-RO"/>
              </w:rPr>
            </w:pPr>
          </w:p>
        </w:tc>
      </w:tr>
      <w:tr w:rsidR="008E2B50" w:rsidRPr="00E81C1D" w14:paraId="3F52617C" w14:textId="77777777">
        <w:trPr>
          <w:jc w:val="center"/>
        </w:trPr>
        <w:tc>
          <w:tcPr>
            <w:tcW w:w="907" w:type="dxa"/>
            <w:shd w:val="clear" w:color="auto" w:fill="FAFAFA"/>
            <w:tcMar>
              <w:top w:w="60" w:type="dxa"/>
              <w:left w:w="70" w:type="dxa"/>
              <w:bottom w:w="60" w:type="dxa"/>
              <w:right w:w="70" w:type="dxa"/>
            </w:tcMar>
            <w:vAlign w:val="center"/>
          </w:tcPr>
          <w:p w14:paraId="59E23D7B" w14:textId="77777777" w:rsidR="008E2B50" w:rsidRPr="00E81C1D" w:rsidRDefault="00000000">
            <w:pPr>
              <w:spacing w:after="0" w:line="240" w:lineRule="auto"/>
              <w:jc w:val="center"/>
              <w:rPr>
                <w:noProof/>
                <w:lang w:val="ro-RO"/>
              </w:rPr>
            </w:pPr>
            <w:r w:rsidRPr="00E81C1D">
              <w:rPr>
                <w:rFonts w:eastAsia="Arial"/>
                <w:b/>
                <w:noProof/>
                <w:sz w:val="16"/>
                <w:lang w:val="ro-RO"/>
              </w:rPr>
              <w:t>1</w:t>
            </w:r>
          </w:p>
        </w:tc>
        <w:tc>
          <w:tcPr>
            <w:tcW w:w="4535" w:type="dxa"/>
            <w:shd w:val="clear" w:color="auto" w:fill="FAFAFA"/>
            <w:tcMar>
              <w:top w:w="60" w:type="dxa"/>
              <w:left w:w="70" w:type="dxa"/>
              <w:bottom w:w="60" w:type="dxa"/>
              <w:right w:w="70" w:type="dxa"/>
            </w:tcMar>
            <w:vAlign w:val="center"/>
          </w:tcPr>
          <w:p w14:paraId="575D7ABD" w14:textId="77777777" w:rsidR="008E2B50" w:rsidRPr="00E81C1D" w:rsidRDefault="00000000">
            <w:pPr>
              <w:spacing w:after="0" w:line="240" w:lineRule="auto"/>
              <w:rPr>
                <w:noProof/>
                <w:lang w:val="ro-RO"/>
              </w:rPr>
            </w:pPr>
            <w:r w:rsidRPr="00E81C1D">
              <w:rPr>
                <w:rFonts w:eastAsia="Arial"/>
                <w:noProof/>
                <w:sz w:val="16"/>
                <w:lang w:val="ro-RO"/>
              </w:rPr>
              <w:t>Context, părți interesate, domeniu și sistemul de management</w:t>
            </w:r>
          </w:p>
        </w:tc>
        <w:tc>
          <w:tcPr>
            <w:tcW w:w="1474" w:type="dxa"/>
            <w:shd w:val="clear" w:color="auto" w:fill="FAFAFA"/>
            <w:tcMar>
              <w:top w:w="60" w:type="dxa"/>
              <w:left w:w="70" w:type="dxa"/>
              <w:bottom w:w="60" w:type="dxa"/>
              <w:right w:w="70" w:type="dxa"/>
            </w:tcMar>
            <w:vAlign w:val="center"/>
          </w:tcPr>
          <w:p w14:paraId="383A8372" w14:textId="77777777" w:rsidR="008E2B50" w:rsidRPr="00E81C1D" w:rsidRDefault="008E2B50">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37D17DA3" w14:textId="77777777" w:rsidR="008E2B50" w:rsidRPr="00E81C1D" w:rsidRDefault="00000000">
            <w:pPr>
              <w:spacing w:after="0" w:line="240" w:lineRule="auto"/>
              <w:jc w:val="center"/>
              <w:rPr>
                <w:noProof/>
                <w:lang w:val="ro-RO"/>
              </w:rPr>
            </w:pPr>
            <w:r w:rsidRPr="00E81C1D">
              <w:rPr>
                <w:rFonts w:eastAsia="Arial"/>
                <w:noProof/>
                <w:sz w:val="16"/>
                <w:lang w:val="ro-RO"/>
              </w:rPr>
              <w:t>36</w:t>
            </w:r>
          </w:p>
        </w:tc>
        <w:tc>
          <w:tcPr>
            <w:tcW w:w="1474" w:type="dxa"/>
            <w:shd w:val="clear" w:color="auto" w:fill="FAFAFA"/>
            <w:tcMar>
              <w:top w:w="60" w:type="dxa"/>
              <w:left w:w="70" w:type="dxa"/>
              <w:bottom w:w="60" w:type="dxa"/>
              <w:right w:w="70" w:type="dxa"/>
            </w:tcMar>
            <w:vAlign w:val="center"/>
          </w:tcPr>
          <w:p w14:paraId="7ACDAC28" w14:textId="77777777" w:rsidR="008E2B50" w:rsidRPr="00E81C1D" w:rsidRDefault="008E2B50">
            <w:pPr>
              <w:spacing w:after="0" w:line="240" w:lineRule="auto"/>
              <w:jc w:val="center"/>
              <w:rPr>
                <w:noProof/>
                <w:lang w:val="ro-RO"/>
              </w:rPr>
            </w:pPr>
          </w:p>
        </w:tc>
      </w:tr>
      <w:tr w:rsidR="008E2B50" w:rsidRPr="00E81C1D" w14:paraId="7CC161DD" w14:textId="77777777">
        <w:trPr>
          <w:jc w:val="center"/>
        </w:trPr>
        <w:tc>
          <w:tcPr>
            <w:tcW w:w="907" w:type="dxa"/>
            <w:tcMar>
              <w:top w:w="60" w:type="dxa"/>
              <w:left w:w="70" w:type="dxa"/>
              <w:bottom w:w="60" w:type="dxa"/>
              <w:right w:w="70" w:type="dxa"/>
            </w:tcMar>
            <w:vAlign w:val="center"/>
          </w:tcPr>
          <w:p w14:paraId="56729BB3" w14:textId="77777777" w:rsidR="008E2B50" w:rsidRPr="00E81C1D" w:rsidRDefault="00000000">
            <w:pPr>
              <w:spacing w:after="0" w:line="240" w:lineRule="auto"/>
              <w:jc w:val="center"/>
              <w:rPr>
                <w:noProof/>
                <w:lang w:val="ro-RO"/>
              </w:rPr>
            </w:pPr>
            <w:r w:rsidRPr="00E81C1D">
              <w:rPr>
                <w:rFonts w:eastAsia="Arial"/>
                <w:b/>
                <w:noProof/>
                <w:sz w:val="16"/>
                <w:lang w:val="ro-RO"/>
              </w:rPr>
              <w:t>2</w:t>
            </w:r>
          </w:p>
        </w:tc>
        <w:tc>
          <w:tcPr>
            <w:tcW w:w="4535" w:type="dxa"/>
            <w:tcMar>
              <w:top w:w="60" w:type="dxa"/>
              <w:left w:w="70" w:type="dxa"/>
              <w:bottom w:w="60" w:type="dxa"/>
              <w:right w:w="70" w:type="dxa"/>
            </w:tcMar>
            <w:vAlign w:val="center"/>
          </w:tcPr>
          <w:p w14:paraId="05CC1113" w14:textId="77777777" w:rsidR="008E2B50" w:rsidRPr="00E81C1D" w:rsidRDefault="00000000">
            <w:pPr>
              <w:spacing w:after="0" w:line="240" w:lineRule="auto"/>
              <w:rPr>
                <w:noProof/>
                <w:lang w:val="ro-RO"/>
              </w:rPr>
            </w:pPr>
            <w:r w:rsidRPr="00E81C1D">
              <w:rPr>
                <w:rFonts w:eastAsia="Arial"/>
                <w:noProof/>
                <w:sz w:val="16"/>
                <w:lang w:val="ro-RO"/>
              </w:rPr>
              <w:t>Leadership, politică, roluri și cultura siguranței alimentelor</w:t>
            </w:r>
          </w:p>
        </w:tc>
        <w:tc>
          <w:tcPr>
            <w:tcW w:w="1474" w:type="dxa"/>
            <w:tcMar>
              <w:top w:w="60" w:type="dxa"/>
              <w:left w:w="70" w:type="dxa"/>
              <w:bottom w:w="60" w:type="dxa"/>
              <w:right w:w="70" w:type="dxa"/>
            </w:tcMar>
            <w:vAlign w:val="center"/>
          </w:tcPr>
          <w:p w14:paraId="00B7C0BA" w14:textId="77777777" w:rsidR="008E2B50" w:rsidRPr="00E81C1D" w:rsidRDefault="008E2B50">
            <w:pPr>
              <w:spacing w:after="0" w:line="240" w:lineRule="auto"/>
              <w:jc w:val="center"/>
              <w:rPr>
                <w:noProof/>
                <w:lang w:val="ro-RO"/>
              </w:rPr>
            </w:pPr>
          </w:p>
        </w:tc>
        <w:tc>
          <w:tcPr>
            <w:tcW w:w="1474" w:type="dxa"/>
            <w:tcMar>
              <w:top w:w="60" w:type="dxa"/>
              <w:left w:w="70" w:type="dxa"/>
              <w:bottom w:w="60" w:type="dxa"/>
              <w:right w:w="70" w:type="dxa"/>
            </w:tcMar>
            <w:vAlign w:val="center"/>
          </w:tcPr>
          <w:p w14:paraId="2469433D" w14:textId="77777777" w:rsidR="008E2B50" w:rsidRPr="00E81C1D" w:rsidRDefault="00000000">
            <w:pPr>
              <w:spacing w:after="0" w:line="240" w:lineRule="auto"/>
              <w:jc w:val="center"/>
              <w:rPr>
                <w:noProof/>
                <w:lang w:val="ro-RO"/>
              </w:rPr>
            </w:pPr>
            <w:r w:rsidRPr="00E81C1D">
              <w:rPr>
                <w:rFonts w:eastAsia="Arial"/>
                <w:noProof/>
                <w:sz w:val="16"/>
                <w:lang w:val="ro-RO"/>
              </w:rPr>
              <w:t>36</w:t>
            </w:r>
          </w:p>
        </w:tc>
        <w:tc>
          <w:tcPr>
            <w:tcW w:w="1474" w:type="dxa"/>
            <w:tcMar>
              <w:top w:w="60" w:type="dxa"/>
              <w:left w:w="70" w:type="dxa"/>
              <w:bottom w:w="60" w:type="dxa"/>
              <w:right w:w="70" w:type="dxa"/>
            </w:tcMar>
            <w:vAlign w:val="center"/>
          </w:tcPr>
          <w:p w14:paraId="75454051" w14:textId="77777777" w:rsidR="008E2B50" w:rsidRPr="00E81C1D" w:rsidRDefault="008E2B50">
            <w:pPr>
              <w:spacing w:after="0" w:line="240" w:lineRule="auto"/>
              <w:jc w:val="center"/>
              <w:rPr>
                <w:noProof/>
                <w:lang w:val="ro-RO"/>
              </w:rPr>
            </w:pPr>
          </w:p>
        </w:tc>
      </w:tr>
      <w:tr w:rsidR="008E2B50" w:rsidRPr="00E81C1D" w14:paraId="68B9E829" w14:textId="77777777">
        <w:trPr>
          <w:jc w:val="center"/>
        </w:trPr>
        <w:tc>
          <w:tcPr>
            <w:tcW w:w="907" w:type="dxa"/>
            <w:shd w:val="clear" w:color="auto" w:fill="FAFAFA"/>
            <w:tcMar>
              <w:top w:w="60" w:type="dxa"/>
              <w:left w:w="70" w:type="dxa"/>
              <w:bottom w:w="60" w:type="dxa"/>
              <w:right w:w="70" w:type="dxa"/>
            </w:tcMar>
            <w:vAlign w:val="center"/>
          </w:tcPr>
          <w:p w14:paraId="21D45C3D" w14:textId="77777777" w:rsidR="008E2B50" w:rsidRPr="00E81C1D" w:rsidRDefault="00000000">
            <w:pPr>
              <w:spacing w:after="0" w:line="240" w:lineRule="auto"/>
              <w:jc w:val="center"/>
              <w:rPr>
                <w:noProof/>
                <w:lang w:val="ro-RO"/>
              </w:rPr>
            </w:pPr>
            <w:r w:rsidRPr="00E81C1D">
              <w:rPr>
                <w:rFonts w:eastAsia="Arial"/>
                <w:b/>
                <w:noProof/>
                <w:sz w:val="16"/>
                <w:lang w:val="ro-RO"/>
              </w:rPr>
              <w:t>3</w:t>
            </w:r>
          </w:p>
        </w:tc>
        <w:tc>
          <w:tcPr>
            <w:tcW w:w="4535" w:type="dxa"/>
            <w:shd w:val="clear" w:color="auto" w:fill="FAFAFA"/>
            <w:tcMar>
              <w:top w:w="60" w:type="dxa"/>
              <w:left w:w="70" w:type="dxa"/>
              <w:bottom w:w="60" w:type="dxa"/>
              <w:right w:w="70" w:type="dxa"/>
            </w:tcMar>
            <w:vAlign w:val="center"/>
          </w:tcPr>
          <w:p w14:paraId="6AE35ADD" w14:textId="77777777" w:rsidR="008E2B50" w:rsidRPr="00E81C1D" w:rsidRDefault="00000000">
            <w:pPr>
              <w:spacing w:after="0" w:line="240" w:lineRule="auto"/>
              <w:rPr>
                <w:noProof/>
                <w:lang w:val="ro-RO"/>
              </w:rPr>
            </w:pPr>
            <w:r w:rsidRPr="00E81C1D">
              <w:rPr>
                <w:rFonts w:eastAsia="Arial"/>
                <w:noProof/>
                <w:sz w:val="16"/>
                <w:lang w:val="ro-RO"/>
              </w:rPr>
              <w:t>Planificare: riscuri, oportunități, obiective și schimbări</w:t>
            </w:r>
          </w:p>
        </w:tc>
        <w:tc>
          <w:tcPr>
            <w:tcW w:w="1474" w:type="dxa"/>
            <w:shd w:val="clear" w:color="auto" w:fill="FAFAFA"/>
            <w:tcMar>
              <w:top w:w="60" w:type="dxa"/>
              <w:left w:w="70" w:type="dxa"/>
              <w:bottom w:w="60" w:type="dxa"/>
              <w:right w:w="70" w:type="dxa"/>
            </w:tcMar>
            <w:vAlign w:val="center"/>
          </w:tcPr>
          <w:p w14:paraId="2F21ADCC" w14:textId="77777777" w:rsidR="008E2B50" w:rsidRPr="00E81C1D" w:rsidRDefault="008E2B50">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3A1538F6" w14:textId="77777777" w:rsidR="008E2B50" w:rsidRPr="00E81C1D" w:rsidRDefault="00000000">
            <w:pPr>
              <w:spacing w:after="0" w:line="240" w:lineRule="auto"/>
              <w:jc w:val="center"/>
              <w:rPr>
                <w:noProof/>
                <w:lang w:val="ro-RO"/>
              </w:rPr>
            </w:pPr>
            <w:r w:rsidRPr="00E81C1D">
              <w:rPr>
                <w:rFonts w:eastAsia="Arial"/>
                <w:noProof/>
                <w:sz w:val="16"/>
                <w:lang w:val="ro-RO"/>
              </w:rPr>
              <w:t>36</w:t>
            </w:r>
          </w:p>
        </w:tc>
        <w:tc>
          <w:tcPr>
            <w:tcW w:w="1474" w:type="dxa"/>
            <w:shd w:val="clear" w:color="auto" w:fill="FAFAFA"/>
            <w:tcMar>
              <w:top w:w="60" w:type="dxa"/>
              <w:left w:w="70" w:type="dxa"/>
              <w:bottom w:w="60" w:type="dxa"/>
              <w:right w:w="70" w:type="dxa"/>
            </w:tcMar>
            <w:vAlign w:val="center"/>
          </w:tcPr>
          <w:p w14:paraId="5B3704A4" w14:textId="77777777" w:rsidR="008E2B50" w:rsidRPr="00E81C1D" w:rsidRDefault="008E2B50">
            <w:pPr>
              <w:spacing w:after="0" w:line="240" w:lineRule="auto"/>
              <w:jc w:val="center"/>
              <w:rPr>
                <w:noProof/>
                <w:lang w:val="ro-RO"/>
              </w:rPr>
            </w:pPr>
          </w:p>
        </w:tc>
      </w:tr>
      <w:tr w:rsidR="008E2B50" w:rsidRPr="00E81C1D" w14:paraId="13038999" w14:textId="77777777">
        <w:trPr>
          <w:jc w:val="center"/>
        </w:trPr>
        <w:tc>
          <w:tcPr>
            <w:tcW w:w="907" w:type="dxa"/>
            <w:tcMar>
              <w:top w:w="60" w:type="dxa"/>
              <w:left w:w="70" w:type="dxa"/>
              <w:bottom w:w="60" w:type="dxa"/>
              <w:right w:w="70" w:type="dxa"/>
            </w:tcMar>
            <w:vAlign w:val="center"/>
          </w:tcPr>
          <w:p w14:paraId="3F0C4BE7" w14:textId="77777777" w:rsidR="008E2B50" w:rsidRPr="00E81C1D" w:rsidRDefault="00000000">
            <w:pPr>
              <w:spacing w:after="0" w:line="240" w:lineRule="auto"/>
              <w:jc w:val="center"/>
              <w:rPr>
                <w:noProof/>
                <w:lang w:val="ro-RO"/>
              </w:rPr>
            </w:pPr>
            <w:r w:rsidRPr="00E81C1D">
              <w:rPr>
                <w:rFonts w:eastAsia="Arial"/>
                <w:b/>
                <w:noProof/>
                <w:sz w:val="16"/>
                <w:lang w:val="ro-RO"/>
              </w:rPr>
              <w:t>4</w:t>
            </w:r>
          </w:p>
        </w:tc>
        <w:tc>
          <w:tcPr>
            <w:tcW w:w="4535" w:type="dxa"/>
            <w:tcMar>
              <w:top w:w="60" w:type="dxa"/>
              <w:left w:w="70" w:type="dxa"/>
              <w:bottom w:w="60" w:type="dxa"/>
              <w:right w:w="70" w:type="dxa"/>
            </w:tcMar>
            <w:vAlign w:val="center"/>
          </w:tcPr>
          <w:p w14:paraId="55C8C30B" w14:textId="77777777" w:rsidR="008E2B50" w:rsidRPr="00E81C1D" w:rsidRDefault="00000000">
            <w:pPr>
              <w:spacing w:after="0" w:line="240" w:lineRule="auto"/>
              <w:rPr>
                <w:noProof/>
                <w:lang w:val="ro-RO"/>
              </w:rPr>
            </w:pPr>
            <w:r w:rsidRPr="00E81C1D">
              <w:rPr>
                <w:rFonts w:eastAsia="Arial"/>
                <w:noProof/>
                <w:sz w:val="16"/>
                <w:lang w:val="ro-RO"/>
              </w:rPr>
              <w:t>Suport: resurse, competență, conștientizare, comunicare și documente</w:t>
            </w:r>
          </w:p>
        </w:tc>
        <w:tc>
          <w:tcPr>
            <w:tcW w:w="1474" w:type="dxa"/>
            <w:tcMar>
              <w:top w:w="60" w:type="dxa"/>
              <w:left w:w="70" w:type="dxa"/>
              <w:bottom w:w="60" w:type="dxa"/>
              <w:right w:w="70" w:type="dxa"/>
            </w:tcMar>
            <w:vAlign w:val="center"/>
          </w:tcPr>
          <w:p w14:paraId="11EF6CF1" w14:textId="77777777" w:rsidR="008E2B50" w:rsidRPr="00E81C1D" w:rsidRDefault="008E2B50">
            <w:pPr>
              <w:spacing w:after="0" w:line="240" w:lineRule="auto"/>
              <w:jc w:val="center"/>
              <w:rPr>
                <w:noProof/>
                <w:lang w:val="ro-RO"/>
              </w:rPr>
            </w:pPr>
          </w:p>
        </w:tc>
        <w:tc>
          <w:tcPr>
            <w:tcW w:w="1474" w:type="dxa"/>
            <w:tcMar>
              <w:top w:w="60" w:type="dxa"/>
              <w:left w:w="70" w:type="dxa"/>
              <w:bottom w:w="60" w:type="dxa"/>
              <w:right w:w="70" w:type="dxa"/>
            </w:tcMar>
            <w:vAlign w:val="center"/>
          </w:tcPr>
          <w:p w14:paraId="29331B44" w14:textId="77777777" w:rsidR="008E2B50" w:rsidRPr="00E81C1D" w:rsidRDefault="00000000">
            <w:pPr>
              <w:spacing w:after="0" w:line="240" w:lineRule="auto"/>
              <w:jc w:val="center"/>
              <w:rPr>
                <w:noProof/>
                <w:lang w:val="ro-RO"/>
              </w:rPr>
            </w:pPr>
            <w:r w:rsidRPr="00E81C1D">
              <w:rPr>
                <w:rFonts w:eastAsia="Arial"/>
                <w:noProof/>
                <w:sz w:val="16"/>
                <w:lang w:val="ro-RO"/>
              </w:rPr>
              <w:t>42</w:t>
            </w:r>
          </w:p>
        </w:tc>
        <w:tc>
          <w:tcPr>
            <w:tcW w:w="1474" w:type="dxa"/>
            <w:tcMar>
              <w:top w:w="60" w:type="dxa"/>
              <w:left w:w="70" w:type="dxa"/>
              <w:bottom w:w="60" w:type="dxa"/>
              <w:right w:w="70" w:type="dxa"/>
            </w:tcMar>
            <w:vAlign w:val="center"/>
          </w:tcPr>
          <w:p w14:paraId="28A9BEA5" w14:textId="77777777" w:rsidR="008E2B50" w:rsidRPr="00E81C1D" w:rsidRDefault="008E2B50">
            <w:pPr>
              <w:spacing w:after="0" w:line="240" w:lineRule="auto"/>
              <w:jc w:val="center"/>
              <w:rPr>
                <w:noProof/>
                <w:lang w:val="ro-RO"/>
              </w:rPr>
            </w:pPr>
          </w:p>
        </w:tc>
      </w:tr>
      <w:tr w:rsidR="008E2B50" w:rsidRPr="00E81C1D" w14:paraId="5F856B6A" w14:textId="77777777">
        <w:trPr>
          <w:jc w:val="center"/>
        </w:trPr>
        <w:tc>
          <w:tcPr>
            <w:tcW w:w="907" w:type="dxa"/>
            <w:shd w:val="clear" w:color="auto" w:fill="FAFAFA"/>
            <w:tcMar>
              <w:top w:w="60" w:type="dxa"/>
              <w:left w:w="70" w:type="dxa"/>
              <w:bottom w:w="60" w:type="dxa"/>
              <w:right w:w="70" w:type="dxa"/>
            </w:tcMar>
            <w:vAlign w:val="center"/>
          </w:tcPr>
          <w:p w14:paraId="09C27B44" w14:textId="77777777" w:rsidR="008E2B50" w:rsidRPr="00E81C1D" w:rsidRDefault="00000000">
            <w:pPr>
              <w:spacing w:after="0" w:line="240" w:lineRule="auto"/>
              <w:jc w:val="center"/>
              <w:rPr>
                <w:noProof/>
                <w:lang w:val="ro-RO"/>
              </w:rPr>
            </w:pPr>
            <w:r w:rsidRPr="00E81C1D">
              <w:rPr>
                <w:rFonts w:eastAsia="Arial"/>
                <w:b/>
                <w:noProof/>
                <w:sz w:val="16"/>
                <w:lang w:val="ro-RO"/>
              </w:rPr>
              <w:t>5</w:t>
            </w:r>
          </w:p>
        </w:tc>
        <w:tc>
          <w:tcPr>
            <w:tcW w:w="4535" w:type="dxa"/>
            <w:shd w:val="clear" w:color="auto" w:fill="FAFAFA"/>
            <w:tcMar>
              <w:top w:w="60" w:type="dxa"/>
              <w:left w:w="70" w:type="dxa"/>
              <w:bottom w:w="60" w:type="dxa"/>
              <w:right w:w="70" w:type="dxa"/>
            </w:tcMar>
            <w:vAlign w:val="center"/>
          </w:tcPr>
          <w:p w14:paraId="04FF9A87" w14:textId="77777777" w:rsidR="008E2B50" w:rsidRPr="00E81C1D" w:rsidRDefault="00000000">
            <w:pPr>
              <w:spacing w:after="0" w:line="240" w:lineRule="auto"/>
              <w:rPr>
                <w:noProof/>
                <w:lang w:val="ro-RO"/>
              </w:rPr>
            </w:pPr>
            <w:r w:rsidRPr="00E81C1D">
              <w:rPr>
                <w:rFonts w:eastAsia="Arial"/>
                <w:noProof/>
                <w:sz w:val="16"/>
                <w:lang w:val="ro-RO"/>
              </w:rPr>
              <w:t>Programe preliminare și planificarea controlului operațional</w:t>
            </w:r>
          </w:p>
        </w:tc>
        <w:tc>
          <w:tcPr>
            <w:tcW w:w="1474" w:type="dxa"/>
            <w:shd w:val="clear" w:color="auto" w:fill="FAFAFA"/>
            <w:tcMar>
              <w:top w:w="60" w:type="dxa"/>
              <w:left w:w="70" w:type="dxa"/>
              <w:bottom w:w="60" w:type="dxa"/>
              <w:right w:w="70" w:type="dxa"/>
            </w:tcMar>
            <w:vAlign w:val="center"/>
          </w:tcPr>
          <w:p w14:paraId="5CD7D0B5" w14:textId="77777777" w:rsidR="008E2B50" w:rsidRPr="00E81C1D" w:rsidRDefault="008E2B50">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5E6E9B46" w14:textId="77777777" w:rsidR="008E2B50" w:rsidRPr="00E81C1D" w:rsidRDefault="00000000">
            <w:pPr>
              <w:spacing w:after="0" w:line="240" w:lineRule="auto"/>
              <w:jc w:val="center"/>
              <w:rPr>
                <w:noProof/>
                <w:lang w:val="ro-RO"/>
              </w:rPr>
            </w:pPr>
            <w:r w:rsidRPr="00E81C1D">
              <w:rPr>
                <w:rFonts w:eastAsia="Arial"/>
                <w:noProof/>
                <w:sz w:val="16"/>
                <w:lang w:val="ro-RO"/>
              </w:rPr>
              <w:t>45</w:t>
            </w:r>
          </w:p>
        </w:tc>
        <w:tc>
          <w:tcPr>
            <w:tcW w:w="1474" w:type="dxa"/>
            <w:shd w:val="clear" w:color="auto" w:fill="FAFAFA"/>
            <w:tcMar>
              <w:top w:w="60" w:type="dxa"/>
              <w:left w:w="70" w:type="dxa"/>
              <w:bottom w:w="60" w:type="dxa"/>
              <w:right w:w="70" w:type="dxa"/>
            </w:tcMar>
            <w:vAlign w:val="center"/>
          </w:tcPr>
          <w:p w14:paraId="5447BF5E" w14:textId="77777777" w:rsidR="008E2B50" w:rsidRPr="00E81C1D" w:rsidRDefault="008E2B50">
            <w:pPr>
              <w:spacing w:after="0" w:line="240" w:lineRule="auto"/>
              <w:jc w:val="center"/>
              <w:rPr>
                <w:noProof/>
                <w:lang w:val="ro-RO"/>
              </w:rPr>
            </w:pPr>
          </w:p>
        </w:tc>
      </w:tr>
      <w:tr w:rsidR="008E2B50" w:rsidRPr="00E81C1D" w14:paraId="4923654E" w14:textId="77777777">
        <w:trPr>
          <w:jc w:val="center"/>
        </w:trPr>
        <w:tc>
          <w:tcPr>
            <w:tcW w:w="907" w:type="dxa"/>
            <w:tcMar>
              <w:top w:w="60" w:type="dxa"/>
              <w:left w:w="70" w:type="dxa"/>
              <w:bottom w:w="60" w:type="dxa"/>
              <w:right w:w="70" w:type="dxa"/>
            </w:tcMar>
            <w:vAlign w:val="center"/>
          </w:tcPr>
          <w:p w14:paraId="1C769B6D" w14:textId="77777777" w:rsidR="008E2B50" w:rsidRPr="00E81C1D" w:rsidRDefault="00000000">
            <w:pPr>
              <w:spacing w:after="0" w:line="240" w:lineRule="auto"/>
              <w:jc w:val="center"/>
              <w:rPr>
                <w:noProof/>
                <w:lang w:val="ro-RO"/>
              </w:rPr>
            </w:pPr>
            <w:r w:rsidRPr="00E81C1D">
              <w:rPr>
                <w:rFonts w:eastAsia="Arial"/>
                <w:b/>
                <w:noProof/>
                <w:sz w:val="16"/>
                <w:lang w:val="ro-RO"/>
              </w:rPr>
              <w:t>6</w:t>
            </w:r>
          </w:p>
        </w:tc>
        <w:tc>
          <w:tcPr>
            <w:tcW w:w="4535" w:type="dxa"/>
            <w:tcMar>
              <w:top w:w="60" w:type="dxa"/>
              <w:left w:w="70" w:type="dxa"/>
              <w:bottom w:w="60" w:type="dxa"/>
              <w:right w:w="70" w:type="dxa"/>
            </w:tcMar>
            <w:vAlign w:val="center"/>
          </w:tcPr>
          <w:p w14:paraId="0D3556E1" w14:textId="77777777" w:rsidR="008E2B50" w:rsidRPr="00E81C1D" w:rsidRDefault="00000000">
            <w:pPr>
              <w:spacing w:after="0" w:line="240" w:lineRule="auto"/>
              <w:rPr>
                <w:noProof/>
                <w:lang w:val="ro-RO"/>
              </w:rPr>
            </w:pPr>
            <w:r w:rsidRPr="00E81C1D">
              <w:rPr>
                <w:rFonts w:eastAsia="Arial"/>
                <w:noProof/>
                <w:sz w:val="16"/>
                <w:lang w:val="ro-RO"/>
              </w:rPr>
              <w:t>Analiza pericolelor și planul de control al pericolelor</w:t>
            </w:r>
          </w:p>
        </w:tc>
        <w:tc>
          <w:tcPr>
            <w:tcW w:w="1474" w:type="dxa"/>
            <w:tcMar>
              <w:top w:w="60" w:type="dxa"/>
              <w:left w:w="70" w:type="dxa"/>
              <w:bottom w:w="60" w:type="dxa"/>
              <w:right w:w="70" w:type="dxa"/>
            </w:tcMar>
            <w:vAlign w:val="center"/>
          </w:tcPr>
          <w:p w14:paraId="5252A4A5" w14:textId="77777777" w:rsidR="008E2B50" w:rsidRPr="00E81C1D" w:rsidRDefault="008E2B50">
            <w:pPr>
              <w:spacing w:after="0" w:line="240" w:lineRule="auto"/>
              <w:jc w:val="center"/>
              <w:rPr>
                <w:noProof/>
                <w:lang w:val="ro-RO"/>
              </w:rPr>
            </w:pPr>
          </w:p>
        </w:tc>
        <w:tc>
          <w:tcPr>
            <w:tcW w:w="1474" w:type="dxa"/>
            <w:tcMar>
              <w:top w:w="60" w:type="dxa"/>
              <w:left w:w="70" w:type="dxa"/>
              <w:bottom w:w="60" w:type="dxa"/>
              <w:right w:w="70" w:type="dxa"/>
            </w:tcMar>
            <w:vAlign w:val="center"/>
          </w:tcPr>
          <w:p w14:paraId="47831C8B" w14:textId="77777777" w:rsidR="008E2B50" w:rsidRPr="00E81C1D" w:rsidRDefault="00000000">
            <w:pPr>
              <w:spacing w:after="0" w:line="240" w:lineRule="auto"/>
              <w:jc w:val="center"/>
              <w:rPr>
                <w:noProof/>
                <w:lang w:val="ro-RO"/>
              </w:rPr>
            </w:pPr>
            <w:r w:rsidRPr="00E81C1D">
              <w:rPr>
                <w:rFonts w:eastAsia="Arial"/>
                <w:noProof/>
                <w:sz w:val="16"/>
                <w:lang w:val="ro-RO"/>
              </w:rPr>
              <w:t>45</w:t>
            </w:r>
          </w:p>
        </w:tc>
        <w:tc>
          <w:tcPr>
            <w:tcW w:w="1474" w:type="dxa"/>
            <w:tcMar>
              <w:top w:w="60" w:type="dxa"/>
              <w:left w:w="70" w:type="dxa"/>
              <w:bottom w:w="60" w:type="dxa"/>
              <w:right w:w="70" w:type="dxa"/>
            </w:tcMar>
            <w:vAlign w:val="center"/>
          </w:tcPr>
          <w:p w14:paraId="0BEAC8BB" w14:textId="77777777" w:rsidR="008E2B50" w:rsidRPr="00E81C1D" w:rsidRDefault="008E2B50">
            <w:pPr>
              <w:spacing w:after="0" w:line="240" w:lineRule="auto"/>
              <w:jc w:val="center"/>
              <w:rPr>
                <w:noProof/>
                <w:lang w:val="ro-RO"/>
              </w:rPr>
            </w:pPr>
          </w:p>
        </w:tc>
      </w:tr>
      <w:tr w:rsidR="008E2B50" w:rsidRPr="00E81C1D" w14:paraId="5DEFAC08" w14:textId="77777777">
        <w:trPr>
          <w:jc w:val="center"/>
        </w:trPr>
        <w:tc>
          <w:tcPr>
            <w:tcW w:w="907" w:type="dxa"/>
            <w:shd w:val="clear" w:color="auto" w:fill="FAFAFA"/>
            <w:tcMar>
              <w:top w:w="60" w:type="dxa"/>
              <w:left w:w="70" w:type="dxa"/>
              <w:bottom w:w="60" w:type="dxa"/>
              <w:right w:w="70" w:type="dxa"/>
            </w:tcMar>
            <w:vAlign w:val="center"/>
          </w:tcPr>
          <w:p w14:paraId="6DF24417" w14:textId="77777777" w:rsidR="008E2B50" w:rsidRPr="00E81C1D" w:rsidRDefault="00000000">
            <w:pPr>
              <w:spacing w:after="0" w:line="240" w:lineRule="auto"/>
              <w:jc w:val="center"/>
              <w:rPr>
                <w:noProof/>
                <w:lang w:val="ro-RO"/>
              </w:rPr>
            </w:pPr>
            <w:r w:rsidRPr="00E81C1D">
              <w:rPr>
                <w:rFonts w:eastAsia="Arial"/>
                <w:b/>
                <w:noProof/>
                <w:sz w:val="16"/>
                <w:lang w:val="ro-RO"/>
              </w:rPr>
              <w:t>7</w:t>
            </w:r>
          </w:p>
        </w:tc>
        <w:tc>
          <w:tcPr>
            <w:tcW w:w="4535" w:type="dxa"/>
            <w:shd w:val="clear" w:color="auto" w:fill="FAFAFA"/>
            <w:tcMar>
              <w:top w:w="60" w:type="dxa"/>
              <w:left w:w="70" w:type="dxa"/>
              <w:bottom w:w="60" w:type="dxa"/>
              <w:right w:w="70" w:type="dxa"/>
            </w:tcMar>
            <w:vAlign w:val="center"/>
          </w:tcPr>
          <w:p w14:paraId="022B0FA2" w14:textId="77777777" w:rsidR="008E2B50" w:rsidRPr="00E81C1D" w:rsidRDefault="00000000">
            <w:pPr>
              <w:spacing w:after="0" w:line="240" w:lineRule="auto"/>
              <w:rPr>
                <w:noProof/>
                <w:lang w:val="ro-RO"/>
              </w:rPr>
            </w:pPr>
            <w:r w:rsidRPr="00E81C1D">
              <w:rPr>
                <w:rFonts w:eastAsia="Arial"/>
                <w:noProof/>
                <w:sz w:val="16"/>
                <w:lang w:val="ro-RO"/>
              </w:rPr>
              <w:t>Controlul abaterilor, produsului potențial nesigur, retragerii și situațiilor de urgență</w:t>
            </w:r>
          </w:p>
        </w:tc>
        <w:tc>
          <w:tcPr>
            <w:tcW w:w="1474" w:type="dxa"/>
            <w:shd w:val="clear" w:color="auto" w:fill="FAFAFA"/>
            <w:tcMar>
              <w:top w:w="60" w:type="dxa"/>
              <w:left w:w="70" w:type="dxa"/>
              <w:bottom w:w="60" w:type="dxa"/>
              <w:right w:w="70" w:type="dxa"/>
            </w:tcMar>
            <w:vAlign w:val="center"/>
          </w:tcPr>
          <w:p w14:paraId="49037545" w14:textId="77777777" w:rsidR="008E2B50" w:rsidRPr="00E81C1D" w:rsidRDefault="008E2B50">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24B6B37C" w14:textId="77777777" w:rsidR="008E2B50" w:rsidRPr="00E81C1D" w:rsidRDefault="00000000">
            <w:pPr>
              <w:spacing w:after="0" w:line="240" w:lineRule="auto"/>
              <w:jc w:val="center"/>
              <w:rPr>
                <w:noProof/>
                <w:lang w:val="ro-RO"/>
              </w:rPr>
            </w:pPr>
            <w:r w:rsidRPr="00E81C1D">
              <w:rPr>
                <w:rFonts w:eastAsia="Arial"/>
                <w:noProof/>
                <w:sz w:val="16"/>
                <w:lang w:val="ro-RO"/>
              </w:rPr>
              <w:t>42</w:t>
            </w:r>
          </w:p>
        </w:tc>
        <w:tc>
          <w:tcPr>
            <w:tcW w:w="1474" w:type="dxa"/>
            <w:shd w:val="clear" w:color="auto" w:fill="FAFAFA"/>
            <w:tcMar>
              <w:top w:w="60" w:type="dxa"/>
              <w:left w:w="70" w:type="dxa"/>
              <w:bottom w:w="60" w:type="dxa"/>
              <w:right w:w="70" w:type="dxa"/>
            </w:tcMar>
            <w:vAlign w:val="center"/>
          </w:tcPr>
          <w:p w14:paraId="1010573E" w14:textId="77777777" w:rsidR="008E2B50" w:rsidRPr="00E81C1D" w:rsidRDefault="008E2B50">
            <w:pPr>
              <w:spacing w:after="0" w:line="240" w:lineRule="auto"/>
              <w:jc w:val="center"/>
              <w:rPr>
                <w:noProof/>
                <w:lang w:val="ro-RO"/>
              </w:rPr>
            </w:pPr>
          </w:p>
        </w:tc>
      </w:tr>
      <w:tr w:rsidR="008E2B50" w:rsidRPr="00E81C1D" w14:paraId="201FA07B" w14:textId="77777777">
        <w:trPr>
          <w:jc w:val="center"/>
        </w:trPr>
        <w:tc>
          <w:tcPr>
            <w:tcW w:w="907" w:type="dxa"/>
            <w:tcMar>
              <w:top w:w="60" w:type="dxa"/>
              <w:left w:w="70" w:type="dxa"/>
              <w:bottom w:w="60" w:type="dxa"/>
              <w:right w:w="70" w:type="dxa"/>
            </w:tcMar>
            <w:vAlign w:val="center"/>
          </w:tcPr>
          <w:p w14:paraId="4EA785D3" w14:textId="77777777" w:rsidR="008E2B50" w:rsidRPr="00E81C1D" w:rsidRDefault="00000000">
            <w:pPr>
              <w:spacing w:after="0" w:line="240" w:lineRule="auto"/>
              <w:jc w:val="center"/>
              <w:rPr>
                <w:noProof/>
                <w:lang w:val="ro-RO"/>
              </w:rPr>
            </w:pPr>
            <w:r w:rsidRPr="00E81C1D">
              <w:rPr>
                <w:rFonts w:eastAsia="Arial"/>
                <w:b/>
                <w:noProof/>
                <w:sz w:val="16"/>
                <w:lang w:val="ro-RO"/>
              </w:rPr>
              <w:t>8</w:t>
            </w:r>
          </w:p>
        </w:tc>
        <w:tc>
          <w:tcPr>
            <w:tcW w:w="4535" w:type="dxa"/>
            <w:tcMar>
              <w:top w:w="60" w:type="dxa"/>
              <w:left w:w="70" w:type="dxa"/>
              <w:bottom w:w="60" w:type="dxa"/>
              <w:right w:w="70" w:type="dxa"/>
            </w:tcMar>
            <w:vAlign w:val="center"/>
          </w:tcPr>
          <w:p w14:paraId="0BC5BE1B" w14:textId="77777777" w:rsidR="008E2B50" w:rsidRPr="00E81C1D" w:rsidRDefault="00000000">
            <w:pPr>
              <w:spacing w:after="0" w:line="240" w:lineRule="auto"/>
              <w:rPr>
                <w:noProof/>
                <w:lang w:val="ro-RO"/>
              </w:rPr>
            </w:pPr>
            <w:r w:rsidRPr="00E81C1D">
              <w:rPr>
                <w:rFonts w:eastAsia="Arial"/>
                <w:noProof/>
                <w:sz w:val="16"/>
                <w:lang w:val="ro-RO"/>
              </w:rPr>
              <w:t>Verificare, evaluarea performanței, audit și analiza conducerii</w:t>
            </w:r>
          </w:p>
        </w:tc>
        <w:tc>
          <w:tcPr>
            <w:tcW w:w="1474" w:type="dxa"/>
            <w:tcMar>
              <w:top w:w="60" w:type="dxa"/>
              <w:left w:w="70" w:type="dxa"/>
              <w:bottom w:w="60" w:type="dxa"/>
              <w:right w:w="70" w:type="dxa"/>
            </w:tcMar>
            <w:vAlign w:val="center"/>
          </w:tcPr>
          <w:p w14:paraId="3C1ACC1A" w14:textId="77777777" w:rsidR="008E2B50" w:rsidRPr="00E81C1D" w:rsidRDefault="008E2B50">
            <w:pPr>
              <w:spacing w:after="0" w:line="240" w:lineRule="auto"/>
              <w:jc w:val="center"/>
              <w:rPr>
                <w:noProof/>
                <w:lang w:val="ro-RO"/>
              </w:rPr>
            </w:pPr>
          </w:p>
        </w:tc>
        <w:tc>
          <w:tcPr>
            <w:tcW w:w="1474" w:type="dxa"/>
            <w:tcMar>
              <w:top w:w="60" w:type="dxa"/>
              <w:left w:w="70" w:type="dxa"/>
              <w:bottom w:w="60" w:type="dxa"/>
              <w:right w:w="70" w:type="dxa"/>
            </w:tcMar>
            <w:vAlign w:val="center"/>
          </w:tcPr>
          <w:p w14:paraId="6B14E76C" w14:textId="77777777" w:rsidR="008E2B50" w:rsidRPr="00E81C1D" w:rsidRDefault="00000000">
            <w:pPr>
              <w:spacing w:after="0" w:line="240" w:lineRule="auto"/>
              <w:jc w:val="center"/>
              <w:rPr>
                <w:noProof/>
                <w:lang w:val="ro-RO"/>
              </w:rPr>
            </w:pPr>
            <w:r w:rsidRPr="00E81C1D">
              <w:rPr>
                <w:rFonts w:eastAsia="Arial"/>
                <w:noProof/>
                <w:sz w:val="16"/>
                <w:lang w:val="ro-RO"/>
              </w:rPr>
              <w:t>45</w:t>
            </w:r>
          </w:p>
        </w:tc>
        <w:tc>
          <w:tcPr>
            <w:tcW w:w="1474" w:type="dxa"/>
            <w:tcMar>
              <w:top w:w="60" w:type="dxa"/>
              <w:left w:w="70" w:type="dxa"/>
              <w:bottom w:w="60" w:type="dxa"/>
              <w:right w:w="70" w:type="dxa"/>
            </w:tcMar>
            <w:vAlign w:val="center"/>
          </w:tcPr>
          <w:p w14:paraId="1BFEFC3E" w14:textId="77777777" w:rsidR="008E2B50" w:rsidRPr="00E81C1D" w:rsidRDefault="008E2B50">
            <w:pPr>
              <w:spacing w:after="0" w:line="240" w:lineRule="auto"/>
              <w:jc w:val="center"/>
              <w:rPr>
                <w:noProof/>
                <w:lang w:val="ro-RO"/>
              </w:rPr>
            </w:pPr>
          </w:p>
        </w:tc>
      </w:tr>
      <w:tr w:rsidR="008E2B50" w:rsidRPr="00E81C1D" w14:paraId="60A500C9" w14:textId="77777777">
        <w:trPr>
          <w:jc w:val="center"/>
        </w:trPr>
        <w:tc>
          <w:tcPr>
            <w:tcW w:w="907" w:type="dxa"/>
            <w:shd w:val="clear" w:color="auto" w:fill="FAFAFA"/>
            <w:tcMar>
              <w:top w:w="60" w:type="dxa"/>
              <w:left w:w="70" w:type="dxa"/>
              <w:bottom w:w="60" w:type="dxa"/>
              <w:right w:w="70" w:type="dxa"/>
            </w:tcMar>
            <w:vAlign w:val="center"/>
          </w:tcPr>
          <w:p w14:paraId="785C4CDF" w14:textId="77777777" w:rsidR="008E2B50" w:rsidRPr="00E81C1D" w:rsidRDefault="00000000">
            <w:pPr>
              <w:spacing w:after="0" w:line="240" w:lineRule="auto"/>
              <w:jc w:val="center"/>
              <w:rPr>
                <w:noProof/>
                <w:lang w:val="ro-RO"/>
              </w:rPr>
            </w:pPr>
            <w:r w:rsidRPr="00E81C1D">
              <w:rPr>
                <w:rFonts w:eastAsia="Arial"/>
                <w:b/>
                <w:noProof/>
                <w:sz w:val="16"/>
                <w:lang w:val="ro-RO"/>
              </w:rPr>
              <w:t>9</w:t>
            </w:r>
          </w:p>
        </w:tc>
        <w:tc>
          <w:tcPr>
            <w:tcW w:w="4535" w:type="dxa"/>
            <w:shd w:val="clear" w:color="auto" w:fill="FAFAFA"/>
            <w:tcMar>
              <w:top w:w="60" w:type="dxa"/>
              <w:left w:w="70" w:type="dxa"/>
              <w:bottom w:w="60" w:type="dxa"/>
              <w:right w:w="70" w:type="dxa"/>
            </w:tcMar>
            <w:vAlign w:val="center"/>
          </w:tcPr>
          <w:p w14:paraId="07FDFE14" w14:textId="77777777" w:rsidR="008E2B50" w:rsidRPr="00E81C1D" w:rsidRDefault="00000000">
            <w:pPr>
              <w:spacing w:after="0" w:line="240" w:lineRule="auto"/>
              <w:rPr>
                <w:noProof/>
                <w:lang w:val="ro-RO"/>
              </w:rPr>
            </w:pPr>
            <w:r w:rsidRPr="00E81C1D">
              <w:rPr>
                <w:rFonts w:eastAsia="Arial"/>
                <w:noProof/>
                <w:sz w:val="16"/>
                <w:lang w:val="ro-RO"/>
              </w:rPr>
              <w:t>Corecție, îmbunătățire, actualizarea sistemului și pregătirea certificării</w:t>
            </w:r>
          </w:p>
        </w:tc>
        <w:tc>
          <w:tcPr>
            <w:tcW w:w="1474" w:type="dxa"/>
            <w:shd w:val="clear" w:color="auto" w:fill="FAFAFA"/>
            <w:tcMar>
              <w:top w:w="60" w:type="dxa"/>
              <w:left w:w="70" w:type="dxa"/>
              <w:bottom w:w="60" w:type="dxa"/>
              <w:right w:w="70" w:type="dxa"/>
            </w:tcMar>
            <w:vAlign w:val="center"/>
          </w:tcPr>
          <w:p w14:paraId="3608EA82" w14:textId="77777777" w:rsidR="008E2B50" w:rsidRPr="00E81C1D" w:rsidRDefault="008E2B50">
            <w:pPr>
              <w:spacing w:after="0" w:line="240" w:lineRule="auto"/>
              <w:jc w:val="center"/>
              <w:rPr>
                <w:noProof/>
                <w:lang w:val="ro-RO"/>
              </w:rPr>
            </w:pPr>
          </w:p>
        </w:tc>
        <w:tc>
          <w:tcPr>
            <w:tcW w:w="1474" w:type="dxa"/>
            <w:shd w:val="clear" w:color="auto" w:fill="FAFAFA"/>
            <w:tcMar>
              <w:top w:w="60" w:type="dxa"/>
              <w:left w:w="70" w:type="dxa"/>
              <w:bottom w:w="60" w:type="dxa"/>
              <w:right w:w="70" w:type="dxa"/>
            </w:tcMar>
            <w:vAlign w:val="center"/>
          </w:tcPr>
          <w:p w14:paraId="0F193B45" w14:textId="77777777" w:rsidR="008E2B50" w:rsidRPr="00E81C1D" w:rsidRDefault="00000000">
            <w:pPr>
              <w:spacing w:after="0" w:line="240" w:lineRule="auto"/>
              <w:jc w:val="center"/>
              <w:rPr>
                <w:noProof/>
                <w:lang w:val="ro-RO"/>
              </w:rPr>
            </w:pPr>
            <w:r w:rsidRPr="00E81C1D">
              <w:rPr>
                <w:rFonts w:eastAsia="Arial"/>
                <w:noProof/>
                <w:sz w:val="16"/>
                <w:lang w:val="ro-RO"/>
              </w:rPr>
              <w:t>42</w:t>
            </w:r>
          </w:p>
        </w:tc>
        <w:tc>
          <w:tcPr>
            <w:tcW w:w="1474" w:type="dxa"/>
            <w:shd w:val="clear" w:color="auto" w:fill="FAFAFA"/>
            <w:tcMar>
              <w:top w:w="60" w:type="dxa"/>
              <w:left w:w="70" w:type="dxa"/>
              <w:bottom w:w="60" w:type="dxa"/>
              <w:right w:w="70" w:type="dxa"/>
            </w:tcMar>
            <w:vAlign w:val="center"/>
          </w:tcPr>
          <w:p w14:paraId="560388D4" w14:textId="77777777" w:rsidR="008E2B50" w:rsidRPr="00E81C1D" w:rsidRDefault="008E2B50">
            <w:pPr>
              <w:spacing w:after="0" w:line="240" w:lineRule="auto"/>
              <w:jc w:val="center"/>
              <w:rPr>
                <w:noProof/>
                <w:lang w:val="ro-RO"/>
              </w:rPr>
            </w:pPr>
          </w:p>
        </w:tc>
      </w:tr>
      <w:tr w:rsidR="008E2B50" w:rsidRPr="00E81C1D" w14:paraId="53B8D71F" w14:textId="77777777">
        <w:trPr>
          <w:jc w:val="center"/>
        </w:trPr>
        <w:tc>
          <w:tcPr>
            <w:tcW w:w="907" w:type="dxa"/>
            <w:shd w:val="clear" w:color="auto" w:fill="FCEBEC"/>
            <w:tcMar>
              <w:top w:w="60" w:type="dxa"/>
              <w:left w:w="70" w:type="dxa"/>
              <w:bottom w:w="60" w:type="dxa"/>
              <w:right w:w="70" w:type="dxa"/>
            </w:tcMar>
            <w:vAlign w:val="center"/>
          </w:tcPr>
          <w:p w14:paraId="351BFBB5" w14:textId="77777777" w:rsidR="008E2B50" w:rsidRPr="00E81C1D" w:rsidRDefault="008E2B50">
            <w:pPr>
              <w:spacing w:after="0" w:line="240" w:lineRule="auto"/>
              <w:jc w:val="center"/>
              <w:rPr>
                <w:noProof/>
                <w:lang w:val="ro-RO"/>
              </w:rPr>
            </w:pPr>
          </w:p>
        </w:tc>
        <w:tc>
          <w:tcPr>
            <w:tcW w:w="4535" w:type="dxa"/>
            <w:shd w:val="clear" w:color="auto" w:fill="FCEBEC"/>
            <w:tcMar>
              <w:top w:w="60" w:type="dxa"/>
              <w:left w:w="70" w:type="dxa"/>
              <w:bottom w:w="60" w:type="dxa"/>
              <w:right w:w="70" w:type="dxa"/>
            </w:tcMar>
            <w:vAlign w:val="center"/>
          </w:tcPr>
          <w:p w14:paraId="0D941CAF" w14:textId="77777777" w:rsidR="008E2B50" w:rsidRPr="00E81C1D" w:rsidRDefault="00000000">
            <w:pPr>
              <w:spacing w:after="0" w:line="240" w:lineRule="auto"/>
              <w:rPr>
                <w:noProof/>
                <w:lang w:val="ro-RO"/>
              </w:rPr>
            </w:pPr>
            <w:r w:rsidRPr="00E81C1D">
              <w:rPr>
                <w:rFonts w:eastAsia="Arial"/>
                <w:b/>
                <w:noProof/>
                <w:sz w:val="16"/>
                <w:lang w:val="ro-RO"/>
              </w:rPr>
              <w:t>TOTAL</w:t>
            </w:r>
          </w:p>
        </w:tc>
        <w:tc>
          <w:tcPr>
            <w:tcW w:w="1474" w:type="dxa"/>
            <w:shd w:val="clear" w:color="auto" w:fill="FCEBEC"/>
            <w:tcMar>
              <w:top w:w="60" w:type="dxa"/>
              <w:left w:w="70" w:type="dxa"/>
              <w:bottom w:w="60" w:type="dxa"/>
              <w:right w:w="70" w:type="dxa"/>
            </w:tcMar>
            <w:vAlign w:val="center"/>
          </w:tcPr>
          <w:p w14:paraId="061D1575" w14:textId="77777777" w:rsidR="008E2B50" w:rsidRPr="00E81C1D" w:rsidRDefault="008E2B50">
            <w:pPr>
              <w:spacing w:after="0" w:line="240" w:lineRule="auto"/>
              <w:jc w:val="center"/>
              <w:rPr>
                <w:noProof/>
                <w:lang w:val="ro-RO"/>
              </w:rPr>
            </w:pPr>
          </w:p>
        </w:tc>
        <w:tc>
          <w:tcPr>
            <w:tcW w:w="1474" w:type="dxa"/>
            <w:shd w:val="clear" w:color="auto" w:fill="FCEBEC"/>
            <w:tcMar>
              <w:top w:w="60" w:type="dxa"/>
              <w:left w:w="70" w:type="dxa"/>
              <w:bottom w:w="60" w:type="dxa"/>
              <w:right w:w="70" w:type="dxa"/>
            </w:tcMar>
            <w:vAlign w:val="center"/>
          </w:tcPr>
          <w:p w14:paraId="24CCDF9B" w14:textId="77777777" w:rsidR="008E2B50" w:rsidRPr="00E81C1D" w:rsidRDefault="00000000">
            <w:pPr>
              <w:spacing w:after="0" w:line="240" w:lineRule="auto"/>
              <w:jc w:val="center"/>
              <w:rPr>
                <w:noProof/>
                <w:lang w:val="ro-RO"/>
              </w:rPr>
            </w:pPr>
            <w:r w:rsidRPr="00E81C1D">
              <w:rPr>
                <w:rFonts w:eastAsia="Arial"/>
                <w:b/>
                <w:noProof/>
                <w:sz w:val="16"/>
                <w:lang w:val="ro-RO"/>
              </w:rPr>
              <w:t>387</w:t>
            </w:r>
          </w:p>
        </w:tc>
        <w:tc>
          <w:tcPr>
            <w:tcW w:w="1474" w:type="dxa"/>
            <w:shd w:val="clear" w:color="auto" w:fill="FCEBEC"/>
            <w:tcMar>
              <w:top w:w="60" w:type="dxa"/>
              <w:left w:w="70" w:type="dxa"/>
              <w:bottom w:w="60" w:type="dxa"/>
              <w:right w:w="70" w:type="dxa"/>
            </w:tcMar>
            <w:vAlign w:val="center"/>
          </w:tcPr>
          <w:p w14:paraId="62AAF654" w14:textId="77777777" w:rsidR="008E2B50" w:rsidRPr="00E81C1D" w:rsidRDefault="008E2B50">
            <w:pPr>
              <w:spacing w:after="0" w:line="240" w:lineRule="auto"/>
              <w:jc w:val="center"/>
              <w:rPr>
                <w:noProof/>
                <w:lang w:val="ro-RO"/>
              </w:rPr>
            </w:pPr>
          </w:p>
        </w:tc>
      </w:tr>
    </w:tbl>
    <w:p w14:paraId="75219B99" w14:textId="77777777" w:rsidR="008E2B50" w:rsidRPr="00E81C1D" w:rsidRDefault="00000000">
      <w:pPr>
        <w:pStyle w:val="Heading2"/>
        <w:rPr>
          <w:noProof/>
          <w:lang w:val="ro-RO"/>
        </w:rPr>
      </w:pPr>
      <w:r w:rsidRPr="00E81C1D">
        <w:rPr>
          <w:noProof/>
          <w:lang w:val="ro-RO"/>
        </w:rPr>
        <w:t>Interpretare managerială orientativă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021"/>
        <w:gridCol w:w="3118"/>
        <w:gridCol w:w="5159"/>
      </w:tblGrid>
      <w:tr w:rsidR="008E2B50" w:rsidRPr="00E81C1D" w14:paraId="67213B15" w14:textId="77777777">
        <w:trPr>
          <w:cantSplit/>
          <w:jc w:val="center"/>
        </w:trPr>
        <w:tc>
          <w:tcPr>
            <w:tcW w:w="1587" w:type="dxa"/>
            <w:gridSpan w:val="2"/>
            <w:shd w:val="clear" w:color="auto" w:fill="D71920"/>
            <w:tcMar>
              <w:top w:w="60" w:type="dxa"/>
              <w:left w:w="70" w:type="dxa"/>
              <w:bottom w:w="60" w:type="dxa"/>
              <w:right w:w="70" w:type="dxa"/>
            </w:tcMar>
            <w:vAlign w:val="center"/>
          </w:tcPr>
          <w:p w14:paraId="255B2688" w14:textId="77777777" w:rsidR="008E2B50" w:rsidRPr="00E81C1D" w:rsidRDefault="00000000">
            <w:pPr>
              <w:spacing w:after="0" w:line="240" w:lineRule="auto"/>
              <w:jc w:val="center"/>
              <w:rPr>
                <w:noProof/>
                <w:lang w:val="ro-RO"/>
              </w:rPr>
            </w:pPr>
            <w:r w:rsidRPr="00E81C1D">
              <w:rPr>
                <w:rFonts w:eastAsia="Arial"/>
                <w:b/>
                <w:noProof/>
                <w:color w:val="FFFFFF"/>
                <w:sz w:val="16"/>
                <w:lang w:val="ro-RO"/>
              </w:rPr>
              <w:t>Sub 50%</w:t>
            </w:r>
          </w:p>
        </w:tc>
        <w:tc>
          <w:tcPr>
            <w:tcW w:w="3118" w:type="dxa"/>
            <w:shd w:val="clear" w:color="auto" w:fill="F3F4F5"/>
            <w:tcMar>
              <w:top w:w="60" w:type="dxa"/>
              <w:left w:w="70" w:type="dxa"/>
              <w:bottom w:w="60" w:type="dxa"/>
              <w:right w:w="70" w:type="dxa"/>
            </w:tcMar>
            <w:vAlign w:val="center"/>
          </w:tcPr>
          <w:p w14:paraId="34E20341" w14:textId="77777777" w:rsidR="008E2B50" w:rsidRPr="00E81C1D" w:rsidRDefault="00000000">
            <w:pPr>
              <w:spacing w:after="0" w:line="240" w:lineRule="auto"/>
              <w:rPr>
                <w:noProof/>
                <w:lang w:val="ro-RO"/>
              </w:rPr>
            </w:pPr>
            <w:r w:rsidRPr="00E81C1D">
              <w:rPr>
                <w:rFonts w:eastAsia="Arial"/>
                <w:b/>
                <w:noProof/>
                <w:sz w:val="16"/>
                <w:lang w:val="ro-RO"/>
              </w:rPr>
              <w:t>Sistem incipient</w:t>
            </w:r>
          </w:p>
        </w:tc>
        <w:tc>
          <w:tcPr>
            <w:tcW w:w="5159" w:type="dxa"/>
            <w:tcMar>
              <w:top w:w="60" w:type="dxa"/>
              <w:left w:w="70" w:type="dxa"/>
              <w:bottom w:w="60" w:type="dxa"/>
              <w:right w:w="70" w:type="dxa"/>
            </w:tcMar>
            <w:vAlign w:val="center"/>
          </w:tcPr>
          <w:p w14:paraId="5DA391E7" w14:textId="77777777" w:rsidR="008E2B50" w:rsidRPr="00E81C1D" w:rsidRDefault="00000000">
            <w:pPr>
              <w:spacing w:after="0" w:line="240" w:lineRule="auto"/>
              <w:rPr>
                <w:noProof/>
                <w:lang w:val="ro-RO"/>
              </w:rPr>
            </w:pPr>
            <w:r w:rsidRPr="00E81C1D">
              <w:rPr>
                <w:rFonts w:eastAsia="Arial"/>
                <w:noProof/>
                <w:sz w:val="16"/>
                <w:lang w:val="ro-RO"/>
              </w:rPr>
              <w:t>Prioritizați cerințele cu risc ridicat și construiți dovezi de aplicare.</w:t>
            </w:r>
          </w:p>
        </w:tc>
      </w:tr>
      <w:tr w:rsidR="008E2B50" w:rsidRPr="00E81C1D" w14:paraId="08A81E82" w14:textId="77777777">
        <w:trPr>
          <w:cantSplit/>
          <w:jc w:val="center"/>
        </w:trPr>
        <w:tc>
          <w:tcPr>
            <w:tcW w:w="1587" w:type="dxa"/>
            <w:gridSpan w:val="2"/>
            <w:shd w:val="clear" w:color="auto" w:fill="D71920"/>
            <w:tcMar>
              <w:top w:w="60" w:type="dxa"/>
              <w:left w:w="70" w:type="dxa"/>
              <w:bottom w:w="60" w:type="dxa"/>
              <w:right w:w="70" w:type="dxa"/>
            </w:tcMar>
            <w:vAlign w:val="center"/>
          </w:tcPr>
          <w:p w14:paraId="00E4919D" w14:textId="77777777" w:rsidR="008E2B50" w:rsidRPr="00E81C1D" w:rsidRDefault="00000000">
            <w:pPr>
              <w:spacing w:after="0" w:line="240" w:lineRule="auto"/>
              <w:jc w:val="center"/>
              <w:rPr>
                <w:noProof/>
                <w:lang w:val="ro-RO"/>
              </w:rPr>
            </w:pPr>
            <w:r w:rsidRPr="00E81C1D">
              <w:rPr>
                <w:rFonts w:eastAsia="Arial"/>
                <w:b/>
                <w:noProof/>
                <w:color w:val="FFFFFF"/>
                <w:sz w:val="16"/>
                <w:lang w:val="ro-RO"/>
              </w:rPr>
              <w:t>50-69%</w:t>
            </w:r>
          </w:p>
        </w:tc>
        <w:tc>
          <w:tcPr>
            <w:tcW w:w="3118" w:type="dxa"/>
            <w:shd w:val="clear" w:color="auto" w:fill="F3F4F5"/>
            <w:tcMar>
              <w:top w:w="60" w:type="dxa"/>
              <w:left w:w="70" w:type="dxa"/>
              <w:bottom w:w="60" w:type="dxa"/>
              <w:right w:w="70" w:type="dxa"/>
            </w:tcMar>
            <w:vAlign w:val="center"/>
          </w:tcPr>
          <w:p w14:paraId="5BB2E69C" w14:textId="77777777" w:rsidR="008E2B50" w:rsidRPr="00E81C1D" w:rsidRDefault="00000000">
            <w:pPr>
              <w:spacing w:after="0" w:line="240" w:lineRule="auto"/>
              <w:rPr>
                <w:noProof/>
                <w:lang w:val="ro-RO"/>
              </w:rPr>
            </w:pPr>
            <w:r w:rsidRPr="00E81C1D">
              <w:rPr>
                <w:rFonts w:eastAsia="Arial"/>
                <w:b/>
                <w:noProof/>
                <w:sz w:val="16"/>
                <w:lang w:val="ro-RO"/>
              </w:rPr>
              <w:t>Implementare parțială</w:t>
            </w:r>
          </w:p>
        </w:tc>
        <w:tc>
          <w:tcPr>
            <w:tcW w:w="5159" w:type="dxa"/>
            <w:tcMar>
              <w:top w:w="60" w:type="dxa"/>
              <w:left w:w="70" w:type="dxa"/>
              <w:bottom w:w="60" w:type="dxa"/>
              <w:right w:w="70" w:type="dxa"/>
            </w:tcMar>
            <w:vAlign w:val="center"/>
          </w:tcPr>
          <w:p w14:paraId="7945DFD0" w14:textId="77777777" w:rsidR="008E2B50" w:rsidRPr="00E81C1D" w:rsidRDefault="00000000">
            <w:pPr>
              <w:spacing w:after="0" w:line="240" w:lineRule="auto"/>
              <w:rPr>
                <w:noProof/>
                <w:lang w:val="ro-RO"/>
              </w:rPr>
            </w:pPr>
            <w:r w:rsidRPr="00E81C1D">
              <w:rPr>
                <w:rFonts w:eastAsia="Arial"/>
                <w:noProof/>
                <w:sz w:val="16"/>
                <w:lang w:val="ro-RO"/>
              </w:rPr>
              <w:t>Consolidați aplicarea în procese și eliminați inconsecvențele.</w:t>
            </w:r>
          </w:p>
        </w:tc>
      </w:tr>
      <w:tr w:rsidR="008E2B50" w:rsidRPr="00E81C1D" w14:paraId="5F356A0C" w14:textId="77777777">
        <w:trPr>
          <w:cantSplit/>
          <w:jc w:val="center"/>
        </w:trPr>
        <w:tc>
          <w:tcPr>
            <w:tcW w:w="1587" w:type="dxa"/>
            <w:gridSpan w:val="2"/>
            <w:shd w:val="clear" w:color="auto" w:fill="D71920"/>
            <w:tcMar>
              <w:top w:w="60" w:type="dxa"/>
              <w:left w:w="70" w:type="dxa"/>
              <w:bottom w:w="60" w:type="dxa"/>
              <w:right w:w="70" w:type="dxa"/>
            </w:tcMar>
            <w:vAlign w:val="center"/>
          </w:tcPr>
          <w:p w14:paraId="34A72317" w14:textId="77777777" w:rsidR="008E2B50" w:rsidRPr="00E81C1D" w:rsidRDefault="00000000">
            <w:pPr>
              <w:spacing w:after="0" w:line="240" w:lineRule="auto"/>
              <w:jc w:val="center"/>
              <w:rPr>
                <w:noProof/>
                <w:lang w:val="ro-RO"/>
              </w:rPr>
            </w:pPr>
            <w:r w:rsidRPr="00E81C1D">
              <w:rPr>
                <w:rFonts w:eastAsia="Arial"/>
                <w:b/>
                <w:noProof/>
                <w:color w:val="FFFFFF"/>
                <w:sz w:val="16"/>
                <w:lang w:val="ro-RO"/>
              </w:rPr>
              <w:t>70-84%</w:t>
            </w:r>
          </w:p>
        </w:tc>
        <w:tc>
          <w:tcPr>
            <w:tcW w:w="3118" w:type="dxa"/>
            <w:shd w:val="clear" w:color="auto" w:fill="F3F4F5"/>
            <w:tcMar>
              <w:top w:w="60" w:type="dxa"/>
              <w:left w:w="70" w:type="dxa"/>
              <w:bottom w:w="60" w:type="dxa"/>
              <w:right w:w="70" w:type="dxa"/>
            </w:tcMar>
            <w:vAlign w:val="center"/>
          </w:tcPr>
          <w:p w14:paraId="0AF9F63C" w14:textId="77777777" w:rsidR="008E2B50" w:rsidRPr="00E81C1D" w:rsidRDefault="00000000">
            <w:pPr>
              <w:spacing w:after="0" w:line="240" w:lineRule="auto"/>
              <w:rPr>
                <w:noProof/>
                <w:lang w:val="ro-RO"/>
              </w:rPr>
            </w:pPr>
            <w:r w:rsidRPr="00E81C1D">
              <w:rPr>
                <w:rFonts w:eastAsia="Arial"/>
                <w:b/>
                <w:noProof/>
                <w:sz w:val="16"/>
                <w:lang w:val="ro-RO"/>
              </w:rPr>
              <w:t>Sistem funcțional, dar cu lacune</w:t>
            </w:r>
          </w:p>
        </w:tc>
        <w:tc>
          <w:tcPr>
            <w:tcW w:w="5159" w:type="dxa"/>
            <w:tcMar>
              <w:top w:w="60" w:type="dxa"/>
              <w:left w:w="70" w:type="dxa"/>
              <w:bottom w:w="60" w:type="dxa"/>
              <w:right w:w="70" w:type="dxa"/>
            </w:tcMar>
            <w:vAlign w:val="center"/>
          </w:tcPr>
          <w:p w14:paraId="32681D36" w14:textId="77777777" w:rsidR="008E2B50" w:rsidRPr="00E81C1D" w:rsidRDefault="00000000">
            <w:pPr>
              <w:spacing w:after="0" w:line="240" w:lineRule="auto"/>
              <w:rPr>
                <w:noProof/>
                <w:lang w:val="ro-RO"/>
              </w:rPr>
            </w:pPr>
            <w:r w:rsidRPr="00E81C1D">
              <w:rPr>
                <w:rFonts w:eastAsia="Arial"/>
                <w:noProof/>
                <w:sz w:val="16"/>
                <w:lang w:val="ro-RO"/>
              </w:rPr>
              <w:t>Finalizați acțiunile, testați eficacitatea și efectuați auditul intern complet.</w:t>
            </w:r>
          </w:p>
        </w:tc>
      </w:tr>
      <w:tr w:rsidR="008E2B50" w:rsidRPr="00E81C1D" w14:paraId="34CA1D69" w14:textId="77777777">
        <w:trPr>
          <w:cantSplit/>
          <w:jc w:val="center"/>
        </w:trPr>
        <w:tc>
          <w:tcPr>
            <w:tcW w:w="1587" w:type="dxa"/>
            <w:gridSpan w:val="2"/>
            <w:shd w:val="clear" w:color="auto" w:fill="666666"/>
            <w:tcMar>
              <w:top w:w="60" w:type="dxa"/>
              <w:left w:w="70" w:type="dxa"/>
              <w:bottom w:w="60" w:type="dxa"/>
              <w:right w:w="70" w:type="dxa"/>
            </w:tcMar>
            <w:vAlign w:val="center"/>
          </w:tcPr>
          <w:p w14:paraId="1F322880" w14:textId="77777777" w:rsidR="008E2B50" w:rsidRPr="00E81C1D" w:rsidRDefault="00000000">
            <w:pPr>
              <w:spacing w:after="0" w:line="240" w:lineRule="auto"/>
              <w:jc w:val="center"/>
              <w:rPr>
                <w:noProof/>
                <w:lang w:val="ro-RO"/>
              </w:rPr>
            </w:pPr>
            <w:r w:rsidRPr="00E81C1D">
              <w:rPr>
                <w:rFonts w:eastAsia="Arial"/>
                <w:b/>
                <w:noProof/>
                <w:color w:val="FFFFFF"/>
                <w:sz w:val="16"/>
                <w:lang w:val="ro-RO"/>
              </w:rPr>
              <w:t>85-100%</w:t>
            </w:r>
          </w:p>
        </w:tc>
        <w:tc>
          <w:tcPr>
            <w:tcW w:w="3118" w:type="dxa"/>
            <w:shd w:val="clear" w:color="auto" w:fill="F3F4F5"/>
            <w:tcMar>
              <w:top w:w="60" w:type="dxa"/>
              <w:left w:w="70" w:type="dxa"/>
              <w:bottom w:w="60" w:type="dxa"/>
              <w:right w:w="70" w:type="dxa"/>
            </w:tcMar>
            <w:vAlign w:val="center"/>
          </w:tcPr>
          <w:p w14:paraId="62487DAE" w14:textId="77777777" w:rsidR="008E2B50" w:rsidRPr="00E81C1D" w:rsidRDefault="00000000">
            <w:pPr>
              <w:spacing w:after="0" w:line="240" w:lineRule="auto"/>
              <w:rPr>
                <w:noProof/>
                <w:lang w:val="ro-RO"/>
              </w:rPr>
            </w:pPr>
            <w:r w:rsidRPr="00E81C1D">
              <w:rPr>
                <w:rFonts w:eastAsia="Arial"/>
                <w:b/>
                <w:noProof/>
                <w:sz w:val="16"/>
                <w:lang w:val="ro-RO"/>
              </w:rPr>
              <w:t>Nivel avansat de pregătire</w:t>
            </w:r>
          </w:p>
        </w:tc>
        <w:tc>
          <w:tcPr>
            <w:tcW w:w="5159" w:type="dxa"/>
            <w:tcMar>
              <w:top w:w="60" w:type="dxa"/>
              <w:left w:w="70" w:type="dxa"/>
              <w:bottom w:w="60" w:type="dxa"/>
              <w:right w:w="70" w:type="dxa"/>
            </w:tcMar>
            <w:vAlign w:val="center"/>
          </w:tcPr>
          <w:p w14:paraId="120A6B7C" w14:textId="77777777" w:rsidR="008E2B50" w:rsidRPr="00E81C1D" w:rsidRDefault="00000000">
            <w:pPr>
              <w:spacing w:after="0" w:line="240" w:lineRule="auto"/>
              <w:rPr>
                <w:noProof/>
                <w:lang w:val="ro-RO"/>
              </w:rPr>
            </w:pPr>
            <w:r w:rsidRPr="00E81C1D">
              <w:rPr>
                <w:rFonts w:eastAsia="Arial"/>
                <w:noProof/>
                <w:sz w:val="16"/>
                <w:lang w:val="ro-RO"/>
              </w:rPr>
              <w:t>Confirmați maturitatea prin audit intern, evaluarea conformării și analiza conducerii.</w:t>
            </w:r>
          </w:p>
        </w:tc>
      </w:tr>
      <w:tr w:rsidR="008E2B50" w:rsidRPr="00E81C1D" w14:paraId="5433EA5B" w14:textId="77777777">
        <w:tblPrEx>
          <w:tblBorders>
            <w:top w:val="single" w:sz="0" w:space="0" w:color="FFF4CC"/>
            <w:left w:val="single" w:sz="0" w:space="0" w:color="FFF4CC"/>
            <w:bottom w:val="single" w:sz="0" w:space="0" w:color="FFF4CC"/>
            <w:right w:val="single" w:sz="0" w:space="0" w:color="FFF4CC"/>
            <w:insideH w:val="single" w:sz="0" w:space="0" w:color="FFF4CC"/>
            <w:insideV w:val="single" w:sz="0" w:space="0" w:color="FFF4CC"/>
          </w:tblBorders>
        </w:tblPrEx>
        <w:trPr>
          <w:cantSplit/>
          <w:jc w:val="center"/>
        </w:trPr>
        <w:tc>
          <w:tcPr>
            <w:tcW w:w="566" w:type="dxa"/>
            <w:shd w:val="clear" w:color="auto" w:fill="D71920"/>
            <w:tcMar>
              <w:top w:w="60" w:type="dxa"/>
              <w:left w:w="70" w:type="dxa"/>
              <w:bottom w:w="60" w:type="dxa"/>
              <w:right w:w="70" w:type="dxa"/>
            </w:tcMar>
            <w:vAlign w:val="center"/>
          </w:tcPr>
          <w:p w14:paraId="48D702CF"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i</w:t>
            </w:r>
          </w:p>
        </w:tc>
        <w:tc>
          <w:tcPr>
            <w:tcW w:w="9297" w:type="dxa"/>
            <w:gridSpan w:val="3"/>
            <w:shd w:val="clear" w:color="auto" w:fill="FFF4CC"/>
          </w:tcPr>
          <w:p w14:paraId="7B93ABD8" w14:textId="77777777" w:rsidR="008E2B50" w:rsidRPr="00E81C1D" w:rsidRDefault="00000000">
            <w:pPr>
              <w:spacing w:after="40"/>
              <w:rPr>
                <w:noProof/>
                <w:lang w:val="ro-RO"/>
              </w:rPr>
            </w:pPr>
            <w:r w:rsidRPr="00E81C1D">
              <w:rPr>
                <w:rFonts w:eastAsia="Arial"/>
                <w:b/>
                <w:noProof/>
                <w:color w:val="D71920"/>
                <w:lang w:val="ro-RO"/>
              </w:rPr>
              <w:t>PRAGURILE NU DECID CERTIFICAREA</w:t>
            </w:r>
          </w:p>
          <w:p w14:paraId="6B3465D7" w14:textId="77777777" w:rsidR="008E2B50" w:rsidRPr="00E81C1D" w:rsidRDefault="00000000">
            <w:pPr>
              <w:spacing w:after="0" w:line="252" w:lineRule="auto"/>
              <w:rPr>
                <w:noProof/>
                <w:lang w:val="ro-RO"/>
              </w:rPr>
            </w:pPr>
            <w:r w:rsidRPr="00E81C1D">
              <w:rPr>
                <w:rFonts w:eastAsia="Arial"/>
                <w:noProof/>
                <w:sz w:val="16"/>
                <w:lang w:val="ro-RO"/>
              </w:rPr>
              <w:t>Procentele sunt orientative. O singură neconformitate semnificativă sau lipsa unei cerințe-cheie poate afecta pregătirea, chiar dacă scorul total este ridicat.</w:t>
            </w:r>
          </w:p>
        </w:tc>
      </w:tr>
    </w:tbl>
    <w:p w14:paraId="66B28BA2" w14:textId="77777777" w:rsidR="008E2B50" w:rsidRPr="00E81C1D" w:rsidRDefault="008E2B50">
      <w:pPr>
        <w:spacing w:after="0"/>
        <w:rPr>
          <w:noProof/>
          <w:lang w:val="ro-RO"/>
        </w:rPr>
      </w:pPr>
    </w:p>
    <w:p w14:paraId="6AA3B93D" w14:textId="77777777" w:rsidR="008E2B50" w:rsidRPr="00E81C1D" w:rsidRDefault="00000000">
      <w:pPr>
        <w:rPr>
          <w:noProof/>
          <w:lang w:val="ro-RO"/>
        </w:rPr>
      </w:pPr>
      <w:r w:rsidRPr="00E81C1D">
        <w:rPr>
          <w:noProof/>
          <w:lang w:val="ro-RO"/>
        </w:rPr>
        <w:br w:type="page"/>
      </w:r>
    </w:p>
    <w:p w14:paraId="26064EE0" w14:textId="77777777" w:rsidR="008E2B50" w:rsidRPr="00E81C1D" w:rsidRDefault="00000000">
      <w:pPr>
        <w:pStyle w:val="Heading1"/>
        <w:rPr>
          <w:noProof/>
          <w:lang w:val="ro-RO"/>
        </w:rPr>
      </w:pPr>
      <w:r w:rsidRPr="00E81C1D">
        <w:rPr>
          <w:noProof/>
          <w:lang w:val="ro-RO"/>
        </w:rPr>
        <w:lastRenderedPageBreak/>
        <w:t>Plan de acțiuni pentru lacune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6"/>
        <w:gridCol w:w="1360"/>
        <w:gridCol w:w="2381"/>
        <w:gridCol w:w="1927"/>
        <w:gridCol w:w="1247"/>
        <w:gridCol w:w="1247"/>
        <w:gridCol w:w="1133"/>
      </w:tblGrid>
      <w:tr w:rsidR="008E2B50" w:rsidRPr="00E81C1D" w14:paraId="34F9A417" w14:textId="77777777">
        <w:trPr>
          <w:tblHeader/>
          <w:jc w:val="center"/>
        </w:trPr>
        <w:tc>
          <w:tcPr>
            <w:tcW w:w="566" w:type="dxa"/>
            <w:shd w:val="clear" w:color="auto" w:fill="D71920"/>
            <w:tcMar>
              <w:top w:w="60" w:type="dxa"/>
              <w:left w:w="70" w:type="dxa"/>
              <w:bottom w:w="60" w:type="dxa"/>
              <w:right w:w="70" w:type="dxa"/>
            </w:tcMar>
            <w:vAlign w:val="center"/>
          </w:tcPr>
          <w:p w14:paraId="5B0CA890"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w:t>
            </w:r>
          </w:p>
        </w:tc>
        <w:tc>
          <w:tcPr>
            <w:tcW w:w="1360" w:type="dxa"/>
            <w:shd w:val="clear" w:color="auto" w:fill="D71920"/>
            <w:tcMar>
              <w:top w:w="60" w:type="dxa"/>
              <w:left w:w="70" w:type="dxa"/>
              <w:bottom w:w="60" w:type="dxa"/>
              <w:right w:w="70" w:type="dxa"/>
            </w:tcMar>
            <w:vAlign w:val="center"/>
          </w:tcPr>
          <w:p w14:paraId="0FAB7734"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REFERINȚĂ</w:t>
            </w:r>
          </w:p>
        </w:tc>
        <w:tc>
          <w:tcPr>
            <w:tcW w:w="2381" w:type="dxa"/>
            <w:shd w:val="clear" w:color="auto" w:fill="D71920"/>
            <w:tcMar>
              <w:top w:w="60" w:type="dxa"/>
              <w:left w:w="70" w:type="dxa"/>
              <w:bottom w:w="60" w:type="dxa"/>
              <w:right w:w="70" w:type="dxa"/>
            </w:tcMar>
            <w:vAlign w:val="center"/>
          </w:tcPr>
          <w:p w14:paraId="4008C608"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LACUNĂ / RISC</w:t>
            </w:r>
          </w:p>
        </w:tc>
        <w:tc>
          <w:tcPr>
            <w:tcW w:w="1927" w:type="dxa"/>
            <w:shd w:val="clear" w:color="auto" w:fill="D71920"/>
            <w:tcMar>
              <w:top w:w="60" w:type="dxa"/>
              <w:left w:w="70" w:type="dxa"/>
              <w:bottom w:w="60" w:type="dxa"/>
              <w:right w:w="70" w:type="dxa"/>
            </w:tcMar>
            <w:vAlign w:val="center"/>
          </w:tcPr>
          <w:p w14:paraId="2BA1E6F7"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ACȚIUNE ȘI REZULTAT AȘTEPTAT</w:t>
            </w:r>
          </w:p>
        </w:tc>
        <w:tc>
          <w:tcPr>
            <w:tcW w:w="1247" w:type="dxa"/>
            <w:shd w:val="clear" w:color="auto" w:fill="D71920"/>
            <w:tcMar>
              <w:top w:w="60" w:type="dxa"/>
              <w:left w:w="70" w:type="dxa"/>
              <w:bottom w:w="60" w:type="dxa"/>
              <w:right w:w="70" w:type="dxa"/>
            </w:tcMar>
            <w:vAlign w:val="center"/>
          </w:tcPr>
          <w:p w14:paraId="7D266532"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RESP.</w:t>
            </w:r>
          </w:p>
        </w:tc>
        <w:tc>
          <w:tcPr>
            <w:tcW w:w="1247" w:type="dxa"/>
            <w:shd w:val="clear" w:color="auto" w:fill="D71920"/>
            <w:tcMar>
              <w:top w:w="60" w:type="dxa"/>
              <w:left w:w="70" w:type="dxa"/>
              <w:bottom w:w="60" w:type="dxa"/>
              <w:right w:w="70" w:type="dxa"/>
            </w:tcMar>
            <w:vAlign w:val="center"/>
          </w:tcPr>
          <w:p w14:paraId="45053CB4"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TERMEN</w:t>
            </w:r>
          </w:p>
        </w:tc>
        <w:tc>
          <w:tcPr>
            <w:tcW w:w="1133" w:type="dxa"/>
            <w:shd w:val="clear" w:color="auto" w:fill="D71920"/>
            <w:tcMar>
              <w:top w:w="60" w:type="dxa"/>
              <w:left w:w="70" w:type="dxa"/>
              <w:bottom w:w="60" w:type="dxa"/>
              <w:right w:w="70" w:type="dxa"/>
            </w:tcMar>
            <w:vAlign w:val="center"/>
          </w:tcPr>
          <w:p w14:paraId="74F6A3DF" w14:textId="77777777" w:rsidR="008E2B50" w:rsidRPr="00E81C1D" w:rsidRDefault="00000000">
            <w:pPr>
              <w:spacing w:after="0" w:line="240" w:lineRule="auto"/>
              <w:jc w:val="center"/>
              <w:rPr>
                <w:noProof/>
                <w:lang w:val="ro-RO"/>
              </w:rPr>
            </w:pPr>
            <w:r w:rsidRPr="00E81C1D">
              <w:rPr>
                <w:rFonts w:eastAsia="Arial"/>
                <w:b/>
                <w:noProof/>
                <w:color w:val="FFFFFF"/>
                <w:sz w:val="14"/>
                <w:lang w:val="ro-RO"/>
              </w:rPr>
              <w:t>STATUS</w:t>
            </w:r>
          </w:p>
        </w:tc>
      </w:tr>
      <w:tr w:rsidR="008E2B50" w:rsidRPr="00E81C1D" w14:paraId="50D2B024" w14:textId="77777777">
        <w:trPr>
          <w:cantSplit/>
          <w:jc w:val="center"/>
        </w:trPr>
        <w:tc>
          <w:tcPr>
            <w:tcW w:w="566" w:type="dxa"/>
            <w:tcMar>
              <w:top w:w="60" w:type="dxa"/>
              <w:left w:w="70" w:type="dxa"/>
              <w:bottom w:w="60" w:type="dxa"/>
              <w:right w:w="70" w:type="dxa"/>
            </w:tcMar>
            <w:vAlign w:val="center"/>
          </w:tcPr>
          <w:p w14:paraId="6818C66B" w14:textId="77777777" w:rsidR="008E2B50" w:rsidRPr="00E81C1D" w:rsidRDefault="00000000">
            <w:pPr>
              <w:spacing w:after="0" w:line="240" w:lineRule="auto"/>
              <w:jc w:val="center"/>
              <w:rPr>
                <w:noProof/>
                <w:lang w:val="ro-RO"/>
              </w:rPr>
            </w:pPr>
            <w:r w:rsidRPr="00E81C1D">
              <w:rPr>
                <w:rFonts w:eastAsia="Arial"/>
                <w:noProof/>
                <w:sz w:val="15"/>
                <w:lang w:val="ro-RO"/>
              </w:rPr>
              <w:t>1</w:t>
            </w:r>
          </w:p>
        </w:tc>
        <w:tc>
          <w:tcPr>
            <w:tcW w:w="1360" w:type="dxa"/>
            <w:tcMar>
              <w:top w:w="60" w:type="dxa"/>
              <w:left w:w="70" w:type="dxa"/>
              <w:bottom w:w="60" w:type="dxa"/>
              <w:right w:w="70" w:type="dxa"/>
            </w:tcMar>
            <w:vAlign w:val="center"/>
          </w:tcPr>
          <w:p w14:paraId="1980DC54" w14:textId="77777777" w:rsidR="008E2B50" w:rsidRPr="00E81C1D" w:rsidRDefault="008E2B50">
            <w:pPr>
              <w:spacing w:after="0" w:line="240" w:lineRule="auto"/>
              <w:rPr>
                <w:noProof/>
                <w:lang w:val="ro-RO"/>
              </w:rPr>
            </w:pPr>
          </w:p>
        </w:tc>
        <w:tc>
          <w:tcPr>
            <w:tcW w:w="2381" w:type="dxa"/>
            <w:tcMar>
              <w:top w:w="60" w:type="dxa"/>
              <w:left w:w="70" w:type="dxa"/>
              <w:bottom w:w="60" w:type="dxa"/>
              <w:right w:w="70" w:type="dxa"/>
            </w:tcMar>
            <w:vAlign w:val="center"/>
          </w:tcPr>
          <w:p w14:paraId="7F9133BD" w14:textId="77777777" w:rsidR="008E2B50" w:rsidRPr="00E81C1D" w:rsidRDefault="008E2B50">
            <w:pPr>
              <w:spacing w:after="0" w:line="240" w:lineRule="auto"/>
              <w:rPr>
                <w:noProof/>
                <w:lang w:val="ro-RO"/>
              </w:rPr>
            </w:pPr>
          </w:p>
        </w:tc>
        <w:tc>
          <w:tcPr>
            <w:tcW w:w="1927" w:type="dxa"/>
            <w:tcMar>
              <w:top w:w="60" w:type="dxa"/>
              <w:left w:w="70" w:type="dxa"/>
              <w:bottom w:w="60" w:type="dxa"/>
              <w:right w:w="70" w:type="dxa"/>
            </w:tcMar>
            <w:vAlign w:val="center"/>
          </w:tcPr>
          <w:p w14:paraId="007AE6D4" w14:textId="77777777" w:rsidR="008E2B50" w:rsidRPr="00E81C1D" w:rsidRDefault="008E2B50">
            <w:pPr>
              <w:spacing w:after="0" w:line="240" w:lineRule="auto"/>
              <w:rPr>
                <w:noProof/>
                <w:lang w:val="ro-RO"/>
              </w:rPr>
            </w:pPr>
          </w:p>
        </w:tc>
        <w:tc>
          <w:tcPr>
            <w:tcW w:w="1247" w:type="dxa"/>
            <w:tcMar>
              <w:top w:w="60" w:type="dxa"/>
              <w:left w:w="70" w:type="dxa"/>
              <w:bottom w:w="60" w:type="dxa"/>
              <w:right w:w="70" w:type="dxa"/>
            </w:tcMar>
            <w:vAlign w:val="center"/>
          </w:tcPr>
          <w:p w14:paraId="05F60E96" w14:textId="77777777" w:rsidR="008E2B50" w:rsidRPr="00E81C1D" w:rsidRDefault="008E2B50">
            <w:pPr>
              <w:spacing w:after="0" w:line="240" w:lineRule="auto"/>
              <w:jc w:val="center"/>
              <w:rPr>
                <w:noProof/>
                <w:lang w:val="ro-RO"/>
              </w:rPr>
            </w:pPr>
          </w:p>
        </w:tc>
        <w:tc>
          <w:tcPr>
            <w:tcW w:w="1247" w:type="dxa"/>
            <w:tcMar>
              <w:top w:w="60" w:type="dxa"/>
              <w:left w:w="70" w:type="dxa"/>
              <w:bottom w:w="60" w:type="dxa"/>
              <w:right w:w="70" w:type="dxa"/>
            </w:tcMar>
            <w:vAlign w:val="center"/>
          </w:tcPr>
          <w:p w14:paraId="4B9A537B" w14:textId="77777777" w:rsidR="008E2B50" w:rsidRPr="00E81C1D" w:rsidRDefault="008E2B50">
            <w:pPr>
              <w:spacing w:after="0" w:line="240" w:lineRule="auto"/>
              <w:jc w:val="center"/>
              <w:rPr>
                <w:noProof/>
                <w:lang w:val="ro-RO"/>
              </w:rPr>
            </w:pPr>
          </w:p>
        </w:tc>
        <w:tc>
          <w:tcPr>
            <w:tcW w:w="1133" w:type="dxa"/>
            <w:tcMar>
              <w:top w:w="60" w:type="dxa"/>
              <w:left w:w="70" w:type="dxa"/>
              <w:bottom w:w="60" w:type="dxa"/>
              <w:right w:w="70" w:type="dxa"/>
            </w:tcMar>
            <w:vAlign w:val="center"/>
          </w:tcPr>
          <w:p w14:paraId="7A81637D" w14:textId="77777777" w:rsidR="008E2B50" w:rsidRPr="00E81C1D" w:rsidRDefault="008E2B50">
            <w:pPr>
              <w:spacing w:after="0" w:line="240" w:lineRule="auto"/>
              <w:jc w:val="center"/>
              <w:rPr>
                <w:noProof/>
                <w:lang w:val="ro-RO"/>
              </w:rPr>
            </w:pPr>
          </w:p>
        </w:tc>
      </w:tr>
      <w:tr w:rsidR="008E2B50" w:rsidRPr="00E81C1D" w14:paraId="1D9D230D" w14:textId="77777777">
        <w:trPr>
          <w:cantSplit/>
          <w:jc w:val="center"/>
        </w:trPr>
        <w:tc>
          <w:tcPr>
            <w:tcW w:w="566" w:type="dxa"/>
            <w:shd w:val="clear" w:color="auto" w:fill="FAFAFA"/>
            <w:tcMar>
              <w:top w:w="60" w:type="dxa"/>
              <w:left w:w="70" w:type="dxa"/>
              <w:bottom w:w="60" w:type="dxa"/>
              <w:right w:w="70" w:type="dxa"/>
            </w:tcMar>
            <w:vAlign w:val="center"/>
          </w:tcPr>
          <w:p w14:paraId="3DBC2720" w14:textId="77777777" w:rsidR="008E2B50" w:rsidRPr="00E81C1D" w:rsidRDefault="00000000">
            <w:pPr>
              <w:spacing w:after="0" w:line="240" w:lineRule="auto"/>
              <w:jc w:val="center"/>
              <w:rPr>
                <w:noProof/>
                <w:lang w:val="ro-RO"/>
              </w:rPr>
            </w:pPr>
            <w:r w:rsidRPr="00E81C1D">
              <w:rPr>
                <w:rFonts w:eastAsia="Arial"/>
                <w:noProof/>
                <w:sz w:val="15"/>
                <w:lang w:val="ro-RO"/>
              </w:rPr>
              <w:t>2</w:t>
            </w:r>
          </w:p>
        </w:tc>
        <w:tc>
          <w:tcPr>
            <w:tcW w:w="1360" w:type="dxa"/>
            <w:shd w:val="clear" w:color="auto" w:fill="FAFAFA"/>
            <w:tcMar>
              <w:top w:w="60" w:type="dxa"/>
              <w:left w:w="70" w:type="dxa"/>
              <w:bottom w:w="60" w:type="dxa"/>
              <w:right w:w="70" w:type="dxa"/>
            </w:tcMar>
            <w:vAlign w:val="center"/>
          </w:tcPr>
          <w:p w14:paraId="7635CC7D" w14:textId="77777777" w:rsidR="008E2B50" w:rsidRPr="00E81C1D" w:rsidRDefault="008E2B50">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08F2DDC3" w14:textId="77777777" w:rsidR="008E2B50" w:rsidRPr="00E81C1D" w:rsidRDefault="008E2B50">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6832292D" w14:textId="77777777" w:rsidR="008E2B50" w:rsidRPr="00E81C1D" w:rsidRDefault="008E2B50">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67628B0C" w14:textId="77777777" w:rsidR="008E2B50" w:rsidRPr="00E81C1D" w:rsidRDefault="008E2B50">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4A7D342F" w14:textId="77777777" w:rsidR="008E2B50" w:rsidRPr="00E81C1D" w:rsidRDefault="008E2B50">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4047CD56" w14:textId="77777777" w:rsidR="008E2B50" w:rsidRPr="00E81C1D" w:rsidRDefault="008E2B50">
            <w:pPr>
              <w:spacing w:after="0" w:line="240" w:lineRule="auto"/>
              <w:jc w:val="center"/>
              <w:rPr>
                <w:noProof/>
                <w:lang w:val="ro-RO"/>
              </w:rPr>
            </w:pPr>
          </w:p>
        </w:tc>
      </w:tr>
      <w:tr w:rsidR="008E2B50" w:rsidRPr="00E81C1D" w14:paraId="6CF10D97" w14:textId="77777777">
        <w:trPr>
          <w:cantSplit/>
          <w:jc w:val="center"/>
        </w:trPr>
        <w:tc>
          <w:tcPr>
            <w:tcW w:w="566" w:type="dxa"/>
            <w:tcMar>
              <w:top w:w="60" w:type="dxa"/>
              <w:left w:w="70" w:type="dxa"/>
              <w:bottom w:w="60" w:type="dxa"/>
              <w:right w:w="70" w:type="dxa"/>
            </w:tcMar>
            <w:vAlign w:val="center"/>
          </w:tcPr>
          <w:p w14:paraId="30567627" w14:textId="77777777" w:rsidR="008E2B50" w:rsidRPr="00E81C1D" w:rsidRDefault="00000000">
            <w:pPr>
              <w:spacing w:after="0" w:line="240" w:lineRule="auto"/>
              <w:jc w:val="center"/>
              <w:rPr>
                <w:noProof/>
                <w:lang w:val="ro-RO"/>
              </w:rPr>
            </w:pPr>
            <w:r w:rsidRPr="00E81C1D">
              <w:rPr>
                <w:rFonts w:eastAsia="Arial"/>
                <w:noProof/>
                <w:sz w:val="15"/>
                <w:lang w:val="ro-RO"/>
              </w:rPr>
              <w:t>3</w:t>
            </w:r>
          </w:p>
        </w:tc>
        <w:tc>
          <w:tcPr>
            <w:tcW w:w="1360" w:type="dxa"/>
            <w:tcMar>
              <w:top w:w="60" w:type="dxa"/>
              <w:left w:w="70" w:type="dxa"/>
              <w:bottom w:w="60" w:type="dxa"/>
              <w:right w:w="70" w:type="dxa"/>
            </w:tcMar>
            <w:vAlign w:val="center"/>
          </w:tcPr>
          <w:p w14:paraId="7FFF7421" w14:textId="77777777" w:rsidR="008E2B50" w:rsidRPr="00E81C1D" w:rsidRDefault="008E2B50">
            <w:pPr>
              <w:spacing w:after="0" w:line="240" w:lineRule="auto"/>
              <w:rPr>
                <w:noProof/>
                <w:lang w:val="ro-RO"/>
              </w:rPr>
            </w:pPr>
          </w:p>
        </w:tc>
        <w:tc>
          <w:tcPr>
            <w:tcW w:w="2381" w:type="dxa"/>
            <w:tcMar>
              <w:top w:w="60" w:type="dxa"/>
              <w:left w:w="70" w:type="dxa"/>
              <w:bottom w:w="60" w:type="dxa"/>
              <w:right w:w="70" w:type="dxa"/>
            </w:tcMar>
            <w:vAlign w:val="center"/>
          </w:tcPr>
          <w:p w14:paraId="06171E83" w14:textId="77777777" w:rsidR="008E2B50" w:rsidRPr="00E81C1D" w:rsidRDefault="008E2B50">
            <w:pPr>
              <w:spacing w:after="0" w:line="240" w:lineRule="auto"/>
              <w:rPr>
                <w:noProof/>
                <w:lang w:val="ro-RO"/>
              </w:rPr>
            </w:pPr>
          </w:p>
        </w:tc>
        <w:tc>
          <w:tcPr>
            <w:tcW w:w="1927" w:type="dxa"/>
            <w:tcMar>
              <w:top w:w="60" w:type="dxa"/>
              <w:left w:w="70" w:type="dxa"/>
              <w:bottom w:w="60" w:type="dxa"/>
              <w:right w:w="70" w:type="dxa"/>
            </w:tcMar>
            <w:vAlign w:val="center"/>
          </w:tcPr>
          <w:p w14:paraId="3FFA3945" w14:textId="77777777" w:rsidR="008E2B50" w:rsidRPr="00E81C1D" w:rsidRDefault="008E2B50">
            <w:pPr>
              <w:spacing w:after="0" w:line="240" w:lineRule="auto"/>
              <w:rPr>
                <w:noProof/>
                <w:lang w:val="ro-RO"/>
              </w:rPr>
            </w:pPr>
          </w:p>
        </w:tc>
        <w:tc>
          <w:tcPr>
            <w:tcW w:w="1247" w:type="dxa"/>
            <w:tcMar>
              <w:top w:w="60" w:type="dxa"/>
              <w:left w:w="70" w:type="dxa"/>
              <w:bottom w:w="60" w:type="dxa"/>
              <w:right w:w="70" w:type="dxa"/>
            </w:tcMar>
            <w:vAlign w:val="center"/>
          </w:tcPr>
          <w:p w14:paraId="7D73CFF3" w14:textId="77777777" w:rsidR="008E2B50" w:rsidRPr="00E81C1D" w:rsidRDefault="008E2B50">
            <w:pPr>
              <w:spacing w:after="0" w:line="240" w:lineRule="auto"/>
              <w:jc w:val="center"/>
              <w:rPr>
                <w:noProof/>
                <w:lang w:val="ro-RO"/>
              </w:rPr>
            </w:pPr>
          </w:p>
        </w:tc>
        <w:tc>
          <w:tcPr>
            <w:tcW w:w="1247" w:type="dxa"/>
            <w:tcMar>
              <w:top w:w="60" w:type="dxa"/>
              <w:left w:w="70" w:type="dxa"/>
              <w:bottom w:w="60" w:type="dxa"/>
              <w:right w:w="70" w:type="dxa"/>
            </w:tcMar>
            <w:vAlign w:val="center"/>
          </w:tcPr>
          <w:p w14:paraId="5EFD8CD8" w14:textId="77777777" w:rsidR="008E2B50" w:rsidRPr="00E81C1D" w:rsidRDefault="008E2B50">
            <w:pPr>
              <w:spacing w:after="0" w:line="240" w:lineRule="auto"/>
              <w:jc w:val="center"/>
              <w:rPr>
                <w:noProof/>
                <w:lang w:val="ro-RO"/>
              </w:rPr>
            </w:pPr>
          </w:p>
        </w:tc>
        <w:tc>
          <w:tcPr>
            <w:tcW w:w="1133" w:type="dxa"/>
            <w:tcMar>
              <w:top w:w="60" w:type="dxa"/>
              <w:left w:w="70" w:type="dxa"/>
              <w:bottom w:w="60" w:type="dxa"/>
              <w:right w:w="70" w:type="dxa"/>
            </w:tcMar>
            <w:vAlign w:val="center"/>
          </w:tcPr>
          <w:p w14:paraId="40112624" w14:textId="77777777" w:rsidR="008E2B50" w:rsidRPr="00E81C1D" w:rsidRDefault="008E2B50">
            <w:pPr>
              <w:spacing w:after="0" w:line="240" w:lineRule="auto"/>
              <w:jc w:val="center"/>
              <w:rPr>
                <w:noProof/>
                <w:lang w:val="ro-RO"/>
              </w:rPr>
            </w:pPr>
          </w:p>
        </w:tc>
      </w:tr>
      <w:tr w:rsidR="008E2B50" w:rsidRPr="00E81C1D" w14:paraId="6C9D1AD3" w14:textId="77777777">
        <w:trPr>
          <w:cantSplit/>
          <w:jc w:val="center"/>
        </w:trPr>
        <w:tc>
          <w:tcPr>
            <w:tcW w:w="566" w:type="dxa"/>
            <w:shd w:val="clear" w:color="auto" w:fill="FAFAFA"/>
            <w:tcMar>
              <w:top w:w="60" w:type="dxa"/>
              <w:left w:w="70" w:type="dxa"/>
              <w:bottom w:w="60" w:type="dxa"/>
              <w:right w:w="70" w:type="dxa"/>
            </w:tcMar>
            <w:vAlign w:val="center"/>
          </w:tcPr>
          <w:p w14:paraId="76A343E0" w14:textId="77777777" w:rsidR="008E2B50" w:rsidRPr="00E81C1D" w:rsidRDefault="00000000">
            <w:pPr>
              <w:spacing w:after="0" w:line="240" w:lineRule="auto"/>
              <w:jc w:val="center"/>
              <w:rPr>
                <w:noProof/>
                <w:lang w:val="ro-RO"/>
              </w:rPr>
            </w:pPr>
            <w:r w:rsidRPr="00E81C1D">
              <w:rPr>
                <w:rFonts w:eastAsia="Arial"/>
                <w:noProof/>
                <w:sz w:val="15"/>
                <w:lang w:val="ro-RO"/>
              </w:rPr>
              <w:t>4</w:t>
            </w:r>
          </w:p>
        </w:tc>
        <w:tc>
          <w:tcPr>
            <w:tcW w:w="1360" w:type="dxa"/>
            <w:shd w:val="clear" w:color="auto" w:fill="FAFAFA"/>
            <w:tcMar>
              <w:top w:w="60" w:type="dxa"/>
              <w:left w:w="70" w:type="dxa"/>
              <w:bottom w:w="60" w:type="dxa"/>
              <w:right w:w="70" w:type="dxa"/>
            </w:tcMar>
            <w:vAlign w:val="center"/>
          </w:tcPr>
          <w:p w14:paraId="706FE979" w14:textId="77777777" w:rsidR="008E2B50" w:rsidRPr="00E81C1D" w:rsidRDefault="008E2B50">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105CC5F7" w14:textId="77777777" w:rsidR="008E2B50" w:rsidRPr="00E81C1D" w:rsidRDefault="008E2B50">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522343B6" w14:textId="77777777" w:rsidR="008E2B50" w:rsidRPr="00E81C1D" w:rsidRDefault="008E2B50">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2DE972B0" w14:textId="77777777" w:rsidR="008E2B50" w:rsidRPr="00E81C1D" w:rsidRDefault="008E2B50">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6FE18E0B" w14:textId="77777777" w:rsidR="008E2B50" w:rsidRPr="00E81C1D" w:rsidRDefault="008E2B50">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3B134078" w14:textId="77777777" w:rsidR="008E2B50" w:rsidRPr="00E81C1D" w:rsidRDefault="008E2B50">
            <w:pPr>
              <w:spacing w:after="0" w:line="240" w:lineRule="auto"/>
              <w:jc w:val="center"/>
              <w:rPr>
                <w:noProof/>
                <w:lang w:val="ro-RO"/>
              </w:rPr>
            </w:pPr>
          </w:p>
        </w:tc>
      </w:tr>
      <w:tr w:rsidR="008E2B50" w:rsidRPr="00E81C1D" w14:paraId="7F18592F" w14:textId="77777777">
        <w:trPr>
          <w:cantSplit/>
          <w:jc w:val="center"/>
        </w:trPr>
        <w:tc>
          <w:tcPr>
            <w:tcW w:w="566" w:type="dxa"/>
            <w:tcMar>
              <w:top w:w="60" w:type="dxa"/>
              <w:left w:w="70" w:type="dxa"/>
              <w:bottom w:w="60" w:type="dxa"/>
              <w:right w:w="70" w:type="dxa"/>
            </w:tcMar>
            <w:vAlign w:val="center"/>
          </w:tcPr>
          <w:p w14:paraId="621B0BAF" w14:textId="77777777" w:rsidR="008E2B50" w:rsidRPr="00E81C1D" w:rsidRDefault="00000000">
            <w:pPr>
              <w:spacing w:after="0" w:line="240" w:lineRule="auto"/>
              <w:jc w:val="center"/>
              <w:rPr>
                <w:noProof/>
                <w:lang w:val="ro-RO"/>
              </w:rPr>
            </w:pPr>
            <w:r w:rsidRPr="00E81C1D">
              <w:rPr>
                <w:rFonts w:eastAsia="Arial"/>
                <w:noProof/>
                <w:sz w:val="15"/>
                <w:lang w:val="ro-RO"/>
              </w:rPr>
              <w:t>5</w:t>
            </w:r>
          </w:p>
        </w:tc>
        <w:tc>
          <w:tcPr>
            <w:tcW w:w="1360" w:type="dxa"/>
            <w:tcMar>
              <w:top w:w="60" w:type="dxa"/>
              <w:left w:w="70" w:type="dxa"/>
              <w:bottom w:w="60" w:type="dxa"/>
              <w:right w:w="70" w:type="dxa"/>
            </w:tcMar>
            <w:vAlign w:val="center"/>
          </w:tcPr>
          <w:p w14:paraId="429C1C4E" w14:textId="77777777" w:rsidR="008E2B50" w:rsidRPr="00E81C1D" w:rsidRDefault="008E2B50">
            <w:pPr>
              <w:spacing w:after="0" w:line="240" w:lineRule="auto"/>
              <w:rPr>
                <w:noProof/>
                <w:lang w:val="ro-RO"/>
              </w:rPr>
            </w:pPr>
          </w:p>
        </w:tc>
        <w:tc>
          <w:tcPr>
            <w:tcW w:w="2381" w:type="dxa"/>
            <w:tcMar>
              <w:top w:w="60" w:type="dxa"/>
              <w:left w:w="70" w:type="dxa"/>
              <w:bottom w:w="60" w:type="dxa"/>
              <w:right w:w="70" w:type="dxa"/>
            </w:tcMar>
            <w:vAlign w:val="center"/>
          </w:tcPr>
          <w:p w14:paraId="79F6AD1B" w14:textId="77777777" w:rsidR="008E2B50" w:rsidRPr="00E81C1D" w:rsidRDefault="008E2B50">
            <w:pPr>
              <w:spacing w:after="0" w:line="240" w:lineRule="auto"/>
              <w:rPr>
                <w:noProof/>
                <w:lang w:val="ro-RO"/>
              </w:rPr>
            </w:pPr>
          </w:p>
        </w:tc>
        <w:tc>
          <w:tcPr>
            <w:tcW w:w="1927" w:type="dxa"/>
            <w:tcMar>
              <w:top w:w="60" w:type="dxa"/>
              <w:left w:w="70" w:type="dxa"/>
              <w:bottom w:w="60" w:type="dxa"/>
              <w:right w:w="70" w:type="dxa"/>
            </w:tcMar>
            <w:vAlign w:val="center"/>
          </w:tcPr>
          <w:p w14:paraId="075BDDAC" w14:textId="77777777" w:rsidR="008E2B50" w:rsidRPr="00E81C1D" w:rsidRDefault="008E2B50">
            <w:pPr>
              <w:spacing w:after="0" w:line="240" w:lineRule="auto"/>
              <w:rPr>
                <w:noProof/>
                <w:lang w:val="ro-RO"/>
              </w:rPr>
            </w:pPr>
          </w:p>
        </w:tc>
        <w:tc>
          <w:tcPr>
            <w:tcW w:w="1247" w:type="dxa"/>
            <w:tcMar>
              <w:top w:w="60" w:type="dxa"/>
              <w:left w:w="70" w:type="dxa"/>
              <w:bottom w:w="60" w:type="dxa"/>
              <w:right w:w="70" w:type="dxa"/>
            </w:tcMar>
            <w:vAlign w:val="center"/>
          </w:tcPr>
          <w:p w14:paraId="6A53C282" w14:textId="77777777" w:rsidR="008E2B50" w:rsidRPr="00E81C1D" w:rsidRDefault="008E2B50">
            <w:pPr>
              <w:spacing w:after="0" w:line="240" w:lineRule="auto"/>
              <w:jc w:val="center"/>
              <w:rPr>
                <w:noProof/>
                <w:lang w:val="ro-RO"/>
              </w:rPr>
            </w:pPr>
          </w:p>
        </w:tc>
        <w:tc>
          <w:tcPr>
            <w:tcW w:w="1247" w:type="dxa"/>
            <w:tcMar>
              <w:top w:w="60" w:type="dxa"/>
              <w:left w:w="70" w:type="dxa"/>
              <w:bottom w:w="60" w:type="dxa"/>
              <w:right w:w="70" w:type="dxa"/>
            </w:tcMar>
            <w:vAlign w:val="center"/>
          </w:tcPr>
          <w:p w14:paraId="2A59E9D1" w14:textId="77777777" w:rsidR="008E2B50" w:rsidRPr="00E81C1D" w:rsidRDefault="008E2B50">
            <w:pPr>
              <w:spacing w:after="0" w:line="240" w:lineRule="auto"/>
              <w:jc w:val="center"/>
              <w:rPr>
                <w:noProof/>
                <w:lang w:val="ro-RO"/>
              </w:rPr>
            </w:pPr>
          </w:p>
        </w:tc>
        <w:tc>
          <w:tcPr>
            <w:tcW w:w="1133" w:type="dxa"/>
            <w:tcMar>
              <w:top w:w="60" w:type="dxa"/>
              <w:left w:w="70" w:type="dxa"/>
              <w:bottom w:w="60" w:type="dxa"/>
              <w:right w:w="70" w:type="dxa"/>
            </w:tcMar>
            <w:vAlign w:val="center"/>
          </w:tcPr>
          <w:p w14:paraId="566BC2AD" w14:textId="77777777" w:rsidR="008E2B50" w:rsidRPr="00E81C1D" w:rsidRDefault="008E2B50">
            <w:pPr>
              <w:spacing w:after="0" w:line="240" w:lineRule="auto"/>
              <w:jc w:val="center"/>
              <w:rPr>
                <w:noProof/>
                <w:lang w:val="ro-RO"/>
              </w:rPr>
            </w:pPr>
          </w:p>
        </w:tc>
      </w:tr>
      <w:tr w:rsidR="008E2B50" w:rsidRPr="00E81C1D" w14:paraId="165DEED0" w14:textId="77777777">
        <w:trPr>
          <w:cantSplit/>
          <w:jc w:val="center"/>
        </w:trPr>
        <w:tc>
          <w:tcPr>
            <w:tcW w:w="566" w:type="dxa"/>
            <w:shd w:val="clear" w:color="auto" w:fill="FAFAFA"/>
            <w:tcMar>
              <w:top w:w="60" w:type="dxa"/>
              <w:left w:w="70" w:type="dxa"/>
              <w:bottom w:w="60" w:type="dxa"/>
              <w:right w:w="70" w:type="dxa"/>
            </w:tcMar>
            <w:vAlign w:val="center"/>
          </w:tcPr>
          <w:p w14:paraId="64226751" w14:textId="77777777" w:rsidR="008E2B50" w:rsidRPr="00E81C1D" w:rsidRDefault="00000000">
            <w:pPr>
              <w:spacing w:after="0" w:line="240" w:lineRule="auto"/>
              <w:jc w:val="center"/>
              <w:rPr>
                <w:noProof/>
                <w:lang w:val="ro-RO"/>
              </w:rPr>
            </w:pPr>
            <w:r w:rsidRPr="00E81C1D">
              <w:rPr>
                <w:rFonts w:eastAsia="Arial"/>
                <w:noProof/>
                <w:sz w:val="15"/>
                <w:lang w:val="ro-RO"/>
              </w:rPr>
              <w:t>6</w:t>
            </w:r>
          </w:p>
        </w:tc>
        <w:tc>
          <w:tcPr>
            <w:tcW w:w="1360" w:type="dxa"/>
            <w:shd w:val="clear" w:color="auto" w:fill="FAFAFA"/>
            <w:tcMar>
              <w:top w:w="60" w:type="dxa"/>
              <w:left w:w="70" w:type="dxa"/>
              <w:bottom w:w="60" w:type="dxa"/>
              <w:right w:w="70" w:type="dxa"/>
            </w:tcMar>
            <w:vAlign w:val="center"/>
          </w:tcPr>
          <w:p w14:paraId="16E28963" w14:textId="77777777" w:rsidR="008E2B50" w:rsidRPr="00E81C1D" w:rsidRDefault="008E2B50">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0BBD5137" w14:textId="77777777" w:rsidR="008E2B50" w:rsidRPr="00E81C1D" w:rsidRDefault="008E2B50">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78E171EF" w14:textId="77777777" w:rsidR="008E2B50" w:rsidRPr="00E81C1D" w:rsidRDefault="008E2B50">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7BDCDE8C" w14:textId="77777777" w:rsidR="008E2B50" w:rsidRPr="00E81C1D" w:rsidRDefault="008E2B50">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6352A375" w14:textId="77777777" w:rsidR="008E2B50" w:rsidRPr="00E81C1D" w:rsidRDefault="008E2B50">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7455B06B" w14:textId="77777777" w:rsidR="008E2B50" w:rsidRPr="00E81C1D" w:rsidRDefault="008E2B50">
            <w:pPr>
              <w:spacing w:after="0" w:line="240" w:lineRule="auto"/>
              <w:jc w:val="center"/>
              <w:rPr>
                <w:noProof/>
                <w:lang w:val="ro-RO"/>
              </w:rPr>
            </w:pPr>
          </w:p>
        </w:tc>
      </w:tr>
      <w:tr w:rsidR="008E2B50" w:rsidRPr="00E81C1D" w14:paraId="443D0F7E" w14:textId="77777777">
        <w:trPr>
          <w:cantSplit/>
          <w:jc w:val="center"/>
        </w:trPr>
        <w:tc>
          <w:tcPr>
            <w:tcW w:w="566" w:type="dxa"/>
            <w:tcMar>
              <w:top w:w="60" w:type="dxa"/>
              <w:left w:w="70" w:type="dxa"/>
              <w:bottom w:w="60" w:type="dxa"/>
              <w:right w:w="70" w:type="dxa"/>
            </w:tcMar>
            <w:vAlign w:val="center"/>
          </w:tcPr>
          <w:p w14:paraId="2C9F5171" w14:textId="77777777" w:rsidR="008E2B50" w:rsidRPr="00E81C1D" w:rsidRDefault="00000000">
            <w:pPr>
              <w:spacing w:after="0" w:line="240" w:lineRule="auto"/>
              <w:jc w:val="center"/>
              <w:rPr>
                <w:noProof/>
                <w:lang w:val="ro-RO"/>
              </w:rPr>
            </w:pPr>
            <w:r w:rsidRPr="00E81C1D">
              <w:rPr>
                <w:rFonts w:eastAsia="Arial"/>
                <w:noProof/>
                <w:sz w:val="15"/>
                <w:lang w:val="ro-RO"/>
              </w:rPr>
              <w:t>7</w:t>
            </w:r>
          </w:p>
        </w:tc>
        <w:tc>
          <w:tcPr>
            <w:tcW w:w="1360" w:type="dxa"/>
            <w:tcMar>
              <w:top w:w="60" w:type="dxa"/>
              <w:left w:w="70" w:type="dxa"/>
              <w:bottom w:w="60" w:type="dxa"/>
              <w:right w:w="70" w:type="dxa"/>
            </w:tcMar>
            <w:vAlign w:val="center"/>
          </w:tcPr>
          <w:p w14:paraId="77043882" w14:textId="77777777" w:rsidR="008E2B50" w:rsidRPr="00E81C1D" w:rsidRDefault="008E2B50">
            <w:pPr>
              <w:spacing w:after="0" w:line="240" w:lineRule="auto"/>
              <w:rPr>
                <w:noProof/>
                <w:lang w:val="ro-RO"/>
              </w:rPr>
            </w:pPr>
          </w:p>
        </w:tc>
        <w:tc>
          <w:tcPr>
            <w:tcW w:w="2381" w:type="dxa"/>
            <w:tcMar>
              <w:top w:w="60" w:type="dxa"/>
              <w:left w:w="70" w:type="dxa"/>
              <w:bottom w:w="60" w:type="dxa"/>
              <w:right w:w="70" w:type="dxa"/>
            </w:tcMar>
            <w:vAlign w:val="center"/>
          </w:tcPr>
          <w:p w14:paraId="77F8D8F8" w14:textId="77777777" w:rsidR="008E2B50" w:rsidRPr="00E81C1D" w:rsidRDefault="008E2B50">
            <w:pPr>
              <w:spacing w:after="0" w:line="240" w:lineRule="auto"/>
              <w:rPr>
                <w:noProof/>
                <w:lang w:val="ro-RO"/>
              </w:rPr>
            </w:pPr>
          </w:p>
        </w:tc>
        <w:tc>
          <w:tcPr>
            <w:tcW w:w="1927" w:type="dxa"/>
            <w:tcMar>
              <w:top w:w="60" w:type="dxa"/>
              <w:left w:w="70" w:type="dxa"/>
              <w:bottom w:w="60" w:type="dxa"/>
              <w:right w:w="70" w:type="dxa"/>
            </w:tcMar>
            <w:vAlign w:val="center"/>
          </w:tcPr>
          <w:p w14:paraId="20A8AB24" w14:textId="77777777" w:rsidR="008E2B50" w:rsidRPr="00E81C1D" w:rsidRDefault="008E2B50">
            <w:pPr>
              <w:spacing w:after="0" w:line="240" w:lineRule="auto"/>
              <w:rPr>
                <w:noProof/>
                <w:lang w:val="ro-RO"/>
              </w:rPr>
            </w:pPr>
          </w:p>
        </w:tc>
        <w:tc>
          <w:tcPr>
            <w:tcW w:w="1247" w:type="dxa"/>
            <w:tcMar>
              <w:top w:w="60" w:type="dxa"/>
              <w:left w:w="70" w:type="dxa"/>
              <w:bottom w:w="60" w:type="dxa"/>
              <w:right w:w="70" w:type="dxa"/>
            </w:tcMar>
            <w:vAlign w:val="center"/>
          </w:tcPr>
          <w:p w14:paraId="01BA401A" w14:textId="77777777" w:rsidR="008E2B50" w:rsidRPr="00E81C1D" w:rsidRDefault="008E2B50">
            <w:pPr>
              <w:spacing w:after="0" w:line="240" w:lineRule="auto"/>
              <w:jc w:val="center"/>
              <w:rPr>
                <w:noProof/>
                <w:lang w:val="ro-RO"/>
              </w:rPr>
            </w:pPr>
          </w:p>
        </w:tc>
        <w:tc>
          <w:tcPr>
            <w:tcW w:w="1247" w:type="dxa"/>
            <w:tcMar>
              <w:top w:w="60" w:type="dxa"/>
              <w:left w:w="70" w:type="dxa"/>
              <w:bottom w:w="60" w:type="dxa"/>
              <w:right w:w="70" w:type="dxa"/>
            </w:tcMar>
            <w:vAlign w:val="center"/>
          </w:tcPr>
          <w:p w14:paraId="6139C583" w14:textId="77777777" w:rsidR="008E2B50" w:rsidRPr="00E81C1D" w:rsidRDefault="008E2B50">
            <w:pPr>
              <w:spacing w:after="0" w:line="240" w:lineRule="auto"/>
              <w:jc w:val="center"/>
              <w:rPr>
                <w:noProof/>
                <w:lang w:val="ro-RO"/>
              </w:rPr>
            </w:pPr>
          </w:p>
        </w:tc>
        <w:tc>
          <w:tcPr>
            <w:tcW w:w="1133" w:type="dxa"/>
            <w:tcMar>
              <w:top w:w="60" w:type="dxa"/>
              <w:left w:w="70" w:type="dxa"/>
              <w:bottom w:w="60" w:type="dxa"/>
              <w:right w:w="70" w:type="dxa"/>
            </w:tcMar>
            <w:vAlign w:val="center"/>
          </w:tcPr>
          <w:p w14:paraId="005B28E8" w14:textId="77777777" w:rsidR="008E2B50" w:rsidRPr="00E81C1D" w:rsidRDefault="008E2B50">
            <w:pPr>
              <w:spacing w:after="0" w:line="240" w:lineRule="auto"/>
              <w:jc w:val="center"/>
              <w:rPr>
                <w:noProof/>
                <w:lang w:val="ro-RO"/>
              </w:rPr>
            </w:pPr>
          </w:p>
        </w:tc>
      </w:tr>
      <w:tr w:rsidR="008E2B50" w:rsidRPr="00E81C1D" w14:paraId="5368CFF1" w14:textId="77777777">
        <w:trPr>
          <w:cantSplit/>
          <w:jc w:val="center"/>
        </w:trPr>
        <w:tc>
          <w:tcPr>
            <w:tcW w:w="566" w:type="dxa"/>
            <w:shd w:val="clear" w:color="auto" w:fill="FAFAFA"/>
            <w:tcMar>
              <w:top w:w="60" w:type="dxa"/>
              <w:left w:w="70" w:type="dxa"/>
              <w:bottom w:w="60" w:type="dxa"/>
              <w:right w:w="70" w:type="dxa"/>
            </w:tcMar>
            <w:vAlign w:val="center"/>
          </w:tcPr>
          <w:p w14:paraId="75882BFD" w14:textId="77777777" w:rsidR="008E2B50" w:rsidRPr="00E81C1D" w:rsidRDefault="00000000">
            <w:pPr>
              <w:spacing w:after="0" w:line="240" w:lineRule="auto"/>
              <w:jc w:val="center"/>
              <w:rPr>
                <w:noProof/>
                <w:lang w:val="ro-RO"/>
              </w:rPr>
            </w:pPr>
            <w:r w:rsidRPr="00E81C1D">
              <w:rPr>
                <w:rFonts w:eastAsia="Arial"/>
                <w:noProof/>
                <w:sz w:val="15"/>
                <w:lang w:val="ro-RO"/>
              </w:rPr>
              <w:t>8</w:t>
            </w:r>
          </w:p>
        </w:tc>
        <w:tc>
          <w:tcPr>
            <w:tcW w:w="1360" w:type="dxa"/>
            <w:shd w:val="clear" w:color="auto" w:fill="FAFAFA"/>
            <w:tcMar>
              <w:top w:w="60" w:type="dxa"/>
              <w:left w:w="70" w:type="dxa"/>
              <w:bottom w:w="60" w:type="dxa"/>
              <w:right w:w="70" w:type="dxa"/>
            </w:tcMar>
            <w:vAlign w:val="center"/>
          </w:tcPr>
          <w:p w14:paraId="040C81A0" w14:textId="77777777" w:rsidR="008E2B50" w:rsidRPr="00E81C1D" w:rsidRDefault="008E2B50">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6ED57C36" w14:textId="77777777" w:rsidR="008E2B50" w:rsidRPr="00E81C1D" w:rsidRDefault="008E2B50">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0F0B2073" w14:textId="77777777" w:rsidR="008E2B50" w:rsidRPr="00E81C1D" w:rsidRDefault="008E2B50">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38E8A6EE" w14:textId="77777777" w:rsidR="008E2B50" w:rsidRPr="00E81C1D" w:rsidRDefault="008E2B50">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5058D96B" w14:textId="77777777" w:rsidR="008E2B50" w:rsidRPr="00E81C1D" w:rsidRDefault="008E2B50">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7B99B95B" w14:textId="77777777" w:rsidR="008E2B50" w:rsidRPr="00E81C1D" w:rsidRDefault="008E2B50">
            <w:pPr>
              <w:spacing w:after="0" w:line="240" w:lineRule="auto"/>
              <w:jc w:val="center"/>
              <w:rPr>
                <w:noProof/>
                <w:lang w:val="ro-RO"/>
              </w:rPr>
            </w:pPr>
          </w:p>
        </w:tc>
      </w:tr>
      <w:tr w:rsidR="008E2B50" w:rsidRPr="00E81C1D" w14:paraId="14899AB5" w14:textId="77777777">
        <w:trPr>
          <w:cantSplit/>
          <w:jc w:val="center"/>
        </w:trPr>
        <w:tc>
          <w:tcPr>
            <w:tcW w:w="566" w:type="dxa"/>
            <w:tcMar>
              <w:top w:w="60" w:type="dxa"/>
              <w:left w:w="70" w:type="dxa"/>
              <w:bottom w:w="60" w:type="dxa"/>
              <w:right w:w="70" w:type="dxa"/>
            </w:tcMar>
            <w:vAlign w:val="center"/>
          </w:tcPr>
          <w:p w14:paraId="76FE425D" w14:textId="77777777" w:rsidR="008E2B50" w:rsidRPr="00E81C1D" w:rsidRDefault="00000000">
            <w:pPr>
              <w:spacing w:after="0" w:line="240" w:lineRule="auto"/>
              <w:jc w:val="center"/>
              <w:rPr>
                <w:noProof/>
                <w:lang w:val="ro-RO"/>
              </w:rPr>
            </w:pPr>
            <w:r w:rsidRPr="00E81C1D">
              <w:rPr>
                <w:rFonts w:eastAsia="Arial"/>
                <w:noProof/>
                <w:sz w:val="15"/>
                <w:lang w:val="ro-RO"/>
              </w:rPr>
              <w:t>9</w:t>
            </w:r>
          </w:p>
        </w:tc>
        <w:tc>
          <w:tcPr>
            <w:tcW w:w="1360" w:type="dxa"/>
            <w:tcMar>
              <w:top w:w="60" w:type="dxa"/>
              <w:left w:w="70" w:type="dxa"/>
              <w:bottom w:w="60" w:type="dxa"/>
              <w:right w:w="70" w:type="dxa"/>
            </w:tcMar>
            <w:vAlign w:val="center"/>
          </w:tcPr>
          <w:p w14:paraId="1344E69E" w14:textId="77777777" w:rsidR="008E2B50" w:rsidRPr="00E81C1D" w:rsidRDefault="008E2B50">
            <w:pPr>
              <w:spacing w:after="0" w:line="240" w:lineRule="auto"/>
              <w:rPr>
                <w:noProof/>
                <w:lang w:val="ro-RO"/>
              </w:rPr>
            </w:pPr>
          </w:p>
        </w:tc>
        <w:tc>
          <w:tcPr>
            <w:tcW w:w="2381" w:type="dxa"/>
            <w:tcMar>
              <w:top w:w="60" w:type="dxa"/>
              <w:left w:w="70" w:type="dxa"/>
              <w:bottom w:w="60" w:type="dxa"/>
              <w:right w:w="70" w:type="dxa"/>
            </w:tcMar>
            <w:vAlign w:val="center"/>
          </w:tcPr>
          <w:p w14:paraId="5550068D" w14:textId="77777777" w:rsidR="008E2B50" w:rsidRPr="00E81C1D" w:rsidRDefault="008E2B50">
            <w:pPr>
              <w:spacing w:after="0" w:line="240" w:lineRule="auto"/>
              <w:rPr>
                <w:noProof/>
                <w:lang w:val="ro-RO"/>
              </w:rPr>
            </w:pPr>
          </w:p>
        </w:tc>
        <w:tc>
          <w:tcPr>
            <w:tcW w:w="1927" w:type="dxa"/>
            <w:tcMar>
              <w:top w:w="60" w:type="dxa"/>
              <w:left w:w="70" w:type="dxa"/>
              <w:bottom w:w="60" w:type="dxa"/>
              <w:right w:w="70" w:type="dxa"/>
            </w:tcMar>
            <w:vAlign w:val="center"/>
          </w:tcPr>
          <w:p w14:paraId="7A18302D" w14:textId="77777777" w:rsidR="008E2B50" w:rsidRPr="00E81C1D" w:rsidRDefault="008E2B50">
            <w:pPr>
              <w:spacing w:after="0" w:line="240" w:lineRule="auto"/>
              <w:rPr>
                <w:noProof/>
                <w:lang w:val="ro-RO"/>
              </w:rPr>
            </w:pPr>
          </w:p>
        </w:tc>
        <w:tc>
          <w:tcPr>
            <w:tcW w:w="1247" w:type="dxa"/>
            <w:tcMar>
              <w:top w:w="60" w:type="dxa"/>
              <w:left w:w="70" w:type="dxa"/>
              <w:bottom w:w="60" w:type="dxa"/>
              <w:right w:w="70" w:type="dxa"/>
            </w:tcMar>
            <w:vAlign w:val="center"/>
          </w:tcPr>
          <w:p w14:paraId="0CFD3034" w14:textId="77777777" w:rsidR="008E2B50" w:rsidRPr="00E81C1D" w:rsidRDefault="008E2B50">
            <w:pPr>
              <w:spacing w:after="0" w:line="240" w:lineRule="auto"/>
              <w:jc w:val="center"/>
              <w:rPr>
                <w:noProof/>
                <w:lang w:val="ro-RO"/>
              </w:rPr>
            </w:pPr>
          </w:p>
        </w:tc>
        <w:tc>
          <w:tcPr>
            <w:tcW w:w="1247" w:type="dxa"/>
            <w:tcMar>
              <w:top w:w="60" w:type="dxa"/>
              <w:left w:w="70" w:type="dxa"/>
              <w:bottom w:w="60" w:type="dxa"/>
              <w:right w:w="70" w:type="dxa"/>
            </w:tcMar>
            <w:vAlign w:val="center"/>
          </w:tcPr>
          <w:p w14:paraId="682EE61F" w14:textId="77777777" w:rsidR="008E2B50" w:rsidRPr="00E81C1D" w:rsidRDefault="008E2B50">
            <w:pPr>
              <w:spacing w:after="0" w:line="240" w:lineRule="auto"/>
              <w:jc w:val="center"/>
              <w:rPr>
                <w:noProof/>
                <w:lang w:val="ro-RO"/>
              </w:rPr>
            </w:pPr>
          </w:p>
        </w:tc>
        <w:tc>
          <w:tcPr>
            <w:tcW w:w="1133" w:type="dxa"/>
            <w:tcMar>
              <w:top w:w="60" w:type="dxa"/>
              <w:left w:w="70" w:type="dxa"/>
              <w:bottom w:w="60" w:type="dxa"/>
              <w:right w:w="70" w:type="dxa"/>
            </w:tcMar>
            <w:vAlign w:val="center"/>
          </w:tcPr>
          <w:p w14:paraId="6A3F2C0B" w14:textId="77777777" w:rsidR="008E2B50" w:rsidRPr="00E81C1D" w:rsidRDefault="008E2B50">
            <w:pPr>
              <w:spacing w:after="0" w:line="240" w:lineRule="auto"/>
              <w:jc w:val="center"/>
              <w:rPr>
                <w:noProof/>
                <w:lang w:val="ro-RO"/>
              </w:rPr>
            </w:pPr>
          </w:p>
        </w:tc>
      </w:tr>
      <w:tr w:rsidR="008E2B50" w:rsidRPr="00E81C1D" w14:paraId="42D07BDF" w14:textId="77777777">
        <w:trPr>
          <w:cantSplit/>
          <w:jc w:val="center"/>
        </w:trPr>
        <w:tc>
          <w:tcPr>
            <w:tcW w:w="566" w:type="dxa"/>
            <w:shd w:val="clear" w:color="auto" w:fill="FAFAFA"/>
            <w:tcMar>
              <w:top w:w="60" w:type="dxa"/>
              <w:left w:w="70" w:type="dxa"/>
              <w:bottom w:w="60" w:type="dxa"/>
              <w:right w:w="70" w:type="dxa"/>
            </w:tcMar>
            <w:vAlign w:val="center"/>
          </w:tcPr>
          <w:p w14:paraId="7E00DD21" w14:textId="77777777" w:rsidR="008E2B50" w:rsidRPr="00E81C1D" w:rsidRDefault="00000000">
            <w:pPr>
              <w:spacing w:after="0" w:line="240" w:lineRule="auto"/>
              <w:jc w:val="center"/>
              <w:rPr>
                <w:noProof/>
                <w:lang w:val="ro-RO"/>
              </w:rPr>
            </w:pPr>
            <w:r w:rsidRPr="00E81C1D">
              <w:rPr>
                <w:rFonts w:eastAsia="Arial"/>
                <w:noProof/>
                <w:sz w:val="15"/>
                <w:lang w:val="ro-RO"/>
              </w:rPr>
              <w:t>10</w:t>
            </w:r>
          </w:p>
        </w:tc>
        <w:tc>
          <w:tcPr>
            <w:tcW w:w="1360" w:type="dxa"/>
            <w:shd w:val="clear" w:color="auto" w:fill="FAFAFA"/>
            <w:tcMar>
              <w:top w:w="60" w:type="dxa"/>
              <w:left w:w="70" w:type="dxa"/>
              <w:bottom w:w="60" w:type="dxa"/>
              <w:right w:w="70" w:type="dxa"/>
            </w:tcMar>
            <w:vAlign w:val="center"/>
          </w:tcPr>
          <w:p w14:paraId="023030DB" w14:textId="77777777" w:rsidR="008E2B50" w:rsidRPr="00E81C1D" w:rsidRDefault="008E2B50">
            <w:pPr>
              <w:spacing w:after="0" w:line="240" w:lineRule="auto"/>
              <w:rPr>
                <w:noProof/>
                <w:lang w:val="ro-RO"/>
              </w:rPr>
            </w:pPr>
          </w:p>
        </w:tc>
        <w:tc>
          <w:tcPr>
            <w:tcW w:w="2381" w:type="dxa"/>
            <w:shd w:val="clear" w:color="auto" w:fill="FAFAFA"/>
            <w:tcMar>
              <w:top w:w="60" w:type="dxa"/>
              <w:left w:w="70" w:type="dxa"/>
              <w:bottom w:w="60" w:type="dxa"/>
              <w:right w:w="70" w:type="dxa"/>
            </w:tcMar>
            <w:vAlign w:val="center"/>
          </w:tcPr>
          <w:p w14:paraId="0DCEEA66" w14:textId="77777777" w:rsidR="008E2B50" w:rsidRPr="00E81C1D" w:rsidRDefault="008E2B50">
            <w:pPr>
              <w:spacing w:after="0" w:line="240" w:lineRule="auto"/>
              <w:rPr>
                <w:noProof/>
                <w:lang w:val="ro-RO"/>
              </w:rPr>
            </w:pPr>
          </w:p>
        </w:tc>
        <w:tc>
          <w:tcPr>
            <w:tcW w:w="1927" w:type="dxa"/>
            <w:shd w:val="clear" w:color="auto" w:fill="FAFAFA"/>
            <w:tcMar>
              <w:top w:w="60" w:type="dxa"/>
              <w:left w:w="70" w:type="dxa"/>
              <w:bottom w:w="60" w:type="dxa"/>
              <w:right w:w="70" w:type="dxa"/>
            </w:tcMar>
            <w:vAlign w:val="center"/>
          </w:tcPr>
          <w:p w14:paraId="5602FE4F" w14:textId="77777777" w:rsidR="008E2B50" w:rsidRPr="00E81C1D" w:rsidRDefault="008E2B50">
            <w:pPr>
              <w:spacing w:after="0" w:line="240" w:lineRule="auto"/>
              <w:rPr>
                <w:noProof/>
                <w:lang w:val="ro-RO"/>
              </w:rPr>
            </w:pPr>
          </w:p>
        </w:tc>
        <w:tc>
          <w:tcPr>
            <w:tcW w:w="1247" w:type="dxa"/>
            <w:shd w:val="clear" w:color="auto" w:fill="FAFAFA"/>
            <w:tcMar>
              <w:top w:w="60" w:type="dxa"/>
              <w:left w:w="70" w:type="dxa"/>
              <w:bottom w:w="60" w:type="dxa"/>
              <w:right w:w="70" w:type="dxa"/>
            </w:tcMar>
            <w:vAlign w:val="center"/>
          </w:tcPr>
          <w:p w14:paraId="4BE2F078" w14:textId="77777777" w:rsidR="008E2B50" w:rsidRPr="00E81C1D" w:rsidRDefault="008E2B50">
            <w:pPr>
              <w:spacing w:after="0" w:line="240" w:lineRule="auto"/>
              <w:jc w:val="center"/>
              <w:rPr>
                <w:noProof/>
                <w:lang w:val="ro-RO"/>
              </w:rPr>
            </w:pPr>
          </w:p>
        </w:tc>
        <w:tc>
          <w:tcPr>
            <w:tcW w:w="1247" w:type="dxa"/>
            <w:shd w:val="clear" w:color="auto" w:fill="FAFAFA"/>
            <w:tcMar>
              <w:top w:w="60" w:type="dxa"/>
              <w:left w:w="70" w:type="dxa"/>
              <w:bottom w:w="60" w:type="dxa"/>
              <w:right w:w="70" w:type="dxa"/>
            </w:tcMar>
            <w:vAlign w:val="center"/>
          </w:tcPr>
          <w:p w14:paraId="5C300847" w14:textId="77777777" w:rsidR="008E2B50" w:rsidRPr="00E81C1D" w:rsidRDefault="008E2B50">
            <w:pPr>
              <w:spacing w:after="0" w:line="240" w:lineRule="auto"/>
              <w:jc w:val="center"/>
              <w:rPr>
                <w:noProof/>
                <w:lang w:val="ro-RO"/>
              </w:rPr>
            </w:pPr>
          </w:p>
        </w:tc>
        <w:tc>
          <w:tcPr>
            <w:tcW w:w="1133" w:type="dxa"/>
            <w:shd w:val="clear" w:color="auto" w:fill="FAFAFA"/>
            <w:tcMar>
              <w:top w:w="60" w:type="dxa"/>
              <w:left w:w="70" w:type="dxa"/>
              <w:bottom w:w="60" w:type="dxa"/>
              <w:right w:w="70" w:type="dxa"/>
            </w:tcMar>
            <w:vAlign w:val="center"/>
          </w:tcPr>
          <w:p w14:paraId="39BA8015" w14:textId="77777777" w:rsidR="008E2B50" w:rsidRPr="00E81C1D" w:rsidRDefault="008E2B50">
            <w:pPr>
              <w:spacing w:after="0" w:line="240" w:lineRule="auto"/>
              <w:jc w:val="center"/>
              <w:rPr>
                <w:noProof/>
                <w:lang w:val="ro-RO"/>
              </w:rPr>
            </w:pPr>
          </w:p>
        </w:tc>
      </w:tr>
      <w:tr w:rsidR="008E2B50" w:rsidRPr="00E81C1D" w14:paraId="26051899" w14:textId="77777777">
        <w:trPr>
          <w:cantSplit/>
          <w:jc w:val="center"/>
        </w:trPr>
        <w:tc>
          <w:tcPr>
            <w:tcW w:w="566" w:type="dxa"/>
            <w:tcMar>
              <w:top w:w="60" w:type="dxa"/>
              <w:left w:w="70" w:type="dxa"/>
              <w:bottom w:w="60" w:type="dxa"/>
              <w:right w:w="70" w:type="dxa"/>
            </w:tcMar>
            <w:vAlign w:val="center"/>
          </w:tcPr>
          <w:p w14:paraId="532CF679" w14:textId="77777777" w:rsidR="008E2B50" w:rsidRPr="00E81C1D" w:rsidRDefault="00000000">
            <w:pPr>
              <w:spacing w:after="0" w:line="240" w:lineRule="auto"/>
              <w:jc w:val="center"/>
              <w:rPr>
                <w:noProof/>
                <w:lang w:val="ro-RO"/>
              </w:rPr>
            </w:pPr>
            <w:r w:rsidRPr="00E81C1D">
              <w:rPr>
                <w:rFonts w:eastAsia="Arial"/>
                <w:noProof/>
                <w:sz w:val="15"/>
                <w:lang w:val="ro-RO"/>
              </w:rPr>
              <w:t>11</w:t>
            </w:r>
          </w:p>
        </w:tc>
        <w:tc>
          <w:tcPr>
            <w:tcW w:w="1360" w:type="dxa"/>
            <w:tcMar>
              <w:top w:w="60" w:type="dxa"/>
              <w:left w:w="70" w:type="dxa"/>
              <w:bottom w:w="60" w:type="dxa"/>
              <w:right w:w="70" w:type="dxa"/>
            </w:tcMar>
            <w:vAlign w:val="center"/>
          </w:tcPr>
          <w:p w14:paraId="7EF85F56" w14:textId="77777777" w:rsidR="008E2B50" w:rsidRPr="00E81C1D" w:rsidRDefault="008E2B50">
            <w:pPr>
              <w:spacing w:after="0" w:line="240" w:lineRule="auto"/>
              <w:rPr>
                <w:noProof/>
                <w:lang w:val="ro-RO"/>
              </w:rPr>
            </w:pPr>
          </w:p>
        </w:tc>
        <w:tc>
          <w:tcPr>
            <w:tcW w:w="2381" w:type="dxa"/>
            <w:tcMar>
              <w:top w:w="60" w:type="dxa"/>
              <w:left w:w="70" w:type="dxa"/>
              <w:bottom w:w="60" w:type="dxa"/>
              <w:right w:w="70" w:type="dxa"/>
            </w:tcMar>
            <w:vAlign w:val="center"/>
          </w:tcPr>
          <w:p w14:paraId="196E6F37" w14:textId="77777777" w:rsidR="008E2B50" w:rsidRPr="00E81C1D" w:rsidRDefault="008E2B50">
            <w:pPr>
              <w:spacing w:after="0" w:line="240" w:lineRule="auto"/>
              <w:rPr>
                <w:noProof/>
                <w:lang w:val="ro-RO"/>
              </w:rPr>
            </w:pPr>
          </w:p>
        </w:tc>
        <w:tc>
          <w:tcPr>
            <w:tcW w:w="1927" w:type="dxa"/>
            <w:tcMar>
              <w:top w:w="60" w:type="dxa"/>
              <w:left w:w="70" w:type="dxa"/>
              <w:bottom w:w="60" w:type="dxa"/>
              <w:right w:w="70" w:type="dxa"/>
            </w:tcMar>
            <w:vAlign w:val="center"/>
          </w:tcPr>
          <w:p w14:paraId="3CAD45F5" w14:textId="77777777" w:rsidR="008E2B50" w:rsidRPr="00E81C1D" w:rsidRDefault="008E2B50">
            <w:pPr>
              <w:spacing w:after="0" w:line="240" w:lineRule="auto"/>
              <w:rPr>
                <w:noProof/>
                <w:lang w:val="ro-RO"/>
              </w:rPr>
            </w:pPr>
          </w:p>
        </w:tc>
        <w:tc>
          <w:tcPr>
            <w:tcW w:w="1247" w:type="dxa"/>
            <w:tcMar>
              <w:top w:w="60" w:type="dxa"/>
              <w:left w:w="70" w:type="dxa"/>
              <w:bottom w:w="60" w:type="dxa"/>
              <w:right w:w="70" w:type="dxa"/>
            </w:tcMar>
            <w:vAlign w:val="center"/>
          </w:tcPr>
          <w:p w14:paraId="5E618B96" w14:textId="77777777" w:rsidR="008E2B50" w:rsidRPr="00E81C1D" w:rsidRDefault="008E2B50">
            <w:pPr>
              <w:spacing w:after="0" w:line="240" w:lineRule="auto"/>
              <w:jc w:val="center"/>
              <w:rPr>
                <w:noProof/>
                <w:lang w:val="ro-RO"/>
              </w:rPr>
            </w:pPr>
          </w:p>
        </w:tc>
        <w:tc>
          <w:tcPr>
            <w:tcW w:w="1247" w:type="dxa"/>
            <w:tcMar>
              <w:top w:w="60" w:type="dxa"/>
              <w:left w:w="70" w:type="dxa"/>
              <w:bottom w:w="60" w:type="dxa"/>
              <w:right w:w="70" w:type="dxa"/>
            </w:tcMar>
            <w:vAlign w:val="center"/>
          </w:tcPr>
          <w:p w14:paraId="5F34F38C" w14:textId="77777777" w:rsidR="008E2B50" w:rsidRPr="00E81C1D" w:rsidRDefault="008E2B50">
            <w:pPr>
              <w:spacing w:after="0" w:line="240" w:lineRule="auto"/>
              <w:jc w:val="center"/>
              <w:rPr>
                <w:noProof/>
                <w:lang w:val="ro-RO"/>
              </w:rPr>
            </w:pPr>
          </w:p>
        </w:tc>
        <w:tc>
          <w:tcPr>
            <w:tcW w:w="1133" w:type="dxa"/>
            <w:tcMar>
              <w:top w:w="60" w:type="dxa"/>
              <w:left w:w="70" w:type="dxa"/>
              <w:bottom w:w="60" w:type="dxa"/>
              <w:right w:w="70" w:type="dxa"/>
            </w:tcMar>
            <w:vAlign w:val="center"/>
          </w:tcPr>
          <w:p w14:paraId="0D703DF2" w14:textId="77777777" w:rsidR="008E2B50" w:rsidRPr="00E81C1D" w:rsidRDefault="008E2B50">
            <w:pPr>
              <w:spacing w:after="0" w:line="240" w:lineRule="auto"/>
              <w:jc w:val="center"/>
              <w:rPr>
                <w:noProof/>
                <w:lang w:val="ro-RO"/>
              </w:rPr>
            </w:pPr>
          </w:p>
        </w:tc>
      </w:tr>
    </w:tbl>
    <w:p w14:paraId="2C8D7B74" w14:textId="77777777" w:rsidR="008E2B50" w:rsidRPr="00E81C1D" w:rsidRDefault="00000000">
      <w:pPr>
        <w:pStyle w:val="Heading2"/>
        <w:rPr>
          <w:noProof/>
          <w:lang w:val="ro-RO"/>
        </w:rPr>
      </w:pPr>
      <w:r w:rsidRPr="00E81C1D">
        <w:rPr>
          <w:noProof/>
          <w:lang w:val="ro-RO"/>
        </w:rPr>
        <w:t>Verificarea eficacității acțiunilor</w:t>
      </w:r>
    </w:p>
    <w:p w14:paraId="4AC5CAC3" w14:textId="77777777" w:rsidR="008E2B50" w:rsidRPr="00E81C1D" w:rsidRDefault="00000000">
      <w:pPr>
        <w:pStyle w:val="ListBullet"/>
        <w:ind w:left="283" w:hanging="170"/>
        <w:rPr>
          <w:noProof/>
          <w:lang w:val="ro-RO"/>
        </w:rPr>
      </w:pPr>
      <w:r w:rsidRPr="00E81C1D">
        <w:rPr>
          <w:noProof/>
          <w:lang w:val="ro-RO"/>
        </w:rPr>
        <w:t>Definiți înainte de implementare ce rezultat va demonstra eficacitatea.</w:t>
      </w:r>
    </w:p>
    <w:p w14:paraId="21006878" w14:textId="77777777" w:rsidR="008E2B50" w:rsidRPr="00E81C1D" w:rsidRDefault="00000000">
      <w:pPr>
        <w:pStyle w:val="ListBullet"/>
        <w:ind w:left="283" w:hanging="170"/>
        <w:rPr>
          <w:noProof/>
          <w:lang w:val="ro-RO"/>
        </w:rPr>
      </w:pPr>
      <w:r w:rsidRPr="00E81C1D">
        <w:rPr>
          <w:noProof/>
          <w:lang w:val="ro-RO"/>
        </w:rPr>
        <w:t>Verificați după o perioadă suficientă pentru ca riscul, incidentul sau abaterea să poată reapărea.</w:t>
      </w:r>
    </w:p>
    <w:p w14:paraId="27B47DF7" w14:textId="77777777" w:rsidR="008E2B50" w:rsidRPr="00E81C1D" w:rsidRDefault="00000000">
      <w:pPr>
        <w:pStyle w:val="ListBullet"/>
        <w:ind w:left="283" w:hanging="170"/>
        <w:rPr>
          <w:noProof/>
          <w:lang w:val="ro-RO"/>
        </w:rPr>
      </w:pPr>
      <w:r w:rsidRPr="00E81C1D">
        <w:rPr>
          <w:noProof/>
          <w:lang w:val="ro-RO"/>
        </w:rPr>
        <w:t>Utilizați date, observații, eșantioane, interviuri sau re-audit; nu vă limitați la confirmarea că documentul a fost modificat.</w:t>
      </w:r>
    </w:p>
    <w:p w14:paraId="52513350" w14:textId="77777777" w:rsidR="008E2B50" w:rsidRPr="00E81C1D" w:rsidRDefault="00000000">
      <w:pPr>
        <w:pStyle w:val="ListBullet"/>
        <w:ind w:left="283" w:hanging="170"/>
        <w:rPr>
          <w:noProof/>
          <w:lang w:val="ro-RO"/>
        </w:rPr>
      </w:pPr>
      <w:r w:rsidRPr="00E81C1D">
        <w:rPr>
          <w:noProof/>
          <w:lang w:val="ro-RO"/>
        </w:rPr>
        <w:t>Dacă acțiunea nu este eficace, redeschideți analiza cauzei și reevaluați riscurile și oportunitățile.</w:t>
      </w:r>
    </w:p>
    <w:p w14:paraId="102A61F3" w14:textId="77777777" w:rsidR="008E2B50" w:rsidRPr="00E81C1D" w:rsidRDefault="00000000">
      <w:pPr>
        <w:pStyle w:val="Heading1"/>
        <w:rPr>
          <w:noProof/>
          <w:lang w:val="ro-RO"/>
        </w:rPr>
      </w:pPr>
      <w:r w:rsidRPr="00E81C1D">
        <w:rPr>
          <w:noProof/>
          <w:lang w:val="ro-RO"/>
        </w:rPr>
        <w:t>Bibliotecă orientativă de dovezi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77"/>
        <w:gridCol w:w="3855"/>
        <w:gridCol w:w="3231"/>
      </w:tblGrid>
      <w:tr w:rsidR="008E2B50" w:rsidRPr="00E81C1D" w14:paraId="1D005737" w14:textId="77777777">
        <w:trPr>
          <w:tblHeader/>
          <w:jc w:val="center"/>
        </w:trPr>
        <w:tc>
          <w:tcPr>
            <w:tcW w:w="2777" w:type="dxa"/>
            <w:shd w:val="clear" w:color="auto" w:fill="D71920"/>
            <w:tcMar>
              <w:top w:w="60" w:type="dxa"/>
              <w:left w:w="70" w:type="dxa"/>
              <w:bottom w:w="60" w:type="dxa"/>
              <w:right w:w="70" w:type="dxa"/>
            </w:tcMar>
            <w:vAlign w:val="center"/>
          </w:tcPr>
          <w:p w14:paraId="44FC719B"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DOMENIU</w:t>
            </w:r>
          </w:p>
        </w:tc>
        <w:tc>
          <w:tcPr>
            <w:tcW w:w="3855" w:type="dxa"/>
            <w:shd w:val="clear" w:color="auto" w:fill="D71920"/>
            <w:tcMar>
              <w:top w:w="60" w:type="dxa"/>
              <w:left w:w="70" w:type="dxa"/>
              <w:bottom w:w="60" w:type="dxa"/>
              <w:right w:w="70" w:type="dxa"/>
            </w:tcMar>
            <w:vAlign w:val="center"/>
          </w:tcPr>
          <w:p w14:paraId="239F2858"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EXEMPLE DE INFORMAȚII DOCUMENTATE</w:t>
            </w:r>
          </w:p>
        </w:tc>
        <w:tc>
          <w:tcPr>
            <w:tcW w:w="3231" w:type="dxa"/>
            <w:shd w:val="clear" w:color="auto" w:fill="D71920"/>
            <w:tcMar>
              <w:top w:w="60" w:type="dxa"/>
              <w:left w:w="70" w:type="dxa"/>
              <w:bottom w:w="60" w:type="dxa"/>
              <w:right w:w="70" w:type="dxa"/>
            </w:tcMar>
            <w:vAlign w:val="center"/>
          </w:tcPr>
          <w:p w14:paraId="2BDB7410" w14:textId="77777777" w:rsidR="008E2B50" w:rsidRPr="00E81C1D" w:rsidRDefault="00000000">
            <w:pPr>
              <w:spacing w:after="0" w:line="240" w:lineRule="auto"/>
              <w:jc w:val="center"/>
              <w:rPr>
                <w:noProof/>
                <w:lang w:val="ro-RO"/>
              </w:rPr>
            </w:pPr>
            <w:r w:rsidRPr="00E81C1D">
              <w:rPr>
                <w:rFonts w:eastAsia="Arial"/>
                <w:b/>
                <w:noProof/>
                <w:color w:val="FFFFFF"/>
                <w:sz w:val="15"/>
                <w:lang w:val="ro-RO"/>
              </w:rPr>
              <w:t>EXEMPLE DE DOVEZI DIN PRACTICĂ</w:t>
            </w:r>
          </w:p>
        </w:tc>
      </w:tr>
      <w:tr w:rsidR="008E2B50" w:rsidRPr="00E81C1D" w14:paraId="19D233F0" w14:textId="77777777">
        <w:trPr>
          <w:cantSplit/>
          <w:jc w:val="center"/>
        </w:trPr>
        <w:tc>
          <w:tcPr>
            <w:tcW w:w="2777" w:type="dxa"/>
            <w:tcMar>
              <w:top w:w="60" w:type="dxa"/>
              <w:left w:w="70" w:type="dxa"/>
              <w:bottom w:w="60" w:type="dxa"/>
              <w:right w:w="70" w:type="dxa"/>
            </w:tcMar>
            <w:vAlign w:val="center"/>
          </w:tcPr>
          <w:p w14:paraId="311EA4CF" w14:textId="77777777" w:rsidR="008E2B50" w:rsidRPr="00E81C1D" w:rsidRDefault="00000000">
            <w:pPr>
              <w:spacing w:after="0" w:line="240" w:lineRule="auto"/>
              <w:rPr>
                <w:noProof/>
                <w:lang w:val="ro-RO"/>
              </w:rPr>
            </w:pPr>
            <w:r w:rsidRPr="00E81C1D">
              <w:rPr>
                <w:rFonts w:eastAsia="Arial"/>
                <w:noProof/>
                <w:sz w:val="15"/>
                <w:lang w:val="ro-RO"/>
              </w:rPr>
              <w:t>Context și domeniu</w:t>
            </w:r>
          </w:p>
        </w:tc>
        <w:tc>
          <w:tcPr>
            <w:tcW w:w="3855" w:type="dxa"/>
            <w:tcMar>
              <w:top w:w="60" w:type="dxa"/>
              <w:left w:w="70" w:type="dxa"/>
              <w:bottom w:w="60" w:type="dxa"/>
              <w:right w:w="70" w:type="dxa"/>
            </w:tcMar>
            <w:vAlign w:val="center"/>
          </w:tcPr>
          <w:p w14:paraId="7FA56C24" w14:textId="77777777" w:rsidR="008E2B50" w:rsidRPr="00E81C1D" w:rsidRDefault="00000000">
            <w:pPr>
              <w:spacing w:after="0" w:line="240" w:lineRule="auto"/>
              <w:rPr>
                <w:noProof/>
                <w:lang w:val="ro-RO"/>
              </w:rPr>
            </w:pPr>
            <w:r w:rsidRPr="00E81C1D">
              <w:rPr>
                <w:rFonts w:eastAsia="Arial"/>
                <w:noProof/>
                <w:sz w:val="15"/>
                <w:lang w:val="ro-RO"/>
              </w:rPr>
              <w:t>Analiză context, părți interesate, domeniu, hartă procese.</w:t>
            </w:r>
          </w:p>
        </w:tc>
        <w:tc>
          <w:tcPr>
            <w:tcW w:w="3231" w:type="dxa"/>
            <w:tcMar>
              <w:top w:w="60" w:type="dxa"/>
              <w:left w:w="70" w:type="dxa"/>
              <w:bottom w:w="60" w:type="dxa"/>
              <w:right w:w="70" w:type="dxa"/>
            </w:tcMar>
            <w:vAlign w:val="center"/>
          </w:tcPr>
          <w:p w14:paraId="0832A435" w14:textId="77777777" w:rsidR="008E2B50" w:rsidRPr="00E81C1D" w:rsidRDefault="00000000">
            <w:pPr>
              <w:spacing w:after="0" w:line="240" w:lineRule="auto"/>
              <w:rPr>
                <w:noProof/>
                <w:lang w:val="ro-RO"/>
              </w:rPr>
            </w:pPr>
            <w:r w:rsidRPr="00E81C1D">
              <w:rPr>
                <w:rFonts w:eastAsia="Arial"/>
                <w:noProof/>
                <w:sz w:val="15"/>
                <w:lang w:val="ro-RO"/>
              </w:rPr>
              <w:t>Interviuri, schimbări, cerințe de piață și activități externalizate.</w:t>
            </w:r>
          </w:p>
        </w:tc>
      </w:tr>
      <w:tr w:rsidR="008E2B50" w:rsidRPr="00E81C1D" w14:paraId="1E7204C1" w14:textId="77777777">
        <w:trPr>
          <w:cantSplit/>
          <w:jc w:val="center"/>
        </w:trPr>
        <w:tc>
          <w:tcPr>
            <w:tcW w:w="2777" w:type="dxa"/>
            <w:shd w:val="clear" w:color="auto" w:fill="FAFAFA"/>
            <w:tcMar>
              <w:top w:w="60" w:type="dxa"/>
              <w:left w:w="70" w:type="dxa"/>
              <w:bottom w:w="60" w:type="dxa"/>
              <w:right w:w="70" w:type="dxa"/>
            </w:tcMar>
            <w:vAlign w:val="center"/>
          </w:tcPr>
          <w:p w14:paraId="301F37E2" w14:textId="77777777" w:rsidR="008E2B50" w:rsidRPr="00E81C1D" w:rsidRDefault="00000000">
            <w:pPr>
              <w:spacing w:after="0" w:line="240" w:lineRule="auto"/>
              <w:rPr>
                <w:noProof/>
                <w:lang w:val="ro-RO"/>
              </w:rPr>
            </w:pPr>
            <w:r w:rsidRPr="00E81C1D">
              <w:rPr>
                <w:rFonts w:eastAsia="Arial"/>
                <w:noProof/>
                <w:sz w:val="15"/>
                <w:lang w:val="ro-RO"/>
              </w:rPr>
              <w:t>Cerințe aplicabile</w:t>
            </w:r>
          </w:p>
        </w:tc>
        <w:tc>
          <w:tcPr>
            <w:tcW w:w="3855" w:type="dxa"/>
            <w:shd w:val="clear" w:color="auto" w:fill="FAFAFA"/>
            <w:tcMar>
              <w:top w:w="60" w:type="dxa"/>
              <w:left w:w="70" w:type="dxa"/>
              <w:bottom w:w="60" w:type="dxa"/>
              <w:right w:w="70" w:type="dxa"/>
            </w:tcMar>
            <w:vAlign w:val="center"/>
          </w:tcPr>
          <w:p w14:paraId="38AFADB2" w14:textId="77777777" w:rsidR="008E2B50" w:rsidRPr="00E81C1D" w:rsidRDefault="00000000">
            <w:pPr>
              <w:spacing w:after="0" w:line="240" w:lineRule="auto"/>
              <w:rPr>
                <w:noProof/>
                <w:lang w:val="ro-RO"/>
              </w:rPr>
            </w:pPr>
            <w:r w:rsidRPr="00E81C1D">
              <w:rPr>
                <w:rFonts w:eastAsia="Arial"/>
                <w:noProof/>
                <w:sz w:val="15"/>
                <w:lang w:val="ro-RO"/>
              </w:rPr>
              <w:t>Registru legal/client, specificații și autorizații.</w:t>
            </w:r>
          </w:p>
        </w:tc>
        <w:tc>
          <w:tcPr>
            <w:tcW w:w="3231" w:type="dxa"/>
            <w:shd w:val="clear" w:color="auto" w:fill="FAFAFA"/>
            <w:tcMar>
              <w:top w:w="60" w:type="dxa"/>
              <w:left w:w="70" w:type="dxa"/>
              <w:bottom w:w="60" w:type="dxa"/>
              <w:right w:w="70" w:type="dxa"/>
            </w:tcMar>
            <w:vAlign w:val="center"/>
          </w:tcPr>
          <w:p w14:paraId="46A76246" w14:textId="77777777" w:rsidR="008E2B50" w:rsidRPr="00E81C1D" w:rsidRDefault="00000000">
            <w:pPr>
              <w:spacing w:after="0" w:line="240" w:lineRule="auto"/>
              <w:rPr>
                <w:noProof/>
                <w:lang w:val="ro-RO"/>
              </w:rPr>
            </w:pPr>
            <w:r w:rsidRPr="00E81C1D">
              <w:rPr>
                <w:rFonts w:eastAsia="Arial"/>
                <w:noProof/>
                <w:sz w:val="15"/>
                <w:lang w:val="ro-RO"/>
              </w:rPr>
              <w:t>Etichete, declarații, raportări, corespondență și aprobări.</w:t>
            </w:r>
          </w:p>
        </w:tc>
      </w:tr>
      <w:tr w:rsidR="008E2B50" w:rsidRPr="00E81C1D" w14:paraId="51E7C6F8" w14:textId="77777777">
        <w:trPr>
          <w:cantSplit/>
          <w:jc w:val="center"/>
        </w:trPr>
        <w:tc>
          <w:tcPr>
            <w:tcW w:w="2777" w:type="dxa"/>
            <w:tcMar>
              <w:top w:w="60" w:type="dxa"/>
              <w:left w:w="70" w:type="dxa"/>
              <w:bottom w:w="60" w:type="dxa"/>
              <w:right w:w="70" w:type="dxa"/>
            </w:tcMar>
            <w:vAlign w:val="center"/>
          </w:tcPr>
          <w:p w14:paraId="172D141E" w14:textId="77777777" w:rsidR="008E2B50" w:rsidRPr="00E81C1D" w:rsidRDefault="00000000">
            <w:pPr>
              <w:spacing w:after="0" w:line="240" w:lineRule="auto"/>
              <w:rPr>
                <w:noProof/>
                <w:lang w:val="ro-RO"/>
              </w:rPr>
            </w:pPr>
            <w:r w:rsidRPr="00E81C1D">
              <w:rPr>
                <w:rFonts w:eastAsia="Arial"/>
                <w:noProof/>
                <w:sz w:val="15"/>
                <w:lang w:val="ro-RO"/>
              </w:rPr>
              <w:t>PRP</w:t>
            </w:r>
          </w:p>
        </w:tc>
        <w:tc>
          <w:tcPr>
            <w:tcW w:w="3855" w:type="dxa"/>
            <w:tcMar>
              <w:top w:w="60" w:type="dxa"/>
              <w:left w:w="70" w:type="dxa"/>
              <w:bottom w:w="60" w:type="dxa"/>
              <w:right w:w="70" w:type="dxa"/>
            </w:tcMar>
            <w:vAlign w:val="center"/>
          </w:tcPr>
          <w:p w14:paraId="3769789F" w14:textId="77777777" w:rsidR="008E2B50" w:rsidRPr="00E81C1D" w:rsidRDefault="00000000">
            <w:pPr>
              <w:spacing w:after="0" w:line="240" w:lineRule="auto"/>
              <w:rPr>
                <w:noProof/>
                <w:lang w:val="ro-RO"/>
              </w:rPr>
            </w:pPr>
            <w:r w:rsidRPr="00E81C1D">
              <w:rPr>
                <w:rFonts w:eastAsia="Arial"/>
                <w:noProof/>
                <w:sz w:val="15"/>
                <w:lang w:val="ro-RO"/>
              </w:rPr>
              <w:t>Programe, instrucțiuni, planuri de igienă, dăunători și mentenanță.</w:t>
            </w:r>
          </w:p>
        </w:tc>
        <w:tc>
          <w:tcPr>
            <w:tcW w:w="3231" w:type="dxa"/>
            <w:tcMar>
              <w:top w:w="60" w:type="dxa"/>
              <w:left w:w="70" w:type="dxa"/>
              <w:bottom w:w="60" w:type="dxa"/>
              <w:right w:w="70" w:type="dxa"/>
            </w:tcMar>
            <w:vAlign w:val="center"/>
          </w:tcPr>
          <w:p w14:paraId="64454EAA" w14:textId="77777777" w:rsidR="008E2B50" w:rsidRPr="00E81C1D" w:rsidRDefault="00000000">
            <w:pPr>
              <w:spacing w:after="0" w:line="240" w:lineRule="auto"/>
              <w:rPr>
                <w:noProof/>
                <w:lang w:val="ro-RO"/>
              </w:rPr>
            </w:pPr>
            <w:r w:rsidRPr="00E81C1D">
              <w:rPr>
                <w:rFonts w:eastAsia="Arial"/>
                <w:noProof/>
                <w:sz w:val="15"/>
                <w:lang w:val="ro-RO"/>
              </w:rPr>
              <w:t>Observații în teren, rezultate, tendințe și reacții la abatere.</w:t>
            </w:r>
          </w:p>
        </w:tc>
      </w:tr>
      <w:tr w:rsidR="008E2B50" w:rsidRPr="00E81C1D" w14:paraId="319C1C41" w14:textId="77777777">
        <w:trPr>
          <w:cantSplit/>
          <w:jc w:val="center"/>
        </w:trPr>
        <w:tc>
          <w:tcPr>
            <w:tcW w:w="2777" w:type="dxa"/>
            <w:shd w:val="clear" w:color="auto" w:fill="FAFAFA"/>
            <w:tcMar>
              <w:top w:w="60" w:type="dxa"/>
              <w:left w:w="70" w:type="dxa"/>
              <w:bottom w:w="60" w:type="dxa"/>
              <w:right w:w="70" w:type="dxa"/>
            </w:tcMar>
            <w:vAlign w:val="center"/>
          </w:tcPr>
          <w:p w14:paraId="43C8F18F" w14:textId="77777777" w:rsidR="008E2B50" w:rsidRPr="00E81C1D" w:rsidRDefault="00000000">
            <w:pPr>
              <w:spacing w:after="0" w:line="240" w:lineRule="auto"/>
              <w:rPr>
                <w:noProof/>
                <w:lang w:val="ro-RO"/>
              </w:rPr>
            </w:pPr>
            <w:r w:rsidRPr="00E81C1D">
              <w:rPr>
                <w:rFonts w:eastAsia="Arial"/>
                <w:noProof/>
                <w:sz w:val="15"/>
                <w:lang w:val="ro-RO"/>
              </w:rPr>
              <w:t>Analiza pericolelor</w:t>
            </w:r>
          </w:p>
        </w:tc>
        <w:tc>
          <w:tcPr>
            <w:tcW w:w="3855" w:type="dxa"/>
            <w:shd w:val="clear" w:color="auto" w:fill="FAFAFA"/>
            <w:tcMar>
              <w:top w:w="60" w:type="dxa"/>
              <w:left w:w="70" w:type="dxa"/>
              <w:bottom w:w="60" w:type="dxa"/>
              <w:right w:w="70" w:type="dxa"/>
            </w:tcMar>
            <w:vAlign w:val="center"/>
          </w:tcPr>
          <w:p w14:paraId="0EE7D025" w14:textId="77777777" w:rsidR="008E2B50" w:rsidRPr="00E81C1D" w:rsidRDefault="00000000">
            <w:pPr>
              <w:spacing w:after="0" w:line="240" w:lineRule="auto"/>
              <w:rPr>
                <w:noProof/>
                <w:lang w:val="ro-RO"/>
              </w:rPr>
            </w:pPr>
            <w:r w:rsidRPr="00E81C1D">
              <w:rPr>
                <w:rFonts w:eastAsia="Arial"/>
                <w:noProof/>
                <w:sz w:val="15"/>
                <w:lang w:val="ro-RO"/>
              </w:rPr>
              <w:t>Descrieri, fluxuri, evaluări, justificări și validări.</w:t>
            </w:r>
          </w:p>
        </w:tc>
        <w:tc>
          <w:tcPr>
            <w:tcW w:w="3231" w:type="dxa"/>
            <w:shd w:val="clear" w:color="auto" w:fill="FAFAFA"/>
            <w:tcMar>
              <w:top w:w="60" w:type="dxa"/>
              <w:left w:w="70" w:type="dxa"/>
              <w:bottom w:w="60" w:type="dxa"/>
              <w:right w:w="70" w:type="dxa"/>
            </w:tcMar>
            <w:vAlign w:val="center"/>
          </w:tcPr>
          <w:p w14:paraId="6E28E312" w14:textId="77777777" w:rsidR="008E2B50" w:rsidRPr="00E81C1D" w:rsidRDefault="00000000">
            <w:pPr>
              <w:spacing w:after="0" w:line="240" w:lineRule="auto"/>
              <w:rPr>
                <w:noProof/>
                <w:lang w:val="ro-RO"/>
              </w:rPr>
            </w:pPr>
            <w:r w:rsidRPr="00E81C1D">
              <w:rPr>
                <w:rFonts w:eastAsia="Arial"/>
                <w:noProof/>
                <w:sz w:val="15"/>
                <w:lang w:val="ro-RO"/>
              </w:rPr>
              <w:t>Tururi, date științifice, teste, experți și revizuiri.</w:t>
            </w:r>
          </w:p>
        </w:tc>
      </w:tr>
      <w:tr w:rsidR="008E2B50" w:rsidRPr="00E81C1D" w14:paraId="3692B699" w14:textId="77777777">
        <w:trPr>
          <w:cantSplit/>
          <w:jc w:val="center"/>
        </w:trPr>
        <w:tc>
          <w:tcPr>
            <w:tcW w:w="2777" w:type="dxa"/>
            <w:tcMar>
              <w:top w:w="60" w:type="dxa"/>
              <w:left w:w="70" w:type="dxa"/>
              <w:bottom w:w="60" w:type="dxa"/>
              <w:right w:w="70" w:type="dxa"/>
            </w:tcMar>
            <w:vAlign w:val="center"/>
          </w:tcPr>
          <w:p w14:paraId="4CF4C70C" w14:textId="77777777" w:rsidR="008E2B50" w:rsidRPr="00E81C1D" w:rsidRDefault="00000000">
            <w:pPr>
              <w:spacing w:after="0" w:line="240" w:lineRule="auto"/>
              <w:rPr>
                <w:noProof/>
                <w:lang w:val="ro-RO"/>
              </w:rPr>
            </w:pPr>
            <w:r w:rsidRPr="00E81C1D">
              <w:rPr>
                <w:rFonts w:eastAsia="Arial"/>
                <w:noProof/>
                <w:sz w:val="15"/>
                <w:lang w:val="ro-RO"/>
              </w:rPr>
              <w:t>Plan de control</w:t>
            </w:r>
          </w:p>
        </w:tc>
        <w:tc>
          <w:tcPr>
            <w:tcW w:w="3855" w:type="dxa"/>
            <w:tcMar>
              <w:top w:w="60" w:type="dxa"/>
              <w:left w:w="70" w:type="dxa"/>
              <w:bottom w:w="60" w:type="dxa"/>
              <w:right w:w="70" w:type="dxa"/>
            </w:tcMar>
            <w:vAlign w:val="center"/>
          </w:tcPr>
          <w:p w14:paraId="6585049A" w14:textId="77777777" w:rsidR="008E2B50" w:rsidRPr="00E81C1D" w:rsidRDefault="00000000">
            <w:pPr>
              <w:spacing w:after="0" w:line="240" w:lineRule="auto"/>
              <w:rPr>
                <w:noProof/>
                <w:lang w:val="ro-RO"/>
              </w:rPr>
            </w:pPr>
            <w:r w:rsidRPr="00E81C1D">
              <w:rPr>
                <w:rFonts w:eastAsia="Arial"/>
                <w:noProof/>
                <w:sz w:val="15"/>
                <w:lang w:val="ro-RO"/>
              </w:rPr>
              <w:t>Plan OPRP/CCP, monitorizare, corecții și responsabilități.</w:t>
            </w:r>
          </w:p>
        </w:tc>
        <w:tc>
          <w:tcPr>
            <w:tcW w:w="3231" w:type="dxa"/>
            <w:tcMar>
              <w:top w:w="60" w:type="dxa"/>
              <w:left w:w="70" w:type="dxa"/>
              <w:bottom w:w="60" w:type="dxa"/>
              <w:right w:w="70" w:type="dxa"/>
            </w:tcMar>
            <w:vAlign w:val="center"/>
          </w:tcPr>
          <w:p w14:paraId="3B0E81B4" w14:textId="77777777" w:rsidR="008E2B50" w:rsidRPr="00E81C1D" w:rsidRDefault="00000000">
            <w:pPr>
              <w:spacing w:after="0" w:line="240" w:lineRule="auto"/>
              <w:rPr>
                <w:noProof/>
                <w:lang w:val="ro-RO"/>
              </w:rPr>
            </w:pPr>
            <w:r w:rsidRPr="00E81C1D">
              <w:rPr>
                <w:rFonts w:eastAsia="Arial"/>
                <w:noProof/>
                <w:sz w:val="15"/>
                <w:lang w:val="ro-RO"/>
              </w:rPr>
              <w:t>Înregistrări, interviuri, calibrare, produs blocat și reacții.</w:t>
            </w:r>
          </w:p>
        </w:tc>
      </w:tr>
      <w:tr w:rsidR="008E2B50" w:rsidRPr="00E81C1D" w14:paraId="13456E3C" w14:textId="77777777">
        <w:trPr>
          <w:cantSplit/>
          <w:jc w:val="center"/>
        </w:trPr>
        <w:tc>
          <w:tcPr>
            <w:tcW w:w="2777" w:type="dxa"/>
            <w:shd w:val="clear" w:color="auto" w:fill="FAFAFA"/>
            <w:tcMar>
              <w:top w:w="60" w:type="dxa"/>
              <w:left w:w="70" w:type="dxa"/>
              <w:bottom w:w="60" w:type="dxa"/>
              <w:right w:w="70" w:type="dxa"/>
            </w:tcMar>
            <w:vAlign w:val="center"/>
          </w:tcPr>
          <w:p w14:paraId="3573EE1D" w14:textId="77777777" w:rsidR="008E2B50" w:rsidRPr="00E81C1D" w:rsidRDefault="00000000">
            <w:pPr>
              <w:spacing w:after="0" w:line="240" w:lineRule="auto"/>
              <w:rPr>
                <w:noProof/>
                <w:lang w:val="ro-RO"/>
              </w:rPr>
            </w:pPr>
            <w:r w:rsidRPr="00E81C1D">
              <w:rPr>
                <w:rFonts w:eastAsia="Arial"/>
                <w:noProof/>
                <w:sz w:val="15"/>
                <w:lang w:val="ro-RO"/>
              </w:rPr>
              <w:t>Furnizori și materiale</w:t>
            </w:r>
          </w:p>
        </w:tc>
        <w:tc>
          <w:tcPr>
            <w:tcW w:w="3855" w:type="dxa"/>
            <w:shd w:val="clear" w:color="auto" w:fill="FAFAFA"/>
            <w:tcMar>
              <w:top w:w="60" w:type="dxa"/>
              <w:left w:w="70" w:type="dxa"/>
              <w:bottom w:w="60" w:type="dxa"/>
              <w:right w:w="70" w:type="dxa"/>
            </w:tcMar>
            <w:vAlign w:val="center"/>
          </w:tcPr>
          <w:p w14:paraId="3B82A2E8" w14:textId="77777777" w:rsidR="008E2B50" w:rsidRPr="00E81C1D" w:rsidRDefault="00000000">
            <w:pPr>
              <w:spacing w:after="0" w:line="240" w:lineRule="auto"/>
              <w:rPr>
                <w:noProof/>
                <w:lang w:val="ro-RO"/>
              </w:rPr>
            </w:pPr>
            <w:r w:rsidRPr="00E81C1D">
              <w:rPr>
                <w:rFonts w:eastAsia="Arial"/>
                <w:noProof/>
                <w:sz w:val="15"/>
                <w:lang w:val="ro-RO"/>
              </w:rPr>
              <w:t>Specificații, aprobări, criterii și evaluări.</w:t>
            </w:r>
          </w:p>
        </w:tc>
        <w:tc>
          <w:tcPr>
            <w:tcW w:w="3231" w:type="dxa"/>
            <w:shd w:val="clear" w:color="auto" w:fill="FAFAFA"/>
            <w:tcMar>
              <w:top w:w="60" w:type="dxa"/>
              <w:left w:w="70" w:type="dxa"/>
              <w:bottom w:w="60" w:type="dxa"/>
              <w:right w:w="70" w:type="dxa"/>
            </w:tcMar>
            <w:vAlign w:val="center"/>
          </w:tcPr>
          <w:p w14:paraId="1DB065FD" w14:textId="77777777" w:rsidR="008E2B50" w:rsidRPr="00E81C1D" w:rsidRDefault="00000000">
            <w:pPr>
              <w:spacing w:after="0" w:line="240" w:lineRule="auto"/>
              <w:rPr>
                <w:noProof/>
                <w:lang w:val="ro-RO"/>
              </w:rPr>
            </w:pPr>
            <w:r w:rsidRPr="00E81C1D">
              <w:rPr>
                <w:rFonts w:eastAsia="Arial"/>
                <w:noProof/>
                <w:sz w:val="15"/>
                <w:lang w:val="ro-RO"/>
              </w:rPr>
              <w:t>Certificate, recepții, teste, reclamații și performanță.</w:t>
            </w:r>
          </w:p>
        </w:tc>
      </w:tr>
      <w:tr w:rsidR="008E2B50" w:rsidRPr="00E81C1D" w14:paraId="0558AE59" w14:textId="77777777">
        <w:trPr>
          <w:cantSplit/>
          <w:jc w:val="center"/>
        </w:trPr>
        <w:tc>
          <w:tcPr>
            <w:tcW w:w="2777" w:type="dxa"/>
            <w:tcMar>
              <w:top w:w="60" w:type="dxa"/>
              <w:left w:w="70" w:type="dxa"/>
              <w:bottom w:w="60" w:type="dxa"/>
              <w:right w:w="70" w:type="dxa"/>
            </w:tcMar>
            <w:vAlign w:val="center"/>
          </w:tcPr>
          <w:p w14:paraId="69A2A6AC" w14:textId="77777777" w:rsidR="008E2B50" w:rsidRPr="00E81C1D" w:rsidRDefault="00000000">
            <w:pPr>
              <w:spacing w:after="0" w:line="240" w:lineRule="auto"/>
              <w:rPr>
                <w:noProof/>
                <w:lang w:val="ro-RO"/>
              </w:rPr>
            </w:pPr>
            <w:r w:rsidRPr="00E81C1D">
              <w:rPr>
                <w:rFonts w:eastAsia="Arial"/>
                <w:noProof/>
                <w:sz w:val="15"/>
                <w:lang w:val="ro-RO"/>
              </w:rPr>
              <w:t>Trasabilitate și retragere</w:t>
            </w:r>
          </w:p>
        </w:tc>
        <w:tc>
          <w:tcPr>
            <w:tcW w:w="3855" w:type="dxa"/>
            <w:tcMar>
              <w:top w:w="60" w:type="dxa"/>
              <w:left w:w="70" w:type="dxa"/>
              <w:bottom w:w="60" w:type="dxa"/>
              <w:right w:w="70" w:type="dxa"/>
            </w:tcMar>
            <w:vAlign w:val="center"/>
          </w:tcPr>
          <w:p w14:paraId="1FE0FB23" w14:textId="77777777" w:rsidR="008E2B50" w:rsidRPr="00E81C1D" w:rsidRDefault="00000000">
            <w:pPr>
              <w:spacing w:after="0" w:line="240" w:lineRule="auto"/>
              <w:rPr>
                <w:noProof/>
                <w:lang w:val="ro-RO"/>
              </w:rPr>
            </w:pPr>
            <w:r w:rsidRPr="00E81C1D">
              <w:rPr>
                <w:rFonts w:eastAsia="Arial"/>
                <w:noProof/>
                <w:sz w:val="15"/>
                <w:lang w:val="ro-RO"/>
              </w:rPr>
              <w:t>Proceduri, lotizare, contacte și scenarii.</w:t>
            </w:r>
          </w:p>
        </w:tc>
        <w:tc>
          <w:tcPr>
            <w:tcW w:w="3231" w:type="dxa"/>
            <w:tcMar>
              <w:top w:w="60" w:type="dxa"/>
              <w:left w:w="70" w:type="dxa"/>
              <w:bottom w:w="60" w:type="dxa"/>
              <w:right w:w="70" w:type="dxa"/>
            </w:tcMar>
            <w:vAlign w:val="center"/>
          </w:tcPr>
          <w:p w14:paraId="150F41B6" w14:textId="77777777" w:rsidR="008E2B50" w:rsidRPr="00E81C1D" w:rsidRDefault="00000000">
            <w:pPr>
              <w:spacing w:after="0" w:line="240" w:lineRule="auto"/>
              <w:rPr>
                <w:noProof/>
                <w:lang w:val="ro-RO"/>
              </w:rPr>
            </w:pPr>
            <w:r w:rsidRPr="00E81C1D">
              <w:rPr>
                <w:rFonts w:eastAsia="Arial"/>
                <w:noProof/>
                <w:sz w:val="15"/>
                <w:lang w:val="ro-RO"/>
              </w:rPr>
              <w:t>Teste, timpi, cantități, reconciliere și lecții.</w:t>
            </w:r>
          </w:p>
        </w:tc>
      </w:tr>
      <w:tr w:rsidR="008E2B50" w:rsidRPr="00E81C1D" w14:paraId="366918C4" w14:textId="77777777">
        <w:trPr>
          <w:cantSplit/>
          <w:jc w:val="center"/>
        </w:trPr>
        <w:tc>
          <w:tcPr>
            <w:tcW w:w="2777" w:type="dxa"/>
            <w:shd w:val="clear" w:color="auto" w:fill="FAFAFA"/>
            <w:tcMar>
              <w:top w:w="60" w:type="dxa"/>
              <w:left w:w="70" w:type="dxa"/>
              <w:bottom w:w="60" w:type="dxa"/>
              <w:right w:w="70" w:type="dxa"/>
            </w:tcMar>
            <w:vAlign w:val="center"/>
          </w:tcPr>
          <w:p w14:paraId="36254DE5" w14:textId="77777777" w:rsidR="008E2B50" w:rsidRPr="00E81C1D" w:rsidRDefault="00000000">
            <w:pPr>
              <w:spacing w:after="0" w:line="240" w:lineRule="auto"/>
              <w:rPr>
                <w:noProof/>
                <w:lang w:val="ro-RO"/>
              </w:rPr>
            </w:pPr>
            <w:r w:rsidRPr="00E81C1D">
              <w:rPr>
                <w:rFonts w:eastAsia="Arial"/>
                <w:noProof/>
                <w:sz w:val="15"/>
                <w:lang w:val="ro-RO"/>
              </w:rPr>
              <w:t>Verificare și laborator</w:t>
            </w:r>
          </w:p>
        </w:tc>
        <w:tc>
          <w:tcPr>
            <w:tcW w:w="3855" w:type="dxa"/>
            <w:shd w:val="clear" w:color="auto" w:fill="FAFAFA"/>
            <w:tcMar>
              <w:top w:w="60" w:type="dxa"/>
              <w:left w:w="70" w:type="dxa"/>
              <w:bottom w:w="60" w:type="dxa"/>
              <w:right w:w="70" w:type="dxa"/>
            </w:tcMar>
            <w:vAlign w:val="center"/>
          </w:tcPr>
          <w:p w14:paraId="502A218F" w14:textId="77777777" w:rsidR="008E2B50" w:rsidRPr="00E81C1D" w:rsidRDefault="00000000">
            <w:pPr>
              <w:spacing w:after="0" w:line="240" w:lineRule="auto"/>
              <w:rPr>
                <w:noProof/>
                <w:lang w:val="ro-RO"/>
              </w:rPr>
            </w:pPr>
            <w:r w:rsidRPr="00E81C1D">
              <w:rPr>
                <w:rFonts w:eastAsia="Arial"/>
                <w:noProof/>
                <w:sz w:val="15"/>
                <w:lang w:val="ro-RO"/>
              </w:rPr>
              <w:t>Planuri, metode, eșantionare și rapoarte.</w:t>
            </w:r>
          </w:p>
        </w:tc>
        <w:tc>
          <w:tcPr>
            <w:tcW w:w="3231" w:type="dxa"/>
            <w:shd w:val="clear" w:color="auto" w:fill="FAFAFA"/>
            <w:tcMar>
              <w:top w:w="60" w:type="dxa"/>
              <w:left w:w="70" w:type="dxa"/>
              <w:bottom w:w="60" w:type="dxa"/>
              <w:right w:w="70" w:type="dxa"/>
            </w:tcMar>
            <w:vAlign w:val="center"/>
          </w:tcPr>
          <w:p w14:paraId="7B563CD8" w14:textId="77777777" w:rsidR="008E2B50" w:rsidRPr="00E81C1D" w:rsidRDefault="00000000">
            <w:pPr>
              <w:spacing w:after="0" w:line="240" w:lineRule="auto"/>
              <w:rPr>
                <w:noProof/>
                <w:lang w:val="ro-RO"/>
              </w:rPr>
            </w:pPr>
            <w:r w:rsidRPr="00E81C1D">
              <w:rPr>
                <w:rFonts w:eastAsia="Arial"/>
                <w:noProof/>
                <w:sz w:val="15"/>
                <w:lang w:val="ro-RO"/>
              </w:rPr>
              <w:t>Rezultate, tendințe, investigații și acțiuni.</w:t>
            </w:r>
          </w:p>
        </w:tc>
      </w:tr>
      <w:tr w:rsidR="008E2B50" w:rsidRPr="00E81C1D" w14:paraId="77B807BE" w14:textId="77777777">
        <w:trPr>
          <w:cantSplit/>
          <w:jc w:val="center"/>
        </w:trPr>
        <w:tc>
          <w:tcPr>
            <w:tcW w:w="2777" w:type="dxa"/>
            <w:tcMar>
              <w:top w:w="60" w:type="dxa"/>
              <w:left w:w="70" w:type="dxa"/>
              <w:bottom w:w="60" w:type="dxa"/>
              <w:right w:w="70" w:type="dxa"/>
            </w:tcMar>
            <w:vAlign w:val="center"/>
          </w:tcPr>
          <w:p w14:paraId="78E7D910" w14:textId="77777777" w:rsidR="008E2B50" w:rsidRPr="00E81C1D" w:rsidRDefault="00000000">
            <w:pPr>
              <w:spacing w:after="0" w:line="240" w:lineRule="auto"/>
              <w:rPr>
                <w:noProof/>
                <w:lang w:val="ro-RO"/>
              </w:rPr>
            </w:pPr>
            <w:r w:rsidRPr="00E81C1D">
              <w:rPr>
                <w:rFonts w:eastAsia="Arial"/>
                <w:noProof/>
                <w:sz w:val="15"/>
                <w:lang w:val="ro-RO"/>
              </w:rPr>
              <w:t>Competență și cultură</w:t>
            </w:r>
          </w:p>
        </w:tc>
        <w:tc>
          <w:tcPr>
            <w:tcW w:w="3855" w:type="dxa"/>
            <w:tcMar>
              <w:top w:w="60" w:type="dxa"/>
              <w:left w:w="70" w:type="dxa"/>
              <w:bottom w:w="60" w:type="dxa"/>
              <w:right w:w="70" w:type="dxa"/>
            </w:tcMar>
            <w:vAlign w:val="center"/>
          </w:tcPr>
          <w:p w14:paraId="717F2E0D" w14:textId="77777777" w:rsidR="008E2B50" w:rsidRPr="00E81C1D" w:rsidRDefault="00000000">
            <w:pPr>
              <w:spacing w:after="0" w:line="240" w:lineRule="auto"/>
              <w:rPr>
                <w:noProof/>
                <w:lang w:val="ro-RO"/>
              </w:rPr>
            </w:pPr>
            <w:r w:rsidRPr="00E81C1D">
              <w:rPr>
                <w:rFonts w:eastAsia="Arial"/>
                <w:noProof/>
                <w:sz w:val="15"/>
                <w:lang w:val="ro-RO"/>
              </w:rPr>
              <w:t>Matrice, instruiri, evaluări și comunicări.</w:t>
            </w:r>
          </w:p>
        </w:tc>
        <w:tc>
          <w:tcPr>
            <w:tcW w:w="3231" w:type="dxa"/>
            <w:tcMar>
              <w:top w:w="60" w:type="dxa"/>
              <w:left w:w="70" w:type="dxa"/>
              <w:bottom w:w="60" w:type="dxa"/>
              <w:right w:w="70" w:type="dxa"/>
            </w:tcMar>
            <w:vAlign w:val="center"/>
          </w:tcPr>
          <w:p w14:paraId="371690A6" w14:textId="77777777" w:rsidR="008E2B50" w:rsidRPr="00E81C1D" w:rsidRDefault="00000000">
            <w:pPr>
              <w:spacing w:after="0" w:line="240" w:lineRule="auto"/>
              <w:rPr>
                <w:noProof/>
                <w:lang w:val="ro-RO"/>
              </w:rPr>
            </w:pPr>
            <w:r w:rsidRPr="00E81C1D">
              <w:rPr>
                <w:rFonts w:eastAsia="Arial"/>
                <w:noProof/>
                <w:sz w:val="15"/>
                <w:lang w:val="ro-RO"/>
              </w:rPr>
              <w:t>Demonstrații, raportări, reacții și decizii în teren.</w:t>
            </w:r>
          </w:p>
        </w:tc>
      </w:tr>
      <w:tr w:rsidR="008E2B50" w:rsidRPr="00E81C1D" w14:paraId="413B61E1" w14:textId="77777777">
        <w:trPr>
          <w:cantSplit/>
          <w:jc w:val="center"/>
        </w:trPr>
        <w:tc>
          <w:tcPr>
            <w:tcW w:w="2777" w:type="dxa"/>
            <w:shd w:val="clear" w:color="auto" w:fill="FAFAFA"/>
            <w:tcMar>
              <w:top w:w="60" w:type="dxa"/>
              <w:left w:w="70" w:type="dxa"/>
              <w:bottom w:w="60" w:type="dxa"/>
              <w:right w:w="70" w:type="dxa"/>
            </w:tcMar>
            <w:vAlign w:val="center"/>
          </w:tcPr>
          <w:p w14:paraId="6A0E0340" w14:textId="77777777" w:rsidR="008E2B50" w:rsidRPr="00E81C1D" w:rsidRDefault="00000000">
            <w:pPr>
              <w:spacing w:after="0" w:line="240" w:lineRule="auto"/>
              <w:rPr>
                <w:noProof/>
                <w:lang w:val="ro-RO"/>
              </w:rPr>
            </w:pPr>
            <w:r w:rsidRPr="00E81C1D">
              <w:rPr>
                <w:rFonts w:eastAsia="Arial"/>
                <w:noProof/>
                <w:sz w:val="15"/>
                <w:lang w:val="ro-RO"/>
              </w:rPr>
              <w:t>Audit și management review</w:t>
            </w:r>
          </w:p>
        </w:tc>
        <w:tc>
          <w:tcPr>
            <w:tcW w:w="3855" w:type="dxa"/>
            <w:shd w:val="clear" w:color="auto" w:fill="FAFAFA"/>
            <w:tcMar>
              <w:top w:w="60" w:type="dxa"/>
              <w:left w:w="70" w:type="dxa"/>
              <w:bottom w:w="60" w:type="dxa"/>
              <w:right w:w="70" w:type="dxa"/>
            </w:tcMar>
            <w:vAlign w:val="center"/>
          </w:tcPr>
          <w:p w14:paraId="369F9893" w14:textId="77777777" w:rsidR="008E2B50" w:rsidRPr="00E81C1D" w:rsidRDefault="00000000">
            <w:pPr>
              <w:spacing w:after="0" w:line="240" w:lineRule="auto"/>
              <w:rPr>
                <w:noProof/>
                <w:lang w:val="ro-RO"/>
              </w:rPr>
            </w:pPr>
            <w:r w:rsidRPr="00E81C1D">
              <w:rPr>
                <w:rFonts w:eastAsia="Arial"/>
                <w:noProof/>
                <w:sz w:val="15"/>
                <w:lang w:val="ro-RO"/>
              </w:rPr>
              <w:t>Programe, rapoarte, minute și planuri.</w:t>
            </w:r>
          </w:p>
        </w:tc>
        <w:tc>
          <w:tcPr>
            <w:tcW w:w="3231" w:type="dxa"/>
            <w:shd w:val="clear" w:color="auto" w:fill="FAFAFA"/>
            <w:tcMar>
              <w:top w:w="60" w:type="dxa"/>
              <w:left w:w="70" w:type="dxa"/>
              <w:bottom w:w="60" w:type="dxa"/>
              <w:right w:w="70" w:type="dxa"/>
            </w:tcMar>
            <w:vAlign w:val="center"/>
          </w:tcPr>
          <w:p w14:paraId="23AD0F94" w14:textId="77777777" w:rsidR="008E2B50" w:rsidRPr="00E81C1D" w:rsidRDefault="00000000">
            <w:pPr>
              <w:spacing w:after="0" w:line="240" w:lineRule="auto"/>
              <w:rPr>
                <w:noProof/>
                <w:lang w:val="ro-RO"/>
              </w:rPr>
            </w:pPr>
            <w:r w:rsidRPr="00E81C1D">
              <w:rPr>
                <w:rFonts w:eastAsia="Arial"/>
                <w:noProof/>
                <w:sz w:val="15"/>
                <w:lang w:val="ro-RO"/>
              </w:rPr>
              <w:t>Eșantioane, acțiuni, resurse și decizii documentate.</w:t>
            </w:r>
          </w:p>
        </w:tc>
      </w:tr>
    </w:tbl>
    <w:p w14:paraId="1E26C8A9" w14:textId="77777777" w:rsidR="008E2B50" w:rsidRPr="00E81C1D" w:rsidRDefault="00000000">
      <w:pPr>
        <w:pStyle w:val="Heading2"/>
        <w:rPr>
          <w:noProof/>
          <w:lang w:val="ro-RO"/>
        </w:rPr>
      </w:pPr>
      <w:r w:rsidRPr="00E81C1D">
        <w:rPr>
          <w:noProof/>
          <w:lang w:val="ro-RO"/>
        </w:rPr>
        <w:t>Glosar scurt</w:t>
      </w:r>
    </w:p>
    <w:p w14:paraId="50ECBFA7" w14:textId="77777777" w:rsidR="008E2B50" w:rsidRPr="00E81C1D" w:rsidRDefault="00000000">
      <w:pPr>
        <w:spacing w:after="40"/>
        <w:rPr>
          <w:noProof/>
          <w:lang w:val="ro-RO"/>
        </w:rPr>
      </w:pPr>
      <w:r w:rsidRPr="00E81C1D">
        <w:rPr>
          <w:b/>
          <w:noProof/>
          <w:lang w:val="ro-RO"/>
        </w:rPr>
        <w:t xml:space="preserve">FSMS / SMSA: </w:t>
      </w:r>
      <w:r w:rsidRPr="00E81C1D">
        <w:rPr>
          <w:noProof/>
          <w:lang w:val="ro-RO"/>
        </w:rPr>
        <w:t>sistem de management al siguranței alimentelor.</w:t>
      </w:r>
    </w:p>
    <w:p w14:paraId="258155B7" w14:textId="77777777" w:rsidR="008E2B50" w:rsidRPr="00E81C1D" w:rsidRDefault="00000000">
      <w:pPr>
        <w:spacing w:after="40"/>
        <w:rPr>
          <w:noProof/>
          <w:lang w:val="ro-RO"/>
        </w:rPr>
      </w:pPr>
      <w:r w:rsidRPr="00E81C1D">
        <w:rPr>
          <w:b/>
          <w:noProof/>
          <w:lang w:val="ro-RO"/>
        </w:rPr>
        <w:t xml:space="preserve">PRP: </w:t>
      </w:r>
      <w:r w:rsidRPr="00E81C1D">
        <w:rPr>
          <w:noProof/>
          <w:lang w:val="ro-RO"/>
        </w:rPr>
        <w:t>condiții și activități de bază necesare pentru menținerea unui mediu igienic adecvat.</w:t>
      </w:r>
    </w:p>
    <w:p w14:paraId="6DC22478" w14:textId="77777777" w:rsidR="008E2B50" w:rsidRPr="00E81C1D" w:rsidRDefault="00000000">
      <w:pPr>
        <w:spacing w:after="40"/>
        <w:rPr>
          <w:noProof/>
          <w:lang w:val="ro-RO"/>
        </w:rPr>
      </w:pPr>
      <w:r w:rsidRPr="00E81C1D">
        <w:rPr>
          <w:b/>
          <w:noProof/>
          <w:lang w:val="ro-RO"/>
        </w:rPr>
        <w:t xml:space="preserve">OPRP: </w:t>
      </w:r>
      <w:r w:rsidRPr="00E81C1D">
        <w:rPr>
          <w:noProof/>
          <w:lang w:val="ro-RO"/>
        </w:rPr>
        <w:t>măsură de control sau combinație de măsuri gestionată prin criterii de acțiune și monitorizare pentru controlul unui pericol semnificativ.</w:t>
      </w:r>
    </w:p>
    <w:p w14:paraId="4BFE0B60" w14:textId="77777777" w:rsidR="008E2B50" w:rsidRPr="00E81C1D" w:rsidRDefault="00000000">
      <w:pPr>
        <w:spacing w:after="40"/>
        <w:rPr>
          <w:noProof/>
          <w:lang w:val="ro-RO"/>
        </w:rPr>
      </w:pPr>
      <w:r w:rsidRPr="00E81C1D">
        <w:rPr>
          <w:b/>
          <w:noProof/>
          <w:lang w:val="ro-RO"/>
        </w:rPr>
        <w:t xml:space="preserve">CCP: </w:t>
      </w:r>
      <w:r w:rsidRPr="00E81C1D">
        <w:rPr>
          <w:noProof/>
          <w:lang w:val="ro-RO"/>
        </w:rPr>
        <w:t>etapă la care controlul este esențial și se aplică limite critice pentru un pericol semnificativ.</w:t>
      </w:r>
    </w:p>
    <w:p w14:paraId="6C073E69" w14:textId="77777777" w:rsidR="008E2B50" w:rsidRPr="00E81C1D" w:rsidRDefault="00000000">
      <w:pPr>
        <w:spacing w:after="40"/>
        <w:rPr>
          <w:noProof/>
          <w:lang w:val="ro-RO"/>
        </w:rPr>
      </w:pPr>
      <w:r w:rsidRPr="00E81C1D">
        <w:rPr>
          <w:b/>
          <w:noProof/>
          <w:lang w:val="ro-RO"/>
        </w:rPr>
        <w:t xml:space="preserve">Validare: </w:t>
      </w:r>
      <w:r w:rsidRPr="00E81C1D">
        <w:rPr>
          <w:noProof/>
          <w:lang w:val="ro-RO"/>
        </w:rPr>
        <w:t>obținerea dovezilor că o măsură de control poate fi eficace.</w:t>
      </w:r>
    </w:p>
    <w:p w14:paraId="6CF2287F" w14:textId="77777777" w:rsidR="008E2B50" w:rsidRPr="00E81C1D" w:rsidRDefault="00000000">
      <w:pPr>
        <w:spacing w:after="40"/>
        <w:rPr>
          <w:noProof/>
          <w:lang w:val="ro-RO"/>
        </w:rPr>
      </w:pPr>
      <w:r w:rsidRPr="00E81C1D">
        <w:rPr>
          <w:b/>
          <w:noProof/>
          <w:lang w:val="ro-RO"/>
        </w:rPr>
        <w:t xml:space="preserve">Verificare: </w:t>
      </w:r>
      <w:r w:rsidRPr="00E81C1D">
        <w:rPr>
          <w:noProof/>
          <w:lang w:val="ro-RO"/>
        </w:rPr>
        <w:t>confirmarea prin dovezi că cerințele și activitățile planificate au fost îndeplinite.</w:t>
      </w:r>
    </w:p>
    <w:p w14:paraId="21086EC6" w14:textId="77777777" w:rsidR="008E2B50" w:rsidRPr="00E81C1D" w:rsidRDefault="00000000">
      <w:pPr>
        <w:spacing w:after="40"/>
        <w:rPr>
          <w:noProof/>
          <w:lang w:val="ro-RO"/>
        </w:rPr>
      </w:pPr>
      <w:r w:rsidRPr="00E81C1D">
        <w:rPr>
          <w:b/>
          <w:noProof/>
          <w:lang w:val="ro-RO"/>
        </w:rPr>
        <w:t xml:space="preserve">Produs potențial nesigur: </w:t>
      </w:r>
      <w:r w:rsidRPr="00E81C1D">
        <w:rPr>
          <w:noProof/>
          <w:lang w:val="ro-RO"/>
        </w:rPr>
        <w:t>produs pentru care controlul unui pericol sau conformitatea cu criteriile relevante nu este demonstrată.</w:t>
      </w:r>
    </w:p>
    <w:p w14:paraId="5B8E654A" w14:textId="77777777" w:rsidR="008E2B50" w:rsidRPr="00E81C1D" w:rsidRDefault="00000000">
      <w:pPr>
        <w:spacing w:after="40"/>
        <w:rPr>
          <w:noProof/>
          <w:lang w:val="ro-RO"/>
        </w:rPr>
      </w:pPr>
      <w:r w:rsidRPr="00E81C1D">
        <w:rPr>
          <w:b/>
          <w:noProof/>
          <w:lang w:val="ro-RO"/>
        </w:rPr>
        <w:lastRenderedPageBreak/>
        <w:t xml:space="preserve">Retragere / recall: </w:t>
      </w:r>
      <w:r w:rsidRPr="00E81C1D">
        <w:rPr>
          <w:noProof/>
          <w:lang w:val="ro-RO"/>
        </w:rPr>
        <w:t>acțiune coordonată pentru îndepărtarea produsului din lanț sau de la consumator, în funcție de situație și cerințele aplicabile.</w:t>
      </w:r>
    </w:p>
    <w:p w14:paraId="00D0AD0A" w14:textId="77777777" w:rsidR="008E2B50" w:rsidRPr="00E81C1D" w:rsidRDefault="00000000">
      <w:pPr>
        <w:pStyle w:val="Heading2"/>
        <w:rPr>
          <w:noProof/>
          <w:lang w:val="ro-RO"/>
        </w:rPr>
      </w:pPr>
      <w:r w:rsidRPr="00E81C1D">
        <w:rPr>
          <w:noProof/>
          <w:lang w:val="ro-RO"/>
        </w:rPr>
        <w:t>Note privind ediția standardului</w:t>
      </w:r>
    </w:p>
    <w:p w14:paraId="608B1459" w14:textId="77777777" w:rsidR="008E2B50" w:rsidRPr="00E81C1D" w:rsidRDefault="00000000">
      <w:pPr>
        <w:rPr>
          <w:noProof/>
          <w:lang w:val="ro-RO"/>
        </w:rPr>
      </w:pPr>
      <w:r w:rsidRPr="00E81C1D">
        <w:rPr>
          <w:noProof/>
          <w:lang w:val="ro-RO"/>
        </w:rPr>
        <w:t>Baza utilizată este ISO 22000:2018, ediția 2, împreună cu Amendamentul 1:2024 privind schimbările climatice. La data versiunii documentului, ISO/DIS 22000 era în dezvoltare și era indicat de ISO ca viitoare înlocuire. Proiectul nu este o cerință aplicabilă și nu a fost utilizat ca bază normativă.</w:t>
      </w:r>
    </w:p>
    <w:p w14:paraId="5298919E" w14:textId="77777777" w:rsidR="008E2B50" w:rsidRPr="00E81C1D" w:rsidRDefault="00000000">
      <w:pPr>
        <w:spacing w:before="80"/>
        <w:rPr>
          <w:noProof/>
          <w:lang w:val="ro-RO"/>
        </w:rPr>
      </w:pPr>
      <w:r w:rsidRPr="00E81C1D">
        <w:rPr>
          <w:b/>
          <w:noProof/>
          <w:lang w:val="ro-RO"/>
        </w:rPr>
        <w:t xml:space="preserve">Referințe publice: </w:t>
      </w:r>
      <w:r w:rsidRPr="00E81C1D">
        <w:rPr>
          <w:noProof/>
          <w:lang w:val="ro-RO"/>
        </w:rPr>
        <w:t>International Organization for Standardization (ISO) - paginile oficiale ISO 22000:2018 și ISO 22000:2018/Amd 1:2024; informațiile publice ISO privind familia ISO 22000 și stadiul ISO/DIS 22000.</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6"/>
        <w:gridCol w:w="9297"/>
      </w:tblGrid>
      <w:tr w:rsidR="008E2B50" w:rsidRPr="00E81C1D" w14:paraId="468F69A8" w14:textId="77777777">
        <w:trPr>
          <w:cantSplit/>
          <w:jc w:val="center"/>
        </w:trPr>
        <w:tc>
          <w:tcPr>
            <w:tcW w:w="566" w:type="dxa"/>
            <w:shd w:val="clear" w:color="auto" w:fill="D71920"/>
            <w:tcMar>
              <w:top w:w="60" w:type="dxa"/>
              <w:left w:w="70" w:type="dxa"/>
              <w:bottom w:w="60" w:type="dxa"/>
              <w:right w:w="70" w:type="dxa"/>
            </w:tcMar>
            <w:vAlign w:val="center"/>
          </w:tcPr>
          <w:p w14:paraId="4217464C" w14:textId="77777777" w:rsidR="008E2B50" w:rsidRPr="00E81C1D" w:rsidRDefault="00000000">
            <w:pPr>
              <w:spacing w:after="0" w:line="240" w:lineRule="auto"/>
              <w:jc w:val="center"/>
              <w:rPr>
                <w:noProof/>
                <w:lang w:val="ro-RO"/>
              </w:rPr>
            </w:pPr>
            <w:r w:rsidRPr="00E81C1D">
              <w:rPr>
                <w:rFonts w:eastAsia="Arial"/>
                <w:b/>
                <w:noProof/>
                <w:color w:val="FFFFFF"/>
                <w:sz w:val="30"/>
                <w:lang w:val="ro-RO"/>
              </w:rPr>
              <w:t>!</w:t>
            </w:r>
          </w:p>
        </w:tc>
        <w:tc>
          <w:tcPr>
            <w:tcW w:w="9297" w:type="dxa"/>
            <w:shd w:val="clear" w:color="auto" w:fill="FCEBEC"/>
          </w:tcPr>
          <w:p w14:paraId="11F09AAB" w14:textId="77777777" w:rsidR="008E2B50" w:rsidRPr="00E81C1D" w:rsidRDefault="00000000">
            <w:pPr>
              <w:spacing w:after="40"/>
              <w:rPr>
                <w:noProof/>
                <w:lang w:val="ro-RO"/>
              </w:rPr>
            </w:pPr>
            <w:r w:rsidRPr="00E81C1D">
              <w:rPr>
                <w:rFonts w:eastAsia="Arial"/>
                <w:b/>
                <w:noProof/>
                <w:color w:val="D71920"/>
                <w:lang w:val="ro-RO"/>
              </w:rPr>
              <w:t>LIMITAREA DOCUMENTULUI</w:t>
            </w:r>
          </w:p>
          <w:p w14:paraId="566A496B" w14:textId="77777777" w:rsidR="008E2B50" w:rsidRPr="00E81C1D" w:rsidRDefault="00000000">
            <w:pPr>
              <w:spacing w:after="0" w:line="252" w:lineRule="auto"/>
              <w:rPr>
                <w:noProof/>
                <w:lang w:val="ro-RO"/>
              </w:rPr>
            </w:pPr>
            <w:r w:rsidRPr="00E81C1D">
              <w:rPr>
                <w:rFonts w:eastAsia="Arial"/>
                <w:noProof/>
                <w:sz w:val="16"/>
                <w:lang w:val="ro-RO"/>
              </w:rPr>
              <w:t>Acest material este un instrument de orientare și autoevaluare. Nu reproduce standardul, nu constituie interpretare oficială și nu garantează certificarea. Pentru aplicare, consultați ediția oficială, legislația relevantă și, după caz, specialiști competenți.</w:t>
            </w:r>
          </w:p>
        </w:tc>
      </w:tr>
    </w:tbl>
    <w:p w14:paraId="06D53F6E" w14:textId="77777777" w:rsidR="008E2B50" w:rsidRPr="00E81C1D" w:rsidRDefault="008E2B50">
      <w:pPr>
        <w:spacing w:after="0"/>
        <w:rPr>
          <w:noProof/>
          <w:lang w:val="ro-RO"/>
        </w:rPr>
      </w:pPr>
    </w:p>
    <w:p w14:paraId="3DEF19EE" w14:textId="5A04A523" w:rsidR="008E2B50" w:rsidRPr="00E81C1D" w:rsidRDefault="008E2B50" w:rsidP="00E81C1D">
      <w:pPr>
        <w:spacing w:before="240"/>
        <w:rPr>
          <w:noProof/>
          <w:lang w:val="ro-RO"/>
        </w:rPr>
      </w:pPr>
    </w:p>
    <w:sectPr w:rsidR="008E2B50" w:rsidRPr="00E81C1D" w:rsidSect="00034616">
      <w:headerReference w:type="default" r:id="rId12"/>
      <w:footerReference w:type="default" r:id="rId13"/>
      <w:pgSz w:w="11906" w:h="16838"/>
      <w:pgMar w:top="907" w:right="1020" w:bottom="850" w:left="10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D0476" w14:textId="77777777" w:rsidR="00254B5C" w:rsidRDefault="00254B5C">
      <w:pPr>
        <w:spacing w:after="0" w:line="240" w:lineRule="auto"/>
      </w:pPr>
      <w:r>
        <w:separator/>
      </w:r>
    </w:p>
  </w:endnote>
  <w:endnote w:type="continuationSeparator" w:id="0">
    <w:p w14:paraId="7FABF9CD" w14:textId="77777777" w:rsidR="00254B5C" w:rsidRDefault="00254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11BB" w14:textId="77777777" w:rsidR="008E2B50" w:rsidRPr="00E81C1D" w:rsidRDefault="008E2B50">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8E2B50" w:rsidRPr="00E81C1D" w14:paraId="2709BB94" w14:textId="77777777">
      <w:trPr>
        <w:jc w:val="center"/>
      </w:trPr>
      <w:tc>
        <w:tcPr>
          <w:tcW w:w="3968" w:type="dxa"/>
          <w:tcMar>
            <w:top w:w="60" w:type="dxa"/>
            <w:left w:w="70" w:type="dxa"/>
            <w:bottom w:w="60" w:type="dxa"/>
            <w:right w:w="70" w:type="dxa"/>
          </w:tcMar>
          <w:vAlign w:val="center"/>
        </w:tcPr>
        <w:p w14:paraId="3706EF40" w14:textId="77777777" w:rsidR="008E2B50" w:rsidRPr="00E81C1D" w:rsidRDefault="00000000">
          <w:pPr>
            <w:spacing w:after="0" w:line="240" w:lineRule="auto"/>
            <w:rPr>
              <w:noProof/>
              <w:lang w:val="ro-RO"/>
            </w:rPr>
          </w:pPr>
          <w:r w:rsidRPr="00E81C1D">
            <w:rPr>
              <w:rFonts w:eastAsia="Arial"/>
              <w:noProof/>
              <w:color w:val="666666"/>
              <w:sz w:val="14"/>
              <w:lang w:val="ro-RO"/>
            </w:rPr>
            <w:t>CERTIFY  |  Calitate. Încredere. Performanță.</w:t>
          </w:r>
        </w:p>
      </w:tc>
      <w:tc>
        <w:tcPr>
          <w:tcW w:w="4535" w:type="dxa"/>
          <w:tcMar>
            <w:top w:w="60" w:type="dxa"/>
            <w:left w:w="70" w:type="dxa"/>
            <w:bottom w:w="60" w:type="dxa"/>
            <w:right w:w="70" w:type="dxa"/>
          </w:tcMar>
          <w:vAlign w:val="center"/>
        </w:tcPr>
        <w:p w14:paraId="20154C8F" w14:textId="77777777" w:rsidR="008E2B50" w:rsidRPr="00E81C1D" w:rsidRDefault="00000000">
          <w:pPr>
            <w:spacing w:after="0" w:line="240" w:lineRule="auto"/>
            <w:jc w:val="center"/>
            <w:rPr>
              <w:noProof/>
              <w:lang w:val="ro-RO"/>
            </w:rPr>
          </w:pPr>
          <w:r w:rsidRPr="00E81C1D">
            <w:rPr>
              <w:rFonts w:eastAsia="Arial"/>
              <w:noProof/>
              <w:color w:val="666666"/>
              <w:sz w:val="14"/>
              <w:lang w:val="ro-RO"/>
            </w:rPr>
            <w:t>ISO 22000:2018 + Amd 1:2024</w:t>
          </w:r>
        </w:p>
      </w:tc>
      <w:tc>
        <w:tcPr>
          <w:tcW w:w="1360" w:type="dxa"/>
        </w:tcPr>
        <w:p w14:paraId="6C26C969" w14:textId="77777777" w:rsidR="008E2B50" w:rsidRPr="00E81C1D" w:rsidRDefault="00000000">
          <w:pPr>
            <w:jc w:val="right"/>
            <w:rPr>
              <w:noProof/>
              <w:lang w:val="ro-RO"/>
            </w:rPr>
          </w:pPr>
          <w:r w:rsidRPr="00E81C1D">
            <w:rPr>
              <w:rFonts w:eastAsia="Arial"/>
              <w:noProof/>
              <w:color w:val="666666"/>
              <w:sz w:val="14"/>
              <w:lang w:val="ro-RO"/>
            </w:rPr>
            <w:t xml:space="preserve">Pagina </w:t>
          </w:r>
          <w:r w:rsidRPr="00E81C1D">
            <w:rPr>
              <w:noProof/>
              <w:lang w:val="ro-RO"/>
            </w:rPr>
            <w:fldChar w:fldCharType="begin"/>
          </w:r>
          <w:r w:rsidRPr="00E81C1D">
            <w:rPr>
              <w:noProof/>
              <w:lang w:val="ro-RO"/>
            </w:rPr>
            <w:instrText xml:space="preserve"> PAGE </w:instrText>
          </w:r>
          <w:r w:rsidRPr="00E81C1D">
            <w:rPr>
              <w:noProof/>
              <w:lang w:val="ro-RO"/>
            </w:rPr>
            <w:fldChar w:fldCharType="separate"/>
          </w:r>
          <w:r w:rsidRPr="00E81C1D">
            <w:rPr>
              <w:noProof/>
              <w:lang w:val="ro-RO"/>
            </w:rPr>
            <w:t>1</w:t>
          </w:r>
          <w:r w:rsidRPr="00E81C1D">
            <w:rPr>
              <w:noProof/>
              <w:lang w:val="ro-RO"/>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708C" w14:textId="77777777" w:rsidR="008E2B50" w:rsidRPr="00E81C1D" w:rsidRDefault="008E2B50">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669"/>
      <w:gridCol w:w="6236"/>
      <w:gridCol w:w="1757"/>
    </w:tblGrid>
    <w:tr w:rsidR="008E2B50" w:rsidRPr="00E81C1D" w14:paraId="52925499" w14:textId="77777777">
      <w:trPr>
        <w:jc w:val="center"/>
      </w:trPr>
      <w:tc>
        <w:tcPr>
          <w:tcW w:w="5669" w:type="dxa"/>
          <w:tcMar>
            <w:top w:w="60" w:type="dxa"/>
            <w:left w:w="70" w:type="dxa"/>
            <w:bottom w:w="60" w:type="dxa"/>
            <w:right w:w="70" w:type="dxa"/>
          </w:tcMar>
          <w:vAlign w:val="center"/>
        </w:tcPr>
        <w:p w14:paraId="6F6BB3E7" w14:textId="77777777" w:rsidR="008E2B50" w:rsidRPr="00E81C1D" w:rsidRDefault="00000000">
          <w:pPr>
            <w:spacing w:after="0" w:line="240" w:lineRule="auto"/>
            <w:rPr>
              <w:noProof/>
              <w:lang w:val="ro-RO"/>
            </w:rPr>
          </w:pPr>
          <w:r w:rsidRPr="00E81C1D">
            <w:rPr>
              <w:rFonts w:eastAsia="Arial"/>
              <w:noProof/>
              <w:color w:val="666666"/>
              <w:sz w:val="14"/>
              <w:lang w:val="ro-RO"/>
            </w:rPr>
            <w:t>CERTIFY  |  Calitate. Încredere. Performanță.</w:t>
          </w:r>
        </w:p>
      </w:tc>
      <w:tc>
        <w:tcPr>
          <w:tcW w:w="6236" w:type="dxa"/>
          <w:tcMar>
            <w:top w:w="60" w:type="dxa"/>
            <w:left w:w="70" w:type="dxa"/>
            <w:bottom w:w="60" w:type="dxa"/>
            <w:right w:w="70" w:type="dxa"/>
          </w:tcMar>
          <w:vAlign w:val="center"/>
        </w:tcPr>
        <w:p w14:paraId="11E1874D" w14:textId="77777777" w:rsidR="008E2B50" w:rsidRPr="00E81C1D" w:rsidRDefault="00000000">
          <w:pPr>
            <w:spacing w:after="0" w:line="240" w:lineRule="auto"/>
            <w:jc w:val="center"/>
            <w:rPr>
              <w:noProof/>
              <w:lang w:val="ro-RO"/>
            </w:rPr>
          </w:pPr>
          <w:r w:rsidRPr="00E81C1D">
            <w:rPr>
              <w:rFonts w:eastAsia="Arial"/>
              <w:noProof/>
              <w:color w:val="666666"/>
              <w:sz w:val="14"/>
              <w:lang w:val="ro-RO"/>
            </w:rPr>
            <w:t>ISO 22000:2018 + Amd 1:2024</w:t>
          </w:r>
        </w:p>
      </w:tc>
      <w:tc>
        <w:tcPr>
          <w:tcW w:w="1757" w:type="dxa"/>
        </w:tcPr>
        <w:p w14:paraId="14105B7C" w14:textId="77777777" w:rsidR="008E2B50" w:rsidRPr="00E81C1D" w:rsidRDefault="00000000">
          <w:pPr>
            <w:jc w:val="right"/>
            <w:rPr>
              <w:noProof/>
              <w:lang w:val="ro-RO"/>
            </w:rPr>
          </w:pPr>
          <w:r w:rsidRPr="00E81C1D">
            <w:rPr>
              <w:rFonts w:eastAsia="Arial"/>
              <w:noProof/>
              <w:color w:val="666666"/>
              <w:sz w:val="14"/>
              <w:lang w:val="ro-RO"/>
            </w:rPr>
            <w:t xml:space="preserve">Pagina </w:t>
          </w:r>
          <w:r w:rsidRPr="00E81C1D">
            <w:rPr>
              <w:noProof/>
              <w:lang w:val="ro-RO"/>
            </w:rPr>
            <w:fldChar w:fldCharType="begin"/>
          </w:r>
          <w:r w:rsidRPr="00E81C1D">
            <w:rPr>
              <w:noProof/>
              <w:lang w:val="ro-RO"/>
            </w:rPr>
            <w:instrText xml:space="preserve"> PAGE </w:instrText>
          </w:r>
          <w:r w:rsidRPr="00E81C1D">
            <w:rPr>
              <w:noProof/>
              <w:lang w:val="ro-RO"/>
            </w:rPr>
            <w:fldChar w:fldCharType="separate"/>
          </w:r>
          <w:r w:rsidRPr="00E81C1D">
            <w:rPr>
              <w:noProof/>
              <w:lang w:val="ro-RO"/>
            </w:rPr>
            <w:t>1</w:t>
          </w:r>
          <w:r w:rsidRPr="00E81C1D">
            <w:rPr>
              <w:noProof/>
              <w:lang w:val="ro-RO"/>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DDB5" w14:textId="77777777" w:rsidR="008E2B50" w:rsidRPr="00E81C1D" w:rsidRDefault="008E2B50">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3968"/>
      <w:gridCol w:w="4535"/>
      <w:gridCol w:w="1360"/>
    </w:tblGrid>
    <w:tr w:rsidR="008E2B50" w:rsidRPr="00E81C1D" w14:paraId="475BDD95" w14:textId="77777777">
      <w:trPr>
        <w:jc w:val="center"/>
      </w:trPr>
      <w:tc>
        <w:tcPr>
          <w:tcW w:w="3968" w:type="dxa"/>
          <w:tcMar>
            <w:top w:w="60" w:type="dxa"/>
            <w:left w:w="70" w:type="dxa"/>
            <w:bottom w:w="60" w:type="dxa"/>
            <w:right w:w="70" w:type="dxa"/>
          </w:tcMar>
          <w:vAlign w:val="center"/>
        </w:tcPr>
        <w:p w14:paraId="429D32B5" w14:textId="77777777" w:rsidR="008E2B50" w:rsidRPr="00E81C1D" w:rsidRDefault="00000000">
          <w:pPr>
            <w:spacing w:after="0" w:line="240" w:lineRule="auto"/>
            <w:rPr>
              <w:noProof/>
              <w:lang w:val="ro-RO"/>
            </w:rPr>
          </w:pPr>
          <w:r w:rsidRPr="00E81C1D">
            <w:rPr>
              <w:rFonts w:eastAsia="Arial"/>
              <w:noProof/>
              <w:color w:val="666666"/>
              <w:sz w:val="14"/>
              <w:lang w:val="ro-RO"/>
            </w:rPr>
            <w:t>CERTIFY  |  Calitate. Încredere. Performanță.</w:t>
          </w:r>
        </w:p>
      </w:tc>
      <w:tc>
        <w:tcPr>
          <w:tcW w:w="4535" w:type="dxa"/>
          <w:tcMar>
            <w:top w:w="60" w:type="dxa"/>
            <w:left w:w="70" w:type="dxa"/>
            <w:bottom w:w="60" w:type="dxa"/>
            <w:right w:w="70" w:type="dxa"/>
          </w:tcMar>
          <w:vAlign w:val="center"/>
        </w:tcPr>
        <w:p w14:paraId="23AF2E4F" w14:textId="77777777" w:rsidR="008E2B50" w:rsidRPr="00E81C1D" w:rsidRDefault="00000000">
          <w:pPr>
            <w:spacing w:after="0" w:line="240" w:lineRule="auto"/>
            <w:jc w:val="center"/>
            <w:rPr>
              <w:noProof/>
              <w:lang w:val="ro-RO"/>
            </w:rPr>
          </w:pPr>
          <w:r w:rsidRPr="00E81C1D">
            <w:rPr>
              <w:rFonts w:eastAsia="Arial"/>
              <w:noProof/>
              <w:color w:val="666666"/>
              <w:sz w:val="14"/>
              <w:lang w:val="ro-RO"/>
            </w:rPr>
            <w:t>ISO 22000:2018 + Amd 1:2024</w:t>
          </w:r>
        </w:p>
      </w:tc>
      <w:tc>
        <w:tcPr>
          <w:tcW w:w="1360" w:type="dxa"/>
        </w:tcPr>
        <w:p w14:paraId="12905D66" w14:textId="77777777" w:rsidR="008E2B50" w:rsidRPr="00E81C1D" w:rsidRDefault="00000000">
          <w:pPr>
            <w:jc w:val="right"/>
            <w:rPr>
              <w:noProof/>
              <w:lang w:val="ro-RO"/>
            </w:rPr>
          </w:pPr>
          <w:r w:rsidRPr="00E81C1D">
            <w:rPr>
              <w:rFonts w:eastAsia="Arial"/>
              <w:noProof/>
              <w:color w:val="666666"/>
              <w:sz w:val="14"/>
              <w:lang w:val="ro-RO"/>
            </w:rPr>
            <w:t xml:space="preserve">Pagina </w:t>
          </w:r>
          <w:r w:rsidRPr="00E81C1D">
            <w:rPr>
              <w:noProof/>
              <w:lang w:val="ro-RO"/>
            </w:rPr>
            <w:fldChar w:fldCharType="begin"/>
          </w:r>
          <w:r w:rsidRPr="00E81C1D">
            <w:rPr>
              <w:noProof/>
              <w:lang w:val="ro-RO"/>
            </w:rPr>
            <w:instrText xml:space="preserve"> PAGE </w:instrText>
          </w:r>
          <w:r w:rsidRPr="00E81C1D">
            <w:rPr>
              <w:noProof/>
              <w:lang w:val="ro-RO"/>
            </w:rPr>
            <w:fldChar w:fldCharType="separate"/>
          </w:r>
          <w:r w:rsidRPr="00E81C1D">
            <w:rPr>
              <w:noProof/>
              <w:lang w:val="ro-RO"/>
            </w:rPr>
            <w:t>1</w:t>
          </w:r>
          <w:r w:rsidRPr="00E81C1D">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25E9A" w14:textId="77777777" w:rsidR="00254B5C" w:rsidRDefault="00254B5C">
      <w:pPr>
        <w:spacing w:after="0" w:line="240" w:lineRule="auto"/>
      </w:pPr>
      <w:r>
        <w:separator/>
      </w:r>
    </w:p>
  </w:footnote>
  <w:footnote w:type="continuationSeparator" w:id="0">
    <w:p w14:paraId="4514ED6B" w14:textId="77777777" w:rsidR="00254B5C" w:rsidRDefault="00254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9E21" w14:textId="7B973F15" w:rsidR="008E2B50" w:rsidRPr="00E81C1D" w:rsidRDefault="00000000">
    <w:pPr>
      <w:pStyle w:val="Header"/>
      <w:pBdr>
        <w:bottom w:val="single" w:sz="8" w:space="4" w:color="D71920"/>
      </w:pBdr>
      <w:rPr>
        <w:noProof/>
        <w:lang w:val="ro-RO"/>
      </w:rPr>
    </w:pPr>
    <w:r w:rsidRPr="00E81C1D">
      <w:rPr>
        <w:rFonts w:eastAsia="Arial"/>
        <w:b/>
        <w:noProof/>
        <w:color w:val="D71920"/>
        <w:sz w:val="21"/>
        <w:lang w:val="ro-RO"/>
      </w:rPr>
      <w:t>C</w:t>
    </w:r>
    <w:r w:rsidR="00E81C1D">
      <w:rPr>
        <w:rFonts w:eastAsia="Arial"/>
        <w:b/>
        <w:noProof/>
        <w:color w:val="D71920"/>
        <w:sz w:val="21"/>
        <w:lang w:val="ro-RO"/>
      </w:rPr>
      <w:t>ertify</w:t>
    </w:r>
    <w:r w:rsidRPr="00E81C1D">
      <w:rPr>
        <w:rFonts w:eastAsia="Arial"/>
        <w:noProof/>
        <w:color w:val="666666"/>
        <w:sz w:val="16"/>
        <w:lang w:val="ro-RO"/>
      </w:rPr>
      <w:t xml:space="preserve">  |  CHECKLIST IMPLEMENTARE ISO 22000:2018 + Amd 1:2024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F3DB" w14:textId="70365438" w:rsidR="008E2B50" w:rsidRPr="00E81C1D" w:rsidRDefault="00000000">
    <w:pPr>
      <w:pStyle w:val="Header"/>
      <w:pBdr>
        <w:bottom w:val="single" w:sz="8" w:space="4" w:color="D71920"/>
      </w:pBdr>
      <w:rPr>
        <w:noProof/>
        <w:lang w:val="ro-RO"/>
      </w:rPr>
    </w:pPr>
    <w:r w:rsidRPr="00E81C1D">
      <w:rPr>
        <w:rFonts w:eastAsia="Arial"/>
        <w:b/>
        <w:noProof/>
        <w:color w:val="D71920"/>
        <w:sz w:val="21"/>
        <w:lang w:val="ro-RO"/>
      </w:rPr>
      <w:t>C</w:t>
    </w:r>
    <w:r w:rsidR="00E81C1D">
      <w:rPr>
        <w:rFonts w:eastAsia="Arial"/>
        <w:b/>
        <w:noProof/>
        <w:color w:val="D71920"/>
        <w:sz w:val="21"/>
        <w:lang w:val="ro-RO"/>
      </w:rPr>
      <w:t>ertify</w:t>
    </w:r>
    <w:r w:rsidRPr="00E81C1D">
      <w:rPr>
        <w:rFonts w:eastAsia="Arial"/>
        <w:noProof/>
        <w:color w:val="666666"/>
        <w:sz w:val="16"/>
        <w:lang w:val="ro-RO"/>
      </w:rPr>
      <w:t xml:space="preserve">  |  CHECKLIST IMPLEMENTARE ISO 22000:2018 + Amd 1:2024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91159" w14:textId="71580D57" w:rsidR="008E2B50" w:rsidRPr="00E81C1D" w:rsidRDefault="00000000">
    <w:pPr>
      <w:pStyle w:val="Header"/>
      <w:pBdr>
        <w:bottom w:val="single" w:sz="8" w:space="4" w:color="D71920"/>
      </w:pBdr>
      <w:rPr>
        <w:noProof/>
        <w:lang w:val="ro-RO"/>
      </w:rPr>
    </w:pPr>
    <w:r w:rsidRPr="00E81C1D">
      <w:rPr>
        <w:rFonts w:eastAsia="Arial"/>
        <w:b/>
        <w:noProof/>
        <w:color w:val="D71920"/>
        <w:sz w:val="21"/>
        <w:lang w:val="ro-RO"/>
      </w:rPr>
      <w:t>C</w:t>
    </w:r>
    <w:r w:rsidR="00E81C1D">
      <w:rPr>
        <w:rFonts w:eastAsia="Arial"/>
        <w:b/>
        <w:noProof/>
        <w:color w:val="D71920"/>
        <w:sz w:val="21"/>
        <w:lang w:val="ro-RO"/>
      </w:rPr>
      <w:t>ertify</w:t>
    </w:r>
    <w:r w:rsidRPr="00E81C1D">
      <w:rPr>
        <w:rFonts w:eastAsia="Arial"/>
        <w:noProof/>
        <w:color w:val="666666"/>
        <w:sz w:val="16"/>
        <w:lang w:val="ro-RO"/>
      </w:rPr>
      <w:t xml:space="preserve">  |  CHECKLIST IMPLEMENTARE ISO 22000:2018 + Amd 1:2024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0022059">
    <w:abstractNumId w:val="8"/>
  </w:num>
  <w:num w:numId="2" w16cid:durableId="2094349459">
    <w:abstractNumId w:val="6"/>
  </w:num>
  <w:num w:numId="3" w16cid:durableId="1450705064">
    <w:abstractNumId w:val="5"/>
  </w:num>
  <w:num w:numId="4" w16cid:durableId="1758480907">
    <w:abstractNumId w:val="4"/>
  </w:num>
  <w:num w:numId="5" w16cid:durableId="249658077">
    <w:abstractNumId w:val="7"/>
  </w:num>
  <w:num w:numId="6" w16cid:durableId="709182993">
    <w:abstractNumId w:val="3"/>
  </w:num>
  <w:num w:numId="7" w16cid:durableId="770274711">
    <w:abstractNumId w:val="2"/>
  </w:num>
  <w:num w:numId="8" w16cid:durableId="1332638461">
    <w:abstractNumId w:val="1"/>
  </w:num>
  <w:num w:numId="9" w16cid:durableId="34629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4B5C"/>
    <w:rsid w:val="0029639D"/>
    <w:rsid w:val="00326F90"/>
    <w:rsid w:val="008E2B50"/>
    <w:rsid w:val="00AA1D8D"/>
    <w:rsid w:val="00AE3B97"/>
    <w:rsid w:val="00B47730"/>
    <w:rsid w:val="00CB0664"/>
    <w:rsid w:val="00E050EC"/>
    <w:rsid w:val="00E729A7"/>
    <w:rsid w:val="00E81C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685840"/>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3"/>
      <w:szCs w:val="26"/>
    </w:rPr>
  </w:style>
  <w:style w:type="paragraph" w:styleId="Heading3">
    <w:name w:val="heading 3"/>
    <w:basedOn w:val="Normal"/>
    <w:next w:val="Normal"/>
    <w:link w:val="Heading3Char"/>
    <w:uiPriority w:val="9"/>
    <w:unhideWhenUsed/>
    <w:qFormat/>
    <w:rsid w:val="00FC693F"/>
    <w:pPr>
      <w:keepNext/>
      <w:keepLines/>
      <w:spacing w:before="120"/>
      <w:outlineLvl w:val="2"/>
    </w:pPr>
    <w:rPr>
      <w:rFonts w:asciiTheme="majorHAnsi" w:eastAsiaTheme="majorEastAsia" w:hAnsiTheme="majorHAnsi" w:cstheme="majorBidi"/>
      <w:b/>
      <w:bCs/>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color w:val="D719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4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5662</Words>
  <Characters>32276</Characters>
  <Application>Microsoft Office Word</Application>
  <DocSecurity>0</DocSecurity>
  <Lines>268</Lines>
  <Paragraphs>75</Paragraphs>
  <ScaleCrop>false</ScaleCrop>
  <Manager/>
  <Company/>
  <LinksUpToDate>false</LinksUpToDate>
  <CharactersWithSpaces>37863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2026-07-24T09:50:00Z</dcterms:created>
  <dcterms:modified xsi:type="dcterms:W3CDTF">2026-07-24T09:50:00Z</dcterms:modified>
  <cp:category/>
</cp:coreProperties>
</file>