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21A72" w14:textId="77777777" w:rsidR="00C16128" w:rsidRDefault="00000000">
      <w:pPr>
        <w:spacing w:after="400"/>
      </w:pPr>
      <w:r>
        <w:rPr>
          <w:b/>
          <w:color w:val="D71920"/>
          <w:sz w:val="20"/>
        </w:rPr>
        <w:t>CERTIFY  |  RESURSE PRACTICE ISO</w:t>
      </w:r>
    </w:p>
    <w:tbl>
      <w:tblPr>
        <w:tblW w:w="0" w:type="auto"/>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tblGrid>
      <w:tr w:rsidR="00C16128" w14:paraId="67152FB8" w14:textId="77777777">
        <w:tc>
          <w:tcPr>
            <w:tcW w:w="2381" w:type="dxa"/>
            <w:shd w:val="clear" w:color="auto" w:fill="D71920"/>
            <w:tcMar>
              <w:top w:w="70" w:type="dxa"/>
              <w:left w:w="85" w:type="dxa"/>
              <w:bottom w:w="70" w:type="dxa"/>
              <w:right w:w="85" w:type="dxa"/>
            </w:tcMar>
            <w:vAlign w:val="center"/>
          </w:tcPr>
          <w:p w14:paraId="081D4CBA" w14:textId="77777777" w:rsidR="00C16128" w:rsidRDefault="00000000">
            <w:pPr>
              <w:spacing w:after="0" w:line="240" w:lineRule="auto"/>
              <w:jc w:val="center"/>
            </w:pPr>
            <w:r>
              <w:rPr>
                <w:b/>
                <w:color w:val="FFFFFF"/>
                <w:sz w:val="22"/>
              </w:rPr>
              <w:t>GHID</w:t>
            </w:r>
          </w:p>
        </w:tc>
      </w:tr>
    </w:tbl>
    <w:p w14:paraId="32D48FDE" w14:textId="77777777" w:rsidR="00C16128" w:rsidRDefault="00C16128">
      <w:pPr>
        <w:spacing w:after="120"/>
      </w:pPr>
    </w:p>
    <w:p w14:paraId="1FA01250" w14:textId="77777777" w:rsidR="00C16128" w:rsidRDefault="00000000">
      <w:pPr>
        <w:spacing w:after="40"/>
      </w:pPr>
      <w:r>
        <w:rPr>
          <w:b/>
          <w:sz w:val="56"/>
        </w:rPr>
        <w:t>Documente esențiale</w:t>
      </w:r>
    </w:p>
    <w:p w14:paraId="5AEB58A8" w14:textId="77777777" w:rsidR="00C16128" w:rsidRDefault="00000000">
      <w:pPr>
        <w:spacing w:after="140"/>
      </w:pPr>
      <w:r>
        <w:rPr>
          <w:b/>
          <w:color w:val="D71920"/>
          <w:sz w:val="64"/>
        </w:rPr>
        <w:t>ISO 22000</w:t>
      </w:r>
    </w:p>
    <w:p w14:paraId="11B51DD2" w14:textId="77777777" w:rsidR="00C16128" w:rsidRPr="000236A4" w:rsidRDefault="00000000">
      <w:pPr>
        <w:spacing w:after="320"/>
        <w:rPr>
          <w:lang w:val="fr-FR"/>
        </w:rPr>
      </w:pPr>
      <w:r w:rsidRPr="000236A4">
        <w:rPr>
          <w:color w:val="666666"/>
          <w:sz w:val="25"/>
          <w:lang w:val="fr-FR"/>
        </w:rPr>
        <w:t>Documente, registre și dovezi pentru un sistem de management al siguranței alimentelor controlat și auditabil</w:t>
      </w:r>
    </w:p>
    <w:p w14:paraId="6C45AD45" w14:textId="77777777" w:rsidR="00C16128" w:rsidRPr="000236A4" w:rsidRDefault="00C16128">
      <w:pPr>
        <w:pBdr>
          <w:bottom w:val="single" w:sz="18" w:space="1" w:color="D71920"/>
        </w:pBdr>
        <w:spacing w:after="12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C16128" w14:paraId="4C854EE4" w14:textId="77777777">
        <w:trPr>
          <w:jc w:val="center"/>
        </w:trPr>
        <w:tc>
          <w:tcPr>
            <w:tcW w:w="2721" w:type="dxa"/>
            <w:shd w:val="clear" w:color="auto" w:fill="F3F4F5"/>
            <w:tcMar>
              <w:top w:w="70" w:type="dxa"/>
              <w:left w:w="85" w:type="dxa"/>
              <w:bottom w:w="70" w:type="dxa"/>
              <w:right w:w="85" w:type="dxa"/>
            </w:tcMar>
            <w:vAlign w:val="center"/>
          </w:tcPr>
          <w:p w14:paraId="481521CF" w14:textId="77777777" w:rsidR="00C16128" w:rsidRDefault="00000000">
            <w:pPr>
              <w:spacing w:after="0" w:line="240" w:lineRule="auto"/>
            </w:pPr>
            <w:r>
              <w:rPr>
                <w:b/>
                <w:sz w:val="16"/>
              </w:rPr>
              <w:t>BAZĂ DE LUCRU</w:t>
            </w:r>
          </w:p>
        </w:tc>
        <w:tc>
          <w:tcPr>
            <w:tcW w:w="7200" w:type="dxa"/>
            <w:shd w:val="clear" w:color="auto" w:fill="FFFFFF"/>
            <w:tcMar>
              <w:top w:w="70" w:type="dxa"/>
              <w:left w:w="85" w:type="dxa"/>
              <w:bottom w:w="70" w:type="dxa"/>
              <w:right w:w="85" w:type="dxa"/>
            </w:tcMar>
            <w:vAlign w:val="center"/>
          </w:tcPr>
          <w:p w14:paraId="6DBED1D8" w14:textId="77777777" w:rsidR="00C16128" w:rsidRDefault="00000000">
            <w:pPr>
              <w:spacing w:after="0" w:line="240" w:lineRule="auto"/>
            </w:pPr>
            <w:r>
              <w:rPr>
                <w:sz w:val="17"/>
              </w:rPr>
              <w:t>ISO 22000:2018 + Amendamentul 1:2024</w:t>
            </w:r>
          </w:p>
        </w:tc>
      </w:tr>
      <w:tr w:rsidR="00C16128" w:rsidRPr="000236A4" w14:paraId="51086276" w14:textId="77777777">
        <w:trPr>
          <w:jc w:val="center"/>
        </w:trPr>
        <w:tc>
          <w:tcPr>
            <w:tcW w:w="2721" w:type="dxa"/>
            <w:shd w:val="clear" w:color="auto" w:fill="F3F4F5"/>
            <w:tcMar>
              <w:top w:w="70" w:type="dxa"/>
              <w:left w:w="85" w:type="dxa"/>
              <w:bottom w:w="70" w:type="dxa"/>
              <w:right w:w="85" w:type="dxa"/>
            </w:tcMar>
            <w:vAlign w:val="center"/>
          </w:tcPr>
          <w:p w14:paraId="313071BF" w14:textId="77777777" w:rsidR="00C16128" w:rsidRDefault="00000000">
            <w:pPr>
              <w:spacing w:after="0" w:line="240" w:lineRule="auto"/>
            </w:pPr>
            <w:r>
              <w:rPr>
                <w:b/>
                <w:sz w:val="16"/>
              </w:rPr>
              <w:t>UTILIZARE</w:t>
            </w:r>
          </w:p>
        </w:tc>
        <w:tc>
          <w:tcPr>
            <w:tcW w:w="7200" w:type="dxa"/>
            <w:shd w:val="clear" w:color="auto" w:fill="FFFFFF"/>
            <w:tcMar>
              <w:top w:w="70" w:type="dxa"/>
              <w:left w:w="85" w:type="dxa"/>
              <w:bottom w:w="70" w:type="dxa"/>
              <w:right w:w="85" w:type="dxa"/>
            </w:tcMar>
            <w:vAlign w:val="center"/>
          </w:tcPr>
          <w:p w14:paraId="2A887BF6" w14:textId="77777777" w:rsidR="00C16128" w:rsidRPr="000236A4" w:rsidRDefault="00000000">
            <w:pPr>
              <w:spacing w:after="0" w:line="240" w:lineRule="auto"/>
              <w:rPr>
                <w:lang w:val="fr-FR"/>
              </w:rPr>
            </w:pPr>
            <w:r w:rsidRPr="000236A4">
              <w:rPr>
                <w:sz w:val="17"/>
                <w:lang w:val="fr-FR"/>
              </w:rPr>
              <w:t>Organizații din orice industrie și de orice dimensiune</w:t>
            </w:r>
          </w:p>
        </w:tc>
      </w:tr>
      <w:tr w:rsidR="00C16128" w:rsidRPr="000236A4" w14:paraId="0FF7F880" w14:textId="77777777">
        <w:trPr>
          <w:jc w:val="center"/>
        </w:trPr>
        <w:tc>
          <w:tcPr>
            <w:tcW w:w="2721" w:type="dxa"/>
            <w:shd w:val="clear" w:color="auto" w:fill="F3F4F5"/>
            <w:tcMar>
              <w:top w:w="70" w:type="dxa"/>
              <w:left w:w="85" w:type="dxa"/>
              <w:bottom w:w="70" w:type="dxa"/>
              <w:right w:w="85" w:type="dxa"/>
            </w:tcMar>
            <w:vAlign w:val="center"/>
          </w:tcPr>
          <w:p w14:paraId="49B61764" w14:textId="77777777" w:rsidR="00C16128" w:rsidRDefault="00000000">
            <w:pPr>
              <w:spacing w:after="0" w:line="240" w:lineRule="auto"/>
            </w:pPr>
            <w:r>
              <w:rPr>
                <w:b/>
                <w:sz w:val="16"/>
              </w:rPr>
              <w:t>CONȚINUT</w:t>
            </w:r>
          </w:p>
        </w:tc>
        <w:tc>
          <w:tcPr>
            <w:tcW w:w="7200" w:type="dxa"/>
            <w:shd w:val="clear" w:color="auto" w:fill="FFFFFF"/>
            <w:tcMar>
              <w:top w:w="70" w:type="dxa"/>
              <w:left w:w="85" w:type="dxa"/>
              <w:bottom w:w="70" w:type="dxa"/>
              <w:right w:w="85" w:type="dxa"/>
            </w:tcMar>
            <w:vAlign w:val="center"/>
          </w:tcPr>
          <w:p w14:paraId="69AC3EF4" w14:textId="77777777" w:rsidR="00C16128" w:rsidRPr="000236A4" w:rsidRDefault="00000000">
            <w:pPr>
              <w:spacing w:after="0" w:line="240" w:lineRule="auto"/>
              <w:rPr>
                <w:lang w:val="fr-FR"/>
              </w:rPr>
            </w:pPr>
            <w:r w:rsidRPr="000236A4">
              <w:rPr>
                <w:sz w:val="17"/>
                <w:lang w:val="fr-FR"/>
              </w:rPr>
              <w:t>Cerințe documentare + documente recomandate + modele completabile</w:t>
            </w:r>
          </w:p>
        </w:tc>
      </w:tr>
      <w:tr w:rsidR="00C16128" w14:paraId="342B8BB3" w14:textId="77777777">
        <w:trPr>
          <w:jc w:val="center"/>
        </w:trPr>
        <w:tc>
          <w:tcPr>
            <w:tcW w:w="2721" w:type="dxa"/>
            <w:shd w:val="clear" w:color="auto" w:fill="F3F4F5"/>
            <w:tcMar>
              <w:top w:w="70" w:type="dxa"/>
              <w:left w:w="85" w:type="dxa"/>
              <w:bottom w:w="70" w:type="dxa"/>
              <w:right w:w="85" w:type="dxa"/>
            </w:tcMar>
            <w:vAlign w:val="center"/>
          </w:tcPr>
          <w:p w14:paraId="37050285" w14:textId="77777777" w:rsidR="00C16128" w:rsidRDefault="00000000">
            <w:pPr>
              <w:spacing w:after="0" w:line="240" w:lineRule="auto"/>
            </w:pPr>
            <w:r>
              <w:rPr>
                <w:b/>
                <w:sz w:val="16"/>
              </w:rPr>
              <w:t>EDIȚIE DOCUMENT</w:t>
            </w:r>
          </w:p>
        </w:tc>
        <w:tc>
          <w:tcPr>
            <w:tcW w:w="7200" w:type="dxa"/>
            <w:shd w:val="clear" w:color="auto" w:fill="FFFFFF"/>
            <w:tcMar>
              <w:top w:w="70" w:type="dxa"/>
              <w:left w:w="85" w:type="dxa"/>
              <w:bottom w:w="70" w:type="dxa"/>
              <w:right w:w="85" w:type="dxa"/>
            </w:tcMar>
            <w:vAlign w:val="center"/>
          </w:tcPr>
          <w:p w14:paraId="563E6EBF" w14:textId="77777777" w:rsidR="00C16128" w:rsidRDefault="00000000">
            <w:pPr>
              <w:spacing w:after="0" w:line="240" w:lineRule="auto"/>
            </w:pPr>
            <w:r>
              <w:rPr>
                <w:sz w:val="17"/>
              </w:rPr>
              <w:t>Certify | iulie 2026</w:t>
            </w:r>
          </w:p>
        </w:tc>
      </w:tr>
    </w:tbl>
    <w:p w14:paraId="059B249A" w14:textId="77777777" w:rsidR="00C16128" w:rsidRDefault="00C16128">
      <w:pPr>
        <w:spacing w:after="160"/>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C16128" w14:paraId="5A77D625" w14:textId="77777777">
        <w:trPr>
          <w:cantSplit/>
          <w:jc w:val="center"/>
        </w:trPr>
        <w:tc>
          <w:tcPr>
            <w:tcW w:w="567" w:type="dxa"/>
            <w:shd w:val="clear" w:color="auto" w:fill="D71920"/>
            <w:tcMar>
              <w:top w:w="70" w:type="dxa"/>
              <w:left w:w="85" w:type="dxa"/>
              <w:bottom w:w="70" w:type="dxa"/>
              <w:right w:w="85" w:type="dxa"/>
            </w:tcMar>
            <w:vAlign w:val="center"/>
          </w:tcPr>
          <w:p w14:paraId="2BD7E1DE" w14:textId="77777777" w:rsidR="00C16128" w:rsidRDefault="00000000">
            <w:pPr>
              <w:spacing w:after="0" w:line="240" w:lineRule="auto"/>
              <w:jc w:val="center"/>
            </w:pPr>
            <w:r>
              <w:rPr>
                <w:b/>
                <w:color w:val="FFFFFF"/>
                <w:sz w:val="30"/>
              </w:rPr>
              <w:t>i</w:t>
            </w:r>
          </w:p>
        </w:tc>
        <w:tc>
          <w:tcPr>
            <w:tcW w:w="9354" w:type="dxa"/>
            <w:shd w:val="clear" w:color="auto" w:fill="FCEBEC"/>
          </w:tcPr>
          <w:p w14:paraId="1400C4CA" w14:textId="77777777" w:rsidR="00C16128" w:rsidRPr="000236A4" w:rsidRDefault="00000000">
            <w:pPr>
              <w:spacing w:after="20"/>
              <w:rPr>
                <w:lang w:val="fr-FR"/>
              </w:rPr>
            </w:pPr>
            <w:r w:rsidRPr="000236A4">
              <w:rPr>
                <w:b/>
                <w:color w:val="D71920"/>
                <w:sz w:val="17"/>
                <w:lang w:val="fr-FR"/>
              </w:rPr>
              <w:t>PRINCIPIUL CENTRAL</w:t>
            </w:r>
          </w:p>
          <w:p w14:paraId="7C8A2344" w14:textId="77777777" w:rsidR="00C16128" w:rsidRDefault="00000000">
            <w:pPr>
              <w:spacing w:after="0" w:line="247" w:lineRule="auto"/>
            </w:pPr>
            <w:r w:rsidRPr="000236A4">
              <w:rPr>
                <w:sz w:val="16"/>
                <w:lang w:val="fr-FR"/>
              </w:rPr>
              <w:t xml:space="preserve">Standardele cer informație documentată suficientă pentru controlul sistemului și pentru demonstrarea rezultatelor. </w:t>
            </w:r>
            <w:r>
              <w:rPr>
                <w:sz w:val="16"/>
              </w:rPr>
              <w:t>Formatul este flexibil: procedură, registru, formular, aplicație, hartă, fotografie, video sau înregistrare electronică.</w:t>
            </w:r>
          </w:p>
        </w:tc>
      </w:tr>
    </w:tbl>
    <w:p w14:paraId="425F3FC1" w14:textId="77777777" w:rsidR="00C16128" w:rsidRDefault="00C16128">
      <w:pPr>
        <w:spacing w:after="0"/>
      </w:pPr>
    </w:p>
    <w:p w14:paraId="5B1DA1AF" w14:textId="77777777" w:rsidR="00C16128" w:rsidRDefault="00000000">
      <w:pPr>
        <w:spacing w:before="200"/>
        <w:jc w:val="center"/>
      </w:pPr>
      <w:r>
        <w:rPr>
          <w:b/>
          <w:color w:val="D71920"/>
          <w:sz w:val="20"/>
        </w:rPr>
        <w:t>CLAR. CONTROLAT. UTIL.</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C16128" w:rsidRPr="000236A4" w14:paraId="6813CF1B" w14:textId="77777777">
        <w:trPr>
          <w:cantSplit/>
          <w:jc w:val="center"/>
        </w:trPr>
        <w:tc>
          <w:tcPr>
            <w:tcW w:w="1020" w:type="dxa"/>
            <w:shd w:val="clear" w:color="auto" w:fill="D71920"/>
            <w:tcMar>
              <w:top w:w="70" w:type="dxa"/>
              <w:left w:w="85" w:type="dxa"/>
              <w:bottom w:w="70" w:type="dxa"/>
              <w:right w:w="85" w:type="dxa"/>
            </w:tcMar>
            <w:vAlign w:val="center"/>
          </w:tcPr>
          <w:p w14:paraId="1AD096DC" w14:textId="77777777" w:rsidR="00C16128" w:rsidRDefault="00000000">
            <w:pPr>
              <w:spacing w:after="0" w:line="240" w:lineRule="auto"/>
              <w:jc w:val="center"/>
            </w:pPr>
            <w:r>
              <w:rPr>
                <w:b/>
                <w:color w:val="FFFFFF"/>
                <w:sz w:val="34"/>
              </w:rPr>
              <w:t>1</w:t>
            </w:r>
          </w:p>
        </w:tc>
        <w:tc>
          <w:tcPr>
            <w:tcW w:w="8901" w:type="dxa"/>
            <w:shd w:val="clear" w:color="auto" w:fill="F3F4F5"/>
          </w:tcPr>
          <w:p w14:paraId="4F38390F" w14:textId="77777777" w:rsidR="00C16128" w:rsidRPr="000236A4" w:rsidRDefault="00000000">
            <w:pPr>
              <w:spacing w:after="20"/>
              <w:rPr>
                <w:lang w:val="fr-FR"/>
              </w:rPr>
            </w:pPr>
            <w:r w:rsidRPr="000236A4">
              <w:rPr>
                <w:b/>
                <w:sz w:val="27"/>
                <w:lang w:val="fr-FR"/>
              </w:rPr>
              <w:t>Cum se utilizează ghidul</w:t>
            </w:r>
          </w:p>
          <w:p w14:paraId="3AF1C4B3" w14:textId="77777777" w:rsidR="00C16128" w:rsidRPr="000236A4" w:rsidRDefault="00000000">
            <w:pPr>
              <w:spacing w:after="0"/>
              <w:rPr>
                <w:lang w:val="fr-FR"/>
              </w:rPr>
            </w:pPr>
            <w:r w:rsidRPr="000236A4">
              <w:rPr>
                <w:color w:val="666666"/>
                <w:sz w:val="16"/>
                <w:lang w:val="fr-FR"/>
              </w:rPr>
              <w:t>Selectați documentele pornind de la procese, pericolele pentru siguranța alimentelor, obligații și nevoia reală de control</w:t>
            </w:r>
          </w:p>
        </w:tc>
      </w:tr>
    </w:tbl>
    <w:p w14:paraId="5AFD34F8" w14:textId="77777777" w:rsidR="00C16128" w:rsidRPr="000236A4" w:rsidRDefault="00C16128">
      <w:pPr>
        <w:spacing w:after="0"/>
        <w:rPr>
          <w:lang w:val="fr-FR"/>
        </w:rPr>
      </w:pPr>
    </w:p>
    <w:p w14:paraId="3EE5F917" w14:textId="77777777" w:rsidR="00C16128" w:rsidRPr="000236A4" w:rsidRDefault="00000000">
      <w:pPr>
        <w:spacing w:after="80"/>
        <w:rPr>
          <w:lang w:val="fr-FR"/>
        </w:rPr>
      </w:pPr>
      <w:r w:rsidRPr="000236A4">
        <w:rPr>
          <w:lang w:val="fr-FR"/>
        </w:rPr>
        <w:t>Scop. Ghidul ajută organizația să stabilească un set suficient și proporționat de documente și înregistrări pentru sistemul de management al siguranței alimentelor (SMSA/FSMS).</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4"/>
        <w:gridCol w:w="2721"/>
        <w:gridCol w:w="6406"/>
      </w:tblGrid>
      <w:tr w:rsidR="00C16128" w14:paraId="45987952" w14:textId="77777777">
        <w:trPr>
          <w:tblHeader/>
          <w:jc w:val="center"/>
        </w:trPr>
        <w:tc>
          <w:tcPr>
            <w:tcW w:w="794" w:type="dxa"/>
            <w:shd w:val="clear" w:color="auto" w:fill="D71920"/>
            <w:tcMar>
              <w:top w:w="70" w:type="dxa"/>
              <w:left w:w="85" w:type="dxa"/>
              <w:bottom w:w="70" w:type="dxa"/>
              <w:right w:w="85" w:type="dxa"/>
            </w:tcMar>
            <w:vAlign w:val="center"/>
          </w:tcPr>
          <w:p w14:paraId="1791CFE2" w14:textId="77777777" w:rsidR="00C16128" w:rsidRDefault="00000000">
            <w:pPr>
              <w:spacing w:after="0" w:line="240" w:lineRule="auto"/>
              <w:jc w:val="center"/>
            </w:pPr>
            <w:r>
              <w:rPr>
                <w:b/>
                <w:color w:val="FFFFFF"/>
                <w:sz w:val="15"/>
              </w:rPr>
              <w:t>PAS</w:t>
            </w:r>
          </w:p>
        </w:tc>
        <w:tc>
          <w:tcPr>
            <w:tcW w:w="2721" w:type="dxa"/>
            <w:shd w:val="clear" w:color="auto" w:fill="D71920"/>
            <w:tcMar>
              <w:top w:w="70" w:type="dxa"/>
              <w:left w:w="85" w:type="dxa"/>
              <w:bottom w:w="70" w:type="dxa"/>
              <w:right w:w="85" w:type="dxa"/>
            </w:tcMar>
            <w:vAlign w:val="center"/>
          </w:tcPr>
          <w:p w14:paraId="4FE0D37D" w14:textId="77777777" w:rsidR="00C16128" w:rsidRDefault="00000000">
            <w:pPr>
              <w:spacing w:after="0" w:line="240" w:lineRule="auto"/>
              <w:jc w:val="center"/>
            </w:pPr>
            <w:r>
              <w:rPr>
                <w:b/>
                <w:color w:val="FFFFFF"/>
                <w:sz w:val="15"/>
              </w:rPr>
              <w:t>ACTIVITATE</w:t>
            </w:r>
          </w:p>
        </w:tc>
        <w:tc>
          <w:tcPr>
            <w:tcW w:w="6406" w:type="dxa"/>
            <w:shd w:val="clear" w:color="auto" w:fill="D71920"/>
            <w:tcMar>
              <w:top w:w="70" w:type="dxa"/>
              <w:left w:w="85" w:type="dxa"/>
              <w:bottom w:w="70" w:type="dxa"/>
              <w:right w:w="85" w:type="dxa"/>
            </w:tcMar>
            <w:vAlign w:val="center"/>
          </w:tcPr>
          <w:p w14:paraId="7F1E39B3" w14:textId="77777777" w:rsidR="00C16128" w:rsidRDefault="00000000">
            <w:pPr>
              <w:spacing w:after="0" w:line="240" w:lineRule="auto"/>
              <w:jc w:val="center"/>
            </w:pPr>
            <w:r>
              <w:rPr>
                <w:b/>
                <w:color w:val="FFFFFF"/>
                <w:sz w:val="15"/>
              </w:rPr>
              <w:t>REZULTAT</w:t>
            </w:r>
          </w:p>
        </w:tc>
      </w:tr>
      <w:tr w:rsidR="00C16128" w:rsidRPr="000236A4" w14:paraId="5683D96F" w14:textId="77777777">
        <w:trPr>
          <w:cantSplit/>
          <w:jc w:val="center"/>
        </w:trPr>
        <w:tc>
          <w:tcPr>
            <w:tcW w:w="794" w:type="dxa"/>
            <w:shd w:val="clear" w:color="auto" w:fill="FFFFFF"/>
            <w:tcMar>
              <w:top w:w="70" w:type="dxa"/>
              <w:left w:w="85" w:type="dxa"/>
              <w:bottom w:w="70" w:type="dxa"/>
              <w:right w:w="85" w:type="dxa"/>
            </w:tcMar>
            <w:vAlign w:val="center"/>
          </w:tcPr>
          <w:p w14:paraId="05730AD8" w14:textId="77777777" w:rsidR="00C16128" w:rsidRDefault="00000000">
            <w:pPr>
              <w:spacing w:after="0" w:line="240" w:lineRule="auto"/>
              <w:jc w:val="center"/>
            </w:pPr>
            <w:r>
              <w:rPr>
                <w:sz w:val="16"/>
              </w:rPr>
              <w:t>1</w:t>
            </w:r>
          </w:p>
        </w:tc>
        <w:tc>
          <w:tcPr>
            <w:tcW w:w="2721" w:type="dxa"/>
            <w:shd w:val="clear" w:color="auto" w:fill="FFFFFF"/>
            <w:tcMar>
              <w:top w:w="70" w:type="dxa"/>
              <w:left w:w="85" w:type="dxa"/>
              <w:bottom w:w="70" w:type="dxa"/>
              <w:right w:w="85" w:type="dxa"/>
            </w:tcMar>
            <w:vAlign w:val="center"/>
          </w:tcPr>
          <w:p w14:paraId="2973C1F5" w14:textId="77777777" w:rsidR="00C16128" w:rsidRDefault="00000000">
            <w:pPr>
              <w:spacing w:after="0" w:line="240" w:lineRule="auto"/>
            </w:pPr>
            <w:r>
              <w:rPr>
                <w:sz w:val="16"/>
              </w:rPr>
              <w:t>Identificați procesele și activitățile</w:t>
            </w:r>
          </w:p>
        </w:tc>
        <w:tc>
          <w:tcPr>
            <w:tcW w:w="6406" w:type="dxa"/>
            <w:shd w:val="clear" w:color="auto" w:fill="FFFFFF"/>
            <w:tcMar>
              <w:top w:w="70" w:type="dxa"/>
              <w:left w:w="85" w:type="dxa"/>
              <w:bottom w:w="70" w:type="dxa"/>
              <w:right w:w="85" w:type="dxa"/>
            </w:tcMar>
            <w:vAlign w:val="center"/>
          </w:tcPr>
          <w:p w14:paraId="58E4A467" w14:textId="77777777" w:rsidR="00C16128" w:rsidRPr="000236A4" w:rsidRDefault="00000000">
            <w:pPr>
              <w:spacing w:after="0" w:line="240" w:lineRule="auto"/>
              <w:rPr>
                <w:lang w:val="fr-FR"/>
              </w:rPr>
            </w:pPr>
            <w:r w:rsidRPr="000236A4">
              <w:rPr>
                <w:sz w:val="16"/>
                <w:lang w:val="fr-FR"/>
              </w:rPr>
              <w:t>Stabiliți intrările, ieșirile, responsabilitățile, interacțiunile și condițiile de operare.</w:t>
            </w:r>
          </w:p>
        </w:tc>
      </w:tr>
      <w:tr w:rsidR="00C16128" w:rsidRPr="000236A4" w14:paraId="773697C2" w14:textId="77777777">
        <w:trPr>
          <w:cantSplit/>
          <w:jc w:val="center"/>
        </w:trPr>
        <w:tc>
          <w:tcPr>
            <w:tcW w:w="794" w:type="dxa"/>
            <w:shd w:val="clear" w:color="auto" w:fill="FAFAFA"/>
            <w:tcMar>
              <w:top w:w="70" w:type="dxa"/>
              <w:left w:w="85" w:type="dxa"/>
              <w:bottom w:w="70" w:type="dxa"/>
              <w:right w:w="85" w:type="dxa"/>
            </w:tcMar>
            <w:vAlign w:val="center"/>
          </w:tcPr>
          <w:p w14:paraId="1B39653F" w14:textId="77777777" w:rsidR="00C16128" w:rsidRDefault="00000000">
            <w:pPr>
              <w:spacing w:after="0" w:line="240" w:lineRule="auto"/>
              <w:jc w:val="center"/>
            </w:pPr>
            <w:r>
              <w:rPr>
                <w:sz w:val="16"/>
              </w:rPr>
              <w:t>2</w:t>
            </w:r>
          </w:p>
        </w:tc>
        <w:tc>
          <w:tcPr>
            <w:tcW w:w="2721" w:type="dxa"/>
            <w:shd w:val="clear" w:color="auto" w:fill="FAFAFA"/>
            <w:tcMar>
              <w:top w:w="70" w:type="dxa"/>
              <w:left w:w="85" w:type="dxa"/>
              <w:bottom w:w="70" w:type="dxa"/>
              <w:right w:w="85" w:type="dxa"/>
            </w:tcMar>
            <w:vAlign w:val="center"/>
          </w:tcPr>
          <w:p w14:paraId="03EDE746" w14:textId="77777777" w:rsidR="00C16128" w:rsidRDefault="00000000">
            <w:pPr>
              <w:spacing w:after="0" w:line="240" w:lineRule="auto"/>
            </w:pPr>
            <w:r>
              <w:rPr>
                <w:sz w:val="16"/>
              </w:rPr>
              <w:t>Identificați cerințele documentare</w:t>
            </w:r>
          </w:p>
        </w:tc>
        <w:tc>
          <w:tcPr>
            <w:tcW w:w="6406" w:type="dxa"/>
            <w:shd w:val="clear" w:color="auto" w:fill="FAFAFA"/>
            <w:tcMar>
              <w:top w:w="70" w:type="dxa"/>
              <w:left w:w="85" w:type="dxa"/>
              <w:bottom w:w="70" w:type="dxa"/>
              <w:right w:w="85" w:type="dxa"/>
            </w:tcMar>
            <w:vAlign w:val="center"/>
          </w:tcPr>
          <w:p w14:paraId="58CE238C" w14:textId="77777777" w:rsidR="00C16128" w:rsidRPr="000236A4" w:rsidRDefault="00000000">
            <w:pPr>
              <w:spacing w:after="0" w:line="240" w:lineRule="auto"/>
              <w:rPr>
                <w:lang w:val="fr-FR"/>
              </w:rPr>
            </w:pPr>
            <w:r w:rsidRPr="000236A4">
              <w:rPr>
                <w:sz w:val="16"/>
                <w:lang w:val="fr-FR"/>
              </w:rPr>
              <w:t>Separați informațiile cerute explicit de standard de documentele necesare pentru controlul real al activității.</w:t>
            </w:r>
          </w:p>
        </w:tc>
      </w:tr>
      <w:tr w:rsidR="00C16128" w14:paraId="175F3D23" w14:textId="77777777">
        <w:trPr>
          <w:cantSplit/>
          <w:jc w:val="center"/>
        </w:trPr>
        <w:tc>
          <w:tcPr>
            <w:tcW w:w="794" w:type="dxa"/>
            <w:shd w:val="clear" w:color="auto" w:fill="FFFFFF"/>
            <w:tcMar>
              <w:top w:w="70" w:type="dxa"/>
              <w:left w:w="85" w:type="dxa"/>
              <w:bottom w:w="70" w:type="dxa"/>
              <w:right w:w="85" w:type="dxa"/>
            </w:tcMar>
            <w:vAlign w:val="center"/>
          </w:tcPr>
          <w:p w14:paraId="0468EEE2" w14:textId="77777777" w:rsidR="00C16128" w:rsidRDefault="00000000">
            <w:pPr>
              <w:spacing w:after="0" w:line="240" w:lineRule="auto"/>
              <w:jc w:val="center"/>
            </w:pPr>
            <w:r>
              <w:rPr>
                <w:sz w:val="16"/>
              </w:rPr>
              <w:t>3</w:t>
            </w:r>
          </w:p>
        </w:tc>
        <w:tc>
          <w:tcPr>
            <w:tcW w:w="2721" w:type="dxa"/>
            <w:shd w:val="clear" w:color="auto" w:fill="FFFFFF"/>
            <w:tcMar>
              <w:top w:w="70" w:type="dxa"/>
              <w:left w:w="85" w:type="dxa"/>
              <w:bottom w:w="70" w:type="dxa"/>
              <w:right w:w="85" w:type="dxa"/>
            </w:tcMar>
            <w:vAlign w:val="center"/>
          </w:tcPr>
          <w:p w14:paraId="48A0FBE3" w14:textId="77777777" w:rsidR="00C16128" w:rsidRDefault="00000000">
            <w:pPr>
              <w:spacing w:after="0" w:line="240" w:lineRule="auto"/>
            </w:pPr>
            <w:r>
              <w:rPr>
                <w:sz w:val="16"/>
              </w:rPr>
              <w:t>Evaluați riscul lipsei documentului</w:t>
            </w:r>
          </w:p>
        </w:tc>
        <w:tc>
          <w:tcPr>
            <w:tcW w:w="6406" w:type="dxa"/>
            <w:shd w:val="clear" w:color="auto" w:fill="FFFFFF"/>
            <w:tcMar>
              <w:top w:w="70" w:type="dxa"/>
              <w:left w:w="85" w:type="dxa"/>
              <w:bottom w:w="70" w:type="dxa"/>
              <w:right w:w="85" w:type="dxa"/>
            </w:tcMar>
            <w:vAlign w:val="center"/>
          </w:tcPr>
          <w:p w14:paraId="62EC1E9C" w14:textId="77777777" w:rsidR="00C16128" w:rsidRDefault="00000000">
            <w:pPr>
              <w:spacing w:after="0" w:line="240" w:lineRule="auto"/>
            </w:pPr>
            <w:r>
              <w:rPr>
                <w:sz w:val="16"/>
              </w:rPr>
              <w:t>Documentați acolo unde variația, eroarea, pierderea cunoștințelor ori lipsa dovezilor poate produce consecințe importante.</w:t>
            </w:r>
          </w:p>
        </w:tc>
      </w:tr>
      <w:tr w:rsidR="00C16128" w14:paraId="78F3ED9A" w14:textId="77777777">
        <w:trPr>
          <w:cantSplit/>
          <w:jc w:val="center"/>
        </w:trPr>
        <w:tc>
          <w:tcPr>
            <w:tcW w:w="794" w:type="dxa"/>
            <w:shd w:val="clear" w:color="auto" w:fill="FAFAFA"/>
            <w:tcMar>
              <w:top w:w="70" w:type="dxa"/>
              <w:left w:w="85" w:type="dxa"/>
              <w:bottom w:w="70" w:type="dxa"/>
              <w:right w:w="85" w:type="dxa"/>
            </w:tcMar>
            <w:vAlign w:val="center"/>
          </w:tcPr>
          <w:p w14:paraId="3BB921DC" w14:textId="77777777" w:rsidR="00C16128" w:rsidRDefault="00000000">
            <w:pPr>
              <w:spacing w:after="0" w:line="240" w:lineRule="auto"/>
              <w:jc w:val="center"/>
            </w:pPr>
            <w:r>
              <w:rPr>
                <w:sz w:val="16"/>
              </w:rPr>
              <w:t>4</w:t>
            </w:r>
          </w:p>
        </w:tc>
        <w:tc>
          <w:tcPr>
            <w:tcW w:w="2721" w:type="dxa"/>
            <w:shd w:val="clear" w:color="auto" w:fill="FAFAFA"/>
            <w:tcMar>
              <w:top w:w="70" w:type="dxa"/>
              <w:left w:w="85" w:type="dxa"/>
              <w:bottom w:w="70" w:type="dxa"/>
              <w:right w:w="85" w:type="dxa"/>
            </w:tcMar>
            <w:vAlign w:val="center"/>
          </w:tcPr>
          <w:p w14:paraId="4854CCF6" w14:textId="77777777" w:rsidR="00C16128" w:rsidRDefault="00000000">
            <w:pPr>
              <w:spacing w:after="0" w:line="240" w:lineRule="auto"/>
            </w:pPr>
            <w:r>
              <w:rPr>
                <w:sz w:val="16"/>
              </w:rPr>
              <w:t>Alegeți formatul potrivit</w:t>
            </w:r>
          </w:p>
        </w:tc>
        <w:tc>
          <w:tcPr>
            <w:tcW w:w="6406" w:type="dxa"/>
            <w:shd w:val="clear" w:color="auto" w:fill="FAFAFA"/>
            <w:tcMar>
              <w:top w:w="70" w:type="dxa"/>
              <w:left w:w="85" w:type="dxa"/>
              <w:bottom w:w="70" w:type="dxa"/>
              <w:right w:w="85" w:type="dxa"/>
            </w:tcMar>
            <w:vAlign w:val="center"/>
          </w:tcPr>
          <w:p w14:paraId="7847E39D" w14:textId="77777777" w:rsidR="00C16128" w:rsidRDefault="00000000">
            <w:pPr>
              <w:spacing w:after="0" w:line="240" w:lineRule="auto"/>
            </w:pPr>
            <w:r>
              <w:rPr>
                <w:sz w:val="16"/>
              </w:rPr>
              <w:t>Folosiți procedură, diagramă, listă, formular, aplicație, fotografie, video sau alt suport accesibil utilizatorului.</w:t>
            </w:r>
          </w:p>
        </w:tc>
      </w:tr>
      <w:tr w:rsidR="00C16128" w14:paraId="5B095FAC" w14:textId="77777777">
        <w:trPr>
          <w:cantSplit/>
          <w:jc w:val="center"/>
        </w:trPr>
        <w:tc>
          <w:tcPr>
            <w:tcW w:w="794" w:type="dxa"/>
            <w:shd w:val="clear" w:color="auto" w:fill="FFFFFF"/>
            <w:tcMar>
              <w:top w:w="70" w:type="dxa"/>
              <w:left w:w="85" w:type="dxa"/>
              <w:bottom w:w="70" w:type="dxa"/>
              <w:right w:w="85" w:type="dxa"/>
            </w:tcMar>
            <w:vAlign w:val="center"/>
          </w:tcPr>
          <w:p w14:paraId="40EF189E" w14:textId="77777777" w:rsidR="00C16128" w:rsidRDefault="00000000">
            <w:pPr>
              <w:spacing w:after="0" w:line="240" w:lineRule="auto"/>
              <w:jc w:val="center"/>
            </w:pPr>
            <w:r>
              <w:rPr>
                <w:sz w:val="16"/>
              </w:rPr>
              <w:t>5</w:t>
            </w:r>
          </w:p>
        </w:tc>
        <w:tc>
          <w:tcPr>
            <w:tcW w:w="2721" w:type="dxa"/>
            <w:shd w:val="clear" w:color="auto" w:fill="FFFFFF"/>
            <w:tcMar>
              <w:top w:w="70" w:type="dxa"/>
              <w:left w:w="85" w:type="dxa"/>
              <w:bottom w:w="70" w:type="dxa"/>
              <w:right w:w="85" w:type="dxa"/>
            </w:tcMar>
            <w:vAlign w:val="center"/>
          </w:tcPr>
          <w:p w14:paraId="2F903FFD" w14:textId="77777777" w:rsidR="00C16128" w:rsidRDefault="00000000">
            <w:pPr>
              <w:spacing w:after="0" w:line="240" w:lineRule="auto"/>
            </w:pPr>
            <w:r>
              <w:rPr>
                <w:sz w:val="16"/>
              </w:rPr>
              <w:t>Atribuiți proprietar și reguli</w:t>
            </w:r>
          </w:p>
        </w:tc>
        <w:tc>
          <w:tcPr>
            <w:tcW w:w="6406" w:type="dxa"/>
            <w:shd w:val="clear" w:color="auto" w:fill="FFFFFF"/>
            <w:tcMar>
              <w:top w:w="70" w:type="dxa"/>
              <w:left w:w="85" w:type="dxa"/>
              <w:bottom w:w="70" w:type="dxa"/>
              <w:right w:w="85" w:type="dxa"/>
            </w:tcMar>
            <w:vAlign w:val="center"/>
          </w:tcPr>
          <w:p w14:paraId="4BF3978A" w14:textId="77777777" w:rsidR="00C16128" w:rsidRDefault="00000000">
            <w:pPr>
              <w:spacing w:after="0" w:line="240" w:lineRule="auto"/>
            </w:pPr>
            <w:r>
              <w:rPr>
                <w:sz w:val="16"/>
              </w:rPr>
              <w:t>Stabiliți cine aprobă, actualizează, distribuie, păstrează și retrage informația.</w:t>
            </w:r>
          </w:p>
        </w:tc>
      </w:tr>
      <w:tr w:rsidR="00C16128" w14:paraId="49CB46BF" w14:textId="77777777">
        <w:trPr>
          <w:cantSplit/>
          <w:jc w:val="center"/>
        </w:trPr>
        <w:tc>
          <w:tcPr>
            <w:tcW w:w="794" w:type="dxa"/>
            <w:shd w:val="clear" w:color="auto" w:fill="FAFAFA"/>
            <w:tcMar>
              <w:top w:w="70" w:type="dxa"/>
              <w:left w:w="85" w:type="dxa"/>
              <w:bottom w:w="70" w:type="dxa"/>
              <w:right w:w="85" w:type="dxa"/>
            </w:tcMar>
            <w:vAlign w:val="center"/>
          </w:tcPr>
          <w:p w14:paraId="11A841D3" w14:textId="77777777" w:rsidR="00C16128" w:rsidRDefault="00000000">
            <w:pPr>
              <w:spacing w:after="0" w:line="240" w:lineRule="auto"/>
              <w:jc w:val="center"/>
            </w:pPr>
            <w:r>
              <w:rPr>
                <w:sz w:val="16"/>
              </w:rPr>
              <w:t>6</w:t>
            </w:r>
          </w:p>
        </w:tc>
        <w:tc>
          <w:tcPr>
            <w:tcW w:w="2721" w:type="dxa"/>
            <w:shd w:val="clear" w:color="auto" w:fill="FAFAFA"/>
            <w:tcMar>
              <w:top w:w="70" w:type="dxa"/>
              <w:left w:w="85" w:type="dxa"/>
              <w:bottom w:w="70" w:type="dxa"/>
              <w:right w:w="85" w:type="dxa"/>
            </w:tcMar>
            <w:vAlign w:val="center"/>
          </w:tcPr>
          <w:p w14:paraId="7EF1E42F" w14:textId="77777777" w:rsidR="00C16128" w:rsidRDefault="00000000">
            <w:pPr>
              <w:spacing w:after="0" w:line="240" w:lineRule="auto"/>
            </w:pPr>
            <w:r>
              <w:rPr>
                <w:sz w:val="16"/>
              </w:rPr>
              <w:t>Verificați utilizarea și eficacitatea</w:t>
            </w:r>
          </w:p>
        </w:tc>
        <w:tc>
          <w:tcPr>
            <w:tcW w:w="6406" w:type="dxa"/>
            <w:shd w:val="clear" w:color="auto" w:fill="FAFAFA"/>
            <w:tcMar>
              <w:top w:w="70" w:type="dxa"/>
              <w:left w:w="85" w:type="dxa"/>
              <w:bottom w:w="70" w:type="dxa"/>
              <w:right w:w="85" w:type="dxa"/>
            </w:tcMar>
            <w:vAlign w:val="center"/>
          </w:tcPr>
          <w:p w14:paraId="20CBE98B" w14:textId="77777777" w:rsidR="00C16128" w:rsidRDefault="00000000">
            <w:pPr>
              <w:spacing w:after="0" w:line="240" w:lineRule="auto"/>
            </w:pPr>
            <w:r>
              <w:rPr>
                <w:sz w:val="16"/>
              </w:rPr>
              <w:t>Auditul trebuie să confirme că documentele reflectă practica și că practica produce rezultate controlate.</w:t>
            </w:r>
          </w:p>
        </w:tc>
      </w:tr>
    </w:tbl>
    <w:p w14:paraId="1665F1A5" w14:textId="77777777" w:rsidR="00C16128" w:rsidRDefault="00C16128">
      <w:pPr>
        <w:spacing w:after="20"/>
      </w:pPr>
    </w:p>
    <w:p w14:paraId="5FF3FBC4" w14:textId="77777777" w:rsidR="00C16128" w:rsidRDefault="00000000">
      <w:pPr>
        <w:pStyle w:val="Heading2"/>
      </w:pPr>
      <w:r>
        <w:t>Întrebări de decizie</w:t>
      </w:r>
    </w:p>
    <w:p w14:paraId="2E0E6A37" w14:textId="77777777" w:rsidR="00C16128" w:rsidRPr="000236A4" w:rsidRDefault="00000000">
      <w:pPr>
        <w:pStyle w:val="ListBullet"/>
        <w:spacing w:after="40"/>
        <w:ind w:left="283" w:hanging="170"/>
        <w:rPr>
          <w:lang w:val="fr-FR"/>
        </w:rPr>
      </w:pPr>
      <w:r w:rsidRPr="000236A4">
        <w:rPr>
          <w:lang w:val="fr-FR"/>
        </w:rPr>
        <w:t>Este informația cerută explicit de standard sau de o obligație legală, de autorizare, contractuală ori a unei părți interesate?</w:t>
      </w:r>
    </w:p>
    <w:p w14:paraId="7A0D9BEA" w14:textId="77777777" w:rsidR="00C16128" w:rsidRDefault="00000000">
      <w:pPr>
        <w:pStyle w:val="ListBullet"/>
        <w:spacing w:after="40"/>
        <w:ind w:left="283" w:hanging="170"/>
      </w:pPr>
      <w:r>
        <w:t>Este necesară pentru operarea consecventă a unei activități cu risc sau impact relevant?</w:t>
      </w:r>
    </w:p>
    <w:p w14:paraId="77235B56" w14:textId="77777777" w:rsidR="00C16128" w:rsidRDefault="00000000">
      <w:pPr>
        <w:pStyle w:val="ListBullet"/>
        <w:spacing w:after="40"/>
        <w:ind w:left="283" w:hanging="170"/>
      </w:pPr>
      <w:r>
        <w:t>Trebuie păstrată o dovadă că o evaluare, verificare, consultare, instruire, aprobare sau acțiune a avut loc?</w:t>
      </w:r>
    </w:p>
    <w:p w14:paraId="2273F1D9" w14:textId="77777777" w:rsidR="00C16128" w:rsidRPr="000236A4" w:rsidRDefault="00000000">
      <w:pPr>
        <w:pStyle w:val="ListBullet"/>
        <w:spacing w:after="40"/>
        <w:ind w:left="283" w:hanging="170"/>
        <w:rPr>
          <w:lang w:val="fr-FR"/>
        </w:rPr>
      </w:pPr>
      <w:r w:rsidRPr="000236A4">
        <w:rPr>
          <w:lang w:val="fr-FR"/>
        </w:rPr>
        <w:t>Poate fi integrată într-un document comun cu ISO 9001 ori alt sistem, fără a pierde cerințele specifice?</w:t>
      </w:r>
    </w:p>
    <w:p w14:paraId="5511D232" w14:textId="77777777" w:rsidR="00C16128" w:rsidRPr="000236A4" w:rsidRDefault="00000000">
      <w:pPr>
        <w:pStyle w:val="ListBullet"/>
        <w:spacing w:after="40"/>
        <w:ind w:left="283" w:hanging="170"/>
        <w:rPr>
          <w:lang w:val="fr-FR"/>
        </w:rPr>
      </w:pPr>
      <w:r w:rsidRPr="000236A4">
        <w:rPr>
          <w:lang w:val="fr-FR"/>
        </w:rPr>
        <w:t>Este documentul utilizat de persoanele implicate sau există numai pentru audit?</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C16128" w14:paraId="67A9E0A9" w14:textId="77777777">
        <w:trPr>
          <w:cantSplit/>
          <w:jc w:val="center"/>
        </w:trPr>
        <w:tc>
          <w:tcPr>
            <w:tcW w:w="567" w:type="dxa"/>
            <w:shd w:val="clear" w:color="auto" w:fill="D71920"/>
            <w:tcMar>
              <w:top w:w="70" w:type="dxa"/>
              <w:left w:w="85" w:type="dxa"/>
              <w:bottom w:w="70" w:type="dxa"/>
              <w:right w:w="85" w:type="dxa"/>
            </w:tcMar>
            <w:vAlign w:val="center"/>
          </w:tcPr>
          <w:p w14:paraId="27B9A321" w14:textId="77777777" w:rsidR="00C16128" w:rsidRDefault="00000000">
            <w:pPr>
              <w:spacing w:after="0" w:line="240" w:lineRule="auto"/>
              <w:jc w:val="center"/>
            </w:pPr>
            <w:r>
              <w:rPr>
                <w:b/>
                <w:color w:val="FFFFFF"/>
                <w:sz w:val="30"/>
              </w:rPr>
              <w:t>!</w:t>
            </w:r>
          </w:p>
        </w:tc>
        <w:tc>
          <w:tcPr>
            <w:tcW w:w="9354" w:type="dxa"/>
            <w:shd w:val="clear" w:color="auto" w:fill="FCEBEC"/>
          </w:tcPr>
          <w:p w14:paraId="17B3F019" w14:textId="77777777" w:rsidR="00C16128" w:rsidRDefault="00000000">
            <w:pPr>
              <w:spacing w:after="20"/>
            </w:pPr>
            <w:r>
              <w:rPr>
                <w:b/>
                <w:color w:val="D71920"/>
                <w:sz w:val="17"/>
              </w:rPr>
              <w:t>REGULĂ PRACTICĂ</w:t>
            </w:r>
          </w:p>
          <w:p w14:paraId="6D0EB104" w14:textId="77777777" w:rsidR="00C16128" w:rsidRDefault="00000000">
            <w:pPr>
              <w:spacing w:after="0" w:line="247" w:lineRule="auto"/>
            </w:pPr>
            <w:r>
              <w:rPr>
                <w:sz w:val="16"/>
              </w:rPr>
              <w:t>Un document este esențial atunci când absența, neactualizarea sau utilizarea greșită a lui poate afecta conformitatea, controlul riscurilor, respectarea obligațiilor ori performanța sistemului.</w:t>
            </w:r>
          </w:p>
        </w:tc>
      </w:tr>
    </w:tbl>
    <w:p w14:paraId="7B1C971F" w14:textId="77777777" w:rsidR="00C16128" w:rsidRDefault="00C16128">
      <w:pPr>
        <w:spacing w:after="0"/>
      </w:pPr>
    </w:p>
    <w:p w14:paraId="12DE7767" w14:textId="77777777" w:rsidR="00C16128" w:rsidRDefault="00000000">
      <w:pPr>
        <w:pStyle w:val="Heading2"/>
      </w:pPr>
      <w:r>
        <w:lastRenderedPageBreak/>
        <w:t>Document menținut versus înregistrare păstrată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2438"/>
        <w:gridCol w:w="3231"/>
        <w:gridCol w:w="2324"/>
      </w:tblGrid>
      <w:tr w:rsidR="00C16128" w14:paraId="750E09E1" w14:textId="77777777">
        <w:trPr>
          <w:tblHeader/>
          <w:jc w:val="center"/>
        </w:trPr>
        <w:tc>
          <w:tcPr>
            <w:tcW w:w="1928" w:type="dxa"/>
            <w:shd w:val="clear" w:color="auto" w:fill="D71920"/>
            <w:tcMar>
              <w:top w:w="70" w:type="dxa"/>
              <w:left w:w="85" w:type="dxa"/>
              <w:bottom w:w="70" w:type="dxa"/>
              <w:right w:w="85" w:type="dxa"/>
            </w:tcMar>
            <w:vAlign w:val="center"/>
          </w:tcPr>
          <w:p w14:paraId="7B9756B3" w14:textId="77777777" w:rsidR="00C16128" w:rsidRDefault="00000000">
            <w:pPr>
              <w:spacing w:after="0" w:line="240" w:lineRule="auto"/>
              <w:jc w:val="center"/>
            </w:pPr>
            <w:r>
              <w:rPr>
                <w:b/>
                <w:color w:val="FFFFFF"/>
                <w:sz w:val="15"/>
              </w:rPr>
              <w:t>TIP</w:t>
            </w:r>
          </w:p>
        </w:tc>
        <w:tc>
          <w:tcPr>
            <w:tcW w:w="2438" w:type="dxa"/>
            <w:shd w:val="clear" w:color="auto" w:fill="D71920"/>
            <w:tcMar>
              <w:top w:w="70" w:type="dxa"/>
              <w:left w:w="85" w:type="dxa"/>
              <w:bottom w:w="70" w:type="dxa"/>
              <w:right w:w="85" w:type="dxa"/>
            </w:tcMar>
            <w:vAlign w:val="center"/>
          </w:tcPr>
          <w:p w14:paraId="77E5F847" w14:textId="77777777" w:rsidR="00C16128" w:rsidRDefault="00000000">
            <w:pPr>
              <w:spacing w:after="0" w:line="240" w:lineRule="auto"/>
              <w:jc w:val="center"/>
            </w:pPr>
            <w:r>
              <w:rPr>
                <w:b/>
                <w:color w:val="FFFFFF"/>
                <w:sz w:val="15"/>
              </w:rPr>
              <w:t>ROL</w:t>
            </w:r>
          </w:p>
        </w:tc>
        <w:tc>
          <w:tcPr>
            <w:tcW w:w="3231" w:type="dxa"/>
            <w:shd w:val="clear" w:color="auto" w:fill="D71920"/>
            <w:tcMar>
              <w:top w:w="70" w:type="dxa"/>
              <w:left w:w="85" w:type="dxa"/>
              <w:bottom w:w="70" w:type="dxa"/>
              <w:right w:w="85" w:type="dxa"/>
            </w:tcMar>
            <w:vAlign w:val="center"/>
          </w:tcPr>
          <w:p w14:paraId="4C72A152" w14:textId="77777777" w:rsidR="00C16128" w:rsidRDefault="00000000">
            <w:pPr>
              <w:spacing w:after="0" w:line="240" w:lineRule="auto"/>
              <w:jc w:val="center"/>
            </w:pPr>
            <w:r>
              <w:rPr>
                <w:b/>
                <w:color w:val="FFFFFF"/>
                <w:sz w:val="15"/>
              </w:rPr>
              <w:t>EXEMPLE</w:t>
            </w:r>
          </w:p>
        </w:tc>
        <w:tc>
          <w:tcPr>
            <w:tcW w:w="2324" w:type="dxa"/>
            <w:shd w:val="clear" w:color="auto" w:fill="D71920"/>
            <w:tcMar>
              <w:top w:w="70" w:type="dxa"/>
              <w:left w:w="85" w:type="dxa"/>
              <w:bottom w:w="70" w:type="dxa"/>
              <w:right w:w="85" w:type="dxa"/>
            </w:tcMar>
            <w:vAlign w:val="center"/>
          </w:tcPr>
          <w:p w14:paraId="64A3A56C" w14:textId="77777777" w:rsidR="00C16128" w:rsidRDefault="00000000">
            <w:pPr>
              <w:spacing w:after="0" w:line="240" w:lineRule="auto"/>
              <w:jc w:val="center"/>
            </w:pPr>
            <w:r>
              <w:rPr>
                <w:b/>
                <w:color w:val="FFFFFF"/>
                <w:sz w:val="15"/>
              </w:rPr>
              <w:t>CONTROL PRINCIPAL</w:t>
            </w:r>
          </w:p>
        </w:tc>
      </w:tr>
      <w:tr w:rsidR="00C16128" w14:paraId="7A71E20E" w14:textId="77777777">
        <w:trPr>
          <w:cantSplit/>
          <w:jc w:val="center"/>
        </w:trPr>
        <w:tc>
          <w:tcPr>
            <w:tcW w:w="1928" w:type="dxa"/>
            <w:shd w:val="clear" w:color="auto" w:fill="FFFFFF"/>
            <w:tcMar>
              <w:top w:w="70" w:type="dxa"/>
              <w:left w:w="85" w:type="dxa"/>
              <w:bottom w:w="70" w:type="dxa"/>
              <w:right w:w="85" w:type="dxa"/>
            </w:tcMar>
            <w:vAlign w:val="center"/>
          </w:tcPr>
          <w:p w14:paraId="369E014A" w14:textId="77777777" w:rsidR="00C16128" w:rsidRDefault="00000000">
            <w:pPr>
              <w:spacing w:after="0" w:line="240" w:lineRule="auto"/>
            </w:pPr>
            <w:r>
              <w:rPr>
                <w:sz w:val="16"/>
              </w:rPr>
              <w:t>Document menținut</w:t>
            </w:r>
          </w:p>
        </w:tc>
        <w:tc>
          <w:tcPr>
            <w:tcW w:w="2438" w:type="dxa"/>
            <w:shd w:val="clear" w:color="auto" w:fill="FFFFFF"/>
            <w:tcMar>
              <w:top w:w="70" w:type="dxa"/>
              <w:left w:w="85" w:type="dxa"/>
              <w:bottom w:w="70" w:type="dxa"/>
              <w:right w:w="85" w:type="dxa"/>
            </w:tcMar>
            <w:vAlign w:val="center"/>
          </w:tcPr>
          <w:p w14:paraId="66A433CB" w14:textId="77777777" w:rsidR="00C16128" w:rsidRPr="000236A4" w:rsidRDefault="00000000">
            <w:pPr>
              <w:spacing w:after="0" w:line="240" w:lineRule="auto"/>
              <w:rPr>
                <w:lang w:val="fr-FR"/>
              </w:rPr>
            </w:pPr>
            <w:r w:rsidRPr="000236A4">
              <w:rPr>
                <w:sz w:val="16"/>
                <w:lang w:val="fr-FR"/>
              </w:rPr>
              <w:t>Orientează sau controlează activitatea curentă.</w:t>
            </w:r>
          </w:p>
        </w:tc>
        <w:tc>
          <w:tcPr>
            <w:tcW w:w="3231" w:type="dxa"/>
            <w:shd w:val="clear" w:color="auto" w:fill="FFFFFF"/>
            <w:tcMar>
              <w:top w:w="70" w:type="dxa"/>
              <w:left w:w="85" w:type="dxa"/>
              <w:bottom w:w="70" w:type="dxa"/>
              <w:right w:w="85" w:type="dxa"/>
            </w:tcMar>
            <w:vAlign w:val="center"/>
          </w:tcPr>
          <w:p w14:paraId="4463F0A0" w14:textId="77777777" w:rsidR="00C16128" w:rsidRDefault="00000000">
            <w:pPr>
              <w:spacing w:after="0" w:line="240" w:lineRule="auto"/>
            </w:pPr>
            <w:r>
              <w:rPr>
                <w:sz w:val="16"/>
              </w:rPr>
              <w:t>Politică, metodologie, procedură, plan, instrucțiune, formular necompletat.</w:t>
            </w:r>
          </w:p>
        </w:tc>
        <w:tc>
          <w:tcPr>
            <w:tcW w:w="2324" w:type="dxa"/>
            <w:shd w:val="clear" w:color="auto" w:fill="FFFFFF"/>
            <w:tcMar>
              <w:top w:w="70" w:type="dxa"/>
              <w:left w:w="85" w:type="dxa"/>
              <w:bottom w:w="70" w:type="dxa"/>
              <w:right w:w="85" w:type="dxa"/>
            </w:tcMar>
            <w:vAlign w:val="center"/>
          </w:tcPr>
          <w:p w14:paraId="491309F5" w14:textId="77777777" w:rsidR="00C16128" w:rsidRDefault="00000000">
            <w:pPr>
              <w:spacing w:after="0" w:line="240" w:lineRule="auto"/>
            </w:pPr>
            <w:r>
              <w:rPr>
                <w:sz w:val="16"/>
              </w:rPr>
              <w:t>Aprobare, versiune, acces, distribuție și actualizare.</w:t>
            </w:r>
          </w:p>
        </w:tc>
      </w:tr>
      <w:tr w:rsidR="00C16128" w14:paraId="0D4BC1B1" w14:textId="77777777">
        <w:trPr>
          <w:cantSplit/>
          <w:jc w:val="center"/>
        </w:trPr>
        <w:tc>
          <w:tcPr>
            <w:tcW w:w="1928" w:type="dxa"/>
            <w:shd w:val="clear" w:color="auto" w:fill="FAFAFA"/>
            <w:tcMar>
              <w:top w:w="70" w:type="dxa"/>
              <w:left w:w="85" w:type="dxa"/>
              <w:bottom w:w="70" w:type="dxa"/>
              <w:right w:w="85" w:type="dxa"/>
            </w:tcMar>
            <w:vAlign w:val="center"/>
          </w:tcPr>
          <w:p w14:paraId="7DFA1C0F" w14:textId="77777777" w:rsidR="00C16128" w:rsidRDefault="00000000">
            <w:pPr>
              <w:spacing w:after="0" w:line="240" w:lineRule="auto"/>
            </w:pPr>
            <w:r>
              <w:rPr>
                <w:sz w:val="16"/>
              </w:rPr>
              <w:t>Înregistrare păstrată</w:t>
            </w:r>
          </w:p>
        </w:tc>
        <w:tc>
          <w:tcPr>
            <w:tcW w:w="2438" w:type="dxa"/>
            <w:shd w:val="clear" w:color="auto" w:fill="FAFAFA"/>
            <w:tcMar>
              <w:top w:w="70" w:type="dxa"/>
              <w:left w:w="85" w:type="dxa"/>
              <w:bottom w:w="70" w:type="dxa"/>
              <w:right w:w="85" w:type="dxa"/>
            </w:tcMar>
            <w:vAlign w:val="center"/>
          </w:tcPr>
          <w:p w14:paraId="7F1357B8" w14:textId="77777777" w:rsidR="00C16128" w:rsidRDefault="00000000">
            <w:pPr>
              <w:spacing w:after="0" w:line="240" w:lineRule="auto"/>
            </w:pPr>
            <w:r>
              <w:rPr>
                <w:sz w:val="16"/>
              </w:rPr>
              <w:t>Demonstrează activitatea realizată și rezultatul obținut.</w:t>
            </w:r>
          </w:p>
        </w:tc>
        <w:tc>
          <w:tcPr>
            <w:tcW w:w="3231" w:type="dxa"/>
            <w:shd w:val="clear" w:color="auto" w:fill="FAFAFA"/>
            <w:tcMar>
              <w:top w:w="70" w:type="dxa"/>
              <w:left w:w="85" w:type="dxa"/>
              <w:bottom w:w="70" w:type="dxa"/>
              <w:right w:w="85" w:type="dxa"/>
            </w:tcMar>
            <w:vAlign w:val="center"/>
          </w:tcPr>
          <w:p w14:paraId="241919D1" w14:textId="77777777" w:rsidR="00C16128" w:rsidRPr="000236A4" w:rsidRDefault="00000000">
            <w:pPr>
              <w:spacing w:after="0" w:line="240" w:lineRule="auto"/>
              <w:rPr>
                <w:lang w:val="fr-FR"/>
              </w:rPr>
            </w:pPr>
            <w:r w:rsidRPr="000236A4">
              <w:rPr>
                <w:sz w:val="16"/>
                <w:lang w:val="fr-FR"/>
              </w:rPr>
              <w:t>Evaluare, raport, listă completată, rezultat de măsurare, proces-verbal, log electronic.</w:t>
            </w:r>
          </w:p>
        </w:tc>
        <w:tc>
          <w:tcPr>
            <w:tcW w:w="2324" w:type="dxa"/>
            <w:shd w:val="clear" w:color="auto" w:fill="FAFAFA"/>
            <w:tcMar>
              <w:top w:w="70" w:type="dxa"/>
              <w:left w:w="85" w:type="dxa"/>
              <w:bottom w:w="70" w:type="dxa"/>
              <w:right w:w="85" w:type="dxa"/>
            </w:tcMar>
            <w:vAlign w:val="center"/>
          </w:tcPr>
          <w:p w14:paraId="72003705" w14:textId="77777777" w:rsidR="00C16128" w:rsidRDefault="00000000">
            <w:pPr>
              <w:spacing w:after="0" w:line="240" w:lineRule="auto"/>
            </w:pPr>
            <w:r>
              <w:rPr>
                <w:sz w:val="16"/>
              </w:rPr>
              <w:t>Identificare, integritate, lizibilitate, termen de păstrare, recuperare și eliminare.</w:t>
            </w:r>
          </w:p>
        </w:tc>
      </w:tr>
    </w:tbl>
    <w:p w14:paraId="2E5254FB" w14:textId="77777777" w:rsidR="00C16128" w:rsidRDefault="00C16128">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C16128" w:rsidRPr="000236A4" w14:paraId="57C3074E" w14:textId="77777777">
        <w:trPr>
          <w:cantSplit/>
          <w:jc w:val="center"/>
        </w:trPr>
        <w:tc>
          <w:tcPr>
            <w:tcW w:w="1020" w:type="dxa"/>
            <w:shd w:val="clear" w:color="auto" w:fill="D71920"/>
            <w:tcMar>
              <w:top w:w="70" w:type="dxa"/>
              <w:left w:w="85" w:type="dxa"/>
              <w:bottom w:w="70" w:type="dxa"/>
              <w:right w:w="85" w:type="dxa"/>
            </w:tcMar>
            <w:vAlign w:val="center"/>
          </w:tcPr>
          <w:p w14:paraId="2792E512" w14:textId="77777777" w:rsidR="00C16128" w:rsidRDefault="00000000">
            <w:pPr>
              <w:spacing w:after="0" w:line="240" w:lineRule="auto"/>
              <w:jc w:val="center"/>
            </w:pPr>
            <w:r>
              <w:rPr>
                <w:b/>
                <w:color w:val="FFFFFF"/>
                <w:sz w:val="34"/>
              </w:rPr>
              <w:t>2</w:t>
            </w:r>
          </w:p>
        </w:tc>
        <w:tc>
          <w:tcPr>
            <w:tcW w:w="8901" w:type="dxa"/>
            <w:shd w:val="clear" w:color="auto" w:fill="F3F4F5"/>
          </w:tcPr>
          <w:p w14:paraId="496AACBE" w14:textId="77777777" w:rsidR="00C16128" w:rsidRPr="000236A4" w:rsidRDefault="00000000">
            <w:pPr>
              <w:spacing w:after="20"/>
              <w:rPr>
                <w:lang w:val="fr-FR"/>
              </w:rPr>
            </w:pPr>
            <w:r w:rsidRPr="000236A4">
              <w:rPr>
                <w:b/>
                <w:sz w:val="27"/>
                <w:lang w:val="fr-FR"/>
              </w:rPr>
              <w:t>Ce documente sunt esențiale</w:t>
            </w:r>
          </w:p>
          <w:p w14:paraId="1C71E09F" w14:textId="77777777" w:rsidR="00C16128" w:rsidRPr="000236A4" w:rsidRDefault="00000000">
            <w:pPr>
              <w:spacing w:after="0"/>
              <w:rPr>
                <w:lang w:val="fr-FR"/>
              </w:rPr>
            </w:pPr>
            <w:r w:rsidRPr="000236A4">
              <w:rPr>
                <w:color w:val="666666"/>
                <w:sz w:val="16"/>
                <w:lang w:val="fr-FR"/>
              </w:rPr>
              <w:t>Separați cerințele explicite de documentele condiționale și de instrumentele recomandate</w:t>
            </w:r>
          </w:p>
        </w:tc>
      </w:tr>
    </w:tbl>
    <w:p w14:paraId="6FFC297A" w14:textId="77777777" w:rsidR="00C16128" w:rsidRPr="000236A4" w:rsidRDefault="00C16128">
      <w:pPr>
        <w:spacing w:after="0"/>
        <w:rPr>
          <w:lang w:val="fr-FR"/>
        </w:rPr>
      </w:pPr>
    </w:p>
    <w:p w14:paraId="37D02DF9" w14:textId="77777777" w:rsidR="00C16128" w:rsidRDefault="00000000">
      <w:pPr>
        <w:pStyle w:val="Heading2"/>
      </w:pPr>
      <w:r>
        <w:t>Informații documentate cerute explicit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5783"/>
        <w:gridCol w:w="1417"/>
      </w:tblGrid>
      <w:tr w:rsidR="00C16128" w14:paraId="226BBF84" w14:textId="77777777">
        <w:trPr>
          <w:tblHeader/>
          <w:jc w:val="center"/>
        </w:trPr>
        <w:tc>
          <w:tcPr>
            <w:tcW w:w="2721" w:type="dxa"/>
            <w:shd w:val="clear" w:color="auto" w:fill="D71920"/>
            <w:tcMar>
              <w:top w:w="70" w:type="dxa"/>
              <w:left w:w="85" w:type="dxa"/>
              <w:bottom w:w="70" w:type="dxa"/>
              <w:right w:w="85" w:type="dxa"/>
            </w:tcMar>
            <w:vAlign w:val="center"/>
          </w:tcPr>
          <w:p w14:paraId="48807EA6" w14:textId="77777777" w:rsidR="00C16128" w:rsidRDefault="00000000">
            <w:pPr>
              <w:spacing w:after="0" w:line="240" w:lineRule="auto"/>
              <w:jc w:val="center"/>
            </w:pPr>
            <w:r>
              <w:rPr>
                <w:b/>
                <w:color w:val="FFFFFF"/>
                <w:sz w:val="15"/>
              </w:rPr>
              <w:t>DOMENIU</w:t>
            </w:r>
          </w:p>
        </w:tc>
        <w:tc>
          <w:tcPr>
            <w:tcW w:w="5783" w:type="dxa"/>
            <w:shd w:val="clear" w:color="auto" w:fill="D71920"/>
            <w:tcMar>
              <w:top w:w="70" w:type="dxa"/>
              <w:left w:w="85" w:type="dxa"/>
              <w:bottom w:w="70" w:type="dxa"/>
              <w:right w:w="85" w:type="dxa"/>
            </w:tcMar>
            <w:vAlign w:val="center"/>
          </w:tcPr>
          <w:p w14:paraId="0487944E" w14:textId="77777777" w:rsidR="00C16128" w:rsidRDefault="00000000">
            <w:pPr>
              <w:spacing w:after="0" w:line="240" w:lineRule="auto"/>
              <w:jc w:val="center"/>
            </w:pPr>
            <w:r>
              <w:rPr>
                <w:b/>
                <w:color w:val="FFFFFF"/>
                <w:sz w:val="15"/>
              </w:rPr>
              <w:t>CE TREBUIE DOCUMENTAT / PĂSTRAT</w:t>
            </w:r>
          </w:p>
        </w:tc>
        <w:tc>
          <w:tcPr>
            <w:tcW w:w="1417" w:type="dxa"/>
            <w:shd w:val="clear" w:color="auto" w:fill="D71920"/>
            <w:tcMar>
              <w:top w:w="70" w:type="dxa"/>
              <w:left w:w="85" w:type="dxa"/>
              <w:bottom w:w="70" w:type="dxa"/>
              <w:right w:w="85" w:type="dxa"/>
            </w:tcMar>
            <w:vAlign w:val="center"/>
          </w:tcPr>
          <w:p w14:paraId="60511A53" w14:textId="77777777" w:rsidR="00C16128" w:rsidRDefault="00000000">
            <w:pPr>
              <w:spacing w:after="0" w:line="240" w:lineRule="auto"/>
              <w:jc w:val="center"/>
            </w:pPr>
            <w:r>
              <w:rPr>
                <w:b/>
                <w:color w:val="FFFFFF"/>
                <w:sz w:val="15"/>
              </w:rPr>
              <w:t>REFERINȚĂ</w:t>
            </w:r>
          </w:p>
        </w:tc>
      </w:tr>
      <w:tr w:rsidR="00C16128" w14:paraId="19338569" w14:textId="77777777">
        <w:trPr>
          <w:cantSplit/>
          <w:jc w:val="center"/>
        </w:trPr>
        <w:tc>
          <w:tcPr>
            <w:tcW w:w="2721" w:type="dxa"/>
            <w:shd w:val="clear" w:color="auto" w:fill="FFFFFF"/>
            <w:tcMar>
              <w:top w:w="70" w:type="dxa"/>
              <w:left w:w="85" w:type="dxa"/>
              <w:bottom w:w="70" w:type="dxa"/>
              <w:right w:w="85" w:type="dxa"/>
            </w:tcMar>
            <w:vAlign w:val="center"/>
          </w:tcPr>
          <w:p w14:paraId="1A9EEADF" w14:textId="77777777" w:rsidR="00C16128" w:rsidRDefault="00000000">
            <w:pPr>
              <w:spacing w:after="0" w:line="240" w:lineRule="auto"/>
            </w:pPr>
            <w:r>
              <w:rPr>
                <w:sz w:val="15"/>
              </w:rPr>
              <w:t>Domeniul sistemului</w:t>
            </w:r>
          </w:p>
        </w:tc>
        <w:tc>
          <w:tcPr>
            <w:tcW w:w="5783" w:type="dxa"/>
            <w:shd w:val="clear" w:color="auto" w:fill="FFFFFF"/>
            <w:tcMar>
              <w:top w:w="70" w:type="dxa"/>
              <w:left w:w="85" w:type="dxa"/>
              <w:bottom w:w="70" w:type="dxa"/>
              <w:right w:w="85" w:type="dxa"/>
            </w:tcMar>
            <w:vAlign w:val="center"/>
          </w:tcPr>
          <w:p w14:paraId="5DA51E2A" w14:textId="77777777" w:rsidR="00C16128" w:rsidRDefault="00000000">
            <w:pPr>
              <w:spacing w:after="0" w:line="240" w:lineRule="auto"/>
            </w:pPr>
            <w:r>
              <w:rPr>
                <w:sz w:val="15"/>
              </w:rPr>
              <w:t>Limitele, locațiile, produsele, procesele și activitățile incluse în SMSA.</w:t>
            </w:r>
          </w:p>
        </w:tc>
        <w:tc>
          <w:tcPr>
            <w:tcW w:w="1417" w:type="dxa"/>
            <w:shd w:val="clear" w:color="auto" w:fill="FFFFFF"/>
            <w:tcMar>
              <w:top w:w="70" w:type="dxa"/>
              <w:left w:w="85" w:type="dxa"/>
              <w:bottom w:w="70" w:type="dxa"/>
              <w:right w:w="85" w:type="dxa"/>
            </w:tcMar>
            <w:vAlign w:val="center"/>
          </w:tcPr>
          <w:p w14:paraId="22831118" w14:textId="77777777" w:rsidR="00C16128" w:rsidRDefault="00000000">
            <w:pPr>
              <w:spacing w:after="0" w:line="240" w:lineRule="auto"/>
            </w:pPr>
            <w:r>
              <w:rPr>
                <w:sz w:val="15"/>
              </w:rPr>
              <w:t>4.3</w:t>
            </w:r>
          </w:p>
        </w:tc>
      </w:tr>
      <w:tr w:rsidR="00C16128" w14:paraId="10C67FAB" w14:textId="77777777">
        <w:trPr>
          <w:cantSplit/>
          <w:jc w:val="center"/>
        </w:trPr>
        <w:tc>
          <w:tcPr>
            <w:tcW w:w="2721" w:type="dxa"/>
            <w:shd w:val="clear" w:color="auto" w:fill="FAFAFA"/>
            <w:tcMar>
              <w:top w:w="70" w:type="dxa"/>
              <w:left w:w="85" w:type="dxa"/>
              <w:bottom w:w="70" w:type="dxa"/>
              <w:right w:w="85" w:type="dxa"/>
            </w:tcMar>
            <w:vAlign w:val="center"/>
          </w:tcPr>
          <w:p w14:paraId="6891CFC1" w14:textId="77777777" w:rsidR="00C16128" w:rsidRPr="000236A4" w:rsidRDefault="00000000">
            <w:pPr>
              <w:spacing w:after="0" w:line="240" w:lineRule="auto"/>
              <w:rPr>
                <w:lang w:val="fr-FR"/>
              </w:rPr>
            </w:pPr>
            <w:r w:rsidRPr="000236A4">
              <w:rPr>
                <w:sz w:val="15"/>
                <w:lang w:val="fr-FR"/>
              </w:rPr>
              <w:t>Politica de siguranță a alimentelor</w:t>
            </w:r>
          </w:p>
        </w:tc>
        <w:tc>
          <w:tcPr>
            <w:tcW w:w="5783" w:type="dxa"/>
            <w:shd w:val="clear" w:color="auto" w:fill="FAFAFA"/>
            <w:tcMar>
              <w:top w:w="70" w:type="dxa"/>
              <w:left w:w="85" w:type="dxa"/>
              <w:bottom w:w="70" w:type="dxa"/>
              <w:right w:w="85" w:type="dxa"/>
            </w:tcMar>
            <w:vAlign w:val="center"/>
          </w:tcPr>
          <w:p w14:paraId="3CDC0B4F" w14:textId="77777777" w:rsidR="00C16128" w:rsidRPr="000236A4" w:rsidRDefault="00000000">
            <w:pPr>
              <w:spacing w:after="0" w:line="240" w:lineRule="auto"/>
              <w:rPr>
                <w:lang w:val="fr-FR"/>
              </w:rPr>
            </w:pPr>
            <w:r w:rsidRPr="000236A4">
              <w:rPr>
                <w:sz w:val="15"/>
                <w:lang w:val="fr-FR"/>
              </w:rPr>
              <w:t>Politica aprobată, disponibilă și comunicată.</w:t>
            </w:r>
          </w:p>
        </w:tc>
        <w:tc>
          <w:tcPr>
            <w:tcW w:w="1417" w:type="dxa"/>
            <w:shd w:val="clear" w:color="auto" w:fill="FAFAFA"/>
            <w:tcMar>
              <w:top w:w="70" w:type="dxa"/>
              <w:left w:w="85" w:type="dxa"/>
              <w:bottom w:w="70" w:type="dxa"/>
              <w:right w:w="85" w:type="dxa"/>
            </w:tcMar>
            <w:vAlign w:val="center"/>
          </w:tcPr>
          <w:p w14:paraId="60AABAA0" w14:textId="77777777" w:rsidR="00C16128" w:rsidRDefault="00000000">
            <w:pPr>
              <w:spacing w:after="0" w:line="240" w:lineRule="auto"/>
            </w:pPr>
            <w:r>
              <w:rPr>
                <w:sz w:val="15"/>
              </w:rPr>
              <w:t>5.2</w:t>
            </w:r>
          </w:p>
        </w:tc>
      </w:tr>
      <w:tr w:rsidR="00C16128" w14:paraId="69347DEA" w14:textId="77777777">
        <w:trPr>
          <w:cantSplit/>
          <w:jc w:val="center"/>
        </w:trPr>
        <w:tc>
          <w:tcPr>
            <w:tcW w:w="2721" w:type="dxa"/>
            <w:shd w:val="clear" w:color="auto" w:fill="FFFFFF"/>
            <w:tcMar>
              <w:top w:w="70" w:type="dxa"/>
              <w:left w:w="85" w:type="dxa"/>
              <w:bottom w:w="70" w:type="dxa"/>
              <w:right w:w="85" w:type="dxa"/>
            </w:tcMar>
            <w:vAlign w:val="center"/>
          </w:tcPr>
          <w:p w14:paraId="2A1C7A0C" w14:textId="77777777" w:rsidR="00C16128" w:rsidRDefault="00000000">
            <w:pPr>
              <w:spacing w:after="0" w:line="240" w:lineRule="auto"/>
            </w:pPr>
            <w:r>
              <w:rPr>
                <w:sz w:val="15"/>
              </w:rPr>
              <w:t>Obiective și planificare</w:t>
            </w:r>
          </w:p>
        </w:tc>
        <w:tc>
          <w:tcPr>
            <w:tcW w:w="5783" w:type="dxa"/>
            <w:shd w:val="clear" w:color="auto" w:fill="FFFFFF"/>
            <w:tcMar>
              <w:top w:w="70" w:type="dxa"/>
              <w:left w:w="85" w:type="dxa"/>
              <w:bottom w:w="70" w:type="dxa"/>
              <w:right w:w="85" w:type="dxa"/>
            </w:tcMar>
            <w:vAlign w:val="center"/>
          </w:tcPr>
          <w:p w14:paraId="2182D74F" w14:textId="77777777" w:rsidR="00C16128" w:rsidRPr="000236A4" w:rsidRDefault="00000000">
            <w:pPr>
              <w:spacing w:after="0" w:line="240" w:lineRule="auto"/>
              <w:rPr>
                <w:lang w:val="fr-FR"/>
              </w:rPr>
            </w:pPr>
            <w:r w:rsidRPr="000236A4">
              <w:rPr>
                <w:sz w:val="15"/>
                <w:lang w:val="fr-FR"/>
              </w:rPr>
              <w:t>Obiective măsurabile, responsabilități, resurse, termene și evaluarea rezultatelor.</w:t>
            </w:r>
          </w:p>
        </w:tc>
        <w:tc>
          <w:tcPr>
            <w:tcW w:w="1417" w:type="dxa"/>
            <w:shd w:val="clear" w:color="auto" w:fill="FFFFFF"/>
            <w:tcMar>
              <w:top w:w="70" w:type="dxa"/>
              <w:left w:w="85" w:type="dxa"/>
              <w:bottom w:w="70" w:type="dxa"/>
              <w:right w:w="85" w:type="dxa"/>
            </w:tcMar>
            <w:vAlign w:val="center"/>
          </w:tcPr>
          <w:p w14:paraId="338AA6F9" w14:textId="77777777" w:rsidR="00C16128" w:rsidRDefault="00000000">
            <w:pPr>
              <w:spacing w:after="0" w:line="240" w:lineRule="auto"/>
            </w:pPr>
            <w:r>
              <w:rPr>
                <w:sz w:val="15"/>
              </w:rPr>
              <w:t>6.2</w:t>
            </w:r>
          </w:p>
        </w:tc>
      </w:tr>
      <w:tr w:rsidR="00C16128" w14:paraId="6130316B" w14:textId="77777777">
        <w:trPr>
          <w:cantSplit/>
          <w:jc w:val="center"/>
        </w:trPr>
        <w:tc>
          <w:tcPr>
            <w:tcW w:w="2721" w:type="dxa"/>
            <w:shd w:val="clear" w:color="auto" w:fill="FAFAFA"/>
            <w:tcMar>
              <w:top w:w="70" w:type="dxa"/>
              <w:left w:w="85" w:type="dxa"/>
              <w:bottom w:w="70" w:type="dxa"/>
              <w:right w:w="85" w:type="dxa"/>
            </w:tcMar>
            <w:vAlign w:val="center"/>
          </w:tcPr>
          <w:p w14:paraId="1DCF6396" w14:textId="77777777" w:rsidR="00C16128" w:rsidRDefault="00000000">
            <w:pPr>
              <w:spacing w:after="0" w:line="240" w:lineRule="auto"/>
            </w:pPr>
            <w:r>
              <w:rPr>
                <w:sz w:val="15"/>
              </w:rPr>
              <w:t>Competență</w:t>
            </w:r>
          </w:p>
        </w:tc>
        <w:tc>
          <w:tcPr>
            <w:tcW w:w="5783" w:type="dxa"/>
            <w:shd w:val="clear" w:color="auto" w:fill="FAFAFA"/>
            <w:tcMar>
              <w:top w:w="70" w:type="dxa"/>
              <w:left w:w="85" w:type="dxa"/>
              <w:bottom w:w="70" w:type="dxa"/>
              <w:right w:w="85" w:type="dxa"/>
            </w:tcMar>
            <w:vAlign w:val="center"/>
          </w:tcPr>
          <w:p w14:paraId="382C2259" w14:textId="77777777" w:rsidR="00C16128" w:rsidRDefault="00000000">
            <w:pPr>
              <w:spacing w:after="0" w:line="240" w:lineRule="auto"/>
            </w:pPr>
            <w:r>
              <w:rPr>
                <w:sz w:val="15"/>
              </w:rPr>
              <w:t>Dovezi privind educația, instruirea, experiența și evaluarea competenței.</w:t>
            </w:r>
          </w:p>
        </w:tc>
        <w:tc>
          <w:tcPr>
            <w:tcW w:w="1417" w:type="dxa"/>
            <w:shd w:val="clear" w:color="auto" w:fill="FAFAFA"/>
            <w:tcMar>
              <w:top w:w="70" w:type="dxa"/>
              <w:left w:w="85" w:type="dxa"/>
              <w:bottom w:w="70" w:type="dxa"/>
              <w:right w:w="85" w:type="dxa"/>
            </w:tcMar>
            <w:vAlign w:val="center"/>
          </w:tcPr>
          <w:p w14:paraId="102E744C" w14:textId="77777777" w:rsidR="00C16128" w:rsidRDefault="00000000">
            <w:pPr>
              <w:spacing w:after="0" w:line="240" w:lineRule="auto"/>
            </w:pPr>
            <w:r>
              <w:rPr>
                <w:sz w:val="15"/>
              </w:rPr>
              <w:t>7.2</w:t>
            </w:r>
          </w:p>
        </w:tc>
      </w:tr>
      <w:tr w:rsidR="00C16128" w14:paraId="072DDF10" w14:textId="77777777">
        <w:trPr>
          <w:cantSplit/>
          <w:jc w:val="center"/>
        </w:trPr>
        <w:tc>
          <w:tcPr>
            <w:tcW w:w="2721" w:type="dxa"/>
            <w:shd w:val="clear" w:color="auto" w:fill="FFFFFF"/>
            <w:tcMar>
              <w:top w:w="70" w:type="dxa"/>
              <w:left w:w="85" w:type="dxa"/>
              <w:bottom w:w="70" w:type="dxa"/>
              <w:right w:w="85" w:type="dxa"/>
            </w:tcMar>
            <w:vAlign w:val="center"/>
          </w:tcPr>
          <w:p w14:paraId="10E4BD5A" w14:textId="77777777" w:rsidR="00C16128" w:rsidRDefault="00000000">
            <w:pPr>
              <w:spacing w:after="0" w:line="240" w:lineRule="auto"/>
            </w:pPr>
            <w:r>
              <w:rPr>
                <w:sz w:val="15"/>
              </w:rPr>
              <w:t>PRP</w:t>
            </w:r>
          </w:p>
        </w:tc>
        <w:tc>
          <w:tcPr>
            <w:tcW w:w="5783" w:type="dxa"/>
            <w:shd w:val="clear" w:color="auto" w:fill="FFFFFF"/>
            <w:tcMar>
              <w:top w:w="70" w:type="dxa"/>
              <w:left w:w="85" w:type="dxa"/>
              <w:bottom w:w="70" w:type="dxa"/>
              <w:right w:w="85" w:type="dxa"/>
            </w:tcMar>
            <w:vAlign w:val="center"/>
          </w:tcPr>
          <w:p w14:paraId="3240D341" w14:textId="77777777" w:rsidR="00C16128" w:rsidRDefault="00000000">
            <w:pPr>
              <w:spacing w:after="0" w:line="240" w:lineRule="auto"/>
            </w:pPr>
            <w:r>
              <w:rPr>
                <w:sz w:val="15"/>
              </w:rPr>
              <w:t>Criteriile de selecție, stabilire, implementare, monitorizare și verificare a programelor preliminare.</w:t>
            </w:r>
          </w:p>
        </w:tc>
        <w:tc>
          <w:tcPr>
            <w:tcW w:w="1417" w:type="dxa"/>
            <w:shd w:val="clear" w:color="auto" w:fill="FFFFFF"/>
            <w:tcMar>
              <w:top w:w="70" w:type="dxa"/>
              <w:left w:w="85" w:type="dxa"/>
              <w:bottom w:w="70" w:type="dxa"/>
              <w:right w:w="85" w:type="dxa"/>
            </w:tcMar>
            <w:vAlign w:val="center"/>
          </w:tcPr>
          <w:p w14:paraId="7BF528DF" w14:textId="77777777" w:rsidR="00C16128" w:rsidRDefault="00000000">
            <w:pPr>
              <w:spacing w:after="0" w:line="240" w:lineRule="auto"/>
            </w:pPr>
            <w:r>
              <w:rPr>
                <w:sz w:val="15"/>
              </w:rPr>
              <w:t>8.2</w:t>
            </w:r>
          </w:p>
        </w:tc>
      </w:tr>
      <w:tr w:rsidR="00C16128" w14:paraId="33A951BF" w14:textId="77777777">
        <w:trPr>
          <w:cantSplit/>
          <w:jc w:val="center"/>
        </w:trPr>
        <w:tc>
          <w:tcPr>
            <w:tcW w:w="2721" w:type="dxa"/>
            <w:shd w:val="clear" w:color="auto" w:fill="FAFAFA"/>
            <w:tcMar>
              <w:top w:w="70" w:type="dxa"/>
              <w:left w:w="85" w:type="dxa"/>
              <w:bottom w:w="70" w:type="dxa"/>
              <w:right w:w="85" w:type="dxa"/>
            </w:tcMar>
            <w:vAlign w:val="center"/>
          </w:tcPr>
          <w:p w14:paraId="05D31998" w14:textId="77777777" w:rsidR="00C16128" w:rsidRDefault="00000000">
            <w:pPr>
              <w:spacing w:after="0" w:line="240" w:lineRule="auto"/>
            </w:pPr>
            <w:r>
              <w:rPr>
                <w:sz w:val="15"/>
              </w:rPr>
              <w:t>Trasabilitate</w:t>
            </w:r>
          </w:p>
        </w:tc>
        <w:tc>
          <w:tcPr>
            <w:tcW w:w="5783" w:type="dxa"/>
            <w:shd w:val="clear" w:color="auto" w:fill="FAFAFA"/>
            <w:tcMar>
              <w:top w:w="70" w:type="dxa"/>
              <w:left w:w="85" w:type="dxa"/>
              <w:bottom w:w="70" w:type="dxa"/>
              <w:right w:w="85" w:type="dxa"/>
            </w:tcMar>
            <w:vAlign w:val="center"/>
          </w:tcPr>
          <w:p w14:paraId="0E899937" w14:textId="77777777" w:rsidR="00C16128" w:rsidRDefault="00000000">
            <w:pPr>
              <w:spacing w:after="0" w:line="240" w:lineRule="auto"/>
            </w:pPr>
            <w:r>
              <w:rPr>
                <w:sz w:val="15"/>
              </w:rPr>
              <w:t>Dovezi care permit identificarea loturilor, furnizorilor, procesării și destinației produselor.</w:t>
            </w:r>
          </w:p>
        </w:tc>
        <w:tc>
          <w:tcPr>
            <w:tcW w:w="1417" w:type="dxa"/>
            <w:shd w:val="clear" w:color="auto" w:fill="FAFAFA"/>
            <w:tcMar>
              <w:top w:w="70" w:type="dxa"/>
              <w:left w:w="85" w:type="dxa"/>
              <w:bottom w:w="70" w:type="dxa"/>
              <w:right w:w="85" w:type="dxa"/>
            </w:tcMar>
            <w:vAlign w:val="center"/>
          </w:tcPr>
          <w:p w14:paraId="4FC780E9" w14:textId="77777777" w:rsidR="00C16128" w:rsidRDefault="00000000">
            <w:pPr>
              <w:spacing w:after="0" w:line="240" w:lineRule="auto"/>
            </w:pPr>
            <w:r>
              <w:rPr>
                <w:sz w:val="15"/>
              </w:rPr>
              <w:t>8.3</w:t>
            </w:r>
          </w:p>
        </w:tc>
      </w:tr>
      <w:tr w:rsidR="00C16128" w14:paraId="6AC81B3F" w14:textId="77777777">
        <w:trPr>
          <w:cantSplit/>
          <w:jc w:val="center"/>
        </w:trPr>
        <w:tc>
          <w:tcPr>
            <w:tcW w:w="2721" w:type="dxa"/>
            <w:shd w:val="clear" w:color="auto" w:fill="FFFFFF"/>
            <w:tcMar>
              <w:top w:w="70" w:type="dxa"/>
              <w:left w:w="85" w:type="dxa"/>
              <w:bottom w:w="70" w:type="dxa"/>
              <w:right w:w="85" w:type="dxa"/>
            </w:tcMar>
            <w:vAlign w:val="center"/>
          </w:tcPr>
          <w:p w14:paraId="01B1E3D5" w14:textId="77777777" w:rsidR="00C16128" w:rsidRDefault="00000000">
            <w:pPr>
              <w:spacing w:after="0" w:line="240" w:lineRule="auto"/>
            </w:pPr>
            <w:r>
              <w:rPr>
                <w:sz w:val="15"/>
              </w:rPr>
              <w:t>Urgențe și incidente</w:t>
            </w:r>
          </w:p>
        </w:tc>
        <w:tc>
          <w:tcPr>
            <w:tcW w:w="5783" w:type="dxa"/>
            <w:shd w:val="clear" w:color="auto" w:fill="FFFFFF"/>
            <w:tcMar>
              <w:top w:w="70" w:type="dxa"/>
              <w:left w:w="85" w:type="dxa"/>
              <w:bottom w:w="70" w:type="dxa"/>
              <w:right w:w="85" w:type="dxa"/>
            </w:tcMar>
            <w:vAlign w:val="center"/>
          </w:tcPr>
          <w:p w14:paraId="207E14E2" w14:textId="77777777" w:rsidR="00C16128" w:rsidRDefault="00000000">
            <w:pPr>
              <w:spacing w:after="0" w:line="240" w:lineRule="auto"/>
            </w:pPr>
            <w:r>
              <w:rPr>
                <w:sz w:val="15"/>
              </w:rPr>
              <w:t>Proceduri/informații pentru gestionarea situațiilor care pot afecta siguranța alimentelor.</w:t>
            </w:r>
          </w:p>
        </w:tc>
        <w:tc>
          <w:tcPr>
            <w:tcW w:w="1417" w:type="dxa"/>
            <w:shd w:val="clear" w:color="auto" w:fill="FFFFFF"/>
            <w:tcMar>
              <w:top w:w="70" w:type="dxa"/>
              <w:left w:w="85" w:type="dxa"/>
              <w:bottom w:w="70" w:type="dxa"/>
              <w:right w:w="85" w:type="dxa"/>
            </w:tcMar>
            <w:vAlign w:val="center"/>
          </w:tcPr>
          <w:p w14:paraId="1FF3E5EB" w14:textId="77777777" w:rsidR="00C16128" w:rsidRDefault="00000000">
            <w:pPr>
              <w:spacing w:after="0" w:line="240" w:lineRule="auto"/>
            </w:pPr>
            <w:r>
              <w:rPr>
                <w:sz w:val="15"/>
              </w:rPr>
              <w:t>8.4</w:t>
            </w:r>
          </w:p>
        </w:tc>
      </w:tr>
      <w:tr w:rsidR="00C16128" w14:paraId="380D72D7" w14:textId="77777777">
        <w:trPr>
          <w:cantSplit/>
          <w:jc w:val="center"/>
        </w:trPr>
        <w:tc>
          <w:tcPr>
            <w:tcW w:w="2721" w:type="dxa"/>
            <w:shd w:val="clear" w:color="auto" w:fill="FAFAFA"/>
            <w:tcMar>
              <w:top w:w="70" w:type="dxa"/>
              <w:left w:w="85" w:type="dxa"/>
              <w:bottom w:w="70" w:type="dxa"/>
              <w:right w:w="85" w:type="dxa"/>
            </w:tcMar>
            <w:vAlign w:val="center"/>
          </w:tcPr>
          <w:p w14:paraId="19CA268B" w14:textId="77777777" w:rsidR="00C16128" w:rsidRDefault="00000000">
            <w:pPr>
              <w:spacing w:after="0" w:line="240" w:lineRule="auto"/>
            </w:pPr>
            <w:r>
              <w:rPr>
                <w:sz w:val="15"/>
              </w:rPr>
              <w:t>Analiza pericolelor</w:t>
            </w:r>
          </w:p>
        </w:tc>
        <w:tc>
          <w:tcPr>
            <w:tcW w:w="5783" w:type="dxa"/>
            <w:shd w:val="clear" w:color="auto" w:fill="FAFAFA"/>
            <w:tcMar>
              <w:top w:w="70" w:type="dxa"/>
              <w:left w:w="85" w:type="dxa"/>
              <w:bottom w:w="70" w:type="dxa"/>
              <w:right w:w="85" w:type="dxa"/>
            </w:tcMar>
            <w:vAlign w:val="center"/>
          </w:tcPr>
          <w:p w14:paraId="7B355046" w14:textId="77777777" w:rsidR="00C16128" w:rsidRDefault="00000000">
            <w:pPr>
              <w:spacing w:after="0" w:line="240" w:lineRule="auto"/>
            </w:pPr>
            <w:r>
              <w:rPr>
                <w:sz w:val="15"/>
              </w:rPr>
              <w:t>Caracteristici materii prime/produse, utilizare intenționată, diagrame de flux, descrieri procese, pericole, niveluri acceptabile și evaluare.</w:t>
            </w:r>
          </w:p>
        </w:tc>
        <w:tc>
          <w:tcPr>
            <w:tcW w:w="1417" w:type="dxa"/>
            <w:shd w:val="clear" w:color="auto" w:fill="FAFAFA"/>
            <w:tcMar>
              <w:top w:w="70" w:type="dxa"/>
              <w:left w:w="85" w:type="dxa"/>
              <w:bottom w:w="70" w:type="dxa"/>
              <w:right w:w="85" w:type="dxa"/>
            </w:tcMar>
            <w:vAlign w:val="center"/>
          </w:tcPr>
          <w:p w14:paraId="47558CF5" w14:textId="77777777" w:rsidR="00C16128" w:rsidRDefault="00000000">
            <w:pPr>
              <w:spacing w:after="0" w:line="240" w:lineRule="auto"/>
            </w:pPr>
            <w:r>
              <w:rPr>
                <w:sz w:val="15"/>
              </w:rPr>
              <w:t>8.5.1–8.5.2</w:t>
            </w:r>
          </w:p>
        </w:tc>
      </w:tr>
      <w:tr w:rsidR="00C16128" w14:paraId="235B406F" w14:textId="77777777">
        <w:trPr>
          <w:cantSplit/>
          <w:jc w:val="center"/>
        </w:trPr>
        <w:tc>
          <w:tcPr>
            <w:tcW w:w="2721" w:type="dxa"/>
            <w:shd w:val="clear" w:color="auto" w:fill="FFFFFF"/>
            <w:tcMar>
              <w:top w:w="70" w:type="dxa"/>
              <w:left w:w="85" w:type="dxa"/>
              <w:bottom w:w="70" w:type="dxa"/>
              <w:right w:w="85" w:type="dxa"/>
            </w:tcMar>
            <w:vAlign w:val="center"/>
          </w:tcPr>
          <w:p w14:paraId="76FB61CB" w14:textId="77777777" w:rsidR="00C16128" w:rsidRDefault="00000000">
            <w:pPr>
              <w:spacing w:after="0" w:line="240" w:lineRule="auto"/>
            </w:pPr>
            <w:r>
              <w:rPr>
                <w:sz w:val="15"/>
              </w:rPr>
              <w:t>Selectarea măsurilor de control</w:t>
            </w:r>
          </w:p>
        </w:tc>
        <w:tc>
          <w:tcPr>
            <w:tcW w:w="5783" w:type="dxa"/>
            <w:shd w:val="clear" w:color="auto" w:fill="FFFFFF"/>
            <w:tcMar>
              <w:top w:w="70" w:type="dxa"/>
              <w:left w:w="85" w:type="dxa"/>
              <w:bottom w:w="70" w:type="dxa"/>
              <w:right w:w="85" w:type="dxa"/>
            </w:tcMar>
            <w:vAlign w:val="center"/>
          </w:tcPr>
          <w:p w14:paraId="24E391B9" w14:textId="77777777" w:rsidR="00C16128" w:rsidRDefault="00000000">
            <w:pPr>
              <w:spacing w:after="0" w:line="240" w:lineRule="auto"/>
            </w:pPr>
            <w:r>
              <w:rPr>
                <w:sz w:val="15"/>
              </w:rPr>
              <w:t>Metoda și rezultatele selectării și încadrării măsurilor de control ca OPRP sau CCP.</w:t>
            </w:r>
          </w:p>
        </w:tc>
        <w:tc>
          <w:tcPr>
            <w:tcW w:w="1417" w:type="dxa"/>
            <w:shd w:val="clear" w:color="auto" w:fill="FFFFFF"/>
            <w:tcMar>
              <w:top w:w="70" w:type="dxa"/>
              <w:left w:w="85" w:type="dxa"/>
              <w:bottom w:w="70" w:type="dxa"/>
              <w:right w:w="85" w:type="dxa"/>
            </w:tcMar>
            <w:vAlign w:val="center"/>
          </w:tcPr>
          <w:p w14:paraId="495A2C1D" w14:textId="77777777" w:rsidR="00C16128" w:rsidRDefault="00000000">
            <w:pPr>
              <w:spacing w:after="0" w:line="240" w:lineRule="auto"/>
            </w:pPr>
            <w:r>
              <w:rPr>
                <w:sz w:val="15"/>
              </w:rPr>
              <w:t>8.5.2.4</w:t>
            </w:r>
          </w:p>
        </w:tc>
      </w:tr>
      <w:tr w:rsidR="00C16128" w14:paraId="66DE4ABD" w14:textId="77777777">
        <w:trPr>
          <w:cantSplit/>
          <w:jc w:val="center"/>
        </w:trPr>
        <w:tc>
          <w:tcPr>
            <w:tcW w:w="2721" w:type="dxa"/>
            <w:shd w:val="clear" w:color="auto" w:fill="FAFAFA"/>
            <w:tcMar>
              <w:top w:w="70" w:type="dxa"/>
              <w:left w:w="85" w:type="dxa"/>
              <w:bottom w:w="70" w:type="dxa"/>
              <w:right w:w="85" w:type="dxa"/>
            </w:tcMar>
            <w:vAlign w:val="center"/>
          </w:tcPr>
          <w:p w14:paraId="7EC3AB60" w14:textId="77777777" w:rsidR="00C16128" w:rsidRDefault="00000000">
            <w:pPr>
              <w:spacing w:after="0" w:line="240" w:lineRule="auto"/>
            </w:pPr>
            <w:r>
              <w:rPr>
                <w:sz w:val="15"/>
              </w:rPr>
              <w:t>Validarea măsurilor de control</w:t>
            </w:r>
          </w:p>
        </w:tc>
        <w:tc>
          <w:tcPr>
            <w:tcW w:w="5783" w:type="dxa"/>
            <w:shd w:val="clear" w:color="auto" w:fill="FAFAFA"/>
            <w:tcMar>
              <w:top w:w="70" w:type="dxa"/>
              <w:left w:w="85" w:type="dxa"/>
              <w:bottom w:w="70" w:type="dxa"/>
              <w:right w:w="85" w:type="dxa"/>
            </w:tcMar>
            <w:vAlign w:val="center"/>
          </w:tcPr>
          <w:p w14:paraId="339285E6" w14:textId="77777777" w:rsidR="00C16128" w:rsidRPr="000236A4" w:rsidRDefault="00000000">
            <w:pPr>
              <w:spacing w:after="0" w:line="240" w:lineRule="auto"/>
              <w:rPr>
                <w:lang w:val="fr-FR"/>
              </w:rPr>
            </w:pPr>
            <w:r w:rsidRPr="000236A4">
              <w:rPr>
                <w:sz w:val="15"/>
                <w:lang w:val="fr-FR"/>
              </w:rPr>
              <w:t>Metoda, datele, concluziile și aprobarea validării combinațiilor de măsuri de control.</w:t>
            </w:r>
          </w:p>
        </w:tc>
        <w:tc>
          <w:tcPr>
            <w:tcW w:w="1417" w:type="dxa"/>
            <w:shd w:val="clear" w:color="auto" w:fill="FAFAFA"/>
            <w:tcMar>
              <w:top w:w="70" w:type="dxa"/>
              <w:left w:w="85" w:type="dxa"/>
              <w:bottom w:w="70" w:type="dxa"/>
              <w:right w:w="85" w:type="dxa"/>
            </w:tcMar>
            <w:vAlign w:val="center"/>
          </w:tcPr>
          <w:p w14:paraId="1727A47F" w14:textId="77777777" w:rsidR="00C16128" w:rsidRDefault="00000000">
            <w:pPr>
              <w:spacing w:after="0" w:line="240" w:lineRule="auto"/>
            </w:pPr>
            <w:r>
              <w:rPr>
                <w:sz w:val="15"/>
              </w:rPr>
              <w:t>8.5.3</w:t>
            </w:r>
          </w:p>
        </w:tc>
      </w:tr>
      <w:tr w:rsidR="00C16128" w14:paraId="5924C9E3" w14:textId="77777777">
        <w:trPr>
          <w:cantSplit/>
          <w:jc w:val="center"/>
        </w:trPr>
        <w:tc>
          <w:tcPr>
            <w:tcW w:w="2721" w:type="dxa"/>
            <w:shd w:val="clear" w:color="auto" w:fill="FFFFFF"/>
            <w:tcMar>
              <w:top w:w="70" w:type="dxa"/>
              <w:left w:w="85" w:type="dxa"/>
              <w:bottom w:w="70" w:type="dxa"/>
              <w:right w:w="85" w:type="dxa"/>
            </w:tcMar>
            <w:vAlign w:val="center"/>
          </w:tcPr>
          <w:p w14:paraId="78E6341C" w14:textId="77777777" w:rsidR="00C16128" w:rsidRDefault="00000000">
            <w:pPr>
              <w:spacing w:after="0" w:line="240" w:lineRule="auto"/>
            </w:pPr>
            <w:r>
              <w:rPr>
                <w:sz w:val="15"/>
              </w:rPr>
              <w:t>Planul de control al pericolelor</w:t>
            </w:r>
          </w:p>
        </w:tc>
        <w:tc>
          <w:tcPr>
            <w:tcW w:w="5783" w:type="dxa"/>
            <w:shd w:val="clear" w:color="auto" w:fill="FFFFFF"/>
            <w:tcMar>
              <w:top w:w="70" w:type="dxa"/>
              <w:left w:w="85" w:type="dxa"/>
              <w:bottom w:w="70" w:type="dxa"/>
              <w:right w:w="85" w:type="dxa"/>
            </w:tcMar>
            <w:vAlign w:val="center"/>
          </w:tcPr>
          <w:p w14:paraId="326A1540" w14:textId="77777777" w:rsidR="00C16128" w:rsidRDefault="00000000">
            <w:pPr>
              <w:spacing w:after="0" w:line="240" w:lineRule="auto"/>
            </w:pPr>
            <w:r>
              <w:rPr>
                <w:sz w:val="15"/>
              </w:rPr>
              <w:t>OPRP/CCP, pericole controlate, limite/criterii, monitorizare, corecții, responsabilități și înregistrări.</w:t>
            </w:r>
          </w:p>
        </w:tc>
        <w:tc>
          <w:tcPr>
            <w:tcW w:w="1417" w:type="dxa"/>
            <w:shd w:val="clear" w:color="auto" w:fill="FFFFFF"/>
            <w:tcMar>
              <w:top w:w="70" w:type="dxa"/>
              <w:left w:w="85" w:type="dxa"/>
              <w:bottom w:w="70" w:type="dxa"/>
              <w:right w:w="85" w:type="dxa"/>
            </w:tcMar>
            <w:vAlign w:val="center"/>
          </w:tcPr>
          <w:p w14:paraId="2ABE147D" w14:textId="77777777" w:rsidR="00C16128" w:rsidRDefault="00000000">
            <w:pPr>
              <w:spacing w:after="0" w:line="240" w:lineRule="auto"/>
            </w:pPr>
            <w:r>
              <w:rPr>
                <w:sz w:val="15"/>
              </w:rPr>
              <w:t>8.5.4</w:t>
            </w:r>
          </w:p>
        </w:tc>
      </w:tr>
      <w:tr w:rsidR="00C16128" w14:paraId="3405F54E" w14:textId="77777777">
        <w:trPr>
          <w:cantSplit/>
          <w:jc w:val="center"/>
        </w:trPr>
        <w:tc>
          <w:tcPr>
            <w:tcW w:w="2721" w:type="dxa"/>
            <w:shd w:val="clear" w:color="auto" w:fill="FAFAFA"/>
            <w:tcMar>
              <w:top w:w="70" w:type="dxa"/>
              <w:left w:w="85" w:type="dxa"/>
              <w:bottom w:w="70" w:type="dxa"/>
              <w:right w:w="85" w:type="dxa"/>
            </w:tcMar>
            <w:vAlign w:val="center"/>
          </w:tcPr>
          <w:p w14:paraId="7361F86E" w14:textId="77777777" w:rsidR="00C16128" w:rsidRDefault="00000000">
            <w:pPr>
              <w:spacing w:after="0" w:line="240" w:lineRule="auto"/>
            </w:pPr>
            <w:r>
              <w:rPr>
                <w:sz w:val="15"/>
              </w:rPr>
              <w:t>Monitorizare și măsurare</w:t>
            </w:r>
          </w:p>
        </w:tc>
        <w:tc>
          <w:tcPr>
            <w:tcW w:w="5783" w:type="dxa"/>
            <w:shd w:val="clear" w:color="auto" w:fill="FAFAFA"/>
            <w:tcMar>
              <w:top w:w="70" w:type="dxa"/>
              <w:left w:w="85" w:type="dxa"/>
              <w:bottom w:w="70" w:type="dxa"/>
              <w:right w:w="85" w:type="dxa"/>
            </w:tcMar>
            <w:vAlign w:val="center"/>
          </w:tcPr>
          <w:p w14:paraId="1084948B" w14:textId="77777777" w:rsidR="00C16128" w:rsidRDefault="00000000">
            <w:pPr>
              <w:spacing w:after="0" w:line="240" w:lineRule="auto"/>
            </w:pPr>
            <w:r>
              <w:rPr>
                <w:sz w:val="15"/>
              </w:rPr>
              <w:t>Adecvarea și controlul echipamentelor/metodelor, inclusiv calibrare sau verificare.</w:t>
            </w:r>
          </w:p>
        </w:tc>
        <w:tc>
          <w:tcPr>
            <w:tcW w:w="1417" w:type="dxa"/>
            <w:shd w:val="clear" w:color="auto" w:fill="FAFAFA"/>
            <w:tcMar>
              <w:top w:w="70" w:type="dxa"/>
              <w:left w:w="85" w:type="dxa"/>
              <w:bottom w:w="70" w:type="dxa"/>
              <w:right w:w="85" w:type="dxa"/>
            </w:tcMar>
            <w:vAlign w:val="center"/>
          </w:tcPr>
          <w:p w14:paraId="49434048" w14:textId="77777777" w:rsidR="00C16128" w:rsidRDefault="00000000">
            <w:pPr>
              <w:spacing w:after="0" w:line="240" w:lineRule="auto"/>
            </w:pPr>
            <w:r>
              <w:rPr>
                <w:sz w:val="15"/>
              </w:rPr>
              <w:t>8.7</w:t>
            </w:r>
          </w:p>
        </w:tc>
      </w:tr>
      <w:tr w:rsidR="00C16128" w14:paraId="5A61611E" w14:textId="77777777">
        <w:trPr>
          <w:cantSplit/>
          <w:jc w:val="center"/>
        </w:trPr>
        <w:tc>
          <w:tcPr>
            <w:tcW w:w="2721" w:type="dxa"/>
            <w:shd w:val="clear" w:color="auto" w:fill="FFFFFF"/>
            <w:tcMar>
              <w:top w:w="70" w:type="dxa"/>
              <w:left w:w="85" w:type="dxa"/>
              <w:bottom w:w="70" w:type="dxa"/>
              <w:right w:w="85" w:type="dxa"/>
            </w:tcMar>
            <w:vAlign w:val="center"/>
          </w:tcPr>
          <w:p w14:paraId="63A0816F" w14:textId="77777777" w:rsidR="00C16128" w:rsidRDefault="00000000">
            <w:pPr>
              <w:spacing w:after="0" w:line="240" w:lineRule="auto"/>
            </w:pPr>
            <w:r>
              <w:rPr>
                <w:sz w:val="15"/>
              </w:rPr>
              <w:t>Verificare</w:t>
            </w:r>
          </w:p>
        </w:tc>
        <w:tc>
          <w:tcPr>
            <w:tcW w:w="5783" w:type="dxa"/>
            <w:shd w:val="clear" w:color="auto" w:fill="FFFFFF"/>
            <w:tcMar>
              <w:top w:w="70" w:type="dxa"/>
              <w:left w:w="85" w:type="dxa"/>
              <w:bottom w:w="70" w:type="dxa"/>
              <w:right w:w="85" w:type="dxa"/>
            </w:tcMar>
            <w:vAlign w:val="center"/>
          </w:tcPr>
          <w:p w14:paraId="1F925FD6" w14:textId="77777777" w:rsidR="00C16128" w:rsidRDefault="00000000">
            <w:pPr>
              <w:spacing w:after="0" w:line="240" w:lineRule="auto"/>
            </w:pPr>
            <w:r>
              <w:rPr>
                <w:sz w:val="15"/>
              </w:rPr>
              <w:t>Planificarea verificării și rezultatele analizei activităților de verificare.</w:t>
            </w:r>
          </w:p>
        </w:tc>
        <w:tc>
          <w:tcPr>
            <w:tcW w:w="1417" w:type="dxa"/>
            <w:shd w:val="clear" w:color="auto" w:fill="FFFFFF"/>
            <w:tcMar>
              <w:top w:w="70" w:type="dxa"/>
              <w:left w:w="85" w:type="dxa"/>
              <w:bottom w:w="70" w:type="dxa"/>
              <w:right w:w="85" w:type="dxa"/>
            </w:tcMar>
            <w:vAlign w:val="center"/>
          </w:tcPr>
          <w:p w14:paraId="4D73466B" w14:textId="77777777" w:rsidR="00C16128" w:rsidRDefault="00000000">
            <w:pPr>
              <w:spacing w:after="0" w:line="240" w:lineRule="auto"/>
            </w:pPr>
            <w:r>
              <w:rPr>
                <w:sz w:val="15"/>
              </w:rPr>
              <w:t>8.8</w:t>
            </w:r>
          </w:p>
        </w:tc>
      </w:tr>
      <w:tr w:rsidR="00C16128" w14:paraId="3E98AB18" w14:textId="77777777">
        <w:trPr>
          <w:cantSplit/>
          <w:jc w:val="center"/>
        </w:trPr>
        <w:tc>
          <w:tcPr>
            <w:tcW w:w="2721" w:type="dxa"/>
            <w:shd w:val="clear" w:color="auto" w:fill="FAFAFA"/>
            <w:tcMar>
              <w:top w:w="70" w:type="dxa"/>
              <w:left w:w="85" w:type="dxa"/>
              <w:bottom w:w="70" w:type="dxa"/>
              <w:right w:w="85" w:type="dxa"/>
            </w:tcMar>
            <w:vAlign w:val="center"/>
          </w:tcPr>
          <w:p w14:paraId="64D7AB77" w14:textId="77777777" w:rsidR="00C16128" w:rsidRDefault="00000000">
            <w:pPr>
              <w:spacing w:after="0" w:line="240" w:lineRule="auto"/>
            </w:pPr>
            <w:r>
              <w:rPr>
                <w:sz w:val="15"/>
              </w:rPr>
              <w:t>Produse potențial nesigure</w:t>
            </w:r>
          </w:p>
        </w:tc>
        <w:tc>
          <w:tcPr>
            <w:tcW w:w="5783" w:type="dxa"/>
            <w:shd w:val="clear" w:color="auto" w:fill="FAFAFA"/>
            <w:tcMar>
              <w:top w:w="70" w:type="dxa"/>
              <w:left w:w="85" w:type="dxa"/>
              <w:bottom w:w="70" w:type="dxa"/>
              <w:right w:w="85" w:type="dxa"/>
            </w:tcMar>
            <w:vAlign w:val="center"/>
          </w:tcPr>
          <w:p w14:paraId="40D9DFD4" w14:textId="77777777" w:rsidR="00C16128" w:rsidRDefault="00000000">
            <w:pPr>
              <w:spacing w:after="0" w:line="240" w:lineRule="auto"/>
            </w:pPr>
            <w:r>
              <w:rPr>
                <w:sz w:val="15"/>
              </w:rPr>
              <w:t>Corecții, evaluare pentru eliberare, dispoziție, retragere/rechemare și rezultate.</w:t>
            </w:r>
          </w:p>
        </w:tc>
        <w:tc>
          <w:tcPr>
            <w:tcW w:w="1417" w:type="dxa"/>
            <w:shd w:val="clear" w:color="auto" w:fill="FAFAFA"/>
            <w:tcMar>
              <w:top w:w="70" w:type="dxa"/>
              <w:left w:w="85" w:type="dxa"/>
              <w:bottom w:w="70" w:type="dxa"/>
              <w:right w:w="85" w:type="dxa"/>
            </w:tcMar>
            <w:vAlign w:val="center"/>
          </w:tcPr>
          <w:p w14:paraId="016C9B91" w14:textId="77777777" w:rsidR="00C16128" w:rsidRDefault="00000000">
            <w:pPr>
              <w:spacing w:after="0" w:line="240" w:lineRule="auto"/>
            </w:pPr>
            <w:r>
              <w:rPr>
                <w:sz w:val="15"/>
              </w:rPr>
              <w:t>8.9</w:t>
            </w:r>
          </w:p>
        </w:tc>
      </w:tr>
      <w:tr w:rsidR="00C16128" w14:paraId="3A2C0CE3" w14:textId="77777777">
        <w:trPr>
          <w:cantSplit/>
          <w:jc w:val="center"/>
        </w:trPr>
        <w:tc>
          <w:tcPr>
            <w:tcW w:w="2721" w:type="dxa"/>
            <w:shd w:val="clear" w:color="auto" w:fill="FFFFFF"/>
            <w:tcMar>
              <w:top w:w="70" w:type="dxa"/>
              <w:left w:w="85" w:type="dxa"/>
              <w:bottom w:w="70" w:type="dxa"/>
              <w:right w:w="85" w:type="dxa"/>
            </w:tcMar>
            <w:vAlign w:val="center"/>
          </w:tcPr>
          <w:p w14:paraId="01E89203" w14:textId="77777777" w:rsidR="00C16128" w:rsidRDefault="00000000">
            <w:pPr>
              <w:spacing w:after="0" w:line="240" w:lineRule="auto"/>
            </w:pPr>
            <w:r>
              <w:rPr>
                <w:sz w:val="15"/>
              </w:rPr>
              <w:t>Evaluarea performanței</w:t>
            </w:r>
          </w:p>
        </w:tc>
        <w:tc>
          <w:tcPr>
            <w:tcW w:w="5783" w:type="dxa"/>
            <w:shd w:val="clear" w:color="auto" w:fill="FFFFFF"/>
            <w:tcMar>
              <w:top w:w="70" w:type="dxa"/>
              <w:left w:w="85" w:type="dxa"/>
              <w:bottom w:w="70" w:type="dxa"/>
              <w:right w:w="85" w:type="dxa"/>
            </w:tcMar>
            <w:vAlign w:val="center"/>
          </w:tcPr>
          <w:p w14:paraId="5236374F" w14:textId="77777777" w:rsidR="00C16128" w:rsidRPr="000236A4" w:rsidRDefault="00000000">
            <w:pPr>
              <w:spacing w:after="0" w:line="240" w:lineRule="auto"/>
              <w:rPr>
                <w:lang w:val="fr-FR"/>
              </w:rPr>
            </w:pPr>
            <w:r w:rsidRPr="000236A4">
              <w:rPr>
                <w:sz w:val="15"/>
                <w:lang w:val="fr-FR"/>
              </w:rPr>
              <w:t>Rezultate de monitorizare, audit intern și analiză de management.</w:t>
            </w:r>
          </w:p>
        </w:tc>
        <w:tc>
          <w:tcPr>
            <w:tcW w:w="1417" w:type="dxa"/>
            <w:shd w:val="clear" w:color="auto" w:fill="FFFFFF"/>
            <w:tcMar>
              <w:top w:w="70" w:type="dxa"/>
              <w:left w:w="85" w:type="dxa"/>
              <w:bottom w:w="70" w:type="dxa"/>
              <w:right w:w="85" w:type="dxa"/>
            </w:tcMar>
            <w:vAlign w:val="center"/>
          </w:tcPr>
          <w:p w14:paraId="04F4B0B7" w14:textId="77777777" w:rsidR="00C16128" w:rsidRDefault="00000000">
            <w:pPr>
              <w:spacing w:after="0" w:line="240" w:lineRule="auto"/>
            </w:pPr>
            <w:r>
              <w:rPr>
                <w:sz w:val="15"/>
              </w:rPr>
              <w:t>9.1–9.3</w:t>
            </w:r>
          </w:p>
        </w:tc>
      </w:tr>
      <w:tr w:rsidR="00C16128" w14:paraId="3A166A97" w14:textId="77777777">
        <w:trPr>
          <w:cantSplit/>
          <w:jc w:val="center"/>
        </w:trPr>
        <w:tc>
          <w:tcPr>
            <w:tcW w:w="2721" w:type="dxa"/>
            <w:shd w:val="clear" w:color="auto" w:fill="FAFAFA"/>
            <w:tcMar>
              <w:top w:w="70" w:type="dxa"/>
              <w:left w:w="85" w:type="dxa"/>
              <w:bottom w:w="70" w:type="dxa"/>
              <w:right w:w="85" w:type="dxa"/>
            </w:tcMar>
            <w:vAlign w:val="center"/>
          </w:tcPr>
          <w:p w14:paraId="46F720FA" w14:textId="77777777" w:rsidR="00C16128" w:rsidRDefault="00000000">
            <w:pPr>
              <w:spacing w:after="0" w:line="240" w:lineRule="auto"/>
            </w:pPr>
            <w:r>
              <w:rPr>
                <w:sz w:val="15"/>
              </w:rPr>
              <w:t>Neconformități și acțiuni corective</w:t>
            </w:r>
          </w:p>
        </w:tc>
        <w:tc>
          <w:tcPr>
            <w:tcW w:w="5783" w:type="dxa"/>
            <w:shd w:val="clear" w:color="auto" w:fill="FAFAFA"/>
            <w:tcMar>
              <w:top w:w="70" w:type="dxa"/>
              <w:left w:w="85" w:type="dxa"/>
              <w:bottom w:w="70" w:type="dxa"/>
              <w:right w:w="85" w:type="dxa"/>
            </w:tcMar>
            <w:vAlign w:val="center"/>
          </w:tcPr>
          <w:p w14:paraId="11B8FFB9" w14:textId="77777777" w:rsidR="00C16128" w:rsidRDefault="00000000">
            <w:pPr>
              <w:spacing w:after="0" w:line="240" w:lineRule="auto"/>
            </w:pPr>
            <w:r>
              <w:rPr>
                <w:sz w:val="15"/>
              </w:rPr>
              <w:t>Natura abaterii, cauze, acțiuni, rezultate și verificarea eficacității.</w:t>
            </w:r>
          </w:p>
        </w:tc>
        <w:tc>
          <w:tcPr>
            <w:tcW w:w="1417" w:type="dxa"/>
            <w:shd w:val="clear" w:color="auto" w:fill="FAFAFA"/>
            <w:tcMar>
              <w:top w:w="70" w:type="dxa"/>
              <w:left w:w="85" w:type="dxa"/>
              <w:bottom w:w="70" w:type="dxa"/>
              <w:right w:w="85" w:type="dxa"/>
            </w:tcMar>
            <w:vAlign w:val="center"/>
          </w:tcPr>
          <w:p w14:paraId="01371B13" w14:textId="77777777" w:rsidR="00C16128" w:rsidRDefault="00000000">
            <w:pPr>
              <w:spacing w:after="0" w:line="240" w:lineRule="auto"/>
            </w:pPr>
            <w:r>
              <w:rPr>
                <w:sz w:val="15"/>
              </w:rPr>
              <w:t>10.1</w:t>
            </w:r>
          </w:p>
        </w:tc>
      </w:tr>
    </w:tbl>
    <w:p w14:paraId="0903EFA9" w14:textId="77777777" w:rsidR="00C16128" w:rsidRDefault="00C16128">
      <w:pPr>
        <w:spacing w:after="20"/>
      </w:pPr>
    </w:p>
    <w:p w14:paraId="770DEC4D" w14:textId="77777777" w:rsidR="00C16128" w:rsidRDefault="00000000">
      <w:pPr>
        <w:pStyle w:val="Heading2"/>
      </w:pPr>
      <w:r>
        <w:t>Documente condiționale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835"/>
        <w:gridCol w:w="4195"/>
        <w:gridCol w:w="2891"/>
      </w:tblGrid>
      <w:tr w:rsidR="00C16128" w14:paraId="573DBB66" w14:textId="77777777">
        <w:trPr>
          <w:tblHeader/>
          <w:jc w:val="center"/>
        </w:trPr>
        <w:tc>
          <w:tcPr>
            <w:tcW w:w="2835" w:type="dxa"/>
            <w:shd w:val="clear" w:color="auto" w:fill="D71920"/>
            <w:tcMar>
              <w:top w:w="70" w:type="dxa"/>
              <w:left w:w="85" w:type="dxa"/>
              <w:bottom w:w="70" w:type="dxa"/>
              <w:right w:w="85" w:type="dxa"/>
            </w:tcMar>
            <w:vAlign w:val="center"/>
          </w:tcPr>
          <w:p w14:paraId="6C2F31DE" w14:textId="77777777" w:rsidR="00C16128" w:rsidRDefault="00000000">
            <w:pPr>
              <w:spacing w:after="0" w:line="240" w:lineRule="auto"/>
              <w:jc w:val="center"/>
            </w:pPr>
            <w:r>
              <w:rPr>
                <w:b/>
                <w:color w:val="FFFFFF"/>
                <w:sz w:val="15"/>
              </w:rPr>
              <w:t>DOCUMENT / DOVADĂ</w:t>
            </w:r>
          </w:p>
        </w:tc>
        <w:tc>
          <w:tcPr>
            <w:tcW w:w="4195" w:type="dxa"/>
            <w:shd w:val="clear" w:color="auto" w:fill="D71920"/>
            <w:tcMar>
              <w:top w:w="70" w:type="dxa"/>
              <w:left w:w="85" w:type="dxa"/>
              <w:bottom w:w="70" w:type="dxa"/>
              <w:right w:w="85" w:type="dxa"/>
            </w:tcMar>
            <w:vAlign w:val="center"/>
          </w:tcPr>
          <w:p w14:paraId="69990111" w14:textId="77777777" w:rsidR="00C16128" w:rsidRDefault="00000000">
            <w:pPr>
              <w:spacing w:after="0" w:line="240" w:lineRule="auto"/>
              <w:jc w:val="center"/>
            </w:pPr>
            <w:r>
              <w:rPr>
                <w:b/>
                <w:color w:val="FFFFFF"/>
                <w:sz w:val="15"/>
              </w:rPr>
              <w:t>CÂND DEVINE NECESAR</w:t>
            </w:r>
          </w:p>
        </w:tc>
        <w:tc>
          <w:tcPr>
            <w:tcW w:w="2891" w:type="dxa"/>
            <w:shd w:val="clear" w:color="auto" w:fill="D71920"/>
            <w:tcMar>
              <w:top w:w="70" w:type="dxa"/>
              <w:left w:w="85" w:type="dxa"/>
              <w:bottom w:w="70" w:type="dxa"/>
              <w:right w:w="85" w:type="dxa"/>
            </w:tcMar>
            <w:vAlign w:val="center"/>
          </w:tcPr>
          <w:p w14:paraId="2DCAC6EA" w14:textId="77777777" w:rsidR="00C16128" w:rsidRDefault="00000000">
            <w:pPr>
              <w:spacing w:after="0" w:line="240" w:lineRule="auto"/>
              <w:jc w:val="center"/>
            </w:pPr>
            <w:r>
              <w:rPr>
                <w:b/>
                <w:color w:val="FFFFFF"/>
                <w:sz w:val="15"/>
              </w:rPr>
              <w:t>BAZA DECIZIEI</w:t>
            </w:r>
          </w:p>
        </w:tc>
      </w:tr>
      <w:tr w:rsidR="00C16128" w14:paraId="6EC706D7" w14:textId="77777777">
        <w:trPr>
          <w:cantSplit/>
          <w:jc w:val="center"/>
        </w:trPr>
        <w:tc>
          <w:tcPr>
            <w:tcW w:w="2835" w:type="dxa"/>
            <w:shd w:val="clear" w:color="auto" w:fill="FFFFFF"/>
            <w:tcMar>
              <w:top w:w="70" w:type="dxa"/>
              <w:left w:w="85" w:type="dxa"/>
              <w:bottom w:w="70" w:type="dxa"/>
              <w:right w:w="85" w:type="dxa"/>
            </w:tcMar>
            <w:vAlign w:val="center"/>
          </w:tcPr>
          <w:p w14:paraId="764B2153" w14:textId="77777777" w:rsidR="00C16128" w:rsidRDefault="00000000">
            <w:pPr>
              <w:spacing w:after="0" w:line="240" w:lineRule="auto"/>
            </w:pPr>
            <w:r>
              <w:rPr>
                <w:sz w:val="15"/>
              </w:rPr>
              <w:t>Plan de control al alergenilor</w:t>
            </w:r>
          </w:p>
        </w:tc>
        <w:tc>
          <w:tcPr>
            <w:tcW w:w="4195" w:type="dxa"/>
            <w:shd w:val="clear" w:color="auto" w:fill="FFFFFF"/>
            <w:tcMar>
              <w:top w:w="70" w:type="dxa"/>
              <w:left w:w="85" w:type="dxa"/>
              <w:bottom w:w="70" w:type="dxa"/>
              <w:right w:w="85" w:type="dxa"/>
            </w:tcMar>
            <w:vAlign w:val="center"/>
          </w:tcPr>
          <w:p w14:paraId="3B4A7539" w14:textId="77777777" w:rsidR="00C16128" w:rsidRPr="000236A4" w:rsidRDefault="00000000">
            <w:pPr>
              <w:spacing w:after="0" w:line="240" w:lineRule="auto"/>
              <w:rPr>
                <w:lang w:val="fr-FR"/>
              </w:rPr>
            </w:pPr>
            <w:r w:rsidRPr="000236A4">
              <w:rPr>
                <w:sz w:val="15"/>
                <w:lang w:val="fr-FR"/>
              </w:rPr>
              <w:t>Există alergeni intenționați sau risc de contact încrucișat.</w:t>
            </w:r>
          </w:p>
        </w:tc>
        <w:tc>
          <w:tcPr>
            <w:tcW w:w="2891" w:type="dxa"/>
            <w:shd w:val="clear" w:color="auto" w:fill="FFFFFF"/>
            <w:tcMar>
              <w:top w:w="70" w:type="dxa"/>
              <w:left w:w="85" w:type="dxa"/>
              <w:bottom w:w="70" w:type="dxa"/>
              <w:right w:w="85" w:type="dxa"/>
            </w:tcMar>
            <w:vAlign w:val="center"/>
          </w:tcPr>
          <w:p w14:paraId="327FE027" w14:textId="77777777" w:rsidR="00C16128" w:rsidRDefault="00000000">
            <w:pPr>
              <w:spacing w:after="0" w:line="240" w:lineRule="auto"/>
            </w:pPr>
            <w:r>
              <w:rPr>
                <w:sz w:val="15"/>
              </w:rPr>
              <w:t>Produse, procese, legislație și cerințe client</w:t>
            </w:r>
          </w:p>
        </w:tc>
      </w:tr>
      <w:tr w:rsidR="00C16128" w14:paraId="2D01E03E" w14:textId="77777777">
        <w:trPr>
          <w:cantSplit/>
          <w:jc w:val="center"/>
        </w:trPr>
        <w:tc>
          <w:tcPr>
            <w:tcW w:w="2835" w:type="dxa"/>
            <w:shd w:val="clear" w:color="auto" w:fill="FAFAFA"/>
            <w:tcMar>
              <w:top w:w="70" w:type="dxa"/>
              <w:left w:w="85" w:type="dxa"/>
              <w:bottom w:w="70" w:type="dxa"/>
              <w:right w:w="85" w:type="dxa"/>
            </w:tcMar>
            <w:vAlign w:val="center"/>
          </w:tcPr>
          <w:p w14:paraId="645E5BAB" w14:textId="77777777" w:rsidR="00C16128" w:rsidRDefault="00000000">
            <w:pPr>
              <w:spacing w:after="0" w:line="240" w:lineRule="auto"/>
            </w:pPr>
            <w:r>
              <w:rPr>
                <w:sz w:val="15"/>
              </w:rPr>
              <w:t>Plan food defense / food fraud</w:t>
            </w:r>
          </w:p>
        </w:tc>
        <w:tc>
          <w:tcPr>
            <w:tcW w:w="4195" w:type="dxa"/>
            <w:shd w:val="clear" w:color="auto" w:fill="FAFAFA"/>
            <w:tcMar>
              <w:top w:w="70" w:type="dxa"/>
              <w:left w:w="85" w:type="dxa"/>
              <w:bottom w:w="70" w:type="dxa"/>
              <w:right w:w="85" w:type="dxa"/>
            </w:tcMar>
            <w:vAlign w:val="center"/>
          </w:tcPr>
          <w:p w14:paraId="12EF88D0" w14:textId="77777777" w:rsidR="00C16128" w:rsidRDefault="00000000">
            <w:pPr>
              <w:spacing w:after="0" w:line="240" w:lineRule="auto"/>
            </w:pPr>
            <w:r>
              <w:rPr>
                <w:sz w:val="15"/>
              </w:rPr>
              <w:t>Schema de certificare, clientul, legislația ori evaluarea vulnerabilității îl solicită.</w:t>
            </w:r>
          </w:p>
        </w:tc>
        <w:tc>
          <w:tcPr>
            <w:tcW w:w="2891" w:type="dxa"/>
            <w:shd w:val="clear" w:color="auto" w:fill="FAFAFA"/>
            <w:tcMar>
              <w:top w:w="70" w:type="dxa"/>
              <w:left w:w="85" w:type="dxa"/>
              <w:bottom w:w="70" w:type="dxa"/>
              <w:right w:w="85" w:type="dxa"/>
            </w:tcMar>
            <w:vAlign w:val="center"/>
          </w:tcPr>
          <w:p w14:paraId="0A60574D" w14:textId="77777777" w:rsidR="00C16128" w:rsidRDefault="00000000">
            <w:pPr>
              <w:spacing w:after="0" w:line="240" w:lineRule="auto"/>
            </w:pPr>
            <w:r>
              <w:rPr>
                <w:sz w:val="15"/>
              </w:rPr>
              <w:t>Cerințe externe și risc</w:t>
            </w:r>
          </w:p>
        </w:tc>
      </w:tr>
      <w:tr w:rsidR="00C16128" w14:paraId="5E23C7F5" w14:textId="77777777">
        <w:trPr>
          <w:cantSplit/>
          <w:jc w:val="center"/>
        </w:trPr>
        <w:tc>
          <w:tcPr>
            <w:tcW w:w="2835" w:type="dxa"/>
            <w:shd w:val="clear" w:color="auto" w:fill="FFFFFF"/>
            <w:tcMar>
              <w:top w:w="70" w:type="dxa"/>
              <w:left w:w="85" w:type="dxa"/>
              <w:bottom w:w="70" w:type="dxa"/>
              <w:right w:w="85" w:type="dxa"/>
            </w:tcMar>
            <w:vAlign w:val="center"/>
          </w:tcPr>
          <w:p w14:paraId="3C047800" w14:textId="77777777" w:rsidR="00C16128" w:rsidRDefault="00000000">
            <w:pPr>
              <w:spacing w:after="0" w:line="240" w:lineRule="auto"/>
            </w:pPr>
            <w:r>
              <w:rPr>
                <w:sz w:val="15"/>
              </w:rPr>
              <w:t>Plan de igienizare validat</w:t>
            </w:r>
          </w:p>
        </w:tc>
        <w:tc>
          <w:tcPr>
            <w:tcW w:w="4195" w:type="dxa"/>
            <w:shd w:val="clear" w:color="auto" w:fill="FFFFFF"/>
            <w:tcMar>
              <w:top w:w="70" w:type="dxa"/>
              <w:left w:w="85" w:type="dxa"/>
              <w:bottom w:w="70" w:type="dxa"/>
              <w:right w:w="85" w:type="dxa"/>
            </w:tcMar>
            <w:vAlign w:val="center"/>
          </w:tcPr>
          <w:p w14:paraId="127C6ACD" w14:textId="77777777" w:rsidR="00C16128" w:rsidRDefault="00000000">
            <w:pPr>
              <w:spacing w:after="0" w:line="240" w:lineRule="auto"/>
            </w:pPr>
            <w:r>
              <w:rPr>
                <w:sz w:val="15"/>
              </w:rPr>
              <w:t>Curățarea/dezinfectarea este esențială pentru controlul pericolelor.</w:t>
            </w:r>
          </w:p>
        </w:tc>
        <w:tc>
          <w:tcPr>
            <w:tcW w:w="2891" w:type="dxa"/>
            <w:shd w:val="clear" w:color="auto" w:fill="FFFFFF"/>
            <w:tcMar>
              <w:top w:w="70" w:type="dxa"/>
              <w:left w:w="85" w:type="dxa"/>
              <w:bottom w:w="70" w:type="dxa"/>
              <w:right w:w="85" w:type="dxa"/>
            </w:tcMar>
            <w:vAlign w:val="center"/>
          </w:tcPr>
          <w:p w14:paraId="4A19E2EF" w14:textId="77777777" w:rsidR="00C16128" w:rsidRDefault="00000000">
            <w:pPr>
              <w:spacing w:after="0" w:line="240" w:lineRule="auto"/>
            </w:pPr>
            <w:r>
              <w:rPr>
                <w:sz w:val="15"/>
              </w:rPr>
              <w:t>Analiza pericolelor și PRP</w:t>
            </w:r>
          </w:p>
        </w:tc>
      </w:tr>
      <w:tr w:rsidR="00C16128" w14:paraId="5D8D47B9" w14:textId="77777777">
        <w:trPr>
          <w:cantSplit/>
          <w:jc w:val="center"/>
        </w:trPr>
        <w:tc>
          <w:tcPr>
            <w:tcW w:w="2835" w:type="dxa"/>
            <w:shd w:val="clear" w:color="auto" w:fill="FAFAFA"/>
            <w:tcMar>
              <w:top w:w="70" w:type="dxa"/>
              <w:left w:w="85" w:type="dxa"/>
              <w:bottom w:w="70" w:type="dxa"/>
              <w:right w:w="85" w:type="dxa"/>
            </w:tcMar>
            <w:vAlign w:val="center"/>
          </w:tcPr>
          <w:p w14:paraId="1DBAF9BE" w14:textId="77777777" w:rsidR="00C16128" w:rsidRPr="000236A4" w:rsidRDefault="00000000">
            <w:pPr>
              <w:spacing w:after="0" w:line="240" w:lineRule="auto"/>
              <w:rPr>
                <w:lang w:val="fr-FR"/>
              </w:rPr>
            </w:pPr>
            <w:r w:rsidRPr="000236A4">
              <w:rPr>
                <w:sz w:val="15"/>
                <w:lang w:val="fr-FR"/>
              </w:rPr>
              <w:t>Plan de control corpuri străine</w:t>
            </w:r>
          </w:p>
        </w:tc>
        <w:tc>
          <w:tcPr>
            <w:tcW w:w="4195" w:type="dxa"/>
            <w:shd w:val="clear" w:color="auto" w:fill="FAFAFA"/>
            <w:tcMar>
              <w:top w:w="70" w:type="dxa"/>
              <w:left w:w="85" w:type="dxa"/>
              <w:bottom w:w="70" w:type="dxa"/>
              <w:right w:w="85" w:type="dxa"/>
            </w:tcMar>
            <w:vAlign w:val="center"/>
          </w:tcPr>
          <w:p w14:paraId="290BAB8B" w14:textId="77777777" w:rsidR="00C16128" w:rsidRPr="000236A4" w:rsidRDefault="00000000">
            <w:pPr>
              <w:spacing w:after="0" w:line="240" w:lineRule="auto"/>
              <w:rPr>
                <w:lang w:val="fr-FR"/>
              </w:rPr>
            </w:pPr>
            <w:r w:rsidRPr="000236A4">
              <w:rPr>
                <w:sz w:val="15"/>
                <w:lang w:val="fr-FR"/>
              </w:rPr>
              <w:t>Există risc relevant de contaminare fizică.</w:t>
            </w:r>
          </w:p>
        </w:tc>
        <w:tc>
          <w:tcPr>
            <w:tcW w:w="2891" w:type="dxa"/>
            <w:shd w:val="clear" w:color="auto" w:fill="FAFAFA"/>
            <w:tcMar>
              <w:top w:w="70" w:type="dxa"/>
              <w:left w:w="85" w:type="dxa"/>
              <w:bottom w:w="70" w:type="dxa"/>
              <w:right w:w="85" w:type="dxa"/>
            </w:tcMar>
            <w:vAlign w:val="center"/>
          </w:tcPr>
          <w:p w14:paraId="3FC0ABD8" w14:textId="77777777" w:rsidR="00C16128" w:rsidRDefault="00000000">
            <w:pPr>
              <w:spacing w:after="0" w:line="240" w:lineRule="auto"/>
            </w:pPr>
            <w:r>
              <w:rPr>
                <w:sz w:val="15"/>
              </w:rPr>
              <w:t>Analiza pericolelor</w:t>
            </w:r>
          </w:p>
        </w:tc>
      </w:tr>
      <w:tr w:rsidR="00C16128" w14:paraId="758A6271" w14:textId="77777777">
        <w:trPr>
          <w:cantSplit/>
          <w:jc w:val="center"/>
        </w:trPr>
        <w:tc>
          <w:tcPr>
            <w:tcW w:w="2835" w:type="dxa"/>
            <w:shd w:val="clear" w:color="auto" w:fill="FFFFFF"/>
            <w:tcMar>
              <w:top w:w="70" w:type="dxa"/>
              <w:left w:w="85" w:type="dxa"/>
              <w:bottom w:w="70" w:type="dxa"/>
              <w:right w:w="85" w:type="dxa"/>
            </w:tcMar>
            <w:vAlign w:val="center"/>
          </w:tcPr>
          <w:p w14:paraId="10055E46" w14:textId="77777777" w:rsidR="00C16128" w:rsidRDefault="00000000">
            <w:pPr>
              <w:spacing w:after="0" w:line="240" w:lineRule="auto"/>
            </w:pPr>
            <w:r>
              <w:rPr>
                <w:sz w:val="15"/>
              </w:rPr>
              <w:t>Plan de control temperatură</w:t>
            </w:r>
          </w:p>
        </w:tc>
        <w:tc>
          <w:tcPr>
            <w:tcW w:w="4195" w:type="dxa"/>
            <w:shd w:val="clear" w:color="auto" w:fill="FFFFFF"/>
            <w:tcMar>
              <w:top w:w="70" w:type="dxa"/>
              <w:left w:w="85" w:type="dxa"/>
              <w:bottom w:w="70" w:type="dxa"/>
              <w:right w:w="85" w:type="dxa"/>
            </w:tcMar>
            <w:vAlign w:val="center"/>
          </w:tcPr>
          <w:p w14:paraId="38FE63A5" w14:textId="77777777" w:rsidR="00C16128" w:rsidRDefault="00000000">
            <w:pPr>
              <w:spacing w:after="0" w:line="240" w:lineRule="auto"/>
            </w:pPr>
            <w:r>
              <w:rPr>
                <w:sz w:val="15"/>
              </w:rPr>
              <w:t>Lanțul frigorific sau tratamentele termice sunt critice.</w:t>
            </w:r>
          </w:p>
        </w:tc>
        <w:tc>
          <w:tcPr>
            <w:tcW w:w="2891" w:type="dxa"/>
            <w:shd w:val="clear" w:color="auto" w:fill="FFFFFF"/>
            <w:tcMar>
              <w:top w:w="70" w:type="dxa"/>
              <w:left w:w="85" w:type="dxa"/>
              <w:bottom w:w="70" w:type="dxa"/>
              <w:right w:w="85" w:type="dxa"/>
            </w:tcMar>
            <w:vAlign w:val="center"/>
          </w:tcPr>
          <w:p w14:paraId="12417DF9" w14:textId="77777777" w:rsidR="00C16128" w:rsidRDefault="00000000">
            <w:pPr>
              <w:spacing w:after="0" w:line="240" w:lineRule="auto"/>
            </w:pPr>
            <w:r>
              <w:rPr>
                <w:sz w:val="15"/>
              </w:rPr>
              <w:t>Produs, proces și cerințe legale</w:t>
            </w:r>
          </w:p>
        </w:tc>
      </w:tr>
      <w:tr w:rsidR="00C16128" w14:paraId="02227318" w14:textId="77777777">
        <w:trPr>
          <w:cantSplit/>
          <w:jc w:val="center"/>
        </w:trPr>
        <w:tc>
          <w:tcPr>
            <w:tcW w:w="2835" w:type="dxa"/>
            <w:shd w:val="clear" w:color="auto" w:fill="FAFAFA"/>
            <w:tcMar>
              <w:top w:w="70" w:type="dxa"/>
              <w:left w:w="85" w:type="dxa"/>
              <w:bottom w:w="70" w:type="dxa"/>
              <w:right w:w="85" w:type="dxa"/>
            </w:tcMar>
            <w:vAlign w:val="center"/>
          </w:tcPr>
          <w:p w14:paraId="58EF709A" w14:textId="77777777" w:rsidR="00C16128" w:rsidRDefault="00000000">
            <w:pPr>
              <w:spacing w:after="0" w:line="240" w:lineRule="auto"/>
            </w:pPr>
            <w:r>
              <w:rPr>
                <w:sz w:val="15"/>
              </w:rPr>
              <w:t>Plan de eșantionare microbiologică</w:t>
            </w:r>
          </w:p>
        </w:tc>
        <w:tc>
          <w:tcPr>
            <w:tcW w:w="4195" w:type="dxa"/>
            <w:shd w:val="clear" w:color="auto" w:fill="FAFAFA"/>
            <w:tcMar>
              <w:top w:w="70" w:type="dxa"/>
              <w:left w:w="85" w:type="dxa"/>
              <w:bottom w:w="70" w:type="dxa"/>
              <w:right w:w="85" w:type="dxa"/>
            </w:tcMar>
            <w:vAlign w:val="center"/>
          </w:tcPr>
          <w:p w14:paraId="74BF9EFB" w14:textId="77777777" w:rsidR="00C16128" w:rsidRDefault="00000000">
            <w:pPr>
              <w:spacing w:after="0" w:line="240" w:lineRule="auto"/>
            </w:pPr>
            <w:r>
              <w:rPr>
                <w:sz w:val="15"/>
              </w:rPr>
              <w:t>Verificarea igienei sau produsului necesită analize.</w:t>
            </w:r>
          </w:p>
        </w:tc>
        <w:tc>
          <w:tcPr>
            <w:tcW w:w="2891" w:type="dxa"/>
            <w:shd w:val="clear" w:color="auto" w:fill="FAFAFA"/>
            <w:tcMar>
              <w:top w:w="70" w:type="dxa"/>
              <w:left w:w="85" w:type="dxa"/>
              <w:bottom w:w="70" w:type="dxa"/>
              <w:right w:w="85" w:type="dxa"/>
            </w:tcMar>
            <w:vAlign w:val="center"/>
          </w:tcPr>
          <w:p w14:paraId="7642F79F" w14:textId="77777777" w:rsidR="00C16128" w:rsidRDefault="00000000">
            <w:pPr>
              <w:spacing w:after="0" w:line="240" w:lineRule="auto"/>
            </w:pPr>
            <w:r>
              <w:rPr>
                <w:sz w:val="15"/>
              </w:rPr>
              <w:t>Risc, legislație și criterii microbiologice</w:t>
            </w:r>
          </w:p>
        </w:tc>
      </w:tr>
      <w:tr w:rsidR="00C16128" w14:paraId="2D791A75" w14:textId="77777777">
        <w:trPr>
          <w:cantSplit/>
          <w:jc w:val="center"/>
        </w:trPr>
        <w:tc>
          <w:tcPr>
            <w:tcW w:w="2835" w:type="dxa"/>
            <w:shd w:val="clear" w:color="auto" w:fill="FFFFFF"/>
            <w:tcMar>
              <w:top w:w="70" w:type="dxa"/>
              <w:left w:w="85" w:type="dxa"/>
              <w:bottom w:w="70" w:type="dxa"/>
              <w:right w:w="85" w:type="dxa"/>
            </w:tcMar>
            <w:vAlign w:val="center"/>
          </w:tcPr>
          <w:p w14:paraId="7EA61B95" w14:textId="77777777" w:rsidR="00C16128" w:rsidRDefault="00000000">
            <w:pPr>
              <w:spacing w:after="0" w:line="240" w:lineRule="auto"/>
            </w:pPr>
            <w:r>
              <w:rPr>
                <w:sz w:val="15"/>
              </w:rPr>
              <w:t>Specificații pentru ambalaje și materiale în contact</w:t>
            </w:r>
          </w:p>
        </w:tc>
        <w:tc>
          <w:tcPr>
            <w:tcW w:w="4195" w:type="dxa"/>
            <w:shd w:val="clear" w:color="auto" w:fill="FFFFFF"/>
            <w:tcMar>
              <w:top w:w="70" w:type="dxa"/>
              <w:left w:w="85" w:type="dxa"/>
              <w:bottom w:w="70" w:type="dxa"/>
              <w:right w:w="85" w:type="dxa"/>
            </w:tcMar>
            <w:vAlign w:val="center"/>
          </w:tcPr>
          <w:p w14:paraId="457D285B" w14:textId="77777777" w:rsidR="00C16128" w:rsidRDefault="00000000">
            <w:pPr>
              <w:spacing w:after="0" w:line="240" w:lineRule="auto"/>
            </w:pPr>
            <w:r>
              <w:rPr>
                <w:sz w:val="15"/>
              </w:rPr>
              <w:t>Materialele pot influența siguranța produsului.</w:t>
            </w:r>
          </w:p>
        </w:tc>
        <w:tc>
          <w:tcPr>
            <w:tcW w:w="2891" w:type="dxa"/>
            <w:shd w:val="clear" w:color="auto" w:fill="FFFFFF"/>
            <w:tcMar>
              <w:top w:w="70" w:type="dxa"/>
              <w:left w:w="85" w:type="dxa"/>
              <w:bottom w:w="70" w:type="dxa"/>
              <w:right w:w="85" w:type="dxa"/>
            </w:tcMar>
            <w:vAlign w:val="center"/>
          </w:tcPr>
          <w:p w14:paraId="6D81F3F6" w14:textId="77777777" w:rsidR="00C16128" w:rsidRDefault="00000000">
            <w:pPr>
              <w:spacing w:after="0" w:line="240" w:lineRule="auto"/>
            </w:pPr>
            <w:r>
              <w:rPr>
                <w:sz w:val="15"/>
              </w:rPr>
              <w:t>Utilizare, migrare și cerințe legale</w:t>
            </w:r>
          </w:p>
        </w:tc>
      </w:tr>
      <w:tr w:rsidR="00C16128" w14:paraId="0A605528" w14:textId="77777777">
        <w:trPr>
          <w:cantSplit/>
          <w:jc w:val="center"/>
        </w:trPr>
        <w:tc>
          <w:tcPr>
            <w:tcW w:w="2835" w:type="dxa"/>
            <w:shd w:val="clear" w:color="auto" w:fill="FAFAFA"/>
            <w:tcMar>
              <w:top w:w="70" w:type="dxa"/>
              <w:left w:w="85" w:type="dxa"/>
              <w:bottom w:w="70" w:type="dxa"/>
              <w:right w:w="85" w:type="dxa"/>
            </w:tcMar>
            <w:vAlign w:val="center"/>
          </w:tcPr>
          <w:p w14:paraId="19F8B82C" w14:textId="77777777" w:rsidR="00C16128" w:rsidRDefault="00000000">
            <w:pPr>
              <w:spacing w:after="0" w:line="240" w:lineRule="auto"/>
            </w:pPr>
            <w:r>
              <w:rPr>
                <w:sz w:val="15"/>
              </w:rPr>
              <w:t>Procedură de rework / reprocesare</w:t>
            </w:r>
          </w:p>
        </w:tc>
        <w:tc>
          <w:tcPr>
            <w:tcW w:w="4195" w:type="dxa"/>
            <w:shd w:val="clear" w:color="auto" w:fill="FAFAFA"/>
            <w:tcMar>
              <w:top w:w="70" w:type="dxa"/>
              <w:left w:w="85" w:type="dxa"/>
              <w:bottom w:w="70" w:type="dxa"/>
              <w:right w:w="85" w:type="dxa"/>
            </w:tcMar>
            <w:vAlign w:val="center"/>
          </w:tcPr>
          <w:p w14:paraId="75BE3644" w14:textId="77777777" w:rsidR="00C16128" w:rsidRDefault="00000000">
            <w:pPr>
              <w:spacing w:after="0" w:line="240" w:lineRule="auto"/>
            </w:pPr>
            <w:r>
              <w:rPr>
                <w:sz w:val="15"/>
              </w:rPr>
              <w:t>Reintroducerea produsului este permisă.</w:t>
            </w:r>
          </w:p>
        </w:tc>
        <w:tc>
          <w:tcPr>
            <w:tcW w:w="2891" w:type="dxa"/>
            <w:shd w:val="clear" w:color="auto" w:fill="FAFAFA"/>
            <w:tcMar>
              <w:top w:w="70" w:type="dxa"/>
              <w:left w:w="85" w:type="dxa"/>
              <w:bottom w:w="70" w:type="dxa"/>
              <w:right w:w="85" w:type="dxa"/>
            </w:tcMar>
            <w:vAlign w:val="center"/>
          </w:tcPr>
          <w:p w14:paraId="1D34B715" w14:textId="77777777" w:rsidR="00C16128" w:rsidRDefault="00000000">
            <w:pPr>
              <w:spacing w:after="0" w:line="240" w:lineRule="auto"/>
            </w:pPr>
            <w:r>
              <w:rPr>
                <w:sz w:val="15"/>
              </w:rPr>
              <w:t>Analiza pericolelor și trasabilitate</w:t>
            </w:r>
          </w:p>
        </w:tc>
      </w:tr>
      <w:tr w:rsidR="00C16128" w14:paraId="507B9CE8" w14:textId="77777777">
        <w:trPr>
          <w:cantSplit/>
          <w:jc w:val="center"/>
        </w:trPr>
        <w:tc>
          <w:tcPr>
            <w:tcW w:w="2835" w:type="dxa"/>
            <w:shd w:val="clear" w:color="auto" w:fill="FFFFFF"/>
            <w:tcMar>
              <w:top w:w="70" w:type="dxa"/>
              <w:left w:w="85" w:type="dxa"/>
              <w:bottom w:w="70" w:type="dxa"/>
              <w:right w:w="85" w:type="dxa"/>
            </w:tcMar>
            <w:vAlign w:val="center"/>
          </w:tcPr>
          <w:p w14:paraId="2CAF9FAC" w14:textId="77777777" w:rsidR="00C16128" w:rsidRDefault="00000000">
            <w:pPr>
              <w:spacing w:after="0" w:line="240" w:lineRule="auto"/>
            </w:pPr>
            <w:r>
              <w:rPr>
                <w:sz w:val="15"/>
              </w:rPr>
              <w:t>Plan pentru servicii externalizate</w:t>
            </w:r>
          </w:p>
        </w:tc>
        <w:tc>
          <w:tcPr>
            <w:tcW w:w="4195" w:type="dxa"/>
            <w:shd w:val="clear" w:color="auto" w:fill="FFFFFF"/>
            <w:tcMar>
              <w:top w:w="70" w:type="dxa"/>
              <w:left w:w="85" w:type="dxa"/>
              <w:bottom w:w="70" w:type="dxa"/>
              <w:right w:w="85" w:type="dxa"/>
            </w:tcMar>
            <w:vAlign w:val="center"/>
          </w:tcPr>
          <w:p w14:paraId="688D4F8A" w14:textId="77777777" w:rsidR="00C16128" w:rsidRDefault="00000000">
            <w:pPr>
              <w:spacing w:after="0" w:line="240" w:lineRule="auto"/>
            </w:pPr>
            <w:r>
              <w:rPr>
                <w:sz w:val="15"/>
              </w:rPr>
              <w:t>Depozitare, transport, laborator, dezinfecție sau alte servicii sunt externalizate.</w:t>
            </w:r>
          </w:p>
        </w:tc>
        <w:tc>
          <w:tcPr>
            <w:tcW w:w="2891" w:type="dxa"/>
            <w:shd w:val="clear" w:color="auto" w:fill="FFFFFF"/>
            <w:tcMar>
              <w:top w:w="70" w:type="dxa"/>
              <w:left w:w="85" w:type="dxa"/>
              <w:bottom w:w="70" w:type="dxa"/>
              <w:right w:w="85" w:type="dxa"/>
            </w:tcMar>
            <w:vAlign w:val="center"/>
          </w:tcPr>
          <w:p w14:paraId="10315AF8" w14:textId="77777777" w:rsidR="00C16128" w:rsidRDefault="00000000">
            <w:pPr>
              <w:spacing w:after="0" w:line="240" w:lineRule="auto"/>
            </w:pPr>
            <w:r>
              <w:rPr>
                <w:sz w:val="15"/>
              </w:rPr>
              <w:t>Control furnizori și risc</w:t>
            </w:r>
          </w:p>
        </w:tc>
      </w:tr>
    </w:tbl>
    <w:p w14:paraId="313F4EB1" w14:textId="77777777" w:rsidR="00C16128" w:rsidRDefault="00C16128">
      <w:pPr>
        <w:spacing w:after="20"/>
      </w:pPr>
    </w:p>
    <w:p w14:paraId="64BAB10B" w14:textId="77777777" w:rsidR="00C16128" w:rsidRDefault="00000000">
      <w:pPr>
        <w:pStyle w:val="Heading2"/>
      </w:pPr>
      <w:r>
        <w:t>Documente recomandate pentru control eficace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005"/>
        <w:gridCol w:w="5159"/>
        <w:gridCol w:w="1757"/>
      </w:tblGrid>
      <w:tr w:rsidR="00C16128" w14:paraId="6FD248FF" w14:textId="77777777">
        <w:trPr>
          <w:tblHeader/>
          <w:jc w:val="center"/>
        </w:trPr>
        <w:tc>
          <w:tcPr>
            <w:tcW w:w="3005" w:type="dxa"/>
            <w:shd w:val="clear" w:color="auto" w:fill="D71920"/>
            <w:tcMar>
              <w:top w:w="70" w:type="dxa"/>
              <w:left w:w="85" w:type="dxa"/>
              <w:bottom w:w="70" w:type="dxa"/>
              <w:right w:w="85" w:type="dxa"/>
            </w:tcMar>
            <w:vAlign w:val="center"/>
          </w:tcPr>
          <w:p w14:paraId="6926DD8B" w14:textId="77777777" w:rsidR="00C16128" w:rsidRDefault="00000000">
            <w:pPr>
              <w:spacing w:after="0" w:line="240" w:lineRule="auto"/>
              <w:jc w:val="center"/>
            </w:pPr>
            <w:r>
              <w:rPr>
                <w:b/>
                <w:color w:val="FFFFFF"/>
                <w:sz w:val="15"/>
              </w:rPr>
              <w:t>DOCUMENT</w:t>
            </w:r>
          </w:p>
        </w:tc>
        <w:tc>
          <w:tcPr>
            <w:tcW w:w="5159" w:type="dxa"/>
            <w:shd w:val="clear" w:color="auto" w:fill="D71920"/>
            <w:tcMar>
              <w:top w:w="70" w:type="dxa"/>
              <w:left w:w="85" w:type="dxa"/>
              <w:bottom w:w="70" w:type="dxa"/>
              <w:right w:w="85" w:type="dxa"/>
            </w:tcMar>
            <w:vAlign w:val="center"/>
          </w:tcPr>
          <w:p w14:paraId="130E0294" w14:textId="77777777" w:rsidR="00C16128" w:rsidRDefault="00000000">
            <w:pPr>
              <w:spacing w:after="0" w:line="240" w:lineRule="auto"/>
              <w:jc w:val="center"/>
            </w:pPr>
            <w:r>
              <w:rPr>
                <w:b/>
                <w:color w:val="FFFFFF"/>
                <w:sz w:val="15"/>
              </w:rPr>
              <w:t>VALOARE PRACTICĂ</w:t>
            </w:r>
          </w:p>
        </w:tc>
        <w:tc>
          <w:tcPr>
            <w:tcW w:w="1757" w:type="dxa"/>
            <w:shd w:val="clear" w:color="auto" w:fill="D71920"/>
            <w:tcMar>
              <w:top w:w="70" w:type="dxa"/>
              <w:left w:w="85" w:type="dxa"/>
              <w:bottom w:w="70" w:type="dxa"/>
              <w:right w:w="85" w:type="dxa"/>
            </w:tcMar>
            <w:vAlign w:val="center"/>
          </w:tcPr>
          <w:p w14:paraId="1B859C85" w14:textId="77777777" w:rsidR="00C16128" w:rsidRDefault="00000000">
            <w:pPr>
              <w:spacing w:after="0" w:line="240" w:lineRule="auto"/>
              <w:jc w:val="center"/>
            </w:pPr>
            <w:r>
              <w:rPr>
                <w:b/>
                <w:color w:val="FFFFFF"/>
                <w:sz w:val="15"/>
              </w:rPr>
              <w:t>PRIORITATE</w:t>
            </w:r>
          </w:p>
        </w:tc>
      </w:tr>
      <w:tr w:rsidR="00C16128" w14:paraId="638C5A76" w14:textId="77777777">
        <w:trPr>
          <w:cantSplit/>
          <w:jc w:val="center"/>
        </w:trPr>
        <w:tc>
          <w:tcPr>
            <w:tcW w:w="3005" w:type="dxa"/>
            <w:shd w:val="clear" w:color="auto" w:fill="FFFFFF"/>
            <w:tcMar>
              <w:top w:w="70" w:type="dxa"/>
              <w:left w:w="85" w:type="dxa"/>
              <w:bottom w:w="70" w:type="dxa"/>
              <w:right w:w="85" w:type="dxa"/>
            </w:tcMar>
            <w:vAlign w:val="center"/>
          </w:tcPr>
          <w:p w14:paraId="71473EB1" w14:textId="77777777" w:rsidR="00C16128" w:rsidRDefault="00000000">
            <w:pPr>
              <w:spacing w:after="0" w:line="240" w:lineRule="auto"/>
            </w:pPr>
            <w:r>
              <w:rPr>
                <w:sz w:val="15"/>
              </w:rPr>
              <w:t>Manual / hartă SMSA</w:t>
            </w:r>
          </w:p>
        </w:tc>
        <w:tc>
          <w:tcPr>
            <w:tcW w:w="5159" w:type="dxa"/>
            <w:shd w:val="clear" w:color="auto" w:fill="FFFFFF"/>
            <w:tcMar>
              <w:top w:w="70" w:type="dxa"/>
              <w:left w:w="85" w:type="dxa"/>
              <w:bottom w:w="70" w:type="dxa"/>
              <w:right w:w="85" w:type="dxa"/>
            </w:tcMar>
            <w:vAlign w:val="center"/>
          </w:tcPr>
          <w:p w14:paraId="553D0768" w14:textId="77777777" w:rsidR="00C16128" w:rsidRDefault="00000000">
            <w:pPr>
              <w:spacing w:after="0" w:line="240" w:lineRule="auto"/>
            </w:pPr>
            <w:r>
              <w:rPr>
                <w:sz w:val="15"/>
              </w:rPr>
              <w:t>Arată procesele, interacțiunile, responsabilitățile și legătura dintre PRP, analiza pericolelor și control.</w:t>
            </w:r>
          </w:p>
        </w:tc>
        <w:tc>
          <w:tcPr>
            <w:tcW w:w="1757" w:type="dxa"/>
            <w:shd w:val="clear" w:color="auto" w:fill="FFFFFF"/>
            <w:tcMar>
              <w:top w:w="70" w:type="dxa"/>
              <w:left w:w="85" w:type="dxa"/>
              <w:bottom w:w="70" w:type="dxa"/>
              <w:right w:w="85" w:type="dxa"/>
            </w:tcMar>
            <w:vAlign w:val="center"/>
          </w:tcPr>
          <w:p w14:paraId="21520B68" w14:textId="77777777" w:rsidR="00C16128" w:rsidRDefault="00000000">
            <w:pPr>
              <w:spacing w:after="0" w:line="240" w:lineRule="auto"/>
            </w:pPr>
            <w:r>
              <w:rPr>
                <w:sz w:val="15"/>
              </w:rPr>
              <w:t>Ridicată</w:t>
            </w:r>
          </w:p>
        </w:tc>
      </w:tr>
      <w:tr w:rsidR="00C16128" w14:paraId="7ADA4951" w14:textId="77777777">
        <w:trPr>
          <w:cantSplit/>
          <w:jc w:val="center"/>
        </w:trPr>
        <w:tc>
          <w:tcPr>
            <w:tcW w:w="3005" w:type="dxa"/>
            <w:shd w:val="clear" w:color="auto" w:fill="FAFAFA"/>
            <w:tcMar>
              <w:top w:w="70" w:type="dxa"/>
              <w:left w:w="85" w:type="dxa"/>
              <w:bottom w:w="70" w:type="dxa"/>
              <w:right w:w="85" w:type="dxa"/>
            </w:tcMar>
            <w:vAlign w:val="center"/>
          </w:tcPr>
          <w:p w14:paraId="1A775E3A" w14:textId="77777777" w:rsidR="00C16128" w:rsidRDefault="00000000">
            <w:pPr>
              <w:spacing w:after="0" w:line="240" w:lineRule="auto"/>
            </w:pPr>
            <w:r>
              <w:rPr>
                <w:sz w:val="15"/>
              </w:rPr>
              <w:t>Registru cerințe legale și client</w:t>
            </w:r>
          </w:p>
        </w:tc>
        <w:tc>
          <w:tcPr>
            <w:tcW w:w="5159" w:type="dxa"/>
            <w:shd w:val="clear" w:color="auto" w:fill="FAFAFA"/>
            <w:tcMar>
              <w:top w:w="70" w:type="dxa"/>
              <w:left w:w="85" w:type="dxa"/>
              <w:bottom w:w="70" w:type="dxa"/>
              <w:right w:w="85" w:type="dxa"/>
            </w:tcMar>
            <w:vAlign w:val="center"/>
          </w:tcPr>
          <w:p w14:paraId="7066861F" w14:textId="77777777" w:rsidR="00C16128" w:rsidRPr="000236A4" w:rsidRDefault="00000000">
            <w:pPr>
              <w:spacing w:after="0" w:line="240" w:lineRule="auto"/>
              <w:rPr>
                <w:lang w:val="fr-FR"/>
              </w:rPr>
            </w:pPr>
            <w:r w:rsidRPr="000236A4">
              <w:rPr>
                <w:sz w:val="15"/>
                <w:lang w:val="fr-FR"/>
              </w:rPr>
              <w:t>Transformă obligațiile în criterii, responsabili și dovezi verificabile.</w:t>
            </w:r>
          </w:p>
        </w:tc>
        <w:tc>
          <w:tcPr>
            <w:tcW w:w="1757" w:type="dxa"/>
            <w:shd w:val="clear" w:color="auto" w:fill="FAFAFA"/>
            <w:tcMar>
              <w:top w:w="70" w:type="dxa"/>
              <w:left w:w="85" w:type="dxa"/>
              <w:bottom w:w="70" w:type="dxa"/>
              <w:right w:w="85" w:type="dxa"/>
            </w:tcMar>
            <w:vAlign w:val="center"/>
          </w:tcPr>
          <w:p w14:paraId="2834562A" w14:textId="77777777" w:rsidR="00C16128" w:rsidRDefault="00000000">
            <w:pPr>
              <w:spacing w:after="0" w:line="240" w:lineRule="auto"/>
            </w:pPr>
            <w:r>
              <w:rPr>
                <w:sz w:val="15"/>
              </w:rPr>
              <w:t>Ridicată</w:t>
            </w:r>
          </w:p>
        </w:tc>
      </w:tr>
      <w:tr w:rsidR="00C16128" w14:paraId="0689B1F5" w14:textId="77777777">
        <w:trPr>
          <w:cantSplit/>
          <w:jc w:val="center"/>
        </w:trPr>
        <w:tc>
          <w:tcPr>
            <w:tcW w:w="3005" w:type="dxa"/>
            <w:shd w:val="clear" w:color="auto" w:fill="FFFFFF"/>
            <w:tcMar>
              <w:top w:w="70" w:type="dxa"/>
              <w:left w:w="85" w:type="dxa"/>
              <w:bottom w:w="70" w:type="dxa"/>
              <w:right w:w="85" w:type="dxa"/>
            </w:tcMar>
            <w:vAlign w:val="center"/>
          </w:tcPr>
          <w:p w14:paraId="233BB43E" w14:textId="77777777" w:rsidR="00C16128" w:rsidRDefault="00000000">
            <w:pPr>
              <w:spacing w:after="0" w:line="240" w:lineRule="auto"/>
            </w:pPr>
            <w:r>
              <w:rPr>
                <w:sz w:val="15"/>
              </w:rPr>
              <w:t>Matrice comunicare</w:t>
            </w:r>
          </w:p>
        </w:tc>
        <w:tc>
          <w:tcPr>
            <w:tcW w:w="5159" w:type="dxa"/>
            <w:shd w:val="clear" w:color="auto" w:fill="FFFFFF"/>
            <w:tcMar>
              <w:top w:w="70" w:type="dxa"/>
              <w:left w:w="85" w:type="dxa"/>
              <w:bottom w:w="70" w:type="dxa"/>
              <w:right w:w="85" w:type="dxa"/>
            </w:tcMar>
            <w:vAlign w:val="center"/>
          </w:tcPr>
          <w:p w14:paraId="447E8644" w14:textId="77777777" w:rsidR="00C16128" w:rsidRPr="000236A4" w:rsidRDefault="00000000">
            <w:pPr>
              <w:spacing w:after="0" w:line="240" w:lineRule="auto"/>
              <w:rPr>
                <w:lang w:val="fr-FR"/>
              </w:rPr>
            </w:pPr>
            <w:r w:rsidRPr="000236A4">
              <w:rPr>
                <w:sz w:val="15"/>
                <w:lang w:val="fr-FR"/>
              </w:rPr>
              <w:t>Clarifică ce informații se comunică intern și extern, cui, când și cine aprobă.</w:t>
            </w:r>
          </w:p>
        </w:tc>
        <w:tc>
          <w:tcPr>
            <w:tcW w:w="1757" w:type="dxa"/>
            <w:shd w:val="clear" w:color="auto" w:fill="FFFFFF"/>
            <w:tcMar>
              <w:top w:w="70" w:type="dxa"/>
              <w:left w:w="85" w:type="dxa"/>
              <w:bottom w:w="70" w:type="dxa"/>
              <w:right w:w="85" w:type="dxa"/>
            </w:tcMar>
            <w:vAlign w:val="center"/>
          </w:tcPr>
          <w:p w14:paraId="44F1AD14" w14:textId="77777777" w:rsidR="00C16128" w:rsidRDefault="00000000">
            <w:pPr>
              <w:spacing w:after="0" w:line="240" w:lineRule="auto"/>
            </w:pPr>
            <w:r>
              <w:rPr>
                <w:sz w:val="15"/>
              </w:rPr>
              <w:t>Medie</w:t>
            </w:r>
          </w:p>
        </w:tc>
      </w:tr>
      <w:tr w:rsidR="00C16128" w14:paraId="2908C4E0" w14:textId="77777777">
        <w:trPr>
          <w:cantSplit/>
          <w:jc w:val="center"/>
        </w:trPr>
        <w:tc>
          <w:tcPr>
            <w:tcW w:w="3005" w:type="dxa"/>
            <w:shd w:val="clear" w:color="auto" w:fill="FAFAFA"/>
            <w:tcMar>
              <w:top w:w="70" w:type="dxa"/>
              <w:left w:w="85" w:type="dxa"/>
              <w:bottom w:w="70" w:type="dxa"/>
              <w:right w:w="85" w:type="dxa"/>
            </w:tcMar>
            <w:vAlign w:val="center"/>
          </w:tcPr>
          <w:p w14:paraId="6B7CC7BD" w14:textId="77777777" w:rsidR="00C16128" w:rsidRDefault="00000000">
            <w:pPr>
              <w:spacing w:after="0" w:line="240" w:lineRule="auto"/>
            </w:pPr>
            <w:r>
              <w:rPr>
                <w:sz w:val="15"/>
              </w:rPr>
              <w:t>Registru furnizori și materiale critice</w:t>
            </w:r>
          </w:p>
        </w:tc>
        <w:tc>
          <w:tcPr>
            <w:tcW w:w="5159" w:type="dxa"/>
            <w:shd w:val="clear" w:color="auto" w:fill="FAFAFA"/>
            <w:tcMar>
              <w:top w:w="70" w:type="dxa"/>
              <w:left w:w="85" w:type="dxa"/>
              <w:bottom w:w="70" w:type="dxa"/>
              <w:right w:w="85" w:type="dxa"/>
            </w:tcMar>
            <w:vAlign w:val="center"/>
          </w:tcPr>
          <w:p w14:paraId="2D077F4B" w14:textId="77777777" w:rsidR="00C16128" w:rsidRDefault="00000000">
            <w:pPr>
              <w:spacing w:after="0" w:line="240" w:lineRule="auto"/>
            </w:pPr>
            <w:r>
              <w:rPr>
                <w:sz w:val="15"/>
              </w:rPr>
              <w:t>Corelează aprobarea, riscul, specificațiile și performanța.</w:t>
            </w:r>
          </w:p>
        </w:tc>
        <w:tc>
          <w:tcPr>
            <w:tcW w:w="1757" w:type="dxa"/>
            <w:shd w:val="clear" w:color="auto" w:fill="FAFAFA"/>
            <w:tcMar>
              <w:top w:w="70" w:type="dxa"/>
              <w:left w:w="85" w:type="dxa"/>
              <w:bottom w:w="70" w:type="dxa"/>
              <w:right w:w="85" w:type="dxa"/>
            </w:tcMar>
            <w:vAlign w:val="center"/>
          </w:tcPr>
          <w:p w14:paraId="13AB2DCD" w14:textId="77777777" w:rsidR="00C16128" w:rsidRDefault="00000000">
            <w:pPr>
              <w:spacing w:after="0" w:line="240" w:lineRule="auto"/>
            </w:pPr>
            <w:r>
              <w:rPr>
                <w:sz w:val="15"/>
              </w:rPr>
              <w:t>Ridicată</w:t>
            </w:r>
          </w:p>
        </w:tc>
      </w:tr>
      <w:tr w:rsidR="00C16128" w14:paraId="00FA06B8" w14:textId="77777777">
        <w:trPr>
          <w:cantSplit/>
          <w:jc w:val="center"/>
        </w:trPr>
        <w:tc>
          <w:tcPr>
            <w:tcW w:w="3005" w:type="dxa"/>
            <w:shd w:val="clear" w:color="auto" w:fill="FFFFFF"/>
            <w:tcMar>
              <w:top w:w="70" w:type="dxa"/>
              <w:left w:w="85" w:type="dxa"/>
              <w:bottom w:w="70" w:type="dxa"/>
              <w:right w:w="85" w:type="dxa"/>
            </w:tcMar>
            <w:vAlign w:val="center"/>
          </w:tcPr>
          <w:p w14:paraId="50759014" w14:textId="77777777" w:rsidR="00C16128" w:rsidRPr="000236A4" w:rsidRDefault="00000000">
            <w:pPr>
              <w:spacing w:after="0" w:line="240" w:lineRule="auto"/>
              <w:rPr>
                <w:lang w:val="fr-FR"/>
              </w:rPr>
            </w:pPr>
            <w:r w:rsidRPr="000236A4">
              <w:rPr>
                <w:sz w:val="15"/>
                <w:lang w:val="fr-FR"/>
              </w:rPr>
              <w:t>Plan de cultură a siguranței alimentelor</w:t>
            </w:r>
          </w:p>
        </w:tc>
        <w:tc>
          <w:tcPr>
            <w:tcW w:w="5159" w:type="dxa"/>
            <w:shd w:val="clear" w:color="auto" w:fill="FFFFFF"/>
            <w:tcMar>
              <w:top w:w="70" w:type="dxa"/>
              <w:left w:w="85" w:type="dxa"/>
              <w:bottom w:w="70" w:type="dxa"/>
              <w:right w:w="85" w:type="dxa"/>
            </w:tcMar>
            <w:vAlign w:val="center"/>
          </w:tcPr>
          <w:p w14:paraId="49252CC7" w14:textId="77777777" w:rsidR="00C16128" w:rsidRPr="000236A4" w:rsidRDefault="00000000">
            <w:pPr>
              <w:spacing w:after="0" w:line="240" w:lineRule="auto"/>
              <w:rPr>
                <w:lang w:val="fr-FR"/>
              </w:rPr>
            </w:pPr>
            <w:r w:rsidRPr="000236A4">
              <w:rPr>
                <w:sz w:val="15"/>
                <w:lang w:val="fr-FR"/>
              </w:rPr>
              <w:t>Transformă așteptările de comportament în acțiuni și indicatori.</w:t>
            </w:r>
          </w:p>
        </w:tc>
        <w:tc>
          <w:tcPr>
            <w:tcW w:w="1757" w:type="dxa"/>
            <w:shd w:val="clear" w:color="auto" w:fill="FFFFFF"/>
            <w:tcMar>
              <w:top w:w="70" w:type="dxa"/>
              <w:left w:w="85" w:type="dxa"/>
              <w:bottom w:w="70" w:type="dxa"/>
              <w:right w:w="85" w:type="dxa"/>
            </w:tcMar>
            <w:vAlign w:val="center"/>
          </w:tcPr>
          <w:p w14:paraId="32339C25" w14:textId="77777777" w:rsidR="00C16128" w:rsidRDefault="00000000">
            <w:pPr>
              <w:spacing w:after="0" w:line="240" w:lineRule="auto"/>
            </w:pPr>
            <w:r>
              <w:rPr>
                <w:sz w:val="15"/>
              </w:rPr>
              <w:t>Medie</w:t>
            </w:r>
          </w:p>
        </w:tc>
      </w:tr>
      <w:tr w:rsidR="00C16128" w14:paraId="7192FFA2" w14:textId="77777777">
        <w:trPr>
          <w:cantSplit/>
          <w:jc w:val="center"/>
        </w:trPr>
        <w:tc>
          <w:tcPr>
            <w:tcW w:w="3005" w:type="dxa"/>
            <w:shd w:val="clear" w:color="auto" w:fill="FAFAFA"/>
            <w:tcMar>
              <w:top w:w="70" w:type="dxa"/>
              <w:left w:w="85" w:type="dxa"/>
              <w:bottom w:w="70" w:type="dxa"/>
              <w:right w:w="85" w:type="dxa"/>
            </w:tcMar>
            <w:vAlign w:val="center"/>
          </w:tcPr>
          <w:p w14:paraId="12E07B11" w14:textId="77777777" w:rsidR="00C16128" w:rsidRPr="000236A4" w:rsidRDefault="00000000">
            <w:pPr>
              <w:spacing w:after="0" w:line="240" w:lineRule="auto"/>
              <w:rPr>
                <w:lang w:val="fr-FR"/>
              </w:rPr>
            </w:pPr>
            <w:r w:rsidRPr="000236A4">
              <w:rPr>
                <w:sz w:val="15"/>
                <w:lang w:val="fr-FR"/>
              </w:rPr>
              <w:t>Bibliotecă de criterii și justificări</w:t>
            </w:r>
          </w:p>
        </w:tc>
        <w:tc>
          <w:tcPr>
            <w:tcW w:w="5159" w:type="dxa"/>
            <w:shd w:val="clear" w:color="auto" w:fill="FAFAFA"/>
            <w:tcMar>
              <w:top w:w="70" w:type="dxa"/>
              <w:left w:w="85" w:type="dxa"/>
              <w:bottom w:w="70" w:type="dxa"/>
              <w:right w:w="85" w:type="dxa"/>
            </w:tcMar>
            <w:vAlign w:val="center"/>
          </w:tcPr>
          <w:p w14:paraId="48DDF3D3" w14:textId="77777777" w:rsidR="00C16128" w:rsidRPr="000236A4" w:rsidRDefault="00000000">
            <w:pPr>
              <w:spacing w:after="0" w:line="240" w:lineRule="auto"/>
              <w:rPr>
                <w:lang w:val="fr-FR"/>
              </w:rPr>
            </w:pPr>
            <w:r w:rsidRPr="000236A4">
              <w:rPr>
                <w:sz w:val="15"/>
                <w:lang w:val="fr-FR"/>
              </w:rPr>
              <w:t>Păstrează sursa limitelor, nivelurilor acceptabile și criteriilor de acțiune.</w:t>
            </w:r>
          </w:p>
        </w:tc>
        <w:tc>
          <w:tcPr>
            <w:tcW w:w="1757" w:type="dxa"/>
            <w:shd w:val="clear" w:color="auto" w:fill="FAFAFA"/>
            <w:tcMar>
              <w:top w:w="70" w:type="dxa"/>
              <w:left w:w="85" w:type="dxa"/>
              <w:bottom w:w="70" w:type="dxa"/>
              <w:right w:w="85" w:type="dxa"/>
            </w:tcMar>
            <w:vAlign w:val="center"/>
          </w:tcPr>
          <w:p w14:paraId="05DFB0EC" w14:textId="77777777" w:rsidR="00C16128" w:rsidRDefault="00000000">
            <w:pPr>
              <w:spacing w:after="0" w:line="240" w:lineRule="auto"/>
            </w:pPr>
            <w:r>
              <w:rPr>
                <w:sz w:val="15"/>
              </w:rPr>
              <w:t>Ridicată</w:t>
            </w:r>
          </w:p>
        </w:tc>
      </w:tr>
      <w:tr w:rsidR="00C16128" w14:paraId="33A9C4ED" w14:textId="77777777">
        <w:trPr>
          <w:cantSplit/>
          <w:jc w:val="center"/>
        </w:trPr>
        <w:tc>
          <w:tcPr>
            <w:tcW w:w="3005" w:type="dxa"/>
            <w:shd w:val="clear" w:color="auto" w:fill="FFFFFF"/>
            <w:tcMar>
              <w:top w:w="70" w:type="dxa"/>
              <w:left w:w="85" w:type="dxa"/>
              <w:bottom w:w="70" w:type="dxa"/>
              <w:right w:w="85" w:type="dxa"/>
            </w:tcMar>
            <w:vAlign w:val="center"/>
          </w:tcPr>
          <w:p w14:paraId="2F65E902" w14:textId="77777777" w:rsidR="00C16128" w:rsidRDefault="00000000">
            <w:pPr>
              <w:spacing w:after="0" w:line="240" w:lineRule="auto"/>
            </w:pPr>
            <w:r>
              <w:rPr>
                <w:sz w:val="15"/>
              </w:rPr>
              <w:t>Calendar verificări și validări</w:t>
            </w:r>
          </w:p>
        </w:tc>
        <w:tc>
          <w:tcPr>
            <w:tcW w:w="5159" w:type="dxa"/>
            <w:shd w:val="clear" w:color="auto" w:fill="FFFFFF"/>
            <w:tcMar>
              <w:top w:w="70" w:type="dxa"/>
              <w:left w:w="85" w:type="dxa"/>
              <w:bottom w:w="70" w:type="dxa"/>
              <w:right w:w="85" w:type="dxa"/>
            </w:tcMar>
            <w:vAlign w:val="center"/>
          </w:tcPr>
          <w:p w14:paraId="73A8AEA4" w14:textId="77777777" w:rsidR="00C16128" w:rsidRDefault="00000000">
            <w:pPr>
              <w:spacing w:after="0" w:line="240" w:lineRule="auto"/>
            </w:pPr>
            <w:r>
              <w:rPr>
                <w:sz w:val="15"/>
              </w:rPr>
              <w:t>Previne omisiunile și clarifică frecvența, metoda și responsabilul.</w:t>
            </w:r>
          </w:p>
        </w:tc>
        <w:tc>
          <w:tcPr>
            <w:tcW w:w="1757" w:type="dxa"/>
            <w:shd w:val="clear" w:color="auto" w:fill="FFFFFF"/>
            <w:tcMar>
              <w:top w:w="70" w:type="dxa"/>
              <w:left w:w="85" w:type="dxa"/>
              <w:bottom w:w="70" w:type="dxa"/>
              <w:right w:w="85" w:type="dxa"/>
            </w:tcMar>
            <w:vAlign w:val="center"/>
          </w:tcPr>
          <w:p w14:paraId="2940BD45" w14:textId="77777777" w:rsidR="00C16128" w:rsidRDefault="00000000">
            <w:pPr>
              <w:spacing w:after="0" w:line="240" w:lineRule="auto"/>
            </w:pPr>
            <w:r>
              <w:rPr>
                <w:sz w:val="15"/>
              </w:rPr>
              <w:t>Ridicată</w:t>
            </w:r>
          </w:p>
        </w:tc>
      </w:tr>
      <w:tr w:rsidR="00C16128" w14:paraId="55BFFDC9" w14:textId="77777777">
        <w:trPr>
          <w:cantSplit/>
          <w:jc w:val="center"/>
        </w:trPr>
        <w:tc>
          <w:tcPr>
            <w:tcW w:w="3005" w:type="dxa"/>
            <w:shd w:val="clear" w:color="auto" w:fill="FAFAFA"/>
            <w:tcMar>
              <w:top w:w="70" w:type="dxa"/>
              <w:left w:w="85" w:type="dxa"/>
              <w:bottom w:w="70" w:type="dxa"/>
              <w:right w:w="85" w:type="dxa"/>
            </w:tcMar>
            <w:vAlign w:val="center"/>
          </w:tcPr>
          <w:p w14:paraId="12F48F2B" w14:textId="77777777" w:rsidR="00C16128" w:rsidRDefault="00000000">
            <w:pPr>
              <w:spacing w:after="0" w:line="240" w:lineRule="auto"/>
            </w:pPr>
            <w:r>
              <w:rPr>
                <w:sz w:val="15"/>
              </w:rPr>
              <w:t>Registru schimbări</w:t>
            </w:r>
          </w:p>
        </w:tc>
        <w:tc>
          <w:tcPr>
            <w:tcW w:w="5159" w:type="dxa"/>
            <w:shd w:val="clear" w:color="auto" w:fill="FAFAFA"/>
            <w:tcMar>
              <w:top w:w="70" w:type="dxa"/>
              <w:left w:w="85" w:type="dxa"/>
              <w:bottom w:w="70" w:type="dxa"/>
              <w:right w:w="85" w:type="dxa"/>
            </w:tcMar>
            <w:vAlign w:val="center"/>
          </w:tcPr>
          <w:p w14:paraId="4B251AA5" w14:textId="77777777" w:rsidR="00C16128" w:rsidRDefault="00000000">
            <w:pPr>
              <w:spacing w:after="0" w:line="240" w:lineRule="auto"/>
            </w:pPr>
            <w:r>
              <w:rPr>
                <w:sz w:val="15"/>
              </w:rPr>
              <w:t>Asigură reevaluarea pericolelor și actualizarea documentelor înainte de implementare.</w:t>
            </w:r>
          </w:p>
        </w:tc>
        <w:tc>
          <w:tcPr>
            <w:tcW w:w="1757" w:type="dxa"/>
            <w:shd w:val="clear" w:color="auto" w:fill="FAFAFA"/>
            <w:tcMar>
              <w:top w:w="70" w:type="dxa"/>
              <w:left w:w="85" w:type="dxa"/>
              <w:bottom w:w="70" w:type="dxa"/>
              <w:right w:w="85" w:type="dxa"/>
            </w:tcMar>
            <w:vAlign w:val="center"/>
          </w:tcPr>
          <w:p w14:paraId="697C045B" w14:textId="77777777" w:rsidR="00C16128" w:rsidRDefault="00000000">
            <w:pPr>
              <w:spacing w:after="0" w:line="240" w:lineRule="auto"/>
            </w:pPr>
            <w:r>
              <w:rPr>
                <w:sz w:val="15"/>
              </w:rPr>
              <w:t>Medie</w:t>
            </w:r>
          </w:p>
        </w:tc>
      </w:tr>
    </w:tbl>
    <w:p w14:paraId="4177E2FC" w14:textId="77777777" w:rsidR="00C16128" w:rsidRDefault="00C16128">
      <w:pPr>
        <w:spacing w:after="20"/>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C16128" w:rsidRPr="000236A4" w14:paraId="7BFFD5D7" w14:textId="77777777">
        <w:trPr>
          <w:cantSplit/>
          <w:jc w:val="center"/>
        </w:trPr>
        <w:tc>
          <w:tcPr>
            <w:tcW w:w="567" w:type="dxa"/>
            <w:shd w:val="clear" w:color="auto" w:fill="D71920"/>
            <w:tcMar>
              <w:top w:w="70" w:type="dxa"/>
              <w:left w:w="85" w:type="dxa"/>
              <w:bottom w:w="70" w:type="dxa"/>
              <w:right w:w="85" w:type="dxa"/>
            </w:tcMar>
            <w:vAlign w:val="center"/>
          </w:tcPr>
          <w:p w14:paraId="2F4BA4A8" w14:textId="77777777" w:rsidR="00C16128" w:rsidRDefault="00000000">
            <w:pPr>
              <w:spacing w:after="0" w:line="240" w:lineRule="auto"/>
              <w:jc w:val="center"/>
            </w:pPr>
            <w:r>
              <w:rPr>
                <w:b/>
                <w:color w:val="FFFFFF"/>
                <w:sz w:val="30"/>
              </w:rPr>
              <w:t>!</w:t>
            </w:r>
          </w:p>
        </w:tc>
        <w:tc>
          <w:tcPr>
            <w:tcW w:w="9354" w:type="dxa"/>
            <w:shd w:val="clear" w:color="auto" w:fill="FCEBEC"/>
          </w:tcPr>
          <w:p w14:paraId="03F882F9" w14:textId="77777777" w:rsidR="00C16128" w:rsidRPr="000236A4" w:rsidRDefault="00000000">
            <w:pPr>
              <w:spacing w:after="20"/>
              <w:rPr>
                <w:lang w:val="fr-FR"/>
              </w:rPr>
            </w:pPr>
            <w:r w:rsidRPr="000236A4">
              <w:rPr>
                <w:b/>
                <w:color w:val="D71920"/>
                <w:sz w:val="17"/>
                <w:lang w:val="fr-FR"/>
              </w:rPr>
              <w:t>INTERPRETAREA CORECTĂ PENTRU ISO 22000</w:t>
            </w:r>
          </w:p>
          <w:p w14:paraId="6FC537F0" w14:textId="77777777" w:rsidR="00C16128" w:rsidRPr="000236A4" w:rsidRDefault="00000000">
            <w:pPr>
              <w:spacing w:after="0" w:line="247" w:lineRule="auto"/>
              <w:rPr>
                <w:lang w:val="fr-FR"/>
              </w:rPr>
            </w:pPr>
            <w:r w:rsidRPr="000236A4">
              <w:rPr>
                <w:sz w:val="16"/>
                <w:lang w:val="fr-FR"/>
              </w:rPr>
              <w:t>ISO 22000 nu impune un „manual HACCP” într-un format unic. Organizația trebuie să păstreze informația suficientă pentru a demonstra raționamentul tehnic, controlul pericolelor și rezultatele. Cerințele legale, ale clienților și ale schemelor recunoscute pot adăuga documente suplimentare.</w:t>
            </w:r>
          </w:p>
        </w:tc>
      </w:tr>
    </w:tbl>
    <w:p w14:paraId="20BB896D" w14:textId="77777777" w:rsidR="00C16128" w:rsidRPr="000236A4" w:rsidRDefault="00C16128">
      <w:pPr>
        <w:spacing w:after="0"/>
        <w:rPr>
          <w:lang w:val="fr-FR"/>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C16128" w14:paraId="13A5372C" w14:textId="77777777">
        <w:trPr>
          <w:cantSplit/>
          <w:jc w:val="center"/>
        </w:trPr>
        <w:tc>
          <w:tcPr>
            <w:tcW w:w="1020" w:type="dxa"/>
            <w:shd w:val="clear" w:color="auto" w:fill="D71920"/>
            <w:tcMar>
              <w:top w:w="70" w:type="dxa"/>
              <w:left w:w="85" w:type="dxa"/>
              <w:bottom w:w="70" w:type="dxa"/>
              <w:right w:w="85" w:type="dxa"/>
            </w:tcMar>
            <w:vAlign w:val="center"/>
          </w:tcPr>
          <w:p w14:paraId="5593D8DD" w14:textId="77777777" w:rsidR="00C16128" w:rsidRDefault="00000000">
            <w:pPr>
              <w:spacing w:after="0" w:line="240" w:lineRule="auto"/>
              <w:jc w:val="center"/>
            </w:pPr>
            <w:r>
              <w:rPr>
                <w:b/>
                <w:color w:val="FFFFFF"/>
                <w:sz w:val="34"/>
              </w:rPr>
              <w:t>3</w:t>
            </w:r>
          </w:p>
        </w:tc>
        <w:tc>
          <w:tcPr>
            <w:tcW w:w="8901" w:type="dxa"/>
            <w:shd w:val="clear" w:color="auto" w:fill="F3F4F5"/>
          </w:tcPr>
          <w:p w14:paraId="23F36DF4" w14:textId="77777777" w:rsidR="00C16128" w:rsidRDefault="00000000">
            <w:pPr>
              <w:spacing w:after="20"/>
            </w:pPr>
            <w:r>
              <w:rPr>
                <w:b/>
                <w:sz w:val="27"/>
              </w:rPr>
              <w:t>Arhitectura documentară recomandată</w:t>
            </w:r>
          </w:p>
          <w:p w14:paraId="4CCDF10C" w14:textId="77777777" w:rsidR="00C16128" w:rsidRDefault="00000000">
            <w:pPr>
              <w:spacing w:after="0"/>
            </w:pPr>
            <w:r>
              <w:rPr>
                <w:color w:val="666666"/>
                <w:sz w:val="16"/>
              </w:rPr>
              <w:t>O structură simplă reduce duplicarea și ajută utilizatorii să găsească informația corectă</w:t>
            </w:r>
          </w:p>
        </w:tc>
      </w:tr>
    </w:tbl>
    <w:p w14:paraId="44425658" w14:textId="77777777" w:rsidR="00C16128" w:rsidRDefault="00C16128">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247"/>
        <w:gridCol w:w="2211"/>
        <w:gridCol w:w="4365"/>
        <w:gridCol w:w="2098"/>
      </w:tblGrid>
      <w:tr w:rsidR="00C16128" w14:paraId="0959406A" w14:textId="77777777">
        <w:trPr>
          <w:tblHeader/>
          <w:jc w:val="center"/>
        </w:trPr>
        <w:tc>
          <w:tcPr>
            <w:tcW w:w="1247" w:type="dxa"/>
            <w:shd w:val="clear" w:color="auto" w:fill="D71920"/>
            <w:tcMar>
              <w:top w:w="70" w:type="dxa"/>
              <w:left w:w="85" w:type="dxa"/>
              <w:bottom w:w="70" w:type="dxa"/>
              <w:right w:w="85" w:type="dxa"/>
            </w:tcMar>
            <w:vAlign w:val="center"/>
          </w:tcPr>
          <w:p w14:paraId="3FF7531F" w14:textId="77777777" w:rsidR="00C16128" w:rsidRDefault="00000000">
            <w:pPr>
              <w:spacing w:after="0" w:line="240" w:lineRule="auto"/>
              <w:jc w:val="center"/>
            </w:pPr>
            <w:r>
              <w:rPr>
                <w:b/>
                <w:color w:val="FFFFFF"/>
                <w:sz w:val="15"/>
              </w:rPr>
              <w:t>NIVEL</w:t>
            </w:r>
          </w:p>
        </w:tc>
        <w:tc>
          <w:tcPr>
            <w:tcW w:w="2211" w:type="dxa"/>
            <w:shd w:val="clear" w:color="auto" w:fill="D71920"/>
            <w:tcMar>
              <w:top w:w="70" w:type="dxa"/>
              <w:left w:w="85" w:type="dxa"/>
              <w:bottom w:w="70" w:type="dxa"/>
              <w:right w:w="85" w:type="dxa"/>
            </w:tcMar>
            <w:vAlign w:val="center"/>
          </w:tcPr>
          <w:p w14:paraId="0E3CAE59" w14:textId="77777777" w:rsidR="00C16128" w:rsidRDefault="00000000">
            <w:pPr>
              <w:spacing w:after="0" w:line="240" w:lineRule="auto"/>
              <w:jc w:val="center"/>
            </w:pPr>
            <w:r>
              <w:rPr>
                <w:b/>
                <w:color w:val="FFFFFF"/>
                <w:sz w:val="15"/>
              </w:rPr>
              <w:t>ROL</w:t>
            </w:r>
          </w:p>
        </w:tc>
        <w:tc>
          <w:tcPr>
            <w:tcW w:w="4365" w:type="dxa"/>
            <w:shd w:val="clear" w:color="auto" w:fill="D71920"/>
            <w:tcMar>
              <w:top w:w="70" w:type="dxa"/>
              <w:left w:w="85" w:type="dxa"/>
              <w:bottom w:w="70" w:type="dxa"/>
              <w:right w:w="85" w:type="dxa"/>
            </w:tcMar>
            <w:vAlign w:val="center"/>
          </w:tcPr>
          <w:p w14:paraId="48F936E4" w14:textId="77777777" w:rsidR="00C16128" w:rsidRDefault="00000000">
            <w:pPr>
              <w:spacing w:after="0" w:line="240" w:lineRule="auto"/>
              <w:jc w:val="center"/>
            </w:pPr>
            <w:r>
              <w:rPr>
                <w:b/>
                <w:color w:val="FFFFFF"/>
                <w:sz w:val="15"/>
              </w:rPr>
              <w:t>EXEMPLE</w:t>
            </w:r>
          </w:p>
        </w:tc>
        <w:tc>
          <w:tcPr>
            <w:tcW w:w="2098" w:type="dxa"/>
            <w:shd w:val="clear" w:color="auto" w:fill="D71920"/>
            <w:tcMar>
              <w:top w:w="70" w:type="dxa"/>
              <w:left w:w="85" w:type="dxa"/>
              <w:bottom w:w="70" w:type="dxa"/>
              <w:right w:w="85" w:type="dxa"/>
            </w:tcMar>
            <w:vAlign w:val="center"/>
          </w:tcPr>
          <w:p w14:paraId="1BBBA943" w14:textId="77777777" w:rsidR="00C16128" w:rsidRDefault="00000000">
            <w:pPr>
              <w:spacing w:after="0" w:line="240" w:lineRule="auto"/>
              <w:jc w:val="center"/>
            </w:pPr>
            <w:r>
              <w:rPr>
                <w:b/>
                <w:color w:val="FFFFFF"/>
                <w:sz w:val="15"/>
              </w:rPr>
              <w:t>PROPRIETAR</w:t>
            </w:r>
          </w:p>
        </w:tc>
      </w:tr>
      <w:tr w:rsidR="00C16128" w14:paraId="6B49E889" w14:textId="77777777">
        <w:trPr>
          <w:cantSplit/>
          <w:jc w:val="center"/>
        </w:trPr>
        <w:tc>
          <w:tcPr>
            <w:tcW w:w="1247" w:type="dxa"/>
            <w:shd w:val="clear" w:color="auto" w:fill="FFFFFF"/>
            <w:tcMar>
              <w:top w:w="70" w:type="dxa"/>
              <w:left w:w="85" w:type="dxa"/>
              <w:bottom w:w="70" w:type="dxa"/>
              <w:right w:w="85" w:type="dxa"/>
            </w:tcMar>
            <w:vAlign w:val="center"/>
          </w:tcPr>
          <w:p w14:paraId="4008EA84" w14:textId="77777777" w:rsidR="00C16128" w:rsidRDefault="00000000">
            <w:pPr>
              <w:spacing w:after="0" w:line="240" w:lineRule="auto"/>
              <w:jc w:val="center"/>
            </w:pPr>
            <w:r>
              <w:rPr>
                <w:sz w:val="15"/>
              </w:rPr>
              <w:t>Nivel 1</w:t>
            </w:r>
          </w:p>
        </w:tc>
        <w:tc>
          <w:tcPr>
            <w:tcW w:w="2211" w:type="dxa"/>
            <w:shd w:val="clear" w:color="auto" w:fill="FFFFFF"/>
            <w:tcMar>
              <w:top w:w="70" w:type="dxa"/>
              <w:left w:w="85" w:type="dxa"/>
              <w:bottom w:w="70" w:type="dxa"/>
              <w:right w:w="85" w:type="dxa"/>
            </w:tcMar>
            <w:vAlign w:val="center"/>
          </w:tcPr>
          <w:p w14:paraId="311992C9" w14:textId="77777777" w:rsidR="00C16128" w:rsidRDefault="00000000">
            <w:pPr>
              <w:spacing w:after="0" w:line="240" w:lineRule="auto"/>
            </w:pPr>
            <w:r>
              <w:rPr>
                <w:sz w:val="15"/>
              </w:rPr>
              <w:t>Direcție și guvernanță</w:t>
            </w:r>
          </w:p>
        </w:tc>
        <w:tc>
          <w:tcPr>
            <w:tcW w:w="4365" w:type="dxa"/>
            <w:shd w:val="clear" w:color="auto" w:fill="FFFFFF"/>
            <w:tcMar>
              <w:top w:w="70" w:type="dxa"/>
              <w:left w:w="85" w:type="dxa"/>
              <w:bottom w:w="70" w:type="dxa"/>
              <w:right w:w="85" w:type="dxa"/>
            </w:tcMar>
            <w:vAlign w:val="center"/>
          </w:tcPr>
          <w:p w14:paraId="3D20F1C7" w14:textId="77777777" w:rsidR="00C16128" w:rsidRPr="000236A4" w:rsidRDefault="00000000">
            <w:pPr>
              <w:spacing w:after="0" w:line="240" w:lineRule="auto"/>
              <w:rPr>
                <w:lang w:val="fr-FR"/>
              </w:rPr>
            </w:pPr>
            <w:r w:rsidRPr="000236A4">
              <w:rPr>
                <w:sz w:val="15"/>
                <w:lang w:val="fr-FR"/>
              </w:rPr>
              <w:t>Domeniu ISO 22000, politică, obiective, roluri, procese și responsabilități.</w:t>
            </w:r>
          </w:p>
        </w:tc>
        <w:tc>
          <w:tcPr>
            <w:tcW w:w="2098" w:type="dxa"/>
            <w:shd w:val="clear" w:color="auto" w:fill="FFFFFF"/>
            <w:tcMar>
              <w:top w:w="70" w:type="dxa"/>
              <w:left w:w="85" w:type="dxa"/>
              <w:bottom w:w="70" w:type="dxa"/>
              <w:right w:w="85" w:type="dxa"/>
            </w:tcMar>
            <w:vAlign w:val="center"/>
          </w:tcPr>
          <w:p w14:paraId="33E82115" w14:textId="77777777" w:rsidR="00C16128" w:rsidRDefault="00000000">
            <w:pPr>
              <w:spacing w:after="0" w:line="240" w:lineRule="auto"/>
            </w:pPr>
            <w:r>
              <w:rPr>
                <w:sz w:val="15"/>
              </w:rPr>
              <w:t>Conducere / coordonator sistem</w:t>
            </w:r>
          </w:p>
        </w:tc>
      </w:tr>
      <w:tr w:rsidR="00C16128" w14:paraId="5D914AFC" w14:textId="77777777">
        <w:trPr>
          <w:cantSplit/>
          <w:jc w:val="center"/>
        </w:trPr>
        <w:tc>
          <w:tcPr>
            <w:tcW w:w="1247" w:type="dxa"/>
            <w:shd w:val="clear" w:color="auto" w:fill="FAFAFA"/>
            <w:tcMar>
              <w:top w:w="70" w:type="dxa"/>
              <w:left w:w="85" w:type="dxa"/>
              <w:bottom w:w="70" w:type="dxa"/>
              <w:right w:w="85" w:type="dxa"/>
            </w:tcMar>
            <w:vAlign w:val="center"/>
          </w:tcPr>
          <w:p w14:paraId="0D6ABBAB" w14:textId="77777777" w:rsidR="00C16128" w:rsidRDefault="00000000">
            <w:pPr>
              <w:spacing w:after="0" w:line="240" w:lineRule="auto"/>
              <w:jc w:val="center"/>
            </w:pPr>
            <w:r>
              <w:rPr>
                <w:sz w:val="15"/>
              </w:rPr>
              <w:t>Nivel 2</w:t>
            </w:r>
          </w:p>
        </w:tc>
        <w:tc>
          <w:tcPr>
            <w:tcW w:w="2211" w:type="dxa"/>
            <w:shd w:val="clear" w:color="auto" w:fill="FAFAFA"/>
            <w:tcMar>
              <w:top w:w="70" w:type="dxa"/>
              <w:left w:w="85" w:type="dxa"/>
              <w:bottom w:w="70" w:type="dxa"/>
              <w:right w:w="85" w:type="dxa"/>
            </w:tcMar>
            <w:vAlign w:val="center"/>
          </w:tcPr>
          <w:p w14:paraId="52AE582D" w14:textId="77777777" w:rsidR="00C16128" w:rsidRDefault="00000000">
            <w:pPr>
              <w:spacing w:after="0" w:line="240" w:lineRule="auto"/>
            </w:pPr>
            <w:r>
              <w:rPr>
                <w:sz w:val="15"/>
              </w:rPr>
              <w:t>Planificare și control</w:t>
            </w:r>
          </w:p>
        </w:tc>
        <w:tc>
          <w:tcPr>
            <w:tcW w:w="4365" w:type="dxa"/>
            <w:shd w:val="clear" w:color="auto" w:fill="FAFAFA"/>
            <w:tcMar>
              <w:top w:w="70" w:type="dxa"/>
              <w:left w:w="85" w:type="dxa"/>
              <w:bottom w:w="70" w:type="dxa"/>
              <w:right w:w="85" w:type="dxa"/>
            </w:tcMar>
            <w:vAlign w:val="center"/>
          </w:tcPr>
          <w:p w14:paraId="05799403" w14:textId="77777777" w:rsidR="00C16128" w:rsidRDefault="00000000">
            <w:pPr>
              <w:spacing w:after="0" w:line="240" w:lineRule="auto"/>
            </w:pPr>
            <w:r>
              <w:rPr>
                <w:sz w:val="15"/>
              </w:rPr>
              <w:t>Metodologii, registre, planuri, proceduri, criterii și reguli de decizie.</w:t>
            </w:r>
          </w:p>
        </w:tc>
        <w:tc>
          <w:tcPr>
            <w:tcW w:w="2098" w:type="dxa"/>
            <w:shd w:val="clear" w:color="auto" w:fill="FAFAFA"/>
            <w:tcMar>
              <w:top w:w="70" w:type="dxa"/>
              <w:left w:w="85" w:type="dxa"/>
              <w:bottom w:w="70" w:type="dxa"/>
              <w:right w:w="85" w:type="dxa"/>
            </w:tcMar>
            <w:vAlign w:val="center"/>
          </w:tcPr>
          <w:p w14:paraId="242FEC84" w14:textId="77777777" w:rsidR="00C16128" w:rsidRDefault="00000000">
            <w:pPr>
              <w:spacing w:after="0" w:line="240" w:lineRule="auto"/>
            </w:pPr>
            <w:r>
              <w:rPr>
                <w:sz w:val="15"/>
              </w:rPr>
              <w:t>Proprietari de proces / specialiști</w:t>
            </w:r>
          </w:p>
        </w:tc>
      </w:tr>
      <w:tr w:rsidR="00C16128" w14:paraId="0C8A244C" w14:textId="77777777">
        <w:trPr>
          <w:cantSplit/>
          <w:jc w:val="center"/>
        </w:trPr>
        <w:tc>
          <w:tcPr>
            <w:tcW w:w="1247" w:type="dxa"/>
            <w:shd w:val="clear" w:color="auto" w:fill="FFFFFF"/>
            <w:tcMar>
              <w:top w:w="70" w:type="dxa"/>
              <w:left w:w="85" w:type="dxa"/>
              <w:bottom w:w="70" w:type="dxa"/>
              <w:right w:w="85" w:type="dxa"/>
            </w:tcMar>
            <w:vAlign w:val="center"/>
          </w:tcPr>
          <w:p w14:paraId="29F686E1" w14:textId="77777777" w:rsidR="00C16128" w:rsidRDefault="00000000">
            <w:pPr>
              <w:spacing w:after="0" w:line="240" w:lineRule="auto"/>
              <w:jc w:val="center"/>
            </w:pPr>
            <w:r>
              <w:rPr>
                <w:sz w:val="15"/>
              </w:rPr>
              <w:t>Nivel 3</w:t>
            </w:r>
          </w:p>
        </w:tc>
        <w:tc>
          <w:tcPr>
            <w:tcW w:w="2211" w:type="dxa"/>
            <w:shd w:val="clear" w:color="auto" w:fill="FFFFFF"/>
            <w:tcMar>
              <w:top w:w="70" w:type="dxa"/>
              <w:left w:w="85" w:type="dxa"/>
              <w:bottom w:w="70" w:type="dxa"/>
              <w:right w:w="85" w:type="dxa"/>
            </w:tcMar>
            <w:vAlign w:val="center"/>
          </w:tcPr>
          <w:p w14:paraId="71A13DB4" w14:textId="77777777" w:rsidR="00C16128" w:rsidRDefault="00000000">
            <w:pPr>
              <w:spacing w:after="0" w:line="240" w:lineRule="auto"/>
            </w:pPr>
            <w:r>
              <w:rPr>
                <w:sz w:val="15"/>
              </w:rPr>
              <w:t>Execuție</w:t>
            </w:r>
          </w:p>
        </w:tc>
        <w:tc>
          <w:tcPr>
            <w:tcW w:w="4365" w:type="dxa"/>
            <w:shd w:val="clear" w:color="auto" w:fill="FFFFFF"/>
            <w:tcMar>
              <w:top w:w="70" w:type="dxa"/>
              <w:left w:w="85" w:type="dxa"/>
              <w:bottom w:w="70" w:type="dxa"/>
              <w:right w:w="85" w:type="dxa"/>
            </w:tcMar>
            <w:vAlign w:val="center"/>
          </w:tcPr>
          <w:p w14:paraId="51C905AB" w14:textId="77777777" w:rsidR="00C16128" w:rsidRPr="000236A4" w:rsidRDefault="00000000">
            <w:pPr>
              <w:spacing w:after="0" w:line="240" w:lineRule="auto"/>
              <w:rPr>
                <w:lang w:val="fr-FR"/>
              </w:rPr>
            </w:pPr>
            <w:r w:rsidRPr="000236A4">
              <w:rPr>
                <w:sz w:val="15"/>
                <w:lang w:val="fr-FR"/>
              </w:rPr>
              <w:t>Instrucțiuni, permise, specificații, liste de verificare, planuri locale și materiale vizuale.</w:t>
            </w:r>
          </w:p>
        </w:tc>
        <w:tc>
          <w:tcPr>
            <w:tcW w:w="2098" w:type="dxa"/>
            <w:shd w:val="clear" w:color="auto" w:fill="FFFFFF"/>
            <w:tcMar>
              <w:top w:w="70" w:type="dxa"/>
              <w:left w:w="85" w:type="dxa"/>
              <w:bottom w:w="70" w:type="dxa"/>
              <w:right w:w="85" w:type="dxa"/>
            </w:tcMar>
            <w:vAlign w:val="center"/>
          </w:tcPr>
          <w:p w14:paraId="27EB64E3" w14:textId="77777777" w:rsidR="00C16128" w:rsidRDefault="00000000">
            <w:pPr>
              <w:spacing w:after="0" w:line="240" w:lineRule="auto"/>
            </w:pPr>
            <w:r>
              <w:rPr>
                <w:sz w:val="15"/>
              </w:rPr>
              <w:t>Manageri operaționali / supraveghetori</w:t>
            </w:r>
          </w:p>
        </w:tc>
      </w:tr>
      <w:tr w:rsidR="00C16128" w14:paraId="128EEFB7" w14:textId="77777777">
        <w:trPr>
          <w:cantSplit/>
          <w:jc w:val="center"/>
        </w:trPr>
        <w:tc>
          <w:tcPr>
            <w:tcW w:w="1247" w:type="dxa"/>
            <w:shd w:val="clear" w:color="auto" w:fill="FAFAFA"/>
            <w:tcMar>
              <w:top w:w="70" w:type="dxa"/>
              <w:left w:w="85" w:type="dxa"/>
              <w:bottom w:w="70" w:type="dxa"/>
              <w:right w:w="85" w:type="dxa"/>
            </w:tcMar>
            <w:vAlign w:val="center"/>
          </w:tcPr>
          <w:p w14:paraId="2A9F2431" w14:textId="77777777" w:rsidR="00C16128" w:rsidRDefault="00000000">
            <w:pPr>
              <w:spacing w:after="0" w:line="240" w:lineRule="auto"/>
              <w:jc w:val="center"/>
            </w:pPr>
            <w:r>
              <w:rPr>
                <w:sz w:val="15"/>
              </w:rPr>
              <w:t>Nivel 4</w:t>
            </w:r>
          </w:p>
        </w:tc>
        <w:tc>
          <w:tcPr>
            <w:tcW w:w="2211" w:type="dxa"/>
            <w:shd w:val="clear" w:color="auto" w:fill="FAFAFA"/>
            <w:tcMar>
              <w:top w:w="70" w:type="dxa"/>
              <w:left w:w="85" w:type="dxa"/>
              <w:bottom w:w="70" w:type="dxa"/>
              <w:right w:w="85" w:type="dxa"/>
            </w:tcMar>
            <w:vAlign w:val="center"/>
          </w:tcPr>
          <w:p w14:paraId="363C4890" w14:textId="77777777" w:rsidR="00C16128" w:rsidRDefault="00000000">
            <w:pPr>
              <w:spacing w:after="0" w:line="240" w:lineRule="auto"/>
            </w:pPr>
            <w:r>
              <w:rPr>
                <w:sz w:val="15"/>
              </w:rPr>
              <w:t>Dovezi</w:t>
            </w:r>
          </w:p>
        </w:tc>
        <w:tc>
          <w:tcPr>
            <w:tcW w:w="4365" w:type="dxa"/>
            <w:shd w:val="clear" w:color="auto" w:fill="FAFAFA"/>
            <w:tcMar>
              <w:top w:w="70" w:type="dxa"/>
              <w:left w:w="85" w:type="dxa"/>
              <w:bottom w:w="70" w:type="dxa"/>
              <w:right w:w="85" w:type="dxa"/>
            </w:tcMar>
            <w:vAlign w:val="center"/>
          </w:tcPr>
          <w:p w14:paraId="41B89135" w14:textId="77777777" w:rsidR="00C16128" w:rsidRPr="000236A4" w:rsidRDefault="00000000">
            <w:pPr>
              <w:spacing w:after="0" w:line="240" w:lineRule="auto"/>
              <w:rPr>
                <w:lang w:val="fr-FR"/>
              </w:rPr>
            </w:pPr>
            <w:r w:rsidRPr="000236A4">
              <w:rPr>
                <w:sz w:val="15"/>
                <w:lang w:val="fr-FR"/>
              </w:rPr>
              <w:t>Formulare completate, rezultate, rapoarte, loguri, aprobări, fotografii și baze de date.</w:t>
            </w:r>
          </w:p>
        </w:tc>
        <w:tc>
          <w:tcPr>
            <w:tcW w:w="2098" w:type="dxa"/>
            <w:shd w:val="clear" w:color="auto" w:fill="FAFAFA"/>
            <w:tcMar>
              <w:top w:w="70" w:type="dxa"/>
              <w:left w:w="85" w:type="dxa"/>
              <w:bottom w:w="70" w:type="dxa"/>
              <w:right w:w="85" w:type="dxa"/>
            </w:tcMar>
            <w:vAlign w:val="center"/>
          </w:tcPr>
          <w:p w14:paraId="60A77060" w14:textId="77777777" w:rsidR="00C16128" w:rsidRDefault="00000000">
            <w:pPr>
              <w:spacing w:after="0" w:line="240" w:lineRule="auto"/>
            </w:pPr>
            <w:r>
              <w:rPr>
                <w:sz w:val="15"/>
              </w:rPr>
              <w:t>Persoana care realizează activitatea</w:t>
            </w:r>
          </w:p>
        </w:tc>
      </w:tr>
    </w:tbl>
    <w:p w14:paraId="108EF4FC" w14:textId="77777777" w:rsidR="00C16128" w:rsidRDefault="00C16128">
      <w:pPr>
        <w:spacing w:after="20"/>
      </w:pPr>
    </w:p>
    <w:p w14:paraId="57590F2F" w14:textId="77777777" w:rsidR="00C16128" w:rsidRDefault="00000000">
      <w:pPr>
        <w:pStyle w:val="Heading2"/>
      </w:pPr>
      <w:r>
        <w:t>Familii documentare recomandate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4"/>
        <w:gridCol w:w="2381"/>
        <w:gridCol w:w="4706"/>
        <w:gridCol w:w="2041"/>
      </w:tblGrid>
      <w:tr w:rsidR="00C16128" w14:paraId="5FAED615" w14:textId="77777777">
        <w:trPr>
          <w:tblHeader/>
          <w:jc w:val="center"/>
        </w:trPr>
        <w:tc>
          <w:tcPr>
            <w:tcW w:w="794" w:type="dxa"/>
            <w:shd w:val="clear" w:color="auto" w:fill="D71920"/>
            <w:tcMar>
              <w:top w:w="70" w:type="dxa"/>
              <w:left w:w="85" w:type="dxa"/>
              <w:bottom w:w="70" w:type="dxa"/>
              <w:right w:w="85" w:type="dxa"/>
            </w:tcMar>
            <w:vAlign w:val="center"/>
          </w:tcPr>
          <w:p w14:paraId="0EA85B4A" w14:textId="77777777" w:rsidR="00C16128" w:rsidRDefault="00000000">
            <w:pPr>
              <w:spacing w:after="0" w:line="240" w:lineRule="auto"/>
              <w:jc w:val="center"/>
            </w:pPr>
            <w:r>
              <w:rPr>
                <w:b/>
                <w:color w:val="FFFFFF"/>
                <w:sz w:val="15"/>
              </w:rPr>
              <w:t>COD</w:t>
            </w:r>
          </w:p>
        </w:tc>
        <w:tc>
          <w:tcPr>
            <w:tcW w:w="2381" w:type="dxa"/>
            <w:shd w:val="clear" w:color="auto" w:fill="D71920"/>
            <w:tcMar>
              <w:top w:w="70" w:type="dxa"/>
              <w:left w:w="85" w:type="dxa"/>
              <w:bottom w:w="70" w:type="dxa"/>
              <w:right w:w="85" w:type="dxa"/>
            </w:tcMar>
            <w:vAlign w:val="center"/>
          </w:tcPr>
          <w:p w14:paraId="6BC2D7DC" w14:textId="77777777" w:rsidR="00C16128" w:rsidRDefault="00000000">
            <w:pPr>
              <w:spacing w:after="0" w:line="240" w:lineRule="auto"/>
              <w:jc w:val="center"/>
            </w:pPr>
            <w:r>
              <w:rPr>
                <w:b/>
                <w:color w:val="FFFFFF"/>
                <w:sz w:val="15"/>
              </w:rPr>
              <w:t>FAMILIE</w:t>
            </w:r>
          </w:p>
        </w:tc>
        <w:tc>
          <w:tcPr>
            <w:tcW w:w="4706" w:type="dxa"/>
            <w:shd w:val="clear" w:color="auto" w:fill="D71920"/>
            <w:tcMar>
              <w:top w:w="70" w:type="dxa"/>
              <w:left w:w="85" w:type="dxa"/>
              <w:bottom w:w="70" w:type="dxa"/>
              <w:right w:w="85" w:type="dxa"/>
            </w:tcMar>
            <w:vAlign w:val="center"/>
          </w:tcPr>
          <w:p w14:paraId="2CDFF2AF" w14:textId="77777777" w:rsidR="00C16128" w:rsidRDefault="00000000">
            <w:pPr>
              <w:spacing w:after="0" w:line="240" w:lineRule="auto"/>
              <w:jc w:val="center"/>
            </w:pPr>
            <w:r>
              <w:rPr>
                <w:b/>
                <w:color w:val="FFFFFF"/>
                <w:sz w:val="15"/>
              </w:rPr>
              <w:t>CONȚINUT</w:t>
            </w:r>
          </w:p>
        </w:tc>
        <w:tc>
          <w:tcPr>
            <w:tcW w:w="2041" w:type="dxa"/>
            <w:shd w:val="clear" w:color="auto" w:fill="D71920"/>
            <w:tcMar>
              <w:top w:w="70" w:type="dxa"/>
              <w:left w:w="85" w:type="dxa"/>
              <w:bottom w:w="70" w:type="dxa"/>
              <w:right w:w="85" w:type="dxa"/>
            </w:tcMar>
            <w:vAlign w:val="center"/>
          </w:tcPr>
          <w:p w14:paraId="266DDC72" w14:textId="77777777" w:rsidR="00C16128" w:rsidRDefault="00000000">
            <w:pPr>
              <w:spacing w:after="0" w:line="240" w:lineRule="auto"/>
              <w:jc w:val="center"/>
            </w:pPr>
            <w:r>
              <w:rPr>
                <w:b/>
                <w:color w:val="FFFFFF"/>
                <w:sz w:val="15"/>
              </w:rPr>
              <w:t>PRIORITATE</w:t>
            </w:r>
          </w:p>
        </w:tc>
      </w:tr>
      <w:tr w:rsidR="00C16128" w14:paraId="5EDEA3A2" w14:textId="77777777">
        <w:trPr>
          <w:cantSplit/>
          <w:jc w:val="center"/>
        </w:trPr>
        <w:tc>
          <w:tcPr>
            <w:tcW w:w="794" w:type="dxa"/>
            <w:shd w:val="clear" w:color="auto" w:fill="FFFFFF"/>
            <w:tcMar>
              <w:top w:w="70" w:type="dxa"/>
              <w:left w:w="85" w:type="dxa"/>
              <w:bottom w:w="70" w:type="dxa"/>
              <w:right w:w="85" w:type="dxa"/>
            </w:tcMar>
            <w:vAlign w:val="center"/>
          </w:tcPr>
          <w:p w14:paraId="5157C735" w14:textId="77777777" w:rsidR="00C16128" w:rsidRDefault="00000000">
            <w:pPr>
              <w:spacing w:after="0" w:line="240" w:lineRule="auto"/>
              <w:jc w:val="center"/>
            </w:pPr>
            <w:r>
              <w:rPr>
                <w:sz w:val="15"/>
              </w:rPr>
              <w:t>GOV</w:t>
            </w:r>
          </w:p>
        </w:tc>
        <w:tc>
          <w:tcPr>
            <w:tcW w:w="2381" w:type="dxa"/>
            <w:shd w:val="clear" w:color="auto" w:fill="FFFFFF"/>
            <w:tcMar>
              <w:top w:w="70" w:type="dxa"/>
              <w:left w:w="85" w:type="dxa"/>
              <w:bottom w:w="70" w:type="dxa"/>
              <w:right w:w="85" w:type="dxa"/>
            </w:tcMar>
            <w:vAlign w:val="center"/>
          </w:tcPr>
          <w:p w14:paraId="2F822574" w14:textId="77777777" w:rsidR="00C16128" w:rsidRDefault="00000000">
            <w:pPr>
              <w:spacing w:after="0" w:line="240" w:lineRule="auto"/>
            </w:pPr>
            <w:r>
              <w:rPr>
                <w:sz w:val="15"/>
              </w:rPr>
              <w:t>Guvernanță SMSA</w:t>
            </w:r>
          </w:p>
        </w:tc>
        <w:tc>
          <w:tcPr>
            <w:tcW w:w="4706" w:type="dxa"/>
            <w:shd w:val="clear" w:color="auto" w:fill="FFFFFF"/>
            <w:tcMar>
              <w:top w:w="70" w:type="dxa"/>
              <w:left w:w="85" w:type="dxa"/>
              <w:bottom w:w="70" w:type="dxa"/>
              <w:right w:w="85" w:type="dxa"/>
            </w:tcMar>
            <w:vAlign w:val="center"/>
          </w:tcPr>
          <w:p w14:paraId="2EE3ADE1" w14:textId="77777777" w:rsidR="00C16128" w:rsidRPr="000236A4" w:rsidRDefault="00000000">
            <w:pPr>
              <w:spacing w:after="0" w:line="240" w:lineRule="auto"/>
              <w:rPr>
                <w:lang w:val="fr-FR"/>
              </w:rPr>
            </w:pPr>
            <w:r w:rsidRPr="000236A4">
              <w:rPr>
                <w:sz w:val="15"/>
                <w:lang w:val="fr-FR"/>
              </w:rPr>
              <w:t>Domeniu, politică, obiective, roluri, comunicare, analiză de management.</w:t>
            </w:r>
          </w:p>
        </w:tc>
        <w:tc>
          <w:tcPr>
            <w:tcW w:w="2041" w:type="dxa"/>
            <w:shd w:val="clear" w:color="auto" w:fill="FFFFFF"/>
            <w:tcMar>
              <w:top w:w="70" w:type="dxa"/>
              <w:left w:w="85" w:type="dxa"/>
              <w:bottom w:w="70" w:type="dxa"/>
              <w:right w:w="85" w:type="dxa"/>
            </w:tcMar>
            <w:vAlign w:val="center"/>
          </w:tcPr>
          <w:p w14:paraId="6F92694D" w14:textId="77777777" w:rsidR="00C16128" w:rsidRDefault="00000000">
            <w:pPr>
              <w:spacing w:after="0" w:line="240" w:lineRule="auto"/>
            </w:pPr>
            <w:r>
              <w:rPr>
                <w:sz w:val="15"/>
              </w:rPr>
              <w:t>Esențial</w:t>
            </w:r>
          </w:p>
        </w:tc>
      </w:tr>
      <w:tr w:rsidR="00C16128" w14:paraId="30DEA550" w14:textId="77777777">
        <w:trPr>
          <w:cantSplit/>
          <w:jc w:val="center"/>
        </w:trPr>
        <w:tc>
          <w:tcPr>
            <w:tcW w:w="794" w:type="dxa"/>
            <w:shd w:val="clear" w:color="auto" w:fill="FAFAFA"/>
            <w:tcMar>
              <w:top w:w="70" w:type="dxa"/>
              <w:left w:w="85" w:type="dxa"/>
              <w:bottom w:w="70" w:type="dxa"/>
              <w:right w:w="85" w:type="dxa"/>
            </w:tcMar>
            <w:vAlign w:val="center"/>
          </w:tcPr>
          <w:p w14:paraId="1E387703" w14:textId="77777777" w:rsidR="00C16128" w:rsidRDefault="00000000">
            <w:pPr>
              <w:spacing w:after="0" w:line="240" w:lineRule="auto"/>
              <w:jc w:val="center"/>
            </w:pPr>
            <w:r>
              <w:rPr>
                <w:sz w:val="15"/>
              </w:rPr>
              <w:t>PRP</w:t>
            </w:r>
          </w:p>
        </w:tc>
        <w:tc>
          <w:tcPr>
            <w:tcW w:w="2381" w:type="dxa"/>
            <w:shd w:val="clear" w:color="auto" w:fill="FAFAFA"/>
            <w:tcMar>
              <w:top w:w="70" w:type="dxa"/>
              <w:left w:w="85" w:type="dxa"/>
              <w:bottom w:w="70" w:type="dxa"/>
              <w:right w:w="85" w:type="dxa"/>
            </w:tcMar>
            <w:vAlign w:val="center"/>
          </w:tcPr>
          <w:p w14:paraId="773A7CE9" w14:textId="77777777" w:rsidR="00C16128" w:rsidRDefault="00000000">
            <w:pPr>
              <w:spacing w:after="0" w:line="240" w:lineRule="auto"/>
            </w:pPr>
            <w:r>
              <w:rPr>
                <w:sz w:val="15"/>
              </w:rPr>
              <w:t>Programe preliminare</w:t>
            </w:r>
          </w:p>
        </w:tc>
        <w:tc>
          <w:tcPr>
            <w:tcW w:w="4706" w:type="dxa"/>
            <w:shd w:val="clear" w:color="auto" w:fill="FAFAFA"/>
            <w:tcMar>
              <w:top w:w="70" w:type="dxa"/>
              <w:left w:w="85" w:type="dxa"/>
              <w:bottom w:w="70" w:type="dxa"/>
              <w:right w:w="85" w:type="dxa"/>
            </w:tcMar>
            <w:vAlign w:val="center"/>
          </w:tcPr>
          <w:p w14:paraId="19D6FA25" w14:textId="77777777" w:rsidR="00C16128" w:rsidRPr="000236A4" w:rsidRDefault="00000000">
            <w:pPr>
              <w:spacing w:after="0" w:line="240" w:lineRule="auto"/>
              <w:rPr>
                <w:lang w:val="fr-FR"/>
              </w:rPr>
            </w:pPr>
            <w:r w:rsidRPr="000236A4">
              <w:rPr>
                <w:sz w:val="15"/>
                <w:lang w:val="fr-FR"/>
              </w:rPr>
              <w:t>Igienă, infrastructură, utilități, dăunători, deșeuri, mentenanță, transport etc.</w:t>
            </w:r>
          </w:p>
        </w:tc>
        <w:tc>
          <w:tcPr>
            <w:tcW w:w="2041" w:type="dxa"/>
            <w:shd w:val="clear" w:color="auto" w:fill="FAFAFA"/>
            <w:tcMar>
              <w:top w:w="70" w:type="dxa"/>
              <w:left w:w="85" w:type="dxa"/>
              <w:bottom w:w="70" w:type="dxa"/>
              <w:right w:w="85" w:type="dxa"/>
            </w:tcMar>
            <w:vAlign w:val="center"/>
          </w:tcPr>
          <w:p w14:paraId="67472EE3" w14:textId="77777777" w:rsidR="00C16128" w:rsidRDefault="00000000">
            <w:pPr>
              <w:spacing w:after="0" w:line="240" w:lineRule="auto"/>
            </w:pPr>
            <w:r>
              <w:rPr>
                <w:sz w:val="15"/>
              </w:rPr>
              <w:t>Esențial</w:t>
            </w:r>
          </w:p>
        </w:tc>
      </w:tr>
      <w:tr w:rsidR="00C16128" w14:paraId="5E08BCEC" w14:textId="77777777">
        <w:trPr>
          <w:cantSplit/>
          <w:jc w:val="center"/>
        </w:trPr>
        <w:tc>
          <w:tcPr>
            <w:tcW w:w="794" w:type="dxa"/>
            <w:shd w:val="clear" w:color="auto" w:fill="FFFFFF"/>
            <w:tcMar>
              <w:top w:w="70" w:type="dxa"/>
              <w:left w:w="85" w:type="dxa"/>
              <w:bottom w:w="70" w:type="dxa"/>
              <w:right w:w="85" w:type="dxa"/>
            </w:tcMar>
            <w:vAlign w:val="center"/>
          </w:tcPr>
          <w:p w14:paraId="6878C8A6" w14:textId="77777777" w:rsidR="00C16128" w:rsidRDefault="00000000">
            <w:pPr>
              <w:spacing w:after="0" w:line="240" w:lineRule="auto"/>
              <w:jc w:val="center"/>
            </w:pPr>
            <w:r>
              <w:rPr>
                <w:sz w:val="15"/>
              </w:rPr>
              <w:t>HAC</w:t>
            </w:r>
          </w:p>
        </w:tc>
        <w:tc>
          <w:tcPr>
            <w:tcW w:w="2381" w:type="dxa"/>
            <w:shd w:val="clear" w:color="auto" w:fill="FFFFFF"/>
            <w:tcMar>
              <w:top w:w="70" w:type="dxa"/>
              <w:left w:w="85" w:type="dxa"/>
              <w:bottom w:w="70" w:type="dxa"/>
              <w:right w:w="85" w:type="dxa"/>
            </w:tcMar>
            <w:vAlign w:val="center"/>
          </w:tcPr>
          <w:p w14:paraId="7CB6794B" w14:textId="77777777" w:rsidR="00C16128" w:rsidRDefault="00000000">
            <w:pPr>
              <w:spacing w:after="0" w:line="240" w:lineRule="auto"/>
            </w:pPr>
            <w:r>
              <w:rPr>
                <w:sz w:val="15"/>
              </w:rPr>
              <w:t>Analiza pericolelor</w:t>
            </w:r>
          </w:p>
        </w:tc>
        <w:tc>
          <w:tcPr>
            <w:tcW w:w="4706" w:type="dxa"/>
            <w:shd w:val="clear" w:color="auto" w:fill="FFFFFF"/>
            <w:tcMar>
              <w:top w:w="70" w:type="dxa"/>
              <w:left w:w="85" w:type="dxa"/>
              <w:bottom w:w="70" w:type="dxa"/>
              <w:right w:w="85" w:type="dxa"/>
            </w:tcMar>
            <w:vAlign w:val="center"/>
          </w:tcPr>
          <w:p w14:paraId="7F582F26" w14:textId="77777777" w:rsidR="00C16128" w:rsidRDefault="00000000">
            <w:pPr>
              <w:spacing w:after="0" w:line="240" w:lineRule="auto"/>
            </w:pPr>
            <w:r>
              <w:rPr>
                <w:sz w:val="15"/>
              </w:rPr>
              <w:t>Date preliminare, diagrame de flux, evaluare, selectare și justificare măsuri.</w:t>
            </w:r>
          </w:p>
        </w:tc>
        <w:tc>
          <w:tcPr>
            <w:tcW w:w="2041" w:type="dxa"/>
            <w:shd w:val="clear" w:color="auto" w:fill="FFFFFF"/>
            <w:tcMar>
              <w:top w:w="70" w:type="dxa"/>
              <w:left w:w="85" w:type="dxa"/>
              <w:bottom w:w="70" w:type="dxa"/>
              <w:right w:w="85" w:type="dxa"/>
            </w:tcMar>
            <w:vAlign w:val="center"/>
          </w:tcPr>
          <w:p w14:paraId="7515BD36" w14:textId="77777777" w:rsidR="00C16128" w:rsidRDefault="00000000">
            <w:pPr>
              <w:spacing w:after="0" w:line="240" w:lineRule="auto"/>
            </w:pPr>
            <w:r>
              <w:rPr>
                <w:sz w:val="15"/>
              </w:rPr>
              <w:t>Esențial</w:t>
            </w:r>
          </w:p>
        </w:tc>
      </w:tr>
      <w:tr w:rsidR="00C16128" w14:paraId="0BA7EFA8" w14:textId="77777777">
        <w:trPr>
          <w:cantSplit/>
          <w:jc w:val="center"/>
        </w:trPr>
        <w:tc>
          <w:tcPr>
            <w:tcW w:w="794" w:type="dxa"/>
            <w:shd w:val="clear" w:color="auto" w:fill="FAFAFA"/>
            <w:tcMar>
              <w:top w:w="70" w:type="dxa"/>
              <w:left w:w="85" w:type="dxa"/>
              <w:bottom w:w="70" w:type="dxa"/>
              <w:right w:w="85" w:type="dxa"/>
            </w:tcMar>
            <w:vAlign w:val="center"/>
          </w:tcPr>
          <w:p w14:paraId="104490C4" w14:textId="77777777" w:rsidR="00C16128" w:rsidRDefault="00000000">
            <w:pPr>
              <w:spacing w:after="0" w:line="240" w:lineRule="auto"/>
              <w:jc w:val="center"/>
            </w:pPr>
            <w:r>
              <w:rPr>
                <w:sz w:val="15"/>
              </w:rPr>
              <w:t>CTL</w:t>
            </w:r>
          </w:p>
        </w:tc>
        <w:tc>
          <w:tcPr>
            <w:tcW w:w="2381" w:type="dxa"/>
            <w:shd w:val="clear" w:color="auto" w:fill="FAFAFA"/>
            <w:tcMar>
              <w:top w:w="70" w:type="dxa"/>
              <w:left w:w="85" w:type="dxa"/>
              <w:bottom w:w="70" w:type="dxa"/>
              <w:right w:w="85" w:type="dxa"/>
            </w:tcMar>
            <w:vAlign w:val="center"/>
          </w:tcPr>
          <w:p w14:paraId="31725950" w14:textId="77777777" w:rsidR="00C16128" w:rsidRDefault="00000000">
            <w:pPr>
              <w:spacing w:after="0" w:line="240" w:lineRule="auto"/>
            </w:pPr>
            <w:r>
              <w:rPr>
                <w:sz w:val="15"/>
              </w:rPr>
              <w:t>Control operațional</w:t>
            </w:r>
          </w:p>
        </w:tc>
        <w:tc>
          <w:tcPr>
            <w:tcW w:w="4706" w:type="dxa"/>
            <w:shd w:val="clear" w:color="auto" w:fill="FAFAFA"/>
            <w:tcMar>
              <w:top w:w="70" w:type="dxa"/>
              <w:left w:w="85" w:type="dxa"/>
              <w:bottom w:w="70" w:type="dxa"/>
              <w:right w:w="85" w:type="dxa"/>
            </w:tcMar>
            <w:vAlign w:val="center"/>
          </w:tcPr>
          <w:p w14:paraId="0AD92F0D" w14:textId="77777777" w:rsidR="00C16128" w:rsidRDefault="00000000">
            <w:pPr>
              <w:spacing w:after="0" w:line="240" w:lineRule="auto"/>
            </w:pPr>
            <w:r>
              <w:rPr>
                <w:sz w:val="15"/>
              </w:rPr>
              <w:t>Plan OPRP/CCP, monitorizare, corecții, eliberare și produs nesigur.</w:t>
            </w:r>
          </w:p>
        </w:tc>
        <w:tc>
          <w:tcPr>
            <w:tcW w:w="2041" w:type="dxa"/>
            <w:shd w:val="clear" w:color="auto" w:fill="FAFAFA"/>
            <w:tcMar>
              <w:top w:w="70" w:type="dxa"/>
              <w:left w:w="85" w:type="dxa"/>
              <w:bottom w:w="70" w:type="dxa"/>
              <w:right w:w="85" w:type="dxa"/>
            </w:tcMar>
            <w:vAlign w:val="center"/>
          </w:tcPr>
          <w:p w14:paraId="48EEC928" w14:textId="77777777" w:rsidR="00C16128" w:rsidRDefault="00000000">
            <w:pPr>
              <w:spacing w:after="0" w:line="240" w:lineRule="auto"/>
            </w:pPr>
            <w:r>
              <w:rPr>
                <w:sz w:val="15"/>
              </w:rPr>
              <w:t>Esențial</w:t>
            </w:r>
          </w:p>
        </w:tc>
      </w:tr>
      <w:tr w:rsidR="00C16128" w14:paraId="055F6F21" w14:textId="77777777">
        <w:trPr>
          <w:cantSplit/>
          <w:jc w:val="center"/>
        </w:trPr>
        <w:tc>
          <w:tcPr>
            <w:tcW w:w="794" w:type="dxa"/>
            <w:shd w:val="clear" w:color="auto" w:fill="FFFFFF"/>
            <w:tcMar>
              <w:top w:w="70" w:type="dxa"/>
              <w:left w:w="85" w:type="dxa"/>
              <w:bottom w:w="70" w:type="dxa"/>
              <w:right w:w="85" w:type="dxa"/>
            </w:tcMar>
            <w:vAlign w:val="center"/>
          </w:tcPr>
          <w:p w14:paraId="44A1B7A1" w14:textId="77777777" w:rsidR="00C16128" w:rsidRDefault="00000000">
            <w:pPr>
              <w:spacing w:after="0" w:line="240" w:lineRule="auto"/>
              <w:jc w:val="center"/>
            </w:pPr>
            <w:r>
              <w:rPr>
                <w:sz w:val="15"/>
              </w:rPr>
              <w:t>VAL</w:t>
            </w:r>
          </w:p>
        </w:tc>
        <w:tc>
          <w:tcPr>
            <w:tcW w:w="2381" w:type="dxa"/>
            <w:shd w:val="clear" w:color="auto" w:fill="FFFFFF"/>
            <w:tcMar>
              <w:top w:w="70" w:type="dxa"/>
              <w:left w:w="85" w:type="dxa"/>
              <w:bottom w:w="70" w:type="dxa"/>
              <w:right w:w="85" w:type="dxa"/>
            </w:tcMar>
            <w:vAlign w:val="center"/>
          </w:tcPr>
          <w:p w14:paraId="0B0E6CCA" w14:textId="77777777" w:rsidR="00C16128" w:rsidRDefault="00000000">
            <w:pPr>
              <w:spacing w:after="0" w:line="240" w:lineRule="auto"/>
            </w:pPr>
            <w:r>
              <w:rPr>
                <w:sz w:val="15"/>
              </w:rPr>
              <w:t>Validare și verificare</w:t>
            </w:r>
          </w:p>
        </w:tc>
        <w:tc>
          <w:tcPr>
            <w:tcW w:w="4706" w:type="dxa"/>
            <w:shd w:val="clear" w:color="auto" w:fill="FFFFFF"/>
            <w:tcMar>
              <w:top w:w="70" w:type="dxa"/>
              <w:left w:w="85" w:type="dxa"/>
              <w:bottom w:w="70" w:type="dxa"/>
              <w:right w:w="85" w:type="dxa"/>
            </w:tcMar>
            <w:vAlign w:val="center"/>
          </w:tcPr>
          <w:p w14:paraId="437037EE" w14:textId="77777777" w:rsidR="00C16128" w:rsidRDefault="00000000">
            <w:pPr>
              <w:spacing w:after="0" w:line="240" w:lineRule="auto"/>
            </w:pPr>
            <w:r>
              <w:rPr>
                <w:sz w:val="15"/>
              </w:rPr>
              <w:t>Studii, planuri, rezultate, analize și actualizări.</w:t>
            </w:r>
          </w:p>
        </w:tc>
        <w:tc>
          <w:tcPr>
            <w:tcW w:w="2041" w:type="dxa"/>
            <w:shd w:val="clear" w:color="auto" w:fill="FFFFFF"/>
            <w:tcMar>
              <w:top w:w="70" w:type="dxa"/>
              <w:left w:w="85" w:type="dxa"/>
              <w:bottom w:w="70" w:type="dxa"/>
              <w:right w:w="85" w:type="dxa"/>
            </w:tcMar>
            <w:vAlign w:val="center"/>
          </w:tcPr>
          <w:p w14:paraId="431E884B" w14:textId="77777777" w:rsidR="00C16128" w:rsidRDefault="00000000">
            <w:pPr>
              <w:spacing w:after="0" w:line="240" w:lineRule="auto"/>
            </w:pPr>
            <w:r>
              <w:rPr>
                <w:sz w:val="15"/>
              </w:rPr>
              <w:t>Esențial</w:t>
            </w:r>
          </w:p>
        </w:tc>
      </w:tr>
      <w:tr w:rsidR="00C16128" w14:paraId="31F7194D" w14:textId="77777777">
        <w:trPr>
          <w:cantSplit/>
          <w:jc w:val="center"/>
        </w:trPr>
        <w:tc>
          <w:tcPr>
            <w:tcW w:w="794" w:type="dxa"/>
            <w:shd w:val="clear" w:color="auto" w:fill="FAFAFA"/>
            <w:tcMar>
              <w:top w:w="70" w:type="dxa"/>
              <w:left w:w="85" w:type="dxa"/>
              <w:bottom w:w="70" w:type="dxa"/>
              <w:right w:w="85" w:type="dxa"/>
            </w:tcMar>
            <w:vAlign w:val="center"/>
          </w:tcPr>
          <w:p w14:paraId="3936FC36" w14:textId="77777777" w:rsidR="00C16128" w:rsidRDefault="00000000">
            <w:pPr>
              <w:spacing w:after="0" w:line="240" w:lineRule="auto"/>
              <w:jc w:val="center"/>
            </w:pPr>
            <w:r>
              <w:rPr>
                <w:sz w:val="15"/>
              </w:rPr>
              <w:t>SUP</w:t>
            </w:r>
          </w:p>
        </w:tc>
        <w:tc>
          <w:tcPr>
            <w:tcW w:w="2381" w:type="dxa"/>
            <w:shd w:val="clear" w:color="auto" w:fill="FAFAFA"/>
            <w:tcMar>
              <w:top w:w="70" w:type="dxa"/>
              <w:left w:w="85" w:type="dxa"/>
              <w:bottom w:w="70" w:type="dxa"/>
              <w:right w:w="85" w:type="dxa"/>
            </w:tcMar>
            <w:vAlign w:val="center"/>
          </w:tcPr>
          <w:p w14:paraId="0D767870" w14:textId="77777777" w:rsidR="00C16128" w:rsidRDefault="00000000">
            <w:pPr>
              <w:spacing w:after="0" w:line="240" w:lineRule="auto"/>
            </w:pPr>
            <w:r>
              <w:rPr>
                <w:sz w:val="15"/>
              </w:rPr>
              <w:t>Furnizori și materiale</w:t>
            </w:r>
          </w:p>
        </w:tc>
        <w:tc>
          <w:tcPr>
            <w:tcW w:w="4706" w:type="dxa"/>
            <w:shd w:val="clear" w:color="auto" w:fill="FAFAFA"/>
            <w:tcMar>
              <w:top w:w="70" w:type="dxa"/>
              <w:left w:w="85" w:type="dxa"/>
              <w:bottom w:w="70" w:type="dxa"/>
              <w:right w:w="85" w:type="dxa"/>
            </w:tcMar>
            <w:vAlign w:val="center"/>
          </w:tcPr>
          <w:p w14:paraId="14F72BD8" w14:textId="77777777" w:rsidR="00C16128" w:rsidRDefault="00000000">
            <w:pPr>
              <w:spacing w:after="0" w:line="240" w:lineRule="auto"/>
            </w:pPr>
            <w:r>
              <w:rPr>
                <w:sz w:val="15"/>
              </w:rPr>
              <w:t>Aprobări, specificații, recepție, performanță, servicii externalizate.</w:t>
            </w:r>
          </w:p>
        </w:tc>
        <w:tc>
          <w:tcPr>
            <w:tcW w:w="2041" w:type="dxa"/>
            <w:shd w:val="clear" w:color="auto" w:fill="FAFAFA"/>
            <w:tcMar>
              <w:top w:w="70" w:type="dxa"/>
              <w:left w:w="85" w:type="dxa"/>
              <w:bottom w:w="70" w:type="dxa"/>
              <w:right w:w="85" w:type="dxa"/>
            </w:tcMar>
            <w:vAlign w:val="center"/>
          </w:tcPr>
          <w:p w14:paraId="6959B80F" w14:textId="77777777" w:rsidR="00C16128" w:rsidRDefault="00000000">
            <w:pPr>
              <w:spacing w:after="0" w:line="240" w:lineRule="auto"/>
            </w:pPr>
            <w:r>
              <w:rPr>
                <w:sz w:val="15"/>
              </w:rPr>
              <w:t>Ridicată</w:t>
            </w:r>
          </w:p>
        </w:tc>
      </w:tr>
      <w:tr w:rsidR="00C16128" w14:paraId="360DA898" w14:textId="77777777">
        <w:trPr>
          <w:cantSplit/>
          <w:jc w:val="center"/>
        </w:trPr>
        <w:tc>
          <w:tcPr>
            <w:tcW w:w="794" w:type="dxa"/>
            <w:shd w:val="clear" w:color="auto" w:fill="FFFFFF"/>
            <w:tcMar>
              <w:top w:w="70" w:type="dxa"/>
              <w:left w:w="85" w:type="dxa"/>
              <w:bottom w:w="70" w:type="dxa"/>
              <w:right w:w="85" w:type="dxa"/>
            </w:tcMar>
            <w:vAlign w:val="center"/>
          </w:tcPr>
          <w:p w14:paraId="6F92707E" w14:textId="77777777" w:rsidR="00C16128" w:rsidRDefault="00000000">
            <w:pPr>
              <w:spacing w:after="0" w:line="240" w:lineRule="auto"/>
              <w:jc w:val="center"/>
            </w:pPr>
            <w:r>
              <w:rPr>
                <w:sz w:val="15"/>
              </w:rPr>
              <w:t>TRC</w:t>
            </w:r>
          </w:p>
        </w:tc>
        <w:tc>
          <w:tcPr>
            <w:tcW w:w="2381" w:type="dxa"/>
            <w:shd w:val="clear" w:color="auto" w:fill="FFFFFF"/>
            <w:tcMar>
              <w:top w:w="70" w:type="dxa"/>
              <w:left w:w="85" w:type="dxa"/>
              <w:bottom w:w="70" w:type="dxa"/>
              <w:right w:w="85" w:type="dxa"/>
            </w:tcMar>
            <w:vAlign w:val="center"/>
          </w:tcPr>
          <w:p w14:paraId="5FF28397" w14:textId="77777777" w:rsidR="00C16128" w:rsidRDefault="00000000">
            <w:pPr>
              <w:spacing w:after="0" w:line="240" w:lineRule="auto"/>
            </w:pPr>
            <w:r>
              <w:rPr>
                <w:sz w:val="15"/>
              </w:rPr>
              <w:t>Trasabilitate și retragere</w:t>
            </w:r>
          </w:p>
        </w:tc>
        <w:tc>
          <w:tcPr>
            <w:tcW w:w="4706" w:type="dxa"/>
            <w:shd w:val="clear" w:color="auto" w:fill="FFFFFF"/>
            <w:tcMar>
              <w:top w:w="70" w:type="dxa"/>
              <w:left w:w="85" w:type="dxa"/>
              <w:bottom w:w="70" w:type="dxa"/>
              <w:right w:w="85" w:type="dxa"/>
            </w:tcMar>
            <w:vAlign w:val="center"/>
          </w:tcPr>
          <w:p w14:paraId="75AF0E65" w14:textId="77777777" w:rsidR="00C16128" w:rsidRDefault="00000000">
            <w:pPr>
              <w:spacing w:after="0" w:line="240" w:lineRule="auto"/>
            </w:pPr>
            <w:r>
              <w:rPr>
                <w:sz w:val="15"/>
              </w:rPr>
              <w:t>Lotizare, bilanț masic, teste, notificări și rechemări.</w:t>
            </w:r>
          </w:p>
        </w:tc>
        <w:tc>
          <w:tcPr>
            <w:tcW w:w="2041" w:type="dxa"/>
            <w:shd w:val="clear" w:color="auto" w:fill="FFFFFF"/>
            <w:tcMar>
              <w:top w:w="70" w:type="dxa"/>
              <w:left w:w="85" w:type="dxa"/>
              <w:bottom w:w="70" w:type="dxa"/>
              <w:right w:w="85" w:type="dxa"/>
            </w:tcMar>
            <w:vAlign w:val="center"/>
          </w:tcPr>
          <w:p w14:paraId="57C83106" w14:textId="77777777" w:rsidR="00C16128" w:rsidRDefault="00000000">
            <w:pPr>
              <w:spacing w:after="0" w:line="240" w:lineRule="auto"/>
            </w:pPr>
            <w:r>
              <w:rPr>
                <w:sz w:val="15"/>
              </w:rPr>
              <w:t>Esențial</w:t>
            </w:r>
          </w:p>
        </w:tc>
      </w:tr>
      <w:tr w:rsidR="00C16128" w14:paraId="0CDD5C35" w14:textId="77777777">
        <w:trPr>
          <w:cantSplit/>
          <w:jc w:val="center"/>
        </w:trPr>
        <w:tc>
          <w:tcPr>
            <w:tcW w:w="794" w:type="dxa"/>
            <w:shd w:val="clear" w:color="auto" w:fill="FAFAFA"/>
            <w:tcMar>
              <w:top w:w="70" w:type="dxa"/>
              <w:left w:w="85" w:type="dxa"/>
              <w:bottom w:w="70" w:type="dxa"/>
              <w:right w:w="85" w:type="dxa"/>
            </w:tcMar>
            <w:vAlign w:val="center"/>
          </w:tcPr>
          <w:p w14:paraId="45099AE5" w14:textId="77777777" w:rsidR="00C16128" w:rsidRDefault="00000000">
            <w:pPr>
              <w:spacing w:after="0" w:line="240" w:lineRule="auto"/>
              <w:jc w:val="center"/>
            </w:pPr>
            <w:r>
              <w:rPr>
                <w:sz w:val="15"/>
              </w:rPr>
              <w:t>IMP</w:t>
            </w:r>
          </w:p>
        </w:tc>
        <w:tc>
          <w:tcPr>
            <w:tcW w:w="2381" w:type="dxa"/>
            <w:shd w:val="clear" w:color="auto" w:fill="FAFAFA"/>
            <w:tcMar>
              <w:top w:w="70" w:type="dxa"/>
              <w:left w:w="85" w:type="dxa"/>
              <w:bottom w:w="70" w:type="dxa"/>
              <w:right w:w="85" w:type="dxa"/>
            </w:tcMar>
            <w:vAlign w:val="center"/>
          </w:tcPr>
          <w:p w14:paraId="1C882E91" w14:textId="77777777" w:rsidR="00C16128" w:rsidRDefault="00000000">
            <w:pPr>
              <w:spacing w:after="0" w:line="240" w:lineRule="auto"/>
            </w:pPr>
            <w:r>
              <w:rPr>
                <w:sz w:val="15"/>
              </w:rPr>
              <w:t>Evaluare și îmbunătățire</w:t>
            </w:r>
          </w:p>
        </w:tc>
        <w:tc>
          <w:tcPr>
            <w:tcW w:w="4706" w:type="dxa"/>
            <w:shd w:val="clear" w:color="auto" w:fill="FAFAFA"/>
            <w:tcMar>
              <w:top w:w="70" w:type="dxa"/>
              <w:left w:w="85" w:type="dxa"/>
              <w:bottom w:w="70" w:type="dxa"/>
              <w:right w:w="85" w:type="dxa"/>
            </w:tcMar>
            <w:vAlign w:val="center"/>
          </w:tcPr>
          <w:p w14:paraId="2F6F2F51" w14:textId="77777777" w:rsidR="00C16128" w:rsidRDefault="00000000">
            <w:pPr>
              <w:spacing w:after="0" w:line="240" w:lineRule="auto"/>
            </w:pPr>
            <w:r>
              <w:rPr>
                <w:sz w:val="15"/>
              </w:rPr>
              <w:t>KPI, audit, neconformități, acțiuni corective și management review.</w:t>
            </w:r>
          </w:p>
        </w:tc>
        <w:tc>
          <w:tcPr>
            <w:tcW w:w="2041" w:type="dxa"/>
            <w:shd w:val="clear" w:color="auto" w:fill="FAFAFA"/>
            <w:tcMar>
              <w:top w:w="70" w:type="dxa"/>
              <w:left w:w="85" w:type="dxa"/>
              <w:bottom w:w="70" w:type="dxa"/>
              <w:right w:w="85" w:type="dxa"/>
            </w:tcMar>
            <w:vAlign w:val="center"/>
          </w:tcPr>
          <w:p w14:paraId="57770A92" w14:textId="77777777" w:rsidR="00C16128" w:rsidRDefault="00000000">
            <w:pPr>
              <w:spacing w:after="0" w:line="240" w:lineRule="auto"/>
            </w:pPr>
            <w:r>
              <w:rPr>
                <w:sz w:val="15"/>
              </w:rPr>
              <w:t>Esențial</w:t>
            </w:r>
          </w:p>
        </w:tc>
      </w:tr>
    </w:tbl>
    <w:p w14:paraId="23271693" w14:textId="77777777" w:rsidR="00C16128" w:rsidRDefault="00C16128">
      <w:pPr>
        <w:spacing w:after="20"/>
      </w:pPr>
    </w:p>
    <w:p w14:paraId="2D99DD85" w14:textId="77777777" w:rsidR="00C16128" w:rsidRDefault="00000000">
      <w:pPr>
        <w:pStyle w:val="Heading2"/>
      </w:pPr>
      <w:r>
        <w:t>Convenție simplă de codificare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3005"/>
        <w:gridCol w:w="4989"/>
      </w:tblGrid>
      <w:tr w:rsidR="00C16128" w14:paraId="02123FD6" w14:textId="77777777">
        <w:trPr>
          <w:tblHeader/>
          <w:jc w:val="center"/>
        </w:trPr>
        <w:tc>
          <w:tcPr>
            <w:tcW w:w="1928" w:type="dxa"/>
            <w:shd w:val="clear" w:color="auto" w:fill="D71920"/>
            <w:tcMar>
              <w:top w:w="70" w:type="dxa"/>
              <w:left w:w="85" w:type="dxa"/>
              <w:bottom w:w="70" w:type="dxa"/>
              <w:right w:w="85" w:type="dxa"/>
            </w:tcMar>
            <w:vAlign w:val="center"/>
          </w:tcPr>
          <w:p w14:paraId="02D4022D" w14:textId="77777777" w:rsidR="00C16128" w:rsidRDefault="00000000">
            <w:pPr>
              <w:spacing w:after="0" w:line="240" w:lineRule="auto"/>
              <w:jc w:val="center"/>
            </w:pPr>
            <w:r>
              <w:rPr>
                <w:b/>
                <w:color w:val="FFFFFF"/>
                <w:sz w:val="15"/>
              </w:rPr>
              <w:t>ELEMENT</w:t>
            </w:r>
          </w:p>
        </w:tc>
        <w:tc>
          <w:tcPr>
            <w:tcW w:w="3005" w:type="dxa"/>
            <w:shd w:val="clear" w:color="auto" w:fill="D71920"/>
            <w:tcMar>
              <w:top w:w="70" w:type="dxa"/>
              <w:left w:w="85" w:type="dxa"/>
              <w:bottom w:w="70" w:type="dxa"/>
              <w:right w:w="85" w:type="dxa"/>
            </w:tcMar>
            <w:vAlign w:val="center"/>
          </w:tcPr>
          <w:p w14:paraId="1A641712" w14:textId="77777777" w:rsidR="00C16128" w:rsidRDefault="00000000">
            <w:pPr>
              <w:spacing w:after="0" w:line="240" w:lineRule="auto"/>
              <w:jc w:val="center"/>
            </w:pPr>
            <w:r>
              <w:rPr>
                <w:b/>
                <w:color w:val="FFFFFF"/>
                <w:sz w:val="15"/>
              </w:rPr>
              <w:t>EXEMPLU</w:t>
            </w:r>
          </w:p>
        </w:tc>
        <w:tc>
          <w:tcPr>
            <w:tcW w:w="4989" w:type="dxa"/>
            <w:shd w:val="clear" w:color="auto" w:fill="D71920"/>
            <w:tcMar>
              <w:top w:w="70" w:type="dxa"/>
              <w:left w:w="85" w:type="dxa"/>
              <w:bottom w:w="70" w:type="dxa"/>
              <w:right w:w="85" w:type="dxa"/>
            </w:tcMar>
            <w:vAlign w:val="center"/>
          </w:tcPr>
          <w:p w14:paraId="0CD5D327" w14:textId="77777777" w:rsidR="00C16128" w:rsidRDefault="00000000">
            <w:pPr>
              <w:spacing w:after="0" w:line="240" w:lineRule="auto"/>
              <w:jc w:val="center"/>
            </w:pPr>
            <w:r>
              <w:rPr>
                <w:b/>
                <w:color w:val="FFFFFF"/>
                <w:sz w:val="15"/>
              </w:rPr>
              <w:t>EXPLICAȚIE</w:t>
            </w:r>
          </w:p>
        </w:tc>
      </w:tr>
      <w:tr w:rsidR="00C16128" w14:paraId="54B693A5" w14:textId="77777777">
        <w:trPr>
          <w:cantSplit/>
          <w:jc w:val="center"/>
        </w:trPr>
        <w:tc>
          <w:tcPr>
            <w:tcW w:w="1928" w:type="dxa"/>
            <w:shd w:val="clear" w:color="auto" w:fill="FFFFFF"/>
            <w:tcMar>
              <w:top w:w="70" w:type="dxa"/>
              <w:left w:w="85" w:type="dxa"/>
              <w:bottom w:w="70" w:type="dxa"/>
              <w:right w:w="85" w:type="dxa"/>
            </w:tcMar>
            <w:vAlign w:val="center"/>
          </w:tcPr>
          <w:p w14:paraId="11279EDB" w14:textId="77777777" w:rsidR="00C16128" w:rsidRDefault="00000000">
            <w:pPr>
              <w:spacing w:after="0" w:line="240" w:lineRule="auto"/>
            </w:pPr>
            <w:r>
              <w:rPr>
                <w:sz w:val="16"/>
              </w:rPr>
              <w:t>Tip</w:t>
            </w:r>
          </w:p>
        </w:tc>
        <w:tc>
          <w:tcPr>
            <w:tcW w:w="3005" w:type="dxa"/>
            <w:shd w:val="clear" w:color="auto" w:fill="FFFFFF"/>
            <w:tcMar>
              <w:top w:w="70" w:type="dxa"/>
              <w:left w:w="85" w:type="dxa"/>
              <w:bottom w:w="70" w:type="dxa"/>
              <w:right w:w="85" w:type="dxa"/>
            </w:tcMar>
            <w:vAlign w:val="center"/>
          </w:tcPr>
          <w:p w14:paraId="3805EE2F" w14:textId="77777777" w:rsidR="00C16128" w:rsidRDefault="00000000">
            <w:pPr>
              <w:spacing w:after="0" w:line="240" w:lineRule="auto"/>
            </w:pPr>
            <w:r>
              <w:rPr>
                <w:sz w:val="16"/>
              </w:rPr>
              <w:t>POL / PRO / INS / FOR / REG / PLN</w:t>
            </w:r>
          </w:p>
        </w:tc>
        <w:tc>
          <w:tcPr>
            <w:tcW w:w="4989" w:type="dxa"/>
            <w:shd w:val="clear" w:color="auto" w:fill="FFFFFF"/>
            <w:tcMar>
              <w:top w:w="70" w:type="dxa"/>
              <w:left w:w="85" w:type="dxa"/>
              <w:bottom w:w="70" w:type="dxa"/>
              <w:right w:w="85" w:type="dxa"/>
            </w:tcMar>
            <w:vAlign w:val="center"/>
          </w:tcPr>
          <w:p w14:paraId="568F5B83" w14:textId="77777777" w:rsidR="00C16128" w:rsidRDefault="00000000">
            <w:pPr>
              <w:spacing w:after="0" w:line="240" w:lineRule="auto"/>
            </w:pPr>
            <w:r>
              <w:rPr>
                <w:sz w:val="16"/>
              </w:rPr>
              <w:t>Politică, procedură, instrucțiune, formular, registru sau plan.</w:t>
            </w:r>
          </w:p>
        </w:tc>
      </w:tr>
      <w:tr w:rsidR="00C16128" w14:paraId="3F150EE4" w14:textId="77777777">
        <w:trPr>
          <w:cantSplit/>
          <w:jc w:val="center"/>
        </w:trPr>
        <w:tc>
          <w:tcPr>
            <w:tcW w:w="1928" w:type="dxa"/>
            <w:shd w:val="clear" w:color="auto" w:fill="FAFAFA"/>
            <w:tcMar>
              <w:top w:w="70" w:type="dxa"/>
              <w:left w:w="85" w:type="dxa"/>
              <w:bottom w:w="70" w:type="dxa"/>
              <w:right w:w="85" w:type="dxa"/>
            </w:tcMar>
            <w:vAlign w:val="center"/>
          </w:tcPr>
          <w:p w14:paraId="7B4AFFB9" w14:textId="77777777" w:rsidR="00C16128" w:rsidRDefault="00000000">
            <w:pPr>
              <w:spacing w:after="0" w:line="240" w:lineRule="auto"/>
            </w:pPr>
            <w:r>
              <w:rPr>
                <w:sz w:val="16"/>
              </w:rPr>
              <w:t>Domeniu</w:t>
            </w:r>
          </w:p>
        </w:tc>
        <w:tc>
          <w:tcPr>
            <w:tcW w:w="3005" w:type="dxa"/>
            <w:shd w:val="clear" w:color="auto" w:fill="FAFAFA"/>
            <w:tcMar>
              <w:top w:w="70" w:type="dxa"/>
              <w:left w:w="85" w:type="dxa"/>
              <w:bottom w:w="70" w:type="dxa"/>
              <w:right w:w="85" w:type="dxa"/>
            </w:tcMar>
            <w:vAlign w:val="center"/>
          </w:tcPr>
          <w:p w14:paraId="074153CC" w14:textId="77777777" w:rsidR="00C16128" w:rsidRDefault="00000000">
            <w:pPr>
              <w:spacing w:after="0" w:line="240" w:lineRule="auto"/>
            </w:pPr>
            <w:r>
              <w:rPr>
                <w:sz w:val="16"/>
              </w:rPr>
              <w:t>MED / SSM / INT</w:t>
            </w:r>
          </w:p>
        </w:tc>
        <w:tc>
          <w:tcPr>
            <w:tcW w:w="4989" w:type="dxa"/>
            <w:shd w:val="clear" w:color="auto" w:fill="FAFAFA"/>
            <w:tcMar>
              <w:top w:w="70" w:type="dxa"/>
              <w:left w:w="85" w:type="dxa"/>
              <w:bottom w:w="70" w:type="dxa"/>
              <w:right w:w="85" w:type="dxa"/>
            </w:tcMar>
            <w:vAlign w:val="center"/>
          </w:tcPr>
          <w:p w14:paraId="703868B0" w14:textId="77777777" w:rsidR="00C16128" w:rsidRDefault="00000000">
            <w:pPr>
              <w:spacing w:after="0" w:line="240" w:lineRule="auto"/>
            </w:pPr>
            <w:r>
              <w:rPr>
                <w:sz w:val="16"/>
              </w:rPr>
              <w:t>Mediu, sănătate și securitate în muncă sau sistem integrat.</w:t>
            </w:r>
          </w:p>
        </w:tc>
      </w:tr>
      <w:tr w:rsidR="00C16128" w:rsidRPr="000236A4" w14:paraId="671DAD37" w14:textId="77777777">
        <w:trPr>
          <w:cantSplit/>
          <w:jc w:val="center"/>
        </w:trPr>
        <w:tc>
          <w:tcPr>
            <w:tcW w:w="1928" w:type="dxa"/>
            <w:shd w:val="clear" w:color="auto" w:fill="FFFFFF"/>
            <w:tcMar>
              <w:top w:w="70" w:type="dxa"/>
              <w:left w:w="85" w:type="dxa"/>
              <w:bottom w:w="70" w:type="dxa"/>
              <w:right w:w="85" w:type="dxa"/>
            </w:tcMar>
            <w:vAlign w:val="center"/>
          </w:tcPr>
          <w:p w14:paraId="25E90A7C" w14:textId="77777777" w:rsidR="00C16128" w:rsidRDefault="00000000">
            <w:pPr>
              <w:spacing w:after="0" w:line="240" w:lineRule="auto"/>
            </w:pPr>
            <w:r>
              <w:rPr>
                <w:sz w:val="16"/>
              </w:rPr>
              <w:lastRenderedPageBreak/>
              <w:t>Proces</w:t>
            </w:r>
          </w:p>
        </w:tc>
        <w:tc>
          <w:tcPr>
            <w:tcW w:w="3005" w:type="dxa"/>
            <w:shd w:val="clear" w:color="auto" w:fill="FFFFFF"/>
            <w:tcMar>
              <w:top w:w="70" w:type="dxa"/>
              <w:left w:w="85" w:type="dxa"/>
              <w:bottom w:w="70" w:type="dxa"/>
              <w:right w:w="85" w:type="dxa"/>
            </w:tcMar>
            <w:vAlign w:val="center"/>
          </w:tcPr>
          <w:p w14:paraId="7843FFB9" w14:textId="77777777" w:rsidR="00C16128" w:rsidRDefault="00000000">
            <w:pPr>
              <w:spacing w:after="0" w:line="240" w:lineRule="auto"/>
            </w:pPr>
            <w:r>
              <w:rPr>
                <w:sz w:val="16"/>
              </w:rPr>
              <w:t>ACH / OPR / MNT / HR</w:t>
            </w:r>
          </w:p>
        </w:tc>
        <w:tc>
          <w:tcPr>
            <w:tcW w:w="4989" w:type="dxa"/>
            <w:shd w:val="clear" w:color="auto" w:fill="FFFFFF"/>
            <w:tcMar>
              <w:top w:w="70" w:type="dxa"/>
              <w:left w:w="85" w:type="dxa"/>
              <w:bottom w:w="70" w:type="dxa"/>
              <w:right w:w="85" w:type="dxa"/>
            </w:tcMar>
            <w:vAlign w:val="center"/>
          </w:tcPr>
          <w:p w14:paraId="63B663C0" w14:textId="77777777" w:rsidR="00C16128" w:rsidRPr="000236A4" w:rsidRDefault="00000000">
            <w:pPr>
              <w:spacing w:after="0" w:line="240" w:lineRule="auto"/>
              <w:rPr>
                <w:lang w:val="fr-FR"/>
              </w:rPr>
            </w:pPr>
            <w:r w:rsidRPr="000236A4">
              <w:rPr>
                <w:sz w:val="16"/>
                <w:lang w:val="fr-FR"/>
              </w:rPr>
              <w:t>Achiziții, operațiuni, mentenanță, resurse umane etc.</w:t>
            </w:r>
          </w:p>
        </w:tc>
      </w:tr>
      <w:tr w:rsidR="00C16128" w:rsidRPr="000236A4" w14:paraId="4F33F248" w14:textId="77777777">
        <w:trPr>
          <w:cantSplit/>
          <w:jc w:val="center"/>
        </w:trPr>
        <w:tc>
          <w:tcPr>
            <w:tcW w:w="1928" w:type="dxa"/>
            <w:shd w:val="clear" w:color="auto" w:fill="FAFAFA"/>
            <w:tcMar>
              <w:top w:w="70" w:type="dxa"/>
              <w:left w:w="85" w:type="dxa"/>
              <w:bottom w:w="70" w:type="dxa"/>
              <w:right w:w="85" w:type="dxa"/>
            </w:tcMar>
            <w:vAlign w:val="center"/>
          </w:tcPr>
          <w:p w14:paraId="788B0978" w14:textId="77777777" w:rsidR="00C16128" w:rsidRDefault="00000000">
            <w:pPr>
              <w:spacing w:after="0" w:line="240" w:lineRule="auto"/>
            </w:pPr>
            <w:r>
              <w:rPr>
                <w:sz w:val="16"/>
              </w:rPr>
              <w:t>Număr</w:t>
            </w:r>
          </w:p>
        </w:tc>
        <w:tc>
          <w:tcPr>
            <w:tcW w:w="3005" w:type="dxa"/>
            <w:shd w:val="clear" w:color="auto" w:fill="FAFAFA"/>
            <w:tcMar>
              <w:top w:w="70" w:type="dxa"/>
              <w:left w:w="85" w:type="dxa"/>
              <w:bottom w:w="70" w:type="dxa"/>
              <w:right w:w="85" w:type="dxa"/>
            </w:tcMar>
            <w:vAlign w:val="center"/>
          </w:tcPr>
          <w:p w14:paraId="08F72F6B" w14:textId="77777777" w:rsidR="00C16128" w:rsidRDefault="00000000">
            <w:pPr>
              <w:spacing w:after="0" w:line="240" w:lineRule="auto"/>
            </w:pPr>
            <w:r>
              <w:rPr>
                <w:sz w:val="16"/>
              </w:rPr>
              <w:t>01, 02, 03</w:t>
            </w:r>
          </w:p>
        </w:tc>
        <w:tc>
          <w:tcPr>
            <w:tcW w:w="4989" w:type="dxa"/>
            <w:shd w:val="clear" w:color="auto" w:fill="FAFAFA"/>
            <w:tcMar>
              <w:top w:w="70" w:type="dxa"/>
              <w:left w:w="85" w:type="dxa"/>
              <w:bottom w:w="70" w:type="dxa"/>
              <w:right w:w="85" w:type="dxa"/>
            </w:tcMar>
            <w:vAlign w:val="center"/>
          </w:tcPr>
          <w:p w14:paraId="0DE2C1DD" w14:textId="77777777" w:rsidR="00C16128" w:rsidRPr="000236A4" w:rsidRDefault="00000000">
            <w:pPr>
              <w:spacing w:after="0" w:line="240" w:lineRule="auto"/>
              <w:rPr>
                <w:lang w:val="fr-FR"/>
              </w:rPr>
            </w:pPr>
            <w:r w:rsidRPr="000236A4">
              <w:rPr>
                <w:sz w:val="16"/>
                <w:lang w:val="fr-FR"/>
              </w:rPr>
              <w:t>Număr unic în familie sau proces.</w:t>
            </w:r>
          </w:p>
        </w:tc>
      </w:tr>
      <w:tr w:rsidR="00C16128" w:rsidRPr="000236A4" w14:paraId="68323B3D" w14:textId="77777777">
        <w:trPr>
          <w:cantSplit/>
          <w:jc w:val="center"/>
        </w:trPr>
        <w:tc>
          <w:tcPr>
            <w:tcW w:w="1928" w:type="dxa"/>
            <w:shd w:val="clear" w:color="auto" w:fill="FFFFFF"/>
            <w:tcMar>
              <w:top w:w="70" w:type="dxa"/>
              <w:left w:w="85" w:type="dxa"/>
              <w:bottom w:w="70" w:type="dxa"/>
              <w:right w:w="85" w:type="dxa"/>
            </w:tcMar>
            <w:vAlign w:val="center"/>
          </w:tcPr>
          <w:p w14:paraId="16E29A70" w14:textId="77777777" w:rsidR="00C16128" w:rsidRDefault="00000000">
            <w:pPr>
              <w:spacing w:after="0" w:line="240" w:lineRule="auto"/>
            </w:pPr>
            <w:r>
              <w:rPr>
                <w:sz w:val="16"/>
              </w:rPr>
              <w:t>Revizie</w:t>
            </w:r>
          </w:p>
        </w:tc>
        <w:tc>
          <w:tcPr>
            <w:tcW w:w="3005" w:type="dxa"/>
            <w:shd w:val="clear" w:color="auto" w:fill="FFFFFF"/>
            <w:tcMar>
              <w:top w:w="70" w:type="dxa"/>
              <w:left w:w="85" w:type="dxa"/>
              <w:bottom w:w="70" w:type="dxa"/>
              <w:right w:w="85" w:type="dxa"/>
            </w:tcMar>
            <w:vAlign w:val="center"/>
          </w:tcPr>
          <w:p w14:paraId="0E4B6BD8" w14:textId="77777777" w:rsidR="00C16128" w:rsidRDefault="00000000">
            <w:pPr>
              <w:spacing w:after="0" w:line="240" w:lineRule="auto"/>
            </w:pPr>
            <w:r>
              <w:rPr>
                <w:sz w:val="16"/>
              </w:rPr>
              <w:t>R00, R01, R02</w:t>
            </w:r>
          </w:p>
        </w:tc>
        <w:tc>
          <w:tcPr>
            <w:tcW w:w="4989" w:type="dxa"/>
            <w:shd w:val="clear" w:color="auto" w:fill="FFFFFF"/>
            <w:tcMar>
              <w:top w:w="70" w:type="dxa"/>
              <w:left w:w="85" w:type="dxa"/>
              <w:bottom w:w="70" w:type="dxa"/>
              <w:right w:w="85" w:type="dxa"/>
            </w:tcMar>
            <w:vAlign w:val="center"/>
          </w:tcPr>
          <w:p w14:paraId="7E74F6EF" w14:textId="77777777" w:rsidR="00C16128" w:rsidRPr="000236A4" w:rsidRDefault="00000000">
            <w:pPr>
              <w:spacing w:after="0" w:line="240" w:lineRule="auto"/>
              <w:rPr>
                <w:lang w:val="fr-FR"/>
              </w:rPr>
            </w:pPr>
            <w:r w:rsidRPr="000236A4">
              <w:rPr>
                <w:sz w:val="16"/>
                <w:lang w:val="fr-FR"/>
              </w:rPr>
              <w:t>Versiunea aprobată; distinctă de data documentului.</w:t>
            </w:r>
          </w:p>
        </w:tc>
      </w:tr>
      <w:tr w:rsidR="00C16128" w14:paraId="2D9A45F7" w14:textId="77777777">
        <w:trPr>
          <w:cantSplit/>
          <w:jc w:val="center"/>
        </w:trPr>
        <w:tc>
          <w:tcPr>
            <w:tcW w:w="1928" w:type="dxa"/>
            <w:shd w:val="clear" w:color="auto" w:fill="FAFAFA"/>
            <w:tcMar>
              <w:top w:w="70" w:type="dxa"/>
              <w:left w:w="85" w:type="dxa"/>
              <w:bottom w:w="70" w:type="dxa"/>
              <w:right w:w="85" w:type="dxa"/>
            </w:tcMar>
            <w:vAlign w:val="center"/>
          </w:tcPr>
          <w:p w14:paraId="6A177C48" w14:textId="77777777" w:rsidR="00C16128" w:rsidRDefault="00000000">
            <w:pPr>
              <w:spacing w:after="0" w:line="240" w:lineRule="auto"/>
            </w:pPr>
            <w:r>
              <w:rPr>
                <w:sz w:val="16"/>
              </w:rPr>
              <w:t>Exemplu</w:t>
            </w:r>
          </w:p>
        </w:tc>
        <w:tc>
          <w:tcPr>
            <w:tcW w:w="3005" w:type="dxa"/>
            <w:shd w:val="clear" w:color="auto" w:fill="FAFAFA"/>
            <w:tcMar>
              <w:top w:w="70" w:type="dxa"/>
              <w:left w:w="85" w:type="dxa"/>
              <w:bottom w:w="70" w:type="dxa"/>
              <w:right w:w="85" w:type="dxa"/>
            </w:tcMar>
            <w:vAlign w:val="center"/>
          </w:tcPr>
          <w:p w14:paraId="2207D04B" w14:textId="77777777" w:rsidR="00C16128" w:rsidRDefault="00000000">
            <w:pPr>
              <w:spacing w:after="0" w:line="240" w:lineRule="auto"/>
            </w:pPr>
            <w:r>
              <w:rPr>
                <w:sz w:val="16"/>
              </w:rPr>
              <w:t>PRO-SAL-HAC-04-R02</w:t>
            </w:r>
          </w:p>
        </w:tc>
        <w:tc>
          <w:tcPr>
            <w:tcW w:w="4989" w:type="dxa"/>
            <w:shd w:val="clear" w:color="auto" w:fill="FAFAFA"/>
            <w:tcMar>
              <w:top w:w="70" w:type="dxa"/>
              <w:left w:w="85" w:type="dxa"/>
              <w:bottom w:w="70" w:type="dxa"/>
              <w:right w:w="85" w:type="dxa"/>
            </w:tcMar>
            <w:vAlign w:val="center"/>
          </w:tcPr>
          <w:p w14:paraId="20CE8392" w14:textId="77777777" w:rsidR="00C16128" w:rsidRDefault="00000000">
            <w:pPr>
              <w:spacing w:after="0" w:line="240" w:lineRule="auto"/>
            </w:pPr>
            <w:r>
              <w:rPr>
                <w:sz w:val="16"/>
              </w:rPr>
              <w:t>Procedura de siguranță a alimentelor pentru analiza pericolelor, nr. 04, revizia 02.</w:t>
            </w:r>
          </w:p>
        </w:tc>
      </w:tr>
    </w:tbl>
    <w:p w14:paraId="127AEAFA" w14:textId="77777777" w:rsidR="00C16128" w:rsidRDefault="00C16128">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C16128" w:rsidRPr="000236A4" w14:paraId="39C5702F" w14:textId="77777777">
        <w:trPr>
          <w:cantSplit/>
          <w:jc w:val="center"/>
        </w:trPr>
        <w:tc>
          <w:tcPr>
            <w:tcW w:w="1020" w:type="dxa"/>
            <w:shd w:val="clear" w:color="auto" w:fill="D71920"/>
            <w:tcMar>
              <w:top w:w="70" w:type="dxa"/>
              <w:left w:w="85" w:type="dxa"/>
              <w:bottom w:w="70" w:type="dxa"/>
              <w:right w:w="85" w:type="dxa"/>
            </w:tcMar>
            <w:vAlign w:val="center"/>
          </w:tcPr>
          <w:p w14:paraId="10952EEC" w14:textId="77777777" w:rsidR="00C16128" w:rsidRDefault="00000000">
            <w:pPr>
              <w:spacing w:after="0" w:line="240" w:lineRule="auto"/>
              <w:jc w:val="center"/>
            </w:pPr>
            <w:r>
              <w:rPr>
                <w:b/>
                <w:color w:val="FFFFFF"/>
                <w:sz w:val="34"/>
              </w:rPr>
              <w:t>4</w:t>
            </w:r>
          </w:p>
        </w:tc>
        <w:tc>
          <w:tcPr>
            <w:tcW w:w="8901" w:type="dxa"/>
            <w:shd w:val="clear" w:color="auto" w:fill="F3F4F5"/>
          </w:tcPr>
          <w:p w14:paraId="4635CCC1" w14:textId="77777777" w:rsidR="00C16128" w:rsidRPr="000236A4" w:rsidRDefault="00000000">
            <w:pPr>
              <w:spacing w:after="20"/>
              <w:rPr>
                <w:lang w:val="fr-FR"/>
              </w:rPr>
            </w:pPr>
            <w:r w:rsidRPr="000236A4">
              <w:rPr>
                <w:b/>
                <w:sz w:val="27"/>
                <w:lang w:val="fr-FR"/>
              </w:rPr>
              <w:t>Fișele documentelor esențiale</w:t>
            </w:r>
          </w:p>
          <w:p w14:paraId="18FCEAB9" w14:textId="77777777" w:rsidR="00C16128" w:rsidRPr="000236A4" w:rsidRDefault="00000000">
            <w:pPr>
              <w:spacing w:after="0"/>
              <w:rPr>
                <w:lang w:val="fr-FR"/>
              </w:rPr>
            </w:pPr>
            <w:r w:rsidRPr="000236A4">
              <w:rPr>
                <w:color w:val="666666"/>
                <w:sz w:val="16"/>
                <w:lang w:val="fr-FR"/>
              </w:rPr>
              <w:t>Conținut minim orientativ, proprietari, dovezi și erori de evitat</w:t>
            </w:r>
          </w:p>
        </w:tc>
      </w:tr>
    </w:tbl>
    <w:p w14:paraId="666D7EA8" w14:textId="77777777" w:rsidR="00C16128" w:rsidRPr="000236A4" w:rsidRDefault="00C16128">
      <w:pPr>
        <w:spacing w:after="0"/>
        <w:rPr>
          <w:lang w:val="fr-FR"/>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14:paraId="65B46112" w14:textId="77777777">
        <w:trPr>
          <w:jc w:val="center"/>
        </w:trPr>
        <w:tc>
          <w:tcPr>
            <w:tcW w:w="9921" w:type="dxa"/>
            <w:gridSpan w:val="2"/>
            <w:shd w:val="clear" w:color="auto" w:fill="D71920"/>
            <w:tcMar>
              <w:top w:w="70" w:type="dxa"/>
              <w:left w:w="85" w:type="dxa"/>
              <w:bottom w:w="70" w:type="dxa"/>
              <w:right w:w="85" w:type="dxa"/>
            </w:tcMar>
            <w:vAlign w:val="center"/>
          </w:tcPr>
          <w:p w14:paraId="11A0ED18" w14:textId="77777777" w:rsidR="00C16128" w:rsidRDefault="00000000">
            <w:pPr>
              <w:spacing w:after="0" w:line="240" w:lineRule="auto"/>
            </w:pPr>
            <w:r>
              <w:rPr>
                <w:b/>
                <w:color w:val="FFFFFF"/>
                <w:sz w:val="21"/>
              </w:rPr>
              <w:t>4.1. Domeniul SMSA</w:t>
            </w:r>
          </w:p>
        </w:tc>
      </w:tr>
      <w:tr w:rsidR="00C16128" w14:paraId="4C930A6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3FCE7F3"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285B2B26" w14:textId="77777777" w:rsidR="00C16128" w:rsidRDefault="00000000">
            <w:pPr>
              <w:spacing w:after="0" w:line="240" w:lineRule="auto"/>
            </w:pPr>
            <w:r>
              <w:rPr>
                <w:sz w:val="15"/>
              </w:rPr>
              <w:t>Document menținut</w:t>
            </w:r>
          </w:p>
        </w:tc>
      </w:tr>
      <w:tr w:rsidR="00C16128" w14:paraId="262E41A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003C539"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6BB1FC70" w14:textId="77777777" w:rsidR="00C16128" w:rsidRDefault="00000000">
            <w:pPr>
              <w:spacing w:after="0" w:line="240" w:lineRule="auto"/>
            </w:pPr>
            <w:r>
              <w:rPr>
                <w:sz w:val="15"/>
              </w:rPr>
              <w:t>4.3</w:t>
            </w:r>
          </w:p>
        </w:tc>
      </w:tr>
      <w:tr w:rsidR="00C16128" w14:paraId="7C4353B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798C1E3"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1A52F9BC" w14:textId="77777777" w:rsidR="00C16128" w:rsidRDefault="00000000">
            <w:pPr>
              <w:spacing w:after="0" w:line="240" w:lineRule="auto"/>
            </w:pPr>
            <w:r>
              <w:rPr>
                <w:sz w:val="15"/>
              </w:rPr>
              <w:t>În mod obișnuit</w:t>
            </w:r>
          </w:p>
        </w:tc>
      </w:tr>
      <w:tr w:rsidR="00C16128" w14:paraId="56BE30A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DEFC36A"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32287FDE" w14:textId="77777777" w:rsidR="00C16128" w:rsidRDefault="00000000">
            <w:pPr>
              <w:spacing w:after="0" w:line="240" w:lineRule="auto"/>
            </w:pPr>
            <w:r>
              <w:rPr>
                <w:sz w:val="15"/>
              </w:rPr>
              <w:t>Definește exact ce produse, procese, locații și activități sunt controlate.</w:t>
            </w:r>
          </w:p>
        </w:tc>
      </w:tr>
      <w:tr w:rsidR="00C16128" w14:paraId="1B02AD6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95C672E"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48EF2F9E" w14:textId="77777777" w:rsidR="00C16128" w:rsidRDefault="00000000">
            <w:pPr>
              <w:spacing w:after="0" w:line="240" w:lineRule="auto"/>
            </w:pPr>
            <w:r>
              <w:rPr>
                <w:sz w:val="15"/>
              </w:rPr>
              <w:t>Produse/categorii; locații; procese; limite; activități externalizate; justificarea excluderilor permise; interfețe.</w:t>
            </w:r>
          </w:p>
        </w:tc>
      </w:tr>
      <w:tr w:rsidR="00C16128" w14:paraId="2E511AB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0C3C6B9"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01AB93C8" w14:textId="77777777" w:rsidR="00C16128" w:rsidRDefault="00000000">
            <w:pPr>
              <w:spacing w:after="0" w:line="240" w:lineRule="auto"/>
            </w:pPr>
            <w:r>
              <w:rPr>
                <w:sz w:val="15"/>
              </w:rPr>
              <w:t>Conducerea și coordonatorul SMSA.</w:t>
            </w:r>
          </w:p>
        </w:tc>
      </w:tr>
      <w:tr w:rsidR="00C16128" w:rsidRPr="000236A4" w14:paraId="4249481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87A23F6"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00C28A89" w14:textId="77777777" w:rsidR="00C16128" w:rsidRPr="000236A4" w:rsidRDefault="00000000">
            <w:pPr>
              <w:spacing w:after="0" w:line="240" w:lineRule="auto"/>
              <w:rPr>
                <w:lang w:val="fr-FR"/>
              </w:rPr>
            </w:pPr>
            <w:r w:rsidRPr="000236A4">
              <w:rPr>
                <w:sz w:val="15"/>
                <w:lang w:val="fr-FR"/>
              </w:rPr>
              <w:t>La schimbări de produs, locație, proces, structură, piață sau externalizare.</w:t>
            </w:r>
          </w:p>
        </w:tc>
      </w:tr>
      <w:tr w:rsidR="00C16128" w:rsidRPr="000236A4" w14:paraId="2109B8D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0607008"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5EB6ACA2" w14:textId="77777777" w:rsidR="00C16128" w:rsidRPr="000236A4" w:rsidRDefault="00000000">
            <w:pPr>
              <w:spacing w:after="0" w:line="240" w:lineRule="auto"/>
              <w:rPr>
                <w:lang w:val="fr-FR"/>
              </w:rPr>
            </w:pPr>
            <w:r w:rsidRPr="000236A4">
              <w:rPr>
                <w:sz w:val="15"/>
                <w:lang w:val="fr-FR"/>
              </w:rPr>
              <w:t>Organigramă, hărți, fluxuri, autorizații, contracte și analiza contextului.</w:t>
            </w:r>
          </w:p>
        </w:tc>
      </w:tr>
      <w:tr w:rsidR="00C16128" w14:paraId="47C05F4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D05D359"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3389C7BD" w14:textId="77777777" w:rsidR="00C16128" w:rsidRDefault="00000000">
            <w:pPr>
              <w:spacing w:after="0" w:line="240" w:lineRule="auto"/>
            </w:pPr>
            <w:r>
              <w:rPr>
                <w:sz w:val="15"/>
              </w:rPr>
              <w:t>Domeniu prea generic; omisiunea depozitelor, transportului sau activităților externalizate.</w:t>
            </w:r>
          </w:p>
        </w:tc>
      </w:tr>
    </w:tbl>
    <w:p w14:paraId="3A14C4F2"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rsidRPr="000236A4" w14:paraId="6F825F9B" w14:textId="77777777">
        <w:trPr>
          <w:jc w:val="center"/>
        </w:trPr>
        <w:tc>
          <w:tcPr>
            <w:tcW w:w="9921" w:type="dxa"/>
            <w:gridSpan w:val="2"/>
            <w:shd w:val="clear" w:color="auto" w:fill="D71920"/>
            <w:tcMar>
              <w:top w:w="70" w:type="dxa"/>
              <w:left w:w="85" w:type="dxa"/>
              <w:bottom w:w="70" w:type="dxa"/>
              <w:right w:w="85" w:type="dxa"/>
            </w:tcMar>
            <w:vAlign w:val="center"/>
          </w:tcPr>
          <w:p w14:paraId="49D445B0" w14:textId="77777777" w:rsidR="00C16128" w:rsidRPr="000236A4" w:rsidRDefault="00000000">
            <w:pPr>
              <w:spacing w:after="0" w:line="240" w:lineRule="auto"/>
              <w:rPr>
                <w:lang w:val="fr-FR"/>
              </w:rPr>
            </w:pPr>
            <w:r w:rsidRPr="000236A4">
              <w:rPr>
                <w:b/>
                <w:color w:val="FFFFFF"/>
                <w:sz w:val="21"/>
                <w:lang w:val="fr-FR"/>
              </w:rPr>
              <w:t>4.2. Politica de siguranță a alimentelor</w:t>
            </w:r>
          </w:p>
        </w:tc>
      </w:tr>
      <w:tr w:rsidR="00C16128" w14:paraId="590841E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79AA202"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02462BBA" w14:textId="77777777" w:rsidR="00C16128" w:rsidRDefault="00000000">
            <w:pPr>
              <w:spacing w:after="0" w:line="240" w:lineRule="auto"/>
            </w:pPr>
            <w:r>
              <w:rPr>
                <w:sz w:val="15"/>
              </w:rPr>
              <w:t>Document menținut</w:t>
            </w:r>
          </w:p>
        </w:tc>
      </w:tr>
      <w:tr w:rsidR="00C16128" w14:paraId="08F8791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CD62C9E"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2F7A7C1F" w14:textId="77777777" w:rsidR="00C16128" w:rsidRDefault="00000000">
            <w:pPr>
              <w:spacing w:after="0" w:line="240" w:lineRule="auto"/>
            </w:pPr>
            <w:r>
              <w:rPr>
                <w:sz w:val="15"/>
              </w:rPr>
              <w:t>5.2</w:t>
            </w:r>
          </w:p>
        </w:tc>
      </w:tr>
      <w:tr w:rsidR="00C16128" w14:paraId="7697127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F4B5528"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480EB087" w14:textId="77777777" w:rsidR="00C16128" w:rsidRDefault="00000000">
            <w:pPr>
              <w:spacing w:after="0" w:line="240" w:lineRule="auto"/>
            </w:pPr>
            <w:r>
              <w:rPr>
                <w:sz w:val="15"/>
              </w:rPr>
              <w:t>În mod obișnuit</w:t>
            </w:r>
          </w:p>
        </w:tc>
      </w:tr>
      <w:tr w:rsidR="00C16128" w14:paraId="162E789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CAB6C5E"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77691A9A" w14:textId="77777777" w:rsidR="00C16128" w:rsidRDefault="00000000">
            <w:pPr>
              <w:spacing w:after="0" w:line="240" w:lineRule="auto"/>
            </w:pPr>
            <w:r>
              <w:rPr>
                <w:sz w:val="15"/>
              </w:rPr>
              <w:t>Stabilește direcția și angajamentele conducerii.</w:t>
            </w:r>
          </w:p>
        </w:tc>
      </w:tr>
      <w:tr w:rsidR="00C16128" w:rsidRPr="000236A4" w14:paraId="7ECDA96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FD4E90A"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75FCD03D" w14:textId="77777777" w:rsidR="00C16128" w:rsidRPr="000236A4" w:rsidRDefault="00000000">
            <w:pPr>
              <w:spacing w:after="0" w:line="240" w:lineRule="auto"/>
              <w:rPr>
                <w:lang w:val="fr-FR"/>
              </w:rPr>
            </w:pPr>
            <w:r w:rsidRPr="000236A4">
              <w:rPr>
                <w:sz w:val="15"/>
                <w:lang w:val="fr-FR"/>
              </w:rPr>
              <w:t>Scop; conformare; competență; comunicare; îmbunătățire; cadru pentru obiective; aprobare și disponibilitate.</w:t>
            </w:r>
          </w:p>
        </w:tc>
      </w:tr>
      <w:tr w:rsidR="00C16128" w14:paraId="1684F59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2E9786A"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41BD4ECD" w14:textId="77777777" w:rsidR="00C16128" w:rsidRDefault="00000000">
            <w:pPr>
              <w:spacing w:after="0" w:line="240" w:lineRule="auto"/>
            </w:pPr>
            <w:r>
              <w:rPr>
                <w:sz w:val="15"/>
              </w:rPr>
              <w:t>Conducerea de vârf.</w:t>
            </w:r>
          </w:p>
        </w:tc>
      </w:tr>
      <w:tr w:rsidR="00C16128" w:rsidRPr="000236A4" w14:paraId="1DF7B90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5CDDFD9"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46113A55" w14:textId="77777777" w:rsidR="00C16128" w:rsidRPr="000236A4" w:rsidRDefault="00000000">
            <w:pPr>
              <w:spacing w:after="0" w:line="240" w:lineRule="auto"/>
              <w:rPr>
                <w:lang w:val="fr-FR"/>
              </w:rPr>
            </w:pPr>
            <w:r w:rsidRPr="000236A4">
              <w:rPr>
                <w:sz w:val="15"/>
                <w:lang w:val="fr-FR"/>
              </w:rPr>
              <w:t>Periodic și la schimbări strategice sau de context.</w:t>
            </w:r>
          </w:p>
        </w:tc>
      </w:tr>
      <w:tr w:rsidR="00C16128" w:rsidRPr="000236A4" w14:paraId="6677936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3831053"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16160983" w14:textId="77777777" w:rsidR="00C16128" w:rsidRPr="000236A4" w:rsidRDefault="00000000">
            <w:pPr>
              <w:spacing w:after="0" w:line="240" w:lineRule="auto"/>
              <w:rPr>
                <w:lang w:val="fr-FR"/>
              </w:rPr>
            </w:pPr>
            <w:r w:rsidRPr="000236A4">
              <w:rPr>
                <w:sz w:val="15"/>
                <w:lang w:val="fr-FR"/>
              </w:rPr>
              <w:t>Comunicări, instruiri, obiective și decizii de management.</w:t>
            </w:r>
          </w:p>
        </w:tc>
      </w:tr>
      <w:tr w:rsidR="00C16128" w14:paraId="695BA3E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45E7B5C"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07AF40F5" w14:textId="77777777" w:rsidR="00C16128" w:rsidRDefault="00000000">
            <w:pPr>
              <w:spacing w:after="0" w:line="240" w:lineRule="auto"/>
            </w:pPr>
            <w:r>
              <w:rPr>
                <w:sz w:val="15"/>
              </w:rPr>
              <w:t>Text generic; angajamente fără resurse; politică necunoscută personalului.</w:t>
            </w:r>
          </w:p>
        </w:tc>
      </w:tr>
    </w:tbl>
    <w:p w14:paraId="7BAB0DBC"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14:paraId="274D163C" w14:textId="77777777">
        <w:trPr>
          <w:jc w:val="center"/>
        </w:trPr>
        <w:tc>
          <w:tcPr>
            <w:tcW w:w="9921" w:type="dxa"/>
            <w:gridSpan w:val="2"/>
            <w:shd w:val="clear" w:color="auto" w:fill="D71920"/>
            <w:tcMar>
              <w:top w:w="70" w:type="dxa"/>
              <w:left w:w="85" w:type="dxa"/>
              <w:bottom w:w="70" w:type="dxa"/>
              <w:right w:w="85" w:type="dxa"/>
            </w:tcMar>
            <w:vAlign w:val="center"/>
          </w:tcPr>
          <w:p w14:paraId="6C3AD011" w14:textId="77777777" w:rsidR="00C16128" w:rsidRDefault="00000000">
            <w:pPr>
              <w:spacing w:after="0" w:line="240" w:lineRule="auto"/>
            </w:pPr>
            <w:r>
              <w:rPr>
                <w:b/>
                <w:color w:val="FFFFFF"/>
                <w:sz w:val="21"/>
              </w:rPr>
              <w:t>4.3. Obiectivele SMSA și planul de realizare</w:t>
            </w:r>
          </w:p>
        </w:tc>
      </w:tr>
      <w:tr w:rsidR="00C16128" w14:paraId="28A24AC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35AD197"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5E2766DE" w14:textId="77777777" w:rsidR="00C16128" w:rsidRDefault="00000000">
            <w:pPr>
              <w:spacing w:after="0" w:line="240" w:lineRule="auto"/>
            </w:pPr>
            <w:r>
              <w:rPr>
                <w:sz w:val="15"/>
              </w:rPr>
              <w:t>Document menținut</w:t>
            </w:r>
          </w:p>
        </w:tc>
      </w:tr>
      <w:tr w:rsidR="00C16128" w14:paraId="0F8F540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51AD4D5"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2163DFD9" w14:textId="77777777" w:rsidR="00C16128" w:rsidRDefault="00000000">
            <w:pPr>
              <w:spacing w:after="0" w:line="240" w:lineRule="auto"/>
            </w:pPr>
            <w:r>
              <w:rPr>
                <w:sz w:val="15"/>
              </w:rPr>
              <w:t>6.2</w:t>
            </w:r>
          </w:p>
        </w:tc>
      </w:tr>
      <w:tr w:rsidR="00C16128" w14:paraId="60CB7F0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897ACB2"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3DC8F0D2" w14:textId="77777777" w:rsidR="00C16128" w:rsidRDefault="00000000">
            <w:pPr>
              <w:spacing w:after="0" w:line="240" w:lineRule="auto"/>
            </w:pPr>
            <w:r>
              <w:rPr>
                <w:sz w:val="15"/>
              </w:rPr>
              <w:t>În mod obișnuit</w:t>
            </w:r>
          </w:p>
        </w:tc>
      </w:tr>
      <w:tr w:rsidR="00C16128" w:rsidRPr="000236A4" w14:paraId="7DCAB5E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9D622F6"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27082045" w14:textId="77777777" w:rsidR="00C16128" w:rsidRPr="000236A4" w:rsidRDefault="00000000">
            <w:pPr>
              <w:spacing w:after="0" w:line="240" w:lineRule="auto"/>
              <w:rPr>
                <w:lang w:val="fr-FR"/>
              </w:rPr>
            </w:pPr>
            <w:r w:rsidRPr="000236A4">
              <w:rPr>
                <w:sz w:val="15"/>
                <w:lang w:val="fr-FR"/>
              </w:rPr>
              <w:t>Transformă politica și riscurile în rezultate măsurabile.</w:t>
            </w:r>
          </w:p>
        </w:tc>
      </w:tr>
      <w:tr w:rsidR="00C16128" w:rsidRPr="000236A4" w14:paraId="2A4586E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4B25482"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2860F28B" w14:textId="77777777" w:rsidR="00C16128" w:rsidRPr="000236A4" w:rsidRDefault="00000000">
            <w:pPr>
              <w:spacing w:after="0" w:line="240" w:lineRule="auto"/>
              <w:rPr>
                <w:lang w:val="fr-FR"/>
              </w:rPr>
            </w:pPr>
            <w:r w:rsidRPr="000236A4">
              <w:rPr>
                <w:sz w:val="15"/>
                <w:lang w:val="fr-FR"/>
              </w:rPr>
              <w:t>Indicator; bază; țintă; acțiuni; resurse; responsabil; termen; monitorizare; rezultat; reacție la abatere.</w:t>
            </w:r>
          </w:p>
        </w:tc>
      </w:tr>
      <w:tr w:rsidR="00C16128" w14:paraId="1EF9660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8542B0C"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600445DF" w14:textId="77777777" w:rsidR="00C16128" w:rsidRDefault="00000000">
            <w:pPr>
              <w:spacing w:after="0" w:line="240" w:lineRule="auto"/>
            </w:pPr>
            <w:r>
              <w:rPr>
                <w:sz w:val="15"/>
              </w:rPr>
              <w:t>Conducerea și proprietarii de proces.</w:t>
            </w:r>
          </w:p>
        </w:tc>
      </w:tr>
      <w:tr w:rsidR="00C16128" w:rsidRPr="000236A4" w14:paraId="7F2FE4A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0CC41EE"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170A3F6D" w14:textId="77777777" w:rsidR="00C16128" w:rsidRPr="000236A4" w:rsidRDefault="00000000">
            <w:pPr>
              <w:spacing w:after="0" w:line="240" w:lineRule="auto"/>
              <w:rPr>
                <w:lang w:val="fr-FR"/>
              </w:rPr>
            </w:pPr>
            <w:r w:rsidRPr="000236A4">
              <w:rPr>
                <w:sz w:val="15"/>
                <w:lang w:val="fr-FR"/>
              </w:rPr>
              <w:t>La frecvența indicatorului și cel puțin anual.</w:t>
            </w:r>
          </w:p>
        </w:tc>
      </w:tr>
      <w:tr w:rsidR="00C16128" w14:paraId="73B48BD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B63D360"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6FB0FBB0" w14:textId="77777777" w:rsidR="00C16128" w:rsidRDefault="00000000">
            <w:pPr>
              <w:spacing w:after="0" w:line="240" w:lineRule="auto"/>
            </w:pPr>
            <w:r>
              <w:rPr>
                <w:sz w:val="15"/>
              </w:rPr>
              <w:t>Rapoarte KPI, verificări, bugete, planuri și evaluarea eficacității.</w:t>
            </w:r>
          </w:p>
        </w:tc>
      </w:tr>
      <w:tr w:rsidR="00C16128" w:rsidRPr="000236A4" w14:paraId="305FA83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065AF83"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080B30E6" w14:textId="77777777" w:rsidR="00C16128" w:rsidRPr="000236A4" w:rsidRDefault="00000000">
            <w:pPr>
              <w:spacing w:after="0" w:line="240" w:lineRule="auto"/>
              <w:rPr>
                <w:lang w:val="fr-FR"/>
              </w:rPr>
            </w:pPr>
            <w:r w:rsidRPr="000236A4">
              <w:rPr>
                <w:sz w:val="15"/>
                <w:lang w:val="fr-FR"/>
              </w:rPr>
              <w:t>Obiective numai de instruire; indicatori fără date valide; ținte care încurajează neraportarea.</w:t>
            </w:r>
          </w:p>
        </w:tc>
      </w:tr>
    </w:tbl>
    <w:p w14:paraId="60C53CD1" w14:textId="77777777" w:rsidR="00C16128" w:rsidRPr="000236A4" w:rsidRDefault="00C16128">
      <w:pPr>
        <w:spacing w:after="40"/>
        <w:rPr>
          <w:lang w:val="fr-FR"/>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14:paraId="6538A671" w14:textId="77777777">
        <w:trPr>
          <w:jc w:val="center"/>
        </w:trPr>
        <w:tc>
          <w:tcPr>
            <w:tcW w:w="9921" w:type="dxa"/>
            <w:gridSpan w:val="2"/>
            <w:shd w:val="clear" w:color="auto" w:fill="D71920"/>
            <w:tcMar>
              <w:top w:w="70" w:type="dxa"/>
              <w:left w:w="85" w:type="dxa"/>
              <w:bottom w:w="70" w:type="dxa"/>
              <w:right w:w="85" w:type="dxa"/>
            </w:tcMar>
            <w:vAlign w:val="center"/>
          </w:tcPr>
          <w:p w14:paraId="09BAFAEA" w14:textId="77777777" w:rsidR="00C16128" w:rsidRDefault="00000000">
            <w:pPr>
              <w:spacing w:after="0" w:line="240" w:lineRule="auto"/>
            </w:pPr>
            <w:r>
              <w:rPr>
                <w:b/>
                <w:color w:val="FFFFFF"/>
                <w:sz w:val="21"/>
              </w:rPr>
              <w:t>4.4. Registrul cerințelor legale, client și schemă</w:t>
            </w:r>
          </w:p>
        </w:tc>
      </w:tr>
      <w:tr w:rsidR="00C16128" w14:paraId="1C8BC73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956292C"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09765AF3" w14:textId="77777777" w:rsidR="00C16128" w:rsidRDefault="00000000">
            <w:pPr>
              <w:spacing w:after="0" w:line="240" w:lineRule="auto"/>
            </w:pPr>
            <w:r>
              <w:rPr>
                <w:sz w:val="15"/>
              </w:rPr>
              <w:t>Document recomandat puternic</w:t>
            </w:r>
          </w:p>
        </w:tc>
      </w:tr>
      <w:tr w:rsidR="00C16128" w14:paraId="6F4E5B4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9663F87"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22A000E0" w14:textId="77777777" w:rsidR="00C16128" w:rsidRDefault="00000000">
            <w:pPr>
              <w:spacing w:after="0" w:line="240" w:lineRule="auto"/>
            </w:pPr>
            <w:r>
              <w:rPr>
                <w:sz w:val="15"/>
              </w:rPr>
              <w:t>4.2 / 7.4 / 8.2</w:t>
            </w:r>
          </w:p>
        </w:tc>
      </w:tr>
      <w:tr w:rsidR="00C16128" w14:paraId="7A51705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C0FAA33" w14:textId="77777777" w:rsidR="00C16128" w:rsidRDefault="00000000">
            <w:pPr>
              <w:spacing w:after="0" w:line="240" w:lineRule="auto"/>
            </w:pPr>
            <w:r>
              <w:rPr>
                <w:b/>
                <w:sz w:val="15"/>
              </w:rPr>
              <w:lastRenderedPageBreak/>
              <w:t>Când este necesar</w:t>
            </w:r>
          </w:p>
        </w:tc>
        <w:tc>
          <w:tcPr>
            <w:tcW w:w="7540" w:type="dxa"/>
            <w:shd w:val="clear" w:color="auto" w:fill="FFFFFF"/>
            <w:tcMar>
              <w:top w:w="70" w:type="dxa"/>
              <w:left w:w="85" w:type="dxa"/>
              <w:bottom w:w="70" w:type="dxa"/>
              <w:right w:w="85" w:type="dxa"/>
            </w:tcMar>
            <w:vAlign w:val="center"/>
          </w:tcPr>
          <w:p w14:paraId="70013B6B" w14:textId="77777777" w:rsidR="00C16128" w:rsidRDefault="00000000">
            <w:pPr>
              <w:spacing w:after="0" w:line="240" w:lineRule="auto"/>
            </w:pPr>
            <w:r>
              <w:rPr>
                <w:sz w:val="15"/>
              </w:rPr>
              <w:t>În mod obișnuit</w:t>
            </w:r>
          </w:p>
        </w:tc>
      </w:tr>
      <w:tr w:rsidR="00C16128" w:rsidRPr="000236A4" w14:paraId="678B06F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1502FE6"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1C4A4022" w14:textId="77777777" w:rsidR="00C16128" w:rsidRPr="000236A4" w:rsidRDefault="00000000">
            <w:pPr>
              <w:spacing w:after="0" w:line="240" w:lineRule="auto"/>
              <w:rPr>
                <w:lang w:val="fr-FR"/>
              </w:rPr>
            </w:pPr>
            <w:r w:rsidRPr="000236A4">
              <w:rPr>
                <w:sz w:val="15"/>
                <w:lang w:val="fr-FR"/>
              </w:rPr>
              <w:t>Consolidează obligațiile aplicabile produselor și activităților.</w:t>
            </w:r>
          </w:p>
        </w:tc>
      </w:tr>
      <w:tr w:rsidR="00C16128" w14:paraId="567DB98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B96BE18"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4107776F" w14:textId="77777777" w:rsidR="00C16128" w:rsidRDefault="00000000">
            <w:pPr>
              <w:spacing w:after="0" w:line="240" w:lineRule="auto"/>
            </w:pPr>
            <w:r>
              <w:rPr>
                <w:sz w:val="15"/>
              </w:rPr>
              <w:t>Cerință; sursă; produs/proces; criteriu; responsabil; dovadă; frecvență; stare; actualizare.</w:t>
            </w:r>
          </w:p>
        </w:tc>
      </w:tr>
      <w:tr w:rsidR="00C16128" w14:paraId="16E2A5E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04493CB"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51E69B5A" w14:textId="77777777" w:rsidR="00C16128" w:rsidRDefault="00000000">
            <w:pPr>
              <w:spacing w:after="0" w:line="240" w:lineRule="auto"/>
            </w:pPr>
            <w:r>
              <w:rPr>
                <w:sz w:val="15"/>
              </w:rPr>
              <w:t>Reglementare/calitate și coordonator SMSA.</w:t>
            </w:r>
          </w:p>
        </w:tc>
      </w:tr>
      <w:tr w:rsidR="00C16128" w14:paraId="4656104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003A9CC"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7795BBE4" w14:textId="77777777" w:rsidR="00C16128" w:rsidRDefault="00000000">
            <w:pPr>
              <w:spacing w:after="0" w:line="240" w:lineRule="auto"/>
            </w:pPr>
            <w:r>
              <w:rPr>
                <w:sz w:val="15"/>
              </w:rPr>
              <w:t>La modificări și periodic.</w:t>
            </w:r>
          </w:p>
        </w:tc>
      </w:tr>
      <w:tr w:rsidR="00C16128" w:rsidRPr="000236A4" w14:paraId="104FAD4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EBBC776"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34DFFF3E" w14:textId="77777777" w:rsidR="00C16128" w:rsidRPr="000236A4" w:rsidRDefault="00000000">
            <w:pPr>
              <w:spacing w:after="0" w:line="240" w:lineRule="auto"/>
              <w:rPr>
                <w:lang w:val="fr-FR"/>
              </w:rPr>
            </w:pPr>
            <w:r w:rsidRPr="000236A4">
              <w:rPr>
                <w:sz w:val="15"/>
                <w:lang w:val="fr-FR"/>
              </w:rPr>
              <w:t>Legislație, autorizații, specificații, contracte și evaluări de conformare.</w:t>
            </w:r>
          </w:p>
        </w:tc>
      </w:tr>
      <w:tr w:rsidR="00C16128" w14:paraId="2D66C1D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BB7B976"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3252CBF2" w14:textId="77777777" w:rsidR="00C16128" w:rsidRDefault="00000000">
            <w:pPr>
              <w:spacing w:after="0" w:line="240" w:lineRule="auto"/>
            </w:pPr>
            <w:r>
              <w:rPr>
                <w:sz w:val="15"/>
              </w:rPr>
              <w:t>Listă de acte fără traducere în cerințe concrete; versiuni neactualizate.</w:t>
            </w:r>
          </w:p>
        </w:tc>
      </w:tr>
    </w:tbl>
    <w:p w14:paraId="5A27B836"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14:paraId="74B4DA93" w14:textId="77777777">
        <w:trPr>
          <w:jc w:val="center"/>
        </w:trPr>
        <w:tc>
          <w:tcPr>
            <w:tcW w:w="9921" w:type="dxa"/>
            <w:gridSpan w:val="2"/>
            <w:shd w:val="clear" w:color="auto" w:fill="D71920"/>
            <w:tcMar>
              <w:top w:w="70" w:type="dxa"/>
              <w:left w:w="85" w:type="dxa"/>
              <w:bottom w:w="70" w:type="dxa"/>
              <w:right w:w="85" w:type="dxa"/>
            </w:tcMar>
            <w:vAlign w:val="center"/>
          </w:tcPr>
          <w:p w14:paraId="40D2DEA9" w14:textId="77777777" w:rsidR="00C16128" w:rsidRDefault="00000000">
            <w:pPr>
              <w:spacing w:after="0" w:line="240" w:lineRule="auto"/>
            </w:pPr>
            <w:r>
              <w:rPr>
                <w:b/>
                <w:color w:val="FFFFFF"/>
                <w:sz w:val="21"/>
              </w:rPr>
              <w:t>4.5. Programele preliminare (PRP)</w:t>
            </w:r>
          </w:p>
        </w:tc>
      </w:tr>
      <w:tr w:rsidR="00C16128" w:rsidRPr="000236A4" w14:paraId="1066EFA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93229CB"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747A3C44" w14:textId="77777777" w:rsidR="00C16128" w:rsidRPr="000236A4" w:rsidRDefault="00000000">
            <w:pPr>
              <w:spacing w:after="0" w:line="240" w:lineRule="auto"/>
              <w:rPr>
                <w:lang w:val="fr-FR"/>
              </w:rPr>
            </w:pPr>
            <w:r w:rsidRPr="000236A4">
              <w:rPr>
                <w:sz w:val="15"/>
                <w:lang w:val="fr-FR"/>
              </w:rPr>
              <w:t>Document menținut și înregistrări păstrate</w:t>
            </w:r>
          </w:p>
        </w:tc>
      </w:tr>
      <w:tr w:rsidR="00C16128" w14:paraId="05C6CC0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80458FE"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39D6F020" w14:textId="77777777" w:rsidR="00C16128" w:rsidRDefault="00000000">
            <w:pPr>
              <w:spacing w:after="0" w:line="240" w:lineRule="auto"/>
            </w:pPr>
            <w:r>
              <w:rPr>
                <w:sz w:val="15"/>
              </w:rPr>
              <w:t>8.2</w:t>
            </w:r>
          </w:p>
        </w:tc>
      </w:tr>
      <w:tr w:rsidR="00C16128" w14:paraId="2F59E56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68DD833"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7AABE415" w14:textId="77777777" w:rsidR="00C16128" w:rsidRDefault="00000000">
            <w:pPr>
              <w:spacing w:after="0" w:line="240" w:lineRule="auto"/>
            </w:pPr>
            <w:r>
              <w:rPr>
                <w:sz w:val="15"/>
              </w:rPr>
              <w:t>În mod obișnuit</w:t>
            </w:r>
          </w:p>
        </w:tc>
      </w:tr>
      <w:tr w:rsidR="00C16128" w:rsidRPr="000236A4" w14:paraId="4CD7D13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6C17582"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66C5C9B3" w14:textId="77777777" w:rsidR="00C16128" w:rsidRPr="000236A4" w:rsidRDefault="00000000">
            <w:pPr>
              <w:spacing w:after="0" w:line="240" w:lineRule="auto"/>
              <w:rPr>
                <w:lang w:val="fr-FR"/>
              </w:rPr>
            </w:pPr>
            <w:r w:rsidRPr="000236A4">
              <w:rPr>
                <w:sz w:val="15"/>
                <w:lang w:val="fr-FR"/>
              </w:rPr>
              <w:t>Asigură condițiile de bază pentru prevenirea contaminării.</w:t>
            </w:r>
          </w:p>
        </w:tc>
      </w:tr>
      <w:tr w:rsidR="00C16128" w14:paraId="3DEE19B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E80ED44"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031B007B" w14:textId="77777777" w:rsidR="00C16128" w:rsidRDefault="00000000">
            <w:pPr>
              <w:spacing w:after="0" w:line="240" w:lineRule="auto"/>
            </w:pPr>
            <w:r>
              <w:rPr>
                <w:sz w:val="15"/>
              </w:rPr>
              <w:t>Domeniu; criterii; frecvențe; responsabilități; metode; monitorizare; verificare; acțiuni; formulare.</w:t>
            </w:r>
          </w:p>
        </w:tc>
      </w:tr>
      <w:tr w:rsidR="00C16128" w14:paraId="3911FFD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25C7F2E"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6187FD6C" w14:textId="77777777" w:rsidR="00C16128" w:rsidRDefault="00000000">
            <w:pPr>
              <w:spacing w:after="0" w:line="240" w:lineRule="auto"/>
            </w:pPr>
            <w:r>
              <w:rPr>
                <w:sz w:val="15"/>
              </w:rPr>
              <w:t>Operațiuni, igienă, mentenanță și echipa SMSA.</w:t>
            </w:r>
          </w:p>
        </w:tc>
      </w:tr>
      <w:tr w:rsidR="00C16128" w:rsidRPr="000236A4" w14:paraId="4128734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2917CC8"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226CC0AD" w14:textId="77777777" w:rsidR="00C16128" w:rsidRPr="000236A4" w:rsidRDefault="00000000">
            <w:pPr>
              <w:spacing w:after="0" w:line="240" w:lineRule="auto"/>
              <w:rPr>
                <w:lang w:val="fr-FR"/>
              </w:rPr>
            </w:pPr>
            <w:r w:rsidRPr="000236A4">
              <w:rPr>
                <w:sz w:val="15"/>
                <w:lang w:val="fr-FR"/>
              </w:rPr>
              <w:t>La schimbări, abateri, rezultate slabe sau cerințe noi.</w:t>
            </w:r>
          </w:p>
        </w:tc>
      </w:tr>
      <w:tr w:rsidR="00C16128" w14:paraId="707D34F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7DB781C"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499B93AD" w14:textId="77777777" w:rsidR="00C16128" w:rsidRDefault="00000000">
            <w:pPr>
              <w:spacing w:after="0" w:line="240" w:lineRule="auto"/>
            </w:pPr>
            <w:r>
              <w:rPr>
                <w:sz w:val="15"/>
              </w:rPr>
              <w:t>Inspecții, curățenie, dăunători, apă, aer, mentenanță, deșeuri, igienă personală.</w:t>
            </w:r>
          </w:p>
        </w:tc>
      </w:tr>
      <w:tr w:rsidR="00C16128" w14:paraId="7C4DE39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E655E11"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61D67B87" w14:textId="77777777" w:rsidR="00C16128" w:rsidRDefault="00000000">
            <w:pPr>
              <w:spacing w:after="0" w:line="240" w:lineRule="auto"/>
            </w:pPr>
            <w:r>
              <w:rPr>
                <w:sz w:val="15"/>
              </w:rPr>
              <w:t>PRP copiate fără adaptare; criterii neclare; verificare confundată cu monitorizarea.</w:t>
            </w:r>
          </w:p>
        </w:tc>
      </w:tr>
    </w:tbl>
    <w:p w14:paraId="53207011"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14:paraId="031C04A9" w14:textId="77777777">
        <w:trPr>
          <w:jc w:val="center"/>
        </w:trPr>
        <w:tc>
          <w:tcPr>
            <w:tcW w:w="9921" w:type="dxa"/>
            <w:gridSpan w:val="2"/>
            <w:shd w:val="clear" w:color="auto" w:fill="D71920"/>
            <w:tcMar>
              <w:top w:w="70" w:type="dxa"/>
              <w:left w:w="85" w:type="dxa"/>
              <w:bottom w:w="70" w:type="dxa"/>
              <w:right w:w="85" w:type="dxa"/>
            </w:tcMar>
            <w:vAlign w:val="center"/>
          </w:tcPr>
          <w:p w14:paraId="1E782B26" w14:textId="77777777" w:rsidR="00C16128" w:rsidRDefault="00000000">
            <w:pPr>
              <w:spacing w:after="0" w:line="240" w:lineRule="auto"/>
            </w:pPr>
            <w:r>
              <w:rPr>
                <w:b/>
                <w:color w:val="FFFFFF"/>
                <w:sz w:val="21"/>
              </w:rPr>
              <w:t>4.6. Descrieri produse, materii prime și utilizare intenționată</w:t>
            </w:r>
          </w:p>
        </w:tc>
      </w:tr>
      <w:tr w:rsidR="00C16128" w14:paraId="40E7390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4EB6F2E"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371522DD" w14:textId="77777777" w:rsidR="00C16128" w:rsidRDefault="00000000">
            <w:pPr>
              <w:spacing w:after="0" w:line="240" w:lineRule="auto"/>
            </w:pPr>
            <w:r>
              <w:rPr>
                <w:sz w:val="15"/>
              </w:rPr>
              <w:t>Document menținut</w:t>
            </w:r>
          </w:p>
        </w:tc>
      </w:tr>
      <w:tr w:rsidR="00C16128" w14:paraId="325DE24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18372A0"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2AD116A1" w14:textId="77777777" w:rsidR="00C16128" w:rsidRDefault="00000000">
            <w:pPr>
              <w:spacing w:after="0" w:line="240" w:lineRule="auto"/>
            </w:pPr>
            <w:r>
              <w:rPr>
                <w:sz w:val="15"/>
              </w:rPr>
              <w:t>8.5.1</w:t>
            </w:r>
          </w:p>
        </w:tc>
      </w:tr>
      <w:tr w:rsidR="00C16128" w14:paraId="2ED517E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6BF71B6"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097A2B20" w14:textId="77777777" w:rsidR="00C16128" w:rsidRDefault="00000000">
            <w:pPr>
              <w:spacing w:after="0" w:line="240" w:lineRule="auto"/>
            </w:pPr>
            <w:r>
              <w:rPr>
                <w:sz w:val="15"/>
              </w:rPr>
              <w:t>În mod obișnuit</w:t>
            </w:r>
          </w:p>
        </w:tc>
      </w:tr>
      <w:tr w:rsidR="00C16128" w14:paraId="358B214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00207DA"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28F40C5D" w14:textId="77777777" w:rsidR="00C16128" w:rsidRDefault="00000000">
            <w:pPr>
              <w:spacing w:after="0" w:line="240" w:lineRule="auto"/>
            </w:pPr>
            <w:r>
              <w:rPr>
                <w:sz w:val="15"/>
              </w:rPr>
              <w:t>Furnizează datele corecte pentru analiza pericolelor.</w:t>
            </w:r>
          </w:p>
        </w:tc>
      </w:tr>
      <w:tr w:rsidR="00C16128" w14:paraId="5ADFCBF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588844C"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514839D7" w14:textId="77777777" w:rsidR="00C16128" w:rsidRDefault="00000000">
            <w:pPr>
              <w:spacing w:after="0" w:line="240" w:lineRule="auto"/>
            </w:pPr>
            <w:r>
              <w:rPr>
                <w:sz w:val="15"/>
              </w:rPr>
              <w:t>Compoziție; origine; caracteristici; alergeni; tratamente; ambalare; termen; condiții; distribuție; consumatori; utilizare și utilizare greșită previzibilă.</w:t>
            </w:r>
          </w:p>
        </w:tc>
      </w:tr>
      <w:tr w:rsidR="00C16128" w14:paraId="1E682BE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6A09AEC"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6A64218E" w14:textId="77777777" w:rsidR="00C16128" w:rsidRDefault="00000000">
            <w:pPr>
              <w:spacing w:after="0" w:line="240" w:lineRule="auto"/>
            </w:pPr>
            <w:r>
              <w:rPr>
                <w:sz w:val="15"/>
              </w:rPr>
              <w:t>Echipa SMSA, R&amp;D și achiziții.</w:t>
            </w:r>
          </w:p>
        </w:tc>
      </w:tr>
      <w:tr w:rsidR="00C16128" w14:paraId="477A603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D6975FE"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71E05DC6" w14:textId="77777777" w:rsidR="00C16128" w:rsidRDefault="00000000">
            <w:pPr>
              <w:spacing w:after="0" w:line="240" w:lineRule="auto"/>
            </w:pPr>
            <w:r>
              <w:rPr>
                <w:sz w:val="15"/>
              </w:rPr>
              <w:t>La orice schimbare relevantă.</w:t>
            </w:r>
          </w:p>
        </w:tc>
      </w:tr>
      <w:tr w:rsidR="00C16128" w14:paraId="71EEACB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CCA6F1B"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3D153713" w14:textId="77777777" w:rsidR="00C16128" w:rsidRDefault="00000000">
            <w:pPr>
              <w:spacing w:after="0" w:line="240" w:lineRule="auto"/>
            </w:pPr>
            <w:r>
              <w:rPr>
                <w:sz w:val="15"/>
              </w:rPr>
              <w:t>Specificații, fișe tehnice, certificate, etichete și cerințe legale.</w:t>
            </w:r>
          </w:p>
        </w:tc>
      </w:tr>
      <w:tr w:rsidR="00C16128" w14:paraId="7500AD8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C63E581"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4F687295" w14:textId="77777777" w:rsidR="00C16128" w:rsidRDefault="00000000">
            <w:pPr>
              <w:spacing w:after="0" w:line="240" w:lineRule="auto"/>
            </w:pPr>
            <w:r>
              <w:rPr>
                <w:sz w:val="15"/>
              </w:rPr>
              <w:t>Date incomplete; neconsiderarea grupurilor vulnerabile; informații furnizor neverificate.</w:t>
            </w:r>
          </w:p>
        </w:tc>
      </w:tr>
    </w:tbl>
    <w:p w14:paraId="360EB185"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rsidRPr="000236A4" w14:paraId="2D31ED95" w14:textId="77777777">
        <w:trPr>
          <w:jc w:val="center"/>
        </w:trPr>
        <w:tc>
          <w:tcPr>
            <w:tcW w:w="9921" w:type="dxa"/>
            <w:gridSpan w:val="2"/>
            <w:shd w:val="clear" w:color="auto" w:fill="D71920"/>
            <w:tcMar>
              <w:top w:w="70" w:type="dxa"/>
              <w:left w:w="85" w:type="dxa"/>
              <w:bottom w:w="70" w:type="dxa"/>
              <w:right w:w="85" w:type="dxa"/>
            </w:tcMar>
            <w:vAlign w:val="center"/>
          </w:tcPr>
          <w:p w14:paraId="6CBD1740" w14:textId="77777777" w:rsidR="00C16128" w:rsidRPr="000236A4" w:rsidRDefault="00000000">
            <w:pPr>
              <w:spacing w:after="0" w:line="240" w:lineRule="auto"/>
              <w:rPr>
                <w:lang w:val="fr-FR"/>
              </w:rPr>
            </w:pPr>
            <w:r w:rsidRPr="000236A4">
              <w:rPr>
                <w:b/>
                <w:color w:val="FFFFFF"/>
                <w:sz w:val="21"/>
                <w:lang w:val="fr-FR"/>
              </w:rPr>
              <w:t>4.7. Diagrame de flux și descrierea proceselor</w:t>
            </w:r>
          </w:p>
        </w:tc>
      </w:tr>
      <w:tr w:rsidR="00C16128" w:rsidRPr="000236A4" w14:paraId="095A0E9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F74465E"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5ABC6ACD" w14:textId="77777777" w:rsidR="00C16128" w:rsidRPr="000236A4" w:rsidRDefault="00000000">
            <w:pPr>
              <w:spacing w:after="0" w:line="240" w:lineRule="auto"/>
              <w:rPr>
                <w:lang w:val="fr-FR"/>
              </w:rPr>
            </w:pPr>
            <w:r w:rsidRPr="000236A4">
              <w:rPr>
                <w:sz w:val="15"/>
                <w:lang w:val="fr-FR"/>
              </w:rPr>
              <w:t>Document menținut și verificat la fața locului</w:t>
            </w:r>
          </w:p>
        </w:tc>
      </w:tr>
      <w:tr w:rsidR="00C16128" w14:paraId="681651C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EEF9C90"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29561FFF" w14:textId="77777777" w:rsidR="00C16128" w:rsidRDefault="00000000">
            <w:pPr>
              <w:spacing w:after="0" w:line="240" w:lineRule="auto"/>
            </w:pPr>
            <w:r>
              <w:rPr>
                <w:sz w:val="15"/>
              </w:rPr>
              <w:t>8.5.1.5</w:t>
            </w:r>
          </w:p>
        </w:tc>
      </w:tr>
      <w:tr w:rsidR="00C16128" w14:paraId="0986F85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B4B23F8"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4CAFA62D" w14:textId="77777777" w:rsidR="00C16128" w:rsidRDefault="00000000">
            <w:pPr>
              <w:spacing w:after="0" w:line="240" w:lineRule="auto"/>
            </w:pPr>
            <w:r>
              <w:rPr>
                <w:sz w:val="15"/>
              </w:rPr>
              <w:t>În mod obișnuit</w:t>
            </w:r>
          </w:p>
        </w:tc>
      </w:tr>
      <w:tr w:rsidR="00C16128" w14:paraId="01590B9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9F131D1"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5510D21A" w14:textId="77777777" w:rsidR="00C16128" w:rsidRDefault="00000000">
            <w:pPr>
              <w:spacing w:after="0" w:line="240" w:lineRule="auto"/>
            </w:pPr>
            <w:r>
              <w:rPr>
                <w:sz w:val="15"/>
              </w:rPr>
              <w:t>Reprezintă traseul real al produsului, oamenilor, materialelor și reworkului.</w:t>
            </w:r>
          </w:p>
        </w:tc>
      </w:tr>
      <w:tr w:rsidR="00C16128" w14:paraId="659433C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01F232E"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55958ECD" w14:textId="77777777" w:rsidR="00C16128" w:rsidRDefault="00000000">
            <w:pPr>
              <w:spacing w:after="0" w:line="240" w:lineRule="auto"/>
            </w:pPr>
            <w:r>
              <w:rPr>
                <w:sz w:val="15"/>
              </w:rPr>
              <w:t>Pași; intrări/ieșiri; rework; deșeuri; servicii; zone; întârzieri; parametri; procese externalizate; confirmare la fața locului.</w:t>
            </w:r>
          </w:p>
        </w:tc>
      </w:tr>
      <w:tr w:rsidR="00C16128" w:rsidRPr="000236A4" w14:paraId="041C743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19322F4"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04B08CF6" w14:textId="77777777" w:rsidR="00C16128" w:rsidRPr="000236A4" w:rsidRDefault="00000000">
            <w:pPr>
              <w:spacing w:after="0" w:line="240" w:lineRule="auto"/>
              <w:rPr>
                <w:lang w:val="fr-FR"/>
              </w:rPr>
            </w:pPr>
            <w:r w:rsidRPr="000236A4">
              <w:rPr>
                <w:sz w:val="15"/>
                <w:lang w:val="fr-FR"/>
              </w:rPr>
              <w:t>Echipa SMSA și proprietarii de proces.</w:t>
            </w:r>
          </w:p>
        </w:tc>
      </w:tr>
      <w:tr w:rsidR="00C16128" w14:paraId="5156E74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2A22AF6"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325711E9" w14:textId="77777777" w:rsidR="00C16128" w:rsidRDefault="00000000">
            <w:pPr>
              <w:spacing w:after="0" w:line="240" w:lineRule="auto"/>
            </w:pPr>
            <w:r>
              <w:rPr>
                <w:sz w:val="15"/>
              </w:rPr>
              <w:t>La schimbări și periodic.</w:t>
            </w:r>
          </w:p>
        </w:tc>
      </w:tr>
      <w:tr w:rsidR="00C16128" w:rsidRPr="000236A4" w14:paraId="7232377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DF4054F"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657C721A" w14:textId="77777777" w:rsidR="00C16128" w:rsidRPr="000236A4" w:rsidRDefault="00000000">
            <w:pPr>
              <w:spacing w:after="0" w:line="240" w:lineRule="auto"/>
              <w:rPr>
                <w:lang w:val="fr-FR"/>
              </w:rPr>
            </w:pPr>
            <w:r w:rsidRPr="000236A4">
              <w:rPr>
                <w:sz w:val="15"/>
                <w:lang w:val="fr-FR"/>
              </w:rPr>
              <w:t>Planuri, observații, fotografii, scheme utilități și proces-verbal de confirmare.</w:t>
            </w:r>
          </w:p>
        </w:tc>
      </w:tr>
      <w:tr w:rsidR="00C16128" w14:paraId="23EE283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B85EEC1"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2C25099A" w14:textId="77777777" w:rsidR="00C16128" w:rsidRDefault="00000000">
            <w:pPr>
              <w:spacing w:after="0" w:line="240" w:lineRule="auto"/>
            </w:pPr>
            <w:r>
              <w:rPr>
                <w:sz w:val="15"/>
              </w:rPr>
              <w:t>Flux idealizat; omiterea reworkului, retururilor, ambalajelor sau etapelor externalizate.</w:t>
            </w:r>
          </w:p>
        </w:tc>
      </w:tr>
    </w:tbl>
    <w:p w14:paraId="0289CCEE"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14:paraId="182414F1" w14:textId="77777777">
        <w:trPr>
          <w:jc w:val="center"/>
        </w:trPr>
        <w:tc>
          <w:tcPr>
            <w:tcW w:w="9921" w:type="dxa"/>
            <w:gridSpan w:val="2"/>
            <w:shd w:val="clear" w:color="auto" w:fill="D71920"/>
            <w:tcMar>
              <w:top w:w="70" w:type="dxa"/>
              <w:left w:w="85" w:type="dxa"/>
              <w:bottom w:w="70" w:type="dxa"/>
              <w:right w:w="85" w:type="dxa"/>
            </w:tcMar>
            <w:vAlign w:val="center"/>
          </w:tcPr>
          <w:p w14:paraId="7B877F1A" w14:textId="77777777" w:rsidR="00C16128" w:rsidRDefault="00000000">
            <w:pPr>
              <w:spacing w:after="0" w:line="240" w:lineRule="auto"/>
            </w:pPr>
            <w:r>
              <w:rPr>
                <w:b/>
                <w:color w:val="FFFFFF"/>
                <w:sz w:val="21"/>
              </w:rPr>
              <w:t>4.8. Registrul analizei pericolelor</w:t>
            </w:r>
          </w:p>
        </w:tc>
      </w:tr>
      <w:tr w:rsidR="00C16128" w14:paraId="39C9748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B441BC5"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3EEA3393" w14:textId="77777777" w:rsidR="00C16128" w:rsidRDefault="00000000">
            <w:pPr>
              <w:spacing w:after="0" w:line="240" w:lineRule="auto"/>
            </w:pPr>
            <w:r>
              <w:rPr>
                <w:sz w:val="15"/>
              </w:rPr>
              <w:t>Document menținut</w:t>
            </w:r>
          </w:p>
        </w:tc>
      </w:tr>
      <w:tr w:rsidR="00C16128" w14:paraId="408A161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0884EFD"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084B01A0" w14:textId="77777777" w:rsidR="00C16128" w:rsidRDefault="00000000">
            <w:pPr>
              <w:spacing w:after="0" w:line="240" w:lineRule="auto"/>
            </w:pPr>
            <w:r>
              <w:rPr>
                <w:sz w:val="15"/>
              </w:rPr>
              <w:t>8.5.2</w:t>
            </w:r>
          </w:p>
        </w:tc>
      </w:tr>
      <w:tr w:rsidR="00C16128" w14:paraId="7DEB9DC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C7D5F56"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40BF173F" w14:textId="77777777" w:rsidR="00C16128" w:rsidRDefault="00000000">
            <w:pPr>
              <w:spacing w:after="0" w:line="240" w:lineRule="auto"/>
            </w:pPr>
            <w:r>
              <w:rPr>
                <w:sz w:val="15"/>
              </w:rPr>
              <w:t>În mod obișnuit</w:t>
            </w:r>
          </w:p>
        </w:tc>
      </w:tr>
      <w:tr w:rsidR="00C16128" w14:paraId="57F592B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310EFF3" w14:textId="77777777" w:rsidR="00C16128" w:rsidRDefault="00000000">
            <w:pPr>
              <w:spacing w:after="0" w:line="240" w:lineRule="auto"/>
            </w:pPr>
            <w:r>
              <w:rPr>
                <w:b/>
                <w:sz w:val="15"/>
              </w:rPr>
              <w:lastRenderedPageBreak/>
              <w:t>Scop</w:t>
            </w:r>
          </w:p>
        </w:tc>
        <w:tc>
          <w:tcPr>
            <w:tcW w:w="7540" w:type="dxa"/>
            <w:shd w:val="clear" w:color="auto" w:fill="FFFFFF"/>
            <w:tcMar>
              <w:top w:w="70" w:type="dxa"/>
              <w:left w:w="85" w:type="dxa"/>
              <w:bottom w:w="70" w:type="dxa"/>
              <w:right w:w="85" w:type="dxa"/>
            </w:tcMar>
            <w:vAlign w:val="center"/>
          </w:tcPr>
          <w:p w14:paraId="4BD22581" w14:textId="77777777" w:rsidR="00C16128" w:rsidRDefault="00000000">
            <w:pPr>
              <w:spacing w:after="0" w:line="240" w:lineRule="auto"/>
            </w:pPr>
            <w:r>
              <w:rPr>
                <w:sz w:val="15"/>
              </w:rPr>
              <w:t>Demonstrează identificarea, evaluarea și deciziile privind controlul pericolelor.</w:t>
            </w:r>
          </w:p>
        </w:tc>
      </w:tr>
      <w:tr w:rsidR="00C16128" w14:paraId="4987C70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30B4471"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624D461E" w14:textId="77777777" w:rsidR="00C16128" w:rsidRDefault="00000000">
            <w:pPr>
              <w:spacing w:after="0" w:line="240" w:lineRule="auto"/>
            </w:pPr>
            <w:r>
              <w:rPr>
                <w:sz w:val="15"/>
              </w:rPr>
              <w:t>Etapă; pericol; sursă; nivel acceptabil; justificare; probabilitate/severitate; semnificație; măsuri existente; decizie; referințe.</w:t>
            </w:r>
          </w:p>
        </w:tc>
      </w:tr>
      <w:tr w:rsidR="00C16128" w14:paraId="4E81028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8EBA8D1"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03B84022" w14:textId="77777777" w:rsidR="00C16128" w:rsidRDefault="00000000">
            <w:pPr>
              <w:spacing w:after="0" w:line="240" w:lineRule="auto"/>
            </w:pPr>
            <w:r>
              <w:rPr>
                <w:sz w:val="15"/>
              </w:rPr>
              <w:t>Echipa SMSA.</w:t>
            </w:r>
          </w:p>
        </w:tc>
      </w:tr>
      <w:tr w:rsidR="00C16128" w:rsidRPr="000236A4" w14:paraId="46B53D9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64B25B9"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4BF30FE2" w14:textId="77777777" w:rsidR="00C16128" w:rsidRPr="000236A4" w:rsidRDefault="00000000">
            <w:pPr>
              <w:spacing w:after="0" w:line="240" w:lineRule="auto"/>
              <w:rPr>
                <w:lang w:val="fr-FR"/>
              </w:rPr>
            </w:pPr>
            <w:r w:rsidRPr="000236A4">
              <w:rPr>
                <w:sz w:val="15"/>
                <w:lang w:val="fr-FR"/>
              </w:rPr>
              <w:t>La schimbări, incidente, informații științifice noi sau verificări relevante.</w:t>
            </w:r>
          </w:p>
        </w:tc>
      </w:tr>
      <w:tr w:rsidR="00C16128" w14:paraId="27205CC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208F106"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1C132FE0" w14:textId="77777777" w:rsidR="00C16128" w:rsidRDefault="00000000">
            <w:pPr>
              <w:spacing w:after="0" w:line="240" w:lineRule="auto"/>
            </w:pPr>
            <w:r>
              <w:rPr>
                <w:sz w:val="15"/>
              </w:rPr>
              <w:t>Studii, legislație, istoric, alerte, reclamații, analize și experiență tehnică.</w:t>
            </w:r>
          </w:p>
        </w:tc>
      </w:tr>
      <w:tr w:rsidR="00C16128" w14:paraId="58CBF03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F94CF55"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2AE2C5D3" w14:textId="77777777" w:rsidR="00C16128" w:rsidRDefault="00000000">
            <w:pPr>
              <w:spacing w:after="0" w:line="240" w:lineRule="auto"/>
            </w:pPr>
            <w:r>
              <w:rPr>
                <w:sz w:val="15"/>
              </w:rPr>
              <w:t>Scoruri fără criterii; pericole generice; justificări slabe; ignorarea alergenilor și fraudei relevante.</w:t>
            </w:r>
          </w:p>
        </w:tc>
      </w:tr>
    </w:tbl>
    <w:p w14:paraId="22CC4408"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rsidRPr="000236A4" w14:paraId="5CF846BA" w14:textId="77777777">
        <w:trPr>
          <w:jc w:val="center"/>
        </w:trPr>
        <w:tc>
          <w:tcPr>
            <w:tcW w:w="9921" w:type="dxa"/>
            <w:gridSpan w:val="2"/>
            <w:shd w:val="clear" w:color="auto" w:fill="D71920"/>
            <w:tcMar>
              <w:top w:w="70" w:type="dxa"/>
              <w:left w:w="85" w:type="dxa"/>
              <w:bottom w:w="70" w:type="dxa"/>
              <w:right w:w="85" w:type="dxa"/>
            </w:tcMar>
            <w:vAlign w:val="center"/>
          </w:tcPr>
          <w:p w14:paraId="115AA1A7" w14:textId="77777777" w:rsidR="00C16128" w:rsidRPr="000236A4" w:rsidRDefault="00000000">
            <w:pPr>
              <w:spacing w:after="0" w:line="240" w:lineRule="auto"/>
              <w:rPr>
                <w:lang w:val="fr-FR"/>
              </w:rPr>
            </w:pPr>
            <w:r w:rsidRPr="000236A4">
              <w:rPr>
                <w:b/>
                <w:color w:val="FFFFFF"/>
                <w:sz w:val="21"/>
                <w:lang w:val="fr-FR"/>
              </w:rPr>
              <w:t>4.9. Metoda de selectare și încadrare OPRP/CCP</w:t>
            </w:r>
          </w:p>
        </w:tc>
      </w:tr>
      <w:tr w:rsidR="00C16128" w14:paraId="6F9B617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BBE3D37"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0C3F3330" w14:textId="77777777" w:rsidR="00C16128" w:rsidRDefault="00000000">
            <w:pPr>
              <w:spacing w:after="0" w:line="240" w:lineRule="auto"/>
            </w:pPr>
            <w:r>
              <w:rPr>
                <w:sz w:val="15"/>
              </w:rPr>
              <w:t>Document menținut</w:t>
            </w:r>
          </w:p>
        </w:tc>
      </w:tr>
      <w:tr w:rsidR="00C16128" w14:paraId="0FF67AD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6F833A8"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6AE28ADF" w14:textId="77777777" w:rsidR="00C16128" w:rsidRDefault="00000000">
            <w:pPr>
              <w:spacing w:after="0" w:line="240" w:lineRule="auto"/>
            </w:pPr>
            <w:r>
              <w:rPr>
                <w:sz w:val="15"/>
              </w:rPr>
              <w:t>8.5.2.4</w:t>
            </w:r>
          </w:p>
        </w:tc>
      </w:tr>
      <w:tr w:rsidR="00C16128" w14:paraId="712A07E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DD4087C"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4A567096" w14:textId="77777777" w:rsidR="00C16128" w:rsidRDefault="00000000">
            <w:pPr>
              <w:spacing w:after="0" w:line="240" w:lineRule="auto"/>
            </w:pPr>
            <w:r>
              <w:rPr>
                <w:sz w:val="15"/>
              </w:rPr>
              <w:t>În mod obișnuit</w:t>
            </w:r>
          </w:p>
        </w:tc>
      </w:tr>
      <w:tr w:rsidR="00C16128" w:rsidRPr="000236A4" w14:paraId="0BC582D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47EFC57"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46A38F84" w14:textId="77777777" w:rsidR="00C16128" w:rsidRPr="000236A4" w:rsidRDefault="00000000">
            <w:pPr>
              <w:spacing w:after="0" w:line="240" w:lineRule="auto"/>
              <w:rPr>
                <w:lang w:val="fr-FR"/>
              </w:rPr>
            </w:pPr>
            <w:r w:rsidRPr="000236A4">
              <w:rPr>
                <w:sz w:val="15"/>
                <w:lang w:val="fr-FR"/>
              </w:rPr>
              <w:t>Asigură decizii consecvente și justificate pentru măsurile de control.</w:t>
            </w:r>
          </w:p>
        </w:tc>
      </w:tr>
      <w:tr w:rsidR="00C16128" w14:paraId="7D0D8AE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3382075"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0B41F981" w14:textId="77777777" w:rsidR="00C16128" w:rsidRDefault="00000000">
            <w:pPr>
              <w:spacing w:after="0" w:line="240" w:lineRule="auto"/>
            </w:pPr>
            <w:r>
              <w:rPr>
                <w:sz w:val="15"/>
              </w:rPr>
              <w:t>Criterii; fezabilitate monitorizare; consecința eșecului; poziția în sistem; sinergii; rezultat și aprobare.</w:t>
            </w:r>
          </w:p>
        </w:tc>
      </w:tr>
      <w:tr w:rsidR="00C16128" w14:paraId="09093AE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B968CDF"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29A70F78" w14:textId="77777777" w:rsidR="00C16128" w:rsidRDefault="00000000">
            <w:pPr>
              <w:spacing w:after="0" w:line="240" w:lineRule="auto"/>
            </w:pPr>
            <w:r>
              <w:rPr>
                <w:sz w:val="15"/>
              </w:rPr>
              <w:t>Echipa SMSA.</w:t>
            </w:r>
          </w:p>
        </w:tc>
      </w:tr>
      <w:tr w:rsidR="00C16128" w:rsidRPr="000236A4" w14:paraId="567AA91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2245367"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06A080D2" w14:textId="77777777" w:rsidR="00C16128" w:rsidRPr="000236A4" w:rsidRDefault="00000000">
            <w:pPr>
              <w:spacing w:after="0" w:line="240" w:lineRule="auto"/>
              <w:rPr>
                <w:lang w:val="fr-FR"/>
              </w:rPr>
            </w:pPr>
            <w:r w:rsidRPr="000236A4">
              <w:rPr>
                <w:sz w:val="15"/>
                <w:lang w:val="fr-FR"/>
              </w:rPr>
              <w:t>La schimbarea metodologiei sau a măsurilor.</w:t>
            </w:r>
          </w:p>
        </w:tc>
      </w:tr>
      <w:tr w:rsidR="00C16128" w14:paraId="28946F2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AB4D488"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464A39B3" w14:textId="77777777" w:rsidR="00C16128" w:rsidRDefault="00000000">
            <w:pPr>
              <w:spacing w:after="0" w:line="240" w:lineRule="auto"/>
            </w:pPr>
            <w:r>
              <w:rPr>
                <w:sz w:val="15"/>
              </w:rPr>
              <w:t>Matrice/arbore decizional, minute echipă și validări.</w:t>
            </w:r>
          </w:p>
        </w:tc>
      </w:tr>
      <w:tr w:rsidR="00C16128" w14:paraId="674608D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1781C6E"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57E780D3" w14:textId="77777777" w:rsidR="00C16128" w:rsidRDefault="00000000">
            <w:pPr>
              <w:spacing w:after="0" w:line="240" w:lineRule="auto"/>
            </w:pPr>
            <w:r>
              <w:rPr>
                <w:sz w:val="15"/>
              </w:rPr>
              <w:t>Arbore aplicat mecanic; toate măsurile declarate CCP; lipsa justificării pentru OPRP.</w:t>
            </w:r>
          </w:p>
        </w:tc>
      </w:tr>
    </w:tbl>
    <w:p w14:paraId="04CD6F42"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14:paraId="0B83D245" w14:textId="77777777">
        <w:trPr>
          <w:jc w:val="center"/>
        </w:trPr>
        <w:tc>
          <w:tcPr>
            <w:tcW w:w="9921" w:type="dxa"/>
            <w:gridSpan w:val="2"/>
            <w:shd w:val="clear" w:color="auto" w:fill="D71920"/>
            <w:tcMar>
              <w:top w:w="70" w:type="dxa"/>
              <w:left w:w="85" w:type="dxa"/>
              <w:bottom w:w="70" w:type="dxa"/>
              <w:right w:w="85" w:type="dxa"/>
            </w:tcMar>
            <w:vAlign w:val="center"/>
          </w:tcPr>
          <w:p w14:paraId="5831D9F8" w14:textId="77777777" w:rsidR="00C16128" w:rsidRDefault="00000000">
            <w:pPr>
              <w:spacing w:after="0" w:line="240" w:lineRule="auto"/>
            </w:pPr>
            <w:r>
              <w:rPr>
                <w:b/>
                <w:color w:val="FFFFFF"/>
                <w:sz w:val="21"/>
              </w:rPr>
              <w:t>4.10. Planul de control al pericolelor</w:t>
            </w:r>
          </w:p>
        </w:tc>
      </w:tr>
      <w:tr w:rsidR="00C16128" w14:paraId="6CB04E3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B264601"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66588341" w14:textId="77777777" w:rsidR="00C16128" w:rsidRDefault="00000000">
            <w:pPr>
              <w:spacing w:after="0" w:line="240" w:lineRule="auto"/>
            </w:pPr>
            <w:r>
              <w:rPr>
                <w:sz w:val="15"/>
              </w:rPr>
              <w:t>Document menținut</w:t>
            </w:r>
          </w:p>
        </w:tc>
      </w:tr>
      <w:tr w:rsidR="00C16128" w14:paraId="49EF599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2B5B2FA"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4FA00BBE" w14:textId="77777777" w:rsidR="00C16128" w:rsidRDefault="00000000">
            <w:pPr>
              <w:spacing w:after="0" w:line="240" w:lineRule="auto"/>
            </w:pPr>
            <w:r>
              <w:rPr>
                <w:sz w:val="15"/>
              </w:rPr>
              <w:t>8.5.4</w:t>
            </w:r>
          </w:p>
        </w:tc>
      </w:tr>
      <w:tr w:rsidR="00C16128" w14:paraId="68A9C1C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E4C6FA2"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55639721" w14:textId="77777777" w:rsidR="00C16128" w:rsidRDefault="00000000">
            <w:pPr>
              <w:spacing w:after="0" w:line="240" w:lineRule="auto"/>
            </w:pPr>
            <w:r>
              <w:rPr>
                <w:sz w:val="15"/>
              </w:rPr>
              <w:t>În mod obișnuit</w:t>
            </w:r>
          </w:p>
        </w:tc>
      </w:tr>
      <w:tr w:rsidR="00C16128" w14:paraId="7FDFE6B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37CB621"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7263F5F7" w14:textId="77777777" w:rsidR="00C16128" w:rsidRDefault="00000000">
            <w:pPr>
              <w:spacing w:after="0" w:line="240" w:lineRule="auto"/>
            </w:pPr>
            <w:r>
              <w:rPr>
                <w:sz w:val="15"/>
              </w:rPr>
              <w:t>Controlează operațional OPRP și CCP.</w:t>
            </w:r>
          </w:p>
        </w:tc>
      </w:tr>
      <w:tr w:rsidR="00C16128" w14:paraId="6D45AA6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BA3AA9D"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60D52DAA" w14:textId="77777777" w:rsidR="00C16128" w:rsidRDefault="00000000">
            <w:pPr>
              <w:spacing w:after="0" w:line="240" w:lineRule="auto"/>
            </w:pPr>
            <w:r>
              <w:rPr>
                <w:sz w:val="15"/>
              </w:rPr>
              <w:t>Pericol; măsură; limită critică/criteriu; monitorizare; frecvență; responsabil; corecție; acțiune corectivă; înregistrare; verificare.</w:t>
            </w:r>
          </w:p>
        </w:tc>
      </w:tr>
      <w:tr w:rsidR="00C16128" w14:paraId="75D9EC9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4A7DF02"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5723073F" w14:textId="77777777" w:rsidR="00C16128" w:rsidRDefault="00000000">
            <w:pPr>
              <w:spacing w:after="0" w:line="240" w:lineRule="auto"/>
            </w:pPr>
            <w:r>
              <w:rPr>
                <w:sz w:val="15"/>
              </w:rPr>
              <w:t>Echipa SMSA și operațiuni.</w:t>
            </w:r>
          </w:p>
        </w:tc>
      </w:tr>
      <w:tr w:rsidR="00C16128" w:rsidRPr="000236A4" w14:paraId="20A425F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455CACC"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2A51D6A4" w14:textId="77777777" w:rsidR="00C16128" w:rsidRPr="000236A4" w:rsidRDefault="00000000">
            <w:pPr>
              <w:spacing w:after="0" w:line="240" w:lineRule="auto"/>
              <w:rPr>
                <w:lang w:val="fr-FR"/>
              </w:rPr>
            </w:pPr>
            <w:r w:rsidRPr="000236A4">
              <w:rPr>
                <w:sz w:val="15"/>
                <w:lang w:val="fr-FR"/>
              </w:rPr>
              <w:t>La schimbări și după rezultate de validare/verificare.</w:t>
            </w:r>
          </w:p>
        </w:tc>
      </w:tr>
      <w:tr w:rsidR="00C16128" w:rsidRPr="000236A4" w14:paraId="17BBCDE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450A2FC"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348970DE" w14:textId="77777777" w:rsidR="00C16128" w:rsidRPr="000236A4" w:rsidRDefault="00000000">
            <w:pPr>
              <w:spacing w:after="0" w:line="240" w:lineRule="auto"/>
              <w:rPr>
                <w:lang w:val="fr-FR"/>
              </w:rPr>
            </w:pPr>
            <w:r w:rsidRPr="000236A4">
              <w:rPr>
                <w:sz w:val="15"/>
                <w:lang w:val="fr-FR"/>
              </w:rPr>
              <w:t>Fișe monitorizare, alarme, loguri, rapoarte și eliberări.</w:t>
            </w:r>
          </w:p>
        </w:tc>
      </w:tr>
      <w:tr w:rsidR="00C16128" w14:paraId="78CE6A6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AD6641F"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2DCBA6E5" w14:textId="77777777" w:rsidR="00C16128" w:rsidRDefault="00000000">
            <w:pPr>
              <w:spacing w:after="0" w:line="240" w:lineRule="auto"/>
            </w:pPr>
            <w:r>
              <w:rPr>
                <w:sz w:val="15"/>
              </w:rPr>
              <w:t>Limite fără sursă; frecvență insuficientă; reacții neclare; formulare completate retrospectiv.</w:t>
            </w:r>
          </w:p>
        </w:tc>
      </w:tr>
    </w:tbl>
    <w:p w14:paraId="21D572CC"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14:paraId="1F3DA117" w14:textId="77777777">
        <w:trPr>
          <w:jc w:val="center"/>
        </w:trPr>
        <w:tc>
          <w:tcPr>
            <w:tcW w:w="9921" w:type="dxa"/>
            <w:gridSpan w:val="2"/>
            <w:shd w:val="clear" w:color="auto" w:fill="D71920"/>
            <w:tcMar>
              <w:top w:w="70" w:type="dxa"/>
              <w:left w:w="85" w:type="dxa"/>
              <w:bottom w:w="70" w:type="dxa"/>
              <w:right w:w="85" w:type="dxa"/>
            </w:tcMar>
            <w:vAlign w:val="center"/>
          </w:tcPr>
          <w:p w14:paraId="14A1D38E" w14:textId="77777777" w:rsidR="00C16128" w:rsidRDefault="00000000">
            <w:pPr>
              <w:spacing w:after="0" w:line="240" w:lineRule="auto"/>
            </w:pPr>
            <w:r>
              <w:rPr>
                <w:b/>
                <w:color w:val="FFFFFF"/>
                <w:sz w:val="21"/>
              </w:rPr>
              <w:t>4.11. Dosarul de validare</w:t>
            </w:r>
          </w:p>
        </w:tc>
      </w:tr>
      <w:tr w:rsidR="00C16128" w14:paraId="414DD34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A59B32B"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7E3B3ADB" w14:textId="77777777" w:rsidR="00C16128" w:rsidRDefault="00000000">
            <w:pPr>
              <w:spacing w:after="0" w:line="240" w:lineRule="auto"/>
            </w:pPr>
            <w:r>
              <w:rPr>
                <w:sz w:val="15"/>
              </w:rPr>
              <w:t>Înregistrare păstrată / document menținut</w:t>
            </w:r>
          </w:p>
        </w:tc>
      </w:tr>
      <w:tr w:rsidR="00C16128" w14:paraId="6D0D83B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1AF1E09"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162037E8" w14:textId="77777777" w:rsidR="00C16128" w:rsidRDefault="00000000">
            <w:pPr>
              <w:spacing w:after="0" w:line="240" w:lineRule="auto"/>
            </w:pPr>
            <w:r>
              <w:rPr>
                <w:sz w:val="15"/>
              </w:rPr>
              <w:t>8.5.3</w:t>
            </w:r>
          </w:p>
        </w:tc>
      </w:tr>
      <w:tr w:rsidR="00C16128" w14:paraId="105CD73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A81F0EC"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26045C7C" w14:textId="77777777" w:rsidR="00C16128" w:rsidRDefault="00000000">
            <w:pPr>
              <w:spacing w:after="0" w:line="240" w:lineRule="auto"/>
            </w:pPr>
            <w:r>
              <w:rPr>
                <w:sz w:val="15"/>
              </w:rPr>
              <w:t>În mod obișnuit</w:t>
            </w:r>
          </w:p>
        </w:tc>
      </w:tr>
      <w:tr w:rsidR="00C16128" w14:paraId="1E7C801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4B92E79"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5F38BB76" w14:textId="77777777" w:rsidR="00C16128" w:rsidRDefault="00000000">
            <w:pPr>
              <w:spacing w:after="0" w:line="240" w:lineRule="auto"/>
            </w:pPr>
            <w:r>
              <w:rPr>
                <w:sz w:val="15"/>
              </w:rPr>
              <w:t>Demonstrează că măsurile pot controla pericolul înainte de utilizare.</w:t>
            </w:r>
          </w:p>
        </w:tc>
      </w:tr>
      <w:tr w:rsidR="00C16128" w14:paraId="43B310D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94B1DF1"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41C87EBE" w14:textId="77777777" w:rsidR="00C16128" w:rsidRDefault="00000000">
            <w:pPr>
              <w:spacing w:after="0" w:line="240" w:lineRule="auto"/>
            </w:pPr>
            <w:r>
              <w:rPr>
                <w:sz w:val="15"/>
              </w:rPr>
              <w:t>Scop; ipoteze; date; metodă; criterii; condiții worst case; rezultate; incertitudine; concluzie; aprobări; revalidare.</w:t>
            </w:r>
          </w:p>
        </w:tc>
      </w:tr>
      <w:tr w:rsidR="00C16128" w14:paraId="0D5ADA3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79A15CB"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7D42F917" w14:textId="77777777" w:rsidR="00C16128" w:rsidRDefault="00000000">
            <w:pPr>
              <w:spacing w:after="0" w:line="240" w:lineRule="auto"/>
            </w:pPr>
            <w:r>
              <w:rPr>
                <w:sz w:val="15"/>
              </w:rPr>
              <w:t>Specialist tehnic și echipa SMSA.</w:t>
            </w:r>
          </w:p>
        </w:tc>
      </w:tr>
      <w:tr w:rsidR="00C16128" w:rsidRPr="000236A4" w14:paraId="4FEF1F3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17281B7"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50E72E7C" w14:textId="77777777" w:rsidR="00C16128" w:rsidRPr="000236A4" w:rsidRDefault="00000000">
            <w:pPr>
              <w:spacing w:after="0" w:line="240" w:lineRule="auto"/>
              <w:rPr>
                <w:lang w:val="fr-FR"/>
              </w:rPr>
            </w:pPr>
            <w:r w:rsidRPr="000236A4">
              <w:rPr>
                <w:sz w:val="15"/>
                <w:lang w:val="fr-FR"/>
              </w:rPr>
              <w:t>Înainte de implementare și la schimbări relevante.</w:t>
            </w:r>
          </w:p>
        </w:tc>
      </w:tr>
      <w:tr w:rsidR="00C16128" w14:paraId="4B1B7CA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38C73F8"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5E49AA6A" w14:textId="77777777" w:rsidR="00C16128" w:rsidRDefault="00000000">
            <w:pPr>
              <w:spacing w:after="0" w:line="240" w:lineRule="auto"/>
            </w:pPr>
            <w:r>
              <w:rPr>
                <w:sz w:val="15"/>
              </w:rPr>
              <w:t>Studii, teste, literatură, date furnizor, calcule și rapoarte.</w:t>
            </w:r>
          </w:p>
        </w:tc>
      </w:tr>
      <w:tr w:rsidR="00C16128" w14:paraId="4BEC06D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888D0FA"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33C5F245" w14:textId="77777777" w:rsidR="00C16128" w:rsidRDefault="00000000">
            <w:pPr>
              <w:spacing w:after="0" w:line="240" w:lineRule="auto"/>
            </w:pPr>
            <w:r>
              <w:rPr>
                <w:sz w:val="15"/>
              </w:rPr>
              <w:t>Confuzie între validare și verificare; studii neaplicabile procesului real; condiții neacoperite.</w:t>
            </w:r>
          </w:p>
        </w:tc>
      </w:tr>
    </w:tbl>
    <w:p w14:paraId="38CEAA9D"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14:paraId="60230BCA" w14:textId="77777777">
        <w:trPr>
          <w:jc w:val="center"/>
        </w:trPr>
        <w:tc>
          <w:tcPr>
            <w:tcW w:w="9921" w:type="dxa"/>
            <w:gridSpan w:val="2"/>
            <w:shd w:val="clear" w:color="auto" w:fill="D71920"/>
            <w:tcMar>
              <w:top w:w="70" w:type="dxa"/>
              <w:left w:w="85" w:type="dxa"/>
              <w:bottom w:w="70" w:type="dxa"/>
              <w:right w:w="85" w:type="dxa"/>
            </w:tcMar>
            <w:vAlign w:val="center"/>
          </w:tcPr>
          <w:p w14:paraId="6B741A54" w14:textId="77777777" w:rsidR="00C16128" w:rsidRDefault="00000000">
            <w:pPr>
              <w:spacing w:after="0" w:line="240" w:lineRule="auto"/>
            </w:pPr>
            <w:r>
              <w:rPr>
                <w:b/>
                <w:color w:val="FFFFFF"/>
                <w:sz w:val="21"/>
              </w:rPr>
              <w:t>4.12. Planul de verificare și analiza rezultatelor</w:t>
            </w:r>
          </w:p>
        </w:tc>
      </w:tr>
      <w:tr w:rsidR="00C16128" w:rsidRPr="000236A4" w14:paraId="6C8CFF8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B882737"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715532DB" w14:textId="77777777" w:rsidR="00C16128" w:rsidRPr="000236A4" w:rsidRDefault="00000000">
            <w:pPr>
              <w:spacing w:after="0" w:line="240" w:lineRule="auto"/>
              <w:rPr>
                <w:lang w:val="fr-FR"/>
              </w:rPr>
            </w:pPr>
            <w:r w:rsidRPr="000236A4">
              <w:rPr>
                <w:sz w:val="15"/>
                <w:lang w:val="fr-FR"/>
              </w:rPr>
              <w:t>Document menținut și înregistrări păstrate</w:t>
            </w:r>
          </w:p>
        </w:tc>
      </w:tr>
      <w:tr w:rsidR="00C16128" w14:paraId="5288726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832F31E"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55A5BE75" w14:textId="77777777" w:rsidR="00C16128" w:rsidRDefault="00000000">
            <w:pPr>
              <w:spacing w:after="0" w:line="240" w:lineRule="auto"/>
            </w:pPr>
            <w:r>
              <w:rPr>
                <w:sz w:val="15"/>
              </w:rPr>
              <w:t>8.8</w:t>
            </w:r>
          </w:p>
        </w:tc>
      </w:tr>
      <w:tr w:rsidR="00C16128" w14:paraId="5ED6007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798F84F"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227ADF52" w14:textId="77777777" w:rsidR="00C16128" w:rsidRDefault="00000000">
            <w:pPr>
              <w:spacing w:after="0" w:line="240" w:lineRule="auto"/>
            </w:pPr>
            <w:r>
              <w:rPr>
                <w:sz w:val="15"/>
              </w:rPr>
              <w:t>În mod obișnuit</w:t>
            </w:r>
          </w:p>
        </w:tc>
      </w:tr>
      <w:tr w:rsidR="00C16128" w:rsidRPr="000236A4" w14:paraId="52814D8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2DDA1FC"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1B9C33F0" w14:textId="77777777" w:rsidR="00C16128" w:rsidRPr="000236A4" w:rsidRDefault="00000000">
            <w:pPr>
              <w:spacing w:after="0" w:line="240" w:lineRule="auto"/>
              <w:rPr>
                <w:lang w:val="fr-FR"/>
              </w:rPr>
            </w:pPr>
            <w:r w:rsidRPr="000236A4">
              <w:rPr>
                <w:sz w:val="15"/>
                <w:lang w:val="fr-FR"/>
              </w:rPr>
              <w:t>Confirmă că sistemul este implementat și eficace.</w:t>
            </w:r>
          </w:p>
        </w:tc>
      </w:tr>
      <w:tr w:rsidR="00C16128" w14:paraId="13828F5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5886852" w14:textId="77777777" w:rsidR="00C16128" w:rsidRDefault="00000000">
            <w:pPr>
              <w:spacing w:after="0" w:line="240" w:lineRule="auto"/>
            </w:pPr>
            <w:r>
              <w:rPr>
                <w:b/>
                <w:sz w:val="15"/>
              </w:rPr>
              <w:lastRenderedPageBreak/>
              <w:t>Conținut minim recomandat</w:t>
            </w:r>
          </w:p>
        </w:tc>
        <w:tc>
          <w:tcPr>
            <w:tcW w:w="7540" w:type="dxa"/>
            <w:shd w:val="clear" w:color="auto" w:fill="FFFFFF"/>
            <w:tcMar>
              <w:top w:w="70" w:type="dxa"/>
              <w:left w:w="85" w:type="dxa"/>
              <w:bottom w:w="70" w:type="dxa"/>
              <w:right w:w="85" w:type="dxa"/>
            </w:tcMar>
            <w:vAlign w:val="center"/>
          </w:tcPr>
          <w:p w14:paraId="1D16ECAE" w14:textId="77777777" w:rsidR="00C16128" w:rsidRDefault="00000000">
            <w:pPr>
              <w:spacing w:after="0" w:line="240" w:lineRule="auto"/>
            </w:pPr>
            <w:r>
              <w:rPr>
                <w:sz w:val="15"/>
              </w:rPr>
              <w:t>Activitate; scop; metodă; frecvență; responsabil independent; eșantion; criteriu; rezultat; tendință; acțiune.</w:t>
            </w:r>
          </w:p>
        </w:tc>
      </w:tr>
      <w:tr w:rsidR="00C16128" w14:paraId="52443B4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2C235C2"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3F950095" w14:textId="77777777" w:rsidR="00C16128" w:rsidRDefault="00000000">
            <w:pPr>
              <w:spacing w:after="0" w:line="240" w:lineRule="auto"/>
            </w:pPr>
            <w:r>
              <w:rPr>
                <w:sz w:val="15"/>
              </w:rPr>
              <w:t>Echipa SMSA / calitate.</w:t>
            </w:r>
          </w:p>
        </w:tc>
      </w:tr>
      <w:tr w:rsidR="00C16128" w14:paraId="03E3A58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EA3FDBF"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144A5D22" w14:textId="77777777" w:rsidR="00C16128" w:rsidRDefault="00000000">
            <w:pPr>
              <w:spacing w:after="0" w:line="240" w:lineRule="auto"/>
            </w:pPr>
            <w:r>
              <w:rPr>
                <w:sz w:val="15"/>
              </w:rPr>
              <w:t>Conform planului și după schimbări/abateri.</w:t>
            </w:r>
          </w:p>
        </w:tc>
      </w:tr>
      <w:tr w:rsidR="00C16128" w14:paraId="301AA0F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F525DD9"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25E728F2" w14:textId="77777777" w:rsidR="00C16128" w:rsidRDefault="00000000">
            <w:pPr>
              <w:spacing w:after="0" w:line="240" w:lineRule="auto"/>
            </w:pPr>
            <w:r>
              <w:rPr>
                <w:sz w:val="15"/>
              </w:rPr>
              <w:t>Audit PRP, revizuire fișe, analize, calibrare, teste trasabilitate și rapoarte.</w:t>
            </w:r>
          </w:p>
        </w:tc>
      </w:tr>
      <w:tr w:rsidR="00C16128" w14:paraId="6F30336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89DB711"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2584B569" w14:textId="77777777" w:rsidR="00C16128" w:rsidRDefault="00000000">
            <w:pPr>
              <w:spacing w:after="0" w:line="240" w:lineRule="auto"/>
            </w:pPr>
            <w:r>
              <w:rPr>
                <w:sz w:val="15"/>
              </w:rPr>
              <w:t>Verificatorul își verifică propria activitate; rezultate izolate fără analiză de tendință.</w:t>
            </w:r>
          </w:p>
        </w:tc>
      </w:tr>
    </w:tbl>
    <w:p w14:paraId="273070A6"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14:paraId="2931DE15" w14:textId="77777777">
        <w:trPr>
          <w:jc w:val="center"/>
        </w:trPr>
        <w:tc>
          <w:tcPr>
            <w:tcW w:w="9921" w:type="dxa"/>
            <w:gridSpan w:val="2"/>
            <w:shd w:val="clear" w:color="auto" w:fill="D71920"/>
            <w:tcMar>
              <w:top w:w="70" w:type="dxa"/>
              <w:left w:w="85" w:type="dxa"/>
              <w:bottom w:w="70" w:type="dxa"/>
              <w:right w:w="85" w:type="dxa"/>
            </w:tcMar>
            <w:vAlign w:val="center"/>
          </w:tcPr>
          <w:p w14:paraId="085E6ABF" w14:textId="77777777" w:rsidR="00C16128" w:rsidRDefault="00000000">
            <w:pPr>
              <w:spacing w:after="0" w:line="240" w:lineRule="auto"/>
            </w:pPr>
            <w:r>
              <w:rPr>
                <w:b/>
                <w:color w:val="FFFFFF"/>
                <w:sz w:val="21"/>
              </w:rPr>
              <w:t>4.13. Sistemul de trasabilitate</w:t>
            </w:r>
          </w:p>
        </w:tc>
      </w:tr>
      <w:tr w:rsidR="00C16128" w:rsidRPr="000236A4" w14:paraId="764494D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921840C"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15D3B7F3" w14:textId="77777777" w:rsidR="00C16128" w:rsidRPr="000236A4" w:rsidRDefault="00000000">
            <w:pPr>
              <w:spacing w:after="0" w:line="240" w:lineRule="auto"/>
              <w:rPr>
                <w:lang w:val="fr-FR"/>
              </w:rPr>
            </w:pPr>
            <w:r w:rsidRPr="000236A4">
              <w:rPr>
                <w:sz w:val="15"/>
                <w:lang w:val="fr-FR"/>
              </w:rPr>
              <w:t>Document menținut și înregistrări păstrate</w:t>
            </w:r>
          </w:p>
        </w:tc>
      </w:tr>
      <w:tr w:rsidR="00C16128" w14:paraId="0473749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00F7C83"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2D28773F" w14:textId="77777777" w:rsidR="00C16128" w:rsidRDefault="00000000">
            <w:pPr>
              <w:spacing w:after="0" w:line="240" w:lineRule="auto"/>
            </w:pPr>
            <w:r>
              <w:rPr>
                <w:sz w:val="15"/>
              </w:rPr>
              <w:t>8.3</w:t>
            </w:r>
          </w:p>
        </w:tc>
      </w:tr>
      <w:tr w:rsidR="00C16128" w14:paraId="29F269C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C4BBFDB"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610C24F3" w14:textId="77777777" w:rsidR="00C16128" w:rsidRDefault="00000000">
            <w:pPr>
              <w:spacing w:after="0" w:line="240" w:lineRule="auto"/>
            </w:pPr>
            <w:r>
              <w:rPr>
                <w:sz w:val="15"/>
              </w:rPr>
              <w:t>În mod obișnuit</w:t>
            </w:r>
          </w:p>
        </w:tc>
      </w:tr>
      <w:tr w:rsidR="00C16128" w14:paraId="0FD4540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3D1AA0C"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2D7580A0" w14:textId="77777777" w:rsidR="00C16128" w:rsidRDefault="00000000">
            <w:pPr>
              <w:spacing w:after="0" w:line="240" w:lineRule="auto"/>
            </w:pPr>
            <w:r>
              <w:rPr>
                <w:sz w:val="15"/>
              </w:rPr>
              <w:t>Permite identificarea rapidă a materialelor, procesării și distribuției.</w:t>
            </w:r>
          </w:p>
        </w:tc>
      </w:tr>
      <w:tr w:rsidR="00C16128" w14:paraId="52CD27A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FA8DC45"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6C173EB2" w14:textId="77777777" w:rsidR="00C16128" w:rsidRDefault="00000000">
            <w:pPr>
              <w:spacing w:after="0" w:line="240" w:lineRule="auto"/>
            </w:pPr>
            <w:r>
              <w:rPr>
                <w:sz w:val="15"/>
              </w:rPr>
              <w:t>Unitate lot; codificare; legături furnizor-proces-client; rework; ambalaje; cantități; teste; timp țintă; păstrare.</w:t>
            </w:r>
          </w:p>
        </w:tc>
      </w:tr>
      <w:tr w:rsidR="00C16128" w14:paraId="1876156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37613CC"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03E23774" w14:textId="77777777" w:rsidR="00C16128" w:rsidRDefault="00000000">
            <w:pPr>
              <w:spacing w:after="0" w:line="240" w:lineRule="auto"/>
            </w:pPr>
            <w:r>
              <w:rPr>
                <w:sz w:val="15"/>
              </w:rPr>
              <w:t>Logistică, producție și calitate.</w:t>
            </w:r>
          </w:p>
        </w:tc>
      </w:tr>
      <w:tr w:rsidR="00C16128" w:rsidRPr="000236A4" w14:paraId="7AC50BA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52046CC"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4248B7EE" w14:textId="77777777" w:rsidR="00C16128" w:rsidRPr="000236A4" w:rsidRDefault="00000000">
            <w:pPr>
              <w:spacing w:after="0" w:line="240" w:lineRule="auto"/>
              <w:rPr>
                <w:lang w:val="fr-FR"/>
              </w:rPr>
            </w:pPr>
            <w:r w:rsidRPr="000236A4">
              <w:rPr>
                <w:sz w:val="15"/>
                <w:lang w:val="fr-FR"/>
              </w:rPr>
              <w:t>Testat la interval planificat și la schimbări.</w:t>
            </w:r>
          </w:p>
        </w:tc>
      </w:tr>
      <w:tr w:rsidR="00C16128" w14:paraId="4C23F18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45D494E"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39D2195E" w14:textId="77777777" w:rsidR="00C16128" w:rsidRDefault="00000000">
            <w:pPr>
              <w:spacing w:after="0" w:line="240" w:lineRule="auto"/>
            </w:pPr>
            <w:r>
              <w:rPr>
                <w:sz w:val="15"/>
              </w:rPr>
              <w:t>Etichete, ERP, fișe lot, recepții, expediții și bilanț masic.</w:t>
            </w:r>
          </w:p>
        </w:tc>
      </w:tr>
      <w:tr w:rsidR="00C16128" w14:paraId="15CC87D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9F4D136"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600AB4F2" w14:textId="77777777" w:rsidR="00C16128" w:rsidRDefault="00000000">
            <w:pPr>
              <w:spacing w:after="0" w:line="240" w:lineRule="auto"/>
            </w:pPr>
            <w:r>
              <w:rPr>
                <w:sz w:val="15"/>
              </w:rPr>
              <w:t>Trasabilitate numai înainte sau înapoi; lipsa cantităților; test fără bilanț și fără acțiuni.</w:t>
            </w:r>
          </w:p>
        </w:tc>
      </w:tr>
    </w:tbl>
    <w:p w14:paraId="6283704F"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rsidRPr="000236A4" w14:paraId="11C2ECCC" w14:textId="77777777">
        <w:trPr>
          <w:jc w:val="center"/>
        </w:trPr>
        <w:tc>
          <w:tcPr>
            <w:tcW w:w="9921" w:type="dxa"/>
            <w:gridSpan w:val="2"/>
            <w:shd w:val="clear" w:color="auto" w:fill="D71920"/>
            <w:tcMar>
              <w:top w:w="70" w:type="dxa"/>
              <w:left w:w="85" w:type="dxa"/>
              <w:bottom w:w="70" w:type="dxa"/>
              <w:right w:w="85" w:type="dxa"/>
            </w:tcMar>
            <w:vAlign w:val="center"/>
          </w:tcPr>
          <w:p w14:paraId="67786B8D" w14:textId="77777777" w:rsidR="00C16128" w:rsidRPr="000236A4" w:rsidRDefault="00000000">
            <w:pPr>
              <w:spacing w:after="0" w:line="240" w:lineRule="auto"/>
              <w:rPr>
                <w:lang w:val="fr-FR"/>
              </w:rPr>
            </w:pPr>
            <w:r w:rsidRPr="000236A4">
              <w:rPr>
                <w:b/>
                <w:color w:val="FFFFFF"/>
                <w:sz w:val="21"/>
                <w:lang w:val="fr-FR"/>
              </w:rPr>
              <w:t>4.14. Procedura de retragere și rechemare</w:t>
            </w:r>
          </w:p>
        </w:tc>
      </w:tr>
      <w:tr w:rsidR="00C16128" w14:paraId="1D0E50A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E030926"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5582FC1A" w14:textId="77777777" w:rsidR="00C16128" w:rsidRDefault="00000000">
            <w:pPr>
              <w:spacing w:after="0" w:line="240" w:lineRule="auto"/>
            </w:pPr>
            <w:r>
              <w:rPr>
                <w:sz w:val="15"/>
              </w:rPr>
              <w:t>Document menținut și testat</w:t>
            </w:r>
          </w:p>
        </w:tc>
      </w:tr>
      <w:tr w:rsidR="00C16128" w14:paraId="78E74A9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939F7E1"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4FE75651" w14:textId="77777777" w:rsidR="00C16128" w:rsidRDefault="00000000">
            <w:pPr>
              <w:spacing w:after="0" w:line="240" w:lineRule="auto"/>
            </w:pPr>
            <w:r>
              <w:rPr>
                <w:sz w:val="15"/>
              </w:rPr>
              <w:t>8.9.5</w:t>
            </w:r>
          </w:p>
        </w:tc>
      </w:tr>
      <w:tr w:rsidR="00C16128" w14:paraId="06299D5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C26B6DD"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544214ED" w14:textId="77777777" w:rsidR="00C16128" w:rsidRDefault="00000000">
            <w:pPr>
              <w:spacing w:after="0" w:line="240" w:lineRule="auto"/>
            </w:pPr>
            <w:r>
              <w:rPr>
                <w:sz w:val="15"/>
              </w:rPr>
              <w:t>În mod obișnuit</w:t>
            </w:r>
          </w:p>
        </w:tc>
      </w:tr>
      <w:tr w:rsidR="00C16128" w14:paraId="6B21C8E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586EDC1"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245BA6FC" w14:textId="77777777" w:rsidR="00C16128" w:rsidRDefault="00000000">
            <w:pPr>
              <w:spacing w:after="0" w:line="240" w:lineRule="auto"/>
            </w:pPr>
            <w:r>
              <w:rPr>
                <w:sz w:val="15"/>
              </w:rPr>
              <w:t>Asigură retragerea promptă a produselor afectate și comunicarea controlată.</w:t>
            </w:r>
          </w:p>
        </w:tc>
      </w:tr>
      <w:tr w:rsidR="00C16128" w14:paraId="273ACF0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A25C221"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65952F0C" w14:textId="77777777" w:rsidR="00C16128" w:rsidRDefault="00000000">
            <w:pPr>
              <w:spacing w:after="0" w:line="240" w:lineRule="auto"/>
            </w:pPr>
            <w:r>
              <w:rPr>
                <w:sz w:val="15"/>
              </w:rPr>
              <w:t>Criterii; echipă; decizie; notificări; trasabilitate; recuperare; segregare; dispoziție; comunicare; verificare eficacitate; testare.</w:t>
            </w:r>
          </w:p>
        </w:tc>
      </w:tr>
      <w:tr w:rsidR="00C16128" w14:paraId="43CADC9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6242591"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03C1FB1B" w14:textId="77777777" w:rsidR="00C16128" w:rsidRDefault="00000000">
            <w:pPr>
              <w:spacing w:after="0" w:line="240" w:lineRule="auto"/>
            </w:pPr>
            <w:r>
              <w:rPr>
                <w:sz w:val="15"/>
              </w:rPr>
              <w:t>Conducerea, coordonator SMSA și comunicare.</w:t>
            </w:r>
          </w:p>
        </w:tc>
      </w:tr>
      <w:tr w:rsidR="00C16128" w14:paraId="7B1DFB2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87DD6B6"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6EA2EAFE" w14:textId="77777777" w:rsidR="00C16128" w:rsidRDefault="00000000">
            <w:pPr>
              <w:spacing w:after="0" w:line="240" w:lineRule="auto"/>
            </w:pPr>
            <w:r>
              <w:rPr>
                <w:sz w:val="15"/>
              </w:rPr>
              <w:t>După test, incident, schimbări și cel puțin conform frecvenței stabilite.</w:t>
            </w:r>
          </w:p>
        </w:tc>
      </w:tr>
      <w:tr w:rsidR="00C16128" w14:paraId="2D0E58C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839AC36"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67907CBD" w14:textId="77777777" w:rsidR="00C16128" w:rsidRDefault="00000000">
            <w:pPr>
              <w:spacing w:after="0" w:line="240" w:lineRule="auto"/>
            </w:pPr>
            <w:r>
              <w:rPr>
                <w:sz w:val="15"/>
              </w:rPr>
              <w:t>Teste mock recall, contacte, rapoarte, cantități, notificări și concluzii.</w:t>
            </w:r>
          </w:p>
        </w:tc>
      </w:tr>
      <w:tr w:rsidR="00C16128" w14:paraId="72935D7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A71406F"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05C1B041" w14:textId="77777777" w:rsidR="00C16128" w:rsidRDefault="00000000">
            <w:pPr>
              <w:spacing w:after="0" w:line="240" w:lineRule="auto"/>
            </w:pPr>
            <w:r>
              <w:rPr>
                <w:sz w:val="15"/>
              </w:rPr>
              <w:t>Listă contacte neactualizată; test fără trasabilitate reală; lipsa evaluării eficacității.</w:t>
            </w:r>
          </w:p>
        </w:tc>
      </w:tr>
    </w:tbl>
    <w:p w14:paraId="1A76873D"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14:paraId="3293CF0F" w14:textId="77777777">
        <w:trPr>
          <w:jc w:val="center"/>
        </w:trPr>
        <w:tc>
          <w:tcPr>
            <w:tcW w:w="9921" w:type="dxa"/>
            <w:gridSpan w:val="2"/>
            <w:shd w:val="clear" w:color="auto" w:fill="D71920"/>
            <w:tcMar>
              <w:top w:w="70" w:type="dxa"/>
              <w:left w:w="85" w:type="dxa"/>
              <w:bottom w:w="70" w:type="dxa"/>
              <w:right w:w="85" w:type="dxa"/>
            </w:tcMar>
            <w:vAlign w:val="center"/>
          </w:tcPr>
          <w:p w14:paraId="502EE854" w14:textId="77777777" w:rsidR="00C16128" w:rsidRDefault="00000000">
            <w:pPr>
              <w:spacing w:after="0" w:line="240" w:lineRule="auto"/>
            </w:pPr>
            <w:r>
              <w:rPr>
                <w:b/>
                <w:color w:val="FFFFFF"/>
                <w:sz w:val="21"/>
              </w:rPr>
              <w:t>4.15. Controlul produsului potențial nesigur</w:t>
            </w:r>
          </w:p>
        </w:tc>
      </w:tr>
      <w:tr w:rsidR="00C16128" w:rsidRPr="000236A4" w14:paraId="596ADAD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B7B458B"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7327D031" w14:textId="77777777" w:rsidR="00C16128" w:rsidRPr="000236A4" w:rsidRDefault="00000000">
            <w:pPr>
              <w:spacing w:after="0" w:line="240" w:lineRule="auto"/>
              <w:rPr>
                <w:lang w:val="fr-FR"/>
              </w:rPr>
            </w:pPr>
            <w:r w:rsidRPr="000236A4">
              <w:rPr>
                <w:sz w:val="15"/>
                <w:lang w:val="fr-FR"/>
              </w:rPr>
              <w:t>Document menținut și înregistrări păstrate</w:t>
            </w:r>
          </w:p>
        </w:tc>
      </w:tr>
      <w:tr w:rsidR="00C16128" w14:paraId="0926D1F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35956DE"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456685C6" w14:textId="77777777" w:rsidR="00C16128" w:rsidRDefault="00000000">
            <w:pPr>
              <w:spacing w:after="0" w:line="240" w:lineRule="auto"/>
            </w:pPr>
            <w:r>
              <w:rPr>
                <w:sz w:val="15"/>
              </w:rPr>
              <w:t>8.9</w:t>
            </w:r>
          </w:p>
        </w:tc>
      </w:tr>
      <w:tr w:rsidR="00C16128" w14:paraId="4904487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1521D84"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3643258C" w14:textId="77777777" w:rsidR="00C16128" w:rsidRDefault="00000000">
            <w:pPr>
              <w:spacing w:after="0" w:line="240" w:lineRule="auto"/>
            </w:pPr>
            <w:r>
              <w:rPr>
                <w:sz w:val="15"/>
              </w:rPr>
              <w:t>În mod obișnuit</w:t>
            </w:r>
          </w:p>
        </w:tc>
      </w:tr>
      <w:tr w:rsidR="00C16128" w14:paraId="6A47079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45D10EA"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415EBB5F" w14:textId="77777777" w:rsidR="00C16128" w:rsidRDefault="00000000">
            <w:pPr>
              <w:spacing w:after="0" w:line="240" w:lineRule="auto"/>
            </w:pPr>
            <w:r>
              <w:rPr>
                <w:sz w:val="15"/>
              </w:rPr>
              <w:t>Previne eliberarea neintenționată și asigură evaluarea/dispoziția controlată.</w:t>
            </w:r>
          </w:p>
        </w:tc>
      </w:tr>
      <w:tr w:rsidR="00C16128" w14:paraId="69DE0C7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1FB5B7D"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62F19B42" w14:textId="77777777" w:rsidR="00C16128" w:rsidRDefault="00000000">
            <w:pPr>
              <w:spacing w:after="0" w:line="240" w:lineRule="auto"/>
            </w:pPr>
            <w:r>
              <w:rPr>
                <w:sz w:val="15"/>
              </w:rPr>
              <w:t>Identificare; segregare; evaluare; criterii eliberare; autoritate; concesie dacă permisă; reprocesare; distrugere; comunicare; trasabilitate.</w:t>
            </w:r>
          </w:p>
        </w:tc>
      </w:tr>
      <w:tr w:rsidR="00C16128" w14:paraId="2D4C32A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6902040"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6231D884" w14:textId="77777777" w:rsidR="00C16128" w:rsidRDefault="00000000">
            <w:pPr>
              <w:spacing w:after="0" w:line="240" w:lineRule="auto"/>
            </w:pPr>
            <w:r>
              <w:rPr>
                <w:sz w:val="15"/>
              </w:rPr>
              <w:t>Calitate și proprietarul procesului.</w:t>
            </w:r>
          </w:p>
        </w:tc>
      </w:tr>
      <w:tr w:rsidR="00C16128" w:rsidRPr="000236A4" w14:paraId="3A1957E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F40A77B"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4E65FFF6" w14:textId="77777777" w:rsidR="00C16128" w:rsidRPr="000236A4" w:rsidRDefault="00000000">
            <w:pPr>
              <w:spacing w:after="0" w:line="240" w:lineRule="auto"/>
              <w:rPr>
                <w:lang w:val="fr-FR"/>
              </w:rPr>
            </w:pPr>
            <w:r w:rsidRPr="000236A4">
              <w:rPr>
                <w:sz w:val="15"/>
                <w:lang w:val="fr-FR"/>
              </w:rPr>
              <w:t>La fiecare caz și la schimbări de criterii.</w:t>
            </w:r>
          </w:p>
        </w:tc>
      </w:tr>
      <w:tr w:rsidR="00C16128" w:rsidRPr="000236A4" w14:paraId="3696B08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94D58EF"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2759AEE1" w14:textId="77777777" w:rsidR="00C16128" w:rsidRPr="000236A4" w:rsidRDefault="00000000">
            <w:pPr>
              <w:spacing w:after="0" w:line="240" w:lineRule="auto"/>
              <w:rPr>
                <w:lang w:val="fr-FR"/>
              </w:rPr>
            </w:pPr>
            <w:r w:rsidRPr="000236A4">
              <w:rPr>
                <w:sz w:val="15"/>
                <w:lang w:val="fr-FR"/>
              </w:rPr>
              <w:t>Blocări ERP, etichete, analize, aprobări, dispoziții și investigații.</w:t>
            </w:r>
          </w:p>
        </w:tc>
      </w:tr>
      <w:tr w:rsidR="00C16128" w14:paraId="2A36430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DFDF245"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22441DC1" w14:textId="77777777" w:rsidR="00C16128" w:rsidRDefault="00000000">
            <w:pPr>
              <w:spacing w:after="0" w:line="240" w:lineRule="auto"/>
            </w:pPr>
            <w:r>
              <w:rPr>
                <w:sz w:val="15"/>
              </w:rPr>
              <w:t>Eliberare bazată pe presiune comercială; zonă de carantină necontrolată; lipsa evaluării loturilor asociate.</w:t>
            </w:r>
          </w:p>
        </w:tc>
      </w:tr>
    </w:tbl>
    <w:p w14:paraId="7EB6ACDF"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rsidRPr="000236A4" w14:paraId="0DA19647" w14:textId="77777777">
        <w:trPr>
          <w:jc w:val="center"/>
        </w:trPr>
        <w:tc>
          <w:tcPr>
            <w:tcW w:w="9921" w:type="dxa"/>
            <w:gridSpan w:val="2"/>
            <w:shd w:val="clear" w:color="auto" w:fill="D71920"/>
            <w:tcMar>
              <w:top w:w="70" w:type="dxa"/>
              <w:left w:w="85" w:type="dxa"/>
              <w:bottom w:w="70" w:type="dxa"/>
              <w:right w:w="85" w:type="dxa"/>
            </w:tcMar>
            <w:vAlign w:val="center"/>
          </w:tcPr>
          <w:p w14:paraId="4112E9D6" w14:textId="77777777" w:rsidR="00C16128" w:rsidRPr="000236A4" w:rsidRDefault="00000000">
            <w:pPr>
              <w:spacing w:after="0" w:line="240" w:lineRule="auto"/>
              <w:rPr>
                <w:lang w:val="fr-FR"/>
              </w:rPr>
            </w:pPr>
            <w:r w:rsidRPr="000236A4">
              <w:rPr>
                <w:b/>
                <w:color w:val="FFFFFF"/>
                <w:sz w:val="21"/>
                <w:lang w:val="fr-FR"/>
              </w:rPr>
              <w:t>4.16. Programul și rapoartele de audit intern</w:t>
            </w:r>
          </w:p>
        </w:tc>
      </w:tr>
      <w:tr w:rsidR="00C16128" w:rsidRPr="000236A4" w14:paraId="74C045E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B0EEBFA"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567F828D" w14:textId="77777777" w:rsidR="00C16128" w:rsidRPr="000236A4" w:rsidRDefault="00000000">
            <w:pPr>
              <w:spacing w:after="0" w:line="240" w:lineRule="auto"/>
              <w:rPr>
                <w:lang w:val="fr-FR"/>
              </w:rPr>
            </w:pPr>
            <w:r w:rsidRPr="000236A4">
              <w:rPr>
                <w:sz w:val="15"/>
                <w:lang w:val="fr-FR"/>
              </w:rPr>
              <w:t>Document menținut și înregistrări păstrate</w:t>
            </w:r>
          </w:p>
        </w:tc>
      </w:tr>
      <w:tr w:rsidR="00C16128" w14:paraId="29A8226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F473B64"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3ABE17E9" w14:textId="77777777" w:rsidR="00C16128" w:rsidRDefault="00000000">
            <w:pPr>
              <w:spacing w:after="0" w:line="240" w:lineRule="auto"/>
            </w:pPr>
            <w:r>
              <w:rPr>
                <w:sz w:val="15"/>
              </w:rPr>
              <w:t>9.2</w:t>
            </w:r>
          </w:p>
        </w:tc>
      </w:tr>
      <w:tr w:rsidR="00C16128" w14:paraId="42E2F0E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23CC4AD"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6051F2F8" w14:textId="77777777" w:rsidR="00C16128" w:rsidRDefault="00000000">
            <w:pPr>
              <w:spacing w:after="0" w:line="240" w:lineRule="auto"/>
            </w:pPr>
            <w:r>
              <w:rPr>
                <w:sz w:val="15"/>
              </w:rPr>
              <w:t>În mod obișnuit</w:t>
            </w:r>
          </w:p>
        </w:tc>
      </w:tr>
      <w:tr w:rsidR="00C16128" w14:paraId="4268216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741B653"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4EFC5C27" w14:textId="77777777" w:rsidR="00C16128" w:rsidRDefault="00000000">
            <w:pPr>
              <w:spacing w:after="0" w:line="240" w:lineRule="auto"/>
            </w:pPr>
            <w:r>
              <w:rPr>
                <w:sz w:val="15"/>
              </w:rPr>
              <w:t>Evaluează conformitatea și eficacitatea SMSA.</w:t>
            </w:r>
          </w:p>
        </w:tc>
      </w:tr>
      <w:tr w:rsidR="00C16128" w14:paraId="61B77AC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FD55E94"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279A3387" w14:textId="77777777" w:rsidR="00C16128" w:rsidRDefault="00000000">
            <w:pPr>
              <w:spacing w:after="0" w:line="240" w:lineRule="auto"/>
            </w:pPr>
            <w:r>
              <w:rPr>
                <w:sz w:val="15"/>
              </w:rPr>
              <w:t>Program bazat pe risc; criterii; domeniu; auditori; independență; raport; constatări; acțiuni; urmărire.</w:t>
            </w:r>
          </w:p>
        </w:tc>
      </w:tr>
      <w:tr w:rsidR="00C16128" w14:paraId="120F5D6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6ED77EF" w14:textId="77777777" w:rsidR="00C16128" w:rsidRDefault="00000000">
            <w:pPr>
              <w:spacing w:after="0" w:line="240" w:lineRule="auto"/>
            </w:pPr>
            <w:r>
              <w:rPr>
                <w:b/>
                <w:sz w:val="15"/>
              </w:rPr>
              <w:lastRenderedPageBreak/>
              <w:t>Proprietar orientativ</w:t>
            </w:r>
          </w:p>
        </w:tc>
        <w:tc>
          <w:tcPr>
            <w:tcW w:w="7540" w:type="dxa"/>
            <w:shd w:val="clear" w:color="auto" w:fill="FFFFFF"/>
            <w:tcMar>
              <w:top w:w="70" w:type="dxa"/>
              <w:left w:w="85" w:type="dxa"/>
              <w:bottom w:w="70" w:type="dxa"/>
              <w:right w:w="85" w:type="dxa"/>
            </w:tcMar>
            <w:vAlign w:val="center"/>
          </w:tcPr>
          <w:p w14:paraId="6F1EF7A5" w14:textId="77777777" w:rsidR="00C16128" w:rsidRDefault="00000000">
            <w:pPr>
              <w:spacing w:after="0" w:line="240" w:lineRule="auto"/>
            </w:pPr>
            <w:r>
              <w:rPr>
                <w:sz w:val="15"/>
              </w:rPr>
              <w:t>Coordonator audit.</w:t>
            </w:r>
          </w:p>
        </w:tc>
      </w:tr>
      <w:tr w:rsidR="00C16128" w14:paraId="548BF0F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27EA742"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7FE37852" w14:textId="77777777" w:rsidR="00C16128" w:rsidRDefault="00000000">
            <w:pPr>
              <w:spacing w:after="0" w:line="240" w:lineRule="auto"/>
            </w:pPr>
            <w:r>
              <w:rPr>
                <w:sz w:val="15"/>
              </w:rPr>
              <w:t>Program anual și suplimentar după schimbări/abateri.</w:t>
            </w:r>
          </w:p>
        </w:tc>
      </w:tr>
      <w:tr w:rsidR="00C16128" w14:paraId="73B6280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7A88528"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37091D4F" w14:textId="77777777" w:rsidR="00C16128" w:rsidRDefault="00000000">
            <w:pPr>
              <w:spacing w:after="0" w:line="240" w:lineRule="auto"/>
            </w:pPr>
            <w:r>
              <w:rPr>
                <w:sz w:val="15"/>
              </w:rPr>
              <w:t>Planuri, interviuri, observații, eșantioane, rapoarte și acțiuni.</w:t>
            </w:r>
          </w:p>
        </w:tc>
      </w:tr>
      <w:tr w:rsidR="00C16128" w14:paraId="56ACDBD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E299311"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0BFBD1D0" w14:textId="77777777" w:rsidR="00C16128" w:rsidRDefault="00000000">
            <w:pPr>
              <w:spacing w:after="0" w:line="240" w:lineRule="auto"/>
            </w:pPr>
            <w:r>
              <w:rPr>
                <w:sz w:val="15"/>
              </w:rPr>
              <w:t>Audit exclusiv documentar; neacoperirea schimburilor; auditor al propriei activități.</w:t>
            </w:r>
          </w:p>
        </w:tc>
      </w:tr>
    </w:tbl>
    <w:p w14:paraId="407AF204" w14:textId="77777777" w:rsidR="00C16128" w:rsidRDefault="00C16128">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C16128" w14:paraId="63192294" w14:textId="77777777">
        <w:trPr>
          <w:jc w:val="center"/>
        </w:trPr>
        <w:tc>
          <w:tcPr>
            <w:tcW w:w="9921" w:type="dxa"/>
            <w:gridSpan w:val="2"/>
            <w:shd w:val="clear" w:color="auto" w:fill="D71920"/>
            <w:tcMar>
              <w:top w:w="70" w:type="dxa"/>
              <w:left w:w="85" w:type="dxa"/>
              <w:bottom w:w="70" w:type="dxa"/>
              <w:right w:w="85" w:type="dxa"/>
            </w:tcMar>
            <w:vAlign w:val="center"/>
          </w:tcPr>
          <w:p w14:paraId="47A369A8" w14:textId="77777777" w:rsidR="00C16128" w:rsidRDefault="00000000">
            <w:pPr>
              <w:spacing w:after="0" w:line="240" w:lineRule="auto"/>
            </w:pPr>
            <w:r>
              <w:rPr>
                <w:b/>
                <w:color w:val="FFFFFF"/>
                <w:sz w:val="21"/>
              </w:rPr>
              <w:t>4.17. Analiza de management</w:t>
            </w:r>
          </w:p>
        </w:tc>
      </w:tr>
      <w:tr w:rsidR="00C16128" w14:paraId="73C775C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6506BB8" w14:textId="77777777" w:rsidR="00C16128"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66415785" w14:textId="77777777" w:rsidR="00C16128" w:rsidRDefault="00000000">
            <w:pPr>
              <w:spacing w:after="0" w:line="240" w:lineRule="auto"/>
            </w:pPr>
            <w:r>
              <w:rPr>
                <w:sz w:val="15"/>
              </w:rPr>
              <w:t>Înregistrare păstrată</w:t>
            </w:r>
          </w:p>
        </w:tc>
      </w:tr>
      <w:tr w:rsidR="00C16128" w14:paraId="2DBE4DB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5FF8700" w14:textId="77777777" w:rsidR="00C16128"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76EAEE21" w14:textId="77777777" w:rsidR="00C16128" w:rsidRDefault="00000000">
            <w:pPr>
              <w:spacing w:after="0" w:line="240" w:lineRule="auto"/>
            </w:pPr>
            <w:r>
              <w:rPr>
                <w:sz w:val="15"/>
              </w:rPr>
              <w:t>9.3</w:t>
            </w:r>
          </w:p>
        </w:tc>
      </w:tr>
      <w:tr w:rsidR="00C16128" w14:paraId="7900C8E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8B93F45" w14:textId="77777777" w:rsidR="00C16128"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75BD44AE" w14:textId="77777777" w:rsidR="00C16128" w:rsidRDefault="00000000">
            <w:pPr>
              <w:spacing w:after="0" w:line="240" w:lineRule="auto"/>
            </w:pPr>
            <w:r>
              <w:rPr>
                <w:sz w:val="15"/>
              </w:rPr>
              <w:t>În mod obișnuit</w:t>
            </w:r>
          </w:p>
        </w:tc>
      </w:tr>
      <w:tr w:rsidR="00C16128" w14:paraId="53997E7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E287CAB" w14:textId="77777777" w:rsidR="00C16128"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624386DC" w14:textId="77777777" w:rsidR="00C16128" w:rsidRDefault="00000000">
            <w:pPr>
              <w:spacing w:after="0" w:line="240" w:lineRule="auto"/>
            </w:pPr>
            <w:r>
              <w:rPr>
                <w:sz w:val="15"/>
              </w:rPr>
              <w:t>Permite conducerii să decidă asupra performanței, schimbărilor și resurselor.</w:t>
            </w:r>
          </w:p>
        </w:tc>
      </w:tr>
      <w:tr w:rsidR="00C16128" w:rsidRPr="000236A4" w14:paraId="1DA4BEF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2964FB6" w14:textId="77777777" w:rsidR="00C16128"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1B7CCBD7" w14:textId="77777777" w:rsidR="00C16128" w:rsidRPr="000236A4" w:rsidRDefault="00000000">
            <w:pPr>
              <w:spacing w:after="0" w:line="240" w:lineRule="auto"/>
              <w:rPr>
                <w:lang w:val="fr-FR"/>
              </w:rPr>
            </w:pPr>
            <w:r w:rsidRPr="000236A4">
              <w:rPr>
                <w:sz w:val="15"/>
                <w:lang w:val="fr-FR"/>
              </w:rPr>
              <w:t>Intrări; tendințe; obiective; verificare; audituri; incidente; reclamații; furnizori; resurse; decizii; termene.</w:t>
            </w:r>
          </w:p>
        </w:tc>
      </w:tr>
      <w:tr w:rsidR="00C16128" w14:paraId="258D2FA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43EC4A0" w14:textId="77777777" w:rsidR="00C16128"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0709FF20" w14:textId="77777777" w:rsidR="00C16128" w:rsidRDefault="00000000">
            <w:pPr>
              <w:spacing w:after="0" w:line="240" w:lineRule="auto"/>
            </w:pPr>
            <w:r>
              <w:rPr>
                <w:sz w:val="15"/>
              </w:rPr>
              <w:t>Conducerea de vârf.</w:t>
            </w:r>
          </w:p>
        </w:tc>
      </w:tr>
      <w:tr w:rsidR="00C16128" w14:paraId="7CF5EAC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46A59B6" w14:textId="77777777" w:rsidR="00C16128"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6F00637F" w14:textId="77777777" w:rsidR="00C16128" w:rsidRDefault="00000000">
            <w:pPr>
              <w:spacing w:after="0" w:line="240" w:lineRule="auto"/>
            </w:pPr>
            <w:r>
              <w:rPr>
                <w:sz w:val="15"/>
              </w:rPr>
              <w:t>La interval planificat.</w:t>
            </w:r>
          </w:p>
        </w:tc>
      </w:tr>
      <w:tr w:rsidR="00C16128" w14:paraId="65C7A28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13DE1CB" w14:textId="77777777" w:rsidR="00C16128"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3E0BCD16" w14:textId="77777777" w:rsidR="00C16128" w:rsidRDefault="00000000">
            <w:pPr>
              <w:spacing w:after="0" w:line="240" w:lineRule="auto"/>
            </w:pPr>
            <w:r>
              <w:rPr>
                <w:sz w:val="15"/>
              </w:rPr>
              <w:t>Minute, prezentări, decizii, bugete și urmărirea acțiunilor.</w:t>
            </w:r>
          </w:p>
        </w:tc>
      </w:tr>
      <w:tr w:rsidR="00C16128" w14:paraId="366960F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6B2082E" w14:textId="77777777" w:rsidR="00C16128"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66F093F7" w14:textId="77777777" w:rsidR="00C16128" w:rsidRDefault="00000000">
            <w:pPr>
              <w:spacing w:after="0" w:line="240" w:lineRule="auto"/>
            </w:pPr>
            <w:r>
              <w:rPr>
                <w:sz w:val="15"/>
              </w:rPr>
              <w:t>Raport fără decizii; date fără trend; lipsa evaluării actualizării SMSA.</w:t>
            </w:r>
          </w:p>
        </w:tc>
      </w:tr>
    </w:tbl>
    <w:p w14:paraId="03B9D5B3" w14:textId="77777777" w:rsidR="00C16128" w:rsidRDefault="00C16128">
      <w:pPr>
        <w:spacing w:after="4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C16128" w:rsidRPr="000236A4" w14:paraId="67CCB5B5" w14:textId="77777777">
        <w:trPr>
          <w:cantSplit/>
          <w:jc w:val="center"/>
        </w:trPr>
        <w:tc>
          <w:tcPr>
            <w:tcW w:w="1020" w:type="dxa"/>
            <w:shd w:val="clear" w:color="auto" w:fill="D71920"/>
            <w:tcMar>
              <w:top w:w="70" w:type="dxa"/>
              <w:left w:w="85" w:type="dxa"/>
              <w:bottom w:w="70" w:type="dxa"/>
              <w:right w:w="85" w:type="dxa"/>
            </w:tcMar>
            <w:vAlign w:val="center"/>
          </w:tcPr>
          <w:p w14:paraId="0B47F212" w14:textId="77777777" w:rsidR="00C16128" w:rsidRDefault="00000000">
            <w:pPr>
              <w:spacing w:after="0" w:line="240" w:lineRule="auto"/>
              <w:jc w:val="center"/>
            </w:pPr>
            <w:r>
              <w:rPr>
                <w:b/>
                <w:color w:val="FFFFFF"/>
                <w:sz w:val="34"/>
              </w:rPr>
              <w:t>5</w:t>
            </w:r>
          </w:p>
        </w:tc>
        <w:tc>
          <w:tcPr>
            <w:tcW w:w="8901" w:type="dxa"/>
            <w:shd w:val="clear" w:color="auto" w:fill="F3F4F5"/>
          </w:tcPr>
          <w:p w14:paraId="621E5F4C" w14:textId="77777777" w:rsidR="00C16128" w:rsidRPr="000236A4" w:rsidRDefault="00000000">
            <w:pPr>
              <w:spacing w:after="20"/>
              <w:rPr>
                <w:lang w:val="fr-FR"/>
              </w:rPr>
            </w:pPr>
            <w:r w:rsidRPr="000236A4">
              <w:rPr>
                <w:b/>
                <w:sz w:val="27"/>
                <w:lang w:val="fr-FR"/>
              </w:rPr>
              <w:t>Documente condiționale și programe specializate</w:t>
            </w:r>
          </w:p>
          <w:p w14:paraId="423AE0BE" w14:textId="77777777" w:rsidR="00C16128" w:rsidRPr="000236A4" w:rsidRDefault="00000000">
            <w:pPr>
              <w:spacing w:after="0"/>
              <w:rPr>
                <w:lang w:val="fr-FR"/>
              </w:rPr>
            </w:pPr>
            <w:r w:rsidRPr="000236A4">
              <w:rPr>
                <w:color w:val="666666"/>
                <w:sz w:val="16"/>
                <w:lang w:val="fr-FR"/>
              </w:rPr>
              <w:t>Se introduc în funcție de produs, tehnologie, risc, piață și cerințele externe</w:t>
            </w:r>
          </w:p>
        </w:tc>
      </w:tr>
    </w:tbl>
    <w:p w14:paraId="3363D50B" w14:textId="77777777" w:rsidR="00C16128" w:rsidRPr="000236A4" w:rsidRDefault="00C16128">
      <w:pPr>
        <w:spacing w:after="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835"/>
        <w:gridCol w:w="3061"/>
        <w:gridCol w:w="4025"/>
      </w:tblGrid>
      <w:tr w:rsidR="00C16128" w14:paraId="379BC60C" w14:textId="77777777">
        <w:trPr>
          <w:tblHeader/>
          <w:jc w:val="center"/>
        </w:trPr>
        <w:tc>
          <w:tcPr>
            <w:tcW w:w="2835" w:type="dxa"/>
            <w:shd w:val="clear" w:color="auto" w:fill="D71920"/>
            <w:tcMar>
              <w:top w:w="70" w:type="dxa"/>
              <w:left w:w="85" w:type="dxa"/>
              <w:bottom w:w="70" w:type="dxa"/>
              <w:right w:w="85" w:type="dxa"/>
            </w:tcMar>
            <w:vAlign w:val="center"/>
          </w:tcPr>
          <w:p w14:paraId="17F0DD3E" w14:textId="77777777" w:rsidR="00C16128" w:rsidRDefault="00000000">
            <w:pPr>
              <w:spacing w:after="0" w:line="240" w:lineRule="auto"/>
              <w:jc w:val="center"/>
            </w:pPr>
            <w:r>
              <w:rPr>
                <w:b/>
                <w:color w:val="FFFFFF"/>
                <w:sz w:val="15"/>
              </w:rPr>
              <w:t>DOCUMENT</w:t>
            </w:r>
          </w:p>
        </w:tc>
        <w:tc>
          <w:tcPr>
            <w:tcW w:w="3061" w:type="dxa"/>
            <w:shd w:val="clear" w:color="auto" w:fill="D71920"/>
            <w:tcMar>
              <w:top w:w="70" w:type="dxa"/>
              <w:left w:w="85" w:type="dxa"/>
              <w:bottom w:w="70" w:type="dxa"/>
              <w:right w:w="85" w:type="dxa"/>
            </w:tcMar>
            <w:vAlign w:val="center"/>
          </w:tcPr>
          <w:p w14:paraId="0E6449A0" w14:textId="77777777" w:rsidR="00C16128" w:rsidRDefault="00000000">
            <w:pPr>
              <w:spacing w:after="0" w:line="240" w:lineRule="auto"/>
              <w:jc w:val="center"/>
            </w:pPr>
            <w:r>
              <w:rPr>
                <w:b/>
                <w:color w:val="FFFFFF"/>
                <w:sz w:val="15"/>
              </w:rPr>
              <w:t>CÂND ESTE RELEVANT</w:t>
            </w:r>
          </w:p>
        </w:tc>
        <w:tc>
          <w:tcPr>
            <w:tcW w:w="4025" w:type="dxa"/>
            <w:shd w:val="clear" w:color="auto" w:fill="D71920"/>
            <w:tcMar>
              <w:top w:w="70" w:type="dxa"/>
              <w:left w:w="85" w:type="dxa"/>
              <w:bottom w:w="70" w:type="dxa"/>
              <w:right w:w="85" w:type="dxa"/>
            </w:tcMar>
            <w:vAlign w:val="center"/>
          </w:tcPr>
          <w:p w14:paraId="38693825" w14:textId="77777777" w:rsidR="00C16128" w:rsidRDefault="00000000">
            <w:pPr>
              <w:spacing w:after="0" w:line="240" w:lineRule="auto"/>
              <w:jc w:val="center"/>
            </w:pPr>
            <w:r>
              <w:rPr>
                <w:b/>
                <w:color w:val="FFFFFF"/>
                <w:sz w:val="15"/>
              </w:rPr>
              <w:t>CONȚINUT / DOVEZI</w:t>
            </w:r>
          </w:p>
        </w:tc>
      </w:tr>
      <w:tr w:rsidR="00C16128" w:rsidRPr="000236A4" w14:paraId="4429FC65" w14:textId="77777777">
        <w:trPr>
          <w:cantSplit/>
          <w:jc w:val="center"/>
        </w:trPr>
        <w:tc>
          <w:tcPr>
            <w:tcW w:w="2835" w:type="dxa"/>
            <w:shd w:val="clear" w:color="auto" w:fill="FFFFFF"/>
            <w:tcMar>
              <w:top w:w="70" w:type="dxa"/>
              <w:left w:w="85" w:type="dxa"/>
              <w:bottom w:w="70" w:type="dxa"/>
              <w:right w:w="85" w:type="dxa"/>
            </w:tcMar>
            <w:vAlign w:val="center"/>
          </w:tcPr>
          <w:p w14:paraId="6E0995B2" w14:textId="77777777" w:rsidR="00C16128" w:rsidRDefault="00000000">
            <w:pPr>
              <w:spacing w:after="0" w:line="240" w:lineRule="auto"/>
            </w:pPr>
            <w:r>
              <w:rPr>
                <w:sz w:val="14"/>
              </w:rPr>
              <w:t>Control alergeni</w:t>
            </w:r>
          </w:p>
        </w:tc>
        <w:tc>
          <w:tcPr>
            <w:tcW w:w="3061" w:type="dxa"/>
            <w:shd w:val="clear" w:color="auto" w:fill="FFFFFF"/>
            <w:tcMar>
              <w:top w:w="70" w:type="dxa"/>
              <w:left w:w="85" w:type="dxa"/>
              <w:bottom w:w="70" w:type="dxa"/>
              <w:right w:w="85" w:type="dxa"/>
            </w:tcMar>
            <w:vAlign w:val="center"/>
          </w:tcPr>
          <w:p w14:paraId="00C0B79E" w14:textId="77777777" w:rsidR="00C16128" w:rsidRPr="000236A4" w:rsidRDefault="00000000">
            <w:pPr>
              <w:spacing w:after="0" w:line="240" w:lineRule="auto"/>
              <w:rPr>
                <w:lang w:val="fr-FR"/>
              </w:rPr>
            </w:pPr>
            <w:r w:rsidRPr="000236A4">
              <w:rPr>
                <w:sz w:val="14"/>
                <w:lang w:val="fr-FR"/>
              </w:rPr>
              <w:t>Alergeni intenționați sau contact încrucișat</w:t>
            </w:r>
          </w:p>
        </w:tc>
        <w:tc>
          <w:tcPr>
            <w:tcW w:w="4025" w:type="dxa"/>
            <w:shd w:val="clear" w:color="auto" w:fill="FFFFFF"/>
            <w:tcMar>
              <w:top w:w="70" w:type="dxa"/>
              <w:left w:w="85" w:type="dxa"/>
              <w:bottom w:w="70" w:type="dxa"/>
              <w:right w:w="85" w:type="dxa"/>
            </w:tcMar>
            <w:vAlign w:val="center"/>
          </w:tcPr>
          <w:p w14:paraId="7C50D5E0" w14:textId="77777777" w:rsidR="00C16128" w:rsidRPr="000236A4" w:rsidRDefault="00000000">
            <w:pPr>
              <w:spacing w:after="0" w:line="240" w:lineRule="auto"/>
              <w:rPr>
                <w:lang w:val="fr-FR"/>
              </w:rPr>
            </w:pPr>
            <w:r w:rsidRPr="000236A4">
              <w:rPr>
                <w:sz w:val="14"/>
                <w:lang w:val="fr-FR"/>
              </w:rPr>
              <w:t>Hartă alergeni, segregare, curățare validată, etichetare, schimbări, verificări și reacție.</w:t>
            </w:r>
          </w:p>
        </w:tc>
      </w:tr>
      <w:tr w:rsidR="00C16128" w:rsidRPr="000236A4" w14:paraId="03E35A18" w14:textId="77777777">
        <w:trPr>
          <w:cantSplit/>
          <w:jc w:val="center"/>
        </w:trPr>
        <w:tc>
          <w:tcPr>
            <w:tcW w:w="2835" w:type="dxa"/>
            <w:shd w:val="clear" w:color="auto" w:fill="FAFAFA"/>
            <w:tcMar>
              <w:top w:w="70" w:type="dxa"/>
              <w:left w:w="85" w:type="dxa"/>
              <w:bottom w:w="70" w:type="dxa"/>
              <w:right w:w="85" w:type="dxa"/>
            </w:tcMar>
            <w:vAlign w:val="center"/>
          </w:tcPr>
          <w:p w14:paraId="19C4840A" w14:textId="77777777" w:rsidR="00C16128" w:rsidRDefault="00000000">
            <w:pPr>
              <w:spacing w:after="0" w:line="240" w:lineRule="auto"/>
            </w:pPr>
            <w:r>
              <w:rPr>
                <w:sz w:val="14"/>
              </w:rPr>
              <w:t>Food defense</w:t>
            </w:r>
          </w:p>
        </w:tc>
        <w:tc>
          <w:tcPr>
            <w:tcW w:w="3061" w:type="dxa"/>
            <w:shd w:val="clear" w:color="auto" w:fill="FAFAFA"/>
            <w:tcMar>
              <w:top w:w="70" w:type="dxa"/>
              <w:left w:w="85" w:type="dxa"/>
              <w:bottom w:w="70" w:type="dxa"/>
              <w:right w:w="85" w:type="dxa"/>
            </w:tcMar>
            <w:vAlign w:val="center"/>
          </w:tcPr>
          <w:p w14:paraId="230A22D7" w14:textId="77777777" w:rsidR="00C16128" w:rsidRPr="000236A4" w:rsidRDefault="00000000">
            <w:pPr>
              <w:spacing w:after="0" w:line="240" w:lineRule="auto"/>
              <w:rPr>
                <w:lang w:val="fr-FR"/>
              </w:rPr>
            </w:pPr>
            <w:r w:rsidRPr="000236A4">
              <w:rPr>
                <w:sz w:val="14"/>
                <w:lang w:val="fr-FR"/>
              </w:rPr>
              <w:t>Amenințări intenționate credibile sau cerință externă</w:t>
            </w:r>
          </w:p>
        </w:tc>
        <w:tc>
          <w:tcPr>
            <w:tcW w:w="4025" w:type="dxa"/>
            <w:shd w:val="clear" w:color="auto" w:fill="FAFAFA"/>
            <w:tcMar>
              <w:top w:w="70" w:type="dxa"/>
              <w:left w:w="85" w:type="dxa"/>
              <w:bottom w:w="70" w:type="dxa"/>
              <w:right w:w="85" w:type="dxa"/>
            </w:tcMar>
            <w:vAlign w:val="center"/>
          </w:tcPr>
          <w:p w14:paraId="56E75637" w14:textId="77777777" w:rsidR="00C16128" w:rsidRPr="000236A4" w:rsidRDefault="00000000">
            <w:pPr>
              <w:spacing w:after="0" w:line="240" w:lineRule="auto"/>
              <w:rPr>
                <w:lang w:val="fr-FR"/>
              </w:rPr>
            </w:pPr>
            <w:r w:rsidRPr="000236A4">
              <w:rPr>
                <w:sz w:val="14"/>
                <w:lang w:val="fr-FR"/>
              </w:rPr>
              <w:t>Echipă, evaluare amenințări, zone vulnerabile, controale, incidente, teste și revizuire.</w:t>
            </w:r>
          </w:p>
        </w:tc>
      </w:tr>
      <w:tr w:rsidR="00C16128" w14:paraId="1184D12E" w14:textId="77777777">
        <w:trPr>
          <w:cantSplit/>
          <w:jc w:val="center"/>
        </w:trPr>
        <w:tc>
          <w:tcPr>
            <w:tcW w:w="2835" w:type="dxa"/>
            <w:shd w:val="clear" w:color="auto" w:fill="FFFFFF"/>
            <w:tcMar>
              <w:top w:w="70" w:type="dxa"/>
              <w:left w:w="85" w:type="dxa"/>
              <w:bottom w:w="70" w:type="dxa"/>
              <w:right w:w="85" w:type="dxa"/>
            </w:tcMar>
            <w:vAlign w:val="center"/>
          </w:tcPr>
          <w:p w14:paraId="44040397" w14:textId="77777777" w:rsidR="00C16128" w:rsidRDefault="00000000">
            <w:pPr>
              <w:spacing w:after="0" w:line="240" w:lineRule="auto"/>
            </w:pPr>
            <w:r>
              <w:rPr>
                <w:sz w:val="14"/>
              </w:rPr>
              <w:t>Food fraud</w:t>
            </w:r>
          </w:p>
        </w:tc>
        <w:tc>
          <w:tcPr>
            <w:tcW w:w="3061" w:type="dxa"/>
            <w:shd w:val="clear" w:color="auto" w:fill="FFFFFF"/>
            <w:tcMar>
              <w:top w:w="70" w:type="dxa"/>
              <w:left w:w="85" w:type="dxa"/>
              <w:bottom w:w="70" w:type="dxa"/>
              <w:right w:w="85" w:type="dxa"/>
            </w:tcMar>
            <w:vAlign w:val="center"/>
          </w:tcPr>
          <w:p w14:paraId="690A8C86" w14:textId="77777777" w:rsidR="00C16128" w:rsidRPr="000236A4" w:rsidRDefault="00000000">
            <w:pPr>
              <w:spacing w:after="0" w:line="240" w:lineRule="auto"/>
              <w:rPr>
                <w:lang w:val="fr-FR"/>
              </w:rPr>
            </w:pPr>
            <w:r w:rsidRPr="000236A4">
              <w:rPr>
                <w:sz w:val="14"/>
                <w:lang w:val="fr-FR"/>
              </w:rPr>
              <w:t>Materii prime vulnerabile sau cerință de schemă/client</w:t>
            </w:r>
          </w:p>
        </w:tc>
        <w:tc>
          <w:tcPr>
            <w:tcW w:w="4025" w:type="dxa"/>
            <w:shd w:val="clear" w:color="auto" w:fill="FFFFFF"/>
            <w:tcMar>
              <w:top w:w="70" w:type="dxa"/>
              <w:left w:w="85" w:type="dxa"/>
              <w:bottom w:w="70" w:type="dxa"/>
              <w:right w:w="85" w:type="dxa"/>
            </w:tcMar>
            <w:vAlign w:val="center"/>
          </w:tcPr>
          <w:p w14:paraId="54BDD442" w14:textId="77777777" w:rsidR="00C16128" w:rsidRDefault="00000000">
            <w:pPr>
              <w:spacing w:after="0" w:line="240" w:lineRule="auto"/>
            </w:pPr>
            <w:r>
              <w:rPr>
                <w:sz w:val="14"/>
              </w:rPr>
              <w:t>Evaluare vulnerabilitate, furnizori, autenticitate, teste, monitorizare și plan de atenuare.</w:t>
            </w:r>
          </w:p>
        </w:tc>
      </w:tr>
      <w:tr w:rsidR="00C16128" w:rsidRPr="000236A4" w14:paraId="611E17F8" w14:textId="77777777">
        <w:trPr>
          <w:cantSplit/>
          <w:jc w:val="center"/>
        </w:trPr>
        <w:tc>
          <w:tcPr>
            <w:tcW w:w="2835" w:type="dxa"/>
            <w:shd w:val="clear" w:color="auto" w:fill="FAFAFA"/>
            <w:tcMar>
              <w:top w:w="70" w:type="dxa"/>
              <w:left w:w="85" w:type="dxa"/>
              <w:bottom w:w="70" w:type="dxa"/>
              <w:right w:w="85" w:type="dxa"/>
            </w:tcMar>
            <w:vAlign w:val="center"/>
          </w:tcPr>
          <w:p w14:paraId="2F598616" w14:textId="77777777" w:rsidR="00C16128" w:rsidRDefault="00000000">
            <w:pPr>
              <w:spacing w:after="0" w:line="240" w:lineRule="auto"/>
            </w:pPr>
            <w:r>
              <w:rPr>
                <w:sz w:val="14"/>
              </w:rPr>
              <w:t>Control microbiologic de mediu</w:t>
            </w:r>
          </w:p>
        </w:tc>
        <w:tc>
          <w:tcPr>
            <w:tcW w:w="3061" w:type="dxa"/>
            <w:shd w:val="clear" w:color="auto" w:fill="FAFAFA"/>
            <w:tcMar>
              <w:top w:w="70" w:type="dxa"/>
              <w:left w:w="85" w:type="dxa"/>
              <w:bottom w:w="70" w:type="dxa"/>
              <w:right w:w="85" w:type="dxa"/>
            </w:tcMar>
            <w:vAlign w:val="center"/>
          </w:tcPr>
          <w:p w14:paraId="1879D28F" w14:textId="77777777" w:rsidR="00C16128" w:rsidRPr="000236A4" w:rsidRDefault="00000000">
            <w:pPr>
              <w:spacing w:after="0" w:line="240" w:lineRule="auto"/>
              <w:rPr>
                <w:lang w:val="fr-FR"/>
              </w:rPr>
            </w:pPr>
            <w:r w:rsidRPr="000236A4">
              <w:rPr>
                <w:sz w:val="14"/>
                <w:lang w:val="fr-FR"/>
              </w:rPr>
              <w:t>Produse gata de consum / medii sensibile</w:t>
            </w:r>
          </w:p>
        </w:tc>
        <w:tc>
          <w:tcPr>
            <w:tcW w:w="4025" w:type="dxa"/>
            <w:shd w:val="clear" w:color="auto" w:fill="FAFAFA"/>
            <w:tcMar>
              <w:top w:w="70" w:type="dxa"/>
              <w:left w:w="85" w:type="dxa"/>
              <w:bottom w:w="70" w:type="dxa"/>
              <w:right w:w="85" w:type="dxa"/>
            </w:tcMar>
            <w:vAlign w:val="center"/>
          </w:tcPr>
          <w:p w14:paraId="148F8641" w14:textId="77777777" w:rsidR="00C16128" w:rsidRPr="000236A4" w:rsidRDefault="00000000">
            <w:pPr>
              <w:spacing w:after="0" w:line="240" w:lineRule="auto"/>
              <w:rPr>
                <w:lang w:val="fr-FR"/>
              </w:rPr>
            </w:pPr>
            <w:r w:rsidRPr="000236A4">
              <w:rPr>
                <w:sz w:val="14"/>
                <w:lang w:val="fr-FR"/>
              </w:rPr>
              <w:t>Zonare, organisme țintă, puncte, frecvență, metode, praguri, tendințe și acțiuni.</w:t>
            </w:r>
          </w:p>
        </w:tc>
      </w:tr>
      <w:tr w:rsidR="00C16128" w:rsidRPr="000236A4" w14:paraId="291E056C" w14:textId="77777777">
        <w:trPr>
          <w:cantSplit/>
          <w:jc w:val="center"/>
        </w:trPr>
        <w:tc>
          <w:tcPr>
            <w:tcW w:w="2835" w:type="dxa"/>
            <w:shd w:val="clear" w:color="auto" w:fill="FFFFFF"/>
            <w:tcMar>
              <w:top w:w="70" w:type="dxa"/>
              <w:left w:w="85" w:type="dxa"/>
              <w:bottom w:w="70" w:type="dxa"/>
              <w:right w:w="85" w:type="dxa"/>
            </w:tcMar>
            <w:vAlign w:val="center"/>
          </w:tcPr>
          <w:p w14:paraId="5A8A7350" w14:textId="77777777" w:rsidR="00C16128" w:rsidRDefault="00000000">
            <w:pPr>
              <w:spacing w:after="0" w:line="240" w:lineRule="auto"/>
            </w:pPr>
            <w:r>
              <w:rPr>
                <w:sz w:val="14"/>
              </w:rPr>
              <w:t>Lanț frigorific</w:t>
            </w:r>
          </w:p>
        </w:tc>
        <w:tc>
          <w:tcPr>
            <w:tcW w:w="3061" w:type="dxa"/>
            <w:shd w:val="clear" w:color="auto" w:fill="FFFFFF"/>
            <w:tcMar>
              <w:top w:w="70" w:type="dxa"/>
              <w:left w:w="85" w:type="dxa"/>
              <w:bottom w:w="70" w:type="dxa"/>
              <w:right w:w="85" w:type="dxa"/>
            </w:tcMar>
            <w:vAlign w:val="center"/>
          </w:tcPr>
          <w:p w14:paraId="0C76A553" w14:textId="77777777" w:rsidR="00C16128" w:rsidRDefault="00000000">
            <w:pPr>
              <w:spacing w:after="0" w:line="240" w:lineRule="auto"/>
            </w:pPr>
            <w:r>
              <w:rPr>
                <w:sz w:val="14"/>
              </w:rPr>
              <w:t>Produse cu temperatură controlată</w:t>
            </w:r>
          </w:p>
        </w:tc>
        <w:tc>
          <w:tcPr>
            <w:tcW w:w="4025" w:type="dxa"/>
            <w:shd w:val="clear" w:color="auto" w:fill="FFFFFF"/>
            <w:tcMar>
              <w:top w:w="70" w:type="dxa"/>
              <w:left w:w="85" w:type="dxa"/>
              <w:bottom w:w="70" w:type="dxa"/>
              <w:right w:w="85" w:type="dxa"/>
            </w:tcMar>
            <w:vAlign w:val="center"/>
          </w:tcPr>
          <w:p w14:paraId="3EB10BC9" w14:textId="77777777" w:rsidR="00C16128" w:rsidRPr="000236A4" w:rsidRDefault="00000000">
            <w:pPr>
              <w:spacing w:after="0" w:line="240" w:lineRule="auto"/>
              <w:rPr>
                <w:lang w:val="fr-FR"/>
              </w:rPr>
            </w:pPr>
            <w:r w:rsidRPr="000236A4">
              <w:rPr>
                <w:sz w:val="14"/>
                <w:lang w:val="fr-FR"/>
              </w:rPr>
              <w:t>Limite, mapări, senzori, alarme, transport, abateri, evaluare și eliberare.</w:t>
            </w:r>
          </w:p>
        </w:tc>
      </w:tr>
      <w:tr w:rsidR="00C16128" w:rsidRPr="000236A4" w14:paraId="79C332E9" w14:textId="77777777">
        <w:trPr>
          <w:cantSplit/>
          <w:jc w:val="center"/>
        </w:trPr>
        <w:tc>
          <w:tcPr>
            <w:tcW w:w="2835" w:type="dxa"/>
            <w:shd w:val="clear" w:color="auto" w:fill="FAFAFA"/>
            <w:tcMar>
              <w:top w:w="70" w:type="dxa"/>
              <w:left w:w="85" w:type="dxa"/>
              <w:bottom w:w="70" w:type="dxa"/>
              <w:right w:w="85" w:type="dxa"/>
            </w:tcMar>
            <w:vAlign w:val="center"/>
          </w:tcPr>
          <w:p w14:paraId="7FC2CD2F" w14:textId="77777777" w:rsidR="00C16128" w:rsidRDefault="00000000">
            <w:pPr>
              <w:spacing w:after="0" w:line="240" w:lineRule="auto"/>
            </w:pPr>
            <w:r>
              <w:rPr>
                <w:sz w:val="14"/>
              </w:rPr>
              <w:t>Proces termic</w:t>
            </w:r>
          </w:p>
        </w:tc>
        <w:tc>
          <w:tcPr>
            <w:tcW w:w="3061" w:type="dxa"/>
            <w:shd w:val="clear" w:color="auto" w:fill="FAFAFA"/>
            <w:tcMar>
              <w:top w:w="70" w:type="dxa"/>
              <w:left w:w="85" w:type="dxa"/>
              <w:bottom w:w="70" w:type="dxa"/>
              <w:right w:w="85" w:type="dxa"/>
            </w:tcMar>
            <w:vAlign w:val="center"/>
          </w:tcPr>
          <w:p w14:paraId="6F4672D1" w14:textId="77777777" w:rsidR="00C16128" w:rsidRDefault="00000000">
            <w:pPr>
              <w:spacing w:after="0" w:line="240" w:lineRule="auto"/>
            </w:pPr>
            <w:r>
              <w:rPr>
                <w:sz w:val="14"/>
              </w:rPr>
              <w:t>Tratament destinat reducerii pericolelor</w:t>
            </w:r>
          </w:p>
        </w:tc>
        <w:tc>
          <w:tcPr>
            <w:tcW w:w="4025" w:type="dxa"/>
            <w:shd w:val="clear" w:color="auto" w:fill="FAFAFA"/>
            <w:tcMar>
              <w:top w:w="70" w:type="dxa"/>
              <w:left w:w="85" w:type="dxa"/>
              <w:bottom w:w="70" w:type="dxa"/>
              <w:right w:w="85" w:type="dxa"/>
            </w:tcMar>
            <w:vAlign w:val="center"/>
          </w:tcPr>
          <w:p w14:paraId="7CAFA7BF" w14:textId="77777777" w:rsidR="00C16128" w:rsidRPr="000236A4" w:rsidRDefault="00000000">
            <w:pPr>
              <w:spacing w:after="0" w:line="240" w:lineRule="auto"/>
              <w:rPr>
                <w:lang w:val="fr-FR"/>
              </w:rPr>
            </w:pPr>
            <w:r w:rsidRPr="000236A4">
              <w:rPr>
                <w:sz w:val="14"/>
                <w:lang w:val="fr-FR"/>
              </w:rPr>
              <w:t>Program, parametri, validare, distribuție termică, monitorizare, deviații și revalidare.</w:t>
            </w:r>
          </w:p>
        </w:tc>
      </w:tr>
      <w:tr w:rsidR="00C16128" w:rsidRPr="000236A4" w14:paraId="252FD678" w14:textId="77777777">
        <w:trPr>
          <w:cantSplit/>
          <w:jc w:val="center"/>
        </w:trPr>
        <w:tc>
          <w:tcPr>
            <w:tcW w:w="2835" w:type="dxa"/>
            <w:shd w:val="clear" w:color="auto" w:fill="FFFFFF"/>
            <w:tcMar>
              <w:top w:w="70" w:type="dxa"/>
              <w:left w:w="85" w:type="dxa"/>
              <w:bottom w:w="70" w:type="dxa"/>
              <w:right w:w="85" w:type="dxa"/>
            </w:tcMar>
            <w:vAlign w:val="center"/>
          </w:tcPr>
          <w:p w14:paraId="5084FD78" w14:textId="77777777" w:rsidR="00C16128" w:rsidRDefault="00000000">
            <w:pPr>
              <w:spacing w:after="0" w:line="240" w:lineRule="auto"/>
            </w:pPr>
            <w:r>
              <w:rPr>
                <w:sz w:val="14"/>
              </w:rPr>
              <w:t>Materiale în contact</w:t>
            </w:r>
          </w:p>
        </w:tc>
        <w:tc>
          <w:tcPr>
            <w:tcW w:w="3061" w:type="dxa"/>
            <w:shd w:val="clear" w:color="auto" w:fill="FFFFFF"/>
            <w:tcMar>
              <w:top w:w="70" w:type="dxa"/>
              <w:left w:w="85" w:type="dxa"/>
              <w:bottom w:w="70" w:type="dxa"/>
              <w:right w:w="85" w:type="dxa"/>
            </w:tcMar>
            <w:vAlign w:val="center"/>
          </w:tcPr>
          <w:p w14:paraId="18FCC2EE" w14:textId="77777777" w:rsidR="00C16128" w:rsidRPr="000236A4" w:rsidRDefault="00000000">
            <w:pPr>
              <w:spacing w:after="0" w:line="240" w:lineRule="auto"/>
              <w:rPr>
                <w:lang w:val="fr-FR"/>
              </w:rPr>
            </w:pPr>
            <w:r w:rsidRPr="000236A4">
              <w:rPr>
                <w:sz w:val="14"/>
                <w:lang w:val="fr-FR"/>
              </w:rPr>
              <w:t>Ambalaje/echipamente cu risc de migrare</w:t>
            </w:r>
          </w:p>
        </w:tc>
        <w:tc>
          <w:tcPr>
            <w:tcW w:w="4025" w:type="dxa"/>
            <w:shd w:val="clear" w:color="auto" w:fill="FFFFFF"/>
            <w:tcMar>
              <w:top w:w="70" w:type="dxa"/>
              <w:left w:w="85" w:type="dxa"/>
              <w:bottom w:w="70" w:type="dxa"/>
              <w:right w:w="85" w:type="dxa"/>
            </w:tcMar>
            <w:vAlign w:val="center"/>
          </w:tcPr>
          <w:p w14:paraId="33CEF23D" w14:textId="77777777" w:rsidR="00C16128" w:rsidRPr="000236A4" w:rsidRDefault="00000000">
            <w:pPr>
              <w:spacing w:after="0" w:line="240" w:lineRule="auto"/>
              <w:rPr>
                <w:lang w:val="fr-FR"/>
              </w:rPr>
            </w:pPr>
            <w:r w:rsidRPr="000236A4">
              <w:rPr>
                <w:sz w:val="14"/>
                <w:lang w:val="fr-FR"/>
              </w:rPr>
              <w:t>Specificații, declarații de conformitate, condiții utilizare, schimbări și furnizori.</w:t>
            </w:r>
          </w:p>
        </w:tc>
      </w:tr>
      <w:tr w:rsidR="00C16128" w14:paraId="33C3DA5B" w14:textId="77777777">
        <w:trPr>
          <w:cantSplit/>
          <w:jc w:val="center"/>
        </w:trPr>
        <w:tc>
          <w:tcPr>
            <w:tcW w:w="2835" w:type="dxa"/>
            <w:shd w:val="clear" w:color="auto" w:fill="FAFAFA"/>
            <w:tcMar>
              <w:top w:w="70" w:type="dxa"/>
              <w:left w:w="85" w:type="dxa"/>
              <w:bottom w:w="70" w:type="dxa"/>
              <w:right w:w="85" w:type="dxa"/>
            </w:tcMar>
            <w:vAlign w:val="center"/>
          </w:tcPr>
          <w:p w14:paraId="374377EF" w14:textId="77777777" w:rsidR="00C16128" w:rsidRDefault="00000000">
            <w:pPr>
              <w:spacing w:after="0" w:line="240" w:lineRule="auto"/>
            </w:pPr>
            <w:r>
              <w:rPr>
                <w:sz w:val="14"/>
              </w:rPr>
              <w:t>Laboratoare și metode</w:t>
            </w:r>
          </w:p>
        </w:tc>
        <w:tc>
          <w:tcPr>
            <w:tcW w:w="3061" w:type="dxa"/>
            <w:shd w:val="clear" w:color="auto" w:fill="FAFAFA"/>
            <w:tcMar>
              <w:top w:w="70" w:type="dxa"/>
              <w:left w:w="85" w:type="dxa"/>
              <w:bottom w:w="70" w:type="dxa"/>
              <w:right w:w="85" w:type="dxa"/>
            </w:tcMar>
            <w:vAlign w:val="center"/>
          </w:tcPr>
          <w:p w14:paraId="325CEA76" w14:textId="77777777" w:rsidR="00C16128" w:rsidRDefault="00000000">
            <w:pPr>
              <w:spacing w:after="0" w:line="240" w:lineRule="auto"/>
            </w:pPr>
            <w:r>
              <w:rPr>
                <w:sz w:val="14"/>
              </w:rPr>
              <w:t>Rezultate de laborator folosite pentru eliberare/verificare</w:t>
            </w:r>
          </w:p>
        </w:tc>
        <w:tc>
          <w:tcPr>
            <w:tcW w:w="4025" w:type="dxa"/>
            <w:shd w:val="clear" w:color="auto" w:fill="FAFAFA"/>
            <w:tcMar>
              <w:top w:w="70" w:type="dxa"/>
              <w:left w:w="85" w:type="dxa"/>
              <w:bottom w:w="70" w:type="dxa"/>
              <w:right w:w="85" w:type="dxa"/>
            </w:tcMar>
            <w:vAlign w:val="center"/>
          </w:tcPr>
          <w:p w14:paraId="319B7427" w14:textId="77777777" w:rsidR="00C16128" w:rsidRDefault="00000000">
            <w:pPr>
              <w:spacing w:after="0" w:line="240" w:lineRule="auto"/>
            </w:pPr>
            <w:r>
              <w:rPr>
                <w:sz w:val="14"/>
              </w:rPr>
              <w:t>Metode, competență, incertitudine, probe, lanț custodie, criterii și control extern.</w:t>
            </w:r>
          </w:p>
        </w:tc>
      </w:tr>
    </w:tbl>
    <w:p w14:paraId="7B9C94E5" w14:textId="77777777" w:rsidR="00C16128" w:rsidRDefault="00C16128">
      <w:pPr>
        <w:spacing w:after="20"/>
      </w:pPr>
    </w:p>
    <w:tbl>
      <w:tblPr>
        <w:tblW w:w="0" w:type="auto"/>
        <w:jc w:val="center"/>
        <w:tblBorders>
          <w:top w:val="single" w:sz="0" w:space="0" w:color="FFF4CC"/>
          <w:left w:val="single" w:sz="0" w:space="0" w:color="FFF4CC"/>
          <w:bottom w:val="single" w:sz="0" w:space="0" w:color="FFF4CC"/>
          <w:right w:val="single" w:sz="0" w:space="0" w:color="FFF4CC"/>
          <w:insideH w:val="single" w:sz="0" w:space="0" w:color="FFF4CC"/>
          <w:insideV w:val="single" w:sz="0" w:space="0" w:color="FFF4CC"/>
        </w:tblBorders>
        <w:tblLayout w:type="fixed"/>
        <w:tblLook w:val="04A0" w:firstRow="1" w:lastRow="0" w:firstColumn="1" w:lastColumn="0" w:noHBand="0" w:noVBand="1"/>
      </w:tblPr>
      <w:tblGrid>
        <w:gridCol w:w="567"/>
        <w:gridCol w:w="9354"/>
      </w:tblGrid>
      <w:tr w:rsidR="00C16128" w14:paraId="67A01F51" w14:textId="77777777">
        <w:trPr>
          <w:cantSplit/>
          <w:jc w:val="center"/>
        </w:trPr>
        <w:tc>
          <w:tcPr>
            <w:tcW w:w="567" w:type="dxa"/>
            <w:shd w:val="clear" w:color="auto" w:fill="D71920"/>
            <w:tcMar>
              <w:top w:w="70" w:type="dxa"/>
              <w:left w:w="85" w:type="dxa"/>
              <w:bottom w:w="70" w:type="dxa"/>
              <w:right w:w="85" w:type="dxa"/>
            </w:tcMar>
            <w:vAlign w:val="center"/>
          </w:tcPr>
          <w:p w14:paraId="41090C1A" w14:textId="77777777" w:rsidR="00C16128" w:rsidRDefault="00000000">
            <w:pPr>
              <w:spacing w:after="0" w:line="240" w:lineRule="auto"/>
              <w:jc w:val="center"/>
            </w:pPr>
            <w:r>
              <w:rPr>
                <w:b/>
                <w:color w:val="FFFFFF"/>
                <w:sz w:val="30"/>
              </w:rPr>
              <w:t>i</w:t>
            </w:r>
          </w:p>
        </w:tc>
        <w:tc>
          <w:tcPr>
            <w:tcW w:w="9354" w:type="dxa"/>
            <w:shd w:val="clear" w:color="auto" w:fill="FFF4CC"/>
          </w:tcPr>
          <w:p w14:paraId="1322257A" w14:textId="77777777" w:rsidR="00C16128" w:rsidRDefault="00000000">
            <w:pPr>
              <w:spacing w:after="20"/>
            </w:pPr>
            <w:r>
              <w:rPr>
                <w:b/>
                <w:color w:val="D71920"/>
                <w:sz w:val="17"/>
              </w:rPr>
              <w:t>SCHEMELE DE CERTIFICARE POT ADĂUGA CERINȚE</w:t>
            </w:r>
          </w:p>
          <w:p w14:paraId="20047F9B" w14:textId="77777777" w:rsidR="00C16128" w:rsidRDefault="00000000">
            <w:pPr>
              <w:spacing w:after="0" w:line="247" w:lineRule="auto"/>
            </w:pPr>
            <w:r>
              <w:rPr>
                <w:sz w:val="16"/>
              </w:rPr>
              <w:t>FSSC 22000, BRCGS, IFS, cerințele retailerilor sau ale autorităților pot solicita programe și înregistrări suplimentare. Ghidul trebuie completat cu cerințele schemei și ale pieței vizate.</w:t>
            </w:r>
          </w:p>
        </w:tc>
      </w:tr>
    </w:tbl>
    <w:p w14:paraId="04DE679B" w14:textId="77777777" w:rsidR="00C16128" w:rsidRDefault="00C16128">
      <w:pPr>
        <w:spacing w:after="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C16128" w:rsidRPr="000236A4" w14:paraId="27FBCEF0" w14:textId="77777777">
        <w:trPr>
          <w:cantSplit/>
          <w:jc w:val="center"/>
        </w:trPr>
        <w:tc>
          <w:tcPr>
            <w:tcW w:w="1020" w:type="dxa"/>
            <w:shd w:val="clear" w:color="auto" w:fill="D71920"/>
            <w:tcMar>
              <w:top w:w="70" w:type="dxa"/>
              <w:left w:w="85" w:type="dxa"/>
              <w:bottom w:w="70" w:type="dxa"/>
              <w:right w:w="85" w:type="dxa"/>
            </w:tcMar>
            <w:vAlign w:val="center"/>
          </w:tcPr>
          <w:p w14:paraId="63395E7A" w14:textId="77777777" w:rsidR="00C16128" w:rsidRDefault="00000000">
            <w:pPr>
              <w:spacing w:after="0" w:line="240" w:lineRule="auto"/>
              <w:jc w:val="center"/>
            </w:pPr>
            <w:r>
              <w:rPr>
                <w:b/>
                <w:color w:val="FFFFFF"/>
                <w:sz w:val="34"/>
              </w:rPr>
              <w:t>6</w:t>
            </w:r>
          </w:p>
        </w:tc>
        <w:tc>
          <w:tcPr>
            <w:tcW w:w="8901" w:type="dxa"/>
            <w:shd w:val="clear" w:color="auto" w:fill="F3F4F5"/>
          </w:tcPr>
          <w:p w14:paraId="2AEA5EDD" w14:textId="77777777" w:rsidR="00C16128" w:rsidRPr="000236A4" w:rsidRDefault="00000000">
            <w:pPr>
              <w:spacing w:after="20"/>
              <w:rPr>
                <w:lang w:val="fr-FR"/>
              </w:rPr>
            </w:pPr>
            <w:r w:rsidRPr="000236A4">
              <w:rPr>
                <w:b/>
                <w:sz w:val="27"/>
                <w:lang w:val="fr-FR"/>
              </w:rPr>
              <w:t>Controlul ciclului de viață al documentelor</w:t>
            </w:r>
          </w:p>
          <w:p w14:paraId="7C461761" w14:textId="77777777" w:rsidR="00C16128" w:rsidRPr="000236A4" w:rsidRDefault="00000000">
            <w:pPr>
              <w:spacing w:after="0"/>
              <w:rPr>
                <w:lang w:val="fr-FR"/>
              </w:rPr>
            </w:pPr>
            <w:r w:rsidRPr="000236A4">
              <w:rPr>
                <w:color w:val="666666"/>
                <w:sz w:val="16"/>
                <w:lang w:val="fr-FR"/>
              </w:rPr>
              <w:t>Documentele trebuie să fie disponibile, actuale, protejate și retrase controlat</w:t>
            </w:r>
          </w:p>
        </w:tc>
      </w:tr>
    </w:tbl>
    <w:p w14:paraId="023E99D8" w14:textId="77777777" w:rsidR="00C16128" w:rsidRPr="000236A4" w:rsidRDefault="00C16128">
      <w:pPr>
        <w:spacing w:after="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94"/>
        <w:gridCol w:w="7427"/>
      </w:tblGrid>
      <w:tr w:rsidR="00C16128" w14:paraId="0E31EA0E" w14:textId="77777777">
        <w:trPr>
          <w:tblHeader/>
          <w:jc w:val="center"/>
        </w:trPr>
        <w:tc>
          <w:tcPr>
            <w:tcW w:w="2494" w:type="dxa"/>
            <w:shd w:val="clear" w:color="auto" w:fill="D71920"/>
            <w:tcMar>
              <w:top w:w="70" w:type="dxa"/>
              <w:left w:w="85" w:type="dxa"/>
              <w:bottom w:w="70" w:type="dxa"/>
              <w:right w:w="85" w:type="dxa"/>
            </w:tcMar>
            <w:vAlign w:val="center"/>
          </w:tcPr>
          <w:p w14:paraId="36A09FFA" w14:textId="77777777" w:rsidR="00C16128" w:rsidRDefault="00000000">
            <w:pPr>
              <w:spacing w:after="0" w:line="240" w:lineRule="auto"/>
              <w:jc w:val="center"/>
            </w:pPr>
            <w:r>
              <w:rPr>
                <w:b/>
                <w:color w:val="FFFFFF"/>
                <w:sz w:val="15"/>
              </w:rPr>
              <w:t>ETAPĂ / CONTROL</w:t>
            </w:r>
          </w:p>
        </w:tc>
        <w:tc>
          <w:tcPr>
            <w:tcW w:w="7427" w:type="dxa"/>
            <w:shd w:val="clear" w:color="auto" w:fill="D71920"/>
            <w:tcMar>
              <w:top w:w="70" w:type="dxa"/>
              <w:left w:w="85" w:type="dxa"/>
              <w:bottom w:w="70" w:type="dxa"/>
              <w:right w:w="85" w:type="dxa"/>
            </w:tcMar>
            <w:vAlign w:val="center"/>
          </w:tcPr>
          <w:p w14:paraId="4B260F9D" w14:textId="77777777" w:rsidR="00C16128" w:rsidRDefault="00000000">
            <w:pPr>
              <w:spacing w:after="0" w:line="240" w:lineRule="auto"/>
              <w:jc w:val="center"/>
            </w:pPr>
            <w:r>
              <w:rPr>
                <w:b/>
                <w:color w:val="FFFFFF"/>
                <w:sz w:val="15"/>
              </w:rPr>
              <w:t>REGULĂ PRACTICĂ</w:t>
            </w:r>
          </w:p>
        </w:tc>
      </w:tr>
      <w:tr w:rsidR="00C16128" w:rsidRPr="000236A4" w14:paraId="7C8A1AFE" w14:textId="77777777">
        <w:trPr>
          <w:cantSplit/>
          <w:jc w:val="center"/>
        </w:trPr>
        <w:tc>
          <w:tcPr>
            <w:tcW w:w="2494" w:type="dxa"/>
            <w:shd w:val="clear" w:color="auto" w:fill="FFFFFF"/>
            <w:tcMar>
              <w:top w:w="70" w:type="dxa"/>
              <w:left w:w="85" w:type="dxa"/>
              <w:bottom w:w="70" w:type="dxa"/>
              <w:right w:w="85" w:type="dxa"/>
            </w:tcMar>
            <w:vAlign w:val="center"/>
          </w:tcPr>
          <w:p w14:paraId="2BECE3C5" w14:textId="77777777" w:rsidR="00C16128" w:rsidRDefault="00000000">
            <w:pPr>
              <w:spacing w:after="0" w:line="240" w:lineRule="auto"/>
            </w:pPr>
            <w:r>
              <w:rPr>
                <w:sz w:val="16"/>
              </w:rPr>
              <w:t>Creare</w:t>
            </w:r>
          </w:p>
        </w:tc>
        <w:tc>
          <w:tcPr>
            <w:tcW w:w="7427" w:type="dxa"/>
            <w:shd w:val="clear" w:color="auto" w:fill="FFFFFF"/>
            <w:tcMar>
              <w:top w:w="70" w:type="dxa"/>
              <w:left w:w="85" w:type="dxa"/>
              <w:bottom w:w="70" w:type="dxa"/>
              <w:right w:w="85" w:type="dxa"/>
            </w:tcMar>
            <w:vAlign w:val="center"/>
          </w:tcPr>
          <w:p w14:paraId="39EAB763" w14:textId="77777777" w:rsidR="00C16128" w:rsidRPr="000236A4" w:rsidRDefault="00000000">
            <w:pPr>
              <w:spacing w:after="0" w:line="240" w:lineRule="auto"/>
              <w:rPr>
                <w:lang w:val="fr-FR"/>
              </w:rPr>
            </w:pPr>
            <w:r w:rsidRPr="000236A4">
              <w:rPr>
                <w:sz w:val="16"/>
                <w:lang w:val="fr-FR"/>
              </w:rPr>
              <w:t>Scop, utilizatori, proprietar, cod, format, conținut minim și legături cu alte documente.</w:t>
            </w:r>
          </w:p>
        </w:tc>
      </w:tr>
      <w:tr w:rsidR="00C16128" w:rsidRPr="000236A4" w14:paraId="6E37C6B5" w14:textId="77777777">
        <w:trPr>
          <w:cantSplit/>
          <w:jc w:val="center"/>
        </w:trPr>
        <w:tc>
          <w:tcPr>
            <w:tcW w:w="2494" w:type="dxa"/>
            <w:shd w:val="clear" w:color="auto" w:fill="FAFAFA"/>
            <w:tcMar>
              <w:top w:w="70" w:type="dxa"/>
              <w:left w:w="85" w:type="dxa"/>
              <w:bottom w:w="70" w:type="dxa"/>
              <w:right w:w="85" w:type="dxa"/>
            </w:tcMar>
            <w:vAlign w:val="center"/>
          </w:tcPr>
          <w:p w14:paraId="593A6DCB" w14:textId="77777777" w:rsidR="00C16128" w:rsidRDefault="00000000">
            <w:pPr>
              <w:spacing w:after="0" w:line="240" w:lineRule="auto"/>
            </w:pPr>
            <w:r>
              <w:rPr>
                <w:sz w:val="16"/>
              </w:rPr>
              <w:t>Analiză și aprobare</w:t>
            </w:r>
          </w:p>
        </w:tc>
        <w:tc>
          <w:tcPr>
            <w:tcW w:w="7427" w:type="dxa"/>
            <w:shd w:val="clear" w:color="auto" w:fill="FAFAFA"/>
            <w:tcMar>
              <w:top w:w="70" w:type="dxa"/>
              <w:left w:w="85" w:type="dxa"/>
              <w:bottom w:w="70" w:type="dxa"/>
              <w:right w:w="85" w:type="dxa"/>
            </w:tcMar>
            <w:vAlign w:val="center"/>
          </w:tcPr>
          <w:p w14:paraId="3192F7C3" w14:textId="77777777" w:rsidR="00C16128" w:rsidRPr="000236A4" w:rsidRDefault="00000000">
            <w:pPr>
              <w:spacing w:after="0" w:line="240" w:lineRule="auto"/>
              <w:rPr>
                <w:lang w:val="fr-FR"/>
              </w:rPr>
            </w:pPr>
            <w:r w:rsidRPr="000236A4">
              <w:rPr>
                <w:sz w:val="16"/>
                <w:lang w:val="fr-FR"/>
              </w:rPr>
              <w:t>Verificare tehnică și aprobare de către persoane competente și autorizate.</w:t>
            </w:r>
          </w:p>
        </w:tc>
      </w:tr>
      <w:tr w:rsidR="00C16128" w:rsidRPr="000236A4" w14:paraId="11A7ED17" w14:textId="77777777">
        <w:trPr>
          <w:cantSplit/>
          <w:jc w:val="center"/>
        </w:trPr>
        <w:tc>
          <w:tcPr>
            <w:tcW w:w="2494" w:type="dxa"/>
            <w:shd w:val="clear" w:color="auto" w:fill="FFFFFF"/>
            <w:tcMar>
              <w:top w:w="70" w:type="dxa"/>
              <w:left w:w="85" w:type="dxa"/>
              <w:bottom w:w="70" w:type="dxa"/>
              <w:right w:w="85" w:type="dxa"/>
            </w:tcMar>
            <w:vAlign w:val="center"/>
          </w:tcPr>
          <w:p w14:paraId="6CCF09E8" w14:textId="77777777" w:rsidR="00C16128" w:rsidRDefault="00000000">
            <w:pPr>
              <w:spacing w:after="0" w:line="240" w:lineRule="auto"/>
            </w:pPr>
            <w:r>
              <w:rPr>
                <w:sz w:val="16"/>
              </w:rPr>
              <w:t>Publicare</w:t>
            </w:r>
          </w:p>
        </w:tc>
        <w:tc>
          <w:tcPr>
            <w:tcW w:w="7427" w:type="dxa"/>
            <w:shd w:val="clear" w:color="auto" w:fill="FFFFFF"/>
            <w:tcMar>
              <w:top w:w="70" w:type="dxa"/>
              <w:left w:w="85" w:type="dxa"/>
              <w:bottom w:w="70" w:type="dxa"/>
              <w:right w:w="85" w:type="dxa"/>
            </w:tcMar>
            <w:vAlign w:val="center"/>
          </w:tcPr>
          <w:p w14:paraId="5DBC08BC" w14:textId="77777777" w:rsidR="00C16128" w:rsidRPr="000236A4" w:rsidRDefault="00000000">
            <w:pPr>
              <w:spacing w:after="0" w:line="240" w:lineRule="auto"/>
              <w:rPr>
                <w:lang w:val="fr-FR"/>
              </w:rPr>
            </w:pPr>
            <w:r w:rsidRPr="000236A4">
              <w:rPr>
                <w:sz w:val="16"/>
                <w:lang w:val="fr-FR"/>
              </w:rPr>
              <w:t>Versiunea oficială este identificată și disponibilă la punctul de utilizare.</w:t>
            </w:r>
          </w:p>
        </w:tc>
      </w:tr>
      <w:tr w:rsidR="00C16128" w14:paraId="1D2CD786" w14:textId="77777777">
        <w:trPr>
          <w:cantSplit/>
          <w:jc w:val="center"/>
        </w:trPr>
        <w:tc>
          <w:tcPr>
            <w:tcW w:w="2494" w:type="dxa"/>
            <w:shd w:val="clear" w:color="auto" w:fill="FAFAFA"/>
            <w:tcMar>
              <w:top w:w="70" w:type="dxa"/>
              <w:left w:w="85" w:type="dxa"/>
              <w:bottom w:w="70" w:type="dxa"/>
              <w:right w:w="85" w:type="dxa"/>
            </w:tcMar>
            <w:vAlign w:val="center"/>
          </w:tcPr>
          <w:p w14:paraId="723F4832" w14:textId="77777777" w:rsidR="00C16128" w:rsidRDefault="00000000">
            <w:pPr>
              <w:spacing w:after="0" w:line="240" w:lineRule="auto"/>
            </w:pPr>
            <w:r>
              <w:rPr>
                <w:sz w:val="16"/>
              </w:rPr>
              <w:t>Comunicare și instruire</w:t>
            </w:r>
          </w:p>
        </w:tc>
        <w:tc>
          <w:tcPr>
            <w:tcW w:w="7427" w:type="dxa"/>
            <w:shd w:val="clear" w:color="auto" w:fill="FAFAFA"/>
            <w:tcMar>
              <w:top w:w="70" w:type="dxa"/>
              <w:left w:w="85" w:type="dxa"/>
              <w:bottom w:w="70" w:type="dxa"/>
              <w:right w:w="85" w:type="dxa"/>
            </w:tcMar>
            <w:vAlign w:val="center"/>
          </w:tcPr>
          <w:p w14:paraId="00C192E4" w14:textId="77777777" w:rsidR="00C16128" w:rsidRDefault="00000000">
            <w:pPr>
              <w:spacing w:after="0" w:line="240" w:lineRule="auto"/>
            </w:pPr>
            <w:r>
              <w:rPr>
                <w:sz w:val="16"/>
              </w:rPr>
              <w:t>Schimbările relevante sunt explicate; competența este verificată când riscul o impune.</w:t>
            </w:r>
          </w:p>
        </w:tc>
      </w:tr>
      <w:tr w:rsidR="00C16128" w:rsidRPr="000236A4" w14:paraId="3CC7C3E4" w14:textId="77777777">
        <w:trPr>
          <w:cantSplit/>
          <w:jc w:val="center"/>
        </w:trPr>
        <w:tc>
          <w:tcPr>
            <w:tcW w:w="2494" w:type="dxa"/>
            <w:shd w:val="clear" w:color="auto" w:fill="FFFFFF"/>
            <w:tcMar>
              <w:top w:w="70" w:type="dxa"/>
              <w:left w:w="85" w:type="dxa"/>
              <w:bottom w:w="70" w:type="dxa"/>
              <w:right w:w="85" w:type="dxa"/>
            </w:tcMar>
            <w:vAlign w:val="center"/>
          </w:tcPr>
          <w:p w14:paraId="5C54E6FA" w14:textId="77777777" w:rsidR="00C16128" w:rsidRDefault="00000000">
            <w:pPr>
              <w:spacing w:after="0" w:line="240" w:lineRule="auto"/>
            </w:pPr>
            <w:r>
              <w:rPr>
                <w:sz w:val="16"/>
              </w:rPr>
              <w:t>Modificare</w:t>
            </w:r>
          </w:p>
        </w:tc>
        <w:tc>
          <w:tcPr>
            <w:tcW w:w="7427" w:type="dxa"/>
            <w:shd w:val="clear" w:color="auto" w:fill="FFFFFF"/>
            <w:tcMar>
              <w:top w:w="70" w:type="dxa"/>
              <w:left w:w="85" w:type="dxa"/>
              <w:bottom w:w="70" w:type="dxa"/>
              <w:right w:w="85" w:type="dxa"/>
            </w:tcMar>
            <w:vAlign w:val="center"/>
          </w:tcPr>
          <w:p w14:paraId="402DEC1C" w14:textId="77777777" w:rsidR="00C16128" w:rsidRPr="000236A4" w:rsidRDefault="00000000">
            <w:pPr>
              <w:spacing w:after="0" w:line="240" w:lineRule="auto"/>
              <w:rPr>
                <w:lang w:val="fr-FR"/>
              </w:rPr>
            </w:pPr>
            <w:r w:rsidRPr="000236A4">
              <w:rPr>
                <w:sz w:val="16"/>
                <w:lang w:val="fr-FR"/>
              </w:rPr>
              <w:t>Motiv, impact, aprobări, data intrării în vigoare și documentele/activitățile afectate.</w:t>
            </w:r>
          </w:p>
        </w:tc>
      </w:tr>
      <w:tr w:rsidR="00C16128" w14:paraId="636A4081" w14:textId="77777777">
        <w:trPr>
          <w:cantSplit/>
          <w:jc w:val="center"/>
        </w:trPr>
        <w:tc>
          <w:tcPr>
            <w:tcW w:w="2494" w:type="dxa"/>
            <w:shd w:val="clear" w:color="auto" w:fill="FAFAFA"/>
            <w:tcMar>
              <w:top w:w="70" w:type="dxa"/>
              <w:left w:w="85" w:type="dxa"/>
              <w:bottom w:w="70" w:type="dxa"/>
              <w:right w:w="85" w:type="dxa"/>
            </w:tcMar>
            <w:vAlign w:val="center"/>
          </w:tcPr>
          <w:p w14:paraId="56B2D3E0" w14:textId="77777777" w:rsidR="00C16128" w:rsidRDefault="00000000">
            <w:pPr>
              <w:spacing w:after="0" w:line="240" w:lineRule="auto"/>
            </w:pPr>
            <w:r>
              <w:rPr>
                <w:sz w:val="16"/>
              </w:rPr>
              <w:t>Protecție</w:t>
            </w:r>
          </w:p>
        </w:tc>
        <w:tc>
          <w:tcPr>
            <w:tcW w:w="7427" w:type="dxa"/>
            <w:shd w:val="clear" w:color="auto" w:fill="FAFAFA"/>
            <w:tcMar>
              <w:top w:w="70" w:type="dxa"/>
              <w:left w:w="85" w:type="dxa"/>
              <w:bottom w:w="70" w:type="dxa"/>
              <w:right w:w="85" w:type="dxa"/>
            </w:tcMar>
            <w:vAlign w:val="center"/>
          </w:tcPr>
          <w:p w14:paraId="25770E3F" w14:textId="77777777" w:rsidR="00C16128" w:rsidRDefault="00000000">
            <w:pPr>
              <w:spacing w:after="0" w:line="240" w:lineRule="auto"/>
            </w:pPr>
            <w:r>
              <w:rPr>
                <w:sz w:val="16"/>
              </w:rPr>
              <w:t>Acces, confidențialitate, integritate, backup, prevenirea modificării sau ștergerii neautorizate.</w:t>
            </w:r>
          </w:p>
        </w:tc>
      </w:tr>
      <w:tr w:rsidR="00C16128" w:rsidRPr="000236A4" w14:paraId="49F1B81E" w14:textId="77777777">
        <w:trPr>
          <w:cantSplit/>
          <w:jc w:val="center"/>
        </w:trPr>
        <w:tc>
          <w:tcPr>
            <w:tcW w:w="2494" w:type="dxa"/>
            <w:shd w:val="clear" w:color="auto" w:fill="FFFFFF"/>
            <w:tcMar>
              <w:top w:w="70" w:type="dxa"/>
              <w:left w:w="85" w:type="dxa"/>
              <w:bottom w:w="70" w:type="dxa"/>
              <w:right w:w="85" w:type="dxa"/>
            </w:tcMar>
            <w:vAlign w:val="center"/>
          </w:tcPr>
          <w:p w14:paraId="7E3988D9" w14:textId="77777777" w:rsidR="00C16128" w:rsidRDefault="00000000">
            <w:pPr>
              <w:spacing w:after="0" w:line="240" w:lineRule="auto"/>
            </w:pPr>
            <w:r>
              <w:rPr>
                <w:sz w:val="16"/>
              </w:rPr>
              <w:t>Păstrare</w:t>
            </w:r>
          </w:p>
        </w:tc>
        <w:tc>
          <w:tcPr>
            <w:tcW w:w="7427" w:type="dxa"/>
            <w:shd w:val="clear" w:color="auto" w:fill="FFFFFF"/>
            <w:tcMar>
              <w:top w:w="70" w:type="dxa"/>
              <w:left w:w="85" w:type="dxa"/>
              <w:bottom w:w="70" w:type="dxa"/>
              <w:right w:w="85" w:type="dxa"/>
            </w:tcMar>
            <w:vAlign w:val="center"/>
          </w:tcPr>
          <w:p w14:paraId="0043F3EF" w14:textId="77777777" w:rsidR="00C16128" w:rsidRPr="000236A4" w:rsidRDefault="00000000">
            <w:pPr>
              <w:spacing w:after="0" w:line="240" w:lineRule="auto"/>
              <w:rPr>
                <w:lang w:val="fr-FR"/>
              </w:rPr>
            </w:pPr>
            <w:r w:rsidRPr="000236A4">
              <w:rPr>
                <w:sz w:val="16"/>
                <w:lang w:val="fr-FR"/>
              </w:rPr>
              <w:t>Termen stabilit prin lege, autorizație, contract, risc, nevoie de trasabilitate sau valoare de business.</w:t>
            </w:r>
          </w:p>
        </w:tc>
      </w:tr>
      <w:tr w:rsidR="00C16128" w14:paraId="11090F5E" w14:textId="77777777">
        <w:trPr>
          <w:cantSplit/>
          <w:jc w:val="center"/>
        </w:trPr>
        <w:tc>
          <w:tcPr>
            <w:tcW w:w="2494" w:type="dxa"/>
            <w:shd w:val="clear" w:color="auto" w:fill="FAFAFA"/>
            <w:tcMar>
              <w:top w:w="70" w:type="dxa"/>
              <w:left w:w="85" w:type="dxa"/>
              <w:bottom w:w="70" w:type="dxa"/>
              <w:right w:w="85" w:type="dxa"/>
            </w:tcMar>
            <w:vAlign w:val="center"/>
          </w:tcPr>
          <w:p w14:paraId="59313BC1" w14:textId="77777777" w:rsidR="00C16128" w:rsidRDefault="00000000">
            <w:pPr>
              <w:spacing w:after="0" w:line="240" w:lineRule="auto"/>
            </w:pPr>
            <w:r>
              <w:rPr>
                <w:sz w:val="16"/>
              </w:rPr>
              <w:lastRenderedPageBreak/>
              <w:t>Retragere și eliminare</w:t>
            </w:r>
          </w:p>
        </w:tc>
        <w:tc>
          <w:tcPr>
            <w:tcW w:w="7427" w:type="dxa"/>
            <w:shd w:val="clear" w:color="auto" w:fill="FAFAFA"/>
            <w:tcMar>
              <w:top w:w="70" w:type="dxa"/>
              <w:left w:w="85" w:type="dxa"/>
              <w:bottom w:w="70" w:type="dxa"/>
              <w:right w:w="85" w:type="dxa"/>
            </w:tcMar>
            <w:vAlign w:val="center"/>
          </w:tcPr>
          <w:p w14:paraId="50CE2FB5" w14:textId="77777777" w:rsidR="00C16128" w:rsidRDefault="00000000">
            <w:pPr>
              <w:spacing w:after="0" w:line="240" w:lineRule="auto"/>
            </w:pPr>
            <w:r>
              <w:rPr>
                <w:sz w:val="16"/>
              </w:rPr>
              <w:t>Versiunile depășite sunt eliminate din utilizare; arhivarea ori distrugerea este autorizată.</w:t>
            </w:r>
          </w:p>
        </w:tc>
      </w:tr>
      <w:tr w:rsidR="00C16128" w14:paraId="3880D212" w14:textId="77777777">
        <w:trPr>
          <w:cantSplit/>
          <w:jc w:val="center"/>
        </w:trPr>
        <w:tc>
          <w:tcPr>
            <w:tcW w:w="2494" w:type="dxa"/>
            <w:shd w:val="clear" w:color="auto" w:fill="FFFFFF"/>
            <w:tcMar>
              <w:top w:w="70" w:type="dxa"/>
              <w:left w:w="85" w:type="dxa"/>
              <w:bottom w:w="70" w:type="dxa"/>
              <w:right w:w="85" w:type="dxa"/>
            </w:tcMar>
            <w:vAlign w:val="center"/>
          </w:tcPr>
          <w:p w14:paraId="239F501C" w14:textId="77777777" w:rsidR="00C16128" w:rsidRDefault="00000000">
            <w:pPr>
              <w:spacing w:after="0" w:line="240" w:lineRule="auto"/>
            </w:pPr>
            <w:r>
              <w:rPr>
                <w:sz w:val="16"/>
              </w:rPr>
              <w:t>Controlul formularelor critice</w:t>
            </w:r>
          </w:p>
        </w:tc>
        <w:tc>
          <w:tcPr>
            <w:tcW w:w="7427" w:type="dxa"/>
            <w:shd w:val="clear" w:color="auto" w:fill="FFFFFF"/>
            <w:tcMar>
              <w:top w:w="70" w:type="dxa"/>
              <w:left w:w="85" w:type="dxa"/>
              <w:bottom w:w="70" w:type="dxa"/>
              <w:right w:w="85" w:type="dxa"/>
            </w:tcMar>
            <w:vAlign w:val="center"/>
          </w:tcPr>
          <w:p w14:paraId="31D0F62C" w14:textId="77777777" w:rsidR="00C16128" w:rsidRDefault="00000000">
            <w:pPr>
              <w:spacing w:after="0" w:line="240" w:lineRule="auto"/>
            </w:pPr>
            <w:r>
              <w:rPr>
                <w:sz w:val="16"/>
              </w:rPr>
              <w:t>Fișele OPRP/CCP, eliberările și trasabilitatea trebuie să prevină completarea retroactivă, câmpurile neclare și pierderea identificării lotului.</w:t>
            </w:r>
          </w:p>
        </w:tc>
      </w:tr>
      <w:tr w:rsidR="00C16128" w14:paraId="24E888CE" w14:textId="77777777">
        <w:trPr>
          <w:cantSplit/>
          <w:jc w:val="center"/>
        </w:trPr>
        <w:tc>
          <w:tcPr>
            <w:tcW w:w="2494" w:type="dxa"/>
            <w:shd w:val="clear" w:color="auto" w:fill="FAFAFA"/>
            <w:tcMar>
              <w:top w:w="70" w:type="dxa"/>
              <w:left w:w="85" w:type="dxa"/>
              <w:bottom w:w="70" w:type="dxa"/>
              <w:right w:w="85" w:type="dxa"/>
            </w:tcMar>
            <w:vAlign w:val="center"/>
          </w:tcPr>
          <w:p w14:paraId="4107DF72" w14:textId="77777777" w:rsidR="00C16128" w:rsidRDefault="00000000">
            <w:pPr>
              <w:spacing w:after="0" w:line="240" w:lineRule="auto"/>
            </w:pPr>
            <w:r>
              <w:rPr>
                <w:sz w:val="16"/>
              </w:rPr>
              <w:t>Aprobarea tehnică</w:t>
            </w:r>
          </w:p>
        </w:tc>
        <w:tc>
          <w:tcPr>
            <w:tcW w:w="7427" w:type="dxa"/>
            <w:shd w:val="clear" w:color="auto" w:fill="FAFAFA"/>
            <w:tcMar>
              <w:top w:w="70" w:type="dxa"/>
              <w:left w:w="85" w:type="dxa"/>
              <w:bottom w:w="70" w:type="dxa"/>
              <w:right w:w="85" w:type="dxa"/>
            </w:tcMar>
            <w:vAlign w:val="center"/>
          </w:tcPr>
          <w:p w14:paraId="6613E942" w14:textId="77777777" w:rsidR="00C16128" w:rsidRDefault="00000000">
            <w:pPr>
              <w:spacing w:after="0" w:line="240" w:lineRule="auto"/>
            </w:pPr>
            <w:r>
              <w:rPr>
                <w:sz w:val="16"/>
              </w:rPr>
              <w:t>Limitele, criteriile și metodele trebuie aprobate de persoane competente și corelate cu validarea și cerințele legale.</w:t>
            </w:r>
          </w:p>
        </w:tc>
      </w:tr>
      <w:tr w:rsidR="00C16128" w14:paraId="6250487C" w14:textId="77777777">
        <w:trPr>
          <w:cantSplit/>
          <w:jc w:val="center"/>
        </w:trPr>
        <w:tc>
          <w:tcPr>
            <w:tcW w:w="2494" w:type="dxa"/>
            <w:shd w:val="clear" w:color="auto" w:fill="FFFFFF"/>
            <w:tcMar>
              <w:top w:w="70" w:type="dxa"/>
              <w:left w:w="85" w:type="dxa"/>
              <w:bottom w:w="70" w:type="dxa"/>
              <w:right w:w="85" w:type="dxa"/>
            </w:tcMar>
            <w:vAlign w:val="center"/>
          </w:tcPr>
          <w:p w14:paraId="07D51C08" w14:textId="77777777" w:rsidR="00C16128" w:rsidRDefault="00000000">
            <w:pPr>
              <w:spacing w:after="0" w:line="240" w:lineRule="auto"/>
            </w:pPr>
            <w:r>
              <w:rPr>
                <w:sz w:val="16"/>
              </w:rPr>
              <w:t>Actualizarea SMSA</w:t>
            </w:r>
          </w:p>
        </w:tc>
        <w:tc>
          <w:tcPr>
            <w:tcW w:w="7427" w:type="dxa"/>
            <w:shd w:val="clear" w:color="auto" w:fill="FFFFFF"/>
            <w:tcMar>
              <w:top w:w="70" w:type="dxa"/>
              <w:left w:w="85" w:type="dxa"/>
              <w:bottom w:w="70" w:type="dxa"/>
              <w:right w:w="85" w:type="dxa"/>
            </w:tcMar>
            <w:vAlign w:val="center"/>
          </w:tcPr>
          <w:p w14:paraId="15A1268A" w14:textId="77777777" w:rsidR="00C16128" w:rsidRDefault="00000000">
            <w:pPr>
              <w:spacing w:after="0" w:line="240" w:lineRule="auto"/>
            </w:pPr>
            <w:r>
              <w:rPr>
                <w:sz w:val="16"/>
              </w:rPr>
              <w:t>Schimbările de produs, proces, echipament, furnizor, ambalaj, distribuție ori informație științifică trebuie să declanșeze analiza impactului.</w:t>
            </w:r>
          </w:p>
        </w:tc>
      </w:tr>
    </w:tbl>
    <w:p w14:paraId="3CF99A68" w14:textId="77777777" w:rsidR="00C16128" w:rsidRDefault="00C16128">
      <w:pPr>
        <w:spacing w:after="20"/>
      </w:pPr>
    </w:p>
    <w:p w14:paraId="4EA56E0F" w14:textId="77777777" w:rsidR="00C16128" w:rsidRPr="000236A4" w:rsidRDefault="00000000">
      <w:pPr>
        <w:pStyle w:val="Heading2"/>
        <w:rPr>
          <w:lang w:val="fr-FR"/>
        </w:rPr>
      </w:pPr>
      <w:r w:rsidRPr="000236A4">
        <w:rPr>
          <w:lang w:val="fr-FR"/>
        </w:rPr>
        <w:t>Elemente minime pe un document controlat</w:t>
      </w:r>
    </w:p>
    <w:p w14:paraId="3B7C0CF7" w14:textId="77777777" w:rsidR="00C16128" w:rsidRPr="000236A4" w:rsidRDefault="00000000">
      <w:pPr>
        <w:pStyle w:val="ListBullet"/>
        <w:spacing w:after="40"/>
        <w:ind w:left="283" w:hanging="170"/>
        <w:rPr>
          <w:lang w:val="fr-FR"/>
        </w:rPr>
      </w:pPr>
      <w:r w:rsidRPr="000236A4">
        <w:rPr>
          <w:lang w:val="fr-FR"/>
        </w:rPr>
        <w:t>Titlu, cod, proprietar, număr de revizie și data intrării în vigoare.</w:t>
      </w:r>
    </w:p>
    <w:p w14:paraId="210A3F91" w14:textId="77777777" w:rsidR="00C16128" w:rsidRDefault="00000000">
      <w:pPr>
        <w:pStyle w:val="ListBullet"/>
        <w:spacing w:after="40"/>
        <w:ind w:left="283" w:hanging="170"/>
      </w:pPr>
      <w:r>
        <w:t>Aprobator și, când este necesar, verificator tehnic sau juridic.</w:t>
      </w:r>
    </w:p>
    <w:p w14:paraId="21355D5E" w14:textId="77777777" w:rsidR="00C16128" w:rsidRPr="000236A4" w:rsidRDefault="00000000">
      <w:pPr>
        <w:pStyle w:val="ListBullet"/>
        <w:spacing w:after="40"/>
        <w:ind w:left="283" w:hanging="170"/>
        <w:rPr>
          <w:lang w:val="fr-FR"/>
        </w:rPr>
      </w:pPr>
      <w:r w:rsidRPr="000236A4">
        <w:rPr>
          <w:lang w:val="fr-FR"/>
        </w:rPr>
        <w:t>Domeniu de utilizare, roluri responsabile și documente asociate.</w:t>
      </w:r>
    </w:p>
    <w:p w14:paraId="174BA1C3" w14:textId="77777777" w:rsidR="00C16128" w:rsidRDefault="00000000">
      <w:pPr>
        <w:pStyle w:val="ListBullet"/>
        <w:spacing w:after="40"/>
        <w:ind w:left="283" w:hanging="170"/>
      </w:pPr>
      <w:r>
        <w:t>Istoric succint al modificărilor importante.</w:t>
      </w:r>
    </w:p>
    <w:p w14:paraId="4B897BAC" w14:textId="77777777" w:rsidR="00C16128" w:rsidRPr="000236A4" w:rsidRDefault="00000000">
      <w:pPr>
        <w:pStyle w:val="ListBullet"/>
        <w:spacing w:after="40"/>
        <w:ind w:left="283" w:hanging="170"/>
        <w:rPr>
          <w:lang w:val="fr-FR"/>
        </w:rPr>
      </w:pPr>
      <w:r w:rsidRPr="000236A4">
        <w:rPr>
          <w:lang w:val="fr-FR"/>
        </w:rPr>
        <w:t>Identificarea copiei necontrolate, dacă documentul este tipărit sau exportat.</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C16128" w:rsidRPr="000236A4" w14:paraId="5776BDF9" w14:textId="77777777">
        <w:trPr>
          <w:cantSplit/>
          <w:jc w:val="center"/>
        </w:trPr>
        <w:tc>
          <w:tcPr>
            <w:tcW w:w="567" w:type="dxa"/>
            <w:shd w:val="clear" w:color="auto" w:fill="D71920"/>
            <w:tcMar>
              <w:top w:w="70" w:type="dxa"/>
              <w:left w:w="85" w:type="dxa"/>
              <w:bottom w:w="70" w:type="dxa"/>
              <w:right w:w="85" w:type="dxa"/>
            </w:tcMar>
            <w:vAlign w:val="center"/>
          </w:tcPr>
          <w:p w14:paraId="745A5A69" w14:textId="77777777" w:rsidR="00C16128" w:rsidRDefault="00000000">
            <w:pPr>
              <w:spacing w:after="0" w:line="240" w:lineRule="auto"/>
              <w:jc w:val="center"/>
            </w:pPr>
            <w:r>
              <w:rPr>
                <w:b/>
                <w:color w:val="FFFFFF"/>
                <w:sz w:val="30"/>
              </w:rPr>
              <w:t>i</w:t>
            </w:r>
          </w:p>
        </w:tc>
        <w:tc>
          <w:tcPr>
            <w:tcW w:w="9354" w:type="dxa"/>
            <w:shd w:val="clear" w:color="auto" w:fill="FCEBEC"/>
          </w:tcPr>
          <w:p w14:paraId="494B61AF" w14:textId="77777777" w:rsidR="00C16128" w:rsidRPr="000236A4" w:rsidRDefault="00000000">
            <w:pPr>
              <w:spacing w:after="20"/>
              <w:rPr>
                <w:lang w:val="fr-FR"/>
              </w:rPr>
            </w:pPr>
            <w:r w:rsidRPr="000236A4">
              <w:rPr>
                <w:b/>
                <w:color w:val="D71920"/>
                <w:sz w:val="17"/>
                <w:lang w:val="fr-FR"/>
              </w:rPr>
              <w:t>TERMENELE DE PĂSTRARE NU SUNT UNIVERSALE</w:t>
            </w:r>
          </w:p>
          <w:p w14:paraId="6BEF5402" w14:textId="77777777" w:rsidR="00C16128" w:rsidRPr="000236A4" w:rsidRDefault="00000000">
            <w:pPr>
              <w:spacing w:after="0" w:line="247" w:lineRule="auto"/>
              <w:rPr>
                <w:lang w:val="fr-FR"/>
              </w:rPr>
            </w:pPr>
            <w:r w:rsidRPr="000236A4">
              <w:rPr>
                <w:sz w:val="16"/>
                <w:lang w:val="fr-FR"/>
              </w:rPr>
              <w:t>Standardul nu stabilește, de regulă, un număr fix de ani. Organizația trebuie să coreleze păstrarea cu legislația, autorizațiile, contractele, perioadele de latență, termenele de prescripție, riscul și necesitatea de analiză a tendințelor.</w:t>
            </w:r>
          </w:p>
        </w:tc>
      </w:tr>
    </w:tbl>
    <w:p w14:paraId="0162CD02" w14:textId="77777777" w:rsidR="00C16128" w:rsidRPr="000236A4" w:rsidRDefault="00C16128">
      <w:pPr>
        <w:spacing w:after="0"/>
        <w:rPr>
          <w:lang w:val="fr-FR"/>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C16128" w:rsidRPr="000236A4" w14:paraId="097784F7" w14:textId="77777777">
        <w:trPr>
          <w:cantSplit/>
          <w:jc w:val="center"/>
        </w:trPr>
        <w:tc>
          <w:tcPr>
            <w:tcW w:w="1020" w:type="dxa"/>
            <w:shd w:val="clear" w:color="auto" w:fill="D71920"/>
            <w:tcMar>
              <w:top w:w="70" w:type="dxa"/>
              <w:left w:w="85" w:type="dxa"/>
              <w:bottom w:w="70" w:type="dxa"/>
              <w:right w:w="85" w:type="dxa"/>
            </w:tcMar>
            <w:vAlign w:val="center"/>
          </w:tcPr>
          <w:p w14:paraId="465F6725" w14:textId="77777777" w:rsidR="00C16128" w:rsidRDefault="00000000">
            <w:pPr>
              <w:spacing w:after="0" w:line="240" w:lineRule="auto"/>
              <w:jc w:val="center"/>
            </w:pPr>
            <w:r>
              <w:rPr>
                <w:b/>
                <w:color w:val="FFFFFF"/>
                <w:sz w:val="34"/>
              </w:rPr>
              <w:t>7</w:t>
            </w:r>
          </w:p>
        </w:tc>
        <w:tc>
          <w:tcPr>
            <w:tcW w:w="8901" w:type="dxa"/>
            <w:shd w:val="clear" w:color="auto" w:fill="F3F4F5"/>
          </w:tcPr>
          <w:p w14:paraId="5504D0BB" w14:textId="77777777" w:rsidR="00C16128" w:rsidRPr="000236A4" w:rsidRDefault="00000000">
            <w:pPr>
              <w:spacing w:after="20"/>
              <w:rPr>
                <w:lang w:val="fr-FR"/>
              </w:rPr>
            </w:pPr>
            <w:r w:rsidRPr="000236A4">
              <w:rPr>
                <w:b/>
                <w:sz w:val="27"/>
                <w:lang w:val="fr-FR"/>
              </w:rPr>
              <w:t>Modele de registre și formulare</w:t>
            </w:r>
          </w:p>
          <w:p w14:paraId="34C87684" w14:textId="77777777" w:rsidR="00C16128" w:rsidRPr="000236A4" w:rsidRDefault="00000000">
            <w:pPr>
              <w:spacing w:after="0"/>
              <w:rPr>
                <w:lang w:val="fr-FR"/>
              </w:rPr>
            </w:pPr>
            <w:r w:rsidRPr="000236A4">
              <w:rPr>
                <w:color w:val="666666"/>
                <w:sz w:val="16"/>
                <w:lang w:val="fr-FR"/>
              </w:rPr>
              <w:t>Câmpurile pot fi integrate într-o aplicație, într-un registru unic sau în documentele existente</w:t>
            </w:r>
          </w:p>
        </w:tc>
      </w:tr>
    </w:tbl>
    <w:p w14:paraId="4934B77F" w14:textId="77777777" w:rsidR="00C16128" w:rsidRPr="000236A4" w:rsidRDefault="00C16128">
      <w:pPr>
        <w:spacing w:after="0"/>
        <w:rPr>
          <w:lang w:val="fr-FR"/>
        </w:rPr>
      </w:pPr>
    </w:p>
    <w:p w14:paraId="06704CB8" w14:textId="77777777" w:rsidR="00C16128" w:rsidRDefault="00000000">
      <w:pPr>
        <w:pStyle w:val="Heading2"/>
      </w:pPr>
      <w:r>
        <w:t>Listă master a documentelor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304"/>
        <w:gridCol w:w="2438"/>
        <w:gridCol w:w="1417"/>
        <w:gridCol w:w="680"/>
        <w:gridCol w:w="1020"/>
        <w:gridCol w:w="1417"/>
        <w:gridCol w:w="1020"/>
        <w:gridCol w:w="624"/>
      </w:tblGrid>
      <w:tr w:rsidR="00C16128" w14:paraId="091DD7BC" w14:textId="77777777">
        <w:trPr>
          <w:tblHeader/>
          <w:jc w:val="center"/>
        </w:trPr>
        <w:tc>
          <w:tcPr>
            <w:tcW w:w="1304" w:type="dxa"/>
            <w:shd w:val="clear" w:color="auto" w:fill="D71920"/>
            <w:tcMar>
              <w:top w:w="70" w:type="dxa"/>
              <w:left w:w="85" w:type="dxa"/>
              <w:bottom w:w="70" w:type="dxa"/>
              <w:right w:w="85" w:type="dxa"/>
            </w:tcMar>
            <w:vAlign w:val="center"/>
          </w:tcPr>
          <w:p w14:paraId="1D3BF08F" w14:textId="77777777" w:rsidR="00C16128" w:rsidRDefault="00000000">
            <w:pPr>
              <w:spacing w:after="0" w:line="240" w:lineRule="auto"/>
              <w:jc w:val="center"/>
            </w:pPr>
            <w:r>
              <w:rPr>
                <w:b/>
                <w:color w:val="FFFFFF"/>
                <w:sz w:val="13"/>
              </w:rPr>
              <w:t>COD</w:t>
            </w:r>
          </w:p>
        </w:tc>
        <w:tc>
          <w:tcPr>
            <w:tcW w:w="2438" w:type="dxa"/>
            <w:shd w:val="clear" w:color="auto" w:fill="D71920"/>
            <w:tcMar>
              <w:top w:w="70" w:type="dxa"/>
              <w:left w:w="85" w:type="dxa"/>
              <w:bottom w:w="70" w:type="dxa"/>
              <w:right w:w="85" w:type="dxa"/>
            </w:tcMar>
            <w:vAlign w:val="center"/>
          </w:tcPr>
          <w:p w14:paraId="1F885CE4" w14:textId="77777777" w:rsidR="00C16128" w:rsidRDefault="00000000">
            <w:pPr>
              <w:spacing w:after="0" w:line="240" w:lineRule="auto"/>
              <w:jc w:val="center"/>
            </w:pPr>
            <w:r>
              <w:rPr>
                <w:b/>
                <w:color w:val="FFFFFF"/>
                <w:sz w:val="13"/>
              </w:rPr>
              <w:t>TITLU</w:t>
            </w:r>
          </w:p>
        </w:tc>
        <w:tc>
          <w:tcPr>
            <w:tcW w:w="1417" w:type="dxa"/>
            <w:shd w:val="clear" w:color="auto" w:fill="D71920"/>
            <w:tcMar>
              <w:top w:w="70" w:type="dxa"/>
              <w:left w:w="85" w:type="dxa"/>
              <w:bottom w:w="70" w:type="dxa"/>
              <w:right w:w="85" w:type="dxa"/>
            </w:tcMar>
            <w:vAlign w:val="center"/>
          </w:tcPr>
          <w:p w14:paraId="4D60607B" w14:textId="77777777" w:rsidR="00C16128" w:rsidRDefault="00000000">
            <w:pPr>
              <w:spacing w:after="0" w:line="240" w:lineRule="auto"/>
              <w:jc w:val="center"/>
            </w:pPr>
            <w:r>
              <w:rPr>
                <w:b/>
                <w:color w:val="FFFFFF"/>
                <w:sz w:val="13"/>
              </w:rPr>
              <w:t>PROPRIETAR</w:t>
            </w:r>
          </w:p>
        </w:tc>
        <w:tc>
          <w:tcPr>
            <w:tcW w:w="680" w:type="dxa"/>
            <w:shd w:val="clear" w:color="auto" w:fill="D71920"/>
            <w:tcMar>
              <w:top w:w="70" w:type="dxa"/>
              <w:left w:w="85" w:type="dxa"/>
              <w:bottom w:w="70" w:type="dxa"/>
              <w:right w:w="85" w:type="dxa"/>
            </w:tcMar>
            <w:vAlign w:val="center"/>
          </w:tcPr>
          <w:p w14:paraId="05623DBB" w14:textId="77777777" w:rsidR="00C16128" w:rsidRDefault="00000000">
            <w:pPr>
              <w:spacing w:after="0" w:line="240" w:lineRule="auto"/>
              <w:jc w:val="center"/>
            </w:pPr>
            <w:r>
              <w:rPr>
                <w:b/>
                <w:color w:val="FFFFFF"/>
                <w:sz w:val="13"/>
              </w:rPr>
              <w:t>REV.</w:t>
            </w:r>
          </w:p>
        </w:tc>
        <w:tc>
          <w:tcPr>
            <w:tcW w:w="1020" w:type="dxa"/>
            <w:shd w:val="clear" w:color="auto" w:fill="D71920"/>
            <w:tcMar>
              <w:top w:w="70" w:type="dxa"/>
              <w:left w:w="85" w:type="dxa"/>
              <w:bottom w:w="70" w:type="dxa"/>
              <w:right w:w="85" w:type="dxa"/>
            </w:tcMar>
            <w:vAlign w:val="center"/>
          </w:tcPr>
          <w:p w14:paraId="24E6E9C1" w14:textId="77777777" w:rsidR="00C16128" w:rsidRDefault="00000000">
            <w:pPr>
              <w:spacing w:after="0" w:line="240" w:lineRule="auto"/>
              <w:jc w:val="center"/>
            </w:pPr>
            <w:r>
              <w:rPr>
                <w:b/>
                <w:color w:val="FFFFFF"/>
                <w:sz w:val="13"/>
              </w:rPr>
              <w:t>DATA</w:t>
            </w:r>
          </w:p>
        </w:tc>
        <w:tc>
          <w:tcPr>
            <w:tcW w:w="1417" w:type="dxa"/>
            <w:shd w:val="clear" w:color="auto" w:fill="D71920"/>
            <w:tcMar>
              <w:top w:w="70" w:type="dxa"/>
              <w:left w:w="85" w:type="dxa"/>
              <w:bottom w:w="70" w:type="dxa"/>
              <w:right w:w="85" w:type="dxa"/>
            </w:tcMar>
            <w:vAlign w:val="center"/>
          </w:tcPr>
          <w:p w14:paraId="49A25B24" w14:textId="77777777" w:rsidR="00C16128" w:rsidRDefault="00000000">
            <w:pPr>
              <w:spacing w:after="0" w:line="240" w:lineRule="auto"/>
              <w:jc w:val="center"/>
            </w:pPr>
            <w:r>
              <w:rPr>
                <w:b/>
                <w:color w:val="FFFFFF"/>
                <w:sz w:val="13"/>
              </w:rPr>
              <w:t>LOCAȚIE</w:t>
            </w:r>
          </w:p>
        </w:tc>
        <w:tc>
          <w:tcPr>
            <w:tcW w:w="1020" w:type="dxa"/>
            <w:shd w:val="clear" w:color="auto" w:fill="D71920"/>
            <w:tcMar>
              <w:top w:w="70" w:type="dxa"/>
              <w:left w:w="85" w:type="dxa"/>
              <w:bottom w:w="70" w:type="dxa"/>
              <w:right w:w="85" w:type="dxa"/>
            </w:tcMar>
            <w:vAlign w:val="center"/>
          </w:tcPr>
          <w:p w14:paraId="748F5F99" w14:textId="77777777" w:rsidR="00C16128" w:rsidRDefault="00000000">
            <w:pPr>
              <w:spacing w:after="0" w:line="240" w:lineRule="auto"/>
              <w:jc w:val="center"/>
            </w:pPr>
            <w:r>
              <w:rPr>
                <w:b/>
                <w:color w:val="FFFFFF"/>
                <w:sz w:val="13"/>
              </w:rPr>
              <w:t>ACCES</w:t>
            </w:r>
          </w:p>
        </w:tc>
        <w:tc>
          <w:tcPr>
            <w:tcW w:w="624" w:type="dxa"/>
            <w:shd w:val="clear" w:color="auto" w:fill="D71920"/>
            <w:tcMar>
              <w:top w:w="70" w:type="dxa"/>
              <w:left w:w="85" w:type="dxa"/>
              <w:bottom w:w="70" w:type="dxa"/>
              <w:right w:w="85" w:type="dxa"/>
            </w:tcMar>
            <w:vAlign w:val="center"/>
          </w:tcPr>
          <w:p w14:paraId="3B536386" w14:textId="77777777" w:rsidR="00C16128" w:rsidRDefault="00000000">
            <w:pPr>
              <w:spacing w:after="0" w:line="240" w:lineRule="auto"/>
              <w:jc w:val="center"/>
            </w:pPr>
            <w:r>
              <w:rPr>
                <w:b/>
                <w:color w:val="FFFFFF"/>
                <w:sz w:val="13"/>
              </w:rPr>
              <w:t>STATUS</w:t>
            </w:r>
          </w:p>
        </w:tc>
      </w:tr>
      <w:tr w:rsidR="00C16128" w14:paraId="27C0D109" w14:textId="77777777">
        <w:trPr>
          <w:cantSplit/>
          <w:jc w:val="center"/>
        </w:trPr>
        <w:tc>
          <w:tcPr>
            <w:tcW w:w="1304" w:type="dxa"/>
            <w:shd w:val="clear" w:color="auto" w:fill="FFFFFF"/>
            <w:tcMar>
              <w:top w:w="70" w:type="dxa"/>
              <w:left w:w="85" w:type="dxa"/>
              <w:bottom w:w="70" w:type="dxa"/>
              <w:right w:w="85" w:type="dxa"/>
            </w:tcMar>
            <w:vAlign w:val="center"/>
          </w:tcPr>
          <w:p w14:paraId="58EA08C8" w14:textId="77777777" w:rsidR="00C16128" w:rsidRDefault="00000000">
            <w:pPr>
              <w:spacing w:after="0" w:line="240" w:lineRule="auto"/>
            </w:pPr>
            <w:r>
              <w:rPr>
                <w:sz w:val="13"/>
              </w:rPr>
              <w:t>REG-SAL-01</w:t>
            </w:r>
          </w:p>
        </w:tc>
        <w:tc>
          <w:tcPr>
            <w:tcW w:w="2438" w:type="dxa"/>
            <w:shd w:val="clear" w:color="auto" w:fill="FFFFFF"/>
            <w:tcMar>
              <w:top w:w="70" w:type="dxa"/>
              <w:left w:w="85" w:type="dxa"/>
              <w:bottom w:w="70" w:type="dxa"/>
              <w:right w:w="85" w:type="dxa"/>
            </w:tcMar>
            <w:vAlign w:val="center"/>
          </w:tcPr>
          <w:p w14:paraId="255FD76B" w14:textId="77777777" w:rsidR="00C16128" w:rsidRDefault="00000000">
            <w:pPr>
              <w:spacing w:after="0" w:line="240" w:lineRule="auto"/>
            </w:pPr>
            <w:r>
              <w:rPr>
                <w:sz w:val="13"/>
              </w:rPr>
              <w:t>Registru analiză pericole</w:t>
            </w:r>
          </w:p>
        </w:tc>
        <w:tc>
          <w:tcPr>
            <w:tcW w:w="1417" w:type="dxa"/>
            <w:shd w:val="clear" w:color="auto" w:fill="FFFFFF"/>
            <w:tcMar>
              <w:top w:w="70" w:type="dxa"/>
              <w:left w:w="85" w:type="dxa"/>
              <w:bottom w:w="70" w:type="dxa"/>
              <w:right w:w="85" w:type="dxa"/>
            </w:tcMar>
            <w:vAlign w:val="center"/>
          </w:tcPr>
          <w:p w14:paraId="68D7F9E3" w14:textId="77777777" w:rsidR="00C16128" w:rsidRDefault="00000000">
            <w:pPr>
              <w:spacing w:after="0" w:line="240" w:lineRule="auto"/>
            </w:pPr>
            <w:r>
              <w:rPr>
                <w:sz w:val="13"/>
              </w:rPr>
              <w:t>Lider SMSA</w:t>
            </w:r>
          </w:p>
        </w:tc>
        <w:tc>
          <w:tcPr>
            <w:tcW w:w="680" w:type="dxa"/>
            <w:shd w:val="clear" w:color="auto" w:fill="FFFFFF"/>
            <w:tcMar>
              <w:top w:w="70" w:type="dxa"/>
              <w:left w:w="85" w:type="dxa"/>
              <w:bottom w:w="70" w:type="dxa"/>
              <w:right w:w="85" w:type="dxa"/>
            </w:tcMar>
            <w:vAlign w:val="center"/>
          </w:tcPr>
          <w:p w14:paraId="409A6763" w14:textId="77777777" w:rsidR="00C16128" w:rsidRDefault="00000000">
            <w:pPr>
              <w:spacing w:after="0" w:line="240" w:lineRule="auto"/>
            </w:pPr>
            <w:r>
              <w:rPr>
                <w:sz w:val="13"/>
              </w:rPr>
              <w:t>R__</w:t>
            </w:r>
          </w:p>
        </w:tc>
        <w:tc>
          <w:tcPr>
            <w:tcW w:w="1020" w:type="dxa"/>
            <w:shd w:val="clear" w:color="auto" w:fill="FFFFFF"/>
            <w:tcMar>
              <w:top w:w="70" w:type="dxa"/>
              <w:left w:w="85" w:type="dxa"/>
              <w:bottom w:w="70" w:type="dxa"/>
              <w:right w:w="85" w:type="dxa"/>
            </w:tcMar>
            <w:vAlign w:val="center"/>
          </w:tcPr>
          <w:p w14:paraId="7E7D0658" w14:textId="77777777" w:rsidR="00C16128" w:rsidRDefault="00000000">
            <w:pPr>
              <w:spacing w:after="0" w:line="240" w:lineRule="auto"/>
            </w:pPr>
            <w:r>
              <w:rPr>
                <w:sz w:val="13"/>
              </w:rPr>
              <w:t>__/__/____</w:t>
            </w:r>
          </w:p>
        </w:tc>
        <w:tc>
          <w:tcPr>
            <w:tcW w:w="1417" w:type="dxa"/>
            <w:shd w:val="clear" w:color="auto" w:fill="FFFFFF"/>
            <w:tcMar>
              <w:top w:w="70" w:type="dxa"/>
              <w:left w:w="85" w:type="dxa"/>
              <w:bottom w:w="70" w:type="dxa"/>
              <w:right w:w="85" w:type="dxa"/>
            </w:tcMar>
            <w:vAlign w:val="center"/>
          </w:tcPr>
          <w:p w14:paraId="1D6965D1" w14:textId="77777777" w:rsidR="00C16128" w:rsidRDefault="00000000">
            <w:pPr>
              <w:spacing w:after="0" w:line="240" w:lineRule="auto"/>
            </w:pPr>
            <w:r>
              <w:rPr>
                <w:sz w:val="13"/>
              </w:rPr>
              <w:t>Platformă QMS</w:t>
            </w:r>
          </w:p>
        </w:tc>
        <w:tc>
          <w:tcPr>
            <w:tcW w:w="1020" w:type="dxa"/>
            <w:shd w:val="clear" w:color="auto" w:fill="FFFFFF"/>
            <w:tcMar>
              <w:top w:w="70" w:type="dxa"/>
              <w:left w:w="85" w:type="dxa"/>
              <w:bottom w:w="70" w:type="dxa"/>
              <w:right w:w="85" w:type="dxa"/>
            </w:tcMar>
            <w:vAlign w:val="center"/>
          </w:tcPr>
          <w:p w14:paraId="6F73C28A" w14:textId="77777777" w:rsidR="00C16128" w:rsidRDefault="00000000">
            <w:pPr>
              <w:spacing w:after="0" w:line="240" w:lineRule="auto"/>
            </w:pPr>
            <w:r>
              <w:rPr>
                <w:sz w:val="13"/>
              </w:rPr>
              <w:t>Restricționat</w:t>
            </w:r>
          </w:p>
        </w:tc>
        <w:tc>
          <w:tcPr>
            <w:tcW w:w="624" w:type="dxa"/>
            <w:shd w:val="clear" w:color="auto" w:fill="FFFFFF"/>
            <w:tcMar>
              <w:top w:w="70" w:type="dxa"/>
              <w:left w:w="85" w:type="dxa"/>
              <w:bottom w:w="70" w:type="dxa"/>
              <w:right w:w="85" w:type="dxa"/>
            </w:tcMar>
            <w:vAlign w:val="center"/>
          </w:tcPr>
          <w:p w14:paraId="46FB0A24" w14:textId="77777777" w:rsidR="00C16128" w:rsidRDefault="00000000">
            <w:pPr>
              <w:spacing w:after="0" w:line="240" w:lineRule="auto"/>
            </w:pPr>
            <w:r>
              <w:rPr>
                <w:sz w:val="13"/>
              </w:rPr>
              <w:t>Activ</w:t>
            </w:r>
          </w:p>
        </w:tc>
      </w:tr>
      <w:tr w:rsidR="00C16128" w14:paraId="1ECF11F4" w14:textId="77777777">
        <w:trPr>
          <w:cantSplit/>
          <w:jc w:val="center"/>
        </w:trPr>
        <w:tc>
          <w:tcPr>
            <w:tcW w:w="1304" w:type="dxa"/>
            <w:shd w:val="clear" w:color="auto" w:fill="FAFAFA"/>
            <w:tcMar>
              <w:top w:w="70" w:type="dxa"/>
              <w:left w:w="85" w:type="dxa"/>
              <w:bottom w:w="70" w:type="dxa"/>
              <w:right w:w="85" w:type="dxa"/>
            </w:tcMar>
            <w:vAlign w:val="center"/>
          </w:tcPr>
          <w:p w14:paraId="2B200476" w14:textId="77777777" w:rsidR="00C16128" w:rsidRDefault="00000000">
            <w:pPr>
              <w:spacing w:after="0" w:line="240" w:lineRule="auto"/>
            </w:pPr>
            <w:r>
              <w:rPr>
                <w:sz w:val="13"/>
              </w:rPr>
              <w:t>PLN-SAL-02</w:t>
            </w:r>
          </w:p>
        </w:tc>
        <w:tc>
          <w:tcPr>
            <w:tcW w:w="2438" w:type="dxa"/>
            <w:shd w:val="clear" w:color="auto" w:fill="FAFAFA"/>
            <w:tcMar>
              <w:top w:w="70" w:type="dxa"/>
              <w:left w:w="85" w:type="dxa"/>
              <w:bottom w:w="70" w:type="dxa"/>
              <w:right w:w="85" w:type="dxa"/>
            </w:tcMar>
            <w:vAlign w:val="center"/>
          </w:tcPr>
          <w:p w14:paraId="0657F392" w14:textId="77777777" w:rsidR="00C16128" w:rsidRDefault="00000000">
            <w:pPr>
              <w:spacing w:after="0" w:line="240" w:lineRule="auto"/>
            </w:pPr>
            <w:r>
              <w:rPr>
                <w:sz w:val="13"/>
              </w:rPr>
              <w:t>Plan OPRP / CCP</w:t>
            </w:r>
          </w:p>
        </w:tc>
        <w:tc>
          <w:tcPr>
            <w:tcW w:w="1417" w:type="dxa"/>
            <w:shd w:val="clear" w:color="auto" w:fill="FAFAFA"/>
            <w:tcMar>
              <w:top w:w="70" w:type="dxa"/>
              <w:left w:w="85" w:type="dxa"/>
              <w:bottom w:w="70" w:type="dxa"/>
              <w:right w:w="85" w:type="dxa"/>
            </w:tcMar>
            <w:vAlign w:val="center"/>
          </w:tcPr>
          <w:p w14:paraId="7727CD33" w14:textId="77777777" w:rsidR="00C16128" w:rsidRDefault="00000000">
            <w:pPr>
              <w:spacing w:after="0" w:line="240" w:lineRule="auto"/>
            </w:pPr>
            <w:r>
              <w:rPr>
                <w:sz w:val="13"/>
              </w:rPr>
              <w:t>Lider SMSA</w:t>
            </w:r>
          </w:p>
        </w:tc>
        <w:tc>
          <w:tcPr>
            <w:tcW w:w="680" w:type="dxa"/>
            <w:shd w:val="clear" w:color="auto" w:fill="FAFAFA"/>
            <w:tcMar>
              <w:top w:w="70" w:type="dxa"/>
              <w:left w:w="85" w:type="dxa"/>
              <w:bottom w:w="70" w:type="dxa"/>
              <w:right w:w="85" w:type="dxa"/>
            </w:tcMar>
            <w:vAlign w:val="center"/>
          </w:tcPr>
          <w:p w14:paraId="4CF82153" w14:textId="77777777" w:rsidR="00C16128" w:rsidRDefault="00000000">
            <w:pPr>
              <w:spacing w:after="0" w:line="240" w:lineRule="auto"/>
            </w:pPr>
            <w:r>
              <w:rPr>
                <w:sz w:val="13"/>
              </w:rPr>
              <w:t>R__</w:t>
            </w:r>
          </w:p>
        </w:tc>
        <w:tc>
          <w:tcPr>
            <w:tcW w:w="1020" w:type="dxa"/>
            <w:shd w:val="clear" w:color="auto" w:fill="FAFAFA"/>
            <w:tcMar>
              <w:top w:w="70" w:type="dxa"/>
              <w:left w:w="85" w:type="dxa"/>
              <w:bottom w:w="70" w:type="dxa"/>
              <w:right w:w="85" w:type="dxa"/>
            </w:tcMar>
            <w:vAlign w:val="center"/>
          </w:tcPr>
          <w:p w14:paraId="66235A79" w14:textId="77777777" w:rsidR="00C16128" w:rsidRDefault="00000000">
            <w:pPr>
              <w:spacing w:after="0" w:line="240" w:lineRule="auto"/>
            </w:pPr>
            <w:r>
              <w:rPr>
                <w:sz w:val="13"/>
              </w:rPr>
              <w:t>__/__/____</w:t>
            </w:r>
          </w:p>
        </w:tc>
        <w:tc>
          <w:tcPr>
            <w:tcW w:w="1417" w:type="dxa"/>
            <w:shd w:val="clear" w:color="auto" w:fill="FAFAFA"/>
            <w:tcMar>
              <w:top w:w="70" w:type="dxa"/>
              <w:left w:w="85" w:type="dxa"/>
              <w:bottom w:w="70" w:type="dxa"/>
              <w:right w:w="85" w:type="dxa"/>
            </w:tcMar>
            <w:vAlign w:val="center"/>
          </w:tcPr>
          <w:p w14:paraId="7552AE51" w14:textId="77777777" w:rsidR="00C16128" w:rsidRDefault="00000000">
            <w:pPr>
              <w:spacing w:after="0" w:line="240" w:lineRule="auto"/>
            </w:pPr>
            <w:r>
              <w:rPr>
                <w:sz w:val="13"/>
              </w:rPr>
              <w:t>Puncte utilizare</w:t>
            </w:r>
          </w:p>
        </w:tc>
        <w:tc>
          <w:tcPr>
            <w:tcW w:w="1020" w:type="dxa"/>
            <w:shd w:val="clear" w:color="auto" w:fill="FAFAFA"/>
            <w:tcMar>
              <w:top w:w="70" w:type="dxa"/>
              <w:left w:w="85" w:type="dxa"/>
              <w:bottom w:w="70" w:type="dxa"/>
              <w:right w:w="85" w:type="dxa"/>
            </w:tcMar>
            <w:vAlign w:val="center"/>
          </w:tcPr>
          <w:p w14:paraId="7FF65BDF" w14:textId="77777777" w:rsidR="00C16128" w:rsidRDefault="00000000">
            <w:pPr>
              <w:spacing w:after="0" w:line="240" w:lineRule="auto"/>
            </w:pPr>
            <w:r>
              <w:rPr>
                <w:sz w:val="13"/>
              </w:rPr>
              <w:t>Intern</w:t>
            </w:r>
          </w:p>
        </w:tc>
        <w:tc>
          <w:tcPr>
            <w:tcW w:w="624" w:type="dxa"/>
            <w:shd w:val="clear" w:color="auto" w:fill="FAFAFA"/>
            <w:tcMar>
              <w:top w:w="70" w:type="dxa"/>
              <w:left w:w="85" w:type="dxa"/>
              <w:bottom w:w="70" w:type="dxa"/>
              <w:right w:w="85" w:type="dxa"/>
            </w:tcMar>
            <w:vAlign w:val="center"/>
          </w:tcPr>
          <w:p w14:paraId="292F835B" w14:textId="77777777" w:rsidR="00C16128" w:rsidRDefault="00000000">
            <w:pPr>
              <w:spacing w:after="0" w:line="240" w:lineRule="auto"/>
            </w:pPr>
            <w:r>
              <w:rPr>
                <w:sz w:val="13"/>
              </w:rPr>
              <w:t>Activ</w:t>
            </w:r>
          </w:p>
        </w:tc>
      </w:tr>
      <w:tr w:rsidR="00C16128" w14:paraId="061AD7B3" w14:textId="77777777">
        <w:trPr>
          <w:cantSplit/>
          <w:jc w:val="center"/>
        </w:trPr>
        <w:tc>
          <w:tcPr>
            <w:tcW w:w="1304" w:type="dxa"/>
            <w:shd w:val="clear" w:color="auto" w:fill="FFFFFF"/>
            <w:tcMar>
              <w:top w:w="70" w:type="dxa"/>
              <w:left w:w="85" w:type="dxa"/>
              <w:bottom w:w="70" w:type="dxa"/>
              <w:right w:w="85" w:type="dxa"/>
            </w:tcMar>
            <w:vAlign w:val="center"/>
          </w:tcPr>
          <w:p w14:paraId="08F07398" w14:textId="77777777" w:rsidR="00C16128" w:rsidRDefault="00000000">
            <w:pPr>
              <w:spacing w:after="0" w:line="240" w:lineRule="auto"/>
            </w:pPr>
            <w:r>
              <w:rPr>
                <w:sz w:val="13"/>
              </w:rPr>
              <w:t>PRO-SAL-03</w:t>
            </w:r>
          </w:p>
        </w:tc>
        <w:tc>
          <w:tcPr>
            <w:tcW w:w="2438" w:type="dxa"/>
            <w:shd w:val="clear" w:color="auto" w:fill="FFFFFF"/>
            <w:tcMar>
              <w:top w:w="70" w:type="dxa"/>
              <w:left w:w="85" w:type="dxa"/>
              <w:bottom w:w="70" w:type="dxa"/>
              <w:right w:w="85" w:type="dxa"/>
            </w:tcMar>
            <w:vAlign w:val="center"/>
          </w:tcPr>
          <w:p w14:paraId="0B8F394E" w14:textId="77777777" w:rsidR="00C16128" w:rsidRDefault="00000000">
            <w:pPr>
              <w:spacing w:after="0" w:line="240" w:lineRule="auto"/>
            </w:pPr>
            <w:r>
              <w:rPr>
                <w:sz w:val="13"/>
              </w:rPr>
              <w:t>Trasabilitate și rechemare</w:t>
            </w:r>
          </w:p>
        </w:tc>
        <w:tc>
          <w:tcPr>
            <w:tcW w:w="1417" w:type="dxa"/>
            <w:shd w:val="clear" w:color="auto" w:fill="FFFFFF"/>
            <w:tcMar>
              <w:top w:w="70" w:type="dxa"/>
              <w:left w:w="85" w:type="dxa"/>
              <w:bottom w:w="70" w:type="dxa"/>
              <w:right w:w="85" w:type="dxa"/>
            </w:tcMar>
            <w:vAlign w:val="center"/>
          </w:tcPr>
          <w:p w14:paraId="109629D3" w14:textId="77777777" w:rsidR="00C16128" w:rsidRDefault="00000000">
            <w:pPr>
              <w:spacing w:after="0" w:line="240" w:lineRule="auto"/>
            </w:pPr>
            <w:r>
              <w:rPr>
                <w:sz w:val="13"/>
              </w:rPr>
              <w:t>Calitate</w:t>
            </w:r>
          </w:p>
        </w:tc>
        <w:tc>
          <w:tcPr>
            <w:tcW w:w="680" w:type="dxa"/>
            <w:shd w:val="clear" w:color="auto" w:fill="FFFFFF"/>
            <w:tcMar>
              <w:top w:w="70" w:type="dxa"/>
              <w:left w:w="85" w:type="dxa"/>
              <w:bottom w:w="70" w:type="dxa"/>
              <w:right w:w="85" w:type="dxa"/>
            </w:tcMar>
            <w:vAlign w:val="center"/>
          </w:tcPr>
          <w:p w14:paraId="6BCF37E0" w14:textId="77777777" w:rsidR="00C16128" w:rsidRDefault="00000000">
            <w:pPr>
              <w:spacing w:after="0" w:line="240" w:lineRule="auto"/>
            </w:pPr>
            <w:r>
              <w:rPr>
                <w:sz w:val="13"/>
              </w:rPr>
              <w:t>R__</w:t>
            </w:r>
          </w:p>
        </w:tc>
        <w:tc>
          <w:tcPr>
            <w:tcW w:w="1020" w:type="dxa"/>
            <w:shd w:val="clear" w:color="auto" w:fill="FFFFFF"/>
            <w:tcMar>
              <w:top w:w="70" w:type="dxa"/>
              <w:left w:w="85" w:type="dxa"/>
              <w:bottom w:w="70" w:type="dxa"/>
              <w:right w:w="85" w:type="dxa"/>
            </w:tcMar>
            <w:vAlign w:val="center"/>
          </w:tcPr>
          <w:p w14:paraId="079F7D5F" w14:textId="77777777" w:rsidR="00C16128" w:rsidRDefault="00000000">
            <w:pPr>
              <w:spacing w:after="0" w:line="240" w:lineRule="auto"/>
            </w:pPr>
            <w:r>
              <w:rPr>
                <w:sz w:val="13"/>
              </w:rPr>
              <w:t>__/__/____</w:t>
            </w:r>
          </w:p>
        </w:tc>
        <w:tc>
          <w:tcPr>
            <w:tcW w:w="1417" w:type="dxa"/>
            <w:shd w:val="clear" w:color="auto" w:fill="FFFFFF"/>
            <w:tcMar>
              <w:top w:w="70" w:type="dxa"/>
              <w:left w:w="85" w:type="dxa"/>
              <w:bottom w:w="70" w:type="dxa"/>
              <w:right w:w="85" w:type="dxa"/>
            </w:tcMar>
            <w:vAlign w:val="center"/>
          </w:tcPr>
          <w:p w14:paraId="0C9955B2" w14:textId="77777777" w:rsidR="00C16128" w:rsidRDefault="00000000">
            <w:pPr>
              <w:spacing w:after="0" w:line="240" w:lineRule="auto"/>
            </w:pPr>
            <w:r>
              <w:rPr>
                <w:sz w:val="13"/>
              </w:rPr>
              <w:t>Intranet</w:t>
            </w:r>
          </w:p>
        </w:tc>
        <w:tc>
          <w:tcPr>
            <w:tcW w:w="1020" w:type="dxa"/>
            <w:shd w:val="clear" w:color="auto" w:fill="FFFFFF"/>
            <w:tcMar>
              <w:top w:w="70" w:type="dxa"/>
              <w:left w:w="85" w:type="dxa"/>
              <w:bottom w:w="70" w:type="dxa"/>
              <w:right w:w="85" w:type="dxa"/>
            </w:tcMar>
            <w:vAlign w:val="center"/>
          </w:tcPr>
          <w:p w14:paraId="71793945" w14:textId="77777777" w:rsidR="00C16128" w:rsidRDefault="00000000">
            <w:pPr>
              <w:spacing w:after="0" w:line="240" w:lineRule="auto"/>
            </w:pPr>
            <w:r>
              <w:rPr>
                <w:sz w:val="13"/>
              </w:rPr>
              <w:t>Intern</w:t>
            </w:r>
          </w:p>
        </w:tc>
        <w:tc>
          <w:tcPr>
            <w:tcW w:w="624" w:type="dxa"/>
            <w:shd w:val="clear" w:color="auto" w:fill="FFFFFF"/>
            <w:tcMar>
              <w:top w:w="70" w:type="dxa"/>
              <w:left w:w="85" w:type="dxa"/>
              <w:bottom w:w="70" w:type="dxa"/>
              <w:right w:w="85" w:type="dxa"/>
            </w:tcMar>
            <w:vAlign w:val="center"/>
          </w:tcPr>
          <w:p w14:paraId="52970154" w14:textId="77777777" w:rsidR="00C16128" w:rsidRDefault="00000000">
            <w:pPr>
              <w:spacing w:after="0" w:line="240" w:lineRule="auto"/>
            </w:pPr>
            <w:r>
              <w:rPr>
                <w:sz w:val="13"/>
              </w:rPr>
              <w:t>Activ</w:t>
            </w:r>
          </w:p>
        </w:tc>
      </w:tr>
      <w:tr w:rsidR="00C16128" w14:paraId="01C7DBB8" w14:textId="77777777">
        <w:trPr>
          <w:cantSplit/>
          <w:jc w:val="center"/>
        </w:trPr>
        <w:tc>
          <w:tcPr>
            <w:tcW w:w="1304" w:type="dxa"/>
            <w:shd w:val="clear" w:color="auto" w:fill="FAFAFA"/>
            <w:tcMar>
              <w:top w:w="70" w:type="dxa"/>
              <w:left w:w="85" w:type="dxa"/>
              <w:bottom w:w="70" w:type="dxa"/>
              <w:right w:w="85" w:type="dxa"/>
            </w:tcMar>
            <w:vAlign w:val="center"/>
          </w:tcPr>
          <w:p w14:paraId="4ED19BE2" w14:textId="77777777" w:rsidR="00C16128" w:rsidRDefault="00C16128">
            <w:pPr>
              <w:spacing w:after="0" w:line="240" w:lineRule="auto"/>
            </w:pPr>
          </w:p>
        </w:tc>
        <w:tc>
          <w:tcPr>
            <w:tcW w:w="2438" w:type="dxa"/>
            <w:shd w:val="clear" w:color="auto" w:fill="FAFAFA"/>
            <w:tcMar>
              <w:top w:w="70" w:type="dxa"/>
              <w:left w:w="85" w:type="dxa"/>
              <w:bottom w:w="70" w:type="dxa"/>
              <w:right w:w="85" w:type="dxa"/>
            </w:tcMar>
            <w:vAlign w:val="center"/>
          </w:tcPr>
          <w:p w14:paraId="5A560D3C" w14:textId="77777777" w:rsidR="00C16128" w:rsidRDefault="00C16128">
            <w:pPr>
              <w:spacing w:after="0" w:line="240" w:lineRule="auto"/>
            </w:pPr>
          </w:p>
        </w:tc>
        <w:tc>
          <w:tcPr>
            <w:tcW w:w="1417" w:type="dxa"/>
            <w:shd w:val="clear" w:color="auto" w:fill="FAFAFA"/>
            <w:tcMar>
              <w:top w:w="70" w:type="dxa"/>
              <w:left w:w="85" w:type="dxa"/>
              <w:bottom w:w="70" w:type="dxa"/>
              <w:right w:w="85" w:type="dxa"/>
            </w:tcMar>
            <w:vAlign w:val="center"/>
          </w:tcPr>
          <w:p w14:paraId="3246925C" w14:textId="77777777" w:rsidR="00C16128" w:rsidRDefault="00C16128">
            <w:pPr>
              <w:spacing w:after="0" w:line="240" w:lineRule="auto"/>
            </w:pPr>
          </w:p>
        </w:tc>
        <w:tc>
          <w:tcPr>
            <w:tcW w:w="680" w:type="dxa"/>
            <w:shd w:val="clear" w:color="auto" w:fill="FAFAFA"/>
            <w:tcMar>
              <w:top w:w="70" w:type="dxa"/>
              <w:left w:w="85" w:type="dxa"/>
              <w:bottom w:w="70" w:type="dxa"/>
              <w:right w:w="85" w:type="dxa"/>
            </w:tcMar>
            <w:vAlign w:val="center"/>
          </w:tcPr>
          <w:p w14:paraId="5869ABE9" w14:textId="77777777" w:rsidR="00C16128" w:rsidRDefault="00C16128">
            <w:pPr>
              <w:spacing w:after="0" w:line="240" w:lineRule="auto"/>
            </w:pPr>
          </w:p>
        </w:tc>
        <w:tc>
          <w:tcPr>
            <w:tcW w:w="1020" w:type="dxa"/>
            <w:shd w:val="clear" w:color="auto" w:fill="FAFAFA"/>
            <w:tcMar>
              <w:top w:w="70" w:type="dxa"/>
              <w:left w:w="85" w:type="dxa"/>
              <w:bottom w:w="70" w:type="dxa"/>
              <w:right w:w="85" w:type="dxa"/>
            </w:tcMar>
            <w:vAlign w:val="center"/>
          </w:tcPr>
          <w:p w14:paraId="68F4F756" w14:textId="77777777" w:rsidR="00C16128" w:rsidRDefault="00C16128">
            <w:pPr>
              <w:spacing w:after="0" w:line="240" w:lineRule="auto"/>
            </w:pPr>
          </w:p>
        </w:tc>
        <w:tc>
          <w:tcPr>
            <w:tcW w:w="1417" w:type="dxa"/>
            <w:shd w:val="clear" w:color="auto" w:fill="FAFAFA"/>
            <w:tcMar>
              <w:top w:w="70" w:type="dxa"/>
              <w:left w:w="85" w:type="dxa"/>
              <w:bottom w:w="70" w:type="dxa"/>
              <w:right w:w="85" w:type="dxa"/>
            </w:tcMar>
            <w:vAlign w:val="center"/>
          </w:tcPr>
          <w:p w14:paraId="18C19B73" w14:textId="77777777" w:rsidR="00C16128" w:rsidRDefault="00C16128">
            <w:pPr>
              <w:spacing w:after="0" w:line="240" w:lineRule="auto"/>
            </w:pPr>
          </w:p>
        </w:tc>
        <w:tc>
          <w:tcPr>
            <w:tcW w:w="1020" w:type="dxa"/>
            <w:shd w:val="clear" w:color="auto" w:fill="FAFAFA"/>
            <w:tcMar>
              <w:top w:w="70" w:type="dxa"/>
              <w:left w:w="85" w:type="dxa"/>
              <w:bottom w:w="70" w:type="dxa"/>
              <w:right w:w="85" w:type="dxa"/>
            </w:tcMar>
            <w:vAlign w:val="center"/>
          </w:tcPr>
          <w:p w14:paraId="56755242" w14:textId="77777777" w:rsidR="00C16128" w:rsidRDefault="00C16128">
            <w:pPr>
              <w:spacing w:after="0" w:line="240" w:lineRule="auto"/>
            </w:pPr>
          </w:p>
        </w:tc>
        <w:tc>
          <w:tcPr>
            <w:tcW w:w="624" w:type="dxa"/>
            <w:shd w:val="clear" w:color="auto" w:fill="FAFAFA"/>
            <w:tcMar>
              <w:top w:w="70" w:type="dxa"/>
              <w:left w:w="85" w:type="dxa"/>
              <w:bottom w:w="70" w:type="dxa"/>
              <w:right w:w="85" w:type="dxa"/>
            </w:tcMar>
            <w:vAlign w:val="center"/>
          </w:tcPr>
          <w:p w14:paraId="6DE192C1" w14:textId="77777777" w:rsidR="00C16128" w:rsidRDefault="00C16128">
            <w:pPr>
              <w:spacing w:after="0" w:line="240" w:lineRule="auto"/>
            </w:pPr>
          </w:p>
        </w:tc>
      </w:tr>
      <w:tr w:rsidR="00C16128" w14:paraId="7D675506" w14:textId="77777777">
        <w:trPr>
          <w:cantSplit/>
          <w:jc w:val="center"/>
        </w:trPr>
        <w:tc>
          <w:tcPr>
            <w:tcW w:w="1304" w:type="dxa"/>
            <w:shd w:val="clear" w:color="auto" w:fill="FFFFFF"/>
            <w:tcMar>
              <w:top w:w="70" w:type="dxa"/>
              <w:left w:w="85" w:type="dxa"/>
              <w:bottom w:w="70" w:type="dxa"/>
              <w:right w:w="85" w:type="dxa"/>
            </w:tcMar>
            <w:vAlign w:val="center"/>
          </w:tcPr>
          <w:p w14:paraId="6B44E102" w14:textId="77777777" w:rsidR="00C16128" w:rsidRDefault="00C16128">
            <w:pPr>
              <w:spacing w:after="0" w:line="240" w:lineRule="auto"/>
            </w:pPr>
          </w:p>
        </w:tc>
        <w:tc>
          <w:tcPr>
            <w:tcW w:w="2438" w:type="dxa"/>
            <w:shd w:val="clear" w:color="auto" w:fill="FFFFFF"/>
            <w:tcMar>
              <w:top w:w="70" w:type="dxa"/>
              <w:left w:w="85" w:type="dxa"/>
              <w:bottom w:w="70" w:type="dxa"/>
              <w:right w:w="85" w:type="dxa"/>
            </w:tcMar>
            <w:vAlign w:val="center"/>
          </w:tcPr>
          <w:p w14:paraId="4C78E84A" w14:textId="77777777" w:rsidR="00C16128" w:rsidRDefault="00C16128">
            <w:pPr>
              <w:spacing w:after="0" w:line="240" w:lineRule="auto"/>
            </w:pPr>
          </w:p>
        </w:tc>
        <w:tc>
          <w:tcPr>
            <w:tcW w:w="1417" w:type="dxa"/>
            <w:shd w:val="clear" w:color="auto" w:fill="FFFFFF"/>
            <w:tcMar>
              <w:top w:w="70" w:type="dxa"/>
              <w:left w:w="85" w:type="dxa"/>
              <w:bottom w:w="70" w:type="dxa"/>
              <w:right w:w="85" w:type="dxa"/>
            </w:tcMar>
            <w:vAlign w:val="center"/>
          </w:tcPr>
          <w:p w14:paraId="55743247" w14:textId="77777777" w:rsidR="00C16128" w:rsidRDefault="00C16128">
            <w:pPr>
              <w:spacing w:after="0" w:line="240" w:lineRule="auto"/>
            </w:pPr>
          </w:p>
        </w:tc>
        <w:tc>
          <w:tcPr>
            <w:tcW w:w="680" w:type="dxa"/>
            <w:shd w:val="clear" w:color="auto" w:fill="FFFFFF"/>
            <w:tcMar>
              <w:top w:w="70" w:type="dxa"/>
              <w:left w:w="85" w:type="dxa"/>
              <w:bottom w:w="70" w:type="dxa"/>
              <w:right w:w="85" w:type="dxa"/>
            </w:tcMar>
            <w:vAlign w:val="center"/>
          </w:tcPr>
          <w:p w14:paraId="65B9AE00" w14:textId="77777777" w:rsidR="00C16128" w:rsidRDefault="00C16128">
            <w:pPr>
              <w:spacing w:after="0" w:line="240" w:lineRule="auto"/>
            </w:pPr>
          </w:p>
        </w:tc>
        <w:tc>
          <w:tcPr>
            <w:tcW w:w="1020" w:type="dxa"/>
            <w:shd w:val="clear" w:color="auto" w:fill="FFFFFF"/>
            <w:tcMar>
              <w:top w:w="70" w:type="dxa"/>
              <w:left w:w="85" w:type="dxa"/>
              <w:bottom w:w="70" w:type="dxa"/>
              <w:right w:w="85" w:type="dxa"/>
            </w:tcMar>
            <w:vAlign w:val="center"/>
          </w:tcPr>
          <w:p w14:paraId="1F551888" w14:textId="77777777" w:rsidR="00C16128" w:rsidRDefault="00C16128">
            <w:pPr>
              <w:spacing w:after="0" w:line="240" w:lineRule="auto"/>
            </w:pPr>
          </w:p>
        </w:tc>
        <w:tc>
          <w:tcPr>
            <w:tcW w:w="1417" w:type="dxa"/>
            <w:shd w:val="clear" w:color="auto" w:fill="FFFFFF"/>
            <w:tcMar>
              <w:top w:w="70" w:type="dxa"/>
              <w:left w:w="85" w:type="dxa"/>
              <w:bottom w:w="70" w:type="dxa"/>
              <w:right w:w="85" w:type="dxa"/>
            </w:tcMar>
            <w:vAlign w:val="center"/>
          </w:tcPr>
          <w:p w14:paraId="1E9AEDC7" w14:textId="77777777" w:rsidR="00C16128" w:rsidRDefault="00C16128">
            <w:pPr>
              <w:spacing w:after="0" w:line="240" w:lineRule="auto"/>
            </w:pPr>
          </w:p>
        </w:tc>
        <w:tc>
          <w:tcPr>
            <w:tcW w:w="1020" w:type="dxa"/>
            <w:shd w:val="clear" w:color="auto" w:fill="FFFFFF"/>
            <w:tcMar>
              <w:top w:w="70" w:type="dxa"/>
              <w:left w:w="85" w:type="dxa"/>
              <w:bottom w:w="70" w:type="dxa"/>
              <w:right w:w="85" w:type="dxa"/>
            </w:tcMar>
            <w:vAlign w:val="center"/>
          </w:tcPr>
          <w:p w14:paraId="38A0B300" w14:textId="77777777" w:rsidR="00C16128" w:rsidRDefault="00C16128">
            <w:pPr>
              <w:spacing w:after="0" w:line="240" w:lineRule="auto"/>
            </w:pPr>
          </w:p>
        </w:tc>
        <w:tc>
          <w:tcPr>
            <w:tcW w:w="624" w:type="dxa"/>
            <w:shd w:val="clear" w:color="auto" w:fill="FFFFFF"/>
            <w:tcMar>
              <w:top w:w="70" w:type="dxa"/>
              <w:left w:w="85" w:type="dxa"/>
              <w:bottom w:w="70" w:type="dxa"/>
              <w:right w:w="85" w:type="dxa"/>
            </w:tcMar>
            <w:vAlign w:val="center"/>
          </w:tcPr>
          <w:p w14:paraId="07FFDA53" w14:textId="77777777" w:rsidR="00C16128" w:rsidRDefault="00C16128">
            <w:pPr>
              <w:spacing w:after="0" w:line="240" w:lineRule="auto"/>
            </w:pPr>
          </w:p>
        </w:tc>
      </w:tr>
      <w:tr w:rsidR="00C16128" w14:paraId="4808E05E" w14:textId="77777777">
        <w:trPr>
          <w:cantSplit/>
          <w:jc w:val="center"/>
        </w:trPr>
        <w:tc>
          <w:tcPr>
            <w:tcW w:w="1304" w:type="dxa"/>
            <w:shd w:val="clear" w:color="auto" w:fill="FAFAFA"/>
            <w:tcMar>
              <w:top w:w="70" w:type="dxa"/>
              <w:left w:w="85" w:type="dxa"/>
              <w:bottom w:w="70" w:type="dxa"/>
              <w:right w:w="85" w:type="dxa"/>
            </w:tcMar>
            <w:vAlign w:val="center"/>
          </w:tcPr>
          <w:p w14:paraId="0035D433" w14:textId="77777777" w:rsidR="00C16128" w:rsidRDefault="00C16128">
            <w:pPr>
              <w:spacing w:after="0" w:line="240" w:lineRule="auto"/>
            </w:pPr>
          </w:p>
        </w:tc>
        <w:tc>
          <w:tcPr>
            <w:tcW w:w="2438" w:type="dxa"/>
            <w:shd w:val="clear" w:color="auto" w:fill="FAFAFA"/>
            <w:tcMar>
              <w:top w:w="70" w:type="dxa"/>
              <w:left w:w="85" w:type="dxa"/>
              <w:bottom w:w="70" w:type="dxa"/>
              <w:right w:w="85" w:type="dxa"/>
            </w:tcMar>
            <w:vAlign w:val="center"/>
          </w:tcPr>
          <w:p w14:paraId="2C1A564F" w14:textId="77777777" w:rsidR="00C16128" w:rsidRDefault="00C16128">
            <w:pPr>
              <w:spacing w:after="0" w:line="240" w:lineRule="auto"/>
            </w:pPr>
          </w:p>
        </w:tc>
        <w:tc>
          <w:tcPr>
            <w:tcW w:w="1417" w:type="dxa"/>
            <w:shd w:val="clear" w:color="auto" w:fill="FAFAFA"/>
            <w:tcMar>
              <w:top w:w="70" w:type="dxa"/>
              <w:left w:w="85" w:type="dxa"/>
              <w:bottom w:w="70" w:type="dxa"/>
              <w:right w:w="85" w:type="dxa"/>
            </w:tcMar>
            <w:vAlign w:val="center"/>
          </w:tcPr>
          <w:p w14:paraId="096DEDDE" w14:textId="77777777" w:rsidR="00C16128" w:rsidRDefault="00C16128">
            <w:pPr>
              <w:spacing w:after="0" w:line="240" w:lineRule="auto"/>
            </w:pPr>
          </w:p>
        </w:tc>
        <w:tc>
          <w:tcPr>
            <w:tcW w:w="680" w:type="dxa"/>
            <w:shd w:val="clear" w:color="auto" w:fill="FAFAFA"/>
            <w:tcMar>
              <w:top w:w="70" w:type="dxa"/>
              <w:left w:w="85" w:type="dxa"/>
              <w:bottom w:w="70" w:type="dxa"/>
              <w:right w:w="85" w:type="dxa"/>
            </w:tcMar>
            <w:vAlign w:val="center"/>
          </w:tcPr>
          <w:p w14:paraId="594B255B" w14:textId="77777777" w:rsidR="00C16128" w:rsidRDefault="00C16128">
            <w:pPr>
              <w:spacing w:after="0" w:line="240" w:lineRule="auto"/>
            </w:pPr>
          </w:p>
        </w:tc>
        <w:tc>
          <w:tcPr>
            <w:tcW w:w="1020" w:type="dxa"/>
            <w:shd w:val="clear" w:color="auto" w:fill="FAFAFA"/>
            <w:tcMar>
              <w:top w:w="70" w:type="dxa"/>
              <w:left w:w="85" w:type="dxa"/>
              <w:bottom w:w="70" w:type="dxa"/>
              <w:right w:w="85" w:type="dxa"/>
            </w:tcMar>
            <w:vAlign w:val="center"/>
          </w:tcPr>
          <w:p w14:paraId="32E4E761" w14:textId="77777777" w:rsidR="00C16128" w:rsidRDefault="00C16128">
            <w:pPr>
              <w:spacing w:after="0" w:line="240" w:lineRule="auto"/>
            </w:pPr>
          </w:p>
        </w:tc>
        <w:tc>
          <w:tcPr>
            <w:tcW w:w="1417" w:type="dxa"/>
            <w:shd w:val="clear" w:color="auto" w:fill="FAFAFA"/>
            <w:tcMar>
              <w:top w:w="70" w:type="dxa"/>
              <w:left w:w="85" w:type="dxa"/>
              <w:bottom w:w="70" w:type="dxa"/>
              <w:right w:w="85" w:type="dxa"/>
            </w:tcMar>
            <w:vAlign w:val="center"/>
          </w:tcPr>
          <w:p w14:paraId="128D4D7B" w14:textId="77777777" w:rsidR="00C16128" w:rsidRDefault="00C16128">
            <w:pPr>
              <w:spacing w:after="0" w:line="240" w:lineRule="auto"/>
            </w:pPr>
          </w:p>
        </w:tc>
        <w:tc>
          <w:tcPr>
            <w:tcW w:w="1020" w:type="dxa"/>
            <w:shd w:val="clear" w:color="auto" w:fill="FAFAFA"/>
            <w:tcMar>
              <w:top w:w="70" w:type="dxa"/>
              <w:left w:w="85" w:type="dxa"/>
              <w:bottom w:w="70" w:type="dxa"/>
              <w:right w:w="85" w:type="dxa"/>
            </w:tcMar>
            <w:vAlign w:val="center"/>
          </w:tcPr>
          <w:p w14:paraId="51E227F9" w14:textId="77777777" w:rsidR="00C16128" w:rsidRDefault="00C16128">
            <w:pPr>
              <w:spacing w:after="0" w:line="240" w:lineRule="auto"/>
            </w:pPr>
          </w:p>
        </w:tc>
        <w:tc>
          <w:tcPr>
            <w:tcW w:w="624" w:type="dxa"/>
            <w:shd w:val="clear" w:color="auto" w:fill="FAFAFA"/>
            <w:tcMar>
              <w:top w:w="70" w:type="dxa"/>
              <w:left w:w="85" w:type="dxa"/>
              <w:bottom w:w="70" w:type="dxa"/>
              <w:right w:w="85" w:type="dxa"/>
            </w:tcMar>
            <w:vAlign w:val="center"/>
          </w:tcPr>
          <w:p w14:paraId="6C244F73" w14:textId="77777777" w:rsidR="00C16128" w:rsidRDefault="00C16128">
            <w:pPr>
              <w:spacing w:after="0" w:line="240" w:lineRule="auto"/>
            </w:pPr>
          </w:p>
        </w:tc>
      </w:tr>
      <w:tr w:rsidR="00C16128" w14:paraId="3BFC4C88" w14:textId="77777777">
        <w:trPr>
          <w:cantSplit/>
          <w:jc w:val="center"/>
        </w:trPr>
        <w:tc>
          <w:tcPr>
            <w:tcW w:w="1304" w:type="dxa"/>
            <w:shd w:val="clear" w:color="auto" w:fill="FFFFFF"/>
            <w:tcMar>
              <w:top w:w="70" w:type="dxa"/>
              <w:left w:w="85" w:type="dxa"/>
              <w:bottom w:w="70" w:type="dxa"/>
              <w:right w:w="85" w:type="dxa"/>
            </w:tcMar>
            <w:vAlign w:val="center"/>
          </w:tcPr>
          <w:p w14:paraId="17945E14" w14:textId="77777777" w:rsidR="00C16128" w:rsidRDefault="00C16128">
            <w:pPr>
              <w:spacing w:after="0" w:line="240" w:lineRule="auto"/>
            </w:pPr>
          </w:p>
        </w:tc>
        <w:tc>
          <w:tcPr>
            <w:tcW w:w="2438" w:type="dxa"/>
            <w:shd w:val="clear" w:color="auto" w:fill="FFFFFF"/>
            <w:tcMar>
              <w:top w:w="70" w:type="dxa"/>
              <w:left w:w="85" w:type="dxa"/>
              <w:bottom w:w="70" w:type="dxa"/>
              <w:right w:w="85" w:type="dxa"/>
            </w:tcMar>
            <w:vAlign w:val="center"/>
          </w:tcPr>
          <w:p w14:paraId="31E9D645" w14:textId="77777777" w:rsidR="00C16128" w:rsidRDefault="00C16128">
            <w:pPr>
              <w:spacing w:after="0" w:line="240" w:lineRule="auto"/>
            </w:pPr>
          </w:p>
        </w:tc>
        <w:tc>
          <w:tcPr>
            <w:tcW w:w="1417" w:type="dxa"/>
            <w:shd w:val="clear" w:color="auto" w:fill="FFFFFF"/>
            <w:tcMar>
              <w:top w:w="70" w:type="dxa"/>
              <w:left w:w="85" w:type="dxa"/>
              <w:bottom w:w="70" w:type="dxa"/>
              <w:right w:w="85" w:type="dxa"/>
            </w:tcMar>
            <w:vAlign w:val="center"/>
          </w:tcPr>
          <w:p w14:paraId="72CDE6F6" w14:textId="77777777" w:rsidR="00C16128" w:rsidRDefault="00C16128">
            <w:pPr>
              <w:spacing w:after="0" w:line="240" w:lineRule="auto"/>
            </w:pPr>
          </w:p>
        </w:tc>
        <w:tc>
          <w:tcPr>
            <w:tcW w:w="680" w:type="dxa"/>
            <w:shd w:val="clear" w:color="auto" w:fill="FFFFFF"/>
            <w:tcMar>
              <w:top w:w="70" w:type="dxa"/>
              <w:left w:w="85" w:type="dxa"/>
              <w:bottom w:w="70" w:type="dxa"/>
              <w:right w:w="85" w:type="dxa"/>
            </w:tcMar>
            <w:vAlign w:val="center"/>
          </w:tcPr>
          <w:p w14:paraId="602259A9" w14:textId="77777777" w:rsidR="00C16128" w:rsidRDefault="00C16128">
            <w:pPr>
              <w:spacing w:after="0" w:line="240" w:lineRule="auto"/>
            </w:pPr>
          </w:p>
        </w:tc>
        <w:tc>
          <w:tcPr>
            <w:tcW w:w="1020" w:type="dxa"/>
            <w:shd w:val="clear" w:color="auto" w:fill="FFFFFF"/>
            <w:tcMar>
              <w:top w:w="70" w:type="dxa"/>
              <w:left w:w="85" w:type="dxa"/>
              <w:bottom w:w="70" w:type="dxa"/>
              <w:right w:w="85" w:type="dxa"/>
            </w:tcMar>
            <w:vAlign w:val="center"/>
          </w:tcPr>
          <w:p w14:paraId="20D6909F" w14:textId="77777777" w:rsidR="00C16128" w:rsidRDefault="00C16128">
            <w:pPr>
              <w:spacing w:after="0" w:line="240" w:lineRule="auto"/>
            </w:pPr>
          </w:p>
        </w:tc>
        <w:tc>
          <w:tcPr>
            <w:tcW w:w="1417" w:type="dxa"/>
            <w:shd w:val="clear" w:color="auto" w:fill="FFFFFF"/>
            <w:tcMar>
              <w:top w:w="70" w:type="dxa"/>
              <w:left w:w="85" w:type="dxa"/>
              <w:bottom w:w="70" w:type="dxa"/>
              <w:right w:w="85" w:type="dxa"/>
            </w:tcMar>
            <w:vAlign w:val="center"/>
          </w:tcPr>
          <w:p w14:paraId="6276F0A3" w14:textId="77777777" w:rsidR="00C16128" w:rsidRDefault="00C16128">
            <w:pPr>
              <w:spacing w:after="0" w:line="240" w:lineRule="auto"/>
            </w:pPr>
          </w:p>
        </w:tc>
        <w:tc>
          <w:tcPr>
            <w:tcW w:w="1020" w:type="dxa"/>
            <w:shd w:val="clear" w:color="auto" w:fill="FFFFFF"/>
            <w:tcMar>
              <w:top w:w="70" w:type="dxa"/>
              <w:left w:w="85" w:type="dxa"/>
              <w:bottom w:w="70" w:type="dxa"/>
              <w:right w:w="85" w:type="dxa"/>
            </w:tcMar>
            <w:vAlign w:val="center"/>
          </w:tcPr>
          <w:p w14:paraId="07FA84FF" w14:textId="77777777" w:rsidR="00C16128" w:rsidRDefault="00C16128">
            <w:pPr>
              <w:spacing w:after="0" w:line="240" w:lineRule="auto"/>
            </w:pPr>
          </w:p>
        </w:tc>
        <w:tc>
          <w:tcPr>
            <w:tcW w:w="624" w:type="dxa"/>
            <w:shd w:val="clear" w:color="auto" w:fill="FFFFFF"/>
            <w:tcMar>
              <w:top w:w="70" w:type="dxa"/>
              <w:left w:w="85" w:type="dxa"/>
              <w:bottom w:w="70" w:type="dxa"/>
              <w:right w:w="85" w:type="dxa"/>
            </w:tcMar>
            <w:vAlign w:val="center"/>
          </w:tcPr>
          <w:p w14:paraId="30CCCDB4" w14:textId="77777777" w:rsidR="00C16128" w:rsidRDefault="00C16128">
            <w:pPr>
              <w:spacing w:after="0" w:line="240" w:lineRule="auto"/>
            </w:pPr>
          </w:p>
        </w:tc>
      </w:tr>
    </w:tbl>
    <w:p w14:paraId="5910C496" w14:textId="77777777" w:rsidR="00C16128" w:rsidRDefault="00C16128">
      <w:pPr>
        <w:spacing w:after="20"/>
      </w:pPr>
    </w:p>
    <w:p w14:paraId="73529DC2" w14:textId="77777777" w:rsidR="00C16128" w:rsidRPr="000236A4" w:rsidRDefault="00000000">
      <w:pPr>
        <w:pStyle w:val="Heading2"/>
        <w:rPr>
          <w:lang w:val="fr-FR"/>
        </w:rPr>
      </w:pPr>
      <w:r w:rsidRPr="000236A4">
        <w:rPr>
          <w:lang w:val="fr-FR"/>
        </w:rPr>
        <w:t>Matrice orientativă a termenelor de păstrare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154"/>
        <w:gridCol w:w="3231"/>
        <w:gridCol w:w="3231"/>
        <w:gridCol w:w="1304"/>
      </w:tblGrid>
      <w:tr w:rsidR="00C16128" w14:paraId="5DE756F0" w14:textId="77777777">
        <w:trPr>
          <w:tblHeader/>
          <w:jc w:val="center"/>
        </w:trPr>
        <w:tc>
          <w:tcPr>
            <w:tcW w:w="2154" w:type="dxa"/>
            <w:shd w:val="clear" w:color="auto" w:fill="D71920"/>
            <w:tcMar>
              <w:top w:w="70" w:type="dxa"/>
              <w:left w:w="85" w:type="dxa"/>
              <w:bottom w:w="70" w:type="dxa"/>
              <w:right w:w="85" w:type="dxa"/>
            </w:tcMar>
            <w:vAlign w:val="center"/>
          </w:tcPr>
          <w:p w14:paraId="437B1190" w14:textId="77777777" w:rsidR="00C16128" w:rsidRDefault="00000000">
            <w:pPr>
              <w:spacing w:after="0" w:line="240" w:lineRule="auto"/>
              <w:jc w:val="center"/>
            </w:pPr>
            <w:r>
              <w:rPr>
                <w:b/>
                <w:color w:val="FFFFFF"/>
                <w:sz w:val="15"/>
              </w:rPr>
              <w:t>CATEGORIE</w:t>
            </w:r>
          </w:p>
        </w:tc>
        <w:tc>
          <w:tcPr>
            <w:tcW w:w="3231" w:type="dxa"/>
            <w:shd w:val="clear" w:color="auto" w:fill="D71920"/>
            <w:tcMar>
              <w:top w:w="70" w:type="dxa"/>
              <w:left w:w="85" w:type="dxa"/>
              <w:bottom w:w="70" w:type="dxa"/>
              <w:right w:w="85" w:type="dxa"/>
            </w:tcMar>
            <w:vAlign w:val="center"/>
          </w:tcPr>
          <w:p w14:paraId="635DA557" w14:textId="77777777" w:rsidR="00C16128" w:rsidRDefault="00000000">
            <w:pPr>
              <w:spacing w:after="0" w:line="240" w:lineRule="auto"/>
              <w:jc w:val="center"/>
            </w:pPr>
            <w:r>
              <w:rPr>
                <w:b/>
                <w:color w:val="FFFFFF"/>
                <w:sz w:val="15"/>
              </w:rPr>
              <w:t>EXEMPLE</w:t>
            </w:r>
          </w:p>
        </w:tc>
        <w:tc>
          <w:tcPr>
            <w:tcW w:w="3231" w:type="dxa"/>
            <w:shd w:val="clear" w:color="auto" w:fill="D71920"/>
            <w:tcMar>
              <w:top w:w="70" w:type="dxa"/>
              <w:left w:w="85" w:type="dxa"/>
              <w:bottom w:w="70" w:type="dxa"/>
              <w:right w:w="85" w:type="dxa"/>
            </w:tcMar>
            <w:vAlign w:val="center"/>
          </w:tcPr>
          <w:p w14:paraId="1A9CE741" w14:textId="77777777" w:rsidR="00C16128" w:rsidRDefault="00000000">
            <w:pPr>
              <w:spacing w:after="0" w:line="240" w:lineRule="auto"/>
              <w:jc w:val="center"/>
            </w:pPr>
            <w:r>
              <w:rPr>
                <w:b/>
                <w:color w:val="FFFFFF"/>
                <w:sz w:val="15"/>
              </w:rPr>
              <w:t>CRITERIU DE STABILIRE</w:t>
            </w:r>
          </w:p>
        </w:tc>
        <w:tc>
          <w:tcPr>
            <w:tcW w:w="1304" w:type="dxa"/>
            <w:shd w:val="clear" w:color="auto" w:fill="D71920"/>
            <w:tcMar>
              <w:top w:w="70" w:type="dxa"/>
              <w:left w:w="85" w:type="dxa"/>
              <w:bottom w:w="70" w:type="dxa"/>
              <w:right w:w="85" w:type="dxa"/>
            </w:tcMar>
            <w:vAlign w:val="center"/>
          </w:tcPr>
          <w:p w14:paraId="10606AA1" w14:textId="77777777" w:rsidR="00C16128" w:rsidRDefault="00000000">
            <w:pPr>
              <w:spacing w:after="0" w:line="240" w:lineRule="auto"/>
              <w:jc w:val="center"/>
            </w:pPr>
            <w:r>
              <w:rPr>
                <w:b/>
                <w:color w:val="FFFFFF"/>
                <w:sz w:val="15"/>
              </w:rPr>
              <w:t>TERMEN APROBAT</w:t>
            </w:r>
          </w:p>
        </w:tc>
      </w:tr>
      <w:tr w:rsidR="00C16128" w14:paraId="01BE3455" w14:textId="77777777">
        <w:trPr>
          <w:cantSplit/>
          <w:jc w:val="center"/>
        </w:trPr>
        <w:tc>
          <w:tcPr>
            <w:tcW w:w="2154" w:type="dxa"/>
            <w:shd w:val="clear" w:color="auto" w:fill="FFFFFF"/>
            <w:tcMar>
              <w:top w:w="70" w:type="dxa"/>
              <w:left w:w="85" w:type="dxa"/>
              <w:bottom w:w="70" w:type="dxa"/>
              <w:right w:w="85" w:type="dxa"/>
            </w:tcMar>
            <w:vAlign w:val="center"/>
          </w:tcPr>
          <w:p w14:paraId="0EFF14B9" w14:textId="77777777" w:rsidR="00C16128" w:rsidRDefault="00000000">
            <w:pPr>
              <w:spacing w:after="0" w:line="240" w:lineRule="auto"/>
            </w:pPr>
            <w:r>
              <w:rPr>
                <w:sz w:val="14"/>
              </w:rPr>
              <w:t>Lot și trasabilitate</w:t>
            </w:r>
          </w:p>
        </w:tc>
        <w:tc>
          <w:tcPr>
            <w:tcW w:w="3231" w:type="dxa"/>
            <w:shd w:val="clear" w:color="auto" w:fill="FFFFFF"/>
            <w:tcMar>
              <w:top w:w="70" w:type="dxa"/>
              <w:left w:w="85" w:type="dxa"/>
              <w:bottom w:w="70" w:type="dxa"/>
              <w:right w:w="85" w:type="dxa"/>
            </w:tcMar>
            <w:vAlign w:val="center"/>
          </w:tcPr>
          <w:p w14:paraId="6ACAC762" w14:textId="77777777" w:rsidR="00C16128" w:rsidRDefault="00000000">
            <w:pPr>
              <w:spacing w:after="0" w:line="240" w:lineRule="auto"/>
            </w:pPr>
            <w:r>
              <w:rPr>
                <w:sz w:val="14"/>
              </w:rPr>
              <w:t>Recepții, producție, ambalare, eliberare, expediție</w:t>
            </w:r>
          </w:p>
        </w:tc>
        <w:tc>
          <w:tcPr>
            <w:tcW w:w="3231" w:type="dxa"/>
            <w:shd w:val="clear" w:color="auto" w:fill="FFFFFF"/>
            <w:tcMar>
              <w:top w:w="70" w:type="dxa"/>
              <w:left w:w="85" w:type="dxa"/>
              <w:bottom w:w="70" w:type="dxa"/>
              <w:right w:w="85" w:type="dxa"/>
            </w:tcMar>
            <w:vAlign w:val="center"/>
          </w:tcPr>
          <w:p w14:paraId="004FF411" w14:textId="77777777" w:rsidR="00C16128" w:rsidRDefault="00000000">
            <w:pPr>
              <w:spacing w:after="0" w:line="240" w:lineRule="auto"/>
            </w:pPr>
            <w:r>
              <w:rPr>
                <w:sz w:val="14"/>
              </w:rPr>
              <w:t>Termen produs + cerințe legale/client + investigații și răspundere</w:t>
            </w:r>
          </w:p>
        </w:tc>
        <w:tc>
          <w:tcPr>
            <w:tcW w:w="1304" w:type="dxa"/>
            <w:shd w:val="clear" w:color="auto" w:fill="FFFFFF"/>
            <w:tcMar>
              <w:top w:w="70" w:type="dxa"/>
              <w:left w:w="85" w:type="dxa"/>
              <w:bottom w:w="70" w:type="dxa"/>
              <w:right w:w="85" w:type="dxa"/>
            </w:tcMar>
            <w:vAlign w:val="center"/>
          </w:tcPr>
          <w:p w14:paraId="1652CE3A" w14:textId="77777777" w:rsidR="00C16128" w:rsidRDefault="00C16128">
            <w:pPr>
              <w:spacing w:after="0" w:line="240" w:lineRule="auto"/>
            </w:pPr>
          </w:p>
        </w:tc>
      </w:tr>
      <w:tr w:rsidR="00C16128" w:rsidRPr="000236A4" w14:paraId="0AB9992F" w14:textId="77777777">
        <w:trPr>
          <w:cantSplit/>
          <w:jc w:val="center"/>
        </w:trPr>
        <w:tc>
          <w:tcPr>
            <w:tcW w:w="2154" w:type="dxa"/>
            <w:shd w:val="clear" w:color="auto" w:fill="FAFAFA"/>
            <w:tcMar>
              <w:top w:w="70" w:type="dxa"/>
              <w:left w:w="85" w:type="dxa"/>
              <w:bottom w:w="70" w:type="dxa"/>
              <w:right w:w="85" w:type="dxa"/>
            </w:tcMar>
            <w:vAlign w:val="center"/>
          </w:tcPr>
          <w:p w14:paraId="78EA57A1" w14:textId="77777777" w:rsidR="00C16128" w:rsidRDefault="00000000">
            <w:pPr>
              <w:spacing w:after="0" w:line="240" w:lineRule="auto"/>
            </w:pPr>
            <w:r>
              <w:rPr>
                <w:sz w:val="14"/>
              </w:rPr>
              <w:t>OPRP / CCP</w:t>
            </w:r>
          </w:p>
        </w:tc>
        <w:tc>
          <w:tcPr>
            <w:tcW w:w="3231" w:type="dxa"/>
            <w:shd w:val="clear" w:color="auto" w:fill="FAFAFA"/>
            <w:tcMar>
              <w:top w:w="70" w:type="dxa"/>
              <w:left w:w="85" w:type="dxa"/>
              <w:bottom w:w="70" w:type="dxa"/>
              <w:right w:w="85" w:type="dxa"/>
            </w:tcMar>
            <w:vAlign w:val="center"/>
          </w:tcPr>
          <w:p w14:paraId="5130BB13" w14:textId="77777777" w:rsidR="00C16128" w:rsidRPr="000236A4" w:rsidRDefault="00000000">
            <w:pPr>
              <w:spacing w:after="0" w:line="240" w:lineRule="auto"/>
              <w:rPr>
                <w:lang w:val="fr-FR"/>
              </w:rPr>
            </w:pPr>
            <w:r w:rsidRPr="000236A4">
              <w:rPr>
                <w:sz w:val="14"/>
                <w:lang w:val="fr-FR"/>
              </w:rPr>
              <w:t>Monitorizări, deviații, corecții și verificări</w:t>
            </w:r>
          </w:p>
        </w:tc>
        <w:tc>
          <w:tcPr>
            <w:tcW w:w="3231" w:type="dxa"/>
            <w:shd w:val="clear" w:color="auto" w:fill="FAFAFA"/>
            <w:tcMar>
              <w:top w:w="70" w:type="dxa"/>
              <w:left w:w="85" w:type="dxa"/>
              <w:bottom w:w="70" w:type="dxa"/>
              <w:right w:w="85" w:type="dxa"/>
            </w:tcMar>
            <w:vAlign w:val="center"/>
          </w:tcPr>
          <w:p w14:paraId="5585A723" w14:textId="77777777" w:rsidR="00C16128" w:rsidRPr="000236A4" w:rsidRDefault="00000000">
            <w:pPr>
              <w:spacing w:after="0" w:line="240" w:lineRule="auto"/>
              <w:rPr>
                <w:lang w:val="de-DE"/>
              </w:rPr>
            </w:pPr>
            <w:r w:rsidRPr="000236A4">
              <w:rPr>
                <w:sz w:val="14"/>
                <w:lang w:val="de-DE"/>
              </w:rPr>
              <w:t>Termen produs + risc + cerințe legale/schema</w:t>
            </w:r>
          </w:p>
        </w:tc>
        <w:tc>
          <w:tcPr>
            <w:tcW w:w="1304" w:type="dxa"/>
            <w:shd w:val="clear" w:color="auto" w:fill="FAFAFA"/>
            <w:tcMar>
              <w:top w:w="70" w:type="dxa"/>
              <w:left w:w="85" w:type="dxa"/>
              <w:bottom w:w="70" w:type="dxa"/>
              <w:right w:w="85" w:type="dxa"/>
            </w:tcMar>
            <w:vAlign w:val="center"/>
          </w:tcPr>
          <w:p w14:paraId="0369BE63" w14:textId="77777777" w:rsidR="00C16128" w:rsidRPr="000236A4" w:rsidRDefault="00C16128">
            <w:pPr>
              <w:spacing w:after="0" w:line="240" w:lineRule="auto"/>
              <w:rPr>
                <w:lang w:val="de-DE"/>
              </w:rPr>
            </w:pPr>
          </w:p>
        </w:tc>
      </w:tr>
      <w:tr w:rsidR="00C16128" w14:paraId="043E7633" w14:textId="77777777">
        <w:trPr>
          <w:cantSplit/>
          <w:jc w:val="center"/>
        </w:trPr>
        <w:tc>
          <w:tcPr>
            <w:tcW w:w="2154" w:type="dxa"/>
            <w:shd w:val="clear" w:color="auto" w:fill="FFFFFF"/>
            <w:tcMar>
              <w:top w:w="70" w:type="dxa"/>
              <w:left w:w="85" w:type="dxa"/>
              <w:bottom w:w="70" w:type="dxa"/>
              <w:right w:w="85" w:type="dxa"/>
            </w:tcMar>
            <w:vAlign w:val="center"/>
          </w:tcPr>
          <w:p w14:paraId="0D3662EA" w14:textId="77777777" w:rsidR="00C16128" w:rsidRDefault="00000000">
            <w:pPr>
              <w:spacing w:after="0" w:line="240" w:lineRule="auto"/>
            </w:pPr>
            <w:r>
              <w:rPr>
                <w:sz w:val="14"/>
              </w:rPr>
              <w:t>Validare și studii</w:t>
            </w:r>
          </w:p>
        </w:tc>
        <w:tc>
          <w:tcPr>
            <w:tcW w:w="3231" w:type="dxa"/>
            <w:shd w:val="clear" w:color="auto" w:fill="FFFFFF"/>
            <w:tcMar>
              <w:top w:w="70" w:type="dxa"/>
              <w:left w:w="85" w:type="dxa"/>
              <w:bottom w:w="70" w:type="dxa"/>
              <w:right w:w="85" w:type="dxa"/>
            </w:tcMar>
            <w:vAlign w:val="center"/>
          </w:tcPr>
          <w:p w14:paraId="7A7D5F61" w14:textId="77777777" w:rsidR="00C16128" w:rsidRPr="000236A4" w:rsidRDefault="00000000">
            <w:pPr>
              <w:spacing w:after="0" w:line="240" w:lineRule="auto"/>
              <w:rPr>
                <w:lang w:val="fr-FR"/>
              </w:rPr>
            </w:pPr>
            <w:r w:rsidRPr="000236A4">
              <w:rPr>
                <w:sz w:val="14"/>
                <w:lang w:val="fr-FR"/>
              </w:rPr>
              <w:t>Rapoarte, calcule, teste și aprobări</w:t>
            </w:r>
          </w:p>
        </w:tc>
        <w:tc>
          <w:tcPr>
            <w:tcW w:w="3231" w:type="dxa"/>
            <w:shd w:val="clear" w:color="auto" w:fill="FFFFFF"/>
            <w:tcMar>
              <w:top w:w="70" w:type="dxa"/>
              <w:left w:w="85" w:type="dxa"/>
              <w:bottom w:w="70" w:type="dxa"/>
              <w:right w:w="85" w:type="dxa"/>
            </w:tcMar>
            <w:vAlign w:val="center"/>
          </w:tcPr>
          <w:p w14:paraId="36C10B2B" w14:textId="77777777" w:rsidR="00C16128" w:rsidRDefault="00000000">
            <w:pPr>
              <w:spacing w:after="0" w:line="240" w:lineRule="auto"/>
            </w:pPr>
            <w:r>
              <w:rPr>
                <w:sz w:val="14"/>
              </w:rPr>
              <w:t>Durata utilizării procesului + perioadă pentru demonstrarea controlului</w:t>
            </w:r>
          </w:p>
        </w:tc>
        <w:tc>
          <w:tcPr>
            <w:tcW w:w="1304" w:type="dxa"/>
            <w:shd w:val="clear" w:color="auto" w:fill="FFFFFF"/>
            <w:tcMar>
              <w:top w:w="70" w:type="dxa"/>
              <w:left w:w="85" w:type="dxa"/>
              <w:bottom w:w="70" w:type="dxa"/>
              <w:right w:w="85" w:type="dxa"/>
            </w:tcMar>
            <w:vAlign w:val="center"/>
          </w:tcPr>
          <w:p w14:paraId="26D63F13" w14:textId="77777777" w:rsidR="00C16128" w:rsidRDefault="00C16128">
            <w:pPr>
              <w:spacing w:after="0" w:line="240" w:lineRule="auto"/>
            </w:pPr>
          </w:p>
        </w:tc>
      </w:tr>
      <w:tr w:rsidR="00C16128" w:rsidRPr="000236A4" w14:paraId="363EF62A" w14:textId="77777777">
        <w:trPr>
          <w:cantSplit/>
          <w:jc w:val="center"/>
        </w:trPr>
        <w:tc>
          <w:tcPr>
            <w:tcW w:w="2154" w:type="dxa"/>
            <w:shd w:val="clear" w:color="auto" w:fill="FAFAFA"/>
            <w:tcMar>
              <w:top w:w="70" w:type="dxa"/>
              <w:left w:w="85" w:type="dxa"/>
              <w:bottom w:w="70" w:type="dxa"/>
              <w:right w:w="85" w:type="dxa"/>
            </w:tcMar>
            <w:vAlign w:val="center"/>
          </w:tcPr>
          <w:p w14:paraId="6B494224" w14:textId="77777777" w:rsidR="00C16128" w:rsidRDefault="00000000">
            <w:pPr>
              <w:spacing w:after="0" w:line="240" w:lineRule="auto"/>
            </w:pPr>
            <w:r>
              <w:rPr>
                <w:sz w:val="14"/>
              </w:rPr>
              <w:t>Analize laborator</w:t>
            </w:r>
          </w:p>
        </w:tc>
        <w:tc>
          <w:tcPr>
            <w:tcW w:w="3231" w:type="dxa"/>
            <w:shd w:val="clear" w:color="auto" w:fill="FAFAFA"/>
            <w:tcMar>
              <w:top w:w="70" w:type="dxa"/>
              <w:left w:w="85" w:type="dxa"/>
              <w:bottom w:w="70" w:type="dxa"/>
              <w:right w:w="85" w:type="dxa"/>
            </w:tcMar>
            <w:vAlign w:val="center"/>
          </w:tcPr>
          <w:p w14:paraId="747B4115" w14:textId="77777777" w:rsidR="00C16128" w:rsidRDefault="00000000">
            <w:pPr>
              <w:spacing w:after="0" w:line="240" w:lineRule="auto"/>
            </w:pPr>
            <w:r>
              <w:rPr>
                <w:sz w:val="14"/>
              </w:rPr>
              <w:t>COA, rezultate interne/externe, probe și tendințe</w:t>
            </w:r>
          </w:p>
        </w:tc>
        <w:tc>
          <w:tcPr>
            <w:tcW w:w="3231" w:type="dxa"/>
            <w:shd w:val="clear" w:color="auto" w:fill="FAFAFA"/>
            <w:tcMar>
              <w:top w:w="70" w:type="dxa"/>
              <w:left w:w="85" w:type="dxa"/>
              <w:bottom w:w="70" w:type="dxa"/>
              <w:right w:w="85" w:type="dxa"/>
            </w:tcMar>
            <w:vAlign w:val="center"/>
          </w:tcPr>
          <w:p w14:paraId="377CB2F3" w14:textId="77777777" w:rsidR="00C16128" w:rsidRPr="000236A4" w:rsidRDefault="00000000">
            <w:pPr>
              <w:spacing w:after="0" w:line="240" w:lineRule="auto"/>
              <w:rPr>
                <w:lang w:val="fr-FR"/>
              </w:rPr>
            </w:pPr>
            <w:r w:rsidRPr="000236A4">
              <w:rPr>
                <w:sz w:val="14"/>
                <w:lang w:val="fr-FR"/>
              </w:rPr>
              <w:t>Termen produs + cerințe legale/client + risc</w:t>
            </w:r>
          </w:p>
        </w:tc>
        <w:tc>
          <w:tcPr>
            <w:tcW w:w="1304" w:type="dxa"/>
            <w:shd w:val="clear" w:color="auto" w:fill="FAFAFA"/>
            <w:tcMar>
              <w:top w:w="70" w:type="dxa"/>
              <w:left w:w="85" w:type="dxa"/>
              <w:bottom w:w="70" w:type="dxa"/>
              <w:right w:w="85" w:type="dxa"/>
            </w:tcMar>
            <w:vAlign w:val="center"/>
          </w:tcPr>
          <w:p w14:paraId="45E9D28B" w14:textId="77777777" w:rsidR="00C16128" w:rsidRPr="000236A4" w:rsidRDefault="00C16128">
            <w:pPr>
              <w:spacing w:after="0" w:line="240" w:lineRule="auto"/>
              <w:rPr>
                <w:lang w:val="fr-FR"/>
              </w:rPr>
            </w:pPr>
          </w:p>
        </w:tc>
      </w:tr>
      <w:tr w:rsidR="00C16128" w14:paraId="40E5707C" w14:textId="77777777">
        <w:trPr>
          <w:cantSplit/>
          <w:jc w:val="center"/>
        </w:trPr>
        <w:tc>
          <w:tcPr>
            <w:tcW w:w="2154" w:type="dxa"/>
            <w:shd w:val="clear" w:color="auto" w:fill="FFFFFF"/>
            <w:tcMar>
              <w:top w:w="70" w:type="dxa"/>
              <w:left w:w="85" w:type="dxa"/>
              <w:bottom w:w="70" w:type="dxa"/>
              <w:right w:w="85" w:type="dxa"/>
            </w:tcMar>
            <w:vAlign w:val="center"/>
          </w:tcPr>
          <w:p w14:paraId="287670AB" w14:textId="77777777" w:rsidR="00C16128" w:rsidRDefault="00000000">
            <w:pPr>
              <w:spacing w:after="0" w:line="240" w:lineRule="auto"/>
            </w:pPr>
            <w:r>
              <w:rPr>
                <w:sz w:val="14"/>
              </w:rPr>
              <w:t>Furnizori</w:t>
            </w:r>
          </w:p>
        </w:tc>
        <w:tc>
          <w:tcPr>
            <w:tcW w:w="3231" w:type="dxa"/>
            <w:shd w:val="clear" w:color="auto" w:fill="FFFFFF"/>
            <w:tcMar>
              <w:top w:w="70" w:type="dxa"/>
              <w:left w:w="85" w:type="dxa"/>
              <w:bottom w:w="70" w:type="dxa"/>
              <w:right w:w="85" w:type="dxa"/>
            </w:tcMar>
            <w:vAlign w:val="center"/>
          </w:tcPr>
          <w:p w14:paraId="62CD0791" w14:textId="77777777" w:rsidR="00C16128" w:rsidRDefault="00000000">
            <w:pPr>
              <w:spacing w:after="0" w:line="240" w:lineRule="auto"/>
            </w:pPr>
            <w:r>
              <w:rPr>
                <w:sz w:val="14"/>
              </w:rPr>
              <w:t>Aprobări, specificații, performanță și incidente</w:t>
            </w:r>
          </w:p>
        </w:tc>
        <w:tc>
          <w:tcPr>
            <w:tcW w:w="3231" w:type="dxa"/>
            <w:shd w:val="clear" w:color="auto" w:fill="FFFFFF"/>
            <w:tcMar>
              <w:top w:w="70" w:type="dxa"/>
              <w:left w:w="85" w:type="dxa"/>
              <w:bottom w:w="70" w:type="dxa"/>
              <w:right w:w="85" w:type="dxa"/>
            </w:tcMar>
            <w:vAlign w:val="center"/>
          </w:tcPr>
          <w:p w14:paraId="6EA82F66" w14:textId="77777777" w:rsidR="00C16128" w:rsidRDefault="00000000">
            <w:pPr>
              <w:spacing w:after="0" w:line="240" w:lineRule="auto"/>
            </w:pPr>
            <w:r>
              <w:rPr>
                <w:sz w:val="14"/>
              </w:rPr>
              <w:t>Durata relației + perioadă contractuală/răspundere</w:t>
            </w:r>
          </w:p>
        </w:tc>
        <w:tc>
          <w:tcPr>
            <w:tcW w:w="1304" w:type="dxa"/>
            <w:shd w:val="clear" w:color="auto" w:fill="FFFFFF"/>
            <w:tcMar>
              <w:top w:w="70" w:type="dxa"/>
              <w:left w:w="85" w:type="dxa"/>
              <w:bottom w:w="70" w:type="dxa"/>
              <w:right w:w="85" w:type="dxa"/>
            </w:tcMar>
            <w:vAlign w:val="center"/>
          </w:tcPr>
          <w:p w14:paraId="452F4135" w14:textId="77777777" w:rsidR="00C16128" w:rsidRDefault="00C16128">
            <w:pPr>
              <w:spacing w:after="0" w:line="240" w:lineRule="auto"/>
            </w:pPr>
          </w:p>
        </w:tc>
      </w:tr>
      <w:tr w:rsidR="00C16128" w14:paraId="6F3C38BE" w14:textId="77777777">
        <w:trPr>
          <w:cantSplit/>
          <w:jc w:val="center"/>
        </w:trPr>
        <w:tc>
          <w:tcPr>
            <w:tcW w:w="2154" w:type="dxa"/>
            <w:shd w:val="clear" w:color="auto" w:fill="FAFAFA"/>
            <w:tcMar>
              <w:top w:w="70" w:type="dxa"/>
              <w:left w:w="85" w:type="dxa"/>
              <w:bottom w:w="70" w:type="dxa"/>
              <w:right w:w="85" w:type="dxa"/>
            </w:tcMar>
            <w:vAlign w:val="center"/>
          </w:tcPr>
          <w:p w14:paraId="3D1923E8" w14:textId="77777777" w:rsidR="00C16128" w:rsidRDefault="00000000">
            <w:pPr>
              <w:spacing w:after="0" w:line="240" w:lineRule="auto"/>
            </w:pPr>
            <w:r>
              <w:rPr>
                <w:sz w:val="14"/>
              </w:rPr>
              <w:t>Rechemări / incidente</w:t>
            </w:r>
          </w:p>
        </w:tc>
        <w:tc>
          <w:tcPr>
            <w:tcW w:w="3231" w:type="dxa"/>
            <w:shd w:val="clear" w:color="auto" w:fill="FAFAFA"/>
            <w:tcMar>
              <w:top w:w="70" w:type="dxa"/>
              <w:left w:w="85" w:type="dxa"/>
              <w:bottom w:w="70" w:type="dxa"/>
              <w:right w:w="85" w:type="dxa"/>
            </w:tcMar>
            <w:vAlign w:val="center"/>
          </w:tcPr>
          <w:p w14:paraId="0883537A" w14:textId="77777777" w:rsidR="00C16128" w:rsidRDefault="00000000">
            <w:pPr>
              <w:spacing w:after="0" w:line="240" w:lineRule="auto"/>
            </w:pPr>
            <w:r>
              <w:rPr>
                <w:sz w:val="14"/>
              </w:rPr>
              <w:t>Decizii, notificări, cantități și eficacitate</w:t>
            </w:r>
          </w:p>
        </w:tc>
        <w:tc>
          <w:tcPr>
            <w:tcW w:w="3231" w:type="dxa"/>
            <w:shd w:val="clear" w:color="auto" w:fill="FAFAFA"/>
            <w:tcMar>
              <w:top w:w="70" w:type="dxa"/>
              <w:left w:w="85" w:type="dxa"/>
              <w:bottom w:w="70" w:type="dxa"/>
              <w:right w:w="85" w:type="dxa"/>
            </w:tcMar>
            <w:vAlign w:val="center"/>
          </w:tcPr>
          <w:p w14:paraId="31261AC8" w14:textId="77777777" w:rsidR="00C16128" w:rsidRDefault="00000000">
            <w:pPr>
              <w:spacing w:after="0" w:line="240" w:lineRule="auto"/>
            </w:pPr>
            <w:r>
              <w:rPr>
                <w:sz w:val="14"/>
              </w:rPr>
              <w:t>Cerințe legale + răspundere + lecții învățate</w:t>
            </w:r>
          </w:p>
        </w:tc>
        <w:tc>
          <w:tcPr>
            <w:tcW w:w="1304" w:type="dxa"/>
            <w:shd w:val="clear" w:color="auto" w:fill="FAFAFA"/>
            <w:tcMar>
              <w:top w:w="70" w:type="dxa"/>
              <w:left w:w="85" w:type="dxa"/>
              <w:bottom w:w="70" w:type="dxa"/>
              <w:right w:w="85" w:type="dxa"/>
            </w:tcMar>
            <w:vAlign w:val="center"/>
          </w:tcPr>
          <w:p w14:paraId="1DDE2B9F" w14:textId="77777777" w:rsidR="00C16128" w:rsidRDefault="00C16128">
            <w:pPr>
              <w:spacing w:after="0" w:line="240" w:lineRule="auto"/>
            </w:pPr>
          </w:p>
        </w:tc>
      </w:tr>
      <w:tr w:rsidR="00C16128" w14:paraId="4AD36F76" w14:textId="77777777">
        <w:trPr>
          <w:cantSplit/>
          <w:jc w:val="center"/>
        </w:trPr>
        <w:tc>
          <w:tcPr>
            <w:tcW w:w="2154" w:type="dxa"/>
            <w:shd w:val="clear" w:color="auto" w:fill="FFFFFF"/>
            <w:tcMar>
              <w:top w:w="70" w:type="dxa"/>
              <w:left w:w="85" w:type="dxa"/>
              <w:bottom w:w="70" w:type="dxa"/>
              <w:right w:w="85" w:type="dxa"/>
            </w:tcMar>
            <w:vAlign w:val="center"/>
          </w:tcPr>
          <w:p w14:paraId="7459C3E3" w14:textId="77777777" w:rsidR="00C16128" w:rsidRDefault="00000000">
            <w:pPr>
              <w:spacing w:after="0" w:line="240" w:lineRule="auto"/>
            </w:pPr>
            <w:r>
              <w:rPr>
                <w:sz w:val="14"/>
              </w:rPr>
              <w:t>Competență</w:t>
            </w:r>
          </w:p>
        </w:tc>
        <w:tc>
          <w:tcPr>
            <w:tcW w:w="3231" w:type="dxa"/>
            <w:shd w:val="clear" w:color="auto" w:fill="FFFFFF"/>
            <w:tcMar>
              <w:top w:w="70" w:type="dxa"/>
              <w:left w:w="85" w:type="dxa"/>
              <w:bottom w:w="70" w:type="dxa"/>
              <w:right w:w="85" w:type="dxa"/>
            </w:tcMar>
            <w:vAlign w:val="center"/>
          </w:tcPr>
          <w:p w14:paraId="32BCC6D7" w14:textId="77777777" w:rsidR="00C16128" w:rsidRDefault="00000000">
            <w:pPr>
              <w:spacing w:after="0" w:line="240" w:lineRule="auto"/>
            </w:pPr>
            <w:r>
              <w:rPr>
                <w:sz w:val="14"/>
              </w:rPr>
              <w:t>Instruiri, evaluări, autorizări</w:t>
            </w:r>
          </w:p>
        </w:tc>
        <w:tc>
          <w:tcPr>
            <w:tcW w:w="3231" w:type="dxa"/>
            <w:shd w:val="clear" w:color="auto" w:fill="FFFFFF"/>
            <w:tcMar>
              <w:top w:w="70" w:type="dxa"/>
              <w:left w:w="85" w:type="dxa"/>
              <w:bottom w:w="70" w:type="dxa"/>
              <w:right w:w="85" w:type="dxa"/>
            </w:tcMar>
            <w:vAlign w:val="center"/>
          </w:tcPr>
          <w:p w14:paraId="0F24E4D3" w14:textId="77777777" w:rsidR="00C16128" w:rsidRDefault="00000000">
            <w:pPr>
              <w:spacing w:after="0" w:line="240" w:lineRule="auto"/>
            </w:pPr>
            <w:r>
              <w:rPr>
                <w:sz w:val="14"/>
              </w:rPr>
              <w:t>Durata rolului + cerințe legale/schema</w:t>
            </w:r>
          </w:p>
        </w:tc>
        <w:tc>
          <w:tcPr>
            <w:tcW w:w="1304" w:type="dxa"/>
            <w:shd w:val="clear" w:color="auto" w:fill="FFFFFF"/>
            <w:tcMar>
              <w:top w:w="70" w:type="dxa"/>
              <w:left w:w="85" w:type="dxa"/>
              <w:bottom w:w="70" w:type="dxa"/>
              <w:right w:w="85" w:type="dxa"/>
            </w:tcMar>
            <w:vAlign w:val="center"/>
          </w:tcPr>
          <w:p w14:paraId="156B2768" w14:textId="77777777" w:rsidR="00C16128" w:rsidRDefault="00C16128">
            <w:pPr>
              <w:spacing w:after="0" w:line="240" w:lineRule="auto"/>
            </w:pPr>
          </w:p>
        </w:tc>
      </w:tr>
    </w:tbl>
    <w:p w14:paraId="2C67E1ED" w14:textId="77777777" w:rsidR="00C16128" w:rsidRDefault="00C16128">
      <w:pPr>
        <w:spacing w:after="20"/>
      </w:pPr>
    </w:p>
    <w:p w14:paraId="285315B2" w14:textId="77777777" w:rsidR="00C16128" w:rsidRDefault="00000000">
      <w:pPr>
        <w:pStyle w:val="Heading2"/>
      </w:pPr>
      <w:r>
        <w:t>Cerere de creare sau modificare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3855"/>
        <w:gridCol w:w="1928"/>
        <w:gridCol w:w="2211"/>
      </w:tblGrid>
      <w:tr w:rsidR="00C16128" w14:paraId="2D43997C" w14:textId="77777777">
        <w:trPr>
          <w:jc w:val="center"/>
        </w:trPr>
        <w:tc>
          <w:tcPr>
            <w:tcW w:w="1928" w:type="dxa"/>
            <w:shd w:val="clear" w:color="auto" w:fill="F3F4F5"/>
            <w:tcMar>
              <w:top w:w="70" w:type="dxa"/>
              <w:left w:w="85" w:type="dxa"/>
              <w:bottom w:w="70" w:type="dxa"/>
              <w:right w:w="85" w:type="dxa"/>
            </w:tcMar>
            <w:vAlign w:val="center"/>
          </w:tcPr>
          <w:p w14:paraId="167403EA" w14:textId="77777777" w:rsidR="00C16128" w:rsidRDefault="00000000">
            <w:pPr>
              <w:spacing w:after="0" w:line="240" w:lineRule="auto"/>
            </w:pPr>
            <w:r>
              <w:rPr>
                <w:b/>
                <w:sz w:val="15"/>
              </w:rPr>
              <w:t>Solicitant</w:t>
            </w:r>
          </w:p>
        </w:tc>
        <w:tc>
          <w:tcPr>
            <w:tcW w:w="3855" w:type="dxa"/>
            <w:shd w:val="clear" w:color="auto" w:fill="FFFFFF"/>
            <w:tcMar>
              <w:top w:w="70" w:type="dxa"/>
              <w:left w:w="85" w:type="dxa"/>
              <w:bottom w:w="70" w:type="dxa"/>
              <w:right w:w="85" w:type="dxa"/>
            </w:tcMar>
            <w:vAlign w:val="center"/>
          </w:tcPr>
          <w:p w14:paraId="7BC6EEF6" w14:textId="77777777" w:rsidR="00C16128" w:rsidRDefault="00C16128">
            <w:pPr>
              <w:spacing w:after="0" w:line="240" w:lineRule="auto"/>
            </w:pPr>
          </w:p>
        </w:tc>
        <w:tc>
          <w:tcPr>
            <w:tcW w:w="1928" w:type="dxa"/>
            <w:shd w:val="clear" w:color="auto" w:fill="F3F4F5"/>
            <w:tcMar>
              <w:top w:w="70" w:type="dxa"/>
              <w:left w:w="85" w:type="dxa"/>
              <w:bottom w:w="70" w:type="dxa"/>
              <w:right w:w="85" w:type="dxa"/>
            </w:tcMar>
            <w:vAlign w:val="center"/>
          </w:tcPr>
          <w:p w14:paraId="19CA5419" w14:textId="77777777" w:rsidR="00C16128" w:rsidRDefault="00000000">
            <w:pPr>
              <w:spacing w:after="0" w:line="240" w:lineRule="auto"/>
            </w:pPr>
            <w:r>
              <w:rPr>
                <w:b/>
                <w:sz w:val="15"/>
              </w:rPr>
              <w:t>Data</w:t>
            </w:r>
          </w:p>
        </w:tc>
        <w:tc>
          <w:tcPr>
            <w:tcW w:w="2211" w:type="dxa"/>
            <w:shd w:val="clear" w:color="auto" w:fill="FFFFFF"/>
            <w:tcMar>
              <w:top w:w="70" w:type="dxa"/>
              <w:left w:w="85" w:type="dxa"/>
              <w:bottom w:w="70" w:type="dxa"/>
              <w:right w:w="85" w:type="dxa"/>
            </w:tcMar>
            <w:vAlign w:val="center"/>
          </w:tcPr>
          <w:p w14:paraId="0208F8F6" w14:textId="77777777" w:rsidR="00C16128" w:rsidRDefault="00C16128">
            <w:pPr>
              <w:spacing w:after="0" w:line="240" w:lineRule="auto"/>
            </w:pPr>
          </w:p>
        </w:tc>
      </w:tr>
      <w:tr w:rsidR="00C16128" w14:paraId="0A6E7F68" w14:textId="77777777">
        <w:trPr>
          <w:jc w:val="center"/>
        </w:trPr>
        <w:tc>
          <w:tcPr>
            <w:tcW w:w="1928" w:type="dxa"/>
            <w:shd w:val="clear" w:color="auto" w:fill="F3F4F5"/>
            <w:tcMar>
              <w:top w:w="70" w:type="dxa"/>
              <w:left w:w="85" w:type="dxa"/>
              <w:bottom w:w="70" w:type="dxa"/>
              <w:right w:w="85" w:type="dxa"/>
            </w:tcMar>
            <w:vAlign w:val="center"/>
          </w:tcPr>
          <w:p w14:paraId="1563F2A8" w14:textId="77777777" w:rsidR="00C16128" w:rsidRDefault="00000000">
            <w:pPr>
              <w:spacing w:after="0" w:line="240" w:lineRule="auto"/>
            </w:pPr>
            <w:r>
              <w:rPr>
                <w:b/>
                <w:sz w:val="15"/>
              </w:rPr>
              <w:t>Document / cod</w:t>
            </w:r>
          </w:p>
        </w:tc>
        <w:tc>
          <w:tcPr>
            <w:tcW w:w="3855" w:type="dxa"/>
            <w:shd w:val="clear" w:color="auto" w:fill="FFFFFF"/>
            <w:tcMar>
              <w:top w:w="70" w:type="dxa"/>
              <w:left w:w="85" w:type="dxa"/>
              <w:bottom w:w="70" w:type="dxa"/>
              <w:right w:w="85" w:type="dxa"/>
            </w:tcMar>
            <w:vAlign w:val="center"/>
          </w:tcPr>
          <w:p w14:paraId="3660E1E3" w14:textId="77777777" w:rsidR="00C16128" w:rsidRDefault="00C16128">
            <w:pPr>
              <w:spacing w:after="0" w:line="240" w:lineRule="auto"/>
            </w:pPr>
          </w:p>
        </w:tc>
        <w:tc>
          <w:tcPr>
            <w:tcW w:w="1928" w:type="dxa"/>
            <w:shd w:val="clear" w:color="auto" w:fill="F3F4F5"/>
            <w:tcMar>
              <w:top w:w="70" w:type="dxa"/>
              <w:left w:w="85" w:type="dxa"/>
              <w:bottom w:w="70" w:type="dxa"/>
              <w:right w:w="85" w:type="dxa"/>
            </w:tcMar>
            <w:vAlign w:val="center"/>
          </w:tcPr>
          <w:p w14:paraId="3DC6868D" w14:textId="77777777" w:rsidR="00C16128" w:rsidRDefault="00000000">
            <w:pPr>
              <w:spacing w:after="0" w:line="240" w:lineRule="auto"/>
            </w:pPr>
            <w:r>
              <w:rPr>
                <w:b/>
                <w:sz w:val="15"/>
              </w:rPr>
              <w:t>Proces</w:t>
            </w:r>
          </w:p>
        </w:tc>
        <w:tc>
          <w:tcPr>
            <w:tcW w:w="2211" w:type="dxa"/>
            <w:shd w:val="clear" w:color="auto" w:fill="FFFFFF"/>
            <w:tcMar>
              <w:top w:w="70" w:type="dxa"/>
              <w:left w:w="85" w:type="dxa"/>
              <w:bottom w:w="70" w:type="dxa"/>
              <w:right w:w="85" w:type="dxa"/>
            </w:tcMar>
            <w:vAlign w:val="center"/>
          </w:tcPr>
          <w:p w14:paraId="042494D6" w14:textId="77777777" w:rsidR="00C16128" w:rsidRDefault="00C16128">
            <w:pPr>
              <w:spacing w:after="0" w:line="240" w:lineRule="auto"/>
            </w:pPr>
          </w:p>
        </w:tc>
      </w:tr>
      <w:tr w:rsidR="00C16128" w14:paraId="2231E11B" w14:textId="77777777">
        <w:trPr>
          <w:jc w:val="center"/>
        </w:trPr>
        <w:tc>
          <w:tcPr>
            <w:tcW w:w="1928" w:type="dxa"/>
            <w:shd w:val="clear" w:color="auto" w:fill="F3F4F5"/>
            <w:tcMar>
              <w:top w:w="70" w:type="dxa"/>
              <w:left w:w="85" w:type="dxa"/>
              <w:bottom w:w="70" w:type="dxa"/>
              <w:right w:w="85" w:type="dxa"/>
            </w:tcMar>
            <w:vAlign w:val="center"/>
          </w:tcPr>
          <w:p w14:paraId="4C1A6BF5" w14:textId="77777777" w:rsidR="00C16128" w:rsidRDefault="00000000">
            <w:pPr>
              <w:spacing w:after="0" w:line="240" w:lineRule="auto"/>
            </w:pPr>
            <w:r>
              <w:rPr>
                <w:b/>
                <w:sz w:val="15"/>
              </w:rPr>
              <w:lastRenderedPageBreak/>
              <w:t>Tip solicitare</w:t>
            </w:r>
          </w:p>
        </w:tc>
        <w:tc>
          <w:tcPr>
            <w:tcW w:w="3855" w:type="dxa"/>
            <w:shd w:val="clear" w:color="auto" w:fill="FFFFFF"/>
            <w:tcMar>
              <w:top w:w="70" w:type="dxa"/>
              <w:left w:w="85" w:type="dxa"/>
              <w:bottom w:w="70" w:type="dxa"/>
              <w:right w:w="85" w:type="dxa"/>
            </w:tcMar>
            <w:vAlign w:val="center"/>
          </w:tcPr>
          <w:p w14:paraId="2CAC722B" w14:textId="77777777" w:rsidR="00C16128" w:rsidRDefault="00000000">
            <w:pPr>
              <w:spacing w:after="0" w:line="240" w:lineRule="auto"/>
            </w:pPr>
            <w:r>
              <w:rPr>
                <w:sz w:val="15"/>
              </w:rPr>
              <w:t>☐ creare   ☐ modificare   ☐ retragere</w:t>
            </w:r>
          </w:p>
        </w:tc>
        <w:tc>
          <w:tcPr>
            <w:tcW w:w="1928" w:type="dxa"/>
            <w:shd w:val="clear" w:color="auto" w:fill="F3F4F5"/>
            <w:tcMar>
              <w:top w:w="70" w:type="dxa"/>
              <w:left w:w="85" w:type="dxa"/>
              <w:bottom w:w="70" w:type="dxa"/>
              <w:right w:w="85" w:type="dxa"/>
            </w:tcMar>
            <w:vAlign w:val="center"/>
          </w:tcPr>
          <w:p w14:paraId="6EA49F21" w14:textId="77777777" w:rsidR="00C16128" w:rsidRDefault="00000000">
            <w:pPr>
              <w:spacing w:after="0" w:line="240" w:lineRule="auto"/>
            </w:pPr>
            <w:r>
              <w:rPr>
                <w:b/>
                <w:sz w:val="15"/>
              </w:rPr>
              <w:t>Prioritate</w:t>
            </w:r>
          </w:p>
        </w:tc>
        <w:tc>
          <w:tcPr>
            <w:tcW w:w="2211" w:type="dxa"/>
            <w:shd w:val="clear" w:color="auto" w:fill="FFFFFF"/>
            <w:tcMar>
              <w:top w:w="70" w:type="dxa"/>
              <w:left w:w="85" w:type="dxa"/>
              <w:bottom w:w="70" w:type="dxa"/>
              <w:right w:w="85" w:type="dxa"/>
            </w:tcMar>
            <w:vAlign w:val="center"/>
          </w:tcPr>
          <w:p w14:paraId="3C79A814" w14:textId="77777777" w:rsidR="00C16128" w:rsidRDefault="00C16128">
            <w:pPr>
              <w:spacing w:after="0" w:line="240" w:lineRule="auto"/>
            </w:pPr>
          </w:p>
        </w:tc>
      </w:tr>
      <w:tr w:rsidR="00C16128" w14:paraId="707C78C2" w14:textId="77777777">
        <w:trPr>
          <w:jc w:val="center"/>
        </w:trPr>
        <w:tc>
          <w:tcPr>
            <w:tcW w:w="1928" w:type="dxa"/>
            <w:shd w:val="clear" w:color="auto" w:fill="F3F4F5"/>
            <w:tcMar>
              <w:top w:w="70" w:type="dxa"/>
              <w:left w:w="85" w:type="dxa"/>
              <w:bottom w:w="70" w:type="dxa"/>
              <w:right w:w="85" w:type="dxa"/>
            </w:tcMar>
            <w:vAlign w:val="center"/>
          </w:tcPr>
          <w:p w14:paraId="6E959A7A" w14:textId="77777777" w:rsidR="00C16128" w:rsidRDefault="00000000">
            <w:pPr>
              <w:spacing w:after="0" w:line="240" w:lineRule="auto"/>
            </w:pPr>
            <w:r>
              <w:rPr>
                <w:b/>
                <w:sz w:val="15"/>
              </w:rPr>
              <w:t>Motiv și risc</w:t>
            </w:r>
          </w:p>
        </w:tc>
        <w:tc>
          <w:tcPr>
            <w:tcW w:w="3855" w:type="dxa"/>
            <w:shd w:val="clear" w:color="auto" w:fill="FFFFFF"/>
            <w:tcMar>
              <w:top w:w="70" w:type="dxa"/>
              <w:left w:w="85" w:type="dxa"/>
              <w:bottom w:w="70" w:type="dxa"/>
              <w:right w:w="85" w:type="dxa"/>
            </w:tcMar>
            <w:vAlign w:val="center"/>
          </w:tcPr>
          <w:p w14:paraId="7C543A12" w14:textId="77777777" w:rsidR="00C16128" w:rsidRDefault="00C16128">
            <w:pPr>
              <w:spacing w:after="0" w:line="240" w:lineRule="auto"/>
            </w:pPr>
          </w:p>
        </w:tc>
        <w:tc>
          <w:tcPr>
            <w:tcW w:w="1928" w:type="dxa"/>
            <w:shd w:val="clear" w:color="auto" w:fill="F3F4F5"/>
            <w:tcMar>
              <w:top w:w="70" w:type="dxa"/>
              <w:left w:w="85" w:type="dxa"/>
              <w:bottom w:w="70" w:type="dxa"/>
              <w:right w:w="85" w:type="dxa"/>
            </w:tcMar>
            <w:vAlign w:val="center"/>
          </w:tcPr>
          <w:p w14:paraId="4644B934" w14:textId="77777777" w:rsidR="00C16128" w:rsidRDefault="00000000">
            <w:pPr>
              <w:spacing w:after="0" w:line="240" w:lineRule="auto"/>
            </w:pPr>
            <w:r>
              <w:rPr>
                <w:b/>
                <w:sz w:val="15"/>
              </w:rPr>
              <w:t>Cerință asociată</w:t>
            </w:r>
          </w:p>
        </w:tc>
        <w:tc>
          <w:tcPr>
            <w:tcW w:w="2211" w:type="dxa"/>
            <w:shd w:val="clear" w:color="auto" w:fill="FFFFFF"/>
            <w:tcMar>
              <w:top w:w="70" w:type="dxa"/>
              <w:left w:w="85" w:type="dxa"/>
              <w:bottom w:w="70" w:type="dxa"/>
              <w:right w:w="85" w:type="dxa"/>
            </w:tcMar>
            <w:vAlign w:val="center"/>
          </w:tcPr>
          <w:p w14:paraId="5581D2AF" w14:textId="77777777" w:rsidR="00C16128" w:rsidRDefault="00C16128">
            <w:pPr>
              <w:spacing w:after="0" w:line="240" w:lineRule="auto"/>
            </w:pPr>
          </w:p>
        </w:tc>
      </w:tr>
      <w:tr w:rsidR="00C16128" w14:paraId="688746F3" w14:textId="77777777">
        <w:trPr>
          <w:jc w:val="center"/>
        </w:trPr>
        <w:tc>
          <w:tcPr>
            <w:tcW w:w="1928" w:type="dxa"/>
            <w:shd w:val="clear" w:color="auto" w:fill="F3F4F5"/>
            <w:tcMar>
              <w:top w:w="70" w:type="dxa"/>
              <w:left w:w="85" w:type="dxa"/>
              <w:bottom w:w="70" w:type="dxa"/>
              <w:right w:w="85" w:type="dxa"/>
            </w:tcMar>
            <w:vAlign w:val="center"/>
          </w:tcPr>
          <w:p w14:paraId="7231ADF9" w14:textId="77777777" w:rsidR="00C16128" w:rsidRDefault="00000000">
            <w:pPr>
              <w:spacing w:after="0" w:line="240" w:lineRule="auto"/>
            </w:pPr>
            <w:r>
              <w:rPr>
                <w:b/>
                <w:sz w:val="15"/>
              </w:rPr>
              <w:t>Descriere modificare</w:t>
            </w:r>
          </w:p>
        </w:tc>
        <w:tc>
          <w:tcPr>
            <w:tcW w:w="3855" w:type="dxa"/>
            <w:shd w:val="clear" w:color="auto" w:fill="FFFFFF"/>
            <w:tcMar>
              <w:top w:w="70" w:type="dxa"/>
              <w:left w:w="85" w:type="dxa"/>
              <w:bottom w:w="70" w:type="dxa"/>
              <w:right w:w="85" w:type="dxa"/>
            </w:tcMar>
            <w:vAlign w:val="center"/>
          </w:tcPr>
          <w:p w14:paraId="76EC2144" w14:textId="77777777" w:rsidR="00C16128" w:rsidRDefault="00C16128">
            <w:pPr>
              <w:spacing w:after="0" w:line="240" w:lineRule="auto"/>
            </w:pPr>
          </w:p>
        </w:tc>
        <w:tc>
          <w:tcPr>
            <w:tcW w:w="1928" w:type="dxa"/>
            <w:shd w:val="clear" w:color="auto" w:fill="F3F4F5"/>
            <w:tcMar>
              <w:top w:w="70" w:type="dxa"/>
              <w:left w:w="85" w:type="dxa"/>
              <w:bottom w:w="70" w:type="dxa"/>
              <w:right w:w="85" w:type="dxa"/>
            </w:tcMar>
            <w:vAlign w:val="center"/>
          </w:tcPr>
          <w:p w14:paraId="5BC518A0" w14:textId="77777777" w:rsidR="00C16128" w:rsidRDefault="00000000">
            <w:pPr>
              <w:spacing w:after="0" w:line="240" w:lineRule="auto"/>
            </w:pPr>
            <w:r>
              <w:rPr>
                <w:b/>
                <w:sz w:val="15"/>
              </w:rPr>
              <w:t>Documente afectate</w:t>
            </w:r>
          </w:p>
        </w:tc>
        <w:tc>
          <w:tcPr>
            <w:tcW w:w="2211" w:type="dxa"/>
            <w:shd w:val="clear" w:color="auto" w:fill="FFFFFF"/>
            <w:tcMar>
              <w:top w:w="70" w:type="dxa"/>
              <w:left w:w="85" w:type="dxa"/>
              <w:bottom w:w="70" w:type="dxa"/>
              <w:right w:w="85" w:type="dxa"/>
            </w:tcMar>
            <w:vAlign w:val="center"/>
          </w:tcPr>
          <w:p w14:paraId="334E93C2" w14:textId="77777777" w:rsidR="00C16128" w:rsidRDefault="00C16128">
            <w:pPr>
              <w:spacing w:after="0" w:line="240" w:lineRule="auto"/>
            </w:pPr>
          </w:p>
        </w:tc>
      </w:tr>
      <w:tr w:rsidR="00C16128" w14:paraId="0BFB5361" w14:textId="77777777">
        <w:trPr>
          <w:jc w:val="center"/>
        </w:trPr>
        <w:tc>
          <w:tcPr>
            <w:tcW w:w="1928" w:type="dxa"/>
            <w:shd w:val="clear" w:color="auto" w:fill="F3F4F5"/>
            <w:tcMar>
              <w:top w:w="70" w:type="dxa"/>
              <w:left w:w="85" w:type="dxa"/>
              <w:bottom w:w="70" w:type="dxa"/>
              <w:right w:w="85" w:type="dxa"/>
            </w:tcMar>
            <w:vAlign w:val="center"/>
          </w:tcPr>
          <w:p w14:paraId="28B9D170" w14:textId="77777777" w:rsidR="00C16128" w:rsidRDefault="00000000">
            <w:pPr>
              <w:spacing w:after="0" w:line="240" w:lineRule="auto"/>
            </w:pPr>
            <w:r>
              <w:rPr>
                <w:b/>
                <w:sz w:val="15"/>
              </w:rPr>
              <w:t>Impact operațional</w:t>
            </w:r>
          </w:p>
        </w:tc>
        <w:tc>
          <w:tcPr>
            <w:tcW w:w="3855" w:type="dxa"/>
            <w:shd w:val="clear" w:color="auto" w:fill="FFFFFF"/>
            <w:tcMar>
              <w:top w:w="70" w:type="dxa"/>
              <w:left w:w="85" w:type="dxa"/>
              <w:bottom w:w="70" w:type="dxa"/>
              <w:right w:w="85" w:type="dxa"/>
            </w:tcMar>
            <w:vAlign w:val="center"/>
          </w:tcPr>
          <w:p w14:paraId="7BA48482" w14:textId="77777777" w:rsidR="00C16128" w:rsidRDefault="00C16128">
            <w:pPr>
              <w:spacing w:after="0" w:line="240" w:lineRule="auto"/>
            </w:pPr>
          </w:p>
        </w:tc>
        <w:tc>
          <w:tcPr>
            <w:tcW w:w="1928" w:type="dxa"/>
            <w:shd w:val="clear" w:color="auto" w:fill="F3F4F5"/>
            <w:tcMar>
              <w:top w:w="70" w:type="dxa"/>
              <w:left w:w="85" w:type="dxa"/>
              <w:bottom w:w="70" w:type="dxa"/>
              <w:right w:w="85" w:type="dxa"/>
            </w:tcMar>
            <w:vAlign w:val="center"/>
          </w:tcPr>
          <w:p w14:paraId="717C72B9" w14:textId="77777777" w:rsidR="00C16128" w:rsidRDefault="00000000">
            <w:pPr>
              <w:spacing w:after="0" w:line="240" w:lineRule="auto"/>
            </w:pPr>
            <w:r>
              <w:rPr>
                <w:b/>
                <w:sz w:val="15"/>
              </w:rPr>
              <w:t>Impact instruire / comunicare</w:t>
            </w:r>
          </w:p>
        </w:tc>
        <w:tc>
          <w:tcPr>
            <w:tcW w:w="2211" w:type="dxa"/>
            <w:shd w:val="clear" w:color="auto" w:fill="FFFFFF"/>
            <w:tcMar>
              <w:top w:w="70" w:type="dxa"/>
              <w:left w:w="85" w:type="dxa"/>
              <w:bottom w:w="70" w:type="dxa"/>
              <w:right w:w="85" w:type="dxa"/>
            </w:tcMar>
            <w:vAlign w:val="center"/>
          </w:tcPr>
          <w:p w14:paraId="4E4A1B04" w14:textId="77777777" w:rsidR="00C16128" w:rsidRDefault="00C16128">
            <w:pPr>
              <w:spacing w:after="0" w:line="240" w:lineRule="auto"/>
            </w:pPr>
          </w:p>
        </w:tc>
      </w:tr>
      <w:tr w:rsidR="00C16128" w14:paraId="0EB4FF2F" w14:textId="77777777">
        <w:trPr>
          <w:jc w:val="center"/>
        </w:trPr>
        <w:tc>
          <w:tcPr>
            <w:tcW w:w="1928" w:type="dxa"/>
            <w:shd w:val="clear" w:color="auto" w:fill="F3F4F5"/>
            <w:tcMar>
              <w:top w:w="70" w:type="dxa"/>
              <w:left w:w="85" w:type="dxa"/>
              <w:bottom w:w="70" w:type="dxa"/>
              <w:right w:w="85" w:type="dxa"/>
            </w:tcMar>
            <w:vAlign w:val="center"/>
          </w:tcPr>
          <w:p w14:paraId="43BA6B6F" w14:textId="77777777" w:rsidR="00C16128" w:rsidRDefault="00000000">
            <w:pPr>
              <w:spacing w:after="0" w:line="240" w:lineRule="auto"/>
            </w:pPr>
            <w:r>
              <w:rPr>
                <w:b/>
                <w:sz w:val="15"/>
              </w:rPr>
              <w:t>Decizie</w:t>
            </w:r>
          </w:p>
        </w:tc>
        <w:tc>
          <w:tcPr>
            <w:tcW w:w="3855" w:type="dxa"/>
            <w:shd w:val="clear" w:color="auto" w:fill="FFFFFF"/>
            <w:tcMar>
              <w:top w:w="70" w:type="dxa"/>
              <w:left w:w="85" w:type="dxa"/>
              <w:bottom w:w="70" w:type="dxa"/>
              <w:right w:w="85" w:type="dxa"/>
            </w:tcMar>
            <w:vAlign w:val="center"/>
          </w:tcPr>
          <w:p w14:paraId="61B847D4" w14:textId="77777777" w:rsidR="00C16128" w:rsidRDefault="00000000">
            <w:pPr>
              <w:spacing w:after="0" w:line="240" w:lineRule="auto"/>
            </w:pPr>
            <w:r>
              <w:rPr>
                <w:sz w:val="15"/>
              </w:rPr>
              <w:t>☐ aprobat   ☐ respins   ☐ revizuire</w:t>
            </w:r>
          </w:p>
        </w:tc>
        <w:tc>
          <w:tcPr>
            <w:tcW w:w="1928" w:type="dxa"/>
            <w:shd w:val="clear" w:color="auto" w:fill="F3F4F5"/>
            <w:tcMar>
              <w:top w:w="70" w:type="dxa"/>
              <w:left w:w="85" w:type="dxa"/>
              <w:bottom w:w="70" w:type="dxa"/>
              <w:right w:w="85" w:type="dxa"/>
            </w:tcMar>
            <w:vAlign w:val="center"/>
          </w:tcPr>
          <w:p w14:paraId="75A88D4B" w14:textId="77777777" w:rsidR="00C16128" w:rsidRDefault="00000000">
            <w:pPr>
              <w:spacing w:after="0" w:line="240" w:lineRule="auto"/>
            </w:pPr>
            <w:r>
              <w:rPr>
                <w:b/>
                <w:sz w:val="15"/>
              </w:rPr>
              <w:t>Aprobator</w:t>
            </w:r>
          </w:p>
        </w:tc>
        <w:tc>
          <w:tcPr>
            <w:tcW w:w="2211" w:type="dxa"/>
            <w:shd w:val="clear" w:color="auto" w:fill="FFFFFF"/>
            <w:tcMar>
              <w:top w:w="70" w:type="dxa"/>
              <w:left w:w="85" w:type="dxa"/>
              <w:bottom w:w="70" w:type="dxa"/>
              <w:right w:w="85" w:type="dxa"/>
            </w:tcMar>
            <w:vAlign w:val="center"/>
          </w:tcPr>
          <w:p w14:paraId="5E416B0F" w14:textId="77777777" w:rsidR="00C16128" w:rsidRDefault="00C16128">
            <w:pPr>
              <w:spacing w:after="0" w:line="240" w:lineRule="auto"/>
            </w:pPr>
          </w:p>
        </w:tc>
      </w:tr>
    </w:tbl>
    <w:p w14:paraId="50AE74A8" w14:textId="77777777" w:rsidR="00C16128" w:rsidRDefault="00000000">
      <w:pPr>
        <w:pStyle w:val="Heading2"/>
      </w:pPr>
      <w:r>
        <w:t>Index rapid al documentelor ISO 22000</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3231"/>
        <w:gridCol w:w="1077"/>
        <w:gridCol w:w="1417"/>
        <w:gridCol w:w="1701"/>
        <w:gridCol w:w="1361"/>
        <w:gridCol w:w="567"/>
      </w:tblGrid>
      <w:tr w:rsidR="00C16128" w14:paraId="047206D9" w14:textId="77777777">
        <w:trPr>
          <w:tblHeader/>
          <w:jc w:val="center"/>
        </w:trPr>
        <w:tc>
          <w:tcPr>
            <w:tcW w:w="567" w:type="dxa"/>
            <w:shd w:val="clear" w:color="auto" w:fill="D71920"/>
            <w:tcMar>
              <w:top w:w="70" w:type="dxa"/>
              <w:left w:w="85" w:type="dxa"/>
              <w:bottom w:w="70" w:type="dxa"/>
              <w:right w:w="85" w:type="dxa"/>
            </w:tcMar>
            <w:vAlign w:val="center"/>
          </w:tcPr>
          <w:p w14:paraId="4FBE2EEA" w14:textId="77777777" w:rsidR="00C16128" w:rsidRDefault="00000000">
            <w:pPr>
              <w:spacing w:after="0" w:line="240" w:lineRule="auto"/>
              <w:jc w:val="center"/>
            </w:pPr>
            <w:r>
              <w:rPr>
                <w:b/>
                <w:color w:val="FFFFFF"/>
                <w:sz w:val="14"/>
              </w:rPr>
              <w:t>#</w:t>
            </w:r>
          </w:p>
        </w:tc>
        <w:tc>
          <w:tcPr>
            <w:tcW w:w="3231" w:type="dxa"/>
            <w:shd w:val="clear" w:color="auto" w:fill="D71920"/>
            <w:tcMar>
              <w:top w:w="70" w:type="dxa"/>
              <w:left w:w="85" w:type="dxa"/>
              <w:bottom w:w="70" w:type="dxa"/>
              <w:right w:w="85" w:type="dxa"/>
            </w:tcMar>
            <w:vAlign w:val="center"/>
          </w:tcPr>
          <w:p w14:paraId="4E1AB7B3" w14:textId="77777777" w:rsidR="00C16128" w:rsidRDefault="00000000">
            <w:pPr>
              <w:spacing w:after="0" w:line="240" w:lineRule="auto"/>
              <w:jc w:val="center"/>
            </w:pPr>
            <w:r>
              <w:rPr>
                <w:b/>
                <w:color w:val="FFFFFF"/>
                <w:sz w:val="14"/>
              </w:rPr>
              <w:t>DOCUMENT / ÎNREGISTRARE</w:t>
            </w:r>
          </w:p>
        </w:tc>
        <w:tc>
          <w:tcPr>
            <w:tcW w:w="1077" w:type="dxa"/>
            <w:shd w:val="clear" w:color="auto" w:fill="D71920"/>
            <w:tcMar>
              <w:top w:w="70" w:type="dxa"/>
              <w:left w:w="85" w:type="dxa"/>
              <w:bottom w:w="70" w:type="dxa"/>
              <w:right w:w="85" w:type="dxa"/>
            </w:tcMar>
            <w:vAlign w:val="center"/>
          </w:tcPr>
          <w:p w14:paraId="72062F0F" w14:textId="77777777" w:rsidR="00C16128" w:rsidRDefault="00000000">
            <w:pPr>
              <w:spacing w:after="0" w:line="240" w:lineRule="auto"/>
              <w:jc w:val="center"/>
            </w:pPr>
            <w:r>
              <w:rPr>
                <w:b/>
                <w:color w:val="FFFFFF"/>
                <w:sz w:val="14"/>
              </w:rPr>
              <w:t>CLAUZĂ</w:t>
            </w:r>
          </w:p>
        </w:tc>
        <w:tc>
          <w:tcPr>
            <w:tcW w:w="1417" w:type="dxa"/>
            <w:shd w:val="clear" w:color="auto" w:fill="D71920"/>
            <w:tcMar>
              <w:top w:w="70" w:type="dxa"/>
              <w:left w:w="85" w:type="dxa"/>
              <w:bottom w:w="70" w:type="dxa"/>
              <w:right w:w="85" w:type="dxa"/>
            </w:tcMar>
            <w:vAlign w:val="center"/>
          </w:tcPr>
          <w:p w14:paraId="724834E7" w14:textId="77777777" w:rsidR="00C16128" w:rsidRDefault="00000000">
            <w:pPr>
              <w:spacing w:after="0" w:line="240" w:lineRule="auto"/>
              <w:jc w:val="center"/>
            </w:pPr>
            <w:r>
              <w:rPr>
                <w:b/>
                <w:color w:val="FFFFFF"/>
                <w:sz w:val="14"/>
              </w:rPr>
              <w:t>PROPRIETAR</w:t>
            </w:r>
          </w:p>
        </w:tc>
        <w:tc>
          <w:tcPr>
            <w:tcW w:w="1701" w:type="dxa"/>
            <w:shd w:val="clear" w:color="auto" w:fill="D71920"/>
            <w:tcMar>
              <w:top w:w="70" w:type="dxa"/>
              <w:left w:w="85" w:type="dxa"/>
              <w:bottom w:w="70" w:type="dxa"/>
              <w:right w:w="85" w:type="dxa"/>
            </w:tcMar>
            <w:vAlign w:val="center"/>
          </w:tcPr>
          <w:p w14:paraId="572275D5" w14:textId="77777777" w:rsidR="00C16128" w:rsidRDefault="00000000">
            <w:pPr>
              <w:spacing w:after="0" w:line="240" w:lineRule="auto"/>
              <w:jc w:val="center"/>
            </w:pPr>
            <w:r>
              <w:rPr>
                <w:b/>
                <w:color w:val="FFFFFF"/>
                <w:sz w:val="14"/>
              </w:rPr>
              <w:t>LOCAȚIE</w:t>
            </w:r>
          </w:p>
        </w:tc>
        <w:tc>
          <w:tcPr>
            <w:tcW w:w="1361" w:type="dxa"/>
            <w:shd w:val="clear" w:color="auto" w:fill="D71920"/>
            <w:tcMar>
              <w:top w:w="70" w:type="dxa"/>
              <w:left w:w="85" w:type="dxa"/>
              <w:bottom w:w="70" w:type="dxa"/>
              <w:right w:w="85" w:type="dxa"/>
            </w:tcMar>
            <w:vAlign w:val="center"/>
          </w:tcPr>
          <w:p w14:paraId="600F4637" w14:textId="77777777" w:rsidR="00C16128" w:rsidRDefault="00000000">
            <w:pPr>
              <w:spacing w:after="0" w:line="240" w:lineRule="auto"/>
              <w:jc w:val="center"/>
            </w:pPr>
            <w:r>
              <w:rPr>
                <w:b/>
                <w:color w:val="FFFFFF"/>
                <w:sz w:val="14"/>
              </w:rPr>
              <w:t>REVIZUIRE</w:t>
            </w:r>
          </w:p>
        </w:tc>
        <w:tc>
          <w:tcPr>
            <w:tcW w:w="567" w:type="dxa"/>
            <w:shd w:val="clear" w:color="auto" w:fill="D71920"/>
            <w:tcMar>
              <w:top w:w="70" w:type="dxa"/>
              <w:left w:w="85" w:type="dxa"/>
              <w:bottom w:w="70" w:type="dxa"/>
              <w:right w:w="85" w:type="dxa"/>
            </w:tcMar>
            <w:vAlign w:val="center"/>
          </w:tcPr>
          <w:p w14:paraId="4505A404" w14:textId="77777777" w:rsidR="00C16128" w:rsidRDefault="00000000">
            <w:pPr>
              <w:spacing w:after="0" w:line="240" w:lineRule="auto"/>
              <w:jc w:val="center"/>
            </w:pPr>
            <w:r>
              <w:rPr>
                <w:b/>
                <w:color w:val="FFFFFF"/>
                <w:sz w:val="14"/>
              </w:rPr>
              <w:t>STATUS</w:t>
            </w:r>
          </w:p>
        </w:tc>
      </w:tr>
      <w:tr w:rsidR="00C16128" w14:paraId="7F1A9014" w14:textId="77777777">
        <w:trPr>
          <w:cantSplit/>
          <w:jc w:val="center"/>
        </w:trPr>
        <w:tc>
          <w:tcPr>
            <w:tcW w:w="567" w:type="dxa"/>
            <w:shd w:val="clear" w:color="auto" w:fill="FFFFFF"/>
            <w:tcMar>
              <w:top w:w="70" w:type="dxa"/>
              <w:left w:w="85" w:type="dxa"/>
              <w:bottom w:w="70" w:type="dxa"/>
              <w:right w:w="85" w:type="dxa"/>
            </w:tcMar>
            <w:vAlign w:val="center"/>
          </w:tcPr>
          <w:p w14:paraId="257D5AB2" w14:textId="77777777" w:rsidR="00C16128" w:rsidRDefault="00C16128">
            <w:pPr>
              <w:spacing w:after="0" w:line="240" w:lineRule="auto"/>
            </w:pPr>
          </w:p>
        </w:tc>
        <w:tc>
          <w:tcPr>
            <w:tcW w:w="3231" w:type="dxa"/>
            <w:shd w:val="clear" w:color="auto" w:fill="FFFFFF"/>
            <w:tcMar>
              <w:top w:w="70" w:type="dxa"/>
              <w:left w:w="85" w:type="dxa"/>
              <w:bottom w:w="70" w:type="dxa"/>
              <w:right w:w="85" w:type="dxa"/>
            </w:tcMar>
            <w:vAlign w:val="center"/>
          </w:tcPr>
          <w:p w14:paraId="550D2A6A" w14:textId="77777777" w:rsidR="00C16128" w:rsidRDefault="00C16128">
            <w:pPr>
              <w:spacing w:after="0" w:line="240" w:lineRule="auto"/>
            </w:pPr>
          </w:p>
        </w:tc>
        <w:tc>
          <w:tcPr>
            <w:tcW w:w="1077" w:type="dxa"/>
            <w:shd w:val="clear" w:color="auto" w:fill="FFFFFF"/>
            <w:tcMar>
              <w:top w:w="70" w:type="dxa"/>
              <w:left w:w="85" w:type="dxa"/>
              <w:bottom w:w="70" w:type="dxa"/>
              <w:right w:w="85" w:type="dxa"/>
            </w:tcMar>
            <w:vAlign w:val="center"/>
          </w:tcPr>
          <w:p w14:paraId="752116D8" w14:textId="77777777" w:rsidR="00C16128" w:rsidRDefault="00C16128">
            <w:pPr>
              <w:spacing w:after="0" w:line="240" w:lineRule="auto"/>
            </w:pPr>
          </w:p>
        </w:tc>
        <w:tc>
          <w:tcPr>
            <w:tcW w:w="1417" w:type="dxa"/>
            <w:shd w:val="clear" w:color="auto" w:fill="FFFFFF"/>
            <w:tcMar>
              <w:top w:w="70" w:type="dxa"/>
              <w:left w:w="85" w:type="dxa"/>
              <w:bottom w:w="70" w:type="dxa"/>
              <w:right w:w="85" w:type="dxa"/>
            </w:tcMar>
            <w:vAlign w:val="center"/>
          </w:tcPr>
          <w:p w14:paraId="117663B8" w14:textId="77777777" w:rsidR="00C16128" w:rsidRDefault="00C16128">
            <w:pPr>
              <w:spacing w:after="0" w:line="240" w:lineRule="auto"/>
            </w:pPr>
          </w:p>
        </w:tc>
        <w:tc>
          <w:tcPr>
            <w:tcW w:w="1701" w:type="dxa"/>
            <w:shd w:val="clear" w:color="auto" w:fill="FFFFFF"/>
            <w:tcMar>
              <w:top w:w="70" w:type="dxa"/>
              <w:left w:w="85" w:type="dxa"/>
              <w:bottom w:w="70" w:type="dxa"/>
              <w:right w:w="85" w:type="dxa"/>
            </w:tcMar>
            <w:vAlign w:val="center"/>
          </w:tcPr>
          <w:p w14:paraId="05DC3814" w14:textId="77777777" w:rsidR="00C16128" w:rsidRDefault="00C16128">
            <w:pPr>
              <w:spacing w:after="0" w:line="240" w:lineRule="auto"/>
            </w:pPr>
          </w:p>
        </w:tc>
        <w:tc>
          <w:tcPr>
            <w:tcW w:w="1361" w:type="dxa"/>
            <w:shd w:val="clear" w:color="auto" w:fill="FFFFFF"/>
            <w:tcMar>
              <w:top w:w="70" w:type="dxa"/>
              <w:left w:w="85" w:type="dxa"/>
              <w:bottom w:w="70" w:type="dxa"/>
              <w:right w:w="85" w:type="dxa"/>
            </w:tcMar>
            <w:vAlign w:val="center"/>
          </w:tcPr>
          <w:p w14:paraId="6C600D83" w14:textId="77777777" w:rsidR="00C16128" w:rsidRDefault="00C16128">
            <w:pPr>
              <w:spacing w:after="0" w:line="240" w:lineRule="auto"/>
            </w:pPr>
          </w:p>
        </w:tc>
        <w:tc>
          <w:tcPr>
            <w:tcW w:w="567" w:type="dxa"/>
            <w:shd w:val="clear" w:color="auto" w:fill="FFFFFF"/>
            <w:tcMar>
              <w:top w:w="70" w:type="dxa"/>
              <w:left w:w="85" w:type="dxa"/>
              <w:bottom w:w="70" w:type="dxa"/>
              <w:right w:w="85" w:type="dxa"/>
            </w:tcMar>
            <w:vAlign w:val="center"/>
          </w:tcPr>
          <w:p w14:paraId="3BF347E9" w14:textId="77777777" w:rsidR="00C16128" w:rsidRDefault="00C16128">
            <w:pPr>
              <w:spacing w:after="0" w:line="240" w:lineRule="auto"/>
            </w:pPr>
          </w:p>
        </w:tc>
      </w:tr>
      <w:tr w:rsidR="00C16128" w14:paraId="65FC5040" w14:textId="77777777">
        <w:trPr>
          <w:cantSplit/>
          <w:jc w:val="center"/>
        </w:trPr>
        <w:tc>
          <w:tcPr>
            <w:tcW w:w="567" w:type="dxa"/>
            <w:shd w:val="clear" w:color="auto" w:fill="FAFAFA"/>
            <w:tcMar>
              <w:top w:w="70" w:type="dxa"/>
              <w:left w:w="85" w:type="dxa"/>
              <w:bottom w:w="70" w:type="dxa"/>
              <w:right w:w="85" w:type="dxa"/>
            </w:tcMar>
            <w:vAlign w:val="center"/>
          </w:tcPr>
          <w:p w14:paraId="391658AF" w14:textId="77777777" w:rsidR="00C16128" w:rsidRDefault="00C16128">
            <w:pPr>
              <w:spacing w:after="0" w:line="240" w:lineRule="auto"/>
            </w:pPr>
          </w:p>
        </w:tc>
        <w:tc>
          <w:tcPr>
            <w:tcW w:w="3231" w:type="dxa"/>
            <w:shd w:val="clear" w:color="auto" w:fill="FAFAFA"/>
            <w:tcMar>
              <w:top w:w="70" w:type="dxa"/>
              <w:left w:w="85" w:type="dxa"/>
              <w:bottom w:w="70" w:type="dxa"/>
              <w:right w:w="85" w:type="dxa"/>
            </w:tcMar>
            <w:vAlign w:val="center"/>
          </w:tcPr>
          <w:p w14:paraId="29551083" w14:textId="77777777" w:rsidR="00C16128" w:rsidRDefault="00C16128">
            <w:pPr>
              <w:spacing w:after="0" w:line="240" w:lineRule="auto"/>
            </w:pPr>
          </w:p>
        </w:tc>
        <w:tc>
          <w:tcPr>
            <w:tcW w:w="1077" w:type="dxa"/>
            <w:shd w:val="clear" w:color="auto" w:fill="FAFAFA"/>
            <w:tcMar>
              <w:top w:w="70" w:type="dxa"/>
              <w:left w:w="85" w:type="dxa"/>
              <w:bottom w:w="70" w:type="dxa"/>
              <w:right w:w="85" w:type="dxa"/>
            </w:tcMar>
            <w:vAlign w:val="center"/>
          </w:tcPr>
          <w:p w14:paraId="3F672A63" w14:textId="77777777" w:rsidR="00C16128" w:rsidRDefault="00C16128">
            <w:pPr>
              <w:spacing w:after="0" w:line="240" w:lineRule="auto"/>
            </w:pPr>
          </w:p>
        </w:tc>
        <w:tc>
          <w:tcPr>
            <w:tcW w:w="1417" w:type="dxa"/>
            <w:shd w:val="clear" w:color="auto" w:fill="FAFAFA"/>
            <w:tcMar>
              <w:top w:w="70" w:type="dxa"/>
              <w:left w:w="85" w:type="dxa"/>
              <w:bottom w:w="70" w:type="dxa"/>
              <w:right w:w="85" w:type="dxa"/>
            </w:tcMar>
            <w:vAlign w:val="center"/>
          </w:tcPr>
          <w:p w14:paraId="73D1E5AA" w14:textId="77777777" w:rsidR="00C16128" w:rsidRDefault="00C16128">
            <w:pPr>
              <w:spacing w:after="0" w:line="240" w:lineRule="auto"/>
            </w:pPr>
          </w:p>
        </w:tc>
        <w:tc>
          <w:tcPr>
            <w:tcW w:w="1701" w:type="dxa"/>
            <w:shd w:val="clear" w:color="auto" w:fill="FAFAFA"/>
            <w:tcMar>
              <w:top w:w="70" w:type="dxa"/>
              <w:left w:w="85" w:type="dxa"/>
              <w:bottom w:w="70" w:type="dxa"/>
              <w:right w:w="85" w:type="dxa"/>
            </w:tcMar>
            <w:vAlign w:val="center"/>
          </w:tcPr>
          <w:p w14:paraId="56649275" w14:textId="77777777" w:rsidR="00C16128" w:rsidRDefault="00C16128">
            <w:pPr>
              <w:spacing w:after="0" w:line="240" w:lineRule="auto"/>
            </w:pPr>
          </w:p>
        </w:tc>
        <w:tc>
          <w:tcPr>
            <w:tcW w:w="1361" w:type="dxa"/>
            <w:shd w:val="clear" w:color="auto" w:fill="FAFAFA"/>
            <w:tcMar>
              <w:top w:w="70" w:type="dxa"/>
              <w:left w:w="85" w:type="dxa"/>
              <w:bottom w:w="70" w:type="dxa"/>
              <w:right w:w="85" w:type="dxa"/>
            </w:tcMar>
            <w:vAlign w:val="center"/>
          </w:tcPr>
          <w:p w14:paraId="6B537B54" w14:textId="77777777" w:rsidR="00C16128" w:rsidRDefault="00C16128">
            <w:pPr>
              <w:spacing w:after="0" w:line="240" w:lineRule="auto"/>
            </w:pPr>
          </w:p>
        </w:tc>
        <w:tc>
          <w:tcPr>
            <w:tcW w:w="567" w:type="dxa"/>
            <w:shd w:val="clear" w:color="auto" w:fill="FAFAFA"/>
            <w:tcMar>
              <w:top w:w="70" w:type="dxa"/>
              <w:left w:w="85" w:type="dxa"/>
              <w:bottom w:w="70" w:type="dxa"/>
              <w:right w:w="85" w:type="dxa"/>
            </w:tcMar>
            <w:vAlign w:val="center"/>
          </w:tcPr>
          <w:p w14:paraId="7CAF23C6" w14:textId="77777777" w:rsidR="00C16128" w:rsidRDefault="00C16128">
            <w:pPr>
              <w:spacing w:after="0" w:line="240" w:lineRule="auto"/>
            </w:pPr>
          </w:p>
        </w:tc>
      </w:tr>
      <w:tr w:rsidR="00C16128" w14:paraId="69D944AD" w14:textId="77777777">
        <w:trPr>
          <w:cantSplit/>
          <w:jc w:val="center"/>
        </w:trPr>
        <w:tc>
          <w:tcPr>
            <w:tcW w:w="567" w:type="dxa"/>
            <w:shd w:val="clear" w:color="auto" w:fill="FFFFFF"/>
            <w:tcMar>
              <w:top w:w="70" w:type="dxa"/>
              <w:left w:w="85" w:type="dxa"/>
              <w:bottom w:w="70" w:type="dxa"/>
              <w:right w:w="85" w:type="dxa"/>
            </w:tcMar>
            <w:vAlign w:val="center"/>
          </w:tcPr>
          <w:p w14:paraId="1B9F81B1" w14:textId="77777777" w:rsidR="00C16128" w:rsidRDefault="00C16128">
            <w:pPr>
              <w:spacing w:after="0" w:line="240" w:lineRule="auto"/>
            </w:pPr>
          </w:p>
        </w:tc>
        <w:tc>
          <w:tcPr>
            <w:tcW w:w="3231" w:type="dxa"/>
            <w:shd w:val="clear" w:color="auto" w:fill="FFFFFF"/>
            <w:tcMar>
              <w:top w:w="70" w:type="dxa"/>
              <w:left w:w="85" w:type="dxa"/>
              <w:bottom w:w="70" w:type="dxa"/>
              <w:right w:w="85" w:type="dxa"/>
            </w:tcMar>
            <w:vAlign w:val="center"/>
          </w:tcPr>
          <w:p w14:paraId="513F1FFE" w14:textId="77777777" w:rsidR="00C16128" w:rsidRDefault="00C16128">
            <w:pPr>
              <w:spacing w:after="0" w:line="240" w:lineRule="auto"/>
            </w:pPr>
          </w:p>
        </w:tc>
        <w:tc>
          <w:tcPr>
            <w:tcW w:w="1077" w:type="dxa"/>
            <w:shd w:val="clear" w:color="auto" w:fill="FFFFFF"/>
            <w:tcMar>
              <w:top w:w="70" w:type="dxa"/>
              <w:left w:w="85" w:type="dxa"/>
              <w:bottom w:w="70" w:type="dxa"/>
              <w:right w:w="85" w:type="dxa"/>
            </w:tcMar>
            <w:vAlign w:val="center"/>
          </w:tcPr>
          <w:p w14:paraId="7DBB320E" w14:textId="77777777" w:rsidR="00C16128" w:rsidRDefault="00C16128">
            <w:pPr>
              <w:spacing w:after="0" w:line="240" w:lineRule="auto"/>
            </w:pPr>
          </w:p>
        </w:tc>
        <w:tc>
          <w:tcPr>
            <w:tcW w:w="1417" w:type="dxa"/>
            <w:shd w:val="clear" w:color="auto" w:fill="FFFFFF"/>
            <w:tcMar>
              <w:top w:w="70" w:type="dxa"/>
              <w:left w:w="85" w:type="dxa"/>
              <w:bottom w:w="70" w:type="dxa"/>
              <w:right w:w="85" w:type="dxa"/>
            </w:tcMar>
            <w:vAlign w:val="center"/>
          </w:tcPr>
          <w:p w14:paraId="117C3AAD" w14:textId="77777777" w:rsidR="00C16128" w:rsidRDefault="00C16128">
            <w:pPr>
              <w:spacing w:after="0" w:line="240" w:lineRule="auto"/>
            </w:pPr>
          </w:p>
        </w:tc>
        <w:tc>
          <w:tcPr>
            <w:tcW w:w="1701" w:type="dxa"/>
            <w:shd w:val="clear" w:color="auto" w:fill="FFFFFF"/>
            <w:tcMar>
              <w:top w:w="70" w:type="dxa"/>
              <w:left w:w="85" w:type="dxa"/>
              <w:bottom w:w="70" w:type="dxa"/>
              <w:right w:w="85" w:type="dxa"/>
            </w:tcMar>
            <w:vAlign w:val="center"/>
          </w:tcPr>
          <w:p w14:paraId="65E3AE6D" w14:textId="77777777" w:rsidR="00C16128" w:rsidRDefault="00C16128">
            <w:pPr>
              <w:spacing w:after="0" w:line="240" w:lineRule="auto"/>
            </w:pPr>
          </w:p>
        </w:tc>
        <w:tc>
          <w:tcPr>
            <w:tcW w:w="1361" w:type="dxa"/>
            <w:shd w:val="clear" w:color="auto" w:fill="FFFFFF"/>
            <w:tcMar>
              <w:top w:w="70" w:type="dxa"/>
              <w:left w:w="85" w:type="dxa"/>
              <w:bottom w:w="70" w:type="dxa"/>
              <w:right w:w="85" w:type="dxa"/>
            </w:tcMar>
            <w:vAlign w:val="center"/>
          </w:tcPr>
          <w:p w14:paraId="6AA7728C" w14:textId="77777777" w:rsidR="00C16128" w:rsidRDefault="00C16128">
            <w:pPr>
              <w:spacing w:after="0" w:line="240" w:lineRule="auto"/>
            </w:pPr>
          </w:p>
        </w:tc>
        <w:tc>
          <w:tcPr>
            <w:tcW w:w="567" w:type="dxa"/>
            <w:shd w:val="clear" w:color="auto" w:fill="FFFFFF"/>
            <w:tcMar>
              <w:top w:w="70" w:type="dxa"/>
              <w:left w:w="85" w:type="dxa"/>
              <w:bottom w:w="70" w:type="dxa"/>
              <w:right w:w="85" w:type="dxa"/>
            </w:tcMar>
            <w:vAlign w:val="center"/>
          </w:tcPr>
          <w:p w14:paraId="34E254BA" w14:textId="77777777" w:rsidR="00C16128" w:rsidRDefault="00C16128">
            <w:pPr>
              <w:spacing w:after="0" w:line="240" w:lineRule="auto"/>
            </w:pPr>
          </w:p>
        </w:tc>
      </w:tr>
      <w:tr w:rsidR="00C16128" w14:paraId="1DCFE538" w14:textId="77777777">
        <w:trPr>
          <w:cantSplit/>
          <w:jc w:val="center"/>
        </w:trPr>
        <w:tc>
          <w:tcPr>
            <w:tcW w:w="567" w:type="dxa"/>
            <w:shd w:val="clear" w:color="auto" w:fill="FAFAFA"/>
            <w:tcMar>
              <w:top w:w="70" w:type="dxa"/>
              <w:left w:w="85" w:type="dxa"/>
              <w:bottom w:w="70" w:type="dxa"/>
              <w:right w:w="85" w:type="dxa"/>
            </w:tcMar>
            <w:vAlign w:val="center"/>
          </w:tcPr>
          <w:p w14:paraId="4F2C8A45" w14:textId="77777777" w:rsidR="00C16128" w:rsidRDefault="00C16128">
            <w:pPr>
              <w:spacing w:after="0" w:line="240" w:lineRule="auto"/>
            </w:pPr>
          </w:p>
        </w:tc>
        <w:tc>
          <w:tcPr>
            <w:tcW w:w="3231" w:type="dxa"/>
            <w:shd w:val="clear" w:color="auto" w:fill="FAFAFA"/>
            <w:tcMar>
              <w:top w:w="70" w:type="dxa"/>
              <w:left w:w="85" w:type="dxa"/>
              <w:bottom w:w="70" w:type="dxa"/>
              <w:right w:w="85" w:type="dxa"/>
            </w:tcMar>
            <w:vAlign w:val="center"/>
          </w:tcPr>
          <w:p w14:paraId="7AC168B5" w14:textId="77777777" w:rsidR="00C16128" w:rsidRDefault="00C16128">
            <w:pPr>
              <w:spacing w:after="0" w:line="240" w:lineRule="auto"/>
            </w:pPr>
          </w:p>
        </w:tc>
        <w:tc>
          <w:tcPr>
            <w:tcW w:w="1077" w:type="dxa"/>
            <w:shd w:val="clear" w:color="auto" w:fill="FAFAFA"/>
            <w:tcMar>
              <w:top w:w="70" w:type="dxa"/>
              <w:left w:w="85" w:type="dxa"/>
              <w:bottom w:w="70" w:type="dxa"/>
              <w:right w:w="85" w:type="dxa"/>
            </w:tcMar>
            <w:vAlign w:val="center"/>
          </w:tcPr>
          <w:p w14:paraId="68DADA51" w14:textId="77777777" w:rsidR="00C16128" w:rsidRDefault="00C16128">
            <w:pPr>
              <w:spacing w:after="0" w:line="240" w:lineRule="auto"/>
            </w:pPr>
          </w:p>
        </w:tc>
        <w:tc>
          <w:tcPr>
            <w:tcW w:w="1417" w:type="dxa"/>
            <w:shd w:val="clear" w:color="auto" w:fill="FAFAFA"/>
            <w:tcMar>
              <w:top w:w="70" w:type="dxa"/>
              <w:left w:w="85" w:type="dxa"/>
              <w:bottom w:w="70" w:type="dxa"/>
              <w:right w:w="85" w:type="dxa"/>
            </w:tcMar>
            <w:vAlign w:val="center"/>
          </w:tcPr>
          <w:p w14:paraId="2EF64B4A" w14:textId="77777777" w:rsidR="00C16128" w:rsidRDefault="00C16128">
            <w:pPr>
              <w:spacing w:after="0" w:line="240" w:lineRule="auto"/>
            </w:pPr>
          </w:p>
        </w:tc>
        <w:tc>
          <w:tcPr>
            <w:tcW w:w="1701" w:type="dxa"/>
            <w:shd w:val="clear" w:color="auto" w:fill="FAFAFA"/>
            <w:tcMar>
              <w:top w:w="70" w:type="dxa"/>
              <w:left w:w="85" w:type="dxa"/>
              <w:bottom w:w="70" w:type="dxa"/>
              <w:right w:w="85" w:type="dxa"/>
            </w:tcMar>
            <w:vAlign w:val="center"/>
          </w:tcPr>
          <w:p w14:paraId="39B32502" w14:textId="77777777" w:rsidR="00C16128" w:rsidRDefault="00C16128">
            <w:pPr>
              <w:spacing w:after="0" w:line="240" w:lineRule="auto"/>
            </w:pPr>
          </w:p>
        </w:tc>
        <w:tc>
          <w:tcPr>
            <w:tcW w:w="1361" w:type="dxa"/>
            <w:shd w:val="clear" w:color="auto" w:fill="FAFAFA"/>
            <w:tcMar>
              <w:top w:w="70" w:type="dxa"/>
              <w:left w:w="85" w:type="dxa"/>
              <w:bottom w:w="70" w:type="dxa"/>
              <w:right w:w="85" w:type="dxa"/>
            </w:tcMar>
            <w:vAlign w:val="center"/>
          </w:tcPr>
          <w:p w14:paraId="289F9060" w14:textId="77777777" w:rsidR="00C16128" w:rsidRDefault="00C16128">
            <w:pPr>
              <w:spacing w:after="0" w:line="240" w:lineRule="auto"/>
            </w:pPr>
          </w:p>
        </w:tc>
        <w:tc>
          <w:tcPr>
            <w:tcW w:w="567" w:type="dxa"/>
            <w:shd w:val="clear" w:color="auto" w:fill="FAFAFA"/>
            <w:tcMar>
              <w:top w:w="70" w:type="dxa"/>
              <w:left w:w="85" w:type="dxa"/>
              <w:bottom w:w="70" w:type="dxa"/>
              <w:right w:w="85" w:type="dxa"/>
            </w:tcMar>
            <w:vAlign w:val="center"/>
          </w:tcPr>
          <w:p w14:paraId="0C7273C4" w14:textId="77777777" w:rsidR="00C16128" w:rsidRDefault="00C16128">
            <w:pPr>
              <w:spacing w:after="0" w:line="240" w:lineRule="auto"/>
            </w:pPr>
          </w:p>
        </w:tc>
      </w:tr>
      <w:tr w:rsidR="00C16128" w14:paraId="74CDB7B7" w14:textId="77777777">
        <w:trPr>
          <w:cantSplit/>
          <w:jc w:val="center"/>
        </w:trPr>
        <w:tc>
          <w:tcPr>
            <w:tcW w:w="567" w:type="dxa"/>
            <w:shd w:val="clear" w:color="auto" w:fill="FFFFFF"/>
            <w:tcMar>
              <w:top w:w="70" w:type="dxa"/>
              <w:left w:w="85" w:type="dxa"/>
              <w:bottom w:w="70" w:type="dxa"/>
              <w:right w:w="85" w:type="dxa"/>
            </w:tcMar>
            <w:vAlign w:val="center"/>
          </w:tcPr>
          <w:p w14:paraId="4B9965F7" w14:textId="77777777" w:rsidR="00C16128" w:rsidRDefault="00C16128">
            <w:pPr>
              <w:spacing w:after="0" w:line="240" w:lineRule="auto"/>
            </w:pPr>
          </w:p>
        </w:tc>
        <w:tc>
          <w:tcPr>
            <w:tcW w:w="3231" w:type="dxa"/>
            <w:shd w:val="clear" w:color="auto" w:fill="FFFFFF"/>
            <w:tcMar>
              <w:top w:w="70" w:type="dxa"/>
              <w:left w:w="85" w:type="dxa"/>
              <w:bottom w:w="70" w:type="dxa"/>
              <w:right w:w="85" w:type="dxa"/>
            </w:tcMar>
            <w:vAlign w:val="center"/>
          </w:tcPr>
          <w:p w14:paraId="56E99FA7" w14:textId="77777777" w:rsidR="00C16128" w:rsidRDefault="00C16128">
            <w:pPr>
              <w:spacing w:after="0" w:line="240" w:lineRule="auto"/>
            </w:pPr>
          </w:p>
        </w:tc>
        <w:tc>
          <w:tcPr>
            <w:tcW w:w="1077" w:type="dxa"/>
            <w:shd w:val="clear" w:color="auto" w:fill="FFFFFF"/>
            <w:tcMar>
              <w:top w:w="70" w:type="dxa"/>
              <w:left w:w="85" w:type="dxa"/>
              <w:bottom w:w="70" w:type="dxa"/>
              <w:right w:w="85" w:type="dxa"/>
            </w:tcMar>
            <w:vAlign w:val="center"/>
          </w:tcPr>
          <w:p w14:paraId="5B9EAB39" w14:textId="77777777" w:rsidR="00C16128" w:rsidRDefault="00C16128">
            <w:pPr>
              <w:spacing w:after="0" w:line="240" w:lineRule="auto"/>
            </w:pPr>
          </w:p>
        </w:tc>
        <w:tc>
          <w:tcPr>
            <w:tcW w:w="1417" w:type="dxa"/>
            <w:shd w:val="clear" w:color="auto" w:fill="FFFFFF"/>
            <w:tcMar>
              <w:top w:w="70" w:type="dxa"/>
              <w:left w:w="85" w:type="dxa"/>
              <w:bottom w:w="70" w:type="dxa"/>
              <w:right w:w="85" w:type="dxa"/>
            </w:tcMar>
            <w:vAlign w:val="center"/>
          </w:tcPr>
          <w:p w14:paraId="711B9693" w14:textId="77777777" w:rsidR="00C16128" w:rsidRDefault="00C16128">
            <w:pPr>
              <w:spacing w:after="0" w:line="240" w:lineRule="auto"/>
            </w:pPr>
          </w:p>
        </w:tc>
        <w:tc>
          <w:tcPr>
            <w:tcW w:w="1701" w:type="dxa"/>
            <w:shd w:val="clear" w:color="auto" w:fill="FFFFFF"/>
            <w:tcMar>
              <w:top w:w="70" w:type="dxa"/>
              <w:left w:w="85" w:type="dxa"/>
              <w:bottom w:w="70" w:type="dxa"/>
              <w:right w:w="85" w:type="dxa"/>
            </w:tcMar>
            <w:vAlign w:val="center"/>
          </w:tcPr>
          <w:p w14:paraId="4A6C82AF" w14:textId="77777777" w:rsidR="00C16128" w:rsidRDefault="00C16128">
            <w:pPr>
              <w:spacing w:after="0" w:line="240" w:lineRule="auto"/>
            </w:pPr>
          </w:p>
        </w:tc>
        <w:tc>
          <w:tcPr>
            <w:tcW w:w="1361" w:type="dxa"/>
            <w:shd w:val="clear" w:color="auto" w:fill="FFFFFF"/>
            <w:tcMar>
              <w:top w:w="70" w:type="dxa"/>
              <w:left w:w="85" w:type="dxa"/>
              <w:bottom w:w="70" w:type="dxa"/>
              <w:right w:w="85" w:type="dxa"/>
            </w:tcMar>
            <w:vAlign w:val="center"/>
          </w:tcPr>
          <w:p w14:paraId="3FDE4206" w14:textId="77777777" w:rsidR="00C16128" w:rsidRDefault="00C16128">
            <w:pPr>
              <w:spacing w:after="0" w:line="240" w:lineRule="auto"/>
            </w:pPr>
          </w:p>
        </w:tc>
        <w:tc>
          <w:tcPr>
            <w:tcW w:w="567" w:type="dxa"/>
            <w:shd w:val="clear" w:color="auto" w:fill="FFFFFF"/>
            <w:tcMar>
              <w:top w:w="70" w:type="dxa"/>
              <w:left w:w="85" w:type="dxa"/>
              <w:bottom w:w="70" w:type="dxa"/>
              <w:right w:w="85" w:type="dxa"/>
            </w:tcMar>
            <w:vAlign w:val="center"/>
          </w:tcPr>
          <w:p w14:paraId="4C97C0D6" w14:textId="77777777" w:rsidR="00C16128" w:rsidRDefault="00C16128">
            <w:pPr>
              <w:spacing w:after="0" w:line="240" w:lineRule="auto"/>
            </w:pPr>
          </w:p>
        </w:tc>
      </w:tr>
      <w:tr w:rsidR="00C16128" w14:paraId="08BFD088" w14:textId="77777777">
        <w:trPr>
          <w:cantSplit/>
          <w:jc w:val="center"/>
        </w:trPr>
        <w:tc>
          <w:tcPr>
            <w:tcW w:w="567" w:type="dxa"/>
            <w:shd w:val="clear" w:color="auto" w:fill="FAFAFA"/>
            <w:tcMar>
              <w:top w:w="70" w:type="dxa"/>
              <w:left w:w="85" w:type="dxa"/>
              <w:bottom w:w="70" w:type="dxa"/>
              <w:right w:w="85" w:type="dxa"/>
            </w:tcMar>
            <w:vAlign w:val="center"/>
          </w:tcPr>
          <w:p w14:paraId="130DEFDA" w14:textId="77777777" w:rsidR="00C16128" w:rsidRDefault="00C16128">
            <w:pPr>
              <w:spacing w:after="0" w:line="240" w:lineRule="auto"/>
            </w:pPr>
          </w:p>
        </w:tc>
        <w:tc>
          <w:tcPr>
            <w:tcW w:w="3231" w:type="dxa"/>
            <w:shd w:val="clear" w:color="auto" w:fill="FAFAFA"/>
            <w:tcMar>
              <w:top w:w="70" w:type="dxa"/>
              <w:left w:w="85" w:type="dxa"/>
              <w:bottom w:w="70" w:type="dxa"/>
              <w:right w:w="85" w:type="dxa"/>
            </w:tcMar>
            <w:vAlign w:val="center"/>
          </w:tcPr>
          <w:p w14:paraId="18B74827" w14:textId="77777777" w:rsidR="00C16128" w:rsidRDefault="00C16128">
            <w:pPr>
              <w:spacing w:after="0" w:line="240" w:lineRule="auto"/>
            </w:pPr>
          </w:p>
        </w:tc>
        <w:tc>
          <w:tcPr>
            <w:tcW w:w="1077" w:type="dxa"/>
            <w:shd w:val="clear" w:color="auto" w:fill="FAFAFA"/>
            <w:tcMar>
              <w:top w:w="70" w:type="dxa"/>
              <w:left w:w="85" w:type="dxa"/>
              <w:bottom w:w="70" w:type="dxa"/>
              <w:right w:w="85" w:type="dxa"/>
            </w:tcMar>
            <w:vAlign w:val="center"/>
          </w:tcPr>
          <w:p w14:paraId="4A57BE5C" w14:textId="77777777" w:rsidR="00C16128" w:rsidRDefault="00C16128">
            <w:pPr>
              <w:spacing w:after="0" w:line="240" w:lineRule="auto"/>
            </w:pPr>
          </w:p>
        </w:tc>
        <w:tc>
          <w:tcPr>
            <w:tcW w:w="1417" w:type="dxa"/>
            <w:shd w:val="clear" w:color="auto" w:fill="FAFAFA"/>
            <w:tcMar>
              <w:top w:w="70" w:type="dxa"/>
              <w:left w:w="85" w:type="dxa"/>
              <w:bottom w:w="70" w:type="dxa"/>
              <w:right w:w="85" w:type="dxa"/>
            </w:tcMar>
            <w:vAlign w:val="center"/>
          </w:tcPr>
          <w:p w14:paraId="232EA01F" w14:textId="77777777" w:rsidR="00C16128" w:rsidRDefault="00C16128">
            <w:pPr>
              <w:spacing w:after="0" w:line="240" w:lineRule="auto"/>
            </w:pPr>
          </w:p>
        </w:tc>
        <w:tc>
          <w:tcPr>
            <w:tcW w:w="1701" w:type="dxa"/>
            <w:shd w:val="clear" w:color="auto" w:fill="FAFAFA"/>
            <w:tcMar>
              <w:top w:w="70" w:type="dxa"/>
              <w:left w:w="85" w:type="dxa"/>
              <w:bottom w:w="70" w:type="dxa"/>
              <w:right w:w="85" w:type="dxa"/>
            </w:tcMar>
            <w:vAlign w:val="center"/>
          </w:tcPr>
          <w:p w14:paraId="4EC190CA" w14:textId="77777777" w:rsidR="00C16128" w:rsidRDefault="00C16128">
            <w:pPr>
              <w:spacing w:after="0" w:line="240" w:lineRule="auto"/>
            </w:pPr>
          </w:p>
        </w:tc>
        <w:tc>
          <w:tcPr>
            <w:tcW w:w="1361" w:type="dxa"/>
            <w:shd w:val="clear" w:color="auto" w:fill="FAFAFA"/>
            <w:tcMar>
              <w:top w:w="70" w:type="dxa"/>
              <w:left w:w="85" w:type="dxa"/>
              <w:bottom w:w="70" w:type="dxa"/>
              <w:right w:w="85" w:type="dxa"/>
            </w:tcMar>
            <w:vAlign w:val="center"/>
          </w:tcPr>
          <w:p w14:paraId="72DC72D1" w14:textId="77777777" w:rsidR="00C16128" w:rsidRDefault="00C16128">
            <w:pPr>
              <w:spacing w:after="0" w:line="240" w:lineRule="auto"/>
            </w:pPr>
          </w:p>
        </w:tc>
        <w:tc>
          <w:tcPr>
            <w:tcW w:w="567" w:type="dxa"/>
            <w:shd w:val="clear" w:color="auto" w:fill="FAFAFA"/>
            <w:tcMar>
              <w:top w:w="70" w:type="dxa"/>
              <w:left w:w="85" w:type="dxa"/>
              <w:bottom w:w="70" w:type="dxa"/>
              <w:right w:w="85" w:type="dxa"/>
            </w:tcMar>
            <w:vAlign w:val="center"/>
          </w:tcPr>
          <w:p w14:paraId="0E2DA92D" w14:textId="77777777" w:rsidR="00C16128" w:rsidRDefault="00C16128">
            <w:pPr>
              <w:spacing w:after="0" w:line="240" w:lineRule="auto"/>
            </w:pPr>
          </w:p>
        </w:tc>
      </w:tr>
      <w:tr w:rsidR="00C16128" w14:paraId="09D2801C" w14:textId="77777777">
        <w:trPr>
          <w:cantSplit/>
          <w:jc w:val="center"/>
        </w:trPr>
        <w:tc>
          <w:tcPr>
            <w:tcW w:w="567" w:type="dxa"/>
            <w:shd w:val="clear" w:color="auto" w:fill="FFFFFF"/>
            <w:tcMar>
              <w:top w:w="70" w:type="dxa"/>
              <w:left w:w="85" w:type="dxa"/>
              <w:bottom w:w="70" w:type="dxa"/>
              <w:right w:w="85" w:type="dxa"/>
            </w:tcMar>
            <w:vAlign w:val="center"/>
          </w:tcPr>
          <w:p w14:paraId="41AFB930" w14:textId="77777777" w:rsidR="00C16128" w:rsidRDefault="00C16128">
            <w:pPr>
              <w:spacing w:after="0" w:line="240" w:lineRule="auto"/>
            </w:pPr>
          </w:p>
        </w:tc>
        <w:tc>
          <w:tcPr>
            <w:tcW w:w="3231" w:type="dxa"/>
            <w:shd w:val="clear" w:color="auto" w:fill="FFFFFF"/>
            <w:tcMar>
              <w:top w:w="70" w:type="dxa"/>
              <w:left w:w="85" w:type="dxa"/>
              <w:bottom w:w="70" w:type="dxa"/>
              <w:right w:w="85" w:type="dxa"/>
            </w:tcMar>
            <w:vAlign w:val="center"/>
          </w:tcPr>
          <w:p w14:paraId="0D6040BB" w14:textId="77777777" w:rsidR="00C16128" w:rsidRDefault="00C16128">
            <w:pPr>
              <w:spacing w:after="0" w:line="240" w:lineRule="auto"/>
            </w:pPr>
          </w:p>
        </w:tc>
        <w:tc>
          <w:tcPr>
            <w:tcW w:w="1077" w:type="dxa"/>
            <w:shd w:val="clear" w:color="auto" w:fill="FFFFFF"/>
            <w:tcMar>
              <w:top w:w="70" w:type="dxa"/>
              <w:left w:w="85" w:type="dxa"/>
              <w:bottom w:w="70" w:type="dxa"/>
              <w:right w:w="85" w:type="dxa"/>
            </w:tcMar>
            <w:vAlign w:val="center"/>
          </w:tcPr>
          <w:p w14:paraId="409FF4B0" w14:textId="77777777" w:rsidR="00C16128" w:rsidRDefault="00C16128">
            <w:pPr>
              <w:spacing w:after="0" w:line="240" w:lineRule="auto"/>
            </w:pPr>
          </w:p>
        </w:tc>
        <w:tc>
          <w:tcPr>
            <w:tcW w:w="1417" w:type="dxa"/>
            <w:shd w:val="clear" w:color="auto" w:fill="FFFFFF"/>
            <w:tcMar>
              <w:top w:w="70" w:type="dxa"/>
              <w:left w:w="85" w:type="dxa"/>
              <w:bottom w:w="70" w:type="dxa"/>
              <w:right w:w="85" w:type="dxa"/>
            </w:tcMar>
            <w:vAlign w:val="center"/>
          </w:tcPr>
          <w:p w14:paraId="537AEAF7" w14:textId="77777777" w:rsidR="00C16128" w:rsidRDefault="00C16128">
            <w:pPr>
              <w:spacing w:after="0" w:line="240" w:lineRule="auto"/>
            </w:pPr>
          </w:p>
        </w:tc>
        <w:tc>
          <w:tcPr>
            <w:tcW w:w="1701" w:type="dxa"/>
            <w:shd w:val="clear" w:color="auto" w:fill="FFFFFF"/>
            <w:tcMar>
              <w:top w:w="70" w:type="dxa"/>
              <w:left w:w="85" w:type="dxa"/>
              <w:bottom w:w="70" w:type="dxa"/>
              <w:right w:w="85" w:type="dxa"/>
            </w:tcMar>
            <w:vAlign w:val="center"/>
          </w:tcPr>
          <w:p w14:paraId="2D94D634" w14:textId="77777777" w:rsidR="00C16128" w:rsidRDefault="00C16128">
            <w:pPr>
              <w:spacing w:after="0" w:line="240" w:lineRule="auto"/>
            </w:pPr>
          </w:p>
        </w:tc>
        <w:tc>
          <w:tcPr>
            <w:tcW w:w="1361" w:type="dxa"/>
            <w:shd w:val="clear" w:color="auto" w:fill="FFFFFF"/>
            <w:tcMar>
              <w:top w:w="70" w:type="dxa"/>
              <w:left w:w="85" w:type="dxa"/>
              <w:bottom w:w="70" w:type="dxa"/>
              <w:right w:w="85" w:type="dxa"/>
            </w:tcMar>
            <w:vAlign w:val="center"/>
          </w:tcPr>
          <w:p w14:paraId="41EA65E0" w14:textId="77777777" w:rsidR="00C16128" w:rsidRDefault="00C16128">
            <w:pPr>
              <w:spacing w:after="0" w:line="240" w:lineRule="auto"/>
            </w:pPr>
          </w:p>
        </w:tc>
        <w:tc>
          <w:tcPr>
            <w:tcW w:w="567" w:type="dxa"/>
            <w:shd w:val="clear" w:color="auto" w:fill="FFFFFF"/>
            <w:tcMar>
              <w:top w:w="70" w:type="dxa"/>
              <w:left w:w="85" w:type="dxa"/>
              <w:bottom w:w="70" w:type="dxa"/>
              <w:right w:w="85" w:type="dxa"/>
            </w:tcMar>
            <w:vAlign w:val="center"/>
          </w:tcPr>
          <w:p w14:paraId="58532C2C" w14:textId="77777777" w:rsidR="00C16128" w:rsidRDefault="00C16128">
            <w:pPr>
              <w:spacing w:after="0" w:line="240" w:lineRule="auto"/>
            </w:pPr>
          </w:p>
        </w:tc>
      </w:tr>
      <w:tr w:rsidR="00C16128" w14:paraId="645827B3" w14:textId="77777777">
        <w:trPr>
          <w:cantSplit/>
          <w:jc w:val="center"/>
        </w:trPr>
        <w:tc>
          <w:tcPr>
            <w:tcW w:w="567" w:type="dxa"/>
            <w:shd w:val="clear" w:color="auto" w:fill="FAFAFA"/>
            <w:tcMar>
              <w:top w:w="70" w:type="dxa"/>
              <w:left w:w="85" w:type="dxa"/>
              <w:bottom w:w="70" w:type="dxa"/>
              <w:right w:w="85" w:type="dxa"/>
            </w:tcMar>
            <w:vAlign w:val="center"/>
          </w:tcPr>
          <w:p w14:paraId="6B8969C4" w14:textId="77777777" w:rsidR="00C16128" w:rsidRDefault="00C16128">
            <w:pPr>
              <w:spacing w:after="0" w:line="240" w:lineRule="auto"/>
            </w:pPr>
          </w:p>
        </w:tc>
        <w:tc>
          <w:tcPr>
            <w:tcW w:w="3231" w:type="dxa"/>
            <w:shd w:val="clear" w:color="auto" w:fill="FAFAFA"/>
            <w:tcMar>
              <w:top w:w="70" w:type="dxa"/>
              <w:left w:w="85" w:type="dxa"/>
              <w:bottom w:w="70" w:type="dxa"/>
              <w:right w:w="85" w:type="dxa"/>
            </w:tcMar>
            <w:vAlign w:val="center"/>
          </w:tcPr>
          <w:p w14:paraId="11AB7BDE" w14:textId="77777777" w:rsidR="00C16128" w:rsidRDefault="00C16128">
            <w:pPr>
              <w:spacing w:after="0" w:line="240" w:lineRule="auto"/>
            </w:pPr>
          </w:p>
        </w:tc>
        <w:tc>
          <w:tcPr>
            <w:tcW w:w="1077" w:type="dxa"/>
            <w:shd w:val="clear" w:color="auto" w:fill="FAFAFA"/>
            <w:tcMar>
              <w:top w:w="70" w:type="dxa"/>
              <w:left w:w="85" w:type="dxa"/>
              <w:bottom w:w="70" w:type="dxa"/>
              <w:right w:w="85" w:type="dxa"/>
            </w:tcMar>
            <w:vAlign w:val="center"/>
          </w:tcPr>
          <w:p w14:paraId="7ABBAA45" w14:textId="77777777" w:rsidR="00C16128" w:rsidRDefault="00C16128">
            <w:pPr>
              <w:spacing w:after="0" w:line="240" w:lineRule="auto"/>
            </w:pPr>
          </w:p>
        </w:tc>
        <w:tc>
          <w:tcPr>
            <w:tcW w:w="1417" w:type="dxa"/>
            <w:shd w:val="clear" w:color="auto" w:fill="FAFAFA"/>
            <w:tcMar>
              <w:top w:w="70" w:type="dxa"/>
              <w:left w:w="85" w:type="dxa"/>
              <w:bottom w:w="70" w:type="dxa"/>
              <w:right w:w="85" w:type="dxa"/>
            </w:tcMar>
            <w:vAlign w:val="center"/>
          </w:tcPr>
          <w:p w14:paraId="0C8002DE" w14:textId="77777777" w:rsidR="00C16128" w:rsidRDefault="00C16128">
            <w:pPr>
              <w:spacing w:after="0" w:line="240" w:lineRule="auto"/>
            </w:pPr>
          </w:p>
        </w:tc>
        <w:tc>
          <w:tcPr>
            <w:tcW w:w="1701" w:type="dxa"/>
            <w:shd w:val="clear" w:color="auto" w:fill="FAFAFA"/>
            <w:tcMar>
              <w:top w:w="70" w:type="dxa"/>
              <w:left w:w="85" w:type="dxa"/>
              <w:bottom w:w="70" w:type="dxa"/>
              <w:right w:w="85" w:type="dxa"/>
            </w:tcMar>
            <w:vAlign w:val="center"/>
          </w:tcPr>
          <w:p w14:paraId="25FAC469" w14:textId="77777777" w:rsidR="00C16128" w:rsidRDefault="00C16128">
            <w:pPr>
              <w:spacing w:after="0" w:line="240" w:lineRule="auto"/>
            </w:pPr>
          </w:p>
        </w:tc>
        <w:tc>
          <w:tcPr>
            <w:tcW w:w="1361" w:type="dxa"/>
            <w:shd w:val="clear" w:color="auto" w:fill="FAFAFA"/>
            <w:tcMar>
              <w:top w:w="70" w:type="dxa"/>
              <w:left w:w="85" w:type="dxa"/>
              <w:bottom w:w="70" w:type="dxa"/>
              <w:right w:w="85" w:type="dxa"/>
            </w:tcMar>
            <w:vAlign w:val="center"/>
          </w:tcPr>
          <w:p w14:paraId="204DA7BE" w14:textId="77777777" w:rsidR="00C16128" w:rsidRDefault="00C16128">
            <w:pPr>
              <w:spacing w:after="0" w:line="240" w:lineRule="auto"/>
            </w:pPr>
          </w:p>
        </w:tc>
        <w:tc>
          <w:tcPr>
            <w:tcW w:w="567" w:type="dxa"/>
            <w:shd w:val="clear" w:color="auto" w:fill="FAFAFA"/>
            <w:tcMar>
              <w:top w:w="70" w:type="dxa"/>
              <w:left w:w="85" w:type="dxa"/>
              <w:bottom w:w="70" w:type="dxa"/>
              <w:right w:w="85" w:type="dxa"/>
            </w:tcMar>
            <w:vAlign w:val="center"/>
          </w:tcPr>
          <w:p w14:paraId="5E28F552" w14:textId="77777777" w:rsidR="00C16128" w:rsidRDefault="00C16128">
            <w:pPr>
              <w:spacing w:after="0" w:line="240" w:lineRule="auto"/>
            </w:pPr>
          </w:p>
        </w:tc>
      </w:tr>
    </w:tbl>
    <w:p w14:paraId="24F7E0DC" w14:textId="77777777" w:rsidR="00C16128" w:rsidRDefault="00C16128">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C16128" w14:paraId="5CAAD138" w14:textId="77777777">
        <w:trPr>
          <w:cantSplit/>
          <w:jc w:val="center"/>
        </w:trPr>
        <w:tc>
          <w:tcPr>
            <w:tcW w:w="1020" w:type="dxa"/>
            <w:shd w:val="clear" w:color="auto" w:fill="D71920"/>
            <w:tcMar>
              <w:top w:w="70" w:type="dxa"/>
              <w:left w:w="85" w:type="dxa"/>
              <w:bottom w:w="70" w:type="dxa"/>
              <w:right w:w="85" w:type="dxa"/>
            </w:tcMar>
            <w:vAlign w:val="center"/>
          </w:tcPr>
          <w:p w14:paraId="547A21CD" w14:textId="77777777" w:rsidR="00C16128" w:rsidRDefault="00000000">
            <w:pPr>
              <w:spacing w:after="0" w:line="240" w:lineRule="auto"/>
              <w:jc w:val="center"/>
            </w:pPr>
            <w:r>
              <w:rPr>
                <w:b/>
                <w:color w:val="FFFFFF"/>
                <w:sz w:val="34"/>
              </w:rPr>
              <w:t>8</w:t>
            </w:r>
          </w:p>
        </w:tc>
        <w:tc>
          <w:tcPr>
            <w:tcW w:w="8901" w:type="dxa"/>
            <w:shd w:val="clear" w:color="auto" w:fill="F3F4F5"/>
          </w:tcPr>
          <w:p w14:paraId="6C6F930E" w14:textId="77777777" w:rsidR="00C16128" w:rsidRPr="000236A4" w:rsidRDefault="00000000">
            <w:pPr>
              <w:spacing w:after="20"/>
              <w:rPr>
                <w:lang w:val="fr-FR"/>
              </w:rPr>
            </w:pPr>
            <w:r w:rsidRPr="000236A4">
              <w:rPr>
                <w:b/>
                <w:sz w:val="27"/>
                <w:lang w:val="fr-FR"/>
              </w:rPr>
              <w:t>Documente digitale, cloud și surse externe</w:t>
            </w:r>
          </w:p>
          <w:p w14:paraId="0F697B45" w14:textId="77777777" w:rsidR="00C16128" w:rsidRDefault="00000000">
            <w:pPr>
              <w:spacing w:after="0"/>
            </w:pPr>
            <w:r>
              <w:rPr>
                <w:color w:val="666666"/>
                <w:sz w:val="16"/>
              </w:rPr>
              <w:t>Platforma nu înlocuiește controlul; regulile trebuie să acopere accesul, integritatea și recuperarea</w:t>
            </w:r>
          </w:p>
        </w:tc>
      </w:tr>
    </w:tbl>
    <w:p w14:paraId="2029324E" w14:textId="77777777" w:rsidR="00C16128" w:rsidRDefault="00C16128">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C16128" w14:paraId="25C68EC8" w14:textId="77777777">
        <w:trPr>
          <w:tblHeader/>
          <w:jc w:val="center"/>
        </w:trPr>
        <w:tc>
          <w:tcPr>
            <w:tcW w:w="2551" w:type="dxa"/>
            <w:shd w:val="clear" w:color="auto" w:fill="D71920"/>
            <w:tcMar>
              <w:top w:w="70" w:type="dxa"/>
              <w:left w:w="85" w:type="dxa"/>
              <w:bottom w:w="70" w:type="dxa"/>
              <w:right w:w="85" w:type="dxa"/>
            </w:tcMar>
            <w:vAlign w:val="center"/>
          </w:tcPr>
          <w:p w14:paraId="677B8F75" w14:textId="77777777" w:rsidR="00C16128" w:rsidRDefault="00000000">
            <w:pPr>
              <w:spacing w:after="0" w:line="240" w:lineRule="auto"/>
              <w:jc w:val="center"/>
            </w:pPr>
            <w:r>
              <w:rPr>
                <w:b/>
                <w:color w:val="FFFFFF"/>
                <w:sz w:val="15"/>
              </w:rPr>
              <w:t>CONTROL</w:t>
            </w:r>
          </w:p>
        </w:tc>
        <w:tc>
          <w:tcPr>
            <w:tcW w:w="7370" w:type="dxa"/>
            <w:shd w:val="clear" w:color="auto" w:fill="D71920"/>
            <w:tcMar>
              <w:top w:w="70" w:type="dxa"/>
              <w:left w:w="85" w:type="dxa"/>
              <w:bottom w:w="70" w:type="dxa"/>
              <w:right w:w="85" w:type="dxa"/>
            </w:tcMar>
            <w:vAlign w:val="center"/>
          </w:tcPr>
          <w:p w14:paraId="0A3B7365" w14:textId="77777777" w:rsidR="00C16128" w:rsidRDefault="00000000">
            <w:pPr>
              <w:spacing w:after="0" w:line="240" w:lineRule="auto"/>
              <w:jc w:val="center"/>
            </w:pPr>
            <w:r>
              <w:rPr>
                <w:b/>
                <w:color w:val="FFFFFF"/>
                <w:sz w:val="15"/>
              </w:rPr>
              <w:t>CE TREBUIE STABILIT</w:t>
            </w:r>
          </w:p>
        </w:tc>
      </w:tr>
      <w:tr w:rsidR="00C16128" w:rsidRPr="000236A4" w14:paraId="530CBE82" w14:textId="77777777">
        <w:trPr>
          <w:cantSplit/>
          <w:jc w:val="center"/>
        </w:trPr>
        <w:tc>
          <w:tcPr>
            <w:tcW w:w="2551" w:type="dxa"/>
            <w:shd w:val="clear" w:color="auto" w:fill="FFFFFF"/>
            <w:tcMar>
              <w:top w:w="70" w:type="dxa"/>
              <w:left w:w="85" w:type="dxa"/>
              <w:bottom w:w="70" w:type="dxa"/>
              <w:right w:w="85" w:type="dxa"/>
            </w:tcMar>
            <w:vAlign w:val="center"/>
          </w:tcPr>
          <w:p w14:paraId="4D60651F" w14:textId="77777777" w:rsidR="00C16128" w:rsidRDefault="00000000">
            <w:pPr>
              <w:spacing w:after="0" w:line="240" w:lineRule="auto"/>
            </w:pPr>
            <w:r>
              <w:rPr>
                <w:sz w:val="16"/>
              </w:rPr>
              <w:t>Sursa oficială</w:t>
            </w:r>
          </w:p>
        </w:tc>
        <w:tc>
          <w:tcPr>
            <w:tcW w:w="7370" w:type="dxa"/>
            <w:shd w:val="clear" w:color="auto" w:fill="FFFFFF"/>
            <w:tcMar>
              <w:top w:w="70" w:type="dxa"/>
              <w:left w:w="85" w:type="dxa"/>
              <w:bottom w:w="70" w:type="dxa"/>
              <w:right w:w="85" w:type="dxa"/>
            </w:tcMar>
            <w:vAlign w:val="center"/>
          </w:tcPr>
          <w:p w14:paraId="061447A2" w14:textId="77777777" w:rsidR="00C16128" w:rsidRPr="000236A4" w:rsidRDefault="00000000">
            <w:pPr>
              <w:spacing w:after="0" w:line="240" w:lineRule="auto"/>
              <w:rPr>
                <w:lang w:val="fr-FR"/>
              </w:rPr>
            </w:pPr>
            <w:r w:rsidRPr="000236A4">
              <w:rPr>
                <w:sz w:val="16"/>
                <w:lang w:val="fr-FR"/>
              </w:rPr>
              <w:t>Definiți unde se află versiunea controlată și ce copii sunt numai informative.</w:t>
            </w:r>
          </w:p>
        </w:tc>
      </w:tr>
      <w:tr w:rsidR="00C16128" w:rsidRPr="000236A4" w14:paraId="57B233CA" w14:textId="77777777">
        <w:trPr>
          <w:cantSplit/>
          <w:jc w:val="center"/>
        </w:trPr>
        <w:tc>
          <w:tcPr>
            <w:tcW w:w="2551" w:type="dxa"/>
            <w:shd w:val="clear" w:color="auto" w:fill="FAFAFA"/>
            <w:tcMar>
              <w:top w:w="70" w:type="dxa"/>
              <w:left w:w="85" w:type="dxa"/>
              <w:bottom w:w="70" w:type="dxa"/>
              <w:right w:w="85" w:type="dxa"/>
            </w:tcMar>
            <w:vAlign w:val="center"/>
          </w:tcPr>
          <w:p w14:paraId="2AF564F5" w14:textId="77777777" w:rsidR="00C16128" w:rsidRDefault="00000000">
            <w:pPr>
              <w:spacing w:after="0" w:line="240" w:lineRule="auto"/>
            </w:pPr>
            <w:r>
              <w:rPr>
                <w:sz w:val="16"/>
              </w:rPr>
              <w:t>Acces</w:t>
            </w:r>
          </w:p>
        </w:tc>
        <w:tc>
          <w:tcPr>
            <w:tcW w:w="7370" w:type="dxa"/>
            <w:shd w:val="clear" w:color="auto" w:fill="FAFAFA"/>
            <w:tcMar>
              <w:top w:w="70" w:type="dxa"/>
              <w:left w:w="85" w:type="dxa"/>
              <w:bottom w:w="70" w:type="dxa"/>
              <w:right w:w="85" w:type="dxa"/>
            </w:tcMar>
            <w:vAlign w:val="center"/>
          </w:tcPr>
          <w:p w14:paraId="232EDBC7" w14:textId="77777777" w:rsidR="00C16128" w:rsidRPr="000236A4" w:rsidRDefault="00000000">
            <w:pPr>
              <w:spacing w:after="0" w:line="240" w:lineRule="auto"/>
              <w:rPr>
                <w:lang w:val="fr-FR"/>
              </w:rPr>
            </w:pPr>
            <w:r w:rsidRPr="000236A4">
              <w:rPr>
                <w:sz w:val="16"/>
                <w:lang w:val="fr-FR"/>
              </w:rPr>
              <w:t>Roluri, permisiuni și retragerea accesului la schimbarea rolului ori încetarea colaborării.</w:t>
            </w:r>
          </w:p>
        </w:tc>
      </w:tr>
      <w:tr w:rsidR="00C16128" w14:paraId="5CAA3F64" w14:textId="77777777">
        <w:trPr>
          <w:cantSplit/>
          <w:jc w:val="center"/>
        </w:trPr>
        <w:tc>
          <w:tcPr>
            <w:tcW w:w="2551" w:type="dxa"/>
            <w:shd w:val="clear" w:color="auto" w:fill="FFFFFF"/>
            <w:tcMar>
              <w:top w:w="70" w:type="dxa"/>
              <w:left w:w="85" w:type="dxa"/>
              <w:bottom w:w="70" w:type="dxa"/>
              <w:right w:w="85" w:type="dxa"/>
            </w:tcMar>
            <w:vAlign w:val="center"/>
          </w:tcPr>
          <w:p w14:paraId="6A79A5B2" w14:textId="77777777" w:rsidR="00C16128" w:rsidRDefault="00000000">
            <w:pPr>
              <w:spacing w:after="0" w:line="240" w:lineRule="auto"/>
            </w:pPr>
            <w:r>
              <w:rPr>
                <w:sz w:val="16"/>
              </w:rPr>
              <w:t>Integritate</w:t>
            </w:r>
          </w:p>
        </w:tc>
        <w:tc>
          <w:tcPr>
            <w:tcW w:w="7370" w:type="dxa"/>
            <w:shd w:val="clear" w:color="auto" w:fill="FFFFFF"/>
            <w:tcMar>
              <w:top w:w="70" w:type="dxa"/>
              <w:left w:w="85" w:type="dxa"/>
              <w:bottom w:w="70" w:type="dxa"/>
              <w:right w:w="85" w:type="dxa"/>
            </w:tcMar>
            <w:vAlign w:val="center"/>
          </w:tcPr>
          <w:p w14:paraId="57D68B48" w14:textId="77777777" w:rsidR="00C16128" w:rsidRDefault="00000000">
            <w:pPr>
              <w:spacing w:after="0" w:line="240" w:lineRule="auto"/>
            </w:pPr>
            <w:r>
              <w:rPr>
                <w:sz w:val="16"/>
              </w:rPr>
              <w:t>Istoric al modificărilor, aprobări trasabile și protecție împotriva suprascrierii sau ștergerii neautorizate.</w:t>
            </w:r>
          </w:p>
        </w:tc>
      </w:tr>
      <w:tr w:rsidR="00C16128" w14:paraId="3EFEDF6E" w14:textId="77777777">
        <w:trPr>
          <w:cantSplit/>
          <w:jc w:val="center"/>
        </w:trPr>
        <w:tc>
          <w:tcPr>
            <w:tcW w:w="2551" w:type="dxa"/>
            <w:shd w:val="clear" w:color="auto" w:fill="FAFAFA"/>
            <w:tcMar>
              <w:top w:w="70" w:type="dxa"/>
              <w:left w:w="85" w:type="dxa"/>
              <w:bottom w:w="70" w:type="dxa"/>
              <w:right w:w="85" w:type="dxa"/>
            </w:tcMar>
            <w:vAlign w:val="center"/>
          </w:tcPr>
          <w:p w14:paraId="0A4ED14C" w14:textId="77777777" w:rsidR="00C16128" w:rsidRDefault="00000000">
            <w:pPr>
              <w:spacing w:after="0" w:line="240" w:lineRule="auto"/>
            </w:pPr>
            <w:r>
              <w:rPr>
                <w:sz w:val="16"/>
              </w:rPr>
              <w:t>Disponibilitate</w:t>
            </w:r>
          </w:p>
        </w:tc>
        <w:tc>
          <w:tcPr>
            <w:tcW w:w="7370" w:type="dxa"/>
            <w:shd w:val="clear" w:color="auto" w:fill="FAFAFA"/>
            <w:tcMar>
              <w:top w:w="70" w:type="dxa"/>
              <w:left w:w="85" w:type="dxa"/>
              <w:bottom w:w="70" w:type="dxa"/>
              <w:right w:w="85" w:type="dxa"/>
            </w:tcMar>
            <w:vAlign w:val="center"/>
          </w:tcPr>
          <w:p w14:paraId="0CC00EA7" w14:textId="77777777" w:rsidR="00C16128" w:rsidRDefault="00000000">
            <w:pPr>
              <w:spacing w:after="0" w:line="240" w:lineRule="auto"/>
            </w:pPr>
            <w:r>
              <w:rPr>
                <w:sz w:val="16"/>
              </w:rPr>
              <w:t>Backup, redundanță, mod de lucru alternativ și testarea restaurării.</w:t>
            </w:r>
          </w:p>
        </w:tc>
      </w:tr>
      <w:tr w:rsidR="00C16128" w14:paraId="0F131DB1" w14:textId="77777777">
        <w:trPr>
          <w:cantSplit/>
          <w:jc w:val="center"/>
        </w:trPr>
        <w:tc>
          <w:tcPr>
            <w:tcW w:w="2551" w:type="dxa"/>
            <w:shd w:val="clear" w:color="auto" w:fill="FFFFFF"/>
            <w:tcMar>
              <w:top w:w="70" w:type="dxa"/>
              <w:left w:w="85" w:type="dxa"/>
              <w:bottom w:w="70" w:type="dxa"/>
              <w:right w:w="85" w:type="dxa"/>
            </w:tcMar>
            <w:vAlign w:val="center"/>
          </w:tcPr>
          <w:p w14:paraId="52CE52BB" w14:textId="77777777" w:rsidR="00C16128" w:rsidRDefault="00000000">
            <w:pPr>
              <w:spacing w:after="0" w:line="240" w:lineRule="auto"/>
            </w:pPr>
            <w:r>
              <w:rPr>
                <w:sz w:val="16"/>
              </w:rPr>
              <w:t>Confidențialitate</w:t>
            </w:r>
          </w:p>
        </w:tc>
        <w:tc>
          <w:tcPr>
            <w:tcW w:w="7370" w:type="dxa"/>
            <w:shd w:val="clear" w:color="auto" w:fill="FFFFFF"/>
            <w:tcMar>
              <w:top w:w="70" w:type="dxa"/>
              <w:left w:w="85" w:type="dxa"/>
              <w:bottom w:w="70" w:type="dxa"/>
              <w:right w:w="85" w:type="dxa"/>
            </w:tcMar>
            <w:vAlign w:val="center"/>
          </w:tcPr>
          <w:p w14:paraId="5048AC9F" w14:textId="77777777" w:rsidR="00C16128" w:rsidRDefault="00000000">
            <w:pPr>
              <w:spacing w:after="0" w:line="240" w:lineRule="auto"/>
            </w:pPr>
            <w:r>
              <w:rPr>
                <w:sz w:val="16"/>
              </w:rPr>
              <w:t>Clasificare, acces minim necesar și protecția datelor personale, medicale, comerciale sau de securitate.</w:t>
            </w:r>
          </w:p>
        </w:tc>
      </w:tr>
      <w:tr w:rsidR="00C16128" w14:paraId="0F958B85" w14:textId="77777777">
        <w:trPr>
          <w:cantSplit/>
          <w:jc w:val="center"/>
        </w:trPr>
        <w:tc>
          <w:tcPr>
            <w:tcW w:w="2551" w:type="dxa"/>
            <w:shd w:val="clear" w:color="auto" w:fill="FAFAFA"/>
            <w:tcMar>
              <w:top w:w="70" w:type="dxa"/>
              <w:left w:w="85" w:type="dxa"/>
              <w:bottom w:w="70" w:type="dxa"/>
              <w:right w:w="85" w:type="dxa"/>
            </w:tcMar>
            <w:vAlign w:val="center"/>
          </w:tcPr>
          <w:p w14:paraId="6B66BF2D" w14:textId="77777777" w:rsidR="00C16128" w:rsidRDefault="00000000">
            <w:pPr>
              <w:spacing w:after="0" w:line="240" w:lineRule="auto"/>
            </w:pPr>
            <w:r>
              <w:rPr>
                <w:sz w:val="16"/>
              </w:rPr>
              <w:t>Identitate</w:t>
            </w:r>
          </w:p>
        </w:tc>
        <w:tc>
          <w:tcPr>
            <w:tcW w:w="7370" w:type="dxa"/>
            <w:shd w:val="clear" w:color="auto" w:fill="FAFAFA"/>
            <w:tcMar>
              <w:top w:w="70" w:type="dxa"/>
              <w:left w:w="85" w:type="dxa"/>
              <w:bottom w:w="70" w:type="dxa"/>
              <w:right w:w="85" w:type="dxa"/>
            </w:tcMar>
            <w:vAlign w:val="center"/>
          </w:tcPr>
          <w:p w14:paraId="5FC1242C" w14:textId="77777777" w:rsidR="00C16128" w:rsidRDefault="00000000">
            <w:pPr>
              <w:spacing w:after="0" w:line="240" w:lineRule="auto"/>
            </w:pPr>
            <w:r>
              <w:rPr>
                <w:sz w:val="16"/>
              </w:rPr>
              <w:t>Conturi individuale, autentificare și trasabilitatea persoanei care introduce, verifică ori aprobă date.</w:t>
            </w:r>
          </w:p>
        </w:tc>
      </w:tr>
      <w:tr w:rsidR="00C16128" w14:paraId="20368035" w14:textId="77777777">
        <w:trPr>
          <w:cantSplit/>
          <w:jc w:val="center"/>
        </w:trPr>
        <w:tc>
          <w:tcPr>
            <w:tcW w:w="2551" w:type="dxa"/>
            <w:shd w:val="clear" w:color="auto" w:fill="FFFFFF"/>
            <w:tcMar>
              <w:top w:w="70" w:type="dxa"/>
              <w:left w:w="85" w:type="dxa"/>
              <w:bottom w:w="70" w:type="dxa"/>
              <w:right w:w="85" w:type="dxa"/>
            </w:tcMar>
            <w:vAlign w:val="center"/>
          </w:tcPr>
          <w:p w14:paraId="7716377E" w14:textId="77777777" w:rsidR="00C16128" w:rsidRDefault="00000000">
            <w:pPr>
              <w:spacing w:after="0" w:line="240" w:lineRule="auto"/>
            </w:pPr>
            <w:r>
              <w:rPr>
                <w:sz w:val="16"/>
              </w:rPr>
              <w:t>Păstrare</w:t>
            </w:r>
          </w:p>
        </w:tc>
        <w:tc>
          <w:tcPr>
            <w:tcW w:w="7370" w:type="dxa"/>
            <w:shd w:val="clear" w:color="auto" w:fill="FFFFFF"/>
            <w:tcMar>
              <w:top w:w="70" w:type="dxa"/>
              <w:left w:w="85" w:type="dxa"/>
              <w:bottom w:w="70" w:type="dxa"/>
              <w:right w:w="85" w:type="dxa"/>
            </w:tcMar>
            <w:vAlign w:val="center"/>
          </w:tcPr>
          <w:p w14:paraId="2A5BD63C" w14:textId="77777777" w:rsidR="00C16128" w:rsidRDefault="00000000">
            <w:pPr>
              <w:spacing w:after="0" w:line="240" w:lineRule="auto"/>
            </w:pPr>
            <w:r>
              <w:rPr>
                <w:sz w:val="16"/>
              </w:rPr>
              <w:t>Regulile se aplică și datelor din aplicații, e-mailurilor, logurilor, fotografiilor și semnăturilor electronice.</w:t>
            </w:r>
          </w:p>
        </w:tc>
      </w:tr>
      <w:tr w:rsidR="00C16128" w14:paraId="663CE5CA" w14:textId="77777777">
        <w:trPr>
          <w:cantSplit/>
          <w:jc w:val="center"/>
        </w:trPr>
        <w:tc>
          <w:tcPr>
            <w:tcW w:w="2551" w:type="dxa"/>
            <w:shd w:val="clear" w:color="auto" w:fill="FAFAFA"/>
            <w:tcMar>
              <w:top w:w="70" w:type="dxa"/>
              <w:left w:w="85" w:type="dxa"/>
              <w:bottom w:w="70" w:type="dxa"/>
              <w:right w:w="85" w:type="dxa"/>
            </w:tcMar>
            <w:vAlign w:val="center"/>
          </w:tcPr>
          <w:p w14:paraId="65E144DF" w14:textId="77777777" w:rsidR="00C16128" w:rsidRDefault="00000000">
            <w:pPr>
              <w:spacing w:after="0" w:line="240" w:lineRule="auto"/>
            </w:pPr>
            <w:r>
              <w:rPr>
                <w:sz w:val="16"/>
              </w:rPr>
              <w:t>Migrare</w:t>
            </w:r>
          </w:p>
        </w:tc>
        <w:tc>
          <w:tcPr>
            <w:tcW w:w="7370" w:type="dxa"/>
            <w:shd w:val="clear" w:color="auto" w:fill="FAFAFA"/>
            <w:tcMar>
              <w:top w:w="70" w:type="dxa"/>
              <w:left w:w="85" w:type="dxa"/>
              <w:bottom w:w="70" w:type="dxa"/>
              <w:right w:w="85" w:type="dxa"/>
            </w:tcMar>
            <w:vAlign w:val="center"/>
          </w:tcPr>
          <w:p w14:paraId="0E1C1421" w14:textId="77777777" w:rsidR="00C16128" w:rsidRDefault="00000000">
            <w:pPr>
              <w:spacing w:after="0" w:line="240" w:lineRule="auto"/>
            </w:pPr>
            <w:r>
              <w:rPr>
                <w:sz w:val="16"/>
              </w:rPr>
              <w:t>Verificarea completitudinii, metadatelor și lizibilității la schimbarea aplicației sau furnizorului cloud.</w:t>
            </w:r>
          </w:p>
        </w:tc>
      </w:tr>
    </w:tbl>
    <w:p w14:paraId="4948723D" w14:textId="77777777" w:rsidR="00C16128" w:rsidRDefault="00C16128">
      <w:pPr>
        <w:spacing w:after="20"/>
      </w:pPr>
    </w:p>
    <w:p w14:paraId="7B5371A9" w14:textId="77777777" w:rsidR="00C16128" w:rsidRDefault="00000000">
      <w:pPr>
        <w:pStyle w:val="Heading2"/>
      </w:pPr>
      <w:r>
        <w:t>Documente de origine externă</w:t>
      </w:r>
    </w:p>
    <w:p w14:paraId="4B3C68FD" w14:textId="77777777" w:rsidR="00C16128" w:rsidRPr="000236A4" w:rsidRDefault="00000000">
      <w:pPr>
        <w:pStyle w:val="ListBullet"/>
        <w:spacing w:after="40"/>
        <w:ind w:left="283" w:hanging="170"/>
        <w:rPr>
          <w:lang w:val="fr-FR"/>
        </w:rPr>
      </w:pPr>
      <w:r w:rsidRPr="000236A4">
        <w:rPr>
          <w:lang w:val="fr-FR"/>
        </w:rPr>
        <w:t>Legislație și criterii oficiale privind alimentele, apa, etichetarea, alergeni, microbiologie și materiale în contact.</w:t>
      </w:r>
    </w:p>
    <w:p w14:paraId="679490D8" w14:textId="77777777" w:rsidR="00C16128" w:rsidRDefault="00000000">
      <w:pPr>
        <w:pStyle w:val="ListBullet"/>
        <w:spacing w:after="40"/>
        <w:ind w:left="283" w:hanging="170"/>
      </w:pPr>
      <w:r>
        <w:t>Specificații, certificate și declarații ale furnizorilor pentru materii prime, ambalaje, substanțe chimice și servicii.</w:t>
      </w:r>
    </w:p>
    <w:p w14:paraId="49858DA1" w14:textId="77777777" w:rsidR="00C16128" w:rsidRPr="000236A4" w:rsidRDefault="00000000">
      <w:pPr>
        <w:pStyle w:val="ListBullet"/>
        <w:spacing w:after="40"/>
        <w:ind w:left="283" w:hanging="170"/>
        <w:rPr>
          <w:lang w:val="fr-FR"/>
        </w:rPr>
      </w:pPr>
      <w:r w:rsidRPr="000236A4">
        <w:rPr>
          <w:lang w:val="fr-FR"/>
        </w:rPr>
        <w:t>Metode de laborator, standarde tehnice, ghiduri de igienă și informații științifice utilizate în analiza pericolelor.</w:t>
      </w:r>
    </w:p>
    <w:p w14:paraId="23972731" w14:textId="77777777" w:rsidR="00C16128" w:rsidRDefault="00000000">
      <w:pPr>
        <w:pStyle w:val="ListBullet"/>
        <w:spacing w:after="40"/>
        <w:ind w:left="283" w:hanging="170"/>
      </w:pPr>
      <w:r>
        <w:t>Cerințe ale clienților, schemelor de certificare, autorităților și piețelor de export.</w:t>
      </w:r>
    </w:p>
    <w:p w14:paraId="78C74423" w14:textId="77777777" w:rsidR="00C16128" w:rsidRDefault="00000000">
      <w:pPr>
        <w:pStyle w:val="ListBullet"/>
        <w:spacing w:after="40"/>
        <w:ind w:left="283" w:hanging="170"/>
      </w:pPr>
      <w:r>
        <w:t>Fișe tehnice și instrucțiuni pentru echipamente de detecție, monitorizare, curățare și măsurare.</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C16128" w:rsidRPr="000236A4" w14:paraId="2EB03CD2" w14:textId="77777777">
        <w:trPr>
          <w:cantSplit/>
          <w:jc w:val="center"/>
        </w:trPr>
        <w:tc>
          <w:tcPr>
            <w:tcW w:w="1020" w:type="dxa"/>
            <w:shd w:val="clear" w:color="auto" w:fill="D71920"/>
            <w:tcMar>
              <w:top w:w="70" w:type="dxa"/>
              <w:left w:w="85" w:type="dxa"/>
              <w:bottom w:w="70" w:type="dxa"/>
              <w:right w:w="85" w:type="dxa"/>
            </w:tcMar>
            <w:vAlign w:val="center"/>
          </w:tcPr>
          <w:p w14:paraId="0F8DDB8B" w14:textId="77777777" w:rsidR="00C16128" w:rsidRDefault="00000000">
            <w:pPr>
              <w:spacing w:after="0" w:line="240" w:lineRule="auto"/>
              <w:jc w:val="center"/>
            </w:pPr>
            <w:r>
              <w:rPr>
                <w:b/>
                <w:color w:val="FFFFFF"/>
                <w:sz w:val="34"/>
              </w:rPr>
              <w:t>9</w:t>
            </w:r>
          </w:p>
        </w:tc>
        <w:tc>
          <w:tcPr>
            <w:tcW w:w="8901" w:type="dxa"/>
            <w:shd w:val="clear" w:color="auto" w:fill="F3F4F5"/>
          </w:tcPr>
          <w:p w14:paraId="502C1B78" w14:textId="77777777" w:rsidR="00C16128" w:rsidRDefault="00000000">
            <w:pPr>
              <w:spacing w:after="20"/>
            </w:pPr>
            <w:r>
              <w:rPr>
                <w:b/>
                <w:sz w:val="27"/>
              </w:rPr>
              <w:t>Set minim pentru o organizație mică</w:t>
            </w:r>
          </w:p>
          <w:p w14:paraId="4726985F" w14:textId="77777777" w:rsidR="00C16128" w:rsidRPr="000236A4" w:rsidRDefault="00000000">
            <w:pPr>
              <w:spacing w:after="0"/>
              <w:rPr>
                <w:lang w:val="fr-FR"/>
              </w:rPr>
            </w:pPr>
            <w:r w:rsidRPr="000236A4">
              <w:rPr>
                <w:color w:val="666666"/>
                <w:sz w:val="16"/>
                <w:lang w:val="fr-FR"/>
              </w:rPr>
              <w:t>Un sistem compact poate fi conform dacă este coerent, utilizat și susținut de dovezi</w:t>
            </w:r>
          </w:p>
        </w:tc>
      </w:tr>
    </w:tbl>
    <w:p w14:paraId="3A1A02A1" w14:textId="77777777" w:rsidR="00C16128" w:rsidRPr="000236A4" w:rsidRDefault="00C16128">
      <w:pPr>
        <w:spacing w:after="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3628"/>
        <w:gridCol w:w="5613"/>
      </w:tblGrid>
      <w:tr w:rsidR="00C16128" w14:paraId="7DD16E37" w14:textId="77777777">
        <w:trPr>
          <w:tblHeader/>
          <w:jc w:val="center"/>
        </w:trPr>
        <w:tc>
          <w:tcPr>
            <w:tcW w:w="680" w:type="dxa"/>
            <w:shd w:val="clear" w:color="auto" w:fill="D71920"/>
            <w:tcMar>
              <w:top w:w="70" w:type="dxa"/>
              <w:left w:w="85" w:type="dxa"/>
              <w:bottom w:w="70" w:type="dxa"/>
              <w:right w:w="85" w:type="dxa"/>
            </w:tcMar>
            <w:vAlign w:val="center"/>
          </w:tcPr>
          <w:p w14:paraId="12E3B920" w14:textId="77777777" w:rsidR="00C16128" w:rsidRDefault="00000000">
            <w:pPr>
              <w:spacing w:after="0" w:line="240" w:lineRule="auto"/>
              <w:jc w:val="center"/>
            </w:pPr>
            <w:r>
              <w:rPr>
                <w:b/>
                <w:color w:val="FFFFFF"/>
                <w:sz w:val="15"/>
              </w:rPr>
              <w:t>#</w:t>
            </w:r>
          </w:p>
        </w:tc>
        <w:tc>
          <w:tcPr>
            <w:tcW w:w="3628" w:type="dxa"/>
            <w:shd w:val="clear" w:color="auto" w:fill="D71920"/>
            <w:tcMar>
              <w:top w:w="70" w:type="dxa"/>
              <w:left w:w="85" w:type="dxa"/>
              <w:bottom w:w="70" w:type="dxa"/>
              <w:right w:w="85" w:type="dxa"/>
            </w:tcMar>
            <w:vAlign w:val="center"/>
          </w:tcPr>
          <w:p w14:paraId="4541C3E9" w14:textId="77777777" w:rsidR="00C16128" w:rsidRDefault="00000000">
            <w:pPr>
              <w:spacing w:after="0" w:line="240" w:lineRule="auto"/>
              <w:jc w:val="center"/>
            </w:pPr>
            <w:r>
              <w:rPr>
                <w:b/>
                <w:color w:val="FFFFFF"/>
                <w:sz w:val="15"/>
              </w:rPr>
              <w:t>DOCUMENT / REGISTRU</w:t>
            </w:r>
          </w:p>
        </w:tc>
        <w:tc>
          <w:tcPr>
            <w:tcW w:w="5613" w:type="dxa"/>
            <w:shd w:val="clear" w:color="auto" w:fill="D71920"/>
            <w:tcMar>
              <w:top w:w="70" w:type="dxa"/>
              <w:left w:w="85" w:type="dxa"/>
              <w:bottom w:w="70" w:type="dxa"/>
              <w:right w:w="85" w:type="dxa"/>
            </w:tcMar>
            <w:vAlign w:val="center"/>
          </w:tcPr>
          <w:p w14:paraId="07059FD5" w14:textId="77777777" w:rsidR="00C16128" w:rsidRDefault="00000000">
            <w:pPr>
              <w:spacing w:after="0" w:line="240" w:lineRule="auto"/>
              <w:jc w:val="center"/>
            </w:pPr>
            <w:r>
              <w:rPr>
                <w:b/>
                <w:color w:val="FFFFFF"/>
                <w:sz w:val="15"/>
              </w:rPr>
              <w:t>MOD COMPACT</w:t>
            </w:r>
          </w:p>
        </w:tc>
      </w:tr>
      <w:tr w:rsidR="00C16128" w:rsidRPr="000236A4" w14:paraId="7B758943" w14:textId="77777777">
        <w:trPr>
          <w:cantSplit/>
          <w:jc w:val="center"/>
        </w:trPr>
        <w:tc>
          <w:tcPr>
            <w:tcW w:w="680" w:type="dxa"/>
            <w:shd w:val="clear" w:color="auto" w:fill="FFFFFF"/>
            <w:tcMar>
              <w:top w:w="70" w:type="dxa"/>
              <w:left w:w="85" w:type="dxa"/>
              <w:bottom w:w="70" w:type="dxa"/>
              <w:right w:w="85" w:type="dxa"/>
            </w:tcMar>
            <w:vAlign w:val="center"/>
          </w:tcPr>
          <w:p w14:paraId="667E2AE4" w14:textId="77777777" w:rsidR="00C16128" w:rsidRDefault="00000000">
            <w:pPr>
              <w:spacing w:after="0" w:line="240" w:lineRule="auto"/>
              <w:jc w:val="center"/>
            </w:pPr>
            <w:r>
              <w:rPr>
                <w:sz w:val="15"/>
              </w:rPr>
              <w:t>1</w:t>
            </w:r>
          </w:p>
        </w:tc>
        <w:tc>
          <w:tcPr>
            <w:tcW w:w="3628" w:type="dxa"/>
            <w:shd w:val="clear" w:color="auto" w:fill="FFFFFF"/>
            <w:tcMar>
              <w:top w:w="70" w:type="dxa"/>
              <w:left w:w="85" w:type="dxa"/>
              <w:bottom w:w="70" w:type="dxa"/>
              <w:right w:w="85" w:type="dxa"/>
            </w:tcMar>
            <w:vAlign w:val="center"/>
          </w:tcPr>
          <w:p w14:paraId="114050DC" w14:textId="77777777" w:rsidR="00C16128" w:rsidRDefault="00000000">
            <w:pPr>
              <w:spacing w:after="0" w:line="240" w:lineRule="auto"/>
            </w:pPr>
            <w:r>
              <w:rPr>
                <w:sz w:val="15"/>
              </w:rPr>
              <w:t>Domeniu, politică și obiective</w:t>
            </w:r>
          </w:p>
        </w:tc>
        <w:tc>
          <w:tcPr>
            <w:tcW w:w="5613" w:type="dxa"/>
            <w:shd w:val="clear" w:color="auto" w:fill="FFFFFF"/>
            <w:tcMar>
              <w:top w:w="70" w:type="dxa"/>
              <w:left w:w="85" w:type="dxa"/>
              <w:bottom w:w="70" w:type="dxa"/>
              <w:right w:w="85" w:type="dxa"/>
            </w:tcMar>
            <w:vAlign w:val="center"/>
          </w:tcPr>
          <w:p w14:paraId="6B6ACE34" w14:textId="77777777" w:rsidR="00C16128" w:rsidRPr="000236A4" w:rsidRDefault="00000000">
            <w:pPr>
              <w:spacing w:after="0" w:line="240" w:lineRule="auto"/>
              <w:rPr>
                <w:lang w:val="fr-FR"/>
              </w:rPr>
            </w:pPr>
            <w:r w:rsidRPr="000236A4">
              <w:rPr>
                <w:sz w:val="15"/>
                <w:lang w:val="fr-FR"/>
              </w:rPr>
              <w:t>Un document de guvernanță cu roluri și indicatori.</w:t>
            </w:r>
          </w:p>
        </w:tc>
      </w:tr>
      <w:tr w:rsidR="00C16128" w:rsidRPr="000236A4" w14:paraId="63F4AE0B" w14:textId="77777777">
        <w:trPr>
          <w:cantSplit/>
          <w:jc w:val="center"/>
        </w:trPr>
        <w:tc>
          <w:tcPr>
            <w:tcW w:w="680" w:type="dxa"/>
            <w:shd w:val="clear" w:color="auto" w:fill="FAFAFA"/>
            <w:tcMar>
              <w:top w:w="70" w:type="dxa"/>
              <w:left w:w="85" w:type="dxa"/>
              <w:bottom w:w="70" w:type="dxa"/>
              <w:right w:w="85" w:type="dxa"/>
            </w:tcMar>
            <w:vAlign w:val="center"/>
          </w:tcPr>
          <w:p w14:paraId="671FD097" w14:textId="77777777" w:rsidR="00C16128" w:rsidRDefault="00000000">
            <w:pPr>
              <w:spacing w:after="0" w:line="240" w:lineRule="auto"/>
              <w:jc w:val="center"/>
            </w:pPr>
            <w:r>
              <w:rPr>
                <w:sz w:val="15"/>
              </w:rPr>
              <w:t>2</w:t>
            </w:r>
          </w:p>
        </w:tc>
        <w:tc>
          <w:tcPr>
            <w:tcW w:w="3628" w:type="dxa"/>
            <w:shd w:val="clear" w:color="auto" w:fill="FAFAFA"/>
            <w:tcMar>
              <w:top w:w="70" w:type="dxa"/>
              <w:left w:w="85" w:type="dxa"/>
              <w:bottom w:w="70" w:type="dxa"/>
              <w:right w:w="85" w:type="dxa"/>
            </w:tcMar>
            <w:vAlign w:val="center"/>
          </w:tcPr>
          <w:p w14:paraId="4A92176F" w14:textId="77777777" w:rsidR="00C16128" w:rsidRDefault="00000000">
            <w:pPr>
              <w:spacing w:after="0" w:line="240" w:lineRule="auto"/>
            </w:pPr>
            <w:r>
              <w:rPr>
                <w:sz w:val="15"/>
              </w:rPr>
              <w:t>Registru cerințe și comunicare</w:t>
            </w:r>
          </w:p>
        </w:tc>
        <w:tc>
          <w:tcPr>
            <w:tcW w:w="5613" w:type="dxa"/>
            <w:shd w:val="clear" w:color="auto" w:fill="FAFAFA"/>
            <w:tcMar>
              <w:top w:w="70" w:type="dxa"/>
              <w:left w:w="85" w:type="dxa"/>
              <w:bottom w:w="70" w:type="dxa"/>
              <w:right w:w="85" w:type="dxa"/>
            </w:tcMar>
            <w:vAlign w:val="center"/>
          </w:tcPr>
          <w:p w14:paraId="6199CA59" w14:textId="77777777" w:rsidR="00C16128" w:rsidRPr="000236A4" w:rsidRDefault="00000000">
            <w:pPr>
              <w:spacing w:after="0" w:line="240" w:lineRule="auto"/>
              <w:rPr>
                <w:lang w:val="fr-FR"/>
              </w:rPr>
            </w:pPr>
            <w:r w:rsidRPr="000236A4">
              <w:rPr>
                <w:sz w:val="15"/>
                <w:lang w:val="fr-FR"/>
              </w:rPr>
              <w:t>Un registru comun pentru obligații, clienți și contacte.</w:t>
            </w:r>
          </w:p>
        </w:tc>
      </w:tr>
      <w:tr w:rsidR="00C16128" w14:paraId="3F084DE3" w14:textId="77777777">
        <w:trPr>
          <w:cantSplit/>
          <w:jc w:val="center"/>
        </w:trPr>
        <w:tc>
          <w:tcPr>
            <w:tcW w:w="680" w:type="dxa"/>
            <w:shd w:val="clear" w:color="auto" w:fill="FFFFFF"/>
            <w:tcMar>
              <w:top w:w="70" w:type="dxa"/>
              <w:left w:w="85" w:type="dxa"/>
              <w:bottom w:w="70" w:type="dxa"/>
              <w:right w:w="85" w:type="dxa"/>
            </w:tcMar>
            <w:vAlign w:val="center"/>
          </w:tcPr>
          <w:p w14:paraId="3CC5C38C" w14:textId="77777777" w:rsidR="00C16128" w:rsidRDefault="00000000">
            <w:pPr>
              <w:spacing w:after="0" w:line="240" w:lineRule="auto"/>
              <w:jc w:val="center"/>
            </w:pPr>
            <w:r>
              <w:rPr>
                <w:sz w:val="15"/>
              </w:rPr>
              <w:t>3</w:t>
            </w:r>
          </w:p>
        </w:tc>
        <w:tc>
          <w:tcPr>
            <w:tcW w:w="3628" w:type="dxa"/>
            <w:shd w:val="clear" w:color="auto" w:fill="FFFFFF"/>
            <w:tcMar>
              <w:top w:w="70" w:type="dxa"/>
              <w:left w:w="85" w:type="dxa"/>
              <w:bottom w:w="70" w:type="dxa"/>
              <w:right w:w="85" w:type="dxa"/>
            </w:tcMar>
            <w:vAlign w:val="center"/>
          </w:tcPr>
          <w:p w14:paraId="09EBACC0" w14:textId="77777777" w:rsidR="00C16128" w:rsidRPr="000236A4" w:rsidRDefault="00000000">
            <w:pPr>
              <w:spacing w:after="0" w:line="240" w:lineRule="auto"/>
              <w:rPr>
                <w:lang w:val="fr-FR"/>
              </w:rPr>
            </w:pPr>
            <w:r w:rsidRPr="000236A4">
              <w:rPr>
                <w:sz w:val="15"/>
                <w:lang w:val="fr-FR"/>
              </w:rPr>
              <w:t>PRP și plan de verificare</w:t>
            </w:r>
          </w:p>
        </w:tc>
        <w:tc>
          <w:tcPr>
            <w:tcW w:w="5613" w:type="dxa"/>
            <w:shd w:val="clear" w:color="auto" w:fill="FFFFFF"/>
            <w:tcMar>
              <w:top w:w="70" w:type="dxa"/>
              <w:left w:w="85" w:type="dxa"/>
              <w:bottom w:w="70" w:type="dxa"/>
              <w:right w:w="85" w:type="dxa"/>
            </w:tcMar>
            <w:vAlign w:val="center"/>
          </w:tcPr>
          <w:p w14:paraId="314F01E4" w14:textId="77777777" w:rsidR="00C16128" w:rsidRDefault="00000000">
            <w:pPr>
              <w:spacing w:after="0" w:line="240" w:lineRule="auto"/>
            </w:pPr>
            <w:r>
              <w:rPr>
                <w:sz w:val="15"/>
              </w:rPr>
              <w:t>Proceduri compacte + checklists operaționale.</w:t>
            </w:r>
          </w:p>
        </w:tc>
      </w:tr>
      <w:tr w:rsidR="00C16128" w:rsidRPr="000236A4" w14:paraId="3279BEE4" w14:textId="77777777">
        <w:trPr>
          <w:cantSplit/>
          <w:jc w:val="center"/>
        </w:trPr>
        <w:tc>
          <w:tcPr>
            <w:tcW w:w="680" w:type="dxa"/>
            <w:shd w:val="clear" w:color="auto" w:fill="FAFAFA"/>
            <w:tcMar>
              <w:top w:w="70" w:type="dxa"/>
              <w:left w:w="85" w:type="dxa"/>
              <w:bottom w:w="70" w:type="dxa"/>
              <w:right w:w="85" w:type="dxa"/>
            </w:tcMar>
            <w:vAlign w:val="center"/>
          </w:tcPr>
          <w:p w14:paraId="3CA0D0EF" w14:textId="77777777" w:rsidR="00C16128" w:rsidRDefault="00000000">
            <w:pPr>
              <w:spacing w:after="0" w:line="240" w:lineRule="auto"/>
              <w:jc w:val="center"/>
            </w:pPr>
            <w:r>
              <w:rPr>
                <w:sz w:val="15"/>
              </w:rPr>
              <w:t>4</w:t>
            </w:r>
          </w:p>
        </w:tc>
        <w:tc>
          <w:tcPr>
            <w:tcW w:w="3628" w:type="dxa"/>
            <w:shd w:val="clear" w:color="auto" w:fill="FAFAFA"/>
            <w:tcMar>
              <w:top w:w="70" w:type="dxa"/>
              <w:left w:w="85" w:type="dxa"/>
              <w:bottom w:w="70" w:type="dxa"/>
              <w:right w:w="85" w:type="dxa"/>
            </w:tcMar>
            <w:vAlign w:val="center"/>
          </w:tcPr>
          <w:p w14:paraId="007C4801" w14:textId="77777777" w:rsidR="00C16128" w:rsidRDefault="00000000">
            <w:pPr>
              <w:spacing w:after="0" w:line="240" w:lineRule="auto"/>
            </w:pPr>
            <w:r>
              <w:rPr>
                <w:sz w:val="15"/>
              </w:rPr>
              <w:t>Dosar analiză pericole</w:t>
            </w:r>
          </w:p>
        </w:tc>
        <w:tc>
          <w:tcPr>
            <w:tcW w:w="5613" w:type="dxa"/>
            <w:shd w:val="clear" w:color="auto" w:fill="FAFAFA"/>
            <w:tcMar>
              <w:top w:w="70" w:type="dxa"/>
              <w:left w:w="85" w:type="dxa"/>
              <w:bottom w:w="70" w:type="dxa"/>
              <w:right w:w="85" w:type="dxa"/>
            </w:tcMar>
            <w:vAlign w:val="center"/>
          </w:tcPr>
          <w:p w14:paraId="3AE30669" w14:textId="77777777" w:rsidR="00C16128" w:rsidRPr="000236A4" w:rsidRDefault="00000000">
            <w:pPr>
              <w:spacing w:after="0" w:line="240" w:lineRule="auto"/>
              <w:rPr>
                <w:lang w:val="fr-FR"/>
              </w:rPr>
            </w:pPr>
            <w:r w:rsidRPr="000236A4">
              <w:rPr>
                <w:sz w:val="15"/>
                <w:lang w:val="fr-FR"/>
              </w:rPr>
              <w:t>Date preliminare, fluxuri, evaluare și justificări într-un singur dosar.</w:t>
            </w:r>
          </w:p>
        </w:tc>
      </w:tr>
      <w:tr w:rsidR="00C16128" w:rsidRPr="000236A4" w14:paraId="26FA6D5E" w14:textId="77777777">
        <w:trPr>
          <w:cantSplit/>
          <w:jc w:val="center"/>
        </w:trPr>
        <w:tc>
          <w:tcPr>
            <w:tcW w:w="680" w:type="dxa"/>
            <w:shd w:val="clear" w:color="auto" w:fill="FFFFFF"/>
            <w:tcMar>
              <w:top w:w="70" w:type="dxa"/>
              <w:left w:w="85" w:type="dxa"/>
              <w:bottom w:w="70" w:type="dxa"/>
              <w:right w:w="85" w:type="dxa"/>
            </w:tcMar>
            <w:vAlign w:val="center"/>
          </w:tcPr>
          <w:p w14:paraId="039D007B" w14:textId="77777777" w:rsidR="00C16128" w:rsidRDefault="00000000">
            <w:pPr>
              <w:spacing w:after="0" w:line="240" w:lineRule="auto"/>
              <w:jc w:val="center"/>
            </w:pPr>
            <w:r>
              <w:rPr>
                <w:sz w:val="15"/>
              </w:rPr>
              <w:t>5</w:t>
            </w:r>
          </w:p>
        </w:tc>
        <w:tc>
          <w:tcPr>
            <w:tcW w:w="3628" w:type="dxa"/>
            <w:shd w:val="clear" w:color="auto" w:fill="FFFFFF"/>
            <w:tcMar>
              <w:top w:w="70" w:type="dxa"/>
              <w:left w:w="85" w:type="dxa"/>
              <w:bottom w:w="70" w:type="dxa"/>
              <w:right w:w="85" w:type="dxa"/>
            </w:tcMar>
            <w:vAlign w:val="center"/>
          </w:tcPr>
          <w:p w14:paraId="39282562" w14:textId="77777777" w:rsidR="00C16128" w:rsidRDefault="00000000">
            <w:pPr>
              <w:spacing w:after="0" w:line="240" w:lineRule="auto"/>
            </w:pPr>
            <w:r>
              <w:rPr>
                <w:sz w:val="15"/>
              </w:rPr>
              <w:t>Plan OPRP / CCP</w:t>
            </w:r>
          </w:p>
        </w:tc>
        <w:tc>
          <w:tcPr>
            <w:tcW w:w="5613" w:type="dxa"/>
            <w:shd w:val="clear" w:color="auto" w:fill="FFFFFF"/>
            <w:tcMar>
              <w:top w:w="70" w:type="dxa"/>
              <w:left w:w="85" w:type="dxa"/>
              <w:bottom w:w="70" w:type="dxa"/>
              <w:right w:w="85" w:type="dxa"/>
            </w:tcMar>
            <w:vAlign w:val="center"/>
          </w:tcPr>
          <w:p w14:paraId="542EEB01" w14:textId="77777777" w:rsidR="00C16128" w:rsidRPr="000236A4" w:rsidRDefault="00000000">
            <w:pPr>
              <w:spacing w:after="0" w:line="240" w:lineRule="auto"/>
              <w:rPr>
                <w:lang w:val="fr-FR"/>
              </w:rPr>
            </w:pPr>
            <w:r w:rsidRPr="000236A4">
              <w:rPr>
                <w:sz w:val="15"/>
                <w:lang w:val="fr-FR"/>
              </w:rPr>
              <w:t>Tabel controlat, disponibil la punctul de utilizare.</w:t>
            </w:r>
          </w:p>
        </w:tc>
      </w:tr>
      <w:tr w:rsidR="00C16128" w14:paraId="744EB4A1" w14:textId="77777777">
        <w:trPr>
          <w:cantSplit/>
          <w:jc w:val="center"/>
        </w:trPr>
        <w:tc>
          <w:tcPr>
            <w:tcW w:w="680" w:type="dxa"/>
            <w:shd w:val="clear" w:color="auto" w:fill="FAFAFA"/>
            <w:tcMar>
              <w:top w:w="70" w:type="dxa"/>
              <w:left w:w="85" w:type="dxa"/>
              <w:bottom w:w="70" w:type="dxa"/>
              <w:right w:w="85" w:type="dxa"/>
            </w:tcMar>
            <w:vAlign w:val="center"/>
          </w:tcPr>
          <w:p w14:paraId="7042671E" w14:textId="77777777" w:rsidR="00C16128" w:rsidRDefault="00000000">
            <w:pPr>
              <w:spacing w:after="0" w:line="240" w:lineRule="auto"/>
              <w:jc w:val="center"/>
            </w:pPr>
            <w:r>
              <w:rPr>
                <w:sz w:val="15"/>
              </w:rPr>
              <w:lastRenderedPageBreak/>
              <w:t>6</w:t>
            </w:r>
          </w:p>
        </w:tc>
        <w:tc>
          <w:tcPr>
            <w:tcW w:w="3628" w:type="dxa"/>
            <w:shd w:val="clear" w:color="auto" w:fill="FAFAFA"/>
            <w:tcMar>
              <w:top w:w="70" w:type="dxa"/>
              <w:left w:w="85" w:type="dxa"/>
              <w:bottom w:w="70" w:type="dxa"/>
              <w:right w:w="85" w:type="dxa"/>
            </w:tcMar>
            <w:vAlign w:val="center"/>
          </w:tcPr>
          <w:p w14:paraId="3E7ADE0A" w14:textId="77777777" w:rsidR="00C16128" w:rsidRDefault="00000000">
            <w:pPr>
              <w:spacing w:after="0" w:line="240" w:lineRule="auto"/>
            </w:pPr>
            <w:r>
              <w:rPr>
                <w:sz w:val="15"/>
              </w:rPr>
              <w:t>Trasabilitate și rechemare</w:t>
            </w:r>
          </w:p>
        </w:tc>
        <w:tc>
          <w:tcPr>
            <w:tcW w:w="5613" w:type="dxa"/>
            <w:shd w:val="clear" w:color="auto" w:fill="FAFAFA"/>
            <w:tcMar>
              <w:top w:w="70" w:type="dxa"/>
              <w:left w:w="85" w:type="dxa"/>
              <w:bottom w:w="70" w:type="dxa"/>
              <w:right w:w="85" w:type="dxa"/>
            </w:tcMar>
            <w:vAlign w:val="center"/>
          </w:tcPr>
          <w:p w14:paraId="0AA4EE18" w14:textId="77777777" w:rsidR="00C16128" w:rsidRDefault="00000000">
            <w:pPr>
              <w:spacing w:after="0" w:line="240" w:lineRule="auto"/>
            </w:pPr>
            <w:r>
              <w:rPr>
                <w:sz w:val="15"/>
              </w:rPr>
              <w:t>Procedură comună + test și bilanț masic.</w:t>
            </w:r>
          </w:p>
        </w:tc>
      </w:tr>
      <w:tr w:rsidR="00C16128" w:rsidRPr="000236A4" w14:paraId="12911BA0" w14:textId="77777777">
        <w:trPr>
          <w:cantSplit/>
          <w:jc w:val="center"/>
        </w:trPr>
        <w:tc>
          <w:tcPr>
            <w:tcW w:w="680" w:type="dxa"/>
            <w:shd w:val="clear" w:color="auto" w:fill="FFFFFF"/>
            <w:tcMar>
              <w:top w:w="70" w:type="dxa"/>
              <w:left w:w="85" w:type="dxa"/>
              <w:bottom w:w="70" w:type="dxa"/>
              <w:right w:w="85" w:type="dxa"/>
            </w:tcMar>
            <w:vAlign w:val="center"/>
          </w:tcPr>
          <w:p w14:paraId="0A74813F" w14:textId="77777777" w:rsidR="00C16128" w:rsidRDefault="00000000">
            <w:pPr>
              <w:spacing w:after="0" w:line="240" w:lineRule="auto"/>
              <w:jc w:val="center"/>
            </w:pPr>
            <w:r>
              <w:rPr>
                <w:sz w:val="15"/>
              </w:rPr>
              <w:t>7</w:t>
            </w:r>
          </w:p>
        </w:tc>
        <w:tc>
          <w:tcPr>
            <w:tcW w:w="3628" w:type="dxa"/>
            <w:shd w:val="clear" w:color="auto" w:fill="FFFFFF"/>
            <w:tcMar>
              <w:top w:w="70" w:type="dxa"/>
              <w:left w:w="85" w:type="dxa"/>
              <w:bottom w:w="70" w:type="dxa"/>
              <w:right w:w="85" w:type="dxa"/>
            </w:tcMar>
            <w:vAlign w:val="center"/>
          </w:tcPr>
          <w:p w14:paraId="328F11FF" w14:textId="77777777" w:rsidR="00C16128" w:rsidRDefault="00000000">
            <w:pPr>
              <w:spacing w:after="0" w:line="240" w:lineRule="auto"/>
            </w:pPr>
            <w:r>
              <w:rPr>
                <w:sz w:val="15"/>
              </w:rPr>
              <w:t>Furnizori și specificații</w:t>
            </w:r>
          </w:p>
        </w:tc>
        <w:tc>
          <w:tcPr>
            <w:tcW w:w="5613" w:type="dxa"/>
            <w:shd w:val="clear" w:color="auto" w:fill="FFFFFF"/>
            <w:tcMar>
              <w:top w:w="70" w:type="dxa"/>
              <w:left w:w="85" w:type="dxa"/>
              <w:bottom w:w="70" w:type="dxa"/>
              <w:right w:w="85" w:type="dxa"/>
            </w:tcMar>
            <w:vAlign w:val="center"/>
          </w:tcPr>
          <w:p w14:paraId="35B241BF" w14:textId="77777777" w:rsidR="00C16128" w:rsidRPr="000236A4" w:rsidRDefault="00000000">
            <w:pPr>
              <w:spacing w:after="0" w:line="240" w:lineRule="auto"/>
              <w:rPr>
                <w:lang w:val="fr-FR"/>
              </w:rPr>
            </w:pPr>
            <w:r w:rsidRPr="000236A4">
              <w:rPr>
                <w:sz w:val="15"/>
                <w:lang w:val="fr-FR"/>
              </w:rPr>
              <w:t>Registru de aprobare cu legături la documente.</w:t>
            </w:r>
          </w:p>
        </w:tc>
      </w:tr>
      <w:tr w:rsidR="00C16128" w14:paraId="5A355C9E" w14:textId="77777777">
        <w:trPr>
          <w:cantSplit/>
          <w:jc w:val="center"/>
        </w:trPr>
        <w:tc>
          <w:tcPr>
            <w:tcW w:w="680" w:type="dxa"/>
            <w:shd w:val="clear" w:color="auto" w:fill="FAFAFA"/>
            <w:tcMar>
              <w:top w:w="70" w:type="dxa"/>
              <w:left w:w="85" w:type="dxa"/>
              <w:bottom w:w="70" w:type="dxa"/>
              <w:right w:w="85" w:type="dxa"/>
            </w:tcMar>
            <w:vAlign w:val="center"/>
          </w:tcPr>
          <w:p w14:paraId="63DD776E" w14:textId="77777777" w:rsidR="00C16128" w:rsidRDefault="00000000">
            <w:pPr>
              <w:spacing w:after="0" w:line="240" w:lineRule="auto"/>
              <w:jc w:val="center"/>
            </w:pPr>
            <w:r>
              <w:rPr>
                <w:sz w:val="15"/>
              </w:rPr>
              <w:t>8</w:t>
            </w:r>
          </w:p>
        </w:tc>
        <w:tc>
          <w:tcPr>
            <w:tcW w:w="3628" w:type="dxa"/>
            <w:shd w:val="clear" w:color="auto" w:fill="FAFAFA"/>
            <w:tcMar>
              <w:top w:w="70" w:type="dxa"/>
              <w:left w:w="85" w:type="dxa"/>
              <w:bottom w:w="70" w:type="dxa"/>
              <w:right w:w="85" w:type="dxa"/>
            </w:tcMar>
            <w:vAlign w:val="center"/>
          </w:tcPr>
          <w:p w14:paraId="423B9A8A" w14:textId="77777777" w:rsidR="00C16128" w:rsidRDefault="00000000">
            <w:pPr>
              <w:spacing w:after="0" w:line="240" w:lineRule="auto"/>
            </w:pPr>
            <w:r>
              <w:rPr>
                <w:sz w:val="15"/>
              </w:rPr>
              <w:t>Neconformități, audit și management review</w:t>
            </w:r>
          </w:p>
        </w:tc>
        <w:tc>
          <w:tcPr>
            <w:tcW w:w="5613" w:type="dxa"/>
            <w:shd w:val="clear" w:color="auto" w:fill="FAFAFA"/>
            <w:tcMar>
              <w:top w:w="70" w:type="dxa"/>
              <w:left w:w="85" w:type="dxa"/>
              <w:bottom w:w="70" w:type="dxa"/>
              <w:right w:w="85" w:type="dxa"/>
            </w:tcMar>
            <w:vAlign w:val="center"/>
          </w:tcPr>
          <w:p w14:paraId="03A48956" w14:textId="77777777" w:rsidR="00C16128" w:rsidRDefault="00000000">
            <w:pPr>
              <w:spacing w:after="0" w:line="240" w:lineRule="auto"/>
            </w:pPr>
            <w:r>
              <w:rPr>
                <w:sz w:val="15"/>
              </w:rPr>
              <w:t>Registre integrate cu acțiuni și verificarea eficacității.</w:t>
            </w:r>
          </w:p>
        </w:tc>
      </w:tr>
    </w:tbl>
    <w:p w14:paraId="4C2EF1F7" w14:textId="77777777" w:rsidR="00C16128" w:rsidRDefault="00C16128">
      <w:pPr>
        <w:spacing w:after="20"/>
      </w:pPr>
    </w:p>
    <w:p w14:paraId="40055F08" w14:textId="77777777" w:rsidR="00C16128" w:rsidRPr="000236A4" w:rsidRDefault="00000000">
      <w:pPr>
        <w:pStyle w:val="Heading2"/>
        <w:rPr>
          <w:lang w:val="fr-FR"/>
        </w:rPr>
      </w:pPr>
      <w:r w:rsidRPr="000236A4">
        <w:rPr>
          <w:lang w:val="fr-FR"/>
        </w:rPr>
        <w:t>Când trebuie crescut nivelul de documentare</w:t>
      </w:r>
    </w:p>
    <w:p w14:paraId="291B88A1" w14:textId="77777777" w:rsidR="00C16128" w:rsidRPr="000236A4" w:rsidRDefault="00000000">
      <w:pPr>
        <w:pStyle w:val="ListBullet"/>
        <w:spacing w:after="40"/>
        <w:ind w:left="283" w:hanging="170"/>
        <w:rPr>
          <w:lang w:val="fr-FR"/>
        </w:rPr>
      </w:pPr>
      <w:r w:rsidRPr="000236A4">
        <w:rPr>
          <w:lang w:val="fr-FR"/>
        </w:rPr>
        <w:t>Activitățile au risc ridicat, consecințe severe, cerințe de autorizare sau criterii tehnice complexe.</w:t>
      </w:r>
    </w:p>
    <w:p w14:paraId="20555059" w14:textId="77777777" w:rsidR="00C16128" w:rsidRPr="000236A4" w:rsidRDefault="00000000">
      <w:pPr>
        <w:pStyle w:val="ListBullet"/>
        <w:spacing w:after="40"/>
        <w:ind w:left="283" w:hanging="170"/>
        <w:rPr>
          <w:lang w:val="fr-FR"/>
        </w:rPr>
      </w:pPr>
      <w:r w:rsidRPr="000236A4">
        <w:rPr>
          <w:lang w:val="fr-FR"/>
        </w:rPr>
        <w:t>Există multe locații, schimburi, contractanți, limbi ori niveluri diferite de competență.</w:t>
      </w:r>
    </w:p>
    <w:p w14:paraId="03F8213B" w14:textId="77777777" w:rsidR="00C16128" w:rsidRPr="000236A4" w:rsidRDefault="00000000">
      <w:pPr>
        <w:pStyle w:val="ListBullet"/>
        <w:spacing w:after="40"/>
        <w:ind w:left="283" w:hanging="170"/>
        <w:rPr>
          <w:lang w:val="fr-FR"/>
        </w:rPr>
      </w:pPr>
      <w:r w:rsidRPr="000236A4">
        <w:rPr>
          <w:lang w:val="fr-FR"/>
        </w:rPr>
        <w:t>Procesele sunt externalizate sau depind de furnizori critici și de un lanț valoric extins.</w:t>
      </w:r>
    </w:p>
    <w:p w14:paraId="611F7F11" w14:textId="77777777" w:rsidR="00C16128" w:rsidRPr="000236A4" w:rsidRDefault="00000000">
      <w:pPr>
        <w:pStyle w:val="ListBullet"/>
        <w:spacing w:after="40"/>
        <w:ind w:left="283" w:hanging="170"/>
        <w:rPr>
          <w:lang w:val="fr-FR"/>
        </w:rPr>
      </w:pPr>
      <w:r w:rsidRPr="000236A4">
        <w:rPr>
          <w:lang w:val="fr-FR"/>
        </w:rPr>
        <w:t>Apar frecvent incidente, abateri, reclamații, depășiri sau rezultate neconforme.</w:t>
      </w:r>
    </w:p>
    <w:p w14:paraId="105A9694" w14:textId="77777777" w:rsidR="00C16128" w:rsidRPr="000236A4" w:rsidRDefault="00000000">
      <w:pPr>
        <w:pStyle w:val="ListBullet"/>
        <w:spacing w:after="40"/>
        <w:ind w:left="283" w:hanging="170"/>
        <w:rPr>
          <w:lang w:val="fr-FR"/>
        </w:rPr>
      </w:pPr>
      <w:r w:rsidRPr="000236A4">
        <w:rPr>
          <w:lang w:val="fr-FR"/>
        </w:rPr>
        <w:t>Este necesară trasabilitate pe termen lung sau corelarea mai multor surse de date.</w:t>
      </w:r>
    </w:p>
    <w:p w14:paraId="7E4F78B7" w14:textId="77777777" w:rsidR="00C16128" w:rsidRPr="000236A4" w:rsidRDefault="00000000">
      <w:pPr>
        <w:pStyle w:val="ListBullet"/>
        <w:spacing w:after="40"/>
        <w:ind w:left="283" w:hanging="170"/>
        <w:rPr>
          <w:lang w:val="fr-FR"/>
        </w:rPr>
      </w:pPr>
      <w:r w:rsidRPr="000236A4">
        <w:rPr>
          <w:lang w:val="fr-FR"/>
        </w:rPr>
        <w:t>Cunoștințele sunt concentrate la puține persoane și continuitatea este vulnerabilă.</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C16128" w14:paraId="2F5DDF8E" w14:textId="77777777">
        <w:trPr>
          <w:cantSplit/>
          <w:jc w:val="center"/>
        </w:trPr>
        <w:tc>
          <w:tcPr>
            <w:tcW w:w="1020" w:type="dxa"/>
            <w:shd w:val="clear" w:color="auto" w:fill="D71920"/>
            <w:tcMar>
              <w:top w:w="70" w:type="dxa"/>
              <w:left w:w="85" w:type="dxa"/>
              <w:bottom w:w="70" w:type="dxa"/>
              <w:right w:w="85" w:type="dxa"/>
            </w:tcMar>
            <w:vAlign w:val="center"/>
          </w:tcPr>
          <w:p w14:paraId="49D6F339" w14:textId="77777777" w:rsidR="00C16128" w:rsidRDefault="00000000">
            <w:pPr>
              <w:spacing w:after="0" w:line="240" w:lineRule="auto"/>
              <w:jc w:val="center"/>
            </w:pPr>
            <w:r>
              <w:rPr>
                <w:b/>
                <w:color w:val="FFFFFF"/>
                <w:sz w:val="34"/>
              </w:rPr>
              <w:t>10</w:t>
            </w:r>
          </w:p>
        </w:tc>
        <w:tc>
          <w:tcPr>
            <w:tcW w:w="8901" w:type="dxa"/>
            <w:shd w:val="clear" w:color="auto" w:fill="F3F4F5"/>
          </w:tcPr>
          <w:p w14:paraId="563DBD87" w14:textId="77777777" w:rsidR="00C16128" w:rsidRDefault="00000000">
            <w:pPr>
              <w:spacing w:after="20"/>
            </w:pPr>
            <w:r>
              <w:rPr>
                <w:b/>
                <w:sz w:val="27"/>
              </w:rPr>
              <w:t>Verificarea pregătirii documentare</w:t>
            </w:r>
          </w:p>
          <w:p w14:paraId="199CCC7F" w14:textId="77777777" w:rsidR="00C16128" w:rsidRDefault="00000000">
            <w:pPr>
              <w:spacing w:after="0"/>
            </w:pPr>
            <w:r>
              <w:rPr>
                <w:color w:val="666666"/>
                <w:sz w:val="16"/>
              </w:rPr>
              <w:t>Un auditor verifică existența, utilizarea și eficacitatea informațiilor din SMSA</w:t>
            </w:r>
          </w:p>
        </w:tc>
      </w:tr>
    </w:tbl>
    <w:p w14:paraId="3F562600" w14:textId="77777777" w:rsidR="00C16128" w:rsidRDefault="00C16128">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8901"/>
      </w:tblGrid>
      <w:tr w:rsidR="00C16128" w14:paraId="466AADFD" w14:textId="77777777">
        <w:trPr>
          <w:tblHeader/>
          <w:jc w:val="center"/>
        </w:trPr>
        <w:tc>
          <w:tcPr>
            <w:tcW w:w="1020" w:type="dxa"/>
            <w:shd w:val="clear" w:color="auto" w:fill="D71920"/>
            <w:tcMar>
              <w:top w:w="70" w:type="dxa"/>
              <w:left w:w="85" w:type="dxa"/>
              <w:bottom w:w="70" w:type="dxa"/>
              <w:right w:w="85" w:type="dxa"/>
            </w:tcMar>
            <w:vAlign w:val="center"/>
          </w:tcPr>
          <w:p w14:paraId="66FC988D" w14:textId="77777777" w:rsidR="00C16128" w:rsidRDefault="00000000">
            <w:pPr>
              <w:spacing w:after="0" w:line="240" w:lineRule="auto"/>
              <w:jc w:val="center"/>
            </w:pPr>
            <w:r>
              <w:rPr>
                <w:b/>
                <w:color w:val="FFFFFF"/>
                <w:sz w:val="15"/>
              </w:rPr>
              <w:t>STATUS</w:t>
            </w:r>
          </w:p>
        </w:tc>
        <w:tc>
          <w:tcPr>
            <w:tcW w:w="8901" w:type="dxa"/>
            <w:shd w:val="clear" w:color="auto" w:fill="D71920"/>
            <w:tcMar>
              <w:top w:w="70" w:type="dxa"/>
              <w:left w:w="85" w:type="dxa"/>
              <w:bottom w:w="70" w:type="dxa"/>
              <w:right w:w="85" w:type="dxa"/>
            </w:tcMar>
            <w:vAlign w:val="center"/>
          </w:tcPr>
          <w:p w14:paraId="03754F2A" w14:textId="77777777" w:rsidR="00C16128" w:rsidRDefault="00000000">
            <w:pPr>
              <w:spacing w:after="0" w:line="240" w:lineRule="auto"/>
              <w:jc w:val="center"/>
            </w:pPr>
            <w:r>
              <w:rPr>
                <w:b/>
                <w:color w:val="FFFFFF"/>
                <w:sz w:val="15"/>
              </w:rPr>
              <w:t>PUNCT DE VERIFICARE</w:t>
            </w:r>
          </w:p>
        </w:tc>
      </w:tr>
      <w:tr w:rsidR="00C16128" w14:paraId="3A29EA22" w14:textId="77777777">
        <w:trPr>
          <w:cantSplit/>
          <w:jc w:val="center"/>
        </w:trPr>
        <w:tc>
          <w:tcPr>
            <w:tcW w:w="1020" w:type="dxa"/>
            <w:shd w:val="clear" w:color="auto" w:fill="FFFFFF"/>
            <w:tcMar>
              <w:top w:w="70" w:type="dxa"/>
              <w:left w:w="85" w:type="dxa"/>
              <w:bottom w:w="70" w:type="dxa"/>
              <w:right w:w="85" w:type="dxa"/>
            </w:tcMar>
            <w:vAlign w:val="center"/>
          </w:tcPr>
          <w:p w14:paraId="05A19170" w14:textId="77777777" w:rsidR="00C16128"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225536F4" w14:textId="77777777" w:rsidR="00C16128" w:rsidRDefault="00000000">
            <w:pPr>
              <w:spacing w:after="0" w:line="240" w:lineRule="auto"/>
            </w:pPr>
            <w:r>
              <w:rPr>
                <w:sz w:val="15"/>
              </w:rPr>
              <w:t>Domeniul reflectă toate produsele, locațiile, procesele și activitățile externalizate relevante.</w:t>
            </w:r>
          </w:p>
        </w:tc>
      </w:tr>
      <w:tr w:rsidR="00C16128" w14:paraId="59459BE2" w14:textId="77777777">
        <w:trPr>
          <w:cantSplit/>
          <w:jc w:val="center"/>
        </w:trPr>
        <w:tc>
          <w:tcPr>
            <w:tcW w:w="1020" w:type="dxa"/>
            <w:shd w:val="clear" w:color="auto" w:fill="FAFAFA"/>
            <w:tcMar>
              <w:top w:w="70" w:type="dxa"/>
              <w:left w:w="85" w:type="dxa"/>
              <w:bottom w:w="70" w:type="dxa"/>
              <w:right w:w="85" w:type="dxa"/>
            </w:tcMar>
            <w:vAlign w:val="center"/>
          </w:tcPr>
          <w:p w14:paraId="7507FCBB" w14:textId="77777777" w:rsidR="00C16128"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4E777EBB" w14:textId="77777777" w:rsidR="00C16128" w:rsidRDefault="00000000">
            <w:pPr>
              <w:spacing w:after="0" w:line="240" w:lineRule="auto"/>
            </w:pPr>
            <w:r>
              <w:rPr>
                <w:sz w:val="15"/>
              </w:rPr>
              <w:t>Documentele PRP conțin criterii concrete, iar înregistrările confirmă monitorizarea și verificarea.</w:t>
            </w:r>
          </w:p>
        </w:tc>
      </w:tr>
      <w:tr w:rsidR="00C16128" w:rsidRPr="000236A4" w14:paraId="34E4CDB4" w14:textId="77777777">
        <w:trPr>
          <w:cantSplit/>
          <w:jc w:val="center"/>
        </w:trPr>
        <w:tc>
          <w:tcPr>
            <w:tcW w:w="1020" w:type="dxa"/>
            <w:shd w:val="clear" w:color="auto" w:fill="FFFFFF"/>
            <w:tcMar>
              <w:top w:w="70" w:type="dxa"/>
              <w:left w:w="85" w:type="dxa"/>
              <w:bottom w:w="70" w:type="dxa"/>
              <w:right w:w="85" w:type="dxa"/>
            </w:tcMar>
            <w:vAlign w:val="center"/>
          </w:tcPr>
          <w:p w14:paraId="5E79FFAC" w14:textId="77777777" w:rsidR="00C16128"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095249C5" w14:textId="77777777" w:rsidR="00C16128" w:rsidRPr="000236A4" w:rsidRDefault="00000000">
            <w:pPr>
              <w:spacing w:after="0" w:line="240" w:lineRule="auto"/>
              <w:rPr>
                <w:lang w:val="fr-FR"/>
              </w:rPr>
            </w:pPr>
            <w:r w:rsidRPr="000236A4">
              <w:rPr>
                <w:sz w:val="15"/>
                <w:lang w:val="fr-FR"/>
              </w:rPr>
              <w:t>Datele preliminare și diagramele de flux sunt actuale și confirmate la fața locului.</w:t>
            </w:r>
          </w:p>
        </w:tc>
      </w:tr>
      <w:tr w:rsidR="00C16128" w14:paraId="6B7C0431" w14:textId="77777777">
        <w:trPr>
          <w:cantSplit/>
          <w:jc w:val="center"/>
        </w:trPr>
        <w:tc>
          <w:tcPr>
            <w:tcW w:w="1020" w:type="dxa"/>
            <w:shd w:val="clear" w:color="auto" w:fill="FAFAFA"/>
            <w:tcMar>
              <w:top w:w="70" w:type="dxa"/>
              <w:left w:w="85" w:type="dxa"/>
              <w:bottom w:w="70" w:type="dxa"/>
              <w:right w:w="85" w:type="dxa"/>
            </w:tcMar>
            <w:vAlign w:val="center"/>
          </w:tcPr>
          <w:p w14:paraId="48B442A3" w14:textId="77777777" w:rsidR="00C16128"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466D55A9" w14:textId="77777777" w:rsidR="00C16128" w:rsidRDefault="00000000">
            <w:pPr>
              <w:spacing w:after="0" w:line="240" w:lineRule="auto"/>
            </w:pPr>
            <w:r>
              <w:rPr>
                <w:sz w:val="15"/>
              </w:rPr>
              <w:t>Analiza pericolelor include justificări tehnice, alergeni și utilizarea intenționată.</w:t>
            </w:r>
          </w:p>
        </w:tc>
      </w:tr>
      <w:tr w:rsidR="00C16128" w14:paraId="2C3A679A" w14:textId="77777777">
        <w:trPr>
          <w:cantSplit/>
          <w:jc w:val="center"/>
        </w:trPr>
        <w:tc>
          <w:tcPr>
            <w:tcW w:w="1020" w:type="dxa"/>
            <w:shd w:val="clear" w:color="auto" w:fill="FFFFFF"/>
            <w:tcMar>
              <w:top w:w="70" w:type="dxa"/>
              <w:left w:w="85" w:type="dxa"/>
              <w:bottom w:w="70" w:type="dxa"/>
              <w:right w:w="85" w:type="dxa"/>
            </w:tcMar>
            <w:vAlign w:val="center"/>
          </w:tcPr>
          <w:p w14:paraId="0FB9B6CD" w14:textId="77777777" w:rsidR="00C16128"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62A698A2" w14:textId="77777777" w:rsidR="00C16128" w:rsidRDefault="00000000">
            <w:pPr>
              <w:spacing w:after="0" w:line="240" w:lineRule="auto"/>
            </w:pPr>
            <w:r>
              <w:rPr>
                <w:sz w:val="15"/>
              </w:rPr>
              <w:t>Încadrarea OPRP/CCP este consecventă, justificată și corelată cu validarea.</w:t>
            </w:r>
          </w:p>
        </w:tc>
      </w:tr>
      <w:tr w:rsidR="00C16128" w:rsidRPr="000236A4" w14:paraId="3ED09768" w14:textId="77777777">
        <w:trPr>
          <w:cantSplit/>
          <w:jc w:val="center"/>
        </w:trPr>
        <w:tc>
          <w:tcPr>
            <w:tcW w:w="1020" w:type="dxa"/>
            <w:shd w:val="clear" w:color="auto" w:fill="FAFAFA"/>
            <w:tcMar>
              <w:top w:w="70" w:type="dxa"/>
              <w:left w:w="85" w:type="dxa"/>
              <w:bottom w:w="70" w:type="dxa"/>
              <w:right w:w="85" w:type="dxa"/>
            </w:tcMar>
            <w:vAlign w:val="center"/>
          </w:tcPr>
          <w:p w14:paraId="57A5563C" w14:textId="77777777" w:rsidR="00C16128"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7CEA2D16" w14:textId="77777777" w:rsidR="00C16128" w:rsidRPr="000236A4" w:rsidRDefault="00000000">
            <w:pPr>
              <w:spacing w:after="0" w:line="240" w:lineRule="auto"/>
              <w:rPr>
                <w:lang w:val="fr-FR"/>
              </w:rPr>
            </w:pPr>
            <w:r w:rsidRPr="000236A4">
              <w:rPr>
                <w:sz w:val="15"/>
                <w:lang w:val="fr-FR"/>
              </w:rPr>
              <w:t>Planul de control este disponibil la punctul de lucru și monitorizările sunt contemporane activității.</w:t>
            </w:r>
          </w:p>
        </w:tc>
      </w:tr>
      <w:tr w:rsidR="00C16128" w14:paraId="20F24A29" w14:textId="77777777">
        <w:trPr>
          <w:cantSplit/>
          <w:jc w:val="center"/>
        </w:trPr>
        <w:tc>
          <w:tcPr>
            <w:tcW w:w="1020" w:type="dxa"/>
            <w:shd w:val="clear" w:color="auto" w:fill="FFFFFF"/>
            <w:tcMar>
              <w:top w:w="70" w:type="dxa"/>
              <w:left w:w="85" w:type="dxa"/>
              <w:bottom w:w="70" w:type="dxa"/>
              <w:right w:w="85" w:type="dxa"/>
            </w:tcMar>
            <w:vAlign w:val="center"/>
          </w:tcPr>
          <w:p w14:paraId="634D58B4" w14:textId="77777777" w:rsidR="00C16128"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2950EF1F" w14:textId="77777777" w:rsidR="00C16128" w:rsidRDefault="00000000">
            <w:pPr>
              <w:spacing w:after="0" w:line="240" w:lineRule="auto"/>
            </w:pPr>
            <w:r>
              <w:rPr>
                <w:sz w:val="15"/>
              </w:rPr>
              <w:t>Abaterile conduc la corecții, evaluarea produsului și acțiuni corective bazate pe cauză.</w:t>
            </w:r>
          </w:p>
        </w:tc>
      </w:tr>
      <w:tr w:rsidR="00C16128" w14:paraId="50E1F09D" w14:textId="77777777">
        <w:trPr>
          <w:cantSplit/>
          <w:jc w:val="center"/>
        </w:trPr>
        <w:tc>
          <w:tcPr>
            <w:tcW w:w="1020" w:type="dxa"/>
            <w:shd w:val="clear" w:color="auto" w:fill="FAFAFA"/>
            <w:tcMar>
              <w:top w:w="70" w:type="dxa"/>
              <w:left w:w="85" w:type="dxa"/>
              <w:bottom w:w="70" w:type="dxa"/>
              <w:right w:w="85" w:type="dxa"/>
            </w:tcMar>
            <w:vAlign w:val="center"/>
          </w:tcPr>
          <w:p w14:paraId="0A13CED4" w14:textId="77777777" w:rsidR="00C16128"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34F25CE1" w14:textId="77777777" w:rsidR="00C16128" w:rsidRDefault="00000000">
            <w:pPr>
              <w:spacing w:after="0" w:line="240" w:lineRule="auto"/>
            </w:pPr>
            <w:r>
              <w:rPr>
                <w:sz w:val="15"/>
              </w:rPr>
              <w:t>Trasabilitatea funcționează în ambele sensuri și testele includ cantități/bilanț masic.</w:t>
            </w:r>
          </w:p>
        </w:tc>
      </w:tr>
      <w:tr w:rsidR="00C16128" w14:paraId="2F1C9C6A" w14:textId="77777777">
        <w:trPr>
          <w:cantSplit/>
          <w:jc w:val="center"/>
        </w:trPr>
        <w:tc>
          <w:tcPr>
            <w:tcW w:w="1020" w:type="dxa"/>
            <w:shd w:val="clear" w:color="auto" w:fill="FFFFFF"/>
            <w:tcMar>
              <w:top w:w="70" w:type="dxa"/>
              <w:left w:w="85" w:type="dxa"/>
              <w:bottom w:w="70" w:type="dxa"/>
              <w:right w:w="85" w:type="dxa"/>
            </w:tcMar>
            <w:vAlign w:val="center"/>
          </w:tcPr>
          <w:p w14:paraId="06D89ED1" w14:textId="77777777" w:rsidR="00C16128"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3F515AFE" w14:textId="77777777" w:rsidR="00C16128" w:rsidRDefault="00000000">
            <w:pPr>
              <w:spacing w:after="0" w:line="240" w:lineRule="auto"/>
            </w:pPr>
            <w:r>
              <w:rPr>
                <w:sz w:val="15"/>
              </w:rPr>
              <w:t>Procedura de rechemare este testată, contactele sunt actuale și eficacitatea este evaluată.</w:t>
            </w:r>
          </w:p>
        </w:tc>
      </w:tr>
      <w:tr w:rsidR="00C16128" w14:paraId="30CB310E" w14:textId="77777777">
        <w:trPr>
          <w:cantSplit/>
          <w:jc w:val="center"/>
        </w:trPr>
        <w:tc>
          <w:tcPr>
            <w:tcW w:w="1020" w:type="dxa"/>
            <w:shd w:val="clear" w:color="auto" w:fill="FAFAFA"/>
            <w:tcMar>
              <w:top w:w="70" w:type="dxa"/>
              <w:left w:w="85" w:type="dxa"/>
              <w:bottom w:w="70" w:type="dxa"/>
              <w:right w:w="85" w:type="dxa"/>
            </w:tcMar>
            <w:vAlign w:val="center"/>
          </w:tcPr>
          <w:p w14:paraId="77A955B0" w14:textId="77777777" w:rsidR="00C16128"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36493035" w14:textId="77777777" w:rsidR="00C16128" w:rsidRDefault="00000000">
            <w:pPr>
              <w:spacing w:after="0" w:line="240" w:lineRule="auto"/>
            </w:pPr>
            <w:r>
              <w:rPr>
                <w:sz w:val="15"/>
              </w:rPr>
              <w:t>Furnizorii și materialele critice sunt aprobați și monitorizați proporțional cu riscul.</w:t>
            </w:r>
          </w:p>
        </w:tc>
      </w:tr>
      <w:tr w:rsidR="00C16128" w14:paraId="2B2627FA" w14:textId="77777777">
        <w:trPr>
          <w:cantSplit/>
          <w:jc w:val="center"/>
        </w:trPr>
        <w:tc>
          <w:tcPr>
            <w:tcW w:w="1020" w:type="dxa"/>
            <w:shd w:val="clear" w:color="auto" w:fill="FFFFFF"/>
            <w:tcMar>
              <w:top w:w="70" w:type="dxa"/>
              <w:left w:w="85" w:type="dxa"/>
              <w:bottom w:w="70" w:type="dxa"/>
              <w:right w:w="85" w:type="dxa"/>
            </w:tcMar>
            <w:vAlign w:val="center"/>
          </w:tcPr>
          <w:p w14:paraId="7E25AAB7" w14:textId="77777777" w:rsidR="00C16128"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06133D5F" w14:textId="77777777" w:rsidR="00C16128" w:rsidRDefault="00000000">
            <w:pPr>
              <w:spacing w:after="0" w:line="240" w:lineRule="auto"/>
            </w:pPr>
            <w:r>
              <w:rPr>
                <w:sz w:val="15"/>
              </w:rPr>
              <w:t>Validările și verificările sunt distincte, planificate și realizate de persoane competente.</w:t>
            </w:r>
          </w:p>
        </w:tc>
      </w:tr>
      <w:tr w:rsidR="00C16128" w14:paraId="7997092B" w14:textId="77777777">
        <w:trPr>
          <w:cantSplit/>
          <w:jc w:val="center"/>
        </w:trPr>
        <w:tc>
          <w:tcPr>
            <w:tcW w:w="1020" w:type="dxa"/>
            <w:shd w:val="clear" w:color="auto" w:fill="FAFAFA"/>
            <w:tcMar>
              <w:top w:w="70" w:type="dxa"/>
              <w:left w:w="85" w:type="dxa"/>
              <w:bottom w:w="70" w:type="dxa"/>
              <w:right w:w="85" w:type="dxa"/>
            </w:tcMar>
            <w:vAlign w:val="center"/>
          </w:tcPr>
          <w:p w14:paraId="71D859B7" w14:textId="77777777" w:rsidR="00C16128"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13F6AEA7" w14:textId="77777777" w:rsidR="00C16128" w:rsidRDefault="00000000">
            <w:pPr>
              <w:spacing w:after="0" w:line="240" w:lineRule="auto"/>
            </w:pPr>
            <w:r>
              <w:rPr>
                <w:sz w:val="15"/>
              </w:rPr>
              <w:t>Înregistrările critice sunt lizibile, identificabile, protejate și păstrate conform termenelor.</w:t>
            </w:r>
          </w:p>
        </w:tc>
      </w:tr>
      <w:tr w:rsidR="00C16128" w14:paraId="19CC780D" w14:textId="77777777">
        <w:trPr>
          <w:cantSplit/>
          <w:jc w:val="center"/>
        </w:trPr>
        <w:tc>
          <w:tcPr>
            <w:tcW w:w="1020" w:type="dxa"/>
            <w:shd w:val="clear" w:color="auto" w:fill="FFFFFF"/>
            <w:tcMar>
              <w:top w:w="70" w:type="dxa"/>
              <w:left w:w="85" w:type="dxa"/>
              <w:bottom w:w="70" w:type="dxa"/>
              <w:right w:w="85" w:type="dxa"/>
            </w:tcMar>
            <w:vAlign w:val="center"/>
          </w:tcPr>
          <w:p w14:paraId="3247A1EB" w14:textId="77777777" w:rsidR="00C16128"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011B9269" w14:textId="77777777" w:rsidR="00C16128" w:rsidRDefault="00000000">
            <w:pPr>
              <w:spacing w:after="0" w:line="240" w:lineRule="auto"/>
            </w:pPr>
            <w:r>
              <w:rPr>
                <w:sz w:val="15"/>
              </w:rPr>
              <w:t>Auditul intern acoperă activitatea reală, schimburile și zonele cu performanță slabă.</w:t>
            </w:r>
          </w:p>
        </w:tc>
      </w:tr>
      <w:tr w:rsidR="00C16128" w:rsidRPr="000236A4" w14:paraId="04B37B90" w14:textId="77777777">
        <w:trPr>
          <w:cantSplit/>
          <w:jc w:val="center"/>
        </w:trPr>
        <w:tc>
          <w:tcPr>
            <w:tcW w:w="1020" w:type="dxa"/>
            <w:shd w:val="clear" w:color="auto" w:fill="FAFAFA"/>
            <w:tcMar>
              <w:top w:w="70" w:type="dxa"/>
              <w:left w:w="85" w:type="dxa"/>
              <w:bottom w:w="70" w:type="dxa"/>
              <w:right w:w="85" w:type="dxa"/>
            </w:tcMar>
            <w:vAlign w:val="center"/>
          </w:tcPr>
          <w:p w14:paraId="54263D26" w14:textId="77777777" w:rsidR="00C16128"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5A04C983" w14:textId="77777777" w:rsidR="00C16128" w:rsidRPr="000236A4" w:rsidRDefault="00000000">
            <w:pPr>
              <w:spacing w:after="0" w:line="240" w:lineRule="auto"/>
              <w:rPr>
                <w:lang w:val="fr-FR"/>
              </w:rPr>
            </w:pPr>
            <w:r w:rsidRPr="000236A4">
              <w:rPr>
                <w:sz w:val="15"/>
                <w:lang w:val="fr-FR"/>
              </w:rPr>
              <w:t>Analiza de management utilizează tendințe și produce decizii, resurse și termene urmărite.</w:t>
            </w:r>
          </w:p>
        </w:tc>
      </w:tr>
    </w:tbl>
    <w:p w14:paraId="7497F609" w14:textId="77777777" w:rsidR="00C16128" w:rsidRPr="000236A4" w:rsidRDefault="00C16128">
      <w:pPr>
        <w:spacing w:after="20"/>
        <w:rPr>
          <w:lang w:val="fr-FR"/>
        </w:rPr>
      </w:pPr>
    </w:p>
    <w:p w14:paraId="04C6B65A" w14:textId="77777777" w:rsidR="00C16128" w:rsidRDefault="00000000">
      <w:pPr>
        <w:pStyle w:val="Heading2"/>
      </w:pPr>
      <w:r>
        <w:t>Plan pentru lacunele identificate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2494"/>
        <w:gridCol w:w="1984"/>
        <w:gridCol w:w="2494"/>
        <w:gridCol w:w="1020"/>
        <w:gridCol w:w="964"/>
        <w:gridCol w:w="397"/>
      </w:tblGrid>
      <w:tr w:rsidR="00C16128" w14:paraId="1C71C88F" w14:textId="77777777">
        <w:trPr>
          <w:tblHeader/>
          <w:jc w:val="center"/>
        </w:trPr>
        <w:tc>
          <w:tcPr>
            <w:tcW w:w="567" w:type="dxa"/>
            <w:shd w:val="clear" w:color="auto" w:fill="D71920"/>
            <w:tcMar>
              <w:top w:w="70" w:type="dxa"/>
              <w:left w:w="85" w:type="dxa"/>
              <w:bottom w:w="70" w:type="dxa"/>
              <w:right w:w="85" w:type="dxa"/>
            </w:tcMar>
            <w:vAlign w:val="center"/>
          </w:tcPr>
          <w:p w14:paraId="564E5091" w14:textId="77777777" w:rsidR="00C16128" w:rsidRDefault="00000000">
            <w:pPr>
              <w:spacing w:after="0" w:line="240" w:lineRule="auto"/>
              <w:jc w:val="center"/>
            </w:pPr>
            <w:r>
              <w:rPr>
                <w:b/>
                <w:color w:val="FFFFFF"/>
                <w:sz w:val="14"/>
              </w:rPr>
              <w:t>#</w:t>
            </w:r>
          </w:p>
        </w:tc>
        <w:tc>
          <w:tcPr>
            <w:tcW w:w="2494" w:type="dxa"/>
            <w:shd w:val="clear" w:color="auto" w:fill="D71920"/>
            <w:tcMar>
              <w:top w:w="70" w:type="dxa"/>
              <w:left w:w="85" w:type="dxa"/>
              <w:bottom w:w="70" w:type="dxa"/>
              <w:right w:w="85" w:type="dxa"/>
            </w:tcMar>
            <w:vAlign w:val="center"/>
          </w:tcPr>
          <w:p w14:paraId="1575BB85" w14:textId="77777777" w:rsidR="00C16128" w:rsidRDefault="00000000">
            <w:pPr>
              <w:spacing w:after="0" w:line="240" w:lineRule="auto"/>
              <w:jc w:val="center"/>
            </w:pPr>
            <w:r>
              <w:rPr>
                <w:b/>
                <w:color w:val="FFFFFF"/>
                <w:sz w:val="14"/>
              </w:rPr>
              <w:t>LACUNĂ</w:t>
            </w:r>
          </w:p>
        </w:tc>
        <w:tc>
          <w:tcPr>
            <w:tcW w:w="1984" w:type="dxa"/>
            <w:shd w:val="clear" w:color="auto" w:fill="D71920"/>
            <w:tcMar>
              <w:top w:w="70" w:type="dxa"/>
              <w:left w:w="85" w:type="dxa"/>
              <w:bottom w:w="70" w:type="dxa"/>
              <w:right w:w="85" w:type="dxa"/>
            </w:tcMar>
            <w:vAlign w:val="center"/>
          </w:tcPr>
          <w:p w14:paraId="60A7A5EC" w14:textId="77777777" w:rsidR="00C16128" w:rsidRDefault="00000000">
            <w:pPr>
              <w:spacing w:after="0" w:line="240" w:lineRule="auto"/>
              <w:jc w:val="center"/>
            </w:pPr>
            <w:r>
              <w:rPr>
                <w:b/>
                <w:color w:val="FFFFFF"/>
                <w:sz w:val="14"/>
              </w:rPr>
              <w:t>RISC / IMPACT</w:t>
            </w:r>
          </w:p>
        </w:tc>
        <w:tc>
          <w:tcPr>
            <w:tcW w:w="2494" w:type="dxa"/>
            <w:shd w:val="clear" w:color="auto" w:fill="D71920"/>
            <w:tcMar>
              <w:top w:w="70" w:type="dxa"/>
              <w:left w:w="85" w:type="dxa"/>
              <w:bottom w:w="70" w:type="dxa"/>
              <w:right w:w="85" w:type="dxa"/>
            </w:tcMar>
            <w:vAlign w:val="center"/>
          </w:tcPr>
          <w:p w14:paraId="1A9528F3" w14:textId="77777777" w:rsidR="00C16128" w:rsidRDefault="00000000">
            <w:pPr>
              <w:spacing w:after="0" w:line="240" w:lineRule="auto"/>
              <w:jc w:val="center"/>
            </w:pPr>
            <w:r>
              <w:rPr>
                <w:b/>
                <w:color w:val="FFFFFF"/>
                <w:sz w:val="14"/>
              </w:rPr>
              <w:t>ACȚIUNE</w:t>
            </w:r>
          </w:p>
        </w:tc>
        <w:tc>
          <w:tcPr>
            <w:tcW w:w="1020" w:type="dxa"/>
            <w:shd w:val="clear" w:color="auto" w:fill="D71920"/>
            <w:tcMar>
              <w:top w:w="70" w:type="dxa"/>
              <w:left w:w="85" w:type="dxa"/>
              <w:bottom w:w="70" w:type="dxa"/>
              <w:right w:w="85" w:type="dxa"/>
            </w:tcMar>
            <w:vAlign w:val="center"/>
          </w:tcPr>
          <w:p w14:paraId="6750C06D" w14:textId="77777777" w:rsidR="00C16128" w:rsidRDefault="00000000">
            <w:pPr>
              <w:spacing w:after="0" w:line="240" w:lineRule="auto"/>
              <w:jc w:val="center"/>
            </w:pPr>
            <w:r>
              <w:rPr>
                <w:b/>
                <w:color w:val="FFFFFF"/>
                <w:sz w:val="14"/>
              </w:rPr>
              <w:t>RESP.</w:t>
            </w:r>
          </w:p>
        </w:tc>
        <w:tc>
          <w:tcPr>
            <w:tcW w:w="964" w:type="dxa"/>
            <w:shd w:val="clear" w:color="auto" w:fill="D71920"/>
            <w:tcMar>
              <w:top w:w="70" w:type="dxa"/>
              <w:left w:w="85" w:type="dxa"/>
              <w:bottom w:w="70" w:type="dxa"/>
              <w:right w:w="85" w:type="dxa"/>
            </w:tcMar>
            <w:vAlign w:val="center"/>
          </w:tcPr>
          <w:p w14:paraId="1FF300BF" w14:textId="77777777" w:rsidR="00C16128" w:rsidRDefault="00000000">
            <w:pPr>
              <w:spacing w:after="0" w:line="240" w:lineRule="auto"/>
              <w:jc w:val="center"/>
            </w:pPr>
            <w:r>
              <w:rPr>
                <w:b/>
                <w:color w:val="FFFFFF"/>
                <w:sz w:val="14"/>
              </w:rPr>
              <w:t>TERMEN</w:t>
            </w:r>
          </w:p>
        </w:tc>
        <w:tc>
          <w:tcPr>
            <w:tcW w:w="397" w:type="dxa"/>
            <w:shd w:val="clear" w:color="auto" w:fill="D71920"/>
            <w:tcMar>
              <w:top w:w="70" w:type="dxa"/>
              <w:left w:w="85" w:type="dxa"/>
              <w:bottom w:w="70" w:type="dxa"/>
              <w:right w:w="85" w:type="dxa"/>
            </w:tcMar>
            <w:vAlign w:val="center"/>
          </w:tcPr>
          <w:p w14:paraId="48706F7C" w14:textId="77777777" w:rsidR="00C16128" w:rsidRDefault="00000000">
            <w:pPr>
              <w:spacing w:after="0" w:line="240" w:lineRule="auto"/>
              <w:jc w:val="center"/>
            </w:pPr>
            <w:r>
              <w:rPr>
                <w:b/>
                <w:color w:val="FFFFFF"/>
                <w:sz w:val="14"/>
              </w:rPr>
              <w:t>STATUS</w:t>
            </w:r>
          </w:p>
        </w:tc>
      </w:tr>
      <w:tr w:rsidR="00C16128" w14:paraId="2A642032" w14:textId="77777777">
        <w:trPr>
          <w:cantSplit/>
          <w:jc w:val="center"/>
        </w:trPr>
        <w:tc>
          <w:tcPr>
            <w:tcW w:w="567" w:type="dxa"/>
            <w:shd w:val="clear" w:color="auto" w:fill="FFFFFF"/>
            <w:tcMar>
              <w:top w:w="70" w:type="dxa"/>
              <w:left w:w="85" w:type="dxa"/>
              <w:bottom w:w="70" w:type="dxa"/>
              <w:right w:w="85" w:type="dxa"/>
            </w:tcMar>
            <w:vAlign w:val="center"/>
          </w:tcPr>
          <w:p w14:paraId="5427C7A0" w14:textId="77777777" w:rsidR="00C16128" w:rsidRDefault="00C16128">
            <w:pPr>
              <w:spacing w:after="0" w:line="240" w:lineRule="auto"/>
            </w:pPr>
          </w:p>
        </w:tc>
        <w:tc>
          <w:tcPr>
            <w:tcW w:w="2494" w:type="dxa"/>
            <w:shd w:val="clear" w:color="auto" w:fill="FFFFFF"/>
            <w:tcMar>
              <w:top w:w="70" w:type="dxa"/>
              <w:left w:w="85" w:type="dxa"/>
              <w:bottom w:w="70" w:type="dxa"/>
              <w:right w:w="85" w:type="dxa"/>
            </w:tcMar>
            <w:vAlign w:val="center"/>
          </w:tcPr>
          <w:p w14:paraId="15222F60" w14:textId="77777777" w:rsidR="00C16128" w:rsidRDefault="00C16128">
            <w:pPr>
              <w:spacing w:after="0" w:line="240" w:lineRule="auto"/>
            </w:pPr>
          </w:p>
        </w:tc>
        <w:tc>
          <w:tcPr>
            <w:tcW w:w="1984" w:type="dxa"/>
            <w:shd w:val="clear" w:color="auto" w:fill="FFFFFF"/>
            <w:tcMar>
              <w:top w:w="70" w:type="dxa"/>
              <w:left w:w="85" w:type="dxa"/>
              <w:bottom w:w="70" w:type="dxa"/>
              <w:right w:w="85" w:type="dxa"/>
            </w:tcMar>
            <w:vAlign w:val="center"/>
          </w:tcPr>
          <w:p w14:paraId="5B803F14" w14:textId="77777777" w:rsidR="00C16128" w:rsidRDefault="00C16128">
            <w:pPr>
              <w:spacing w:after="0" w:line="240" w:lineRule="auto"/>
            </w:pPr>
          </w:p>
        </w:tc>
        <w:tc>
          <w:tcPr>
            <w:tcW w:w="2494" w:type="dxa"/>
            <w:shd w:val="clear" w:color="auto" w:fill="FFFFFF"/>
            <w:tcMar>
              <w:top w:w="70" w:type="dxa"/>
              <w:left w:w="85" w:type="dxa"/>
              <w:bottom w:w="70" w:type="dxa"/>
              <w:right w:w="85" w:type="dxa"/>
            </w:tcMar>
            <w:vAlign w:val="center"/>
          </w:tcPr>
          <w:p w14:paraId="6200CDDC" w14:textId="77777777" w:rsidR="00C16128" w:rsidRDefault="00C16128">
            <w:pPr>
              <w:spacing w:after="0" w:line="240" w:lineRule="auto"/>
            </w:pPr>
          </w:p>
        </w:tc>
        <w:tc>
          <w:tcPr>
            <w:tcW w:w="1020" w:type="dxa"/>
            <w:shd w:val="clear" w:color="auto" w:fill="FFFFFF"/>
            <w:tcMar>
              <w:top w:w="70" w:type="dxa"/>
              <w:left w:w="85" w:type="dxa"/>
              <w:bottom w:w="70" w:type="dxa"/>
              <w:right w:w="85" w:type="dxa"/>
            </w:tcMar>
            <w:vAlign w:val="center"/>
          </w:tcPr>
          <w:p w14:paraId="53E66AD4" w14:textId="77777777" w:rsidR="00C16128" w:rsidRDefault="00C16128">
            <w:pPr>
              <w:spacing w:after="0" w:line="240" w:lineRule="auto"/>
            </w:pPr>
          </w:p>
        </w:tc>
        <w:tc>
          <w:tcPr>
            <w:tcW w:w="964" w:type="dxa"/>
            <w:shd w:val="clear" w:color="auto" w:fill="FFFFFF"/>
            <w:tcMar>
              <w:top w:w="70" w:type="dxa"/>
              <w:left w:w="85" w:type="dxa"/>
              <w:bottom w:w="70" w:type="dxa"/>
              <w:right w:w="85" w:type="dxa"/>
            </w:tcMar>
            <w:vAlign w:val="center"/>
          </w:tcPr>
          <w:p w14:paraId="499D3529" w14:textId="77777777" w:rsidR="00C16128" w:rsidRDefault="00C16128">
            <w:pPr>
              <w:spacing w:after="0" w:line="240" w:lineRule="auto"/>
            </w:pPr>
          </w:p>
        </w:tc>
        <w:tc>
          <w:tcPr>
            <w:tcW w:w="397" w:type="dxa"/>
            <w:shd w:val="clear" w:color="auto" w:fill="FFFFFF"/>
            <w:tcMar>
              <w:top w:w="70" w:type="dxa"/>
              <w:left w:w="85" w:type="dxa"/>
              <w:bottom w:w="70" w:type="dxa"/>
              <w:right w:w="85" w:type="dxa"/>
            </w:tcMar>
            <w:vAlign w:val="center"/>
          </w:tcPr>
          <w:p w14:paraId="2F0D402F" w14:textId="77777777" w:rsidR="00C16128" w:rsidRDefault="00C16128">
            <w:pPr>
              <w:spacing w:after="0" w:line="240" w:lineRule="auto"/>
            </w:pPr>
          </w:p>
        </w:tc>
      </w:tr>
      <w:tr w:rsidR="00C16128" w14:paraId="42A8DE53" w14:textId="77777777">
        <w:trPr>
          <w:cantSplit/>
          <w:jc w:val="center"/>
        </w:trPr>
        <w:tc>
          <w:tcPr>
            <w:tcW w:w="567" w:type="dxa"/>
            <w:shd w:val="clear" w:color="auto" w:fill="FAFAFA"/>
            <w:tcMar>
              <w:top w:w="70" w:type="dxa"/>
              <w:left w:w="85" w:type="dxa"/>
              <w:bottom w:w="70" w:type="dxa"/>
              <w:right w:w="85" w:type="dxa"/>
            </w:tcMar>
            <w:vAlign w:val="center"/>
          </w:tcPr>
          <w:p w14:paraId="5E33DED3" w14:textId="77777777" w:rsidR="00C16128" w:rsidRDefault="00C16128">
            <w:pPr>
              <w:spacing w:after="0" w:line="240" w:lineRule="auto"/>
            </w:pPr>
          </w:p>
        </w:tc>
        <w:tc>
          <w:tcPr>
            <w:tcW w:w="2494" w:type="dxa"/>
            <w:shd w:val="clear" w:color="auto" w:fill="FAFAFA"/>
            <w:tcMar>
              <w:top w:w="70" w:type="dxa"/>
              <w:left w:w="85" w:type="dxa"/>
              <w:bottom w:w="70" w:type="dxa"/>
              <w:right w:w="85" w:type="dxa"/>
            </w:tcMar>
            <w:vAlign w:val="center"/>
          </w:tcPr>
          <w:p w14:paraId="06F83B7E" w14:textId="77777777" w:rsidR="00C16128" w:rsidRDefault="00C16128">
            <w:pPr>
              <w:spacing w:after="0" w:line="240" w:lineRule="auto"/>
            </w:pPr>
          </w:p>
        </w:tc>
        <w:tc>
          <w:tcPr>
            <w:tcW w:w="1984" w:type="dxa"/>
            <w:shd w:val="clear" w:color="auto" w:fill="FAFAFA"/>
            <w:tcMar>
              <w:top w:w="70" w:type="dxa"/>
              <w:left w:w="85" w:type="dxa"/>
              <w:bottom w:w="70" w:type="dxa"/>
              <w:right w:w="85" w:type="dxa"/>
            </w:tcMar>
            <w:vAlign w:val="center"/>
          </w:tcPr>
          <w:p w14:paraId="7C0F0765" w14:textId="77777777" w:rsidR="00C16128" w:rsidRDefault="00C16128">
            <w:pPr>
              <w:spacing w:after="0" w:line="240" w:lineRule="auto"/>
            </w:pPr>
          </w:p>
        </w:tc>
        <w:tc>
          <w:tcPr>
            <w:tcW w:w="2494" w:type="dxa"/>
            <w:shd w:val="clear" w:color="auto" w:fill="FAFAFA"/>
            <w:tcMar>
              <w:top w:w="70" w:type="dxa"/>
              <w:left w:w="85" w:type="dxa"/>
              <w:bottom w:w="70" w:type="dxa"/>
              <w:right w:w="85" w:type="dxa"/>
            </w:tcMar>
            <w:vAlign w:val="center"/>
          </w:tcPr>
          <w:p w14:paraId="679B977D" w14:textId="77777777" w:rsidR="00C16128" w:rsidRDefault="00C16128">
            <w:pPr>
              <w:spacing w:after="0" w:line="240" w:lineRule="auto"/>
            </w:pPr>
          </w:p>
        </w:tc>
        <w:tc>
          <w:tcPr>
            <w:tcW w:w="1020" w:type="dxa"/>
            <w:shd w:val="clear" w:color="auto" w:fill="FAFAFA"/>
            <w:tcMar>
              <w:top w:w="70" w:type="dxa"/>
              <w:left w:w="85" w:type="dxa"/>
              <w:bottom w:w="70" w:type="dxa"/>
              <w:right w:w="85" w:type="dxa"/>
            </w:tcMar>
            <w:vAlign w:val="center"/>
          </w:tcPr>
          <w:p w14:paraId="570F8288" w14:textId="77777777" w:rsidR="00C16128" w:rsidRDefault="00C16128">
            <w:pPr>
              <w:spacing w:after="0" w:line="240" w:lineRule="auto"/>
            </w:pPr>
          </w:p>
        </w:tc>
        <w:tc>
          <w:tcPr>
            <w:tcW w:w="964" w:type="dxa"/>
            <w:shd w:val="clear" w:color="auto" w:fill="FAFAFA"/>
            <w:tcMar>
              <w:top w:w="70" w:type="dxa"/>
              <w:left w:w="85" w:type="dxa"/>
              <w:bottom w:w="70" w:type="dxa"/>
              <w:right w:w="85" w:type="dxa"/>
            </w:tcMar>
            <w:vAlign w:val="center"/>
          </w:tcPr>
          <w:p w14:paraId="090F795F" w14:textId="77777777" w:rsidR="00C16128" w:rsidRDefault="00C16128">
            <w:pPr>
              <w:spacing w:after="0" w:line="240" w:lineRule="auto"/>
            </w:pPr>
          </w:p>
        </w:tc>
        <w:tc>
          <w:tcPr>
            <w:tcW w:w="397" w:type="dxa"/>
            <w:shd w:val="clear" w:color="auto" w:fill="FAFAFA"/>
            <w:tcMar>
              <w:top w:w="70" w:type="dxa"/>
              <w:left w:w="85" w:type="dxa"/>
              <w:bottom w:w="70" w:type="dxa"/>
              <w:right w:w="85" w:type="dxa"/>
            </w:tcMar>
            <w:vAlign w:val="center"/>
          </w:tcPr>
          <w:p w14:paraId="31AFDC72" w14:textId="77777777" w:rsidR="00C16128" w:rsidRDefault="00C16128">
            <w:pPr>
              <w:spacing w:after="0" w:line="240" w:lineRule="auto"/>
            </w:pPr>
          </w:p>
        </w:tc>
      </w:tr>
      <w:tr w:rsidR="00C16128" w14:paraId="52B54E03" w14:textId="77777777">
        <w:trPr>
          <w:cantSplit/>
          <w:jc w:val="center"/>
        </w:trPr>
        <w:tc>
          <w:tcPr>
            <w:tcW w:w="567" w:type="dxa"/>
            <w:shd w:val="clear" w:color="auto" w:fill="FFFFFF"/>
            <w:tcMar>
              <w:top w:w="70" w:type="dxa"/>
              <w:left w:w="85" w:type="dxa"/>
              <w:bottom w:w="70" w:type="dxa"/>
              <w:right w:w="85" w:type="dxa"/>
            </w:tcMar>
            <w:vAlign w:val="center"/>
          </w:tcPr>
          <w:p w14:paraId="6365F8FB" w14:textId="77777777" w:rsidR="00C16128" w:rsidRDefault="00C16128">
            <w:pPr>
              <w:spacing w:after="0" w:line="240" w:lineRule="auto"/>
            </w:pPr>
          </w:p>
        </w:tc>
        <w:tc>
          <w:tcPr>
            <w:tcW w:w="2494" w:type="dxa"/>
            <w:shd w:val="clear" w:color="auto" w:fill="FFFFFF"/>
            <w:tcMar>
              <w:top w:w="70" w:type="dxa"/>
              <w:left w:w="85" w:type="dxa"/>
              <w:bottom w:w="70" w:type="dxa"/>
              <w:right w:w="85" w:type="dxa"/>
            </w:tcMar>
            <w:vAlign w:val="center"/>
          </w:tcPr>
          <w:p w14:paraId="5A0DA56D" w14:textId="77777777" w:rsidR="00C16128" w:rsidRDefault="00C16128">
            <w:pPr>
              <w:spacing w:after="0" w:line="240" w:lineRule="auto"/>
            </w:pPr>
          </w:p>
        </w:tc>
        <w:tc>
          <w:tcPr>
            <w:tcW w:w="1984" w:type="dxa"/>
            <w:shd w:val="clear" w:color="auto" w:fill="FFFFFF"/>
            <w:tcMar>
              <w:top w:w="70" w:type="dxa"/>
              <w:left w:w="85" w:type="dxa"/>
              <w:bottom w:w="70" w:type="dxa"/>
              <w:right w:w="85" w:type="dxa"/>
            </w:tcMar>
            <w:vAlign w:val="center"/>
          </w:tcPr>
          <w:p w14:paraId="5890242F" w14:textId="77777777" w:rsidR="00C16128" w:rsidRDefault="00C16128">
            <w:pPr>
              <w:spacing w:after="0" w:line="240" w:lineRule="auto"/>
            </w:pPr>
          </w:p>
        </w:tc>
        <w:tc>
          <w:tcPr>
            <w:tcW w:w="2494" w:type="dxa"/>
            <w:shd w:val="clear" w:color="auto" w:fill="FFFFFF"/>
            <w:tcMar>
              <w:top w:w="70" w:type="dxa"/>
              <w:left w:w="85" w:type="dxa"/>
              <w:bottom w:w="70" w:type="dxa"/>
              <w:right w:w="85" w:type="dxa"/>
            </w:tcMar>
            <w:vAlign w:val="center"/>
          </w:tcPr>
          <w:p w14:paraId="2CC8F3E5" w14:textId="77777777" w:rsidR="00C16128" w:rsidRDefault="00C16128">
            <w:pPr>
              <w:spacing w:after="0" w:line="240" w:lineRule="auto"/>
            </w:pPr>
          </w:p>
        </w:tc>
        <w:tc>
          <w:tcPr>
            <w:tcW w:w="1020" w:type="dxa"/>
            <w:shd w:val="clear" w:color="auto" w:fill="FFFFFF"/>
            <w:tcMar>
              <w:top w:w="70" w:type="dxa"/>
              <w:left w:w="85" w:type="dxa"/>
              <w:bottom w:w="70" w:type="dxa"/>
              <w:right w:w="85" w:type="dxa"/>
            </w:tcMar>
            <w:vAlign w:val="center"/>
          </w:tcPr>
          <w:p w14:paraId="34416358" w14:textId="77777777" w:rsidR="00C16128" w:rsidRDefault="00C16128">
            <w:pPr>
              <w:spacing w:after="0" w:line="240" w:lineRule="auto"/>
            </w:pPr>
          </w:p>
        </w:tc>
        <w:tc>
          <w:tcPr>
            <w:tcW w:w="964" w:type="dxa"/>
            <w:shd w:val="clear" w:color="auto" w:fill="FFFFFF"/>
            <w:tcMar>
              <w:top w:w="70" w:type="dxa"/>
              <w:left w:w="85" w:type="dxa"/>
              <w:bottom w:w="70" w:type="dxa"/>
              <w:right w:w="85" w:type="dxa"/>
            </w:tcMar>
            <w:vAlign w:val="center"/>
          </w:tcPr>
          <w:p w14:paraId="4B8D07ED" w14:textId="77777777" w:rsidR="00C16128" w:rsidRDefault="00C16128">
            <w:pPr>
              <w:spacing w:after="0" w:line="240" w:lineRule="auto"/>
            </w:pPr>
          </w:p>
        </w:tc>
        <w:tc>
          <w:tcPr>
            <w:tcW w:w="397" w:type="dxa"/>
            <w:shd w:val="clear" w:color="auto" w:fill="FFFFFF"/>
            <w:tcMar>
              <w:top w:w="70" w:type="dxa"/>
              <w:left w:w="85" w:type="dxa"/>
              <w:bottom w:w="70" w:type="dxa"/>
              <w:right w:w="85" w:type="dxa"/>
            </w:tcMar>
            <w:vAlign w:val="center"/>
          </w:tcPr>
          <w:p w14:paraId="7C75EA95" w14:textId="77777777" w:rsidR="00C16128" w:rsidRDefault="00C16128">
            <w:pPr>
              <w:spacing w:after="0" w:line="240" w:lineRule="auto"/>
            </w:pPr>
          </w:p>
        </w:tc>
      </w:tr>
      <w:tr w:rsidR="00C16128" w14:paraId="3138E411" w14:textId="77777777">
        <w:trPr>
          <w:cantSplit/>
          <w:jc w:val="center"/>
        </w:trPr>
        <w:tc>
          <w:tcPr>
            <w:tcW w:w="567" w:type="dxa"/>
            <w:shd w:val="clear" w:color="auto" w:fill="FAFAFA"/>
            <w:tcMar>
              <w:top w:w="70" w:type="dxa"/>
              <w:left w:w="85" w:type="dxa"/>
              <w:bottom w:w="70" w:type="dxa"/>
              <w:right w:w="85" w:type="dxa"/>
            </w:tcMar>
            <w:vAlign w:val="center"/>
          </w:tcPr>
          <w:p w14:paraId="107EBAE9" w14:textId="77777777" w:rsidR="00C16128" w:rsidRDefault="00C16128">
            <w:pPr>
              <w:spacing w:after="0" w:line="240" w:lineRule="auto"/>
            </w:pPr>
          </w:p>
        </w:tc>
        <w:tc>
          <w:tcPr>
            <w:tcW w:w="2494" w:type="dxa"/>
            <w:shd w:val="clear" w:color="auto" w:fill="FAFAFA"/>
            <w:tcMar>
              <w:top w:w="70" w:type="dxa"/>
              <w:left w:w="85" w:type="dxa"/>
              <w:bottom w:w="70" w:type="dxa"/>
              <w:right w:w="85" w:type="dxa"/>
            </w:tcMar>
            <w:vAlign w:val="center"/>
          </w:tcPr>
          <w:p w14:paraId="68D52CBF" w14:textId="77777777" w:rsidR="00C16128" w:rsidRDefault="00C16128">
            <w:pPr>
              <w:spacing w:after="0" w:line="240" w:lineRule="auto"/>
            </w:pPr>
          </w:p>
        </w:tc>
        <w:tc>
          <w:tcPr>
            <w:tcW w:w="1984" w:type="dxa"/>
            <w:shd w:val="clear" w:color="auto" w:fill="FAFAFA"/>
            <w:tcMar>
              <w:top w:w="70" w:type="dxa"/>
              <w:left w:w="85" w:type="dxa"/>
              <w:bottom w:w="70" w:type="dxa"/>
              <w:right w:w="85" w:type="dxa"/>
            </w:tcMar>
            <w:vAlign w:val="center"/>
          </w:tcPr>
          <w:p w14:paraId="55228CC1" w14:textId="77777777" w:rsidR="00C16128" w:rsidRDefault="00C16128">
            <w:pPr>
              <w:spacing w:after="0" w:line="240" w:lineRule="auto"/>
            </w:pPr>
          </w:p>
        </w:tc>
        <w:tc>
          <w:tcPr>
            <w:tcW w:w="2494" w:type="dxa"/>
            <w:shd w:val="clear" w:color="auto" w:fill="FAFAFA"/>
            <w:tcMar>
              <w:top w:w="70" w:type="dxa"/>
              <w:left w:w="85" w:type="dxa"/>
              <w:bottom w:w="70" w:type="dxa"/>
              <w:right w:w="85" w:type="dxa"/>
            </w:tcMar>
            <w:vAlign w:val="center"/>
          </w:tcPr>
          <w:p w14:paraId="297E9B23" w14:textId="77777777" w:rsidR="00C16128" w:rsidRDefault="00C16128">
            <w:pPr>
              <w:spacing w:after="0" w:line="240" w:lineRule="auto"/>
            </w:pPr>
          </w:p>
        </w:tc>
        <w:tc>
          <w:tcPr>
            <w:tcW w:w="1020" w:type="dxa"/>
            <w:shd w:val="clear" w:color="auto" w:fill="FAFAFA"/>
            <w:tcMar>
              <w:top w:w="70" w:type="dxa"/>
              <w:left w:w="85" w:type="dxa"/>
              <w:bottom w:w="70" w:type="dxa"/>
              <w:right w:w="85" w:type="dxa"/>
            </w:tcMar>
            <w:vAlign w:val="center"/>
          </w:tcPr>
          <w:p w14:paraId="79124B14" w14:textId="77777777" w:rsidR="00C16128" w:rsidRDefault="00C16128">
            <w:pPr>
              <w:spacing w:after="0" w:line="240" w:lineRule="auto"/>
            </w:pPr>
          </w:p>
        </w:tc>
        <w:tc>
          <w:tcPr>
            <w:tcW w:w="964" w:type="dxa"/>
            <w:shd w:val="clear" w:color="auto" w:fill="FAFAFA"/>
            <w:tcMar>
              <w:top w:w="70" w:type="dxa"/>
              <w:left w:w="85" w:type="dxa"/>
              <w:bottom w:w="70" w:type="dxa"/>
              <w:right w:w="85" w:type="dxa"/>
            </w:tcMar>
            <w:vAlign w:val="center"/>
          </w:tcPr>
          <w:p w14:paraId="4DD73567" w14:textId="77777777" w:rsidR="00C16128" w:rsidRDefault="00C16128">
            <w:pPr>
              <w:spacing w:after="0" w:line="240" w:lineRule="auto"/>
            </w:pPr>
          </w:p>
        </w:tc>
        <w:tc>
          <w:tcPr>
            <w:tcW w:w="397" w:type="dxa"/>
            <w:shd w:val="clear" w:color="auto" w:fill="FAFAFA"/>
            <w:tcMar>
              <w:top w:w="70" w:type="dxa"/>
              <w:left w:w="85" w:type="dxa"/>
              <w:bottom w:w="70" w:type="dxa"/>
              <w:right w:w="85" w:type="dxa"/>
            </w:tcMar>
            <w:vAlign w:val="center"/>
          </w:tcPr>
          <w:p w14:paraId="54288310" w14:textId="77777777" w:rsidR="00C16128" w:rsidRDefault="00C16128">
            <w:pPr>
              <w:spacing w:after="0" w:line="240" w:lineRule="auto"/>
            </w:pPr>
          </w:p>
        </w:tc>
      </w:tr>
      <w:tr w:rsidR="00C16128" w14:paraId="408B30A2" w14:textId="77777777">
        <w:trPr>
          <w:cantSplit/>
          <w:jc w:val="center"/>
        </w:trPr>
        <w:tc>
          <w:tcPr>
            <w:tcW w:w="567" w:type="dxa"/>
            <w:shd w:val="clear" w:color="auto" w:fill="FFFFFF"/>
            <w:tcMar>
              <w:top w:w="70" w:type="dxa"/>
              <w:left w:w="85" w:type="dxa"/>
              <w:bottom w:w="70" w:type="dxa"/>
              <w:right w:w="85" w:type="dxa"/>
            </w:tcMar>
            <w:vAlign w:val="center"/>
          </w:tcPr>
          <w:p w14:paraId="6E921F30" w14:textId="77777777" w:rsidR="00C16128" w:rsidRDefault="00C16128">
            <w:pPr>
              <w:spacing w:after="0" w:line="240" w:lineRule="auto"/>
            </w:pPr>
          </w:p>
        </w:tc>
        <w:tc>
          <w:tcPr>
            <w:tcW w:w="2494" w:type="dxa"/>
            <w:shd w:val="clear" w:color="auto" w:fill="FFFFFF"/>
            <w:tcMar>
              <w:top w:w="70" w:type="dxa"/>
              <w:left w:w="85" w:type="dxa"/>
              <w:bottom w:w="70" w:type="dxa"/>
              <w:right w:w="85" w:type="dxa"/>
            </w:tcMar>
            <w:vAlign w:val="center"/>
          </w:tcPr>
          <w:p w14:paraId="76C36B6C" w14:textId="77777777" w:rsidR="00C16128" w:rsidRDefault="00C16128">
            <w:pPr>
              <w:spacing w:after="0" w:line="240" w:lineRule="auto"/>
            </w:pPr>
          </w:p>
        </w:tc>
        <w:tc>
          <w:tcPr>
            <w:tcW w:w="1984" w:type="dxa"/>
            <w:shd w:val="clear" w:color="auto" w:fill="FFFFFF"/>
            <w:tcMar>
              <w:top w:w="70" w:type="dxa"/>
              <w:left w:w="85" w:type="dxa"/>
              <w:bottom w:w="70" w:type="dxa"/>
              <w:right w:w="85" w:type="dxa"/>
            </w:tcMar>
            <w:vAlign w:val="center"/>
          </w:tcPr>
          <w:p w14:paraId="41FCF928" w14:textId="77777777" w:rsidR="00C16128" w:rsidRDefault="00C16128">
            <w:pPr>
              <w:spacing w:after="0" w:line="240" w:lineRule="auto"/>
            </w:pPr>
          </w:p>
        </w:tc>
        <w:tc>
          <w:tcPr>
            <w:tcW w:w="2494" w:type="dxa"/>
            <w:shd w:val="clear" w:color="auto" w:fill="FFFFFF"/>
            <w:tcMar>
              <w:top w:w="70" w:type="dxa"/>
              <w:left w:w="85" w:type="dxa"/>
              <w:bottom w:w="70" w:type="dxa"/>
              <w:right w:w="85" w:type="dxa"/>
            </w:tcMar>
            <w:vAlign w:val="center"/>
          </w:tcPr>
          <w:p w14:paraId="20EF552A" w14:textId="77777777" w:rsidR="00C16128" w:rsidRDefault="00C16128">
            <w:pPr>
              <w:spacing w:after="0" w:line="240" w:lineRule="auto"/>
            </w:pPr>
          </w:p>
        </w:tc>
        <w:tc>
          <w:tcPr>
            <w:tcW w:w="1020" w:type="dxa"/>
            <w:shd w:val="clear" w:color="auto" w:fill="FFFFFF"/>
            <w:tcMar>
              <w:top w:w="70" w:type="dxa"/>
              <w:left w:w="85" w:type="dxa"/>
              <w:bottom w:w="70" w:type="dxa"/>
              <w:right w:w="85" w:type="dxa"/>
            </w:tcMar>
            <w:vAlign w:val="center"/>
          </w:tcPr>
          <w:p w14:paraId="18A2F9BD" w14:textId="77777777" w:rsidR="00C16128" w:rsidRDefault="00C16128">
            <w:pPr>
              <w:spacing w:after="0" w:line="240" w:lineRule="auto"/>
            </w:pPr>
          </w:p>
        </w:tc>
        <w:tc>
          <w:tcPr>
            <w:tcW w:w="964" w:type="dxa"/>
            <w:shd w:val="clear" w:color="auto" w:fill="FFFFFF"/>
            <w:tcMar>
              <w:top w:w="70" w:type="dxa"/>
              <w:left w:w="85" w:type="dxa"/>
              <w:bottom w:w="70" w:type="dxa"/>
              <w:right w:w="85" w:type="dxa"/>
            </w:tcMar>
            <w:vAlign w:val="center"/>
          </w:tcPr>
          <w:p w14:paraId="3F537418" w14:textId="77777777" w:rsidR="00C16128" w:rsidRDefault="00C16128">
            <w:pPr>
              <w:spacing w:after="0" w:line="240" w:lineRule="auto"/>
            </w:pPr>
          </w:p>
        </w:tc>
        <w:tc>
          <w:tcPr>
            <w:tcW w:w="397" w:type="dxa"/>
            <w:shd w:val="clear" w:color="auto" w:fill="FFFFFF"/>
            <w:tcMar>
              <w:top w:w="70" w:type="dxa"/>
              <w:left w:w="85" w:type="dxa"/>
              <w:bottom w:w="70" w:type="dxa"/>
              <w:right w:w="85" w:type="dxa"/>
            </w:tcMar>
            <w:vAlign w:val="center"/>
          </w:tcPr>
          <w:p w14:paraId="7F998B8A" w14:textId="77777777" w:rsidR="00C16128" w:rsidRDefault="00C16128">
            <w:pPr>
              <w:spacing w:after="0" w:line="240" w:lineRule="auto"/>
            </w:pPr>
          </w:p>
        </w:tc>
      </w:tr>
      <w:tr w:rsidR="00C16128" w14:paraId="1BC5C348" w14:textId="77777777">
        <w:trPr>
          <w:cantSplit/>
          <w:jc w:val="center"/>
        </w:trPr>
        <w:tc>
          <w:tcPr>
            <w:tcW w:w="567" w:type="dxa"/>
            <w:shd w:val="clear" w:color="auto" w:fill="FAFAFA"/>
            <w:tcMar>
              <w:top w:w="70" w:type="dxa"/>
              <w:left w:w="85" w:type="dxa"/>
              <w:bottom w:w="70" w:type="dxa"/>
              <w:right w:w="85" w:type="dxa"/>
            </w:tcMar>
            <w:vAlign w:val="center"/>
          </w:tcPr>
          <w:p w14:paraId="36D5884D" w14:textId="77777777" w:rsidR="00C16128" w:rsidRDefault="00C16128">
            <w:pPr>
              <w:spacing w:after="0" w:line="240" w:lineRule="auto"/>
            </w:pPr>
          </w:p>
        </w:tc>
        <w:tc>
          <w:tcPr>
            <w:tcW w:w="2494" w:type="dxa"/>
            <w:shd w:val="clear" w:color="auto" w:fill="FAFAFA"/>
            <w:tcMar>
              <w:top w:w="70" w:type="dxa"/>
              <w:left w:w="85" w:type="dxa"/>
              <w:bottom w:w="70" w:type="dxa"/>
              <w:right w:w="85" w:type="dxa"/>
            </w:tcMar>
            <w:vAlign w:val="center"/>
          </w:tcPr>
          <w:p w14:paraId="38DAB675" w14:textId="77777777" w:rsidR="00C16128" w:rsidRDefault="00C16128">
            <w:pPr>
              <w:spacing w:after="0" w:line="240" w:lineRule="auto"/>
            </w:pPr>
          </w:p>
        </w:tc>
        <w:tc>
          <w:tcPr>
            <w:tcW w:w="1984" w:type="dxa"/>
            <w:shd w:val="clear" w:color="auto" w:fill="FAFAFA"/>
            <w:tcMar>
              <w:top w:w="70" w:type="dxa"/>
              <w:left w:w="85" w:type="dxa"/>
              <w:bottom w:w="70" w:type="dxa"/>
              <w:right w:w="85" w:type="dxa"/>
            </w:tcMar>
            <w:vAlign w:val="center"/>
          </w:tcPr>
          <w:p w14:paraId="39968118" w14:textId="77777777" w:rsidR="00C16128" w:rsidRDefault="00C16128">
            <w:pPr>
              <w:spacing w:after="0" w:line="240" w:lineRule="auto"/>
            </w:pPr>
          </w:p>
        </w:tc>
        <w:tc>
          <w:tcPr>
            <w:tcW w:w="2494" w:type="dxa"/>
            <w:shd w:val="clear" w:color="auto" w:fill="FAFAFA"/>
            <w:tcMar>
              <w:top w:w="70" w:type="dxa"/>
              <w:left w:w="85" w:type="dxa"/>
              <w:bottom w:w="70" w:type="dxa"/>
              <w:right w:w="85" w:type="dxa"/>
            </w:tcMar>
            <w:vAlign w:val="center"/>
          </w:tcPr>
          <w:p w14:paraId="5DE34059" w14:textId="77777777" w:rsidR="00C16128" w:rsidRDefault="00C16128">
            <w:pPr>
              <w:spacing w:after="0" w:line="240" w:lineRule="auto"/>
            </w:pPr>
          </w:p>
        </w:tc>
        <w:tc>
          <w:tcPr>
            <w:tcW w:w="1020" w:type="dxa"/>
            <w:shd w:val="clear" w:color="auto" w:fill="FAFAFA"/>
            <w:tcMar>
              <w:top w:w="70" w:type="dxa"/>
              <w:left w:w="85" w:type="dxa"/>
              <w:bottom w:w="70" w:type="dxa"/>
              <w:right w:w="85" w:type="dxa"/>
            </w:tcMar>
            <w:vAlign w:val="center"/>
          </w:tcPr>
          <w:p w14:paraId="72286CDF" w14:textId="77777777" w:rsidR="00C16128" w:rsidRDefault="00C16128">
            <w:pPr>
              <w:spacing w:after="0" w:line="240" w:lineRule="auto"/>
            </w:pPr>
          </w:p>
        </w:tc>
        <w:tc>
          <w:tcPr>
            <w:tcW w:w="964" w:type="dxa"/>
            <w:shd w:val="clear" w:color="auto" w:fill="FAFAFA"/>
            <w:tcMar>
              <w:top w:w="70" w:type="dxa"/>
              <w:left w:w="85" w:type="dxa"/>
              <w:bottom w:w="70" w:type="dxa"/>
              <w:right w:w="85" w:type="dxa"/>
            </w:tcMar>
            <w:vAlign w:val="center"/>
          </w:tcPr>
          <w:p w14:paraId="13E59F59" w14:textId="77777777" w:rsidR="00C16128" w:rsidRDefault="00C16128">
            <w:pPr>
              <w:spacing w:after="0" w:line="240" w:lineRule="auto"/>
            </w:pPr>
          </w:p>
        </w:tc>
        <w:tc>
          <w:tcPr>
            <w:tcW w:w="397" w:type="dxa"/>
            <w:shd w:val="clear" w:color="auto" w:fill="FAFAFA"/>
            <w:tcMar>
              <w:top w:w="70" w:type="dxa"/>
              <w:left w:w="85" w:type="dxa"/>
              <w:bottom w:w="70" w:type="dxa"/>
              <w:right w:w="85" w:type="dxa"/>
            </w:tcMar>
            <w:vAlign w:val="center"/>
          </w:tcPr>
          <w:p w14:paraId="6B1EE861" w14:textId="77777777" w:rsidR="00C16128" w:rsidRDefault="00C16128">
            <w:pPr>
              <w:spacing w:after="0" w:line="240" w:lineRule="auto"/>
            </w:pPr>
          </w:p>
        </w:tc>
      </w:tr>
      <w:tr w:rsidR="00C16128" w14:paraId="67034649" w14:textId="77777777">
        <w:trPr>
          <w:cantSplit/>
          <w:jc w:val="center"/>
        </w:trPr>
        <w:tc>
          <w:tcPr>
            <w:tcW w:w="567" w:type="dxa"/>
            <w:shd w:val="clear" w:color="auto" w:fill="FFFFFF"/>
            <w:tcMar>
              <w:top w:w="70" w:type="dxa"/>
              <w:left w:w="85" w:type="dxa"/>
              <w:bottom w:w="70" w:type="dxa"/>
              <w:right w:w="85" w:type="dxa"/>
            </w:tcMar>
            <w:vAlign w:val="center"/>
          </w:tcPr>
          <w:p w14:paraId="0CE16652" w14:textId="77777777" w:rsidR="00C16128" w:rsidRDefault="00C16128">
            <w:pPr>
              <w:spacing w:after="0" w:line="240" w:lineRule="auto"/>
            </w:pPr>
          </w:p>
        </w:tc>
        <w:tc>
          <w:tcPr>
            <w:tcW w:w="2494" w:type="dxa"/>
            <w:shd w:val="clear" w:color="auto" w:fill="FFFFFF"/>
            <w:tcMar>
              <w:top w:w="70" w:type="dxa"/>
              <w:left w:w="85" w:type="dxa"/>
              <w:bottom w:w="70" w:type="dxa"/>
              <w:right w:w="85" w:type="dxa"/>
            </w:tcMar>
            <w:vAlign w:val="center"/>
          </w:tcPr>
          <w:p w14:paraId="3E1EFE01" w14:textId="77777777" w:rsidR="00C16128" w:rsidRDefault="00C16128">
            <w:pPr>
              <w:spacing w:after="0" w:line="240" w:lineRule="auto"/>
            </w:pPr>
          </w:p>
        </w:tc>
        <w:tc>
          <w:tcPr>
            <w:tcW w:w="1984" w:type="dxa"/>
            <w:shd w:val="clear" w:color="auto" w:fill="FFFFFF"/>
            <w:tcMar>
              <w:top w:w="70" w:type="dxa"/>
              <w:left w:w="85" w:type="dxa"/>
              <w:bottom w:w="70" w:type="dxa"/>
              <w:right w:w="85" w:type="dxa"/>
            </w:tcMar>
            <w:vAlign w:val="center"/>
          </w:tcPr>
          <w:p w14:paraId="46033844" w14:textId="77777777" w:rsidR="00C16128" w:rsidRDefault="00C16128">
            <w:pPr>
              <w:spacing w:after="0" w:line="240" w:lineRule="auto"/>
            </w:pPr>
          </w:p>
        </w:tc>
        <w:tc>
          <w:tcPr>
            <w:tcW w:w="2494" w:type="dxa"/>
            <w:shd w:val="clear" w:color="auto" w:fill="FFFFFF"/>
            <w:tcMar>
              <w:top w:w="70" w:type="dxa"/>
              <w:left w:w="85" w:type="dxa"/>
              <w:bottom w:w="70" w:type="dxa"/>
              <w:right w:w="85" w:type="dxa"/>
            </w:tcMar>
            <w:vAlign w:val="center"/>
          </w:tcPr>
          <w:p w14:paraId="0492629F" w14:textId="77777777" w:rsidR="00C16128" w:rsidRDefault="00C16128">
            <w:pPr>
              <w:spacing w:after="0" w:line="240" w:lineRule="auto"/>
            </w:pPr>
          </w:p>
        </w:tc>
        <w:tc>
          <w:tcPr>
            <w:tcW w:w="1020" w:type="dxa"/>
            <w:shd w:val="clear" w:color="auto" w:fill="FFFFFF"/>
            <w:tcMar>
              <w:top w:w="70" w:type="dxa"/>
              <w:left w:w="85" w:type="dxa"/>
              <w:bottom w:w="70" w:type="dxa"/>
              <w:right w:w="85" w:type="dxa"/>
            </w:tcMar>
            <w:vAlign w:val="center"/>
          </w:tcPr>
          <w:p w14:paraId="7EDE2009" w14:textId="77777777" w:rsidR="00C16128" w:rsidRDefault="00C16128">
            <w:pPr>
              <w:spacing w:after="0" w:line="240" w:lineRule="auto"/>
            </w:pPr>
          </w:p>
        </w:tc>
        <w:tc>
          <w:tcPr>
            <w:tcW w:w="964" w:type="dxa"/>
            <w:shd w:val="clear" w:color="auto" w:fill="FFFFFF"/>
            <w:tcMar>
              <w:top w:w="70" w:type="dxa"/>
              <w:left w:w="85" w:type="dxa"/>
              <w:bottom w:w="70" w:type="dxa"/>
              <w:right w:w="85" w:type="dxa"/>
            </w:tcMar>
            <w:vAlign w:val="center"/>
          </w:tcPr>
          <w:p w14:paraId="2A7FF4E7" w14:textId="77777777" w:rsidR="00C16128" w:rsidRDefault="00C16128">
            <w:pPr>
              <w:spacing w:after="0" w:line="240" w:lineRule="auto"/>
            </w:pPr>
          </w:p>
        </w:tc>
        <w:tc>
          <w:tcPr>
            <w:tcW w:w="397" w:type="dxa"/>
            <w:shd w:val="clear" w:color="auto" w:fill="FFFFFF"/>
            <w:tcMar>
              <w:top w:w="70" w:type="dxa"/>
              <w:left w:w="85" w:type="dxa"/>
              <w:bottom w:w="70" w:type="dxa"/>
              <w:right w:w="85" w:type="dxa"/>
            </w:tcMar>
            <w:vAlign w:val="center"/>
          </w:tcPr>
          <w:p w14:paraId="09E310AC" w14:textId="77777777" w:rsidR="00C16128" w:rsidRDefault="00C16128">
            <w:pPr>
              <w:spacing w:after="0" w:line="240" w:lineRule="auto"/>
            </w:pPr>
          </w:p>
        </w:tc>
      </w:tr>
    </w:tbl>
    <w:p w14:paraId="03AC5A61" w14:textId="77777777" w:rsidR="00C16128" w:rsidRDefault="00C16128">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C16128" w14:paraId="05594756" w14:textId="77777777">
        <w:trPr>
          <w:cantSplit/>
          <w:jc w:val="center"/>
        </w:trPr>
        <w:tc>
          <w:tcPr>
            <w:tcW w:w="1020" w:type="dxa"/>
            <w:shd w:val="clear" w:color="auto" w:fill="D71920"/>
            <w:tcMar>
              <w:top w:w="70" w:type="dxa"/>
              <w:left w:w="85" w:type="dxa"/>
              <w:bottom w:w="70" w:type="dxa"/>
              <w:right w:w="85" w:type="dxa"/>
            </w:tcMar>
            <w:vAlign w:val="center"/>
          </w:tcPr>
          <w:p w14:paraId="0613F862" w14:textId="77777777" w:rsidR="00C16128" w:rsidRDefault="00000000">
            <w:pPr>
              <w:spacing w:after="0" w:line="240" w:lineRule="auto"/>
              <w:jc w:val="center"/>
            </w:pPr>
            <w:r>
              <w:rPr>
                <w:b/>
                <w:color w:val="FFFFFF"/>
                <w:sz w:val="34"/>
              </w:rPr>
              <w:t>11</w:t>
            </w:r>
          </w:p>
        </w:tc>
        <w:tc>
          <w:tcPr>
            <w:tcW w:w="8901" w:type="dxa"/>
            <w:shd w:val="clear" w:color="auto" w:fill="F3F4F5"/>
          </w:tcPr>
          <w:p w14:paraId="472C8378" w14:textId="77777777" w:rsidR="00C16128" w:rsidRDefault="00000000">
            <w:pPr>
              <w:spacing w:after="20"/>
            </w:pPr>
            <w:r>
              <w:rPr>
                <w:b/>
                <w:sz w:val="27"/>
              </w:rPr>
              <w:t>Referințe, glosar și utilizare responsabilă</w:t>
            </w:r>
          </w:p>
          <w:p w14:paraId="11BC7175" w14:textId="77777777" w:rsidR="00C16128" w:rsidRDefault="00000000">
            <w:pPr>
              <w:spacing w:after="0"/>
            </w:pPr>
            <w:r>
              <w:rPr>
                <w:color w:val="666666"/>
                <w:sz w:val="16"/>
              </w:rPr>
              <w:t>Verificați ediția aplicabilă și toate cerințele legale, sectoriale, contractuale și locale</w:t>
            </w:r>
          </w:p>
        </w:tc>
      </w:tr>
    </w:tbl>
    <w:p w14:paraId="4D1259B3" w14:textId="77777777" w:rsidR="00C16128" w:rsidRDefault="00C16128">
      <w:pPr>
        <w:spacing w:after="0"/>
      </w:pPr>
    </w:p>
    <w:p w14:paraId="54080F5A" w14:textId="77777777" w:rsidR="00C16128" w:rsidRDefault="00000000">
      <w:pPr>
        <w:pStyle w:val="Heading2"/>
      </w:pPr>
      <w:r>
        <w:lastRenderedPageBreak/>
        <w:t>Baza documentului</w:t>
      </w:r>
    </w:p>
    <w:p w14:paraId="5441DC0A" w14:textId="77777777" w:rsidR="00C16128" w:rsidRDefault="00000000">
      <w:pPr>
        <w:spacing w:after="80"/>
      </w:pPr>
      <w:r>
        <w:t>Ghidul este aliniat ediției publicate ISO 22000:2018 și Amendamentului 1:2024 privind schimbările climatice. La data editării, o revizuire ISO/DIS 22000 era în dezvoltare; proiectul nu este tratat ca cerință aplicabilă.</w:t>
      </w:r>
    </w:p>
    <w:p w14:paraId="7DA35E7F" w14:textId="77777777" w:rsidR="00C16128" w:rsidRDefault="00000000">
      <w:pPr>
        <w:pStyle w:val="ListBullet"/>
        <w:spacing w:after="50"/>
      </w:pPr>
      <w:hyperlink r:id="rId8">
        <w:r>
          <w:rPr>
            <w:color w:val="D71920"/>
            <w:u w:val="single"/>
          </w:rPr>
          <w:t>ISO 22000:2018 - pagina oficială</w:t>
        </w:r>
      </w:hyperlink>
    </w:p>
    <w:p w14:paraId="7F6D196E" w14:textId="77777777" w:rsidR="00C16128" w:rsidRDefault="00000000">
      <w:pPr>
        <w:pStyle w:val="ListBullet"/>
        <w:spacing w:after="50"/>
      </w:pPr>
      <w:hyperlink r:id="rId9">
        <w:r>
          <w:rPr>
            <w:color w:val="D71920"/>
            <w:u w:val="single"/>
          </w:rPr>
          <w:t>ISO 22000:2018/Amd 1:2024 - pagina oficială</w:t>
        </w:r>
      </w:hyperlink>
    </w:p>
    <w:p w14:paraId="1775955D" w14:textId="77777777" w:rsidR="00C16128" w:rsidRDefault="00000000">
      <w:pPr>
        <w:pStyle w:val="ListBullet"/>
        <w:spacing w:after="50"/>
      </w:pPr>
      <w:hyperlink r:id="rId10">
        <w:r>
          <w:rPr>
            <w:color w:val="D71920"/>
            <w:u w:val="single"/>
          </w:rPr>
          <w:t>ISO 22000 - prezentare generală</w:t>
        </w:r>
      </w:hyperlink>
    </w:p>
    <w:p w14:paraId="14EFC2C4" w14:textId="77777777" w:rsidR="00C16128" w:rsidRDefault="00000000">
      <w:pPr>
        <w:pStyle w:val="ListBullet"/>
        <w:spacing w:after="50"/>
      </w:pPr>
      <w:hyperlink r:id="rId11">
        <w:r>
          <w:rPr>
            <w:color w:val="D71920"/>
            <w:u w:val="single"/>
          </w:rPr>
          <w:t>ISO/TS 22002 - programe preliminare în lanțul alimentar</w:t>
        </w:r>
      </w:hyperlink>
    </w:p>
    <w:p w14:paraId="4D0F9299" w14:textId="77777777" w:rsidR="00C16128" w:rsidRDefault="00000000">
      <w:pPr>
        <w:pStyle w:val="ListBullet"/>
        <w:spacing w:after="50"/>
      </w:pPr>
      <w:hyperlink r:id="rId12">
        <w:r>
          <w:rPr>
            <w:color w:val="D71920"/>
            <w:u w:val="single"/>
          </w:rPr>
          <w:t>Codex Alimentarius - General Principles of Food Hygiene</w:t>
        </w:r>
      </w:hyperlink>
    </w:p>
    <w:p w14:paraId="6977D6AA" w14:textId="77777777" w:rsidR="00C16128" w:rsidRDefault="00000000">
      <w:pPr>
        <w:pStyle w:val="Heading2"/>
      </w:pPr>
      <w:r>
        <w:t>Glosar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C16128" w14:paraId="1402A0E8" w14:textId="77777777">
        <w:trPr>
          <w:tblHeader/>
          <w:jc w:val="center"/>
        </w:trPr>
        <w:tc>
          <w:tcPr>
            <w:tcW w:w="2721" w:type="dxa"/>
            <w:shd w:val="clear" w:color="auto" w:fill="D71920"/>
            <w:tcMar>
              <w:top w:w="70" w:type="dxa"/>
              <w:left w:w="85" w:type="dxa"/>
              <w:bottom w:w="70" w:type="dxa"/>
              <w:right w:w="85" w:type="dxa"/>
            </w:tcMar>
            <w:vAlign w:val="center"/>
          </w:tcPr>
          <w:p w14:paraId="357324DB" w14:textId="77777777" w:rsidR="00C16128" w:rsidRDefault="00000000">
            <w:pPr>
              <w:spacing w:after="0" w:line="240" w:lineRule="auto"/>
              <w:jc w:val="center"/>
            </w:pPr>
            <w:r>
              <w:rPr>
                <w:b/>
                <w:color w:val="FFFFFF"/>
                <w:sz w:val="15"/>
              </w:rPr>
              <w:t>TERMEN</w:t>
            </w:r>
          </w:p>
        </w:tc>
        <w:tc>
          <w:tcPr>
            <w:tcW w:w="7200" w:type="dxa"/>
            <w:shd w:val="clear" w:color="auto" w:fill="D71920"/>
            <w:tcMar>
              <w:top w:w="70" w:type="dxa"/>
              <w:left w:w="85" w:type="dxa"/>
              <w:bottom w:w="70" w:type="dxa"/>
              <w:right w:w="85" w:type="dxa"/>
            </w:tcMar>
            <w:vAlign w:val="center"/>
          </w:tcPr>
          <w:p w14:paraId="1D59AB05" w14:textId="77777777" w:rsidR="00C16128" w:rsidRDefault="00000000">
            <w:pPr>
              <w:spacing w:after="0" w:line="240" w:lineRule="auto"/>
              <w:jc w:val="center"/>
            </w:pPr>
            <w:r>
              <w:rPr>
                <w:b/>
                <w:color w:val="FFFFFF"/>
                <w:sz w:val="15"/>
              </w:rPr>
              <w:t>EXPLICAȚIE PRACTICĂ</w:t>
            </w:r>
          </w:p>
        </w:tc>
      </w:tr>
      <w:tr w:rsidR="00C16128" w14:paraId="5776C69A" w14:textId="77777777">
        <w:trPr>
          <w:cantSplit/>
          <w:jc w:val="center"/>
        </w:trPr>
        <w:tc>
          <w:tcPr>
            <w:tcW w:w="2721" w:type="dxa"/>
            <w:shd w:val="clear" w:color="auto" w:fill="FFFFFF"/>
            <w:tcMar>
              <w:top w:w="70" w:type="dxa"/>
              <w:left w:w="85" w:type="dxa"/>
              <w:bottom w:w="70" w:type="dxa"/>
              <w:right w:w="85" w:type="dxa"/>
            </w:tcMar>
            <w:vAlign w:val="center"/>
          </w:tcPr>
          <w:p w14:paraId="43E39FB3" w14:textId="77777777" w:rsidR="00C16128" w:rsidRDefault="00000000">
            <w:pPr>
              <w:spacing w:after="0" w:line="240" w:lineRule="auto"/>
            </w:pPr>
            <w:r>
              <w:rPr>
                <w:sz w:val="15"/>
              </w:rPr>
              <w:t>PRP</w:t>
            </w:r>
          </w:p>
        </w:tc>
        <w:tc>
          <w:tcPr>
            <w:tcW w:w="7200" w:type="dxa"/>
            <w:shd w:val="clear" w:color="auto" w:fill="FFFFFF"/>
            <w:tcMar>
              <w:top w:w="70" w:type="dxa"/>
              <w:left w:w="85" w:type="dxa"/>
              <w:bottom w:w="70" w:type="dxa"/>
              <w:right w:w="85" w:type="dxa"/>
            </w:tcMar>
            <w:vAlign w:val="center"/>
          </w:tcPr>
          <w:p w14:paraId="0E727171" w14:textId="77777777" w:rsidR="00C16128" w:rsidRDefault="00000000">
            <w:pPr>
              <w:spacing w:after="0" w:line="240" w:lineRule="auto"/>
            </w:pPr>
            <w:r>
              <w:rPr>
                <w:sz w:val="15"/>
              </w:rPr>
              <w:t>Condiții și activități de bază necesare pentru menținerea unui mediu igienic adecvat.</w:t>
            </w:r>
          </w:p>
        </w:tc>
      </w:tr>
      <w:tr w:rsidR="00C16128" w:rsidRPr="000236A4" w14:paraId="3CB59FB1" w14:textId="77777777">
        <w:trPr>
          <w:cantSplit/>
          <w:jc w:val="center"/>
        </w:trPr>
        <w:tc>
          <w:tcPr>
            <w:tcW w:w="2721" w:type="dxa"/>
            <w:shd w:val="clear" w:color="auto" w:fill="FAFAFA"/>
            <w:tcMar>
              <w:top w:w="70" w:type="dxa"/>
              <w:left w:w="85" w:type="dxa"/>
              <w:bottom w:w="70" w:type="dxa"/>
              <w:right w:w="85" w:type="dxa"/>
            </w:tcMar>
            <w:vAlign w:val="center"/>
          </w:tcPr>
          <w:p w14:paraId="02ADF7E3" w14:textId="77777777" w:rsidR="00C16128" w:rsidRDefault="00000000">
            <w:pPr>
              <w:spacing w:after="0" w:line="240" w:lineRule="auto"/>
            </w:pPr>
            <w:r>
              <w:rPr>
                <w:sz w:val="15"/>
              </w:rPr>
              <w:t>OPRP</w:t>
            </w:r>
          </w:p>
        </w:tc>
        <w:tc>
          <w:tcPr>
            <w:tcW w:w="7200" w:type="dxa"/>
            <w:shd w:val="clear" w:color="auto" w:fill="FAFAFA"/>
            <w:tcMar>
              <w:top w:w="70" w:type="dxa"/>
              <w:left w:w="85" w:type="dxa"/>
              <w:bottom w:w="70" w:type="dxa"/>
              <w:right w:w="85" w:type="dxa"/>
            </w:tcMar>
            <w:vAlign w:val="center"/>
          </w:tcPr>
          <w:p w14:paraId="670B6F31" w14:textId="77777777" w:rsidR="00C16128" w:rsidRPr="000236A4" w:rsidRDefault="00000000">
            <w:pPr>
              <w:spacing w:after="0" w:line="240" w:lineRule="auto"/>
              <w:rPr>
                <w:lang w:val="fr-FR"/>
              </w:rPr>
            </w:pPr>
            <w:r w:rsidRPr="000236A4">
              <w:rPr>
                <w:sz w:val="15"/>
                <w:lang w:val="fr-FR"/>
              </w:rPr>
              <w:t>Măsură de control sau combinație de măsuri gestionată prin criterii de acțiune și monitorizare.</w:t>
            </w:r>
          </w:p>
        </w:tc>
      </w:tr>
      <w:tr w:rsidR="00C16128" w:rsidRPr="000236A4" w14:paraId="3D930870" w14:textId="77777777">
        <w:trPr>
          <w:cantSplit/>
          <w:jc w:val="center"/>
        </w:trPr>
        <w:tc>
          <w:tcPr>
            <w:tcW w:w="2721" w:type="dxa"/>
            <w:shd w:val="clear" w:color="auto" w:fill="FFFFFF"/>
            <w:tcMar>
              <w:top w:w="70" w:type="dxa"/>
              <w:left w:w="85" w:type="dxa"/>
              <w:bottom w:w="70" w:type="dxa"/>
              <w:right w:w="85" w:type="dxa"/>
            </w:tcMar>
            <w:vAlign w:val="center"/>
          </w:tcPr>
          <w:p w14:paraId="1EBC2192" w14:textId="77777777" w:rsidR="00C16128" w:rsidRDefault="00000000">
            <w:pPr>
              <w:spacing w:after="0" w:line="240" w:lineRule="auto"/>
            </w:pPr>
            <w:r>
              <w:rPr>
                <w:sz w:val="15"/>
              </w:rPr>
              <w:t>CCP</w:t>
            </w:r>
          </w:p>
        </w:tc>
        <w:tc>
          <w:tcPr>
            <w:tcW w:w="7200" w:type="dxa"/>
            <w:shd w:val="clear" w:color="auto" w:fill="FFFFFF"/>
            <w:tcMar>
              <w:top w:w="70" w:type="dxa"/>
              <w:left w:w="85" w:type="dxa"/>
              <w:bottom w:w="70" w:type="dxa"/>
              <w:right w:w="85" w:type="dxa"/>
            </w:tcMar>
            <w:vAlign w:val="center"/>
          </w:tcPr>
          <w:p w14:paraId="32609078" w14:textId="77777777" w:rsidR="00C16128" w:rsidRPr="000236A4" w:rsidRDefault="00000000">
            <w:pPr>
              <w:spacing w:after="0" w:line="240" w:lineRule="auto"/>
              <w:rPr>
                <w:lang w:val="fr-FR"/>
              </w:rPr>
            </w:pPr>
            <w:r w:rsidRPr="000236A4">
              <w:rPr>
                <w:sz w:val="15"/>
                <w:lang w:val="fr-FR"/>
              </w:rPr>
              <w:t>Etapă la care controlul este esențial și se aplică o limită critică pentru un pericol semnificativ.</w:t>
            </w:r>
          </w:p>
        </w:tc>
      </w:tr>
      <w:tr w:rsidR="00C16128" w:rsidRPr="000236A4" w14:paraId="116B704D" w14:textId="77777777">
        <w:trPr>
          <w:cantSplit/>
          <w:jc w:val="center"/>
        </w:trPr>
        <w:tc>
          <w:tcPr>
            <w:tcW w:w="2721" w:type="dxa"/>
            <w:shd w:val="clear" w:color="auto" w:fill="FAFAFA"/>
            <w:tcMar>
              <w:top w:w="70" w:type="dxa"/>
              <w:left w:w="85" w:type="dxa"/>
              <w:bottom w:w="70" w:type="dxa"/>
              <w:right w:w="85" w:type="dxa"/>
            </w:tcMar>
            <w:vAlign w:val="center"/>
          </w:tcPr>
          <w:p w14:paraId="4CB7770B" w14:textId="77777777" w:rsidR="00C16128" w:rsidRDefault="00000000">
            <w:pPr>
              <w:spacing w:after="0" w:line="240" w:lineRule="auto"/>
            </w:pPr>
            <w:r>
              <w:rPr>
                <w:sz w:val="15"/>
              </w:rPr>
              <w:t>Limită critică</w:t>
            </w:r>
          </w:p>
        </w:tc>
        <w:tc>
          <w:tcPr>
            <w:tcW w:w="7200" w:type="dxa"/>
            <w:shd w:val="clear" w:color="auto" w:fill="FAFAFA"/>
            <w:tcMar>
              <w:top w:w="70" w:type="dxa"/>
              <w:left w:w="85" w:type="dxa"/>
              <w:bottom w:w="70" w:type="dxa"/>
              <w:right w:w="85" w:type="dxa"/>
            </w:tcMar>
            <w:vAlign w:val="center"/>
          </w:tcPr>
          <w:p w14:paraId="355ED057" w14:textId="77777777" w:rsidR="00C16128" w:rsidRPr="000236A4" w:rsidRDefault="00000000">
            <w:pPr>
              <w:spacing w:after="0" w:line="240" w:lineRule="auto"/>
              <w:rPr>
                <w:lang w:val="fr-FR"/>
              </w:rPr>
            </w:pPr>
            <w:r w:rsidRPr="000236A4">
              <w:rPr>
                <w:sz w:val="15"/>
                <w:lang w:val="fr-FR"/>
              </w:rPr>
              <w:t>Valoare care separă acceptabilul de inacceptabil la un CCP.</w:t>
            </w:r>
          </w:p>
        </w:tc>
      </w:tr>
      <w:tr w:rsidR="00C16128" w14:paraId="13E86450" w14:textId="77777777">
        <w:trPr>
          <w:cantSplit/>
          <w:jc w:val="center"/>
        </w:trPr>
        <w:tc>
          <w:tcPr>
            <w:tcW w:w="2721" w:type="dxa"/>
            <w:shd w:val="clear" w:color="auto" w:fill="FFFFFF"/>
            <w:tcMar>
              <w:top w:w="70" w:type="dxa"/>
              <w:left w:w="85" w:type="dxa"/>
              <w:bottom w:w="70" w:type="dxa"/>
              <w:right w:w="85" w:type="dxa"/>
            </w:tcMar>
            <w:vAlign w:val="center"/>
          </w:tcPr>
          <w:p w14:paraId="61BFF384" w14:textId="77777777" w:rsidR="00C16128" w:rsidRDefault="00000000">
            <w:pPr>
              <w:spacing w:after="0" w:line="240" w:lineRule="auto"/>
            </w:pPr>
            <w:r>
              <w:rPr>
                <w:sz w:val="15"/>
              </w:rPr>
              <w:t>Criteriu de acțiune</w:t>
            </w:r>
          </w:p>
        </w:tc>
        <w:tc>
          <w:tcPr>
            <w:tcW w:w="7200" w:type="dxa"/>
            <w:shd w:val="clear" w:color="auto" w:fill="FFFFFF"/>
            <w:tcMar>
              <w:top w:w="70" w:type="dxa"/>
              <w:left w:w="85" w:type="dxa"/>
              <w:bottom w:w="70" w:type="dxa"/>
              <w:right w:w="85" w:type="dxa"/>
            </w:tcMar>
            <w:vAlign w:val="center"/>
          </w:tcPr>
          <w:p w14:paraId="1BEDFBFA" w14:textId="77777777" w:rsidR="00C16128" w:rsidRDefault="00000000">
            <w:pPr>
              <w:spacing w:after="0" w:line="240" w:lineRule="auto"/>
            </w:pPr>
            <w:r>
              <w:rPr>
                <w:sz w:val="15"/>
              </w:rPr>
              <w:t>Specificație măsurabilă/observabilă folosită pentru monitorizarea unui OPRP.</w:t>
            </w:r>
          </w:p>
        </w:tc>
      </w:tr>
      <w:tr w:rsidR="00C16128" w:rsidRPr="000236A4" w14:paraId="4DF067E4" w14:textId="77777777">
        <w:trPr>
          <w:cantSplit/>
          <w:jc w:val="center"/>
        </w:trPr>
        <w:tc>
          <w:tcPr>
            <w:tcW w:w="2721" w:type="dxa"/>
            <w:shd w:val="clear" w:color="auto" w:fill="FAFAFA"/>
            <w:tcMar>
              <w:top w:w="70" w:type="dxa"/>
              <w:left w:w="85" w:type="dxa"/>
              <w:bottom w:w="70" w:type="dxa"/>
              <w:right w:w="85" w:type="dxa"/>
            </w:tcMar>
            <w:vAlign w:val="center"/>
          </w:tcPr>
          <w:p w14:paraId="555D1745" w14:textId="77777777" w:rsidR="00C16128" w:rsidRDefault="00000000">
            <w:pPr>
              <w:spacing w:after="0" w:line="240" w:lineRule="auto"/>
            </w:pPr>
            <w:r>
              <w:rPr>
                <w:sz w:val="15"/>
              </w:rPr>
              <w:t>Validare</w:t>
            </w:r>
          </w:p>
        </w:tc>
        <w:tc>
          <w:tcPr>
            <w:tcW w:w="7200" w:type="dxa"/>
            <w:shd w:val="clear" w:color="auto" w:fill="FAFAFA"/>
            <w:tcMar>
              <w:top w:w="70" w:type="dxa"/>
              <w:left w:w="85" w:type="dxa"/>
              <w:bottom w:w="70" w:type="dxa"/>
              <w:right w:w="85" w:type="dxa"/>
            </w:tcMar>
            <w:vAlign w:val="center"/>
          </w:tcPr>
          <w:p w14:paraId="6F529378" w14:textId="77777777" w:rsidR="00C16128" w:rsidRPr="000236A4" w:rsidRDefault="00000000">
            <w:pPr>
              <w:spacing w:after="0" w:line="240" w:lineRule="auto"/>
              <w:rPr>
                <w:lang w:val="fr-FR"/>
              </w:rPr>
            </w:pPr>
            <w:r w:rsidRPr="000236A4">
              <w:rPr>
                <w:sz w:val="15"/>
                <w:lang w:val="fr-FR"/>
              </w:rPr>
              <w:t>Obținerea dovezii că măsurile de control pot fi eficace.</w:t>
            </w:r>
          </w:p>
        </w:tc>
      </w:tr>
      <w:tr w:rsidR="00C16128" w:rsidRPr="000236A4" w14:paraId="75BE4143" w14:textId="77777777">
        <w:trPr>
          <w:cantSplit/>
          <w:jc w:val="center"/>
        </w:trPr>
        <w:tc>
          <w:tcPr>
            <w:tcW w:w="2721" w:type="dxa"/>
            <w:shd w:val="clear" w:color="auto" w:fill="FFFFFF"/>
            <w:tcMar>
              <w:top w:w="70" w:type="dxa"/>
              <w:left w:w="85" w:type="dxa"/>
              <w:bottom w:w="70" w:type="dxa"/>
              <w:right w:w="85" w:type="dxa"/>
            </w:tcMar>
            <w:vAlign w:val="center"/>
          </w:tcPr>
          <w:p w14:paraId="1ACE7511" w14:textId="77777777" w:rsidR="00C16128" w:rsidRDefault="00000000">
            <w:pPr>
              <w:spacing w:after="0" w:line="240" w:lineRule="auto"/>
            </w:pPr>
            <w:r>
              <w:rPr>
                <w:sz w:val="15"/>
              </w:rPr>
              <w:t>Verificare</w:t>
            </w:r>
          </w:p>
        </w:tc>
        <w:tc>
          <w:tcPr>
            <w:tcW w:w="7200" w:type="dxa"/>
            <w:shd w:val="clear" w:color="auto" w:fill="FFFFFF"/>
            <w:tcMar>
              <w:top w:w="70" w:type="dxa"/>
              <w:left w:w="85" w:type="dxa"/>
              <w:bottom w:w="70" w:type="dxa"/>
              <w:right w:w="85" w:type="dxa"/>
            </w:tcMar>
            <w:vAlign w:val="center"/>
          </w:tcPr>
          <w:p w14:paraId="7D6DBB7A" w14:textId="77777777" w:rsidR="00C16128" w:rsidRPr="000236A4" w:rsidRDefault="00000000">
            <w:pPr>
              <w:spacing w:after="0" w:line="240" w:lineRule="auto"/>
              <w:rPr>
                <w:lang w:val="fr-FR"/>
              </w:rPr>
            </w:pPr>
            <w:r w:rsidRPr="000236A4">
              <w:rPr>
                <w:sz w:val="15"/>
                <w:lang w:val="fr-FR"/>
              </w:rPr>
              <w:t>Confirmarea, prin dovezi, că cerințele și activitățile planificate au fost îndeplinite.</w:t>
            </w:r>
          </w:p>
        </w:tc>
      </w:tr>
      <w:tr w:rsidR="00C16128" w:rsidRPr="000236A4" w14:paraId="64C10556" w14:textId="77777777">
        <w:trPr>
          <w:cantSplit/>
          <w:jc w:val="center"/>
        </w:trPr>
        <w:tc>
          <w:tcPr>
            <w:tcW w:w="2721" w:type="dxa"/>
            <w:shd w:val="clear" w:color="auto" w:fill="FAFAFA"/>
            <w:tcMar>
              <w:top w:w="70" w:type="dxa"/>
              <w:left w:w="85" w:type="dxa"/>
              <w:bottom w:w="70" w:type="dxa"/>
              <w:right w:w="85" w:type="dxa"/>
            </w:tcMar>
            <w:vAlign w:val="center"/>
          </w:tcPr>
          <w:p w14:paraId="1EDA909E" w14:textId="77777777" w:rsidR="00C16128" w:rsidRDefault="00000000">
            <w:pPr>
              <w:spacing w:after="0" w:line="240" w:lineRule="auto"/>
            </w:pPr>
            <w:r>
              <w:rPr>
                <w:sz w:val="15"/>
              </w:rPr>
              <w:t>Produs potențial nesigur</w:t>
            </w:r>
          </w:p>
        </w:tc>
        <w:tc>
          <w:tcPr>
            <w:tcW w:w="7200" w:type="dxa"/>
            <w:shd w:val="clear" w:color="auto" w:fill="FAFAFA"/>
            <w:tcMar>
              <w:top w:w="70" w:type="dxa"/>
              <w:left w:w="85" w:type="dxa"/>
              <w:bottom w:w="70" w:type="dxa"/>
              <w:right w:w="85" w:type="dxa"/>
            </w:tcMar>
            <w:vAlign w:val="center"/>
          </w:tcPr>
          <w:p w14:paraId="41EAB8D1" w14:textId="77777777" w:rsidR="00C16128" w:rsidRPr="000236A4" w:rsidRDefault="00000000">
            <w:pPr>
              <w:spacing w:after="0" w:line="240" w:lineRule="auto"/>
              <w:rPr>
                <w:lang w:val="fr-FR"/>
              </w:rPr>
            </w:pPr>
            <w:r w:rsidRPr="000236A4">
              <w:rPr>
                <w:sz w:val="15"/>
                <w:lang w:val="fr-FR"/>
              </w:rPr>
              <w:t>Produs afectat de pierderea controlului, care necesită evaluare înainte de eliberare sau dispoziție.</w:t>
            </w:r>
          </w:p>
        </w:tc>
      </w:tr>
      <w:tr w:rsidR="00C16128" w:rsidRPr="000236A4" w14:paraId="28B202B0" w14:textId="77777777">
        <w:trPr>
          <w:cantSplit/>
          <w:jc w:val="center"/>
        </w:trPr>
        <w:tc>
          <w:tcPr>
            <w:tcW w:w="2721" w:type="dxa"/>
            <w:shd w:val="clear" w:color="auto" w:fill="FFFFFF"/>
            <w:tcMar>
              <w:top w:w="70" w:type="dxa"/>
              <w:left w:w="85" w:type="dxa"/>
              <w:bottom w:w="70" w:type="dxa"/>
              <w:right w:w="85" w:type="dxa"/>
            </w:tcMar>
            <w:vAlign w:val="center"/>
          </w:tcPr>
          <w:p w14:paraId="5BF6A528" w14:textId="77777777" w:rsidR="00C16128" w:rsidRDefault="00000000">
            <w:pPr>
              <w:spacing w:after="0" w:line="240" w:lineRule="auto"/>
            </w:pPr>
            <w:r>
              <w:rPr>
                <w:sz w:val="15"/>
              </w:rPr>
              <w:t>Informație documentată</w:t>
            </w:r>
          </w:p>
        </w:tc>
        <w:tc>
          <w:tcPr>
            <w:tcW w:w="7200" w:type="dxa"/>
            <w:shd w:val="clear" w:color="auto" w:fill="FFFFFF"/>
            <w:tcMar>
              <w:top w:w="70" w:type="dxa"/>
              <w:left w:w="85" w:type="dxa"/>
              <w:bottom w:w="70" w:type="dxa"/>
              <w:right w:w="85" w:type="dxa"/>
            </w:tcMar>
            <w:vAlign w:val="center"/>
          </w:tcPr>
          <w:p w14:paraId="202AE578" w14:textId="77777777" w:rsidR="00C16128" w:rsidRPr="000236A4" w:rsidRDefault="00000000">
            <w:pPr>
              <w:spacing w:after="0" w:line="240" w:lineRule="auto"/>
              <w:rPr>
                <w:lang w:val="fr-FR"/>
              </w:rPr>
            </w:pPr>
            <w:r w:rsidRPr="000236A4">
              <w:rPr>
                <w:sz w:val="15"/>
                <w:lang w:val="fr-FR"/>
              </w:rPr>
              <w:t>Informație controlată și suportul pe care se află.</w:t>
            </w:r>
          </w:p>
        </w:tc>
      </w:tr>
    </w:tbl>
    <w:p w14:paraId="501DE876" w14:textId="77777777" w:rsidR="00C16128" w:rsidRPr="000236A4" w:rsidRDefault="00C16128">
      <w:pPr>
        <w:spacing w:after="20"/>
        <w:rPr>
          <w:lang w:val="fr-FR"/>
        </w:rPr>
      </w:pPr>
    </w:p>
    <w:p w14:paraId="266BDE7F" w14:textId="77777777" w:rsidR="00C16128" w:rsidRPr="000236A4" w:rsidRDefault="00000000">
      <w:pPr>
        <w:spacing w:after="40"/>
        <w:rPr>
          <w:lang w:val="fr-FR"/>
        </w:rPr>
      </w:pPr>
      <w:r w:rsidRPr="000236A4">
        <w:rPr>
          <w:b/>
          <w:lang w:val="fr-FR"/>
        </w:rPr>
        <w:t>Notă de utilizare:</w:t>
      </w:r>
      <w:r w:rsidRPr="000236A4">
        <w:rPr>
          <w:lang w:val="fr-FR"/>
        </w:rPr>
        <w:t xml:space="preserve"> Acest material este orientativ și nu înlocuiește textul oficial al standardului, consultanța adaptată, evaluarea juridică, medicina muncii ori cerințele autorităților și organismului de certificare. Organizația rămâne responsabilă pentru documentele și termenele de păstrare stabilite.</w:t>
      </w:r>
    </w:p>
    <w:sectPr w:rsidR="00C16128" w:rsidRPr="000236A4" w:rsidSect="00034616">
      <w:headerReference w:type="default" r:id="rId13"/>
      <w:footerReference w:type="default" r:id="rId14"/>
      <w:pgSz w:w="11906" w:h="16838"/>
      <w:pgMar w:top="964" w:right="964" w:bottom="907" w:left="964"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E4AB5" w14:textId="77777777" w:rsidR="00C83D0F" w:rsidRDefault="00C83D0F">
      <w:pPr>
        <w:spacing w:after="0" w:line="240" w:lineRule="auto"/>
      </w:pPr>
      <w:r>
        <w:separator/>
      </w:r>
    </w:p>
  </w:endnote>
  <w:endnote w:type="continuationSeparator" w:id="0">
    <w:p w14:paraId="62AA4C28" w14:textId="77777777" w:rsidR="00C83D0F" w:rsidRDefault="00C83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E85B7" w14:textId="77777777" w:rsidR="00C16128" w:rsidRPr="000236A4" w:rsidRDefault="00C16128">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220"/>
      <w:gridCol w:w="1701"/>
    </w:tblGrid>
    <w:tr w:rsidR="00C16128" w:rsidRPr="000236A4" w14:paraId="0558BD9C" w14:textId="77777777">
      <w:trPr>
        <w:jc w:val="center"/>
      </w:trPr>
      <w:tc>
        <w:tcPr>
          <w:tcW w:w="8220" w:type="dxa"/>
          <w:tcMar>
            <w:top w:w="70" w:type="dxa"/>
            <w:left w:w="85" w:type="dxa"/>
            <w:bottom w:w="70" w:type="dxa"/>
            <w:right w:w="85" w:type="dxa"/>
          </w:tcMar>
          <w:vAlign w:val="center"/>
        </w:tcPr>
        <w:p w14:paraId="2EAC8078" w14:textId="77777777" w:rsidR="00C16128" w:rsidRPr="000236A4" w:rsidRDefault="00000000">
          <w:pPr>
            <w:spacing w:after="0" w:line="240" w:lineRule="auto"/>
            <w:rPr>
              <w:noProof/>
              <w:lang w:val="ro-RO"/>
            </w:rPr>
          </w:pPr>
          <w:r w:rsidRPr="000236A4">
            <w:rPr>
              <w:noProof/>
              <w:color w:val="666666"/>
              <w:sz w:val="13"/>
              <w:lang w:val="ro-RO"/>
            </w:rPr>
            <w:t>Instrument orientativ. A se adapta contextului, riscurilor și obligațiilor aplicabile.</w:t>
          </w:r>
        </w:p>
      </w:tc>
      <w:tc>
        <w:tcPr>
          <w:tcW w:w="1701" w:type="dxa"/>
        </w:tcPr>
        <w:p w14:paraId="2AC93DE8" w14:textId="77777777" w:rsidR="00C16128" w:rsidRPr="000236A4" w:rsidRDefault="00000000">
          <w:pPr>
            <w:jc w:val="right"/>
            <w:rPr>
              <w:noProof/>
              <w:lang w:val="ro-RO"/>
            </w:rPr>
          </w:pPr>
          <w:r w:rsidRPr="000236A4">
            <w:rPr>
              <w:noProof/>
              <w:color w:val="666666"/>
              <w:sz w:val="13"/>
              <w:lang w:val="ro-RO"/>
            </w:rPr>
            <w:t xml:space="preserve">Pagina </w:t>
          </w:r>
          <w:r w:rsidRPr="000236A4">
            <w:rPr>
              <w:noProof/>
              <w:lang w:val="ro-RO"/>
            </w:rPr>
            <w:fldChar w:fldCharType="begin"/>
          </w:r>
          <w:r w:rsidRPr="000236A4">
            <w:rPr>
              <w:noProof/>
              <w:lang w:val="ro-RO"/>
            </w:rPr>
            <w:instrText xml:space="preserve"> PAGE </w:instrText>
          </w:r>
          <w:r w:rsidRPr="000236A4">
            <w:rPr>
              <w:noProof/>
              <w:lang w:val="ro-RO"/>
            </w:rPr>
            <w:fldChar w:fldCharType="separate"/>
          </w:r>
          <w:r w:rsidRPr="000236A4">
            <w:rPr>
              <w:noProof/>
              <w:lang w:val="ro-RO"/>
            </w:rPr>
            <w:t>1</w:t>
          </w:r>
          <w:r w:rsidRPr="000236A4">
            <w:rPr>
              <w:noProof/>
              <w:lang w:val="ro-RO"/>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8DA7D" w14:textId="77777777" w:rsidR="00C83D0F" w:rsidRDefault="00C83D0F">
      <w:pPr>
        <w:spacing w:after="0" w:line="240" w:lineRule="auto"/>
      </w:pPr>
      <w:r>
        <w:separator/>
      </w:r>
    </w:p>
  </w:footnote>
  <w:footnote w:type="continuationSeparator" w:id="0">
    <w:p w14:paraId="72EE8005" w14:textId="77777777" w:rsidR="00C83D0F" w:rsidRDefault="00C83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FD68" w14:textId="1E13865C" w:rsidR="00C16128" w:rsidRPr="000236A4" w:rsidRDefault="00000000">
    <w:pPr>
      <w:pStyle w:val="Header"/>
      <w:pBdr>
        <w:bottom w:val="single" w:sz="8" w:space="3" w:color="D71920"/>
      </w:pBdr>
      <w:tabs>
        <w:tab w:val="right" w:pos="9921"/>
      </w:tabs>
      <w:rPr>
        <w:noProof/>
        <w:lang w:val="ro-RO"/>
      </w:rPr>
    </w:pPr>
    <w:r w:rsidRPr="000236A4">
      <w:rPr>
        <w:b/>
        <w:noProof/>
        <w:color w:val="D71920"/>
        <w:sz w:val="20"/>
        <w:lang w:val="ro-RO"/>
      </w:rPr>
      <w:t>C</w:t>
    </w:r>
    <w:r w:rsidR="000236A4">
      <w:rPr>
        <w:b/>
        <w:noProof/>
        <w:color w:val="D71920"/>
        <w:sz w:val="20"/>
        <w:lang w:val="ro-RO"/>
      </w:rPr>
      <w:t>ertify</w:t>
    </w:r>
    <w:r w:rsidRPr="000236A4">
      <w:rPr>
        <w:noProof/>
        <w:color w:val="666666"/>
        <w:sz w:val="16"/>
        <w:lang w:val="ro-RO"/>
      </w:rPr>
      <w:t xml:space="preserve">  |  RESURSE PRACTICE ISO</w:t>
    </w:r>
    <w:r w:rsidRPr="000236A4">
      <w:rPr>
        <w:noProof/>
        <w:lang w:val="ro-RO"/>
      </w:rPr>
      <w:tab/>
    </w:r>
    <w:r w:rsidRPr="000236A4">
      <w:rPr>
        <w:noProof/>
        <w:color w:val="666666"/>
        <w:sz w:val="14"/>
        <w:lang w:val="ro-RO"/>
      </w:rPr>
      <w:t>GHID DOCUMENTE ESENȚIALE | ISO 22000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19259757">
    <w:abstractNumId w:val="8"/>
  </w:num>
  <w:num w:numId="2" w16cid:durableId="892737276">
    <w:abstractNumId w:val="6"/>
  </w:num>
  <w:num w:numId="3" w16cid:durableId="304967136">
    <w:abstractNumId w:val="5"/>
  </w:num>
  <w:num w:numId="4" w16cid:durableId="2137989449">
    <w:abstractNumId w:val="4"/>
  </w:num>
  <w:num w:numId="5" w16cid:durableId="639455593">
    <w:abstractNumId w:val="7"/>
  </w:num>
  <w:num w:numId="6" w16cid:durableId="1944723070">
    <w:abstractNumId w:val="3"/>
  </w:num>
  <w:num w:numId="7" w16cid:durableId="842820029">
    <w:abstractNumId w:val="2"/>
  </w:num>
  <w:num w:numId="8" w16cid:durableId="1399789053">
    <w:abstractNumId w:val="1"/>
  </w:num>
  <w:num w:numId="9" w16cid:durableId="401946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36A4"/>
    <w:rsid w:val="00034616"/>
    <w:rsid w:val="0006063C"/>
    <w:rsid w:val="0015074B"/>
    <w:rsid w:val="0029639D"/>
    <w:rsid w:val="00326F90"/>
    <w:rsid w:val="003C55B5"/>
    <w:rsid w:val="00AA1D8D"/>
    <w:rsid w:val="00B47730"/>
    <w:rsid w:val="00C16128"/>
    <w:rsid w:val="00C83D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818025"/>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70" w:line="254"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D71920"/>
      <w:sz w:val="24"/>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7"/>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17"/>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65464.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o.org/fao-who-codexalimentari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committee/654789/x/catalogu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so.org/iso-22000-food-safety-management.html" TargetMode="External"/><Relationship Id="rId4" Type="http://schemas.openxmlformats.org/officeDocument/2006/relationships/settings" Target="settings.xml"/><Relationship Id="rId9" Type="http://schemas.openxmlformats.org/officeDocument/2006/relationships/hyperlink" Target="https://www.iso.org/standard/88410.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5075</Words>
  <Characters>28931</Characters>
  <Application>Microsoft Office Word</Application>
  <DocSecurity>0</DocSecurity>
  <Lines>241</Lines>
  <Paragraphs>67</Paragraphs>
  <ScaleCrop>false</ScaleCrop>
  <Manager/>
  <Company/>
  <LinksUpToDate>false</LinksUpToDate>
  <CharactersWithSpaces>33939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2026-07-24T10:15:00Z</dcterms:created>
  <dcterms:modified xsi:type="dcterms:W3CDTF">2026-07-24T10:16:00Z</dcterms:modified>
  <cp:category/>
</cp:coreProperties>
</file>