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227D" w14:textId="77777777" w:rsidR="00082454" w:rsidRPr="004566A6" w:rsidRDefault="00000000">
      <w:pPr>
        <w:spacing w:after="360"/>
        <w:rPr>
          <w:noProof/>
          <w:lang w:val="ro-RO"/>
        </w:rPr>
      </w:pPr>
      <w:r w:rsidRPr="004566A6">
        <w:rPr>
          <w:rFonts w:eastAsia="Arial"/>
          <w:b/>
          <w:noProof/>
          <w:color w:val="D71920"/>
          <w:sz w:val="20"/>
          <w:lang w:val="ro-RO"/>
        </w:rPr>
        <w:t>CERTIFY  |  RESURSE PRACTICE ISO</w:t>
      </w:r>
    </w:p>
    <w:p w14:paraId="3CB3E416" w14:textId="77777777" w:rsidR="00082454" w:rsidRPr="004566A6" w:rsidRDefault="00000000">
      <w:pPr>
        <w:spacing w:after="40"/>
        <w:rPr>
          <w:noProof/>
          <w:lang w:val="ro-RO"/>
        </w:rPr>
      </w:pPr>
      <w:r w:rsidRPr="004566A6">
        <w:rPr>
          <w:rFonts w:eastAsia="Arial"/>
          <w:b/>
          <w:noProof/>
          <w:color w:val="D71920"/>
          <w:sz w:val="68"/>
          <w:lang w:val="ro-RO"/>
        </w:rPr>
        <w:t>CHECKLIST</w:t>
      </w:r>
    </w:p>
    <w:p w14:paraId="5C41EF31" w14:textId="77777777" w:rsidR="00082454" w:rsidRPr="004566A6" w:rsidRDefault="00000000">
      <w:pPr>
        <w:spacing w:after="140"/>
        <w:rPr>
          <w:noProof/>
          <w:lang w:val="ro-RO"/>
        </w:rPr>
      </w:pPr>
      <w:r w:rsidRPr="004566A6">
        <w:rPr>
          <w:rFonts w:eastAsia="Arial"/>
          <w:b/>
          <w:noProof/>
          <w:sz w:val="50"/>
          <w:lang w:val="ro-RO"/>
        </w:rPr>
        <w:t>Implementare ISO 45001:2018 + Amd 1:2024</w:t>
      </w:r>
    </w:p>
    <w:p w14:paraId="6882046A" w14:textId="77777777" w:rsidR="00082454" w:rsidRPr="004566A6" w:rsidRDefault="00000000">
      <w:pPr>
        <w:spacing w:after="360"/>
        <w:rPr>
          <w:noProof/>
          <w:lang w:val="ro-RO"/>
        </w:rPr>
      </w:pPr>
      <w:r w:rsidRPr="004566A6">
        <w:rPr>
          <w:rFonts w:eastAsia="Arial"/>
          <w:noProof/>
          <w:color w:val="666666"/>
          <w:sz w:val="24"/>
          <w:lang w:val="ro-RO"/>
        </w:rPr>
        <w:t>Instrument practic pentru proiectarea, implementarea și verificarea unui sistem de management al sănătății și securității în muncă</w:t>
      </w:r>
    </w:p>
    <w:p w14:paraId="5EF039A3" w14:textId="77777777" w:rsidR="00082454" w:rsidRPr="004566A6" w:rsidRDefault="00082454">
      <w:pPr>
        <w:pBdr>
          <w:bottom w:val="single" w:sz="18" w:space="1" w:color="D71920"/>
        </w:pBdr>
        <w:spacing w:after="140"/>
        <w:rPr>
          <w:noProof/>
          <w:lang w:val="ro-RO"/>
        </w:rPr>
      </w:pPr>
    </w:p>
    <w:p w14:paraId="40E007F8" w14:textId="77777777" w:rsidR="00082454" w:rsidRPr="004566A6" w:rsidRDefault="00000000">
      <w:pPr>
        <w:spacing w:after="320"/>
        <w:jc w:val="center"/>
        <w:rPr>
          <w:noProof/>
          <w:lang w:val="ro-RO"/>
        </w:rPr>
      </w:pPr>
      <w:r w:rsidRPr="004566A6">
        <w:rPr>
          <w:rFonts w:eastAsia="Arial"/>
          <w:b/>
          <w:noProof/>
          <w:color w:val="D71920"/>
          <w:sz w:val="22"/>
          <w:lang w:val="ro-RO"/>
        </w:rPr>
        <w:t>OAMENI. PREVENȚIE. PERFORMANȚĂ.</w:t>
      </w:r>
    </w:p>
    <w:tbl>
      <w:tblPr>
        <w:tblW w:w="0" w:type="auto"/>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81"/>
        <w:gridCol w:w="7483"/>
      </w:tblGrid>
      <w:tr w:rsidR="00082454" w:rsidRPr="004566A6" w14:paraId="0B67E81E" w14:textId="77777777">
        <w:trPr>
          <w:jc w:val="center"/>
        </w:trPr>
        <w:tc>
          <w:tcPr>
            <w:tcW w:w="2381" w:type="dxa"/>
            <w:shd w:val="clear" w:color="auto" w:fill="D71920"/>
            <w:tcMar>
              <w:top w:w="60" w:type="dxa"/>
              <w:left w:w="70" w:type="dxa"/>
              <w:bottom w:w="60" w:type="dxa"/>
              <w:right w:w="70" w:type="dxa"/>
            </w:tcMar>
            <w:vAlign w:val="center"/>
          </w:tcPr>
          <w:p w14:paraId="6D9E8231" w14:textId="77777777" w:rsidR="00082454" w:rsidRPr="004566A6" w:rsidRDefault="00000000">
            <w:pPr>
              <w:spacing w:after="0" w:line="240" w:lineRule="auto"/>
              <w:rPr>
                <w:noProof/>
                <w:lang w:val="ro-RO"/>
              </w:rPr>
            </w:pPr>
            <w:r w:rsidRPr="004566A6">
              <w:rPr>
                <w:rFonts w:eastAsia="Arial"/>
                <w:b/>
                <w:noProof/>
                <w:color w:val="FFFFFF"/>
                <w:sz w:val="16"/>
                <w:lang w:val="ro-RO"/>
              </w:rPr>
              <w:t>BAZĂ NORMATIVĂ</w:t>
            </w:r>
          </w:p>
        </w:tc>
        <w:tc>
          <w:tcPr>
            <w:tcW w:w="7483" w:type="dxa"/>
            <w:shd w:val="clear" w:color="auto" w:fill="F3F4F5"/>
            <w:tcMar>
              <w:top w:w="60" w:type="dxa"/>
              <w:left w:w="70" w:type="dxa"/>
              <w:bottom w:w="60" w:type="dxa"/>
              <w:right w:w="70" w:type="dxa"/>
            </w:tcMar>
            <w:vAlign w:val="center"/>
          </w:tcPr>
          <w:p w14:paraId="74F58E7B" w14:textId="77777777" w:rsidR="00082454" w:rsidRPr="004566A6" w:rsidRDefault="00000000">
            <w:pPr>
              <w:spacing w:after="0" w:line="240" w:lineRule="auto"/>
              <w:rPr>
                <w:noProof/>
                <w:lang w:val="ro-RO"/>
              </w:rPr>
            </w:pPr>
            <w:r w:rsidRPr="004566A6">
              <w:rPr>
                <w:rFonts w:eastAsia="Arial"/>
                <w:noProof/>
                <w:sz w:val="17"/>
                <w:lang w:val="ro-RO"/>
              </w:rPr>
              <w:t>ISO 45001:2018 + ISO 45001:2018/Amd 1:2024</w:t>
            </w:r>
          </w:p>
        </w:tc>
      </w:tr>
      <w:tr w:rsidR="00082454" w:rsidRPr="00245FA7" w14:paraId="79EDC80F" w14:textId="77777777">
        <w:trPr>
          <w:jc w:val="center"/>
        </w:trPr>
        <w:tc>
          <w:tcPr>
            <w:tcW w:w="2381" w:type="dxa"/>
            <w:shd w:val="clear" w:color="auto" w:fill="D71920"/>
            <w:tcMar>
              <w:top w:w="60" w:type="dxa"/>
              <w:left w:w="70" w:type="dxa"/>
              <w:bottom w:w="60" w:type="dxa"/>
              <w:right w:w="70" w:type="dxa"/>
            </w:tcMar>
            <w:vAlign w:val="center"/>
          </w:tcPr>
          <w:p w14:paraId="2C407BE0" w14:textId="77777777" w:rsidR="00082454" w:rsidRPr="004566A6" w:rsidRDefault="00000000">
            <w:pPr>
              <w:spacing w:after="0" w:line="240" w:lineRule="auto"/>
              <w:rPr>
                <w:noProof/>
                <w:lang w:val="ro-RO"/>
              </w:rPr>
            </w:pPr>
            <w:r w:rsidRPr="004566A6">
              <w:rPr>
                <w:rFonts w:eastAsia="Arial"/>
                <w:b/>
                <w:noProof/>
                <w:color w:val="FFFFFF"/>
                <w:sz w:val="16"/>
                <w:lang w:val="ro-RO"/>
              </w:rPr>
              <w:t>UTILIZARE</w:t>
            </w:r>
          </w:p>
        </w:tc>
        <w:tc>
          <w:tcPr>
            <w:tcW w:w="7483" w:type="dxa"/>
            <w:shd w:val="clear" w:color="auto" w:fill="F3F4F5"/>
            <w:tcMar>
              <w:top w:w="60" w:type="dxa"/>
              <w:left w:w="70" w:type="dxa"/>
              <w:bottom w:w="60" w:type="dxa"/>
              <w:right w:w="70" w:type="dxa"/>
            </w:tcMar>
            <w:vAlign w:val="center"/>
          </w:tcPr>
          <w:p w14:paraId="40DD03F6" w14:textId="77777777" w:rsidR="00082454" w:rsidRPr="004566A6" w:rsidRDefault="00000000">
            <w:pPr>
              <w:spacing w:after="0" w:line="240" w:lineRule="auto"/>
              <w:rPr>
                <w:noProof/>
                <w:lang w:val="ro-RO"/>
              </w:rPr>
            </w:pPr>
            <w:r w:rsidRPr="004566A6">
              <w:rPr>
                <w:rFonts w:eastAsia="Arial"/>
                <w:noProof/>
                <w:sz w:val="17"/>
                <w:lang w:val="ro-RO"/>
              </w:rPr>
              <w:t>Organizații din orice industrie, dimensiune sau nivel de maturitate</w:t>
            </w:r>
          </w:p>
        </w:tc>
      </w:tr>
      <w:tr w:rsidR="00082454" w:rsidRPr="004566A6" w14:paraId="6428FA02" w14:textId="77777777">
        <w:trPr>
          <w:jc w:val="center"/>
        </w:trPr>
        <w:tc>
          <w:tcPr>
            <w:tcW w:w="2381" w:type="dxa"/>
            <w:shd w:val="clear" w:color="auto" w:fill="D71920"/>
            <w:tcMar>
              <w:top w:w="60" w:type="dxa"/>
              <w:left w:w="70" w:type="dxa"/>
              <w:bottom w:w="60" w:type="dxa"/>
              <w:right w:w="70" w:type="dxa"/>
            </w:tcMar>
            <w:vAlign w:val="center"/>
          </w:tcPr>
          <w:p w14:paraId="3220E388" w14:textId="77777777" w:rsidR="00082454" w:rsidRPr="004566A6" w:rsidRDefault="00000000">
            <w:pPr>
              <w:spacing w:after="0" w:line="240" w:lineRule="auto"/>
              <w:rPr>
                <w:noProof/>
                <w:lang w:val="ro-RO"/>
              </w:rPr>
            </w:pPr>
            <w:r w:rsidRPr="004566A6">
              <w:rPr>
                <w:rFonts w:eastAsia="Arial"/>
                <w:b/>
                <w:noProof/>
                <w:color w:val="FFFFFF"/>
                <w:sz w:val="16"/>
                <w:lang w:val="ro-RO"/>
              </w:rPr>
              <w:t>VERSIUNE</w:t>
            </w:r>
          </w:p>
        </w:tc>
        <w:tc>
          <w:tcPr>
            <w:tcW w:w="7483" w:type="dxa"/>
            <w:shd w:val="clear" w:color="auto" w:fill="F3F4F5"/>
            <w:tcMar>
              <w:top w:w="60" w:type="dxa"/>
              <w:left w:w="70" w:type="dxa"/>
              <w:bottom w:w="60" w:type="dxa"/>
              <w:right w:w="70" w:type="dxa"/>
            </w:tcMar>
            <w:vAlign w:val="center"/>
          </w:tcPr>
          <w:p w14:paraId="32C5AA74" w14:textId="77777777" w:rsidR="00082454" w:rsidRPr="004566A6" w:rsidRDefault="00000000">
            <w:pPr>
              <w:spacing w:after="0" w:line="240" w:lineRule="auto"/>
              <w:rPr>
                <w:noProof/>
                <w:lang w:val="ro-RO"/>
              </w:rPr>
            </w:pPr>
            <w:r w:rsidRPr="004566A6">
              <w:rPr>
                <w:rFonts w:eastAsia="Arial"/>
                <w:noProof/>
                <w:sz w:val="17"/>
                <w:lang w:val="ro-RO"/>
              </w:rPr>
              <w:t>1.0  |  Iulie 2026</w:t>
            </w:r>
          </w:p>
        </w:tc>
      </w:tr>
    </w:tbl>
    <w:p w14:paraId="130BFEB6" w14:textId="77777777" w:rsidR="00082454" w:rsidRPr="004566A6" w:rsidRDefault="00082454">
      <w:pPr>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082454" w:rsidRPr="00245FA7" w14:paraId="10419056" w14:textId="77777777">
        <w:trPr>
          <w:cantSplit/>
          <w:jc w:val="center"/>
        </w:trPr>
        <w:tc>
          <w:tcPr>
            <w:tcW w:w="566" w:type="dxa"/>
            <w:shd w:val="clear" w:color="auto" w:fill="D71920"/>
            <w:tcMar>
              <w:top w:w="60" w:type="dxa"/>
              <w:left w:w="70" w:type="dxa"/>
              <w:bottom w:w="60" w:type="dxa"/>
              <w:right w:w="70" w:type="dxa"/>
            </w:tcMar>
            <w:vAlign w:val="center"/>
          </w:tcPr>
          <w:p w14:paraId="4E3759BE"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FCEBEC"/>
          </w:tcPr>
          <w:p w14:paraId="3C7AAEC2" w14:textId="77777777" w:rsidR="00082454" w:rsidRPr="004566A6" w:rsidRDefault="00000000">
            <w:pPr>
              <w:spacing w:after="40"/>
              <w:rPr>
                <w:noProof/>
                <w:lang w:val="ro-RO"/>
              </w:rPr>
            </w:pPr>
            <w:r w:rsidRPr="004566A6">
              <w:rPr>
                <w:rFonts w:eastAsia="Arial"/>
                <w:b/>
                <w:noProof/>
                <w:color w:val="D71920"/>
                <w:lang w:val="ro-RO"/>
              </w:rPr>
              <w:t>UTILIZARE RESPONSABILĂ</w:t>
            </w:r>
          </w:p>
          <w:p w14:paraId="498F0F0F" w14:textId="77777777" w:rsidR="00082454" w:rsidRPr="004566A6" w:rsidRDefault="00000000">
            <w:pPr>
              <w:spacing w:after="0" w:line="252" w:lineRule="auto"/>
              <w:rPr>
                <w:noProof/>
                <w:lang w:val="ro-RO"/>
              </w:rPr>
            </w:pPr>
            <w:r w:rsidRPr="004566A6">
              <w:rPr>
                <w:rFonts w:eastAsia="Arial"/>
                <w:noProof/>
                <w:sz w:val="16"/>
                <w:lang w:val="ro-RO"/>
              </w:rPr>
              <w:t>Acest checklist este un instrument de lucru original și nu reproduce textul standardului. El nu înlocuiește consultarea ediției oficiale, a legislației SSM aplicabile, a specialiștilor competenți și a cerințelor organismului de certificare. Trebuie adaptat pericolelor, persoanelor, activităților și jurisdicțiilor organizației.</w:t>
            </w:r>
          </w:p>
        </w:tc>
      </w:tr>
    </w:tbl>
    <w:p w14:paraId="3E4AFD92" w14:textId="77777777" w:rsidR="00082454" w:rsidRPr="004566A6" w:rsidRDefault="00082454">
      <w:pPr>
        <w:spacing w:after="0"/>
        <w:rPr>
          <w:noProof/>
          <w:lang w:val="ro-RO"/>
        </w:rPr>
      </w:pPr>
    </w:p>
    <w:p w14:paraId="5DEEAB12" w14:textId="77777777" w:rsidR="00082454" w:rsidRPr="004566A6" w:rsidRDefault="00082454">
      <w:pPr>
        <w:rPr>
          <w:noProof/>
          <w:lang w:val="ro-RO"/>
        </w:rPr>
      </w:pPr>
    </w:p>
    <w:p w14:paraId="49770B0A" w14:textId="77777777" w:rsidR="00082454" w:rsidRPr="004566A6" w:rsidRDefault="00000000">
      <w:pPr>
        <w:rPr>
          <w:noProof/>
          <w:lang w:val="ro-RO"/>
        </w:rPr>
      </w:pPr>
      <w:r w:rsidRPr="004566A6">
        <w:rPr>
          <w:noProof/>
          <w:lang w:val="ro-RO"/>
        </w:rPr>
        <w:br w:type="page"/>
      </w:r>
    </w:p>
    <w:p w14:paraId="76EF4A75" w14:textId="77777777" w:rsidR="00082454" w:rsidRPr="004566A6" w:rsidRDefault="00000000">
      <w:pPr>
        <w:pStyle w:val="Heading1"/>
        <w:rPr>
          <w:noProof/>
          <w:lang w:val="ro-RO"/>
        </w:rPr>
      </w:pPr>
      <w:r w:rsidRPr="004566A6">
        <w:rPr>
          <w:noProof/>
          <w:lang w:val="ro-RO"/>
        </w:rPr>
        <w:lastRenderedPageBreak/>
        <w:t>Cum se utilizează checklistul</w:t>
      </w:r>
    </w:p>
    <w:p w14:paraId="550863D0" w14:textId="77777777" w:rsidR="00082454" w:rsidRPr="004566A6" w:rsidRDefault="00000000">
      <w:pPr>
        <w:rPr>
          <w:noProof/>
          <w:lang w:val="ro-RO"/>
        </w:rPr>
      </w:pPr>
      <w:r w:rsidRPr="004566A6">
        <w:rPr>
          <w:b/>
          <w:noProof/>
          <w:lang w:val="ro-RO"/>
        </w:rPr>
        <w:t xml:space="preserve">Scop. </w:t>
      </w:r>
      <w:r w:rsidRPr="004566A6">
        <w:rPr>
          <w:noProof/>
          <w:lang w:val="ro-RO"/>
        </w:rPr>
        <w:t>Să ajute organizația să planifice implementarea, să verifice controlul riscurilor SSM și să transforme lacunele în acțiuni cu responsabilități și rezultate verificabile.</w:t>
      </w:r>
    </w:p>
    <w:p w14:paraId="3DE9FF66" w14:textId="77777777" w:rsidR="00082454" w:rsidRPr="004566A6" w:rsidRDefault="00000000">
      <w:pPr>
        <w:pStyle w:val="Heading2"/>
        <w:rPr>
          <w:noProof/>
          <w:lang w:val="ro-RO"/>
        </w:rPr>
      </w:pPr>
      <w:r w:rsidRPr="004566A6">
        <w:rPr>
          <w:noProof/>
          <w:lang w:val="ro-RO"/>
        </w:rPr>
        <w:t>Scala de evaluare recomandată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381"/>
        <w:gridCol w:w="6633"/>
      </w:tblGrid>
      <w:tr w:rsidR="00082454" w:rsidRPr="00245FA7" w14:paraId="426A768C" w14:textId="77777777">
        <w:trPr>
          <w:cantSplit/>
          <w:jc w:val="center"/>
        </w:trPr>
        <w:tc>
          <w:tcPr>
            <w:tcW w:w="850" w:type="dxa"/>
            <w:shd w:val="clear" w:color="auto" w:fill="D71920"/>
            <w:tcMar>
              <w:top w:w="60" w:type="dxa"/>
              <w:left w:w="70" w:type="dxa"/>
              <w:bottom w:w="60" w:type="dxa"/>
              <w:right w:w="70" w:type="dxa"/>
            </w:tcMar>
            <w:vAlign w:val="center"/>
          </w:tcPr>
          <w:p w14:paraId="54F7C7EA" w14:textId="77777777" w:rsidR="00082454" w:rsidRPr="004566A6" w:rsidRDefault="00000000">
            <w:pPr>
              <w:spacing w:after="0" w:line="240" w:lineRule="auto"/>
              <w:jc w:val="center"/>
              <w:rPr>
                <w:noProof/>
                <w:lang w:val="ro-RO"/>
              </w:rPr>
            </w:pPr>
            <w:r w:rsidRPr="004566A6">
              <w:rPr>
                <w:rFonts w:eastAsia="Arial"/>
                <w:b/>
                <w:noProof/>
                <w:color w:val="FFFFFF"/>
                <w:sz w:val="17"/>
                <w:lang w:val="ro-RO"/>
              </w:rPr>
              <w:t>0</w:t>
            </w:r>
          </w:p>
        </w:tc>
        <w:tc>
          <w:tcPr>
            <w:tcW w:w="2381" w:type="dxa"/>
            <w:shd w:val="clear" w:color="auto" w:fill="F3F4F5"/>
            <w:tcMar>
              <w:top w:w="60" w:type="dxa"/>
              <w:left w:w="70" w:type="dxa"/>
              <w:bottom w:w="60" w:type="dxa"/>
              <w:right w:w="70" w:type="dxa"/>
            </w:tcMar>
            <w:vAlign w:val="center"/>
          </w:tcPr>
          <w:p w14:paraId="40BD505F" w14:textId="77777777" w:rsidR="00082454" w:rsidRPr="004566A6" w:rsidRDefault="00000000">
            <w:pPr>
              <w:spacing w:after="0" w:line="240" w:lineRule="auto"/>
              <w:rPr>
                <w:noProof/>
                <w:lang w:val="ro-RO"/>
              </w:rPr>
            </w:pPr>
            <w:r w:rsidRPr="004566A6">
              <w:rPr>
                <w:rFonts w:eastAsia="Arial"/>
                <w:b/>
                <w:noProof/>
                <w:sz w:val="16"/>
                <w:lang w:val="ro-RO"/>
              </w:rPr>
              <w:t>Neinițiat</w:t>
            </w:r>
          </w:p>
        </w:tc>
        <w:tc>
          <w:tcPr>
            <w:tcW w:w="6633" w:type="dxa"/>
            <w:tcMar>
              <w:top w:w="60" w:type="dxa"/>
              <w:left w:w="70" w:type="dxa"/>
              <w:bottom w:w="60" w:type="dxa"/>
              <w:right w:w="70" w:type="dxa"/>
            </w:tcMar>
            <w:vAlign w:val="center"/>
          </w:tcPr>
          <w:p w14:paraId="39C129B9" w14:textId="77777777" w:rsidR="00082454" w:rsidRPr="004566A6" w:rsidRDefault="00000000">
            <w:pPr>
              <w:spacing w:after="0" w:line="240" w:lineRule="auto"/>
              <w:rPr>
                <w:noProof/>
                <w:lang w:val="ro-RO"/>
              </w:rPr>
            </w:pPr>
            <w:r w:rsidRPr="004566A6">
              <w:rPr>
                <w:rFonts w:eastAsia="Arial"/>
                <w:noProof/>
                <w:sz w:val="16"/>
                <w:lang w:val="ro-RO"/>
              </w:rPr>
              <w:t>Nu există o abordare stabilită sau dovezi relevante.</w:t>
            </w:r>
          </w:p>
        </w:tc>
      </w:tr>
      <w:tr w:rsidR="00082454" w:rsidRPr="00245FA7" w14:paraId="527C511D" w14:textId="77777777">
        <w:trPr>
          <w:cantSplit/>
          <w:jc w:val="center"/>
        </w:trPr>
        <w:tc>
          <w:tcPr>
            <w:tcW w:w="850" w:type="dxa"/>
            <w:shd w:val="clear" w:color="auto" w:fill="D71920"/>
            <w:tcMar>
              <w:top w:w="60" w:type="dxa"/>
              <w:left w:w="70" w:type="dxa"/>
              <w:bottom w:w="60" w:type="dxa"/>
              <w:right w:w="70" w:type="dxa"/>
            </w:tcMar>
            <w:vAlign w:val="center"/>
          </w:tcPr>
          <w:p w14:paraId="0952B89F" w14:textId="77777777" w:rsidR="00082454" w:rsidRPr="004566A6" w:rsidRDefault="00000000">
            <w:pPr>
              <w:spacing w:after="0" w:line="240" w:lineRule="auto"/>
              <w:jc w:val="center"/>
              <w:rPr>
                <w:noProof/>
                <w:lang w:val="ro-RO"/>
              </w:rPr>
            </w:pPr>
            <w:r w:rsidRPr="004566A6">
              <w:rPr>
                <w:rFonts w:eastAsia="Arial"/>
                <w:b/>
                <w:noProof/>
                <w:color w:val="FFFFFF"/>
                <w:sz w:val="17"/>
                <w:lang w:val="ro-RO"/>
              </w:rPr>
              <w:t>1</w:t>
            </w:r>
          </w:p>
        </w:tc>
        <w:tc>
          <w:tcPr>
            <w:tcW w:w="2381" w:type="dxa"/>
            <w:shd w:val="clear" w:color="auto" w:fill="F3F4F5"/>
            <w:tcMar>
              <w:top w:w="60" w:type="dxa"/>
              <w:left w:w="70" w:type="dxa"/>
              <w:bottom w:w="60" w:type="dxa"/>
              <w:right w:w="70" w:type="dxa"/>
            </w:tcMar>
            <w:vAlign w:val="center"/>
          </w:tcPr>
          <w:p w14:paraId="4581647C" w14:textId="77777777" w:rsidR="00082454" w:rsidRPr="004566A6" w:rsidRDefault="00000000">
            <w:pPr>
              <w:spacing w:after="0" w:line="240" w:lineRule="auto"/>
              <w:rPr>
                <w:noProof/>
                <w:lang w:val="ro-RO"/>
              </w:rPr>
            </w:pPr>
            <w:r w:rsidRPr="004566A6">
              <w:rPr>
                <w:rFonts w:eastAsia="Arial"/>
                <w:b/>
                <w:noProof/>
                <w:sz w:val="16"/>
                <w:lang w:val="ro-RO"/>
              </w:rPr>
              <w:t>Planificat</w:t>
            </w:r>
          </w:p>
        </w:tc>
        <w:tc>
          <w:tcPr>
            <w:tcW w:w="6633" w:type="dxa"/>
            <w:tcMar>
              <w:top w:w="60" w:type="dxa"/>
              <w:left w:w="70" w:type="dxa"/>
              <w:bottom w:w="60" w:type="dxa"/>
              <w:right w:w="70" w:type="dxa"/>
            </w:tcMar>
            <w:vAlign w:val="center"/>
          </w:tcPr>
          <w:p w14:paraId="0FF8AFC8" w14:textId="77777777" w:rsidR="00082454" w:rsidRPr="004566A6" w:rsidRDefault="00000000">
            <w:pPr>
              <w:spacing w:after="0" w:line="240" w:lineRule="auto"/>
              <w:rPr>
                <w:noProof/>
                <w:lang w:val="ro-RO"/>
              </w:rPr>
            </w:pPr>
            <w:r w:rsidRPr="004566A6">
              <w:rPr>
                <w:rFonts w:eastAsia="Arial"/>
                <w:noProof/>
                <w:sz w:val="16"/>
                <w:lang w:val="ro-RO"/>
              </w:rPr>
              <w:t>Cerința este înțeleasă și există un plan, dar aplicarea nu este încă demonstrabilă.</w:t>
            </w:r>
          </w:p>
        </w:tc>
      </w:tr>
      <w:tr w:rsidR="00082454" w:rsidRPr="00245FA7" w14:paraId="51347004" w14:textId="77777777">
        <w:trPr>
          <w:cantSplit/>
          <w:jc w:val="center"/>
        </w:trPr>
        <w:tc>
          <w:tcPr>
            <w:tcW w:w="850" w:type="dxa"/>
            <w:shd w:val="clear" w:color="auto" w:fill="D71920"/>
            <w:tcMar>
              <w:top w:w="60" w:type="dxa"/>
              <w:left w:w="70" w:type="dxa"/>
              <w:bottom w:w="60" w:type="dxa"/>
              <w:right w:w="70" w:type="dxa"/>
            </w:tcMar>
            <w:vAlign w:val="center"/>
          </w:tcPr>
          <w:p w14:paraId="0640ADFD" w14:textId="77777777" w:rsidR="00082454" w:rsidRPr="004566A6" w:rsidRDefault="00000000">
            <w:pPr>
              <w:spacing w:after="0" w:line="240" w:lineRule="auto"/>
              <w:jc w:val="center"/>
              <w:rPr>
                <w:noProof/>
                <w:lang w:val="ro-RO"/>
              </w:rPr>
            </w:pPr>
            <w:r w:rsidRPr="004566A6">
              <w:rPr>
                <w:rFonts w:eastAsia="Arial"/>
                <w:b/>
                <w:noProof/>
                <w:color w:val="FFFFFF"/>
                <w:sz w:val="17"/>
                <w:lang w:val="ro-RO"/>
              </w:rPr>
              <w:t>2</w:t>
            </w:r>
          </w:p>
        </w:tc>
        <w:tc>
          <w:tcPr>
            <w:tcW w:w="2381" w:type="dxa"/>
            <w:shd w:val="clear" w:color="auto" w:fill="F3F4F5"/>
            <w:tcMar>
              <w:top w:w="60" w:type="dxa"/>
              <w:left w:w="70" w:type="dxa"/>
              <w:bottom w:w="60" w:type="dxa"/>
              <w:right w:w="70" w:type="dxa"/>
            </w:tcMar>
            <w:vAlign w:val="center"/>
          </w:tcPr>
          <w:p w14:paraId="7A5F7E53" w14:textId="77777777" w:rsidR="00082454" w:rsidRPr="004566A6" w:rsidRDefault="00000000">
            <w:pPr>
              <w:spacing w:after="0" w:line="240" w:lineRule="auto"/>
              <w:rPr>
                <w:noProof/>
                <w:lang w:val="ro-RO"/>
              </w:rPr>
            </w:pPr>
            <w:r w:rsidRPr="004566A6">
              <w:rPr>
                <w:rFonts w:eastAsia="Arial"/>
                <w:b/>
                <w:noProof/>
                <w:sz w:val="16"/>
                <w:lang w:val="ro-RO"/>
              </w:rPr>
              <w:t>Parțial implementat</w:t>
            </w:r>
          </w:p>
        </w:tc>
        <w:tc>
          <w:tcPr>
            <w:tcW w:w="6633" w:type="dxa"/>
            <w:tcMar>
              <w:top w:w="60" w:type="dxa"/>
              <w:left w:w="70" w:type="dxa"/>
              <w:bottom w:w="60" w:type="dxa"/>
              <w:right w:w="70" w:type="dxa"/>
            </w:tcMar>
            <w:vAlign w:val="center"/>
          </w:tcPr>
          <w:p w14:paraId="3C7E37EE" w14:textId="77777777" w:rsidR="00082454" w:rsidRPr="004566A6" w:rsidRDefault="00000000">
            <w:pPr>
              <w:spacing w:after="0" w:line="240" w:lineRule="auto"/>
              <w:rPr>
                <w:noProof/>
                <w:lang w:val="ro-RO"/>
              </w:rPr>
            </w:pPr>
            <w:r w:rsidRPr="004566A6">
              <w:rPr>
                <w:rFonts w:eastAsia="Arial"/>
                <w:noProof/>
                <w:sz w:val="16"/>
                <w:lang w:val="ro-RO"/>
              </w:rPr>
              <w:t>Există practici și unele dovezi, însă aplicarea este incompletă, neuniformă sau insuficient controlată.</w:t>
            </w:r>
          </w:p>
        </w:tc>
      </w:tr>
      <w:tr w:rsidR="00082454" w:rsidRPr="00245FA7" w14:paraId="0B5C984A" w14:textId="77777777">
        <w:trPr>
          <w:cantSplit/>
          <w:jc w:val="center"/>
        </w:trPr>
        <w:tc>
          <w:tcPr>
            <w:tcW w:w="850" w:type="dxa"/>
            <w:shd w:val="clear" w:color="auto" w:fill="D71920"/>
            <w:tcMar>
              <w:top w:w="60" w:type="dxa"/>
              <w:left w:w="70" w:type="dxa"/>
              <w:bottom w:w="60" w:type="dxa"/>
              <w:right w:w="70" w:type="dxa"/>
            </w:tcMar>
            <w:vAlign w:val="center"/>
          </w:tcPr>
          <w:p w14:paraId="63BA1906" w14:textId="77777777" w:rsidR="00082454" w:rsidRPr="004566A6" w:rsidRDefault="00000000">
            <w:pPr>
              <w:spacing w:after="0" w:line="240" w:lineRule="auto"/>
              <w:jc w:val="center"/>
              <w:rPr>
                <w:noProof/>
                <w:lang w:val="ro-RO"/>
              </w:rPr>
            </w:pPr>
            <w:r w:rsidRPr="004566A6">
              <w:rPr>
                <w:rFonts w:eastAsia="Arial"/>
                <w:b/>
                <w:noProof/>
                <w:color w:val="FFFFFF"/>
                <w:sz w:val="17"/>
                <w:lang w:val="ro-RO"/>
              </w:rPr>
              <w:t>3</w:t>
            </w:r>
          </w:p>
        </w:tc>
        <w:tc>
          <w:tcPr>
            <w:tcW w:w="2381" w:type="dxa"/>
            <w:shd w:val="clear" w:color="auto" w:fill="F3F4F5"/>
            <w:tcMar>
              <w:top w:w="60" w:type="dxa"/>
              <w:left w:w="70" w:type="dxa"/>
              <w:bottom w:w="60" w:type="dxa"/>
              <w:right w:w="70" w:type="dxa"/>
            </w:tcMar>
            <w:vAlign w:val="center"/>
          </w:tcPr>
          <w:p w14:paraId="755EF7A2" w14:textId="77777777" w:rsidR="00082454" w:rsidRPr="004566A6" w:rsidRDefault="00000000">
            <w:pPr>
              <w:spacing w:after="0" w:line="240" w:lineRule="auto"/>
              <w:rPr>
                <w:noProof/>
                <w:lang w:val="ro-RO"/>
              </w:rPr>
            </w:pPr>
            <w:r w:rsidRPr="004566A6">
              <w:rPr>
                <w:rFonts w:eastAsia="Arial"/>
                <w:b/>
                <w:noProof/>
                <w:sz w:val="16"/>
                <w:lang w:val="ro-RO"/>
              </w:rPr>
              <w:t>Implementat și demonstrabil</w:t>
            </w:r>
          </w:p>
        </w:tc>
        <w:tc>
          <w:tcPr>
            <w:tcW w:w="6633" w:type="dxa"/>
            <w:tcMar>
              <w:top w:w="60" w:type="dxa"/>
              <w:left w:w="70" w:type="dxa"/>
              <w:bottom w:w="60" w:type="dxa"/>
              <w:right w:w="70" w:type="dxa"/>
            </w:tcMar>
            <w:vAlign w:val="center"/>
          </w:tcPr>
          <w:p w14:paraId="574EF6BD" w14:textId="77777777" w:rsidR="00082454" w:rsidRPr="004566A6" w:rsidRDefault="00000000">
            <w:pPr>
              <w:spacing w:after="0" w:line="240" w:lineRule="auto"/>
              <w:rPr>
                <w:noProof/>
                <w:lang w:val="ro-RO"/>
              </w:rPr>
            </w:pPr>
            <w:r w:rsidRPr="004566A6">
              <w:rPr>
                <w:rFonts w:eastAsia="Arial"/>
                <w:noProof/>
                <w:sz w:val="16"/>
                <w:lang w:val="ro-RO"/>
              </w:rPr>
              <w:t>Practica este aplicată, controlată, cunoscută și susținută de dovezi suficiente.</w:t>
            </w:r>
          </w:p>
        </w:tc>
      </w:tr>
      <w:tr w:rsidR="00082454" w:rsidRPr="00245FA7" w14:paraId="76388CF6" w14:textId="77777777">
        <w:trPr>
          <w:cantSplit/>
          <w:jc w:val="center"/>
        </w:trPr>
        <w:tc>
          <w:tcPr>
            <w:tcW w:w="850" w:type="dxa"/>
            <w:shd w:val="clear" w:color="auto" w:fill="666666"/>
            <w:tcMar>
              <w:top w:w="60" w:type="dxa"/>
              <w:left w:w="70" w:type="dxa"/>
              <w:bottom w:w="60" w:type="dxa"/>
              <w:right w:w="70" w:type="dxa"/>
            </w:tcMar>
            <w:vAlign w:val="center"/>
          </w:tcPr>
          <w:p w14:paraId="7A4B0A5F" w14:textId="77777777" w:rsidR="00082454" w:rsidRPr="004566A6" w:rsidRDefault="00000000">
            <w:pPr>
              <w:spacing w:after="0" w:line="240" w:lineRule="auto"/>
              <w:jc w:val="center"/>
              <w:rPr>
                <w:noProof/>
                <w:lang w:val="ro-RO"/>
              </w:rPr>
            </w:pPr>
            <w:r w:rsidRPr="004566A6">
              <w:rPr>
                <w:rFonts w:eastAsia="Arial"/>
                <w:b/>
                <w:noProof/>
                <w:color w:val="FFFFFF"/>
                <w:sz w:val="17"/>
                <w:lang w:val="ro-RO"/>
              </w:rPr>
              <w:t>N/A</w:t>
            </w:r>
          </w:p>
        </w:tc>
        <w:tc>
          <w:tcPr>
            <w:tcW w:w="2381" w:type="dxa"/>
            <w:shd w:val="clear" w:color="auto" w:fill="F3F4F5"/>
            <w:tcMar>
              <w:top w:w="60" w:type="dxa"/>
              <w:left w:w="70" w:type="dxa"/>
              <w:bottom w:w="60" w:type="dxa"/>
              <w:right w:w="70" w:type="dxa"/>
            </w:tcMar>
            <w:vAlign w:val="center"/>
          </w:tcPr>
          <w:p w14:paraId="2BD9E742" w14:textId="77777777" w:rsidR="00082454" w:rsidRPr="004566A6" w:rsidRDefault="00000000">
            <w:pPr>
              <w:spacing w:after="0" w:line="240" w:lineRule="auto"/>
              <w:rPr>
                <w:noProof/>
                <w:lang w:val="ro-RO"/>
              </w:rPr>
            </w:pPr>
            <w:r w:rsidRPr="004566A6">
              <w:rPr>
                <w:rFonts w:eastAsia="Arial"/>
                <w:b/>
                <w:noProof/>
                <w:sz w:val="16"/>
                <w:lang w:val="ro-RO"/>
              </w:rPr>
              <w:t>Neaplicabil justificat</w:t>
            </w:r>
          </w:p>
        </w:tc>
        <w:tc>
          <w:tcPr>
            <w:tcW w:w="6633" w:type="dxa"/>
            <w:tcMar>
              <w:top w:w="60" w:type="dxa"/>
              <w:left w:w="70" w:type="dxa"/>
              <w:bottom w:w="60" w:type="dxa"/>
              <w:right w:w="70" w:type="dxa"/>
            </w:tcMar>
            <w:vAlign w:val="center"/>
          </w:tcPr>
          <w:p w14:paraId="6189957B" w14:textId="77777777" w:rsidR="00082454" w:rsidRPr="004566A6" w:rsidRDefault="00000000">
            <w:pPr>
              <w:spacing w:after="0" w:line="240" w:lineRule="auto"/>
              <w:rPr>
                <w:noProof/>
                <w:lang w:val="ro-RO"/>
              </w:rPr>
            </w:pPr>
            <w:r w:rsidRPr="004566A6">
              <w:rPr>
                <w:rFonts w:eastAsia="Arial"/>
                <w:noProof/>
                <w:sz w:val="16"/>
                <w:lang w:val="ro-RO"/>
              </w:rPr>
              <w:t>Elementul nu se aplică domeniului stabilit; motivul este documentat și aprobat.</w:t>
            </w:r>
          </w:p>
        </w:tc>
      </w:tr>
    </w:tbl>
    <w:p w14:paraId="7284AE2D" w14:textId="77777777" w:rsidR="00082454" w:rsidRPr="004566A6" w:rsidRDefault="00000000">
      <w:pPr>
        <w:pStyle w:val="Heading2"/>
        <w:rPr>
          <w:noProof/>
          <w:lang w:val="ro-RO"/>
        </w:rPr>
      </w:pPr>
      <w:r w:rsidRPr="004566A6">
        <w:rPr>
          <w:noProof/>
          <w:lang w:val="ro-RO"/>
        </w:rPr>
        <w:t>Reguli de lucru</w:t>
      </w:r>
    </w:p>
    <w:p w14:paraId="671AFB71" w14:textId="77777777" w:rsidR="00082454" w:rsidRPr="004566A6" w:rsidRDefault="00000000">
      <w:pPr>
        <w:pStyle w:val="ListBullet"/>
        <w:ind w:left="283" w:hanging="170"/>
        <w:rPr>
          <w:noProof/>
          <w:lang w:val="ro-RO"/>
        </w:rPr>
      </w:pPr>
      <w:r w:rsidRPr="004566A6">
        <w:rPr>
          <w:noProof/>
          <w:lang w:val="ro-RO"/>
        </w:rPr>
        <w:t>Evaluați practica reală, nu doar existența unui document.</w:t>
      </w:r>
    </w:p>
    <w:p w14:paraId="112D0B13" w14:textId="77777777" w:rsidR="00082454" w:rsidRPr="004566A6" w:rsidRDefault="00000000">
      <w:pPr>
        <w:pStyle w:val="ListBullet"/>
        <w:ind w:left="283" w:hanging="170"/>
        <w:rPr>
          <w:noProof/>
          <w:lang w:val="ro-RO"/>
        </w:rPr>
      </w:pPr>
      <w:r w:rsidRPr="004566A6">
        <w:rPr>
          <w:noProof/>
          <w:lang w:val="ro-RO"/>
        </w:rPr>
        <w:t>Notați dovezi concrete: denumirea înregistrării, locația, perioada, eșantionul și persoana intervievată.</w:t>
      </w:r>
    </w:p>
    <w:p w14:paraId="080E9665" w14:textId="77777777" w:rsidR="00082454" w:rsidRPr="004566A6" w:rsidRDefault="00000000">
      <w:pPr>
        <w:pStyle w:val="ListBullet"/>
        <w:ind w:left="283" w:hanging="170"/>
        <w:rPr>
          <w:noProof/>
          <w:lang w:val="ro-RO"/>
        </w:rPr>
      </w:pPr>
      <w:r w:rsidRPr="004566A6">
        <w:rPr>
          <w:noProof/>
          <w:lang w:val="ro-RO"/>
        </w:rPr>
        <w:t>Transformați orice scor 0-2 într-o acțiune cu responsabil, termen și criteriu de eficacitate.</w:t>
      </w:r>
    </w:p>
    <w:p w14:paraId="32AC66E6" w14:textId="77777777" w:rsidR="00082454" w:rsidRPr="004566A6" w:rsidRDefault="00000000">
      <w:pPr>
        <w:pStyle w:val="ListBullet"/>
        <w:ind w:left="283" w:hanging="170"/>
        <w:rPr>
          <w:noProof/>
          <w:lang w:val="ro-RO"/>
        </w:rPr>
      </w:pPr>
      <w:r w:rsidRPr="004566A6">
        <w:rPr>
          <w:noProof/>
          <w:lang w:val="ro-RO"/>
        </w:rPr>
        <w:t>Reevaluați după implementare și verificați rezultatele, nu doar închiderea administrativă a sarcinii.</w:t>
      </w:r>
    </w:p>
    <w:p w14:paraId="1AF466F7" w14:textId="77777777" w:rsidR="00082454" w:rsidRPr="004566A6" w:rsidRDefault="00000000">
      <w:pPr>
        <w:pStyle w:val="ListBullet"/>
        <w:ind w:left="283" w:hanging="170"/>
        <w:rPr>
          <w:noProof/>
          <w:lang w:val="ro-RO"/>
        </w:rPr>
      </w:pPr>
      <w:r w:rsidRPr="004566A6">
        <w:rPr>
          <w:noProof/>
          <w:lang w:val="ro-RO"/>
        </w:rPr>
        <w:t>Dovezile sugerate sunt exemple; organizația poate demonstra conformitatea prin alte mijloace adecvate.</w:t>
      </w: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6"/>
        <w:gridCol w:w="9297"/>
      </w:tblGrid>
      <w:tr w:rsidR="00082454" w:rsidRPr="00245FA7" w14:paraId="28CCCB6D" w14:textId="77777777">
        <w:trPr>
          <w:cantSplit/>
          <w:jc w:val="center"/>
        </w:trPr>
        <w:tc>
          <w:tcPr>
            <w:tcW w:w="566" w:type="dxa"/>
            <w:shd w:val="clear" w:color="auto" w:fill="D71920"/>
            <w:tcMar>
              <w:top w:w="60" w:type="dxa"/>
              <w:left w:w="70" w:type="dxa"/>
              <w:bottom w:w="60" w:type="dxa"/>
              <w:right w:w="70" w:type="dxa"/>
            </w:tcMar>
            <w:vAlign w:val="center"/>
          </w:tcPr>
          <w:p w14:paraId="2D1ECA4E"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i</w:t>
            </w:r>
          </w:p>
        </w:tc>
        <w:tc>
          <w:tcPr>
            <w:tcW w:w="9297" w:type="dxa"/>
            <w:shd w:val="clear" w:color="auto" w:fill="FFF4CC"/>
          </w:tcPr>
          <w:p w14:paraId="1143CB22" w14:textId="77777777" w:rsidR="00082454" w:rsidRPr="004566A6" w:rsidRDefault="00000000">
            <w:pPr>
              <w:spacing w:after="40"/>
              <w:rPr>
                <w:noProof/>
                <w:lang w:val="ro-RO"/>
              </w:rPr>
            </w:pPr>
            <w:r w:rsidRPr="004566A6">
              <w:rPr>
                <w:rFonts w:eastAsia="Arial"/>
                <w:b/>
                <w:noProof/>
                <w:color w:val="D71920"/>
                <w:lang w:val="ro-RO"/>
              </w:rPr>
              <w:t>IMPORTANT</w:t>
            </w:r>
          </w:p>
          <w:p w14:paraId="70D4A50D" w14:textId="77777777" w:rsidR="00082454" w:rsidRPr="004566A6" w:rsidRDefault="00000000">
            <w:pPr>
              <w:spacing w:after="0" w:line="252" w:lineRule="auto"/>
              <w:rPr>
                <w:noProof/>
                <w:lang w:val="ro-RO"/>
              </w:rPr>
            </w:pPr>
            <w:r w:rsidRPr="004566A6">
              <w:rPr>
                <w:rFonts w:eastAsia="Arial"/>
                <w:noProof/>
                <w:sz w:val="16"/>
                <w:lang w:val="ro-RO"/>
              </w:rPr>
              <w:t>Scorul și pragurile din acest document sunt instrumente interne de prioritizare. Certificarea nu se acordă pe baza unui procent, ci pe baza conformității sistemului și a eficacității sale.</w:t>
            </w:r>
          </w:p>
        </w:tc>
      </w:tr>
    </w:tbl>
    <w:p w14:paraId="53A4D70F" w14:textId="77777777" w:rsidR="00082454" w:rsidRPr="004566A6" w:rsidRDefault="00082454">
      <w:pPr>
        <w:spacing w:after="0"/>
        <w:rPr>
          <w:noProof/>
          <w:lang w:val="ro-RO"/>
        </w:rPr>
      </w:pPr>
    </w:p>
    <w:p w14:paraId="75DB38B5" w14:textId="77777777" w:rsidR="00082454" w:rsidRPr="004566A6" w:rsidRDefault="00000000">
      <w:pPr>
        <w:pStyle w:val="Heading2"/>
        <w:rPr>
          <w:noProof/>
          <w:lang w:val="ro-RO"/>
        </w:rPr>
      </w:pPr>
      <w:r w:rsidRPr="004566A6">
        <w:rPr>
          <w:noProof/>
          <w:lang w:val="ro-RO"/>
        </w:rPr>
        <w:t>Fișa proiectului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7"/>
        <w:gridCol w:w="3004"/>
        <w:gridCol w:w="1927"/>
        <w:gridCol w:w="3004"/>
      </w:tblGrid>
      <w:tr w:rsidR="00082454" w:rsidRPr="004566A6" w14:paraId="6921DB15" w14:textId="77777777">
        <w:trPr>
          <w:cantSplit/>
          <w:jc w:val="center"/>
        </w:trPr>
        <w:tc>
          <w:tcPr>
            <w:tcW w:w="1927" w:type="dxa"/>
            <w:shd w:val="clear" w:color="auto" w:fill="F3F4F5"/>
            <w:tcMar>
              <w:top w:w="60" w:type="dxa"/>
              <w:left w:w="70" w:type="dxa"/>
              <w:bottom w:w="60" w:type="dxa"/>
              <w:right w:w="70" w:type="dxa"/>
            </w:tcMar>
            <w:vAlign w:val="center"/>
          </w:tcPr>
          <w:p w14:paraId="761B64EC" w14:textId="77777777" w:rsidR="00082454" w:rsidRPr="004566A6" w:rsidRDefault="00000000">
            <w:pPr>
              <w:spacing w:after="0" w:line="240" w:lineRule="auto"/>
              <w:rPr>
                <w:noProof/>
                <w:lang w:val="ro-RO"/>
              </w:rPr>
            </w:pPr>
            <w:r w:rsidRPr="004566A6">
              <w:rPr>
                <w:rFonts w:eastAsia="Arial"/>
                <w:b/>
                <w:noProof/>
                <w:sz w:val="16"/>
                <w:lang w:val="ro-RO"/>
              </w:rPr>
              <w:t>Organizație</w:t>
            </w:r>
          </w:p>
        </w:tc>
        <w:tc>
          <w:tcPr>
            <w:tcW w:w="3004" w:type="dxa"/>
            <w:tcMar>
              <w:top w:w="60" w:type="dxa"/>
              <w:left w:w="70" w:type="dxa"/>
              <w:bottom w:w="60" w:type="dxa"/>
              <w:right w:w="70" w:type="dxa"/>
            </w:tcMar>
            <w:vAlign w:val="center"/>
          </w:tcPr>
          <w:p w14:paraId="13FBA49A"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37E66CF5" w14:textId="77777777" w:rsidR="00082454" w:rsidRPr="004566A6" w:rsidRDefault="00000000">
            <w:pPr>
              <w:spacing w:after="0" w:line="240" w:lineRule="auto"/>
              <w:rPr>
                <w:noProof/>
                <w:lang w:val="ro-RO"/>
              </w:rPr>
            </w:pPr>
            <w:r w:rsidRPr="004566A6">
              <w:rPr>
                <w:rFonts w:eastAsia="Arial"/>
                <w:b/>
                <w:noProof/>
                <w:sz w:val="16"/>
                <w:lang w:val="ro-RO"/>
              </w:rPr>
              <w:t>Coordonator sistem</w:t>
            </w:r>
          </w:p>
        </w:tc>
        <w:tc>
          <w:tcPr>
            <w:tcW w:w="3004" w:type="dxa"/>
            <w:tcMar>
              <w:top w:w="60" w:type="dxa"/>
              <w:left w:w="70" w:type="dxa"/>
              <w:bottom w:w="60" w:type="dxa"/>
              <w:right w:w="70" w:type="dxa"/>
            </w:tcMar>
            <w:vAlign w:val="center"/>
          </w:tcPr>
          <w:p w14:paraId="1DEEB1A5"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r>
      <w:tr w:rsidR="00082454" w:rsidRPr="004566A6" w14:paraId="24601146" w14:textId="77777777">
        <w:trPr>
          <w:cantSplit/>
          <w:jc w:val="center"/>
        </w:trPr>
        <w:tc>
          <w:tcPr>
            <w:tcW w:w="1927" w:type="dxa"/>
            <w:shd w:val="clear" w:color="auto" w:fill="F3F4F5"/>
            <w:tcMar>
              <w:top w:w="60" w:type="dxa"/>
              <w:left w:w="70" w:type="dxa"/>
              <w:bottom w:w="60" w:type="dxa"/>
              <w:right w:w="70" w:type="dxa"/>
            </w:tcMar>
            <w:vAlign w:val="center"/>
          </w:tcPr>
          <w:p w14:paraId="52DEB428" w14:textId="77777777" w:rsidR="00082454" w:rsidRPr="004566A6" w:rsidRDefault="00000000">
            <w:pPr>
              <w:spacing w:after="0" w:line="240" w:lineRule="auto"/>
              <w:rPr>
                <w:noProof/>
                <w:lang w:val="ro-RO"/>
              </w:rPr>
            </w:pPr>
            <w:r w:rsidRPr="004566A6">
              <w:rPr>
                <w:rFonts w:eastAsia="Arial"/>
                <w:b/>
                <w:noProof/>
                <w:sz w:val="16"/>
                <w:lang w:val="ro-RO"/>
              </w:rPr>
              <w:t>Domeniu propus</w:t>
            </w:r>
          </w:p>
        </w:tc>
        <w:tc>
          <w:tcPr>
            <w:tcW w:w="3004" w:type="dxa"/>
            <w:tcMar>
              <w:top w:w="60" w:type="dxa"/>
              <w:left w:w="70" w:type="dxa"/>
              <w:bottom w:w="60" w:type="dxa"/>
              <w:right w:w="70" w:type="dxa"/>
            </w:tcMar>
            <w:vAlign w:val="center"/>
          </w:tcPr>
          <w:p w14:paraId="44B24237"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05A3101A" w14:textId="77777777" w:rsidR="00082454" w:rsidRPr="004566A6" w:rsidRDefault="00000000">
            <w:pPr>
              <w:spacing w:after="0" w:line="240" w:lineRule="auto"/>
              <w:rPr>
                <w:noProof/>
                <w:lang w:val="ro-RO"/>
              </w:rPr>
            </w:pPr>
            <w:r w:rsidRPr="004566A6">
              <w:rPr>
                <w:rFonts w:eastAsia="Arial"/>
                <w:b/>
                <w:noProof/>
                <w:sz w:val="16"/>
                <w:lang w:val="ro-RO"/>
              </w:rPr>
              <w:t>Sponsor proiect</w:t>
            </w:r>
          </w:p>
        </w:tc>
        <w:tc>
          <w:tcPr>
            <w:tcW w:w="3004" w:type="dxa"/>
            <w:tcMar>
              <w:top w:w="60" w:type="dxa"/>
              <w:left w:w="70" w:type="dxa"/>
              <w:bottom w:w="60" w:type="dxa"/>
              <w:right w:w="70" w:type="dxa"/>
            </w:tcMar>
            <w:vAlign w:val="center"/>
          </w:tcPr>
          <w:p w14:paraId="5BAD59EF"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r>
      <w:tr w:rsidR="00082454" w:rsidRPr="004566A6" w14:paraId="6F67E866" w14:textId="77777777">
        <w:trPr>
          <w:cantSplit/>
          <w:jc w:val="center"/>
        </w:trPr>
        <w:tc>
          <w:tcPr>
            <w:tcW w:w="1927" w:type="dxa"/>
            <w:shd w:val="clear" w:color="auto" w:fill="F3F4F5"/>
            <w:tcMar>
              <w:top w:w="60" w:type="dxa"/>
              <w:left w:w="70" w:type="dxa"/>
              <w:bottom w:w="60" w:type="dxa"/>
              <w:right w:w="70" w:type="dxa"/>
            </w:tcMar>
            <w:vAlign w:val="center"/>
          </w:tcPr>
          <w:p w14:paraId="1483700B" w14:textId="77777777" w:rsidR="00082454" w:rsidRPr="004566A6" w:rsidRDefault="00000000">
            <w:pPr>
              <w:spacing w:after="0" w:line="240" w:lineRule="auto"/>
              <w:rPr>
                <w:noProof/>
                <w:lang w:val="ro-RO"/>
              </w:rPr>
            </w:pPr>
            <w:r w:rsidRPr="004566A6">
              <w:rPr>
                <w:rFonts w:eastAsia="Arial"/>
                <w:b/>
                <w:noProof/>
                <w:sz w:val="16"/>
                <w:lang w:val="ro-RO"/>
              </w:rPr>
              <w:t>Locații incluse</w:t>
            </w:r>
          </w:p>
        </w:tc>
        <w:tc>
          <w:tcPr>
            <w:tcW w:w="3004" w:type="dxa"/>
            <w:tcMar>
              <w:top w:w="60" w:type="dxa"/>
              <w:left w:w="70" w:type="dxa"/>
              <w:bottom w:w="60" w:type="dxa"/>
              <w:right w:w="70" w:type="dxa"/>
            </w:tcMar>
            <w:vAlign w:val="center"/>
          </w:tcPr>
          <w:p w14:paraId="116DFFA9"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43F5A992" w14:textId="77777777" w:rsidR="00082454" w:rsidRPr="004566A6" w:rsidRDefault="00000000">
            <w:pPr>
              <w:spacing w:after="0" w:line="240" w:lineRule="auto"/>
              <w:rPr>
                <w:noProof/>
                <w:lang w:val="ro-RO"/>
              </w:rPr>
            </w:pPr>
            <w:r w:rsidRPr="004566A6">
              <w:rPr>
                <w:rFonts w:eastAsia="Arial"/>
                <w:b/>
                <w:noProof/>
                <w:sz w:val="16"/>
                <w:lang w:val="ro-RO"/>
              </w:rPr>
              <w:t>Data evaluării</w:t>
            </w:r>
          </w:p>
        </w:tc>
        <w:tc>
          <w:tcPr>
            <w:tcW w:w="3004" w:type="dxa"/>
            <w:tcMar>
              <w:top w:w="60" w:type="dxa"/>
              <w:left w:w="70" w:type="dxa"/>
              <w:bottom w:w="60" w:type="dxa"/>
              <w:right w:w="70" w:type="dxa"/>
            </w:tcMar>
            <w:vAlign w:val="center"/>
          </w:tcPr>
          <w:p w14:paraId="42772233"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r>
      <w:tr w:rsidR="00082454" w:rsidRPr="004566A6" w14:paraId="38EC212D" w14:textId="77777777">
        <w:trPr>
          <w:cantSplit/>
          <w:jc w:val="center"/>
        </w:trPr>
        <w:tc>
          <w:tcPr>
            <w:tcW w:w="1927" w:type="dxa"/>
            <w:shd w:val="clear" w:color="auto" w:fill="F3F4F5"/>
            <w:tcMar>
              <w:top w:w="60" w:type="dxa"/>
              <w:left w:w="70" w:type="dxa"/>
              <w:bottom w:w="60" w:type="dxa"/>
              <w:right w:w="70" w:type="dxa"/>
            </w:tcMar>
            <w:vAlign w:val="center"/>
          </w:tcPr>
          <w:p w14:paraId="004B8426" w14:textId="77777777" w:rsidR="00082454" w:rsidRPr="004566A6" w:rsidRDefault="00000000">
            <w:pPr>
              <w:spacing w:after="0" w:line="240" w:lineRule="auto"/>
              <w:rPr>
                <w:noProof/>
                <w:lang w:val="ro-RO"/>
              </w:rPr>
            </w:pPr>
            <w:r w:rsidRPr="004566A6">
              <w:rPr>
                <w:rFonts w:eastAsia="Arial"/>
                <w:b/>
                <w:noProof/>
                <w:sz w:val="16"/>
                <w:lang w:val="ro-RO"/>
              </w:rPr>
              <w:t>Nr. lucrători</w:t>
            </w:r>
          </w:p>
        </w:tc>
        <w:tc>
          <w:tcPr>
            <w:tcW w:w="3004" w:type="dxa"/>
            <w:tcMar>
              <w:top w:w="60" w:type="dxa"/>
              <w:left w:w="70" w:type="dxa"/>
              <w:bottom w:w="60" w:type="dxa"/>
              <w:right w:w="70" w:type="dxa"/>
            </w:tcMar>
            <w:vAlign w:val="center"/>
          </w:tcPr>
          <w:p w14:paraId="6C195947"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2382F0D5" w14:textId="77777777" w:rsidR="00082454" w:rsidRPr="004566A6" w:rsidRDefault="00000000">
            <w:pPr>
              <w:spacing w:after="0" w:line="240" w:lineRule="auto"/>
              <w:rPr>
                <w:noProof/>
                <w:lang w:val="ro-RO"/>
              </w:rPr>
            </w:pPr>
            <w:r w:rsidRPr="004566A6">
              <w:rPr>
                <w:rFonts w:eastAsia="Arial"/>
                <w:b/>
                <w:noProof/>
                <w:sz w:val="16"/>
                <w:lang w:val="ro-RO"/>
              </w:rPr>
              <w:t>Evaluator(i)</w:t>
            </w:r>
          </w:p>
        </w:tc>
        <w:tc>
          <w:tcPr>
            <w:tcW w:w="3004" w:type="dxa"/>
            <w:tcMar>
              <w:top w:w="60" w:type="dxa"/>
              <w:left w:w="70" w:type="dxa"/>
              <w:bottom w:w="60" w:type="dxa"/>
              <w:right w:w="70" w:type="dxa"/>
            </w:tcMar>
            <w:vAlign w:val="center"/>
          </w:tcPr>
          <w:p w14:paraId="715DDCCA"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r>
      <w:tr w:rsidR="00082454" w:rsidRPr="004566A6" w14:paraId="5EEBA83B" w14:textId="77777777">
        <w:trPr>
          <w:cantSplit/>
          <w:jc w:val="center"/>
        </w:trPr>
        <w:tc>
          <w:tcPr>
            <w:tcW w:w="1927" w:type="dxa"/>
            <w:shd w:val="clear" w:color="auto" w:fill="F3F4F5"/>
            <w:tcMar>
              <w:top w:w="60" w:type="dxa"/>
              <w:left w:w="70" w:type="dxa"/>
              <w:bottom w:w="60" w:type="dxa"/>
              <w:right w:w="70" w:type="dxa"/>
            </w:tcMar>
            <w:vAlign w:val="center"/>
          </w:tcPr>
          <w:p w14:paraId="55C1957C" w14:textId="77777777" w:rsidR="00082454" w:rsidRPr="004566A6" w:rsidRDefault="00000000">
            <w:pPr>
              <w:spacing w:after="0" w:line="240" w:lineRule="auto"/>
              <w:rPr>
                <w:noProof/>
                <w:lang w:val="ro-RO"/>
              </w:rPr>
            </w:pPr>
            <w:r w:rsidRPr="004566A6">
              <w:rPr>
                <w:rFonts w:eastAsia="Arial"/>
                <w:b/>
                <w:noProof/>
                <w:sz w:val="16"/>
                <w:lang w:val="ro-RO"/>
              </w:rPr>
              <w:t>Obiectivul proiectului</w:t>
            </w:r>
          </w:p>
        </w:tc>
        <w:tc>
          <w:tcPr>
            <w:tcW w:w="3004" w:type="dxa"/>
            <w:tcMar>
              <w:top w:w="60" w:type="dxa"/>
              <w:left w:w="70" w:type="dxa"/>
              <w:bottom w:w="60" w:type="dxa"/>
              <w:right w:w="70" w:type="dxa"/>
            </w:tcMar>
            <w:vAlign w:val="center"/>
          </w:tcPr>
          <w:p w14:paraId="7E90A397"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0DE0C721" w14:textId="77777777" w:rsidR="00082454" w:rsidRPr="004566A6" w:rsidRDefault="00000000">
            <w:pPr>
              <w:spacing w:after="0" w:line="240" w:lineRule="auto"/>
              <w:rPr>
                <w:noProof/>
                <w:lang w:val="ro-RO"/>
              </w:rPr>
            </w:pPr>
            <w:r w:rsidRPr="004566A6">
              <w:rPr>
                <w:rFonts w:eastAsia="Arial"/>
                <w:b/>
                <w:noProof/>
                <w:sz w:val="16"/>
                <w:lang w:val="ro-RO"/>
              </w:rPr>
              <w:t>Termen țintă</w:t>
            </w:r>
          </w:p>
        </w:tc>
        <w:tc>
          <w:tcPr>
            <w:tcW w:w="3004" w:type="dxa"/>
            <w:tcMar>
              <w:top w:w="60" w:type="dxa"/>
              <w:left w:w="70" w:type="dxa"/>
              <w:bottom w:w="60" w:type="dxa"/>
              <w:right w:w="70" w:type="dxa"/>
            </w:tcMar>
            <w:vAlign w:val="center"/>
          </w:tcPr>
          <w:p w14:paraId="0343E66D" w14:textId="77777777" w:rsidR="00082454" w:rsidRPr="004566A6" w:rsidRDefault="00000000">
            <w:pPr>
              <w:spacing w:after="0" w:line="240" w:lineRule="auto"/>
              <w:rPr>
                <w:noProof/>
                <w:lang w:val="ro-RO"/>
              </w:rPr>
            </w:pPr>
            <w:r w:rsidRPr="004566A6">
              <w:rPr>
                <w:rFonts w:eastAsia="Arial"/>
                <w:noProof/>
                <w:sz w:val="16"/>
                <w:lang w:val="ro-RO"/>
              </w:rPr>
              <w:t xml:space="preserve">  </w:t>
            </w:r>
          </w:p>
        </w:tc>
      </w:tr>
    </w:tbl>
    <w:p w14:paraId="11A1C7F7" w14:textId="77777777" w:rsidR="00082454" w:rsidRPr="004566A6" w:rsidRDefault="00000000">
      <w:pPr>
        <w:rPr>
          <w:noProof/>
          <w:lang w:val="ro-RO"/>
        </w:rPr>
      </w:pPr>
      <w:r w:rsidRPr="004566A6">
        <w:rPr>
          <w:noProof/>
          <w:lang w:val="ro-RO"/>
        </w:rPr>
        <w:br w:type="page"/>
      </w:r>
    </w:p>
    <w:p w14:paraId="068101C3" w14:textId="77777777" w:rsidR="00082454" w:rsidRPr="004566A6" w:rsidRDefault="00000000">
      <w:pPr>
        <w:pStyle w:val="Heading1"/>
        <w:rPr>
          <w:noProof/>
          <w:lang w:val="ro-RO"/>
        </w:rPr>
      </w:pPr>
      <w:r w:rsidRPr="004566A6">
        <w:rPr>
          <w:noProof/>
          <w:lang w:val="ro-RO"/>
        </w:rPr>
        <w:lastRenderedPageBreak/>
        <w:t>Foaie de parcurs orientativă - 12 săptămâni</w:t>
      </w:r>
    </w:p>
    <w:p w14:paraId="1E2D3DB4" w14:textId="77777777" w:rsidR="00082454" w:rsidRPr="004566A6" w:rsidRDefault="00000000">
      <w:pPr>
        <w:spacing w:after="100"/>
        <w:rPr>
          <w:noProof/>
          <w:lang w:val="ro-RO"/>
        </w:rPr>
      </w:pPr>
      <w:r w:rsidRPr="004566A6">
        <w:rPr>
          <w:noProof/>
          <w:lang w:val="ro-RO"/>
        </w:rPr>
        <w:t>Ritmul trebuie ajustat la nivelul riscurilor, numărul de locații și schimburi, utilizarea contractanților, obligațiile legale și maturitatea culturii de prevenire.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417"/>
        <w:gridCol w:w="2437"/>
        <w:gridCol w:w="3741"/>
        <w:gridCol w:w="2267"/>
      </w:tblGrid>
      <w:tr w:rsidR="00082454" w:rsidRPr="004566A6" w14:paraId="1F46AE5E" w14:textId="77777777">
        <w:trPr>
          <w:tblHeader/>
          <w:jc w:val="center"/>
        </w:trPr>
        <w:tc>
          <w:tcPr>
            <w:tcW w:w="1417" w:type="dxa"/>
            <w:shd w:val="clear" w:color="auto" w:fill="D71920"/>
            <w:tcMar>
              <w:top w:w="60" w:type="dxa"/>
              <w:left w:w="70" w:type="dxa"/>
              <w:bottom w:w="60" w:type="dxa"/>
              <w:right w:w="70" w:type="dxa"/>
            </w:tcMar>
            <w:vAlign w:val="center"/>
          </w:tcPr>
          <w:p w14:paraId="48A4EE25"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PERIOADĂ</w:t>
            </w:r>
          </w:p>
        </w:tc>
        <w:tc>
          <w:tcPr>
            <w:tcW w:w="2437" w:type="dxa"/>
            <w:shd w:val="clear" w:color="auto" w:fill="D71920"/>
            <w:tcMar>
              <w:top w:w="60" w:type="dxa"/>
              <w:left w:w="70" w:type="dxa"/>
              <w:bottom w:w="60" w:type="dxa"/>
              <w:right w:w="70" w:type="dxa"/>
            </w:tcMar>
            <w:vAlign w:val="center"/>
          </w:tcPr>
          <w:p w14:paraId="7A50CD6A"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FOCUS</w:t>
            </w:r>
          </w:p>
        </w:tc>
        <w:tc>
          <w:tcPr>
            <w:tcW w:w="3741" w:type="dxa"/>
            <w:shd w:val="clear" w:color="auto" w:fill="D71920"/>
            <w:tcMar>
              <w:top w:w="60" w:type="dxa"/>
              <w:left w:w="70" w:type="dxa"/>
              <w:bottom w:w="60" w:type="dxa"/>
              <w:right w:w="70" w:type="dxa"/>
            </w:tcMar>
            <w:vAlign w:val="center"/>
          </w:tcPr>
          <w:p w14:paraId="08E562C2"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LIVRABILE PRINCIPALE</w:t>
            </w:r>
          </w:p>
        </w:tc>
        <w:tc>
          <w:tcPr>
            <w:tcW w:w="2267" w:type="dxa"/>
            <w:shd w:val="clear" w:color="auto" w:fill="D71920"/>
            <w:tcMar>
              <w:top w:w="60" w:type="dxa"/>
              <w:left w:w="70" w:type="dxa"/>
              <w:bottom w:w="60" w:type="dxa"/>
              <w:right w:w="70" w:type="dxa"/>
            </w:tcMar>
            <w:vAlign w:val="center"/>
          </w:tcPr>
          <w:p w14:paraId="630A5AB5"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CRITERIU DE TRECERE</w:t>
            </w:r>
          </w:p>
        </w:tc>
      </w:tr>
      <w:tr w:rsidR="00082454" w:rsidRPr="004566A6" w14:paraId="4473CFEA" w14:textId="77777777">
        <w:trPr>
          <w:cantSplit/>
          <w:jc w:val="center"/>
        </w:trPr>
        <w:tc>
          <w:tcPr>
            <w:tcW w:w="1417" w:type="dxa"/>
            <w:tcMar>
              <w:top w:w="60" w:type="dxa"/>
              <w:left w:w="70" w:type="dxa"/>
              <w:bottom w:w="60" w:type="dxa"/>
              <w:right w:w="70" w:type="dxa"/>
            </w:tcMar>
            <w:vAlign w:val="center"/>
          </w:tcPr>
          <w:p w14:paraId="759C131A" w14:textId="77777777" w:rsidR="00082454" w:rsidRPr="004566A6" w:rsidRDefault="00000000">
            <w:pPr>
              <w:spacing w:after="0" w:line="240" w:lineRule="auto"/>
              <w:rPr>
                <w:noProof/>
                <w:lang w:val="ro-RO"/>
              </w:rPr>
            </w:pPr>
            <w:r w:rsidRPr="004566A6">
              <w:rPr>
                <w:rFonts w:eastAsia="Arial"/>
                <w:noProof/>
                <w:sz w:val="15"/>
                <w:lang w:val="ro-RO"/>
              </w:rPr>
              <w:t>Săpt. 1</w:t>
            </w:r>
          </w:p>
        </w:tc>
        <w:tc>
          <w:tcPr>
            <w:tcW w:w="2437" w:type="dxa"/>
            <w:tcMar>
              <w:top w:w="60" w:type="dxa"/>
              <w:left w:w="70" w:type="dxa"/>
              <w:bottom w:w="60" w:type="dxa"/>
              <w:right w:w="70" w:type="dxa"/>
            </w:tcMar>
            <w:vAlign w:val="center"/>
          </w:tcPr>
          <w:p w14:paraId="7F95CD2B" w14:textId="77777777" w:rsidR="00082454" w:rsidRPr="004566A6" w:rsidRDefault="00000000">
            <w:pPr>
              <w:spacing w:after="0" w:line="240" w:lineRule="auto"/>
              <w:rPr>
                <w:noProof/>
                <w:lang w:val="ro-RO"/>
              </w:rPr>
            </w:pPr>
            <w:r w:rsidRPr="004566A6">
              <w:rPr>
                <w:rFonts w:eastAsia="Arial"/>
                <w:noProof/>
                <w:sz w:val="15"/>
                <w:lang w:val="ro-RO"/>
              </w:rPr>
              <w:t>Lansare și participare</w:t>
            </w:r>
          </w:p>
        </w:tc>
        <w:tc>
          <w:tcPr>
            <w:tcW w:w="3741" w:type="dxa"/>
            <w:tcMar>
              <w:top w:w="60" w:type="dxa"/>
              <w:left w:w="70" w:type="dxa"/>
              <w:bottom w:w="60" w:type="dxa"/>
              <w:right w:w="70" w:type="dxa"/>
            </w:tcMar>
            <w:vAlign w:val="center"/>
          </w:tcPr>
          <w:p w14:paraId="30ECED39" w14:textId="77777777" w:rsidR="00082454" w:rsidRPr="004566A6" w:rsidRDefault="00000000">
            <w:pPr>
              <w:spacing w:after="0" w:line="240" w:lineRule="auto"/>
              <w:rPr>
                <w:noProof/>
                <w:lang w:val="ro-RO"/>
              </w:rPr>
            </w:pPr>
            <w:r w:rsidRPr="004566A6">
              <w:rPr>
                <w:rFonts w:eastAsia="Arial"/>
                <w:noProof/>
                <w:sz w:val="15"/>
                <w:lang w:val="ro-RO"/>
              </w:rPr>
              <w:t>Mandat, echipă, mecanisme de consultare, diagnostic și plan.</w:t>
            </w:r>
          </w:p>
        </w:tc>
        <w:tc>
          <w:tcPr>
            <w:tcW w:w="2267" w:type="dxa"/>
            <w:tcMar>
              <w:top w:w="60" w:type="dxa"/>
              <w:left w:w="70" w:type="dxa"/>
              <w:bottom w:w="60" w:type="dxa"/>
              <w:right w:w="70" w:type="dxa"/>
            </w:tcMar>
            <w:vAlign w:val="center"/>
          </w:tcPr>
          <w:p w14:paraId="0C556E44" w14:textId="77777777" w:rsidR="00082454" w:rsidRPr="004566A6" w:rsidRDefault="00000000">
            <w:pPr>
              <w:spacing w:after="0" w:line="240" w:lineRule="auto"/>
              <w:rPr>
                <w:noProof/>
                <w:lang w:val="ro-RO"/>
              </w:rPr>
            </w:pPr>
            <w:r w:rsidRPr="004566A6">
              <w:rPr>
                <w:rFonts w:eastAsia="Arial"/>
                <w:noProof/>
                <w:sz w:val="15"/>
                <w:lang w:val="ro-RO"/>
              </w:rPr>
              <w:t>Conducerea și lucrătorii au roluri clare.</w:t>
            </w:r>
          </w:p>
        </w:tc>
      </w:tr>
      <w:tr w:rsidR="00082454" w:rsidRPr="004566A6" w14:paraId="0B60EB69" w14:textId="77777777">
        <w:trPr>
          <w:cantSplit/>
          <w:jc w:val="center"/>
        </w:trPr>
        <w:tc>
          <w:tcPr>
            <w:tcW w:w="1417" w:type="dxa"/>
            <w:shd w:val="clear" w:color="auto" w:fill="FAFAFA"/>
            <w:tcMar>
              <w:top w:w="60" w:type="dxa"/>
              <w:left w:w="70" w:type="dxa"/>
              <w:bottom w:w="60" w:type="dxa"/>
              <w:right w:w="70" w:type="dxa"/>
            </w:tcMar>
            <w:vAlign w:val="center"/>
          </w:tcPr>
          <w:p w14:paraId="29FC1A1A" w14:textId="77777777" w:rsidR="00082454" w:rsidRPr="004566A6" w:rsidRDefault="00000000">
            <w:pPr>
              <w:spacing w:after="0" w:line="240" w:lineRule="auto"/>
              <w:rPr>
                <w:noProof/>
                <w:lang w:val="ro-RO"/>
              </w:rPr>
            </w:pPr>
            <w:r w:rsidRPr="004566A6">
              <w:rPr>
                <w:rFonts w:eastAsia="Arial"/>
                <w:noProof/>
                <w:sz w:val="15"/>
                <w:lang w:val="ro-RO"/>
              </w:rPr>
              <w:t>Săpt. 2</w:t>
            </w:r>
          </w:p>
        </w:tc>
        <w:tc>
          <w:tcPr>
            <w:tcW w:w="2437" w:type="dxa"/>
            <w:shd w:val="clear" w:color="auto" w:fill="FAFAFA"/>
            <w:tcMar>
              <w:top w:w="60" w:type="dxa"/>
              <w:left w:w="70" w:type="dxa"/>
              <w:bottom w:w="60" w:type="dxa"/>
              <w:right w:w="70" w:type="dxa"/>
            </w:tcMar>
            <w:vAlign w:val="center"/>
          </w:tcPr>
          <w:p w14:paraId="478225F8" w14:textId="77777777" w:rsidR="00082454" w:rsidRPr="004566A6" w:rsidRDefault="00000000">
            <w:pPr>
              <w:spacing w:after="0" w:line="240" w:lineRule="auto"/>
              <w:rPr>
                <w:noProof/>
                <w:lang w:val="ro-RO"/>
              </w:rPr>
            </w:pPr>
            <w:r w:rsidRPr="004566A6">
              <w:rPr>
                <w:rFonts w:eastAsia="Arial"/>
                <w:noProof/>
                <w:sz w:val="15"/>
                <w:lang w:val="ro-RO"/>
              </w:rPr>
              <w:t>Context și domeniu</w:t>
            </w:r>
          </w:p>
        </w:tc>
        <w:tc>
          <w:tcPr>
            <w:tcW w:w="3741" w:type="dxa"/>
            <w:shd w:val="clear" w:color="auto" w:fill="FAFAFA"/>
            <w:tcMar>
              <w:top w:w="60" w:type="dxa"/>
              <w:left w:w="70" w:type="dxa"/>
              <w:bottom w:w="60" w:type="dxa"/>
              <w:right w:w="70" w:type="dxa"/>
            </w:tcMar>
            <w:vAlign w:val="center"/>
          </w:tcPr>
          <w:p w14:paraId="66F782B8" w14:textId="77777777" w:rsidR="00082454" w:rsidRPr="004566A6" w:rsidRDefault="00000000">
            <w:pPr>
              <w:spacing w:after="0" w:line="240" w:lineRule="auto"/>
              <w:rPr>
                <w:noProof/>
                <w:lang w:val="ro-RO"/>
              </w:rPr>
            </w:pPr>
            <w:r w:rsidRPr="004566A6">
              <w:rPr>
                <w:rFonts w:eastAsia="Arial"/>
                <w:noProof/>
                <w:sz w:val="15"/>
                <w:lang w:val="ro-RO"/>
              </w:rPr>
              <w:t>Context, părți interesate, domeniu și procese SSM.</w:t>
            </w:r>
          </w:p>
        </w:tc>
        <w:tc>
          <w:tcPr>
            <w:tcW w:w="2267" w:type="dxa"/>
            <w:shd w:val="clear" w:color="auto" w:fill="FAFAFA"/>
            <w:tcMar>
              <w:top w:w="60" w:type="dxa"/>
              <w:left w:w="70" w:type="dxa"/>
              <w:bottom w:w="60" w:type="dxa"/>
              <w:right w:w="70" w:type="dxa"/>
            </w:tcMar>
            <w:vAlign w:val="center"/>
          </w:tcPr>
          <w:p w14:paraId="405EAEB3" w14:textId="77777777" w:rsidR="00082454" w:rsidRPr="004566A6" w:rsidRDefault="00000000">
            <w:pPr>
              <w:spacing w:after="0" w:line="240" w:lineRule="auto"/>
              <w:rPr>
                <w:noProof/>
                <w:lang w:val="ro-RO"/>
              </w:rPr>
            </w:pPr>
            <w:r w:rsidRPr="004566A6">
              <w:rPr>
                <w:rFonts w:eastAsia="Arial"/>
                <w:noProof/>
                <w:sz w:val="15"/>
                <w:lang w:val="ro-RO"/>
              </w:rPr>
              <w:t>Limitele și populațiile expuse sunt validate.</w:t>
            </w:r>
          </w:p>
        </w:tc>
      </w:tr>
      <w:tr w:rsidR="00082454" w:rsidRPr="00245FA7" w14:paraId="5B16DB5D" w14:textId="77777777">
        <w:trPr>
          <w:cantSplit/>
          <w:jc w:val="center"/>
        </w:trPr>
        <w:tc>
          <w:tcPr>
            <w:tcW w:w="1417" w:type="dxa"/>
            <w:tcMar>
              <w:top w:w="60" w:type="dxa"/>
              <w:left w:w="70" w:type="dxa"/>
              <w:bottom w:w="60" w:type="dxa"/>
              <w:right w:w="70" w:type="dxa"/>
            </w:tcMar>
            <w:vAlign w:val="center"/>
          </w:tcPr>
          <w:p w14:paraId="2033E194" w14:textId="77777777" w:rsidR="00082454" w:rsidRPr="004566A6" w:rsidRDefault="00000000">
            <w:pPr>
              <w:spacing w:after="0" w:line="240" w:lineRule="auto"/>
              <w:rPr>
                <w:noProof/>
                <w:lang w:val="ro-RO"/>
              </w:rPr>
            </w:pPr>
            <w:r w:rsidRPr="004566A6">
              <w:rPr>
                <w:rFonts w:eastAsia="Arial"/>
                <w:noProof/>
                <w:sz w:val="15"/>
                <w:lang w:val="ro-RO"/>
              </w:rPr>
              <w:t>Săpt. 3-4</w:t>
            </w:r>
          </w:p>
        </w:tc>
        <w:tc>
          <w:tcPr>
            <w:tcW w:w="2437" w:type="dxa"/>
            <w:tcMar>
              <w:top w:w="60" w:type="dxa"/>
              <w:left w:w="70" w:type="dxa"/>
              <w:bottom w:w="60" w:type="dxa"/>
              <w:right w:w="70" w:type="dxa"/>
            </w:tcMar>
            <w:vAlign w:val="center"/>
          </w:tcPr>
          <w:p w14:paraId="0161BAB8" w14:textId="77777777" w:rsidR="00082454" w:rsidRPr="004566A6" w:rsidRDefault="00000000">
            <w:pPr>
              <w:spacing w:after="0" w:line="240" w:lineRule="auto"/>
              <w:rPr>
                <w:noProof/>
                <w:lang w:val="ro-RO"/>
              </w:rPr>
            </w:pPr>
            <w:r w:rsidRPr="004566A6">
              <w:rPr>
                <w:rFonts w:eastAsia="Arial"/>
                <w:noProof/>
                <w:sz w:val="15"/>
                <w:lang w:val="ro-RO"/>
              </w:rPr>
              <w:t>Pericole și obligații</w:t>
            </w:r>
          </w:p>
        </w:tc>
        <w:tc>
          <w:tcPr>
            <w:tcW w:w="3741" w:type="dxa"/>
            <w:tcMar>
              <w:top w:w="60" w:type="dxa"/>
              <w:left w:w="70" w:type="dxa"/>
              <w:bottom w:w="60" w:type="dxa"/>
              <w:right w:w="70" w:type="dxa"/>
            </w:tcMar>
            <w:vAlign w:val="center"/>
          </w:tcPr>
          <w:p w14:paraId="1D44D10E" w14:textId="77777777" w:rsidR="00082454" w:rsidRPr="004566A6" w:rsidRDefault="00000000">
            <w:pPr>
              <w:spacing w:after="0" w:line="240" w:lineRule="auto"/>
              <w:rPr>
                <w:noProof/>
                <w:lang w:val="ro-RO"/>
              </w:rPr>
            </w:pPr>
            <w:r w:rsidRPr="004566A6">
              <w:rPr>
                <w:rFonts w:eastAsia="Arial"/>
                <w:noProof/>
                <w:sz w:val="15"/>
                <w:lang w:val="ro-RO"/>
              </w:rPr>
              <w:t>Inventar pericole, evaluări, obligații și lacune.</w:t>
            </w:r>
          </w:p>
        </w:tc>
        <w:tc>
          <w:tcPr>
            <w:tcW w:w="2267" w:type="dxa"/>
            <w:tcMar>
              <w:top w:w="60" w:type="dxa"/>
              <w:left w:w="70" w:type="dxa"/>
              <w:bottom w:w="60" w:type="dxa"/>
              <w:right w:w="70" w:type="dxa"/>
            </w:tcMar>
            <w:vAlign w:val="center"/>
          </w:tcPr>
          <w:p w14:paraId="7414C001" w14:textId="77777777" w:rsidR="00082454" w:rsidRPr="004566A6" w:rsidRDefault="00000000">
            <w:pPr>
              <w:spacing w:after="0" w:line="240" w:lineRule="auto"/>
              <w:rPr>
                <w:noProof/>
                <w:lang w:val="ro-RO"/>
              </w:rPr>
            </w:pPr>
            <w:r w:rsidRPr="004566A6">
              <w:rPr>
                <w:rFonts w:eastAsia="Arial"/>
                <w:noProof/>
                <w:sz w:val="15"/>
                <w:lang w:val="ro-RO"/>
              </w:rPr>
              <w:t>Riscurile critice și cerințele sunt cunoscute.</w:t>
            </w:r>
          </w:p>
        </w:tc>
      </w:tr>
      <w:tr w:rsidR="00082454" w:rsidRPr="004566A6" w14:paraId="46083E6A" w14:textId="77777777">
        <w:trPr>
          <w:cantSplit/>
          <w:jc w:val="center"/>
        </w:trPr>
        <w:tc>
          <w:tcPr>
            <w:tcW w:w="1417" w:type="dxa"/>
            <w:shd w:val="clear" w:color="auto" w:fill="FAFAFA"/>
            <w:tcMar>
              <w:top w:w="60" w:type="dxa"/>
              <w:left w:w="70" w:type="dxa"/>
              <w:bottom w:w="60" w:type="dxa"/>
              <w:right w:w="70" w:type="dxa"/>
            </w:tcMar>
            <w:vAlign w:val="center"/>
          </w:tcPr>
          <w:p w14:paraId="16EA5DB9" w14:textId="77777777" w:rsidR="00082454" w:rsidRPr="004566A6" w:rsidRDefault="00000000">
            <w:pPr>
              <w:spacing w:after="0" w:line="240" w:lineRule="auto"/>
              <w:rPr>
                <w:noProof/>
                <w:lang w:val="ro-RO"/>
              </w:rPr>
            </w:pPr>
            <w:r w:rsidRPr="004566A6">
              <w:rPr>
                <w:rFonts w:eastAsia="Arial"/>
                <w:noProof/>
                <w:sz w:val="15"/>
                <w:lang w:val="ro-RO"/>
              </w:rPr>
              <w:t>Săpt. 5</w:t>
            </w:r>
          </w:p>
        </w:tc>
        <w:tc>
          <w:tcPr>
            <w:tcW w:w="2437" w:type="dxa"/>
            <w:shd w:val="clear" w:color="auto" w:fill="FAFAFA"/>
            <w:tcMar>
              <w:top w:w="60" w:type="dxa"/>
              <w:left w:w="70" w:type="dxa"/>
              <w:bottom w:w="60" w:type="dxa"/>
              <w:right w:w="70" w:type="dxa"/>
            </w:tcMar>
            <w:vAlign w:val="center"/>
          </w:tcPr>
          <w:p w14:paraId="381A3B01" w14:textId="77777777" w:rsidR="00082454" w:rsidRPr="004566A6" w:rsidRDefault="00000000">
            <w:pPr>
              <w:spacing w:after="0" w:line="240" w:lineRule="auto"/>
              <w:rPr>
                <w:noProof/>
                <w:lang w:val="ro-RO"/>
              </w:rPr>
            </w:pPr>
            <w:r w:rsidRPr="004566A6">
              <w:rPr>
                <w:rFonts w:eastAsia="Arial"/>
                <w:noProof/>
                <w:sz w:val="15"/>
                <w:lang w:val="ro-RO"/>
              </w:rPr>
              <w:t>Controale și obiective</w:t>
            </w:r>
          </w:p>
        </w:tc>
        <w:tc>
          <w:tcPr>
            <w:tcW w:w="3741" w:type="dxa"/>
            <w:shd w:val="clear" w:color="auto" w:fill="FAFAFA"/>
            <w:tcMar>
              <w:top w:w="60" w:type="dxa"/>
              <w:left w:w="70" w:type="dxa"/>
              <w:bottom w:w="60" w:type="dxa"/>
              <w:right w:w="70" w:type="dxa"/>
            </w:tcMar>
            <w:vAlign w:val="center"/>
          </w:tcPr>
          <w:p w14:paraId="61566310" w14:textId="77777777" w:rsidR="00082454" w:rsidRPr="004566A6" w:rsidRDefault="00000000">
            <w:pPr>
              <w:spacing w:after="0" w:line="240" w:lineRule="auto"/>
              <w:rPr>
                <w:noProof/>
                <w:lang w:val="ro-RO"/>
              </w:rPr>
            </w:pPr>
            <w:r w:rsidRPr="004566A6">
              <w:rPr>
                <w:rFonts w:eastAsia="Arial"/>
                <w:noProof/>
                <w:sz w:val="15"/>
                <w:lang w:val="ro-RO"/>
              </w:rPr>
              <w:t>Ierarhia controalelor, planuri, indicatori și resurse.</w:t>
            </w:r>
          </w:p>
        </w:tc>
        <w:tc>
          <w:tcPr>
            <w:tcW w:w="2267" w:type="dxa"/>
            <w:shd w:val="clear" w:color="auto" w:fill="FAFAFA"/>
            <w:tcMar>
              <w:top w:w="60" w:type="dxa"/>
              <w:left w:w="70" w:type="dxa"/>
              <w:bottom w:w="60" w:type="dxa"/>
              <w:right w:w="70" w:type="dxa"/>
            </w:tcMar>
            <w:vAlign w:val="center"/>
          </w:tcPr>
          <w:p w14:paraId="4A234483" w14:textId="77777777" w:rsidR="00082454" w:rsidRPr="004566A6" w:rsidRDefault="00000000">
            <w:pPr>
              <w:spacing w:after="0" w:line="240" w:lineRule="auto"/>
              <w:rPr>
                <w:noProof/>
                <w:lang w:val="ro-RO"/>
              </w:rPr>
            </w:pPr>
            <w:r w:rsidRPr="004566A6">
              <w:rPr>
                <w:rFonts w:eastAsia="Arial"/>
                <w:noProof/>
                <w:sz w:val="15"/>
                <w:lang w:val="ro-RO"/>
              </w:rPr>
              <w:t>Măsurile prioritare sunt aprobate.</w:t>
            </w:r>
          </w:p>
        </w:tc>
      </w:tr>
      <w:tr w:rsidR="00082454" w:rsidRPr="004566A6" w14:paraId="706CEB33" w14:textId="77777777">
        <w:trPr>
          <w:cantSplit/>
          <w:jc w:val="center"/>
        </w:trPr>
        <w:tc>
          <w:tcPr>
            <w:tcW w:w="1417" w:type="dxa"/>
            <w:tcMar>
              <w:top w:w="60" w:type="dxa"/>
              <w:left w:w="70" w:type="dxa"/>
              <w:bottom w:w="60" w:type="dxa"/>
              <w:right w:w="70" w:type="dxa"/>
            </w:tcMar>
            <w:vAlign w:val="center"/>
          </w:tcPr>
          <w:p w14:paraId="454F46C5" w14:textId="77777777" w:rsidR="00082454" w:rsidRPr="004566A6" w:rsidRDefault="00000000">
            <w:pPr>
              <w:spacing w:after="0" w:line="240" w:lineRule="auto"/>
              <w:rPr>
                <w:noProof/>
                <w:lang w:val="ro-RO"/>
              </w:rPr>
            </w:pPr>
            <w:r w:rsidRPr="004566A6">
              <w:rPr>
                <w:rFonts w:eastAsia="Arial"/>
                <w:noProof/>
                <w:sz w:val="15"/>
                <w:lang w:val="ro-RO"/>
              </w:rPr>
              <w:t>Săpt. 6-7</w:t>
            </w:r>
          </w:p>
        </w:tc>
        <w:tc>
          <w:tcPr>
            <w:tcW w:w="2437" w:type="dxa"/>
            <w:tcMar>
              <w:top w:w="60" w:type="dxa"/>
              <w:left w:w="70" w:type="dxa"/>
              <w:bottom w:w="60" w:type="dxa"/>
              <w:right w:w="70" w:type="dxa"/>
            </w:tcMar>
            <w:vAlign w:val="center"/>
          </w:tcPr>
          <w:p w14:paraId="0D5ABA61" w14:textId="77777777" w:rsidR="00082454" w:rsidRPr="004566A6" w:rsidRDefault="00000000">
            <w:pPr>
              <w:spacing w:after="0" w:line="240" w:lineRule="auto"/>
              <w:rPr>
                <w:noProof/>
                <w:lang w:val="ro-RO"/>
              </w:rPr>
            </w:pPr>
            <w:r w:rsidRPr="004566A6">
              <w:rPr>
                <w:rFonts w:eastAsia="Arial"/>
                <w:noProof/>
                <w:sz w:val="15"/>
                <w:lang w:val="ro-RO"/>
              </w:rPr>
              <w:t>Operare și furnizori</w:t>
            </w:r>
          </w:p>
        </w:tc>
        <w:tc>
          <w:tcPr>
            <w:tcW w:w="3741" w:type="dxa"/>
            <w:tcMar>
              <w:top w:w="60" w:type="dxa"/>
              <w:left w:w="70" w:type="dxa"/>
              <w:bottom w:w="60" w:type="dxa"/>
              <w:right w:w="70" w:type="dxa"/>
            </w:tcMar>
            <w:vAlign w:val="center"/>
          </w:tcPr>
          <w:p w14:paraId="6CACC14D" w14:textId="77777777" w:rsidR="00082454" w:rsidRPr="004566A6" w:rsidRDefault="00000000">
            <w:pPr>
              <w:spacing w:after="0" w:line="240" w:lineRule="auto"/>
              <w:rPr>
                <w:noProof/>
                <w:lang w:val="ro-RO"/>
              </w:rPr>
            </w:pPr>
            <w:r w:rsidRPr="004566A6">
              <w:rPr>
                <w:rFonts w:eastAsia="Arial"/>
                <w:noProof/>
                <w:sz w:val="15"/>
                <w:lang w:val="ro-RO"/>
              </w:rPr>
              <w:t>Instrucțiuni, schimbare, achiziții, contractanți și externalizare.</w:t>
            </w:r>
          </w:p>
        </w:tc>
        <w:tc>
          <w:tcPr>
            <w:tcW w:w="2267" w:type="dxa"/>
            <w:tcMar>
              <w:top w:w="60" w:type="dxa"/>
              <w:left w:w="70" w:type="dxa"/>
              <w:bottom w:w="60" w:type="dxa"/>
              <w:right w:w="70" w:type="dxa"/>
            </w:tcMar>
            <w:vAlign w:val="center"/>
          </w:tcPr>
          <w:p w14:paraId="3A808B4D" w14:textId="77777777" w:rsidR="00082454" w:rsidRPr="004566A6" w:rsidRDefault="00000000">
            <w:pPr>
              <w:spacing w:after="0" w:line="240" w:lineRule="auto"/>
              <w:rPr>
                <w:noProof/>
                <w:lang w:val="ro-RO"/>
              </w:rPr>
            </w:pPr>
            <w:r w:rsidRPr="004566A6">
              <w:rPr>
                <w:rFonts w:eastAsia="Arial"/>
                <w:noProof/>
                <w:sz w:val="15"/>
                <w:lang w:val="ro-RO"/>
              </w:rPr>
              <w:t>Controalele sunt aplicate în teren.</w:t>
            </w:r>
          </w:p>
        </w:tc>
      </w:tr>
      <w:tr w:rsidR="00082454" w:rsidRPr="004566A6" w14:paraId="1570957F" w14:textId="77777777">
        <w:trPr>
          <w:cantSplit/>
          <w:jc w:val="center"/>
        </w:trPr>
        <w:tc>
          <w:tcPr>
            <w:tcW w:w="1417" w:type="dxa"/>
            <w:shd w:val="clear" w:color="auto" w:fill="FAFAFA"/>
            <w:tcMar>
              <w:top w:w="60" w:type="dxa"/>
              <w:left w:w="70" w:type="dxa"/>
              <w:bottom w:w="60" w:type="dxa"/>
              <w:right w:w="70" w:type="dxa"/>
            </w:tcMar>
            <w:vAlign w:val="center"/>
          </w:tcPr>
          <w:p w14:paraId="1D8808C1" w14:textId="77777777" w:rsidR="00082454" w:rsidRPr="004566A6" w:rsidRDefault="00000000">
            <w:pPr>
              <w:spacing w:after="0" w:line="240" w:lineRule="auto"/>
              <w:rPr>
                <w:noProof/>
                <w:lang w:val="ro-RO"/>
              </w:rPr>
            </w:pPr>
            <w:r w:rsidRPr="004566A6">
              <w:rPr>
                <w:rFonts w:eastAsia="Arial"/>
                <w:noProof/>
                <w:sz w:val="15"/>
                <w:lang w:val="ro-RO"/>
              </w:rPr>
              <w:t>Săpt. 8</w:t>
            </w:r>
          </w:p>
        </w:tc>
        <w:tc>
          <w:tcPr>
            <w:tcW w:w="2437" w:type="dxa"/>
            <w:shd w:val="clear" w:color="auto" w:fill="FAFAFA"/>
            <w:tcMar>
              <w:top w:w="60" w:type="dxa"/>
              <w:left w:w="70" w:type="dxa"/>
              <w:bottom w:w="60" w:type="dxa"/>
              <w:right w:w="70" w:type="dxa"/>
            </w:tcMar>
            <w:vAlign w:val="center"/>
          </w:tcPr>
          <w:p w14:paraId="06C48618" w14:textId="77777777" w:rsidR="00082454" w:rsidRPr="004566A6" w:rsidRDefault="00000000">
            <w:pPr>
              <w:spacing w:after="0" w:line="240" w:lineRule="auto"/>
              <w:rPr>
                <w:noProof/>
                <w:lang w:val="ro-RO"/>
              </w:rPr>
            </w:pPr>
            <w:r w:rsidRPr="004566A6">
              <w:rPr>
                <w:rFonts w:eastAsia="Arial"/>
                <w:noProof/>
                <w:sz w:val="15"/>
                <w:lang w:val="ro-RO"/>
              </w:rPr>
              <w:t>Competență și urgențe</w:t>
            </w:r>
          </w:p>
        </w:tc>
        <w:tc>
          <w:tcPr>
            <w:tcW w:w="3741" w:type="dxa"/>
            <w:shd w:val="clear" w:color="auto" w:fill="FAFAFA"/>
            <w:tcMar>
              <w:top w:w="60" w:type="dxa"/>
              <w:left w:w="70" w:type="dxa"/>
              <w:bottom w:w="60" w:type="dxa"/>
              <w:right w:w="70" w:type="dxa"/>
            </w:tcMar>
            <w:vAlign w:val="center"/>
          </w:tcPr>
          <w:p w14:paraId="3C59001D" w14:textId="77777777" w:rsidR="00082454" w:rsidRPr="004566A6" w:rsidRDefault="00000000">
            <w:pPr>
              <w:spacing w:after="0" w:line="240" w:lineRule="auto"/>
              <w:rPr>
                <w:noProof/>
                <w:lang w:val="ro-RO"/>
              </w:rPr>
            </w:pPr>
            <w:r w:rsidRPr="004566A6">
              <w:rPr>
                <w:rFonts w:eastAsia="Arial"/>
                <w:noProof/>
                <w:sz w:val="15"/>
                <w:lang w:val="ro-RO"/>
              </w:rPr>
              <w:t>Competențe, instruiri, drepturi, planuri și exerciții.</w:t>
            </w:r>
          </w:p>
        </w:tc>
        <w:tc>
          <w:tcPr>
            <w:tcW w:w="2267" w:type="dxa"/>
            <w:shd w:val="clear" w:color="auto" w:fill="FAFAFA"/>
            <w:tcMar>
              <w:top w:w="60" w:type="dxa"/>
              <w:left w:w="70" w:type="dxa"/>
              <w:bottom w:w="60" w:type="dxa"/>
              <w:right w:w="70" w:type="dxa"/>
            </w:tcMar>
            <w:vAlign w:val="center"/>
          </w:tcPr>
          <w:p w14:paraId="3D66379F" w14:textId="77777777" w:rsidR="00082454" w:rsidRPr="004566A6" w:rsidRDefault="00000000">
            <w:pPr>
              <w:spacing w:after="0" w:line="240" w:lineRule="auto"/>
              <w:rPr>
                <w:noProof/>
                <w:lang w:val="ro-RO"/>
              </w:rPr>
            </w:pPr>
            <w:r w:rsidRPr="004566A6">
              <w:rPr>
                <w:rFonts w:eastAsia="Arial"/>
                <w:noProof/>
                <w:sz w:val="15"/>
                <w:lang w:val="ro-RO"/>
              </w:rPr>
              <w:t>Capabilitățile critice sunt testate.</w:t>
            </w:r>
          </w:p>
        </w:tc>
      </w:tr>
      <w:tr w:rsidR="00082454" w:rsidRPr="004566A6" w14:paraId="07487E70" w14:textId="77777777">
        <w:trPr>
          <w:cantSplit/>
          <w:jc w:val="center"/>
        </w:trPr>
        <w:tc>
          <w:tcPr>
            <w:tcW w:w="1417" w:type="dxa"/>
            <w:tcMar>
              <w:top w:w="60" w:type="dxa"/>
              <w:left w:w="70" w:type="dxa"/>
              <w:bottom w:w="60" w:type="dxa"/>
              <w:right w:w="70" w:type="dxa"/>
            </w:tcMar>
            <w:vAlign w:val="center"/>
          </w:tcPr>
          <w:p w14:paraId="1B23EE99" w14:textId="77777777" w:rsidR="00082454" w:rsidRPr="004566A6" w:rsidRDefault="00000000">
            <w:pPr>
              <w:spacing w:after="0" w:line="240" w:lineRule="auto"/>
              <w:rPr>
                <w:noProof/>
                <w:lang w:val="ro-RO"/>
              </w:rPr>
            </w:pPr>
            <w:r w:rsidRPr="004566A6">
              <w:rPr>
                <w:rFonts w:eastAsia="Arial"/>
                <w:noProof/>
                <w:sz w:val="15"/>
                <w:lang w:val="ro-RO"/>
              </w:rPr>
              <w:t>Săpt. 9-10</w:t>
            </w:r>
          </w:p>
        </w:tc>
        <w:tc>
          <w:tcPr>
            <w:tcW w:w="2437" w:type="dxa"/>
            <w:tcMar>
              <w:top w:w="60" w:type="dxa"/>
              <w:left w:w="70" w:type="dxa"/>
              <w:bottom w:w="60" w:type="dxa"/>
              <w:right w:w="70" w:type="dxa"/>
            </w:tcMar>
            <w:vAlign w:val="center"/>
          </w:tcPr>
          <w:p w14:paraId="4C8525AB" w14:textId="77777777" w:rsidR="00082454" w:rsidRPr="004566A6" w:rsidRDefault="00000000">
            <w:pPr>
              <w:spacing w:after="0" w:line="240" w:lineRule="auto"/>
              <w:rPr>
                <w:noProof/>
                <w:lang w:val="ro-RO"/>
              </w:rPr>
            </w:pPr>
            <w:r w:rsidRPr="004566A6">
              <w:rPr>
                <w:rFonts w:eastAsia="Arial"/>
                <w:noProof/>
                <w:sz w:val="15"/>
                <w:lang w:val="ro-RO"/>
              </w:rPr>
              <w:t>Monitorizare și conformare</w:t>
            </w:r>
          </w:p>
        </w:tc>
        <w:tc>
          <w:tcPr>
            <w:tcW w:w="3741" w:type="dxa"/>
            <w:tcMar>
              <w:top w:w="60" w:type="dxa"/>
              <w:left w:w="70" w:type="dxa"/>
              <w:bottom w:w="60" w:type="dxa"/>
              <w:right w:w="70" w:type="dxa"/>
            </w:tcMar>
            <w:vAlign w:val="center"/>
          </w:tcPr>
          <w:p w14:paraId="2B02F2E7" w14:textId="77777777" w:rsidR="00082454" w:rsidRPr="004566A6" w:rsidRDefault="00000000">
            <w:pPr>
              <w:spacing w:after="0" w:line="240" w:lineRule="auto"/>
              <w:rPr>
                <w:noProof/>
                <w:lang w:val="ro-RO"/>
              </w:rPr>
            </w:pPr>
            <w:r w:rsidRPr="004566A6">
              <w:rPr>
                <w:rFonts w:eastAsia="Arial"/>
                <w:noProof/>
                <w:sz w:val="15"/>
                <w:lang w:val="ro-RO"/>
              </w:rPr>
              <w:t>Indicatori, expuneri, evaluarea conformării și acțiuni.</w:t>
            </w:r>
          </w:p>
        </w:tc>
        <w:tc>
          <w:tcPr>
            <w:tcW w:w="2267" w:type="dxa"/>
            <w:tcMar>
              <w:top w:w="60" w:type="dxa"/>
              <w:left w:w="70" w:type="dxa"/>
              <w:bottom w:w="60" w:type="dxa"/>
              <w:right w:w="70" w:type="dxa"/>
            </w:tcMar>
            <w:vAlign w:val="center"/>
          </w:tcPr>
          <w:p w14:paraId="2B2D6355" w14:textId="77777777" w:rsidR="00082454" w:rsidRPr="004566A6" w:rsidRDefault="00000000">
            <w:pPr>
              <w:spacing w:after="0" w:line="240" w:lineRule="auto"/>
              <w:rPr>
                <w:noProof/>
                <w:lang w:val="ro-RO"/>
              </w:rPr>
            </w:pPr>
            <w:r w:rsidRPr="004566A6">
              <w:rPr>
                <w:rFonts w:eastAsia="Arial"/>
                <w:noProof/>
                <w:sz w:val="15"/>
                <w:lang w:val="ro-RO"/>
              </w:rPr>
              <w:t>Starea de conformare și performanța sunt cunoscute.</w:t>
            </w:r>
          </w:p>
        </w:tc>
      </w:tr>
      <w:tr w:rsidR="00082454" w:rsidRPr="00245FA7" w14:paraId="409F6FE2" w14:textId="77777777">
        <w:trPr>
          <w:cantSplit/>
          <w:jc w:val="center"/>
        </w:trPr>
        <w:tc>
          <w:tcPr>
            <w:tcW w:w="1417" w:type="dxa"/>
            <w:shd w:val="clear" w:color="auto" w:fill="FAFAFA"/>
            <w:tcMar>
              <w:top w:w="60" w:type="dxa"/>
              <w:left w:w="70" w:type="dxa"/>
              <w:bottom w:w="60" w:type="dxa"/>
              <w:right w:w="70" w:type="dxa"/>
            </w:tcMar>
            <w:vAlign w:val="center"/>
          </w:tcPr>
          <w:p w14:paraId="032737E7" w14:textId="77777777" w:rsidR="00082454" w:rsidRPr="004566A6" w:rsidRDefault="00000000">
            <w:pPr>
              <w:spacing w:after="0" w:line="240" w:lineRule="auto"/>
              <w:rPr>
                <w:noProof/>
                <w:lang w:val="ro-RO"/>
              </w:rPr>
            </w:pPr>
            <w:r w:rsidRPr="004566A6">
              <w:rPr>
                <w:rFonts w:eastAsia="Arial"/>
                <w:noProof/>
                <w:sz w:val="15"/>
                <w:lang w:val="ro-RO"/>
              </w:rPr>
              <w:t>Săpt. 11-12</w:t>
            </w:r>
          </w:p>
        </w:tc>
        <w:tc>
          <w:tcPr>
            <w:tcW w:w="2437" w:type="dxa"/>
            <w:shd w:val="clear" w:color="auto" w:fill="FAFAFA"/>
            <w:tcMar>
              <w:top w:w="60" w:type="dxa"/>
              <w:left w:w="70" w:type="dxa"/>
              <w:bottom w:w="60" w:type="dxa"/>
              <w:right w:w="70" w:type="dxa"/>
            </w:tcMar>
            <w:vAlign w:val="center"/>
          </w:tcPr>
          <w:p w14:paraId="129848A7" w14:textId="77777777" w:rsidR="00082454" w:rsidRPr="004566A6" w:rsidRDefault="00000000">
            <w:pPr>
              <w:spacing w:after="0" w:line="240" w:lineRule="auto"/>
              <w:rPr>
                <w:noProof/>
                <w:lang w:val="ro-RO"/>
              </w:rPr>
            </w:pPr>
            <w:r w:rsidRPr="004566A6">
              <w:rPr>
                <w:rFonts w:eastAsia="Arial"/>
                <w:noProof/>
                <w:sz w:val="15"/>
                <w:lang w:val="ro-RO"/>
              </w:rPr>
              <w:t>Audit, analiză și închidere</w:t>
            </w:r>
          </w:p>
        </w:tc>
        <w:tc>
          <w:tcPr>
            <w:tcW w:w="3741" w:type="dxa"/>
            <w:shd w:val="clear" w:color="auto" w:fill="FAFAFA"/>
            <w:tcMar>
              <w:top w:w="60" w:type="dxa"/>
              <w:left w:w="70" w:type="dxa"/>
              <w:bottom w:w="60" w:type="dxa"/>
              <w:right w:w="70" w:type="dxa"/>
            </w:tcMar>
            <w:vAlign w:val="center"/>
          </w:tcPr>
          <w:p w14:paraId="7727D6D4" w14:textId="77777777" w:rsidR="00082454" w:rsidRPr="004566A6" w:rsidRDefault="00000000">
            <w:pPr>
              <w:spacing w:after="0" w:line="240" w:lineRule="auto"/>
              <w:rPr>
                <w:noProof/>
                <w:lang w:val="ro-RO"/>
              </w:rPr>
            </w:pPr>
            <w:r w:rsidRPr="004566A6">
              <w:rPr>
                <w:rFonts w:eastAsia="Arial"/>
                <w:noProof/>
                <w:sz w:val="15"/>
                <w:lang w:val="ro-RO"/>
              </w:rPr>
              <w:t>Audit intern, investigații, acțiuni, analiza conducerii.</w:t>
            </w:r>
          </w:p>
        </w:tc>
        <w:tc>
          <w:tcPr>
            <w:tcW w:w="2267" w:type="dxa"/>
            <w:shd w:val="clear" w:color="auto" w:fill="FAFAFA"/>
            <w:tcMar>
              <w:top w:w="60" w:type="dxa"/>
              <w:left w:w="70" w:type="dxa"/>
              <w:bottom w:w="60" w:type="dxa"/>
              <w:right w:w="70" w:type="dxa"/>
            </w:tcMar>
            <w:vAlign w:val="center"/>
          </w:tcPr>
          <w:p w14:paraId="4E6981A5" w14:textId="77777777" w:rsidR="00082454" w:rsidRPr="004566A6" w:rsidRDefault="00000000">
            <w:pPr>
              <w:spacing w:after="0" w:line="240" w:lineRule="auto"/>
              <w:rPr>
                <w:noProof/>
                <w:lang w:val="ro-RO"/>
              </w:rPr>
            </w:pPr>
            <w:r w:rsidRPr="004566A6">
              <w:rPr>
                <w:rFonts w:eastAsia="Arial"/>
                <w:noProof/>
                <w:sz w:val="15"/>
                <w:lang w:val="ro-RO"/>
              </w:rPr>
              <w:t>Sistemul este utilizat și susținut de dovezi.</w:t>
            </w:r>
          </w:p>
        </w:tc>
      </w:tr>
    </w:tbl>
    <w:p w14:paraId="3F93FBE1" w14:textId="77777777" w:rsidR="00082454" w:rsidRPr="004566A6" w:rsidRDefault="00000000">
      <w:pPr>
        <w:pStyle w:val="Heading2"/>
        <w:rPr>
          <w:noProof/>
          <w:lang w:val="ro-RO"/>
        </w:rPr>
      </w:pPr>
      <w:r w:rsidRPr="004566A6">
        <w:rPr>
          <w:noProof/>
          <w:lang w:val="ro-RO"/>
        </w:rPr>
        <w:t>Diagnostic rapid de maturitate</w:t>
      </w:r>
    </w:p>
    <w:p w14:paraId="2B32CB38" w14:textId="77777777" w:rsidR="00082454" w:rsidRPr="004566A6" w:rsidRDefault="00000000">
      <w:pPr>
        <w:rPr>
          <w:noProof/>
          <w:lang w:val="ro-RO"/>
        </w:rPr>
      </w:pPr>
      <w:r w:rsidRPr="004566A6">
        <w:rPr>
          <w:noProof/>
          <w:lang w:val="ro-RO"/>
        </w:rPr>
        <w:t>Marcați Da / Parțial / Nu. Acest diagnostic nu înlocuiește evaluarea detaliată din paginile următoare.</w:t>
      </w:r>
    </w:p>
    <w:tbl>
      <w:tblPr>
        <w:tblW w:w="10183"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36"/>
        <w:gridCol w:w="4839"/>
        <w:gridCol w:w="1336"/>
        <w:gridCol w:w="1336"/>
        <w:gridCol w:w="1336"/>
      </w:tblGrid>
      <w:tr w:rsidR="00082454" w:rsidRPr="004566A6" w14:paraId="3F33806A" w14:textId="77777777" w:rsidTr="004566A6">
        <w:trPr>
          <w:trHeight w:val="176"/>
          <w:tblHeader/>
          <w:jc w:val="center"/>
        </w:trPr>
        <w:tc>
          <w:tcPr>
            <w:tcW w:w="1336" w:type="dxa"/>
            <w:shd w:val="clear" w:color="auto" w:fill="D71920"/>
            <w:tcMar>
              <w:top w:w="60" w:type="dxa"/>
              <w:left w:w="70" w:type="dxa"/>
              <w:bottom w:w="60" w:type="dxa"/>
              <w:right w:w="70" w:type="dxa"/>
            </w:tcMar>
            <w:vAlign w:val="center"/>
          </w:tcPr>
          <w:p w14:paraId="56AAED12"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w:t>
            </w:r>
          </w:p>
        </w:tc>
        <w:tc>
          <w:tcPr>
            <w:tcW w:w="4839" w:type="dxa"/>
            <w:shd w:val="clear" w:color="auto" w:fill="D71920"/>
            <w:tcMar>
              <w:top w:w="60" w:type="dxa"/>
              <w:left w:w="70" w:type="dxa"/>
              <w:bottom w:w="60" w:type="dxa"/>
              <w:right w:w="70" w:type="dxa"/>
            </w:tcMar>
            <w:vAlign w:val="center"/>
          </w:tcPr>
          <w:p w14:paraId="7655C18C"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ÎNTREBARE</w:t>
            </w:r>
          </w:p>
        </w:tc>
        <w:tc>
          <w:tcPr>
            <w:tcW w:w="1336" w:type="dxa"/>
            <w:shd w:val="clear" w:color="auto" w:fill="D71920"/>
            <w:tcMar>
              <w:top w:w="60" w:type="dxa"/>
              <w:left w:w="70" w:type="dxa"/>
              <w:bottom w:w="60" w:type="dxa"/>
              <w:right w:w="70" w:type="dxa"/>
            </w:tcMar>
            <w:vAlign w:val="center"/>
          </w:tcPr>
          <w:p w14:paraId="52EF1B48"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DA</w:t>
            </w:r>
          </w:p>
        </w:tc>
        <w:tc>
          <w:tcPr>
            <w:tcW w:w="1336" w:type="dxa"/>
            <w:shd w:val="clear" w:color="auto" w:fill="D71920"/>
            <w:tcMar>
              <w:top w:w="60" w:type="dxa"/>
              <w:left w:w="70" w:type="dxa"/>
              <w:bottom w:w="60" w:type="dxa"/>
              <w:right w:w="70" w:type="dxa"/>
            </w:tcMar>
            <w:vAlign w:val="center"/>
          </w:tcPr>
          <w:p w14:paraId="39F68A13"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PARȚIAL</w:t>
            </w:r>
          </w:p>
        </w:tc>
        <w:tc>
          <w:tcPr>
            <w:tcW w:w="1336" w:type="dxa"/>
            <w:shd w:val="clear" w:color="auto" w:fill="D71920"/>
            <w:tcMar>
              <w:top w:w="60" w:type="dxa"/>
              <w:left w:w="70" w:type="dxa"/>
              <w:bottom w:w="60" w:type="dxa"/>
              <w:right w:w="70" w:type="dxa"/>
            </w:tcMar>
            <w:vAlign w:val="center"/>
          </w:tcPr>
          <w:p w14:paraId="421BCA7A"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NU</w:t>
            </w:r>
          </w:p>
        </w:tc>
      </w:tr>
      <w:tr w:rsidR="00082454" w:rsidRPr="004566A6" w14:paraId="7E7BB886" w14:textId="77777777" w:rsidTr="004566A6">
        <w:trPr>
          <w:cantSplit/>
          <w:trHeight w:val="213"/>
          <w:jc w:val="center"/>
        </w:trPr>
        <w:tc>
          <w:tcPr>
            <w:tcW w:w="1336" w:type="dxa"/>
            <w:tcMar>
              <w:top w:w="60" w:type="dxa"/>
              <w:left w:w="70" w:type="dxa"/>
              <w:bottom w:w="60" w:type="dxa"/>
              <w:right w:w="70" w:type="dxa"/>
            </w:tcMar>
            <w:vAlign w:val="center"/>
          </w:tcPr>
          <w:p w14:paraId="35D23109" w14:textId="77777777" w:rsidR="00082454" w:rsidRPr="004566A6" w:rsidRDefault="00000000">
            <w:pPr>
              <w:spacing w:after="0" w:line="240" w:lineRule="auto"/>
              <w:jc w:val="center"/>
              <w:rPr>
                <w:noProof/>
                <w:lang w:val="ro-RO"/>
              </w:rPr>
            </w:pPr>
            <w:r w:rsidRPr="004566A6">
              <w:rPr>
                <w:rFonts w:eastAsia="Arial"/>
                <w:b/>
                <w:noProof/>
                <w:sz w:val="15"/>
                <w:lang w:val="ro-RO"/>
              </w:rPr>
              <w:t>1</w:t>
            </w:r>
          </w:p>
        </w:tc>
        <w:tc>
          <w:tcPr>
            <w:tcW w:w="4839" w:type="dxa"/>
            <w:tcMar>
              <w:top w:w="60" w:type="dxa"/>
              <w:left w:w="70" w:type="dxa"/>
              <w:bottom w:w="60" w:type="dxa"/>
              <w:right w:w="70" w:type="dxa"/>
            </w:tcMar>
            <w:vAlign w:val="center"/>
          </w:tcPr>
          <w:p w14:paraId="5BAFE788" w14:textId="77777777" w:rsidR="00082454" w:rsidRPr="004566A6" w:rsidRDefault="00000000">
            <w:pPr>
              <w:spacing w:after="0" w:line="240" w:lineRule="auto"/>
              <w:rPr>
                <w:noProof/>
                <w:lang w:val="ro-RO"/>
              </w:rPr>
            </w:pPr>
            <w:r w:rsidRPr="004566A6">
              <w:rPr>
                <w:rFonts w:eastAsia="Arial"/>
                <w:noProof/>
                <w:sz w:val="15"/>
                <w:lang w:val="ro-RO"/>
              </w:rPr>
              <w:t>Conducerea își asumă activ prevenirea accidentelor și îmbolnăvirilor?</w:t>
            </w:r>
          </w:p>
        </w:tc>
        <w:tc>
          <w:tcPr>
            <w:tcW w:w="1336" w:type="dxa"/>
            <w:tcMar>
              <w:top w:w="60" w:type="dxa"/>
              <w:left w:w="70" w:type="dxa"/>
              <w:bottom w:w="60" w:type="dxa"/>
              <w:right w:w="70" w:type="dxa"/>
            </w:tcMar>
            <w:vAlign w:val="center"/>
          </w:tcPr>
          <w:p w14:paraId="06522E44"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19C5A2B9"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4E0059A4" w14:textId="77777777" w:rsidR="00082454" w:rsidRPr="004566A6" w:rsidRDefault="00082454">
            <w:pPr>
              <w:spacing w:after="0" w:line="240" w:lineRule="auto"/>
              <w:jc w:val="center"/>
              <w:rPr>
                <w:noProof/>
                <w:lang w:val="ro-RO"/>
              </w:rPr>
            </w:pPr>
          </w:p>
        </w:tc>
      </w:tr>
      <w:tr w:rsidR="00082454" w:rsidRPr="004566A6" w14:paraId="7351DF3F" w14:textId="77777777" w:rsidTr="004566A6">
        <w:trPr>
          <w:cantSplit/>
          <w:trHeight w:val="213"/>
          <w:jc w:val="center"/>
        </w:trPr>
        <w:tc>
          <w:tcPr>
            <w:tcW w:w="1336" w:type="dxa"/>
            <w:shd w:val="clear" w:color="auto" w:fill="FAFAFA"/>
            <w:tcMar>
              <w:top w:w="60" w:type="dxa"/>
              <w:left w:w="70" w:type="dxa"/>
              <w:bottom w:w="60" w:type="dxa"/>
              <w:right w:w="70" w:type="dxa"/>
            </w:tcMar>
            <w:vAlign w:val="center"/>
          </w:tcPr>
          <w:p w14:paraId="6B62E59D" w14:textId="77777777" w:rsidR="00082454" w:rsidRPr="004566A6" w:rsidRDefault="00000000">
            <w:pPr>
              <w:spacing w:after="0" w:line="240" w:lineRule="auto"/>
              <w:jc w:val="center"/>
              <w:rPr>
                <w:noProof/>
                <w:lang w:val="ro-RO"/>
              </w:rPr>
            </w:pPr>
            <w:r w:rsidRPr="004566A6">
              <w:rPr>
                <w:rFonts w:eastAsia="Arial"/>
                <w:b/>
                <w:noProof/>
                <w:sz w:val="15"/>
                <w:lang w:val="ro-RO"/>
              </w:rPr>
              <w:t>2</w:t>
            </w:r>
          </w:p>
        </w:tc>
        <w:tc>
          <w:tcPr>
            <w:tcW w:w="4839" w:type="dxa"/>
            <w:shd w:val="clear" w:color="auto" w:fill="FAFAFA"/>
            <w:tcMar>
              <w:top w:w="60" w:type="dxa"/>
              <w:left w:w="70" w:type="dxa"/>
              <w:bottom w:w="60" w:type="dxa"/>
              <w:right w:w="70" w:type="dxa"/>
            </w:tcMar>
            <w:vAlign w:val="center"/>
          </w:tcPr>
          <w:p w14:paraId="4C0F9878" w14:textId="77777777" w:rsidR="00082454" w:rsidRPr="004566A6" w:rsidRDefault="00000000">
            <w:pPr>
              <w:spacing w:after="0" w:line="240" w:lineRule="auto"/>
              <w:rPr>
                <w:noProof/>
                <w:lang w:val="ro-RO"/>
              </w:rPr>
            </w:pPr>
            <w:r w:rsidRPr="004566A6">
              <w:rPr>
                <w:rFonts w:eastAsia="Arial"/>
                <w:noProof/>
                <w:sz w:val="15"/>
                <w:lang w:val="ro-RO"/>
              </w:rPr>
              <w:t>Lucrătorii non-manageriali participă la identificarea pericolelor și alegerea controalelor?</w:t>
            </w:r>
          </w:p>
        </w:tc>
        <w:tc>
          <w:tcPr>
            <w:tcW w:w="1336" w:type="dxa"/>
            <w:shd w:val="clear" w:color="auto" w:fill="FAFAFA"/>
            <w:tcMar>
              <w:top w:w="60" w:type="dxa"/>
              <w:left w:w="70" w:type="dxa"/>
              <w:bottom w:w="60" w:type="dxa"/>
              <w:right w:w="70" w:type="dxa"/>
            </w:tcMar>
            <w:vAlign w:val="center"/>
          </w:tcPr>
          <w:p w14:paraId="0D5904BF"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2B17BC00"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489410B6" w14:textId="77777777" w:rsidR="00082454" w:rsidRPr="004566A6" w:rsidRDefault="00082454">
            <w:pPr>
              <w:spacing w:after="0" w:line="240" w:lineRule="auto"/>
              <w:jc w:val="center"/>
              <w:rPr>
                <w:noProof/>
                <w:lang w:val="ro-RO"/>
              </w:rPr>
            </w:pPr>
          </w:p>
        </w:tc>
      </w:tr>
      <w:tr w:rsidR="00082454" w:rsidRPr="004566A6" w14:paraId="37A3DBF8" w14:textId="77777777" w:rsidTr="004566A6">
        <w:trPr>
          <w:cantSplit/>
          <w:trHeight w:val="213"/>
          <w:jc w:val="center"/>
        </w:trPr>
        <w:tc>
          <w:tcPr>
            <w:tcW w:w="1336" w:type="dxa"/>
            <w:tcMar>
              <w:top w:w="60" w:type="dxa"/>
              <w:left w:w="70" w:type="dxa"/>
              <w:bottom w:w="60" w:type="dxa"/>
              <w:right w:w="70" w:type="dxa"/>
            </w:tcMar>
            <w:vAlign w:val="center"/>
          </w:tcPr>
          <w:p w14:paraId="26EE5884" w14:textId="77777777" w:rsidR="00082454" w:rsidRPr="004566A6" w:rsidRDefault="00000000">
            <w:pPr>
              <w:spacing w:after="0" w:line="240" w:lineRule="auto"/>
              <w:jc w:val="center"/>
              <w:rPr>
                <w:noProof/>
                <w:lang w:val="ro-RO"/>
              </w:rPr>
            </w:pPr>
            <w:r w:rsidRPr="004566A6">
              <w:rPr>
                <w:rFonts w:eastAsia="Arial"/>
                <w:b/>
                <w:noProof/>
                <w:sz w:val="15"/>
                <w:lang w:val="ro-RO"/>
              </w:rPr>
              <w:t>3</w:t>
            </w:r>
          </w:p>
        </w:tc>
        <w:tc>
          <w:tcPr>
            <w:tcW w:w="4839" w:type="dxa"/>
            <w:tcMar>
              <w:top w:w="60" w:type="dxa"/>
              <w:left w:w="70" w:type="dxa"/>
              <w:bottom w:w="60" w:type="dxa"/>
              <w:right w:w="70" w:type="dxa"/>
            </w:tcMar>
            <w:vAlign w:val="center"/>
          </w:tcPr>
          <w:p w14:paraId="20C697B2" w14:textId="77777777" w:rsidR="00082454" w:rsidRPr="004566A6" w:rsidRDefault="00000000">
            <w:pPr>
              <w:spacing w:after="0" w:line="240" w:lineRule="auto"/>
              <w:rPr>
                <w:noProof/>
                <w:lang w:val="ro-RO"/>
              </w:rPr>
            </w:pPr>
            <w:r w:rsidRPr="004566A6">
              <w:rPr>
                <w:rFonts w:eastAsia="Arial"/>
                <w:noProof/>
                <w:sz w:val="15"/>
                <w:lang w:val="ro-RO"/>
              </w:rPr>
              <w:t>Domeniul include activități externe, contractanți și persoanele relevante?</w:t>
            </w:r>
          </w:p>
        </w:tc>
        <w:tc>
          <w:tcPr>
            <w:tcW w:w="1336" w:type="dxa"/>
            <w:tcMar>
              <w:top w:w="60" w:type="dxa"/>
              <w:left w:w="70" w:type="dxa"/>
              <w:bottom w:w="60" w:type="dxa"/>
              <w:right w:w="70" w:type="dxa"/>
            </w:tcMar>
            <w:vAlign w:val="center"/>
          </w:tcPr>
          <w:p w14:paraId="7DB65609"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570F9752"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0C2D0EF7" w14:textId="77777777" w:rsidR="00082454" w:rsidRPr="004566A6" w:rsidRDefault="00082454">
            <w:pPr>
              <w:spacing w:after="0" w:line="240" w:lineRule="auto"/>
              <w:jc w:val="center"/>
              <w:rPr>
                <w:noProof/>
                <w:lang w:val="ro-RO"/>
              </w:rPr>
            </w:pPr>
          </w:p>
        </w:tc>
      </w:tr>
      <w:tr w:rsidR="00082454" w:rsidRPr="004566A6" w14:paraId="2F546ABE" w14:textId="77777777" w:rsidTr="004566A6">
        <w:trPr>
          <w:cantSplit/>
          <w:trHeight w:val="226"/>
          <w:jc w:val="center"/>
        </w:trPr>
        <w:tc>
          <w:tcPr>
            <w:tcW w:w="1336" w:type="dxa"/>
            <w:shd w:val="clear" w:color="auto" w:fill="FAFAFA"/>
            <w:tcMar>
              <w:top w:w="60" w:type="dxa"/>
              <w:left w:w="70" w:type="dxa"/>
              <w:bottom w:w="60" w:type="dxa"/>
              <w:right w:w="70" w:type="dxa"/>
            </w:tcMar>
            <w:vAlign w:val="center"/>
          </w:tcPr>
          <w:p w14:paraId="243A8273" w14:textId="77777777" w:rsidR="00082454" w:rsidRPr="004566A6" w:rsidRDefault="00000000">
            <w:pPr>
              <w:spacing w:after="0" w:line="240" w:lineRule="auto"/>
              <w:jc w:val="center"/>
              <w:rPr>
                <w:noProof/>
                <w:lang w:val="ro-RO"/>
              </w:rPr>
            </w:pPr>
            <w:r w:rsidRPr="004566A6">
              <w:rPr>
                <w:rFonts w:eastAsia="Arial"/>
                <w:b/>
                <w:noProof/>
                <w:sz w:val="15"/>
                <w:lang w:val="ro-RO"/>
              </w:rPr>
              <w:t>4</w:t>
            </w:r>
          </w:p>
        </w:tc>
        <w:tc>
          <w:tcPr>
            <w:tcW w:w="4839" w:type="dxa"/>
            <w:shd w:val="clear" w:color="auto" w:fill="FAFAFA"/>
            <w:tcMar>
              <w:top w:w="60" w:type="dxa"/>
              <w:left w:w="70" w:type="dxa"/>
              <w:bottom w:w="60" w:type="dxa"/>
              <w:right w:w="70" w:type="dxa"/>
            </w:tcMar>
            <w:vAlign w:val="center"/>
          </w:tcPr>
          <w:p w14:paraId="73AB48F2" w14:textId="77777777" w:rsidR="00082454" w:rsidRPr="004566A6" w:rsidRDefault="00000000">
            <w:pPr>
              <w:spacing w:after="0" w:line="240" w:lineRule="auto"/>
              <w:rPr>
                <w:noProof/>
                <w:lang w:val="ro-RO"/>
              </w:rPr>
            </w:pPr>
            <w:r w:rsidRPr="004566A6">
              <w:rPr>
                <w:rFonts w:eastAsia="Arial"/>
                <w:noProof/>
                <w:sz w:val="15"/>
                <w:lang w:val="ro-RO"/>
              </w:rPr>
              <w:t>Pericolele fizice, chimice, biologice, ergonomice și psihosociale sunt evaluate?</w:t>
            </w:r>
          </w:p>
        </w:tc>
        <w:tc>
          <w:tcPr>
            <w:tcW w:w="1336" w:type="dxa"/>
            <w:shd w:val="clear" w:color="auto" w:fill="FAFAFA"/>
            <w:tcMar>
              <w:top w:w="60" w:type="dxa"/>
              <w:left w:w="70" w:type="dxa"/>
              <w:bottom w:w="60" w:type="dxa"/>
              <w:right w:w="70" w:type="dxa"/>
            </w:tcMar>
            <w:vAlign w:val="center"/>
          </w:tcPr>
          <w:p w14:paraId="0D1A5D95"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4784E5BC"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506E3783" w14:textId="77777777" w:rsidR="00082454" w:rsidRPr="004566A6" w:rsidRDefault="00082454">
            <w:pPr>
              <w:spacing w:after="0" w:line="240" w:lineRule="auto"/>
              <w:jc w:val="center"/>
              <w:rPr>
                <w:noProof/>
                <w:lang w:val="ro-RO"/>
              </w:rPr>
            </w:pPr>
          </w:p>
        </w:tc>
      </w:tr>
      <w:tr w:rsidR="00082454" w:rsidRPr="004566A6" w14:paraId="19CCEC66" w14:textId="77777777" w:rsidTr="004566A6">
        <w:trPr>
          <w:cantSplit/>
          <w:trHeight w:val="213"/>
          <w:jc w:val="center"/>
        </w:trPr>
        <w:tc>
          <w:tcPr>
            <w:tcW w:w="1336" w:type="dxa"/>
            <w:tcMar>
              <w:top w:w="60" w:type="dxa"/>
              <w:left w:w="70" w:type="dxa"/>
              <w:bottom w:w="60" w:type="dxa"/>
              <w:right w:w="70" w:type="dxa"/>
            </w:tcMar>
            <w:vAlign w:val="center"/>
          </w:tcPr>
          <w:p w14:paraId="548FBFCF" w14:textId="77777777" w:rsidR="00082454" w:rsidRPr="004566A6" w:rsidRDefault="00000000">
            <w:pPr>
              <w:spacing w:after="0" w:line="240" w:lineRule="auto"/>
              <w:jc w:val="center"/>
              <w:rPr>
                <w:noProof/>
                <w:lang w:val="ro-RO"/>
              </w:rPr>
            </w:pPr>
            <w:r w:rsidRPr="004566A6">
              <w:rPr>
                <w:rFonts w:eastAsia="Arial"/>
                <w:b/>
                <w:noProof/>
                <w:sz w:val="15"/>
                <w:lang w:val="ro-RO"/>
              </w:rPr>
              <w:t>5</w:t>
            </w:r>
          </w:p>
        </w:tc>
        <w:tc>
          <w:tcPr>
            <w:tcW w:w="4839" w:type="dxa"/>
            <w:tcMar>
              <w:top w:w="60" w:type="dxa"/>
              <w:left w:w="70" w:type="dxa"/>
              <w:bottom w:w="60" w:type="dxa"/>
              <w:right w:w="70" w:type="dxa"/>
            </w:tcMar>
            <w:vAlign w:val="center"/>
          </w:tcPr>
          <w:p w14:paraId="29BE384D" w14:textId="77777777" w:rsidR="00082454" w:rsidRPr="004566A6" w:rsidRDefault="00000000">
            <w:pPr>
              <w:spacing w:after="0" w:line="240" w:lineRule="auto"/>
              <w:rPr>
                <w:noProof/>
                <w:lang w:val="ro-RO"/>
              </w:rPr>
            </w:pPr>
            <w:r w:rsidRPr="004566A6">
              <w:rPr>
                <w:rFonts w:eastAsia="Arial"/>
                <w:noProof/>
                <w:sz w:val="15"/>
                <w:lang w:val="ro-RO"/>
              </w:rPr>
              <w:t>Obligațiile legale și alte cerințe sunt actualizate și evaluate?</w:t>
            </w:r>
          </w:p>
        </w:tc>
        <w:tc>
          <w:tcPr>
            <w:tcW w:w="1336" w:type="dxa"/>
            <w:tcMar>
              <w:top w:w="60" w:type="dxa"/>
              <w:left w:w="70" w:type="dxa"/>
              <w:bottom w:w="60" w:type="dxa"/>
              <w:right w:w="70" w:type="dxa"/>
            </w:tcMar>
            <w:vAlign w:val="center"/>
          </w:tcPr>
          <w:p w14:paraId="01829C1F"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0AAC02F1"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03F99B71" w14:textId="77777777" w:rsidR="00082454" w:rsidRPr="004566A6" w:rsidRDefault="00082454">
            <w:pPr>
              <w:spacing w:after="0" w:line="240" w:lineRule="auto"/>
              <w:jc w:val="center"/>
              <w:rPr>
                <w:noProof/>
                <w:lang w:val="ro-RO"/>
              </w:rPr>
            </w:pPr>
          </w:p>
        </w:tc>
      </w:tr>
      <w:tr w:rsidR="00082454" w:rsidRPr="00245FA7" w14:paraId="16D00BF4" w14:textId="77777777" w:rsidTr="004566A6">
        <w:trPr>
          <w:cantSplit/>
          <w:trHeight w:val="213"/>
          <w:jc w:val="center"/>
        </w:trPr>
        <w:tc>
          <w:tcPr>
            <w:tcW w:w="1336" w:type="dxa"/>
            <w:shd w:val="clear" w:color="auto" w:fill="FAFAFA"/>
            <w:tcMar>
              <w:top w:w="60" w:type="dxa"/>
              <w:left w:w="70" w:type="dxa"/>
              <w:bottom w:w="60" w:type="dxa"/>
              <w:right w:w="70" w:type="dxa"/>
            </w:tcMar>
            <w:vAlign w:val="center"/>
          </w:tcPr>
          <w:p w14:paraId="6595B292" w14:textId="77777777" w:rsidR="00082454" w:rsidRPr="004566A6" w:rsidRDefault="00000000">
            <w:pPr>
              <w:spacing w:after="0" w:line="240" w:lineRule="auto"/>
              <w:jc w:val="center"/>
              <w:rPr>
                <w:noProof/>
                <w:lang w:val="ro-RO"/>
              </w:rPr>
            </w:pPr>
            <w:r w:rsidRPr="004566A6">
              <w:rPr>
                <w:rFonts w:eastAsia="Arial"/>
                <w:b/>
                <w:noProof/>
                <w:sz w:val="15"/>
                <w:lang w:val="ro-RO"/>
              </w:rPr>
              <w:t>6</w:t>
            </w:r>
          </w:p>
        </w:tc>
        <w:tc>
          <w:tcPr>
            <w:tcW w:w="4839" w:type="dxa"/>
            <w:shd w:val="clear" w:color="auto" w:fill="FAFAFA"/>
            <w:tcMar>
              <w:top w:w="60" w:type="dxa"/>
              <w:left w:w="70" w:type="dxa"/>
              <w:bottom w:w="60" w:type="dxa"/>
              <w:right w:w="70" w:type="dxa"/>
            </w:tcMar>
            <w:vAlign w:val="center"/>
          </w:tcPr>
          <w:p w14:paraId="3AF0855C" w14:textId="77777777" w:rsidR="00082454" w:rsidRPr="004566A6" w:rsidRDefault="00000000">
            <w:pPr>
              <w:spacing w:after="0" w:line="240" w:lineRule="auto"/>
              <w:rPr>
                <w:noProof/>
                <w:lang w:val="ro-RO"/>
              </w:rPr>
            </w:pPr>
            <w:r w:rsidRPr="004566A6">
              <w:rPr>
                <w:rFonts w:eastAsia="Arial"/>
                <w:noProof/>
                <w:sz w:val="15"/>
                <w:lang w:val="ro-RO"/>
              </w:rPr>
              <w:t>Ierarhia controalelor este utilizată înainte de a recurge la EIP?</w:t>
            </w:r>
          </w:p>
        </w:tc>
        <w:tc>
          <w:tcPr>
            <w:tcW w:w="1336" w:type="dxa"/>
            <w:shd w:val="clear" w:color="auto" w:fill="FAFAFA"/>
            <w:tcMar>
              <w:top w:w="60" w:type="dxa"/>
              <w:left w:w="70" w:type="dxa"/>
              <w:bottom w:w="60" w:type="dxa"/>
              <w:right w:w="70" w:type="dxa"/>
            </w:tcMar>
            <w:vAlign w:val="center"/>
          </w:tcPr>
          <w:p w14:paraId="3838F563"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7C2A9E12"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09FF00D8" w14:textId="77777777" w:rsidR="00082454" w:rsidRPr="004566A6" w:rsidRDefault="00082454">
            <w:pPr>
              <w:spacing w:after="0" w:line="240" w:lineRule="auto"/>
              <w:jc w:val="center"/>
              <w:rPr>
                <w:noProof/>
                <w:lang w:val="ro-RO"/>
              </w:rPr>
            </w:pPr>
          </w:p>
        </w:tc>
      </w:tr>
      <w:tr w:rsidR="00082454" w:rsidRPr="004566A6" w14:paraId="28FA3C65" w14:textId="77777777" w:rsidTr="004566A6">
        <w:trPr>
          <w:cantSplit/>
          <w:trHeight w:val="213"/>
          <w:jc w:val="center"/>
        </w:trPr>
        <w:tc>
          <w:tcPr>
            <w:tcW w:w="1336" w:type="dxa"/>
            <w:tcMar>
              <w:top w:w="60" w:type="dxa"/>
              <w:left w:w="70" w:type="dxa"/>
              <w:bottom w:w="60" w:type="dxa"/>
              <w:right w:w="70" w:type="dxa"/>
            </w:tcMar>
            <w:vAlign w:val="center"/>
          </w:tcPr>
          <w:p w14:paraId="46674CEF" w14:textId="77777777" w:rsidR="00082454" w:rsidRPr="004566A6" w:rsidRDefault="00000000">
            <w:pPr>
              <w:spacing w:after="0" w:line="240" w:lineRule="auto"/>
              <w:jc w:val="center"/>
              <w:rPr>
                <w:noProof/>
                <w:lang w:val="ro-RO"/>
              </w:rPr>
            </w:pPr>
            <w:r w:rsidRPr="004566A6">
              <w:rPr>
                <w:rFonts w:eastAsia="Arial"/>
                <w:b/>
                <w:noProof/>
                <w:sz w:val="15"/>
                <w:lang w:val="ro-RO"/>
              </w:rPr>
              <w:t>7</w:t>
            </w:r>
          </w:p>
        </w:tc>
        <w:tc>
          <w:tcPr>
            <w:tcW w:w="4839" w:type="dxa"/>
            <w:tcMar>
              <w:top w:w="60" w:type="dxa"/>
              <w:left w:w="70" w:type="dxa"/>
              <w:bottom w:w="60" w:type="dxa"/>
              <w:right w:w="70" w:type="dxa"/>
            </w:tcMar>
            <w:vAlign w:val="center"/>
          </w:tcPr>
          <w:p w14:paraId="03FF36A2" w14:textId="77777777" w:rsidR="00082454" w:rsidRPr="004566A6" w:rsidRDefault="00000000">
            <w:pPr>
              <w:spacing w:after="0" w:line="240" w:lineRule="auto"/>
              <w:rPr>
                <w:noProof/>
                <w:lang w:val="ro-RO"/>
              </w:rPr>
            </w:pPr>
            <w:r w:rsidRPr="004566A6">
              <w:rPr>
                <w:rFonts w:eastAsia="Arial"/>
                <w:noProof/>
                <w:sz w:val="15"/>
                <w:lang w:val="ro-RO"/>
              </w:rPr>
              <w:t>Schimbările, achizițiile, contractanții și procesele externalizate sunt controlate?</w:t>
            </w:r>
          </w:p>
        </w:tc>
        <w:tc>
          <w:tcPr>
            <w:tcW w:w="1336" w:type="dxa"/>
            <w:tcMar>
              <w:top w:w="60" w:type="dxa"/>
              <w:left w:w="70" w:type="dxa"/>
              <w:bottom w:w="60" w:type="dxa"/>
              <w:right w:w="70" w:type="dxa"/>
            </w:tcMar>
            <w:vAlign w:val="center"/>
          </w:tcPr>
          <w:p w14:paraId="70DF951A"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4C6805C0"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4DB1619A" w14:textId="77777777" w:rsidR="00082454" w:rsidRPr="004566A6" w:rsidRDefault="00082454">
            <w:pPr>
              <w:spacing w:after="0" w:line="240" w:lineRule="auto"/>
              <w:jc w:val="center"/>
              <w:rPr>
                <w:noProof/>
                <w:lang w:val="ro-RO"/>
              </w:rPr>
            </w:pPr>
          </w:p>
        </w:tc>
      </w:tr>
      <w:tr w:rsidR="00082454" w:rsidRPr="00245FA7" w14:paraId="517DEA2C" w14:textId="77777777" w:rsidTr="004566A6">
        <w:trPr>
          <w:cantSplit/>
          <w:trHeight w:val="213"/>
          <w:jc w:val="center"/>
        </w:trPr>
        <w:tc>
          <w:tcPr>
            <w:tcW w:w="1336" w:type="dxa"/>
            <w:shd w:val="clear" w:color="auto" w:fill="FAFAFA"/>
            <w:tcMar>
              <w:top w:w="60" w:type="dxa"/>
              <w:left w:w="70" w:type="dxa"/>
              <w:bottom w:w="60" w:type="dxa"/>
              <w:right w:w="70" w:type="dxa"/>
            </w:tcMar>
            <w:vAlign w:val="center"/>
          </w:tcPr>
          <w:p w14:paraId="22EBB44D" w14:textId="77777777" w:rsidR="00082454" w:rsidRPr="004566A6" w:rsidRDefault="00000000">
            <w:pPr>
              <w:spacing w:after="0" w:line="240" w:lineRule="auto"/>
              <w:jc w:val="center"/>
              <w:rPr>
                <w:noProof/>
                <w:lang w:val="ro-RO"/>
              </w:rPr>
            </w:pPr>
            <w:r w:rsidRPr="004566A6">
              <w:rPr>
                <w:rFonts w:eastAsia="Arial"/>
                <w:b/>
                <w:noProof/>
                <w:sz w:val="15"/>
                <w:lang w:val="ro-RO"/>
              </w:rPr>
              <w:t>8</w:t>
            </w:r>
          </w:p>
        </w:tc>
        <w:tc>
          <w:tcPr>
            <w:tcW w:w="4839" w:type="dxa"/>
            <w:shd w:val="clear" w:color="auto" w:fill="FAFAFA"/>
            <w:tcMar>
              <w:top w:w="60" w:type="dxa"/>
              <w:left w:w="70" w:type="dxa"/>
              <w:bottom w:w="60" w:type="dxa"/>
              <w:right w:w="70" w:type="dxa"/>
            </w:tcMar>
            <w:vAlign w:val="center"/>
          </w:tcPr>
          <w:p w14:paraId="4770BDFF" w14:textId="77777777" w:rsidR="00082454" w:rsidRPr="004566A6" w:rsidRDefault="00000000">
            <w:pPr>
              <w:spacing w:after="0" w:line="240" w:lineRule="auto"/>
              <w:rPr>
                <w:noProof/>
                <w:lang w:val="ro-RO"/>
              </w:rPr>
            </w:pPr>
            <w:r w:rsidRPr="004566A6">
              <w:rPr>
                <w:rFonts w:eastAsia="Arial"/>
                <w:noProof/>
                <w:sz w:val="15"/>
                <w:lang w:val="ro-RO"/>
              </w:rPr>
              <w:t>Competența pentru sarcinile cu risc ridicat este demonstrată practic?</w:t>
            </w:r>
          </w:p>
        </w:tc>
        <w:tc>
          <w:tcPr>
            <w:tcW w:w="1336" w:type="dxa"/>
            <w:shd w:val="clear" w:color="auto" w:fill="FAFAFA"/>
            <w:tcMar>
              <w:top w:w="60" w:type="dxa"/>
              <w:left w:w="70" w:type="dxa"/>
              <w:bottom w:w="60" w:type="dxa"/>
              <w:right w:w="70" w:type="dxa"/>
            </w:tcMar>
            <w:vAlign w:val="center"/>
          </w:tcPr>
          <w:p w14:paraId="4B35B92D"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670DCF82"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17DE981A" w14:textId="77777777" w:rsidR="00082454" w:rsidRPr="004566A6" w:rsidRDefault="00082454">
            <w:pPr>
              <w:spacing w:after="0" w:line="240" w:lineRule="auto"/>
              <w:jc w:val="center"/>
              <w:rPr>
                <w:noProof/>
                <w:lang w:val="ro-RO"/>
              </w:rPr>
            </w:pPr>
          </w:p>
        </w:tc>
      </w:tr>
      <w:tr w:rsidR="00082454" w:rsidRPr="004566A6" w14:paraId="7BC92357" w14:textId="77777777" w:rsidTr="004566A6">
        <w:trPr>
          <w:cantSplit/>
          <w:trHeight w:val="213"/>
          <w:jc w:val="center"/>
        </w:trPr>
        <w:tc>
          <w:tcPr>
            <w:tcW w:w="1336" w:type="dxa"/>
            <w:tcMar>
              <w:top w:w="60" w:type="dxa"/>
              <w:left w:w="70" w:type="dxa"/>
              <w:bottom w:w="60" w:type="dxa"/>
              <w:right w:w="70" w:type="dxa"/>
            </w:tcMar>
            <w:vAlign w:val="center"/>
          </w:tcPr>
          <w:p w14:paraId="668D73D2" w14:textId="77777777" w:rsidR="00082454" w:rsidRPr="004566A6" w:rsidRDefault="00000000">
            <w:pPr>
              <w:spacing w:after="0" w:line="240" w:lineRule="auto"/>
              <w:jc w:val="center"/>
              <w:rPr>
                <w:noProof/>
                <w:lang w:val="ro-RO"/>
              </w:rPr>
            </w:pPr>
            <w:r w:rsidRPr="004566A6">
              <w:rPr>
                <w:rFonts w:eastAsia="Arial"/>
                <w:b/>
                <w:noProof/>
                <w:sz w:val="15"/>
                <w:lang w:val="ro-RO"/>
              </w:rPr>
              <w:t>9</w:t>
            </w:r>
          </w:p>
        </w:tc>
        <w:tc>
          <w:tcPr>
            <w:tcW w:w="4839" w:type="dxa"/>
            <w:tcMar>
              <w:top w:w="60" w:type="dxa"/>
              <w:left w:w="70" w:type="dxa"/>
              <w:bottom w:w="60" w:type="dxa"/>
              <w:right w:w="70" w:type="dxa"/>
            </w:tcMar>
            <w:vAlign w:val="center"/>
          </w:tcPr>
          <w:p w14:paraId="5BA13753" w14:textId="77777777" w:rsidR="00082454" w:rsidRPr="004566A6" w:rsidRDefault="00000000">
            <w:pPr>
              <w:spacing w:after="0" w:line="240" w:lineRule="auto"/>
              <w:rPr>
                <w:noProof/>
                <w:lang w:val="ro-RO"/>
              </w:rPr>
            </w:pPr>
            <w:r w:rsidRPr="004566A6">
              <w:rPr>
                <w:rFonts w:eastAsia="Arial"/>
                <w:noProof/>
                <w:sz w:val="15"/>
                <w:lang w:val="ro-RO"/>
              </w:rPr>
              <w:t>Situațiile de urgență sunt identificate, echipate și testate?</w:t>
            </w:r>
          </w:p>
        </w:tc>
        <w:tc>
          <w:tcPr>
            <w:tcW w:w="1336" w:type="dxa"/>
            <w:tcMar>
              <w:top w:w="60" w:type="dxa"/>
              <w:left w:w="70" w:type="dxa"/>
              <w:bottom w:w="60" w:type="dxa"/>
              <w:right w:w="70" w:type="dxa"/>
            </w:tcMar>
            <w:vAlign w:val="center"/>
          </w:tcPr>
          <w:p w14:paraId="52D4448A"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345656B9"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6F49C2F5" w14:textId="77777777" w:rsidR="00082454" w:rsidRPr="004566A6" w:rsidRDefault="00082454">
            <w:pPr>
              <w:spacing w:after="0" w:line="240" w:lineRule="auto"/>
              <w:jc w:val="center"/>
              <w:rPr>
                <w:noProof/>
                <w:lang w:val="ro-RO"/>
              </w:rPr>
            </w:pPr>
          </w:p>
        </w:tc>
      </w:tr>
      <w:tr w:rsidR="00082454" w:rsidRPr="004566A6" w14:paraId="2FBD76F9" w14:textId="77777777" w:rsidTr="004566A6">
        <w:trPr>
          <w:cantSplit/>
          <w:trHeight w:val="213"/>
          <w:jc w:val="center"/>
        </w:trPr>
        <w:tc>
          <w:tcPr>
            <w:tcW w:w="1336" w:type="dxa"/>
            <w:shd w:val="clear" w:color="auto" w:fill="FAFAFA"/>
            <w:tcMar>
              <w:top w:w="60" w:type="dxa"/>
              <w:left w:w="70" w:type="dxa"/>
              <w:bottom w:w="60" w:type="dxa"/>
              <w:right w:w="70" w:type="dxa"/>
            </w:tcMar>
            <w:vAlign w:val="center"/>
          </w:tcPr>
          <w:p w14:paraId="6E5DC800" w14:textId="77777777" w:rsidR="00082454" w:rsidRPr="004566A6" w:rsidRDefault="00000000">
            <w:pPr>
              <w:spacing w:after="0" w:line="240" w:lineRule="auto"/>
              <w:jc w:val="center"/>
              <w:rPr>
                <w:noProof/>
                <w:lang w:val="ro-RO"/>
              </w:rPr>
            </w:pPr>
            <w:r w:rsidRPr="004566A6">
              <w:rPr>
                <w:rFonts w:eastAsia="Arial"/>
                <w:b/>
                <w:noProof/>
                <w:sz w:val="15"/>
                <w:lang w:val="ro-RO"/>
              </w:rPr>
              <w:t>10</w:t>
            </w:r>
          </w:p>
        </w:tc>
        <w:tc>
          <w:tcPr>
            <w:tcW w:w="4839" w:type="dxa"/>
            <w:shd w:val="clear" w:color="auto" w:fill="FAFAFA"/>
            <w:tcMar>
              <w:top w:w="60" w:type="dxa"/>
              <w:left w:w="70" w:type="dxa"/>
              <w:bottom w:w="60" w:type="dxa"/>
              <w:right w:w="70" w:type="dxa"/>
            </w:tcMar>
            <w:vAlign w:val="center"/>
          </w:tcPr>
          <w:p w14:paraId="1ECE8A88" w14:textId="77777777" w:rsidR="00082454" w:rsidRPr="004566A6" w:rsidRDefault="00000000">
            <w:pPr>
              <w:spacing w:after="0" w:line="240" w:lineRule="auto"/>
              <w:rPr>
                <w:noProof/>
                <w:lang w:val="ro-RO"/>
              </w:rPr>
            </w:pPr>
            <w:r w:rsidRPr="004566A6">
              <w:rPr>
                <w:rFonts w:eastAsia="Arial"/>
                <w:noProof/>
                <w:sz w:val="15"/>
                <w:lang w:val="ro-RO"/>
              </w:rPr>
              <w:t>Indicatorii proactivi și reactivi sunt analizați și utilizați pentru decizii?</w:t>
            </w:r>
          </w:p>
        </w:tc>
        <w:tc>
          <w:tcPr>
            <w:tcW w:w="1336" w:type="dxa"/>
            <w:shd w:val="clear" w:color="auto" w:fill="FAFAFA"/>
            <w:tcMar>
              <w:top w:w="60" w:type="dxa"/>
              <w:left w:w="70" w:type="dxa"/>
              <w:bottom w:w="60" w:type="dxa"/>
              <w:right w:w="70" w:type="dxa"/>
            </w:tcMar>
            <w:vAlign w:val="center"/>
          </w:tcPr>
          <w:p w14:paraId="74A557D9"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062814E0"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4AB57E5C" w14:textId="77777777" w:rsidR="00082454" w:rsidRPr="004566A6" w:rsidRDefault="00082454">
            <w:pPr>
              <w:spacing w:after="0" w:line="240" w:lineRule="auto"/>
              <w:jc w:val="center"/>
              <w:rPr>
                <w:noProof/>
                <w:lang w:val="ro-RO"/>
              </w:rPr>
            </w:pPr>
          </w:p>
        </w:tc>
      </w:tr>
      <w:tr w:rsidR="00082454" w:rsidRPr="004566A6" w14:paraId="4A7D278E" w14:textId="77777777" w:rsidTr="004566A6">
        <w:trPr>
          <w:cantSplit/>
          <w:trHeight w:val="213"/>
          <w:jc w:val="center"/>
        </w:trPr>
        <w:tc>
          <w:tcPr>
            <w:tcW w:w="1336" w:type="dxa"/>
            <w:tcMar>
              <w:top w:w="60" w:type="dxa"/>
              <w:left w:w="70" w:type="dxa"/>
              <w:bottom w:w="60" w:type="dxa"/>
              <w:right w:w="70" w:type="dxa"/>
            </w:tcMar>
            <w:vAlign w:val="center"/>
          </w:tcPr>
          <w:p w14:paraId="128A0959" w14:textId="77777777" w:rsidR="00082454" w:rsidRPr="004566A6" w:rsidRDefault="00000000">
            <w:pPr>
              <w:spacing w:after="0" w:line="240" w:lineRule="auto"/>
              <w:jc w:val="center"/>
              <w:rPr>
                <w:noProof/>
                <w:lang w:val="ro-RO"/>
              </w:rPr>
            </w:pPr>
            <w:r w:rsidRPr="004566A6">
              <w:rPr>
                <w:rFonts w:eastAsia="Arial"/>
                <w:b/>
                <w:noProof/>
                <w:sz w:val="15"/>
                <w:lang w:val="ro-RO"/>
              </w:rPr>
              <w:t>11</w:t>
            </w:r>
          </w:p>
        </w:tc>
        <w:tc>
          <w:tcPr>
            <w:tcW w:w="4839" w:type="dxa"/>
            <w:tcMar>
              <w:top w:w="60" w:type="dxa"/>
              <w:left w:w="70" w:type="dxa"/>
              <w:bottom w:w="60" w:type="dxa"/>
              <w:right w:w="70" w:type="dxa"/>
            </w:tcMar>
            <w:vAlign w:val="center"/>
          </w:tcPr>
          <w:p w14:paraId="54955B78" w14:textId="77777777" w:rsidR="00082454" w:rsidRPr="004566A6" w:rsidRDefault="00000000">
            <w:pPr>
              <w:spacing w:after="0" w:line="240" w:lineRule="auto"/>
              <w:rPr>
                <w:noProof/>
                <w:lang w:val="ro-RO"/>
              </w:rPr>
            </w:pPr>
            <w:r w:rsidRPr="004566A6">
              <w:rPr>
                <w:rFonts w:eastAsia="Arial"/>
                <w:noProof/>
                <w:sz w:val="15"/>
                <w:lang w:val="ro-RO"/>
              </w:rPr>
              <w:t>Incidentele și near miss-urile sunt investigate cu participarea lucrătorilor?</w:t>
            </w:r>
          </w:p>
        </w:tc>
        <w:tc>
          <w:tcPr>
            <w:tcW w:w="1336" w:type="dxa"/>
            <w:tcMar>
              <w:top w:w="60" w:type="dxa"/>
              <w:left w:w="70" w:type="dxa"/>
              <w:bottom w:w="60" w:type="dxa"/>
              <w:right w:w="70" w:type="dxa"/>
            </w:tcMar>
            <w:vAlign w:val="center"/>
          </w:tcPr>
          <w:p w14:paraId="00E2F705"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1E2B27ED" w14:textId="77777777" w:rsidR="00082454" w:rsidRPr="004566A6" w:rsidRDefault="00082454">
            <w:pPr>
              <w:spacing w:after="0" w:line="240" w:lineRule="auto"/>
              <w:jc w:val="center"/>
              <w:rPr>
                <w:noProof/>
                <w:lang w:val="ro-RO"/>
              </w:rPr>
            </w:pPr>
          </w:p>
        </w:tc>
        <w:tc>
          <w:tcPr>
            <w:tcW w:w="1336" w:type="dxa"/>
            <w:tcMar>
              <w:top w:w="60" w:type="dxa"/>
              <w:left w:w="70" w:type="dxa"/>
              <w:bottom w:w="60" w:type="dxa"/>
              <w:right w:w="70" w:type="dxa"/>
            </w:tcMar>
            <w:vAlign w:val="center"/>
          </w:tcPr>
          <w:p w14:paraId="78A76FE9" w14:textId="77777777" w:rsidR="00082454" w:rsidRPr="004566A6" w:rsidRDefault="00082454">
            <w:pPr>
              <w:spacing w:after="0" w:line="240" w:lineRule="auto"/>
              <w:jc w:val="center"/>
              <w:rPr>
                <w:noProof/>
                <w:lang w:val="ro-RO"/>
              </w:rPr>
            </w:pPr>
          </w:p>
        </w:tc>
      </w:tr>
      <w:tr w:rsidR="00082454" w:rsidRPr="004566A6" w14:paraId="5DA135F0" w14:textId="77777777" w:rsidTr="004566A6">
        <w:trPr>
          <w:cantSplit/>
          <w:trHeight w:val="213"/>
          <w:jc w:val="center"/>
        </w:trPr>
        <w:tc>
          <w:tcPr>
            <w:tcW w:w="1336" w:type="dxa"/>
            <w:shd w:val="clear" w:color="auto" w:fill="FAFAFA"/>
            <w:tcMar>
              <w:top w:w="60" w:type="dxa"/>
              <w:left w:w="70" w:type="dxa"/>
              <w:bottom w:w="60" w:type="dxa"/>
              <w:right w:w="70" w:type="dxa"/>
            </w:tcMar>
            <w:vAlign w:val="center"/>
          </w:tcPr>
          <w:p w14:paraId="3E635604" w14:textId="77777777" w:rsidR="00082454" w:rsidRPr="004566A6" w:rsidRDefault="00000000">
            <w:pPr>
              <w:spacing w:after="0" w:line="240" w:lineRule="auto"/>
              <w:jc w:val="center"/>
              <w:rPr>
                <w:noProof/>
                <w:lang w:val="ro-RO"/>
              </w:rPr>
            </w:pPr>
            <w:r w:rsidRPr="004566A6">
              <w:rPr>
                <w:rFonts w:eastAsia="Arial"/>
                <w:b/>
                <w:noProof/>
                <w:sz w:val="15"/>
                <w:lang w:val="ro-RO"/>
              </w:rPr>
              <w:t>12</w:t>
            </w:r>
          </w:p>
        </w:tc>
        <w:tc>
          <w:tcPr>
            <w:tcW w:w="4839" w:type="dxa"/>
            <w:shd w:val="clear" w:color="auto" w:fill="FAFAFA"/>
            <w:tcMar>
              <w:top w:w="60" w:type="dxa"/>
              <w:left w:w="70" w:type="dxa"/>
              <w:bottom w:w="60" w:type="dxa"/>
              <w:right w:w="70" w:type="dxa"/>
            </w:tcMar>
            <w:vAlign w:val="center"/>
          </w:tcPr>
          <w:p w14:paraId="03E7B2B8" w14:textId="77777777" w:rsidR="00082454" w:rsidRPr="004566A6" w:rsidRDefault="00000000">
            <w:pPr>
              <w:spacing w:after="0" w:line="240" w:lineRule="auto"/>
              <w:rPr>
                <w:noProof/>
                <w:lang w:val="ro-RO"/>
              </w:rPr>
            </w:pPr>
            <w:r w:rsidRPr="004566A6">
              <w:rPr>
                <w:rFonts w:eastAsia="Arial"/>
                <w:noProof/>
                <w:sz w:val="15"/>
                <w:lang w:val="ro-RO"/>
              </w:rPr>
              <w:t>Auditul intern, evaluarea conformării și analiza conducerii sunt realizate?</w:t>
            </w:r>
          </w:p>
        </w:tc>
        <w:tc>
          <w:tcPr>
            <w:tcW w:w="1336" w:type="dxa"/>
            <w:shd w:val="clear" w:color="auto" w:fill="FAFAFA"/>
            <w:tcMar>
              <w:top w:w="60" w:type="dxa"/>
              <w:left w:w="70" w:type="dxa"/>
              <w:bottom w:w="60" w:type="dxa"/>
              <w:right w:w="70" w:type="dxa"/>
            </w:tcMar>
            <w:vAlign w:val="center"/>
          </w:tcPr>
          <w:p w14:paraId="6ABFF975"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61D1FBAE" w14:textId="77777777" w:rsidR="00082454" w:rsidRPr="004566A6" w:rsidRDefault="00082454">
            <w:pPr>
              <w:spacing w:after="0" w:line="240" w:lineRule="auto"/>
              <w:jc w:val="center"/>
              <w:rPr>
                <w:noProof/>
                <w:lang w:val="ro-RO"/>
              </w:rPr>
            </w:pPr>
          </w:p>
        </w:tc>
        <w:tc>
          <w:tcPr>
            <w:tcW w:w="1336" w:type="dxa"/>
            <w:shd w:val="clear" w:color="auto" w:fill="FAFAFA"/>
            <w:tcMar>
              <w:top w:w="60" w:type="dxa"/>
              <w:left w:w="70" w:type="dxa"/>
              <w:bottom w:w="60" w:type="dxa"/>
              <w:right w:w="70" w:type="dxa"/>
            </w:tcMar>
            <w:vAlign w:val="center"/>
          </w:tcPr>
          <w:p w14:paraId="4FB13DEB" w14:textId="77777777" w:rsidR="00082454" w:rsidRPr="004566A6" w:rsidRDefault="00082454">
            <w:pPr>
              <w:spacing w:after="0" w:line="240" w:lineRule="auto"/>
              <w:jc w:val="center"/>
              <w:rPr>
                <w:noProof/>
                <w:lang w:val="ro-RO"/>
              </w:rPr>
            </w:pPr>
          </w:p>
        </w:tc>
      </w:tr>
    </w:tbl>
    <w:p w14:paraId="0C9F22AA" w14:textId="77777777" w:rsidR="00082454" w:rsidRPr="004566A6" w:rsidRDefault="00082454">
      <w:pPr>
        <w:rPr>
          <w:noProof/>
          <w:lang w:val="ro-RO"/>
        </w:rPr>
        <w:sectPr w:rsidR="00082454" w:rsidRPr="004566A6">
          <w:headerReference w:type="default" r:id="rId8"/>
          <w:footerReference w:type="default" r:id="rId9"/>
          <w:pgSz w:w="11906" w:h="16838"/>
          <w:pgMar w:top="907" w:right="1020" w:bottom="850" w:left="1020" w:header="720" w:footer="720" w:gutter="0"/>
          <w:cols w:space="720"/>
          <w:titlePg/>
          <w:docGrid w:linePitch="360"/>
        </w:sect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1A4D9B55" w14:textId="77777777">
        <w:trPr>
          <w:cantSplit/>
          <w:jc w:val="center"/>
        </w:trPr>
        <w:tc>
          <w:tcPr>
            <w:tcW w:w="1020" w:type="dxa"/>
            <w:shd w:val="clear" w:color="auto" w:fill="D71920"/>
            <w:tcMar>
              <w:top w:w="60" w:type="dxa"/>
              <w:left w:w="70" w:type="dxa"/>
              <w:bottom w:w="60" w:type="dxa"/>
              <w:right w:w="70" w:type="dxa"/>
            </w:tcMar>
            <w:vAlign w:val="center"/>
          </w:tcPr>
          <w:p w14:paraId="50018B81"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lastRenderedPageBreak/>
              <w:t>0</w:t>
            </w:r>
          </w:p>
        </w:tc>
        <w:tc>
          <w:tcPr>
            <w:tcW w:w="12585" w:type="dxa"/>
            <w:shd w:val="clear" w:color="auto" w:fill="F3F4F5"/>
          </w:tcPr>
          <w:p w14:paraId="6651B318" w14:textId="77777777" w:rsidR="00082454" w:rsidRPr="004566A6" w:rsidRDefault="00000000">
            <w:pPr>
              <w:spacing w:after="20"/>
              <w:rPr>
                <w:noProof/>
                <w:lang w:val="ro-RO"/>
              </w:rPr>
            </w:pPr>
            <w:r w:rsidRPr="004566A6">
              <w:rPr>
                <w:rFonts w:eastAsia="Arial"/>
                <w:b/>
                <w:noProof/>
                <w:sz w:val="27"/>
                <w:lang w:val="ro-RO"/>
              </w:rPr>
              <w:t>Pornirea proiectului</w:t>
            </w:r>
          </w:p>
          <w:p w14:paraId="67509AC0" w14:textId="77777777" w:rsidR="00082454" w:rsidRPr="004566A6" w:rsidRDefault="00000000">
            <w:pPr>
              <w:spacing w:after="0"/>
              <w:rPr>
                <w:noProof/>
                <w:lang w:val="ro-RO"/>
              </w:rPr>
            </w:pPr>
            <w:r w:rsidRPr="004566A6">
              <w:rPr>
                <w:rFonts w:eastAsia="Arial"/>
                <w:noProof/>
                <w:color w:val="666666"/>
                <w:sz w:val="16"/>
                <w:lang w:val="ro-RO"/>
              </w:rPr>
              <w:t>Referință: Etapă recomandată, ne-normativă  |  Obiectiv: transformarea implementării într-un proiect cu mandat, participarea lucrătorilor, resurse și criterii de succes clare</w:t>
            </w:r>
          </w:p>
        </w:tc>
      </w:tr>
    </w:tbl>
    <w:p w14:paraId="2E4CCEB7"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4566A6" w14:paraId="3DA69BA3" w14:textId="77777777">
        <w:trPr>
          <w:cantSplit/>
          <w:jc w:val="center"/>
        </w:trPr>
        <w:tc>
          <w:tcPr>
            <w:tcW w:w="566" w:type="dxa"/>
            <w:shd w:val="clear" w:color="auto" w:fill="D71920"/>
            <w:tcMar>
              <w:top w:w="60" w:type="dxa"/>
              <w:left w:w="70" w:type="dxa"/>
              <w:bottom w:w="60" w:type="dxa"/>
              <w:right w:w="70" w:type="dxa"/>
            </w:tcMar>
            <w:vAlign w:val="center"/>
          </w:tcPr>
          <w:p w14:paraId="53A31D38"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33A4C5E9"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534949F2" w14:textId="77777777" w:rsidR="00082454" w:rsidRPr="004566A6" w:rsidRDefault="00000000">
            <w:pPr>
              <w:spacing w:after="0" w:line="252" w:lineRule="auto"/>
              <w:rPr>
                <w:noProof/>
                <w:lang w:val="ro-RO"/>
              </w:rPr>
            </w:pPr>
            <w:r w:rsidRPr="004566A6">
              <w:rPr>
                <w:rFonts w:eastAsia="Arial"/>
                <w:noProof/>
                <w:sz w:val="16"/>
                <w:lang w:val="ro-RO"/>
              </w:rPr>
              <w:t>Implicarea lucrătorilor nu este o etapă de comunicare la final. Includeți-i în identificarea pericolelor, evaluarea riscurilor, alegerea controalelor și evaluarea rezultatelor.</w:t>
            </w:r>
          </w:p>
        </w:tc>
      </w:tr>
    </w:tbl>
    <w:p w14:paraId="3BAD8412"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36C9B103" w14:textId="77777777">
        <w:trPr>
          <w:cantSplit/>
          <w:tblHeader/>
          <w:jc w:val="center"/>
        </w:trPr>
        <w:tc>
          <w:tcPr>
            <w:tcW w:w="793" w:type="dxa"/>
            <w:shd w:val="clear" w:color="auto" w:fill="D71920"/>
            <w:tcMar>
              <w:top w:w="60" w:type="dxa"/>
              <w:left w:w="70" w:type="dxa"/>
              <w:bottom w:w="60" w:type="dxa"/>
              <w:right w:w="70" w:type="dxa"/>
            </w:tcMar>
            <w:vAlign w:val="center"/>
          </w:tcPr>
          <w:p w14:paraId="0AB087CD"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31566E1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BCAE935"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1261899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42E76E6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4383EA8B"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1441DC4B" w14:textId="77777777">
        <w:trPr>
          <w:cantSplit/>
          <w:jc w:val="center"/>
        </w:trPr>
        <w:tc>
          <w:tcPr>
            <w:tcW w:w="793" w:type="dxa"/>
            <w:tcMar>
              <w:top w:w="60" w:type="dxa"/>
              <w:left w:w="70" w:type="dxa"/>
              <w:bottom w:w="60" w:type="dxa"/>
              <w:right w:w="70" w:type="dxa"/>
            </w:tcMar>
            <w:vAlign w:val="center"/>
          </w:tcPr>
          <w:p w14:paraId="729883BF" w14:textId="77777777" w:rsidR="00082454" w:rsidRPr="004566A6" w:rsidRDefault="00000000">
            <w:pPr>
              <w:spacing w:after="0" w:line="240" w:lineRule="auto"/>
              <w:jc w:val="center"/>
              <w:rPr>
                <w:noProof/>
                <w:lang w:val="ro-RO"/>
              </w:rPr>
            </w:pPr>
            <w:r w:rsidRPr="004566A6">
              <w:rPr>
                <w:rFonts w:eastAsia="Arial"/>
                <w:b/>
                <w:noProof/>
                <w:sz w:val="14"/>
                <w:lang w:val="ro-RO"/>
              </w:rPr>
              <w:t>S0.1</w:t>
            </w:r>
          </w:p>
        </w:tc>
        <w:tc>
          <w:tcPr>
            <w:tcW w:w="4081" w:type="dxa"/>
            <w:tcMar>
              <w:top w:w="60" w:type="dxa"/>
              <w:left w:w="70" w:type="dxa"/>
              <w:bottom w:w="60" w:type="dxa"/>
              <w:right w:w="70" w:type="dxa"/>
            </w:tcMar>
            <w:vAlign w:val="center"/>
          </w:tcPr>
          <w:p w14:paraId="60033769" w14:textId="77777777" w:rsidR="00082454" w:rsidRPr="004566A6" w:rsidRDefault="00000000">
            <w:pPr>
              <w:spacing w:after="0" w:line="240" w:lineRule="auto"/>
              <w:rPr>
                <w:noProof/>
                <w:lang w:val="ro-RO"/>
              </w:rPr>
            </w:pPr>
            <w:r w:rsidRPr="004566A6">
              <w:rPr>
                <w:rFonts w:eastAsia="Arial"/>
                <w:noProof/>
                <w:sz w:val="14"/>
                <w:lang w:val="ro-RO"/>
              </w:rPr>
              <w:t>Conducerea a desemnat sponsorul și coordonatorul sistemului de management SSM.</w:t>
            </w:r>
          </w:p>
        </w:tc>
        <w:tc>
          <w:tcPr>
            <w:tcW w:w="5159" w:type="dxa"/>
            <w:tcMar>
              <w:top w:w="60" w:type="dxa"/>
              <w:left w:w="70" w:type="dxa"/>
              <w:bottom w:w="60" w:type="dxa"/>
              <w:right w:w="70" w:type="dxa"/>
            </w:tcMar>
            <w:vAlign w:val="center"/>
          </w:tcPr>
          <w:p w14:paraId="7671AF40" w14:textId="77777777" w:rsidR="00082454" w:rsidRPr="004566A6" w:rsidRDefault="00000000">
            <w:pPr>
              <w:spacing w:after="0" w:line="240" w:lineRule="auto"/>
              <w:rPr>
                <w:noProof/>
                <w:lang w:val="ro-RO"/>
              </w:rPr>
            </w:pPr>
            <w:r w:rsidRPr="004566A6">
              <w:rPr>
                <w:rFonts w:eastAsia="Arial"/>
                <w:noProof/>
                <w:sz w:val="14"/>
                <w:lang w:val="ro-RO"/>
              </w:rPr>
              <w:t>Mandat, autoritate, timp, resurse și acces la conducere.</w:t>
            </w:r>
          </w:p>
        </w:tc>
        <w:tc>
          <w:tcPr>
            <w:tcW w:w="1417" w:type="dxa"/>
            <w:tcMar>
              <w:top w:w="60" w:type="dxa"/>
              <w:left w:w="70" w:type="dxa"/>
              <w:bottom w:w="60" w:type="dxa"/>
              <w:right w:w="70" w:type="dxa"/>
            </w:tcMar>
            <w:vAlign w:val="center"/>
          </w:tcPr>
          <w:p w14:paraId="025D30F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C2C8AB6"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3D2422E" w14:textId="77777777" w:rsidR="00082454" w:rsidRPr="004566A6" w:rsidRDefault="00082454">
            <w:pPr>
              <w:spacing w:after="0" w:line="240" w:lineRule="auto"/>
              <w:jc w:val="center"/>
              <w:rPr>
                <w:noProof/>
                <w:lang w:val="ro-RO"/>
              </w:rPr>
            </w:pPr>
          </w:p>
        </w:tc>
      </w:tr>
      <w:tr w:rsidR="00082454" w:rsidRPr="004566A6" w14:paraId="02FD084C" w14:textId="77777777">
        <w:trPr>
          <w:cantSplit/>
          <w:jc w:val="center"/>
        </w:trPr>
        <w:tc>
          <w:tcPr>
            <w:tcW w:w="793" w:type="dxa"/>
            <w:shd w:val="clear" w:color="auto" w:fill="FAFAFA"/>
            <w:tcMar>
              <w:top w:w="60" w:type="dxa"/>
              <w:left w:w="70" w:type="dxa"/>
              <w:bottom w:w="60" w:type="dxa"/>
              <w:right w:w="70" w:type="dxa"/>
            </w:tcMar>
            <w:vAlign w:val="center"/>
          </w:tcPr>
          <w:p w14:paraId="3DACED35" w14:textId="77777777" w:rsidR="00082454" w:rsidRPr="004566A6" w:rsidRDefault="00000000">
            <w:pPr>
              <w:spacing w:after="0" w:line="240" w:lineRule="auto"/>
              <w:jc w:val="center"/>
              <w:rPr>
                <w:noProof/>
                <w:lang w:val="ro-RO"/>
              </w:rPr>
            </w:pPr>
            <w:r w:rsidRPr="004566A6">
              <w:rPr>
                <w:rFonts w:eastAsia="Arial"/>
                <w:b/>
                <w:noProof/>
                <w:sz w:val="14"/>
                <w:lang w:val="ro-RO"/>
              </w:rPr>
              <w:t>S0.2</w:t>
            </w:r>
          </w:p>
        </w:tc>
        <w:tc>
          <w:tcPr>
            <w:tcW w:w="4081" w:type="dxa"/>
            <w:shd w:val="clear" w:color="auto" w:fill="FAFAFA"/>
            <w:tcMar>
              <w:top w:w="60" w:type="dxa"/>
              <w:left w:w="70" w:type="dxa"/>
              <w:bottom w:w="60" w:type="dxa"/>
              <w:right w:w="70" w:type="dxa"/>
            </w:tcMar>
            <w:vAlign w:val="center"/>
          </w:tcPr>
          <w:p w14:paraId="2E14DA6E" w14:textId="77777777" w:rsidR="00082454" w:rsidRPr="004566A6" w:rsidRDefault="00000000">
            <w:pPr>
              <w:spacing w:after="0" w:line="240" w:lineRule="auto"/>
              <w:rPr>
                <w:noProof/>
                <w:lang w:val="ro-RO"/>
              </w:rPr>
            </w:pPr>
            <w:r w:rsidRPr="004566A6">
              <w:rPr>
                <w:rFonts w:eastAsia="Arial"/>
                <w:noProof/>
                <w:sz w:val="14"/>
                <w:lang w:val="ro-RO"/>
              </w:rPr>
              <w:t>Au fost definite rezultatele urmărite pentru sănătate și securitate.</w:t>
            </w:r>
          </w:p>
        </w:tc>
        <w:tc>
          <w:tcPr>
            <w:tcW w:w="5159" w:type="dxa"/>
            <w:shd w:val="clear" w:color="auto" w:fill="FAFAFA"/>
            <w:tcMar>
              <w:top w:w="60" w:type="dxa"/>
              <w:left w:w="70" w:type="dxa"/>
              <w:bottom w:w="60" w:type="dxa"/>
              <w:right w:w="70" w:type="dxa"/>
            </w:tcMar>
            <w:vAlign w:val="center"/>
          </w:tcPr>
          <w:p w14:paraId="710C6F12" w14:textId="77777777" w:rsidR="00082454" w:rsidRPr="004566A6" w:rsidRDefault="00000000">
            <w:pPr>
              <w:spacing w:after="0" w:line="240" w:lineRule="auto"/>
              <w:rPr>
                <w:noProof/>
                <w:lang w:val="ro-RO"/>
              </w:rPr>
            </w:pPr>
            <w:r w:rsidRPr="004566A6">
              <w:rPr>
                <w:rFonts w:eastAsia="Arial"/>
                <w:noProof/>
                <w:sz w:val="14"/>
                <w:lang w:val="ro-RO"/>
              </w:rPr>
              <w:t>Priorități: prevenirea accidentelor și îmbolnăvirilor, conformare, cultură și reducerea riscurilor.</w:t>
            </w:r>
          </w:p>
        </w:tc>
        <w:tc>
          <w:tcPr>
            <w:tcW w:w="1417" w:type="dxa"/>
            <w:shd w:val="clear" w:color="auto" w:fill="FAFAFA"/>
            <w:tcMar>
              <w:top w:w="60" w:type="dxa"/>
              <w:left w:w="70" w:type="dxa"/>
              <w:bottom w:w="60" w:type="dxa"/>
              <w:right w:w="70" w:type="dxa"/>
            </w:tcMar>
            <w:vAlign w:val="center"/>
          </w:tcPr>
          <w:p w14:paraId="050DFFD3"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51C05E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F1BA7B2" w14:textId="77777777" w:rsidR="00082454" w:rsidRPr="004566A6" w:rsidRDefault="00082454">
            <w:pPr>
              <w:spacing w:after="0" w:line="240" w:lineRule="auto"/>
              <w:jc w:val="center"/>
              <w:rPr>
                <w:noProof/>
                <w:lang w:val="ro-RO"/>
              </w:rPr>
            </w:pPr>
          </w:p>
        </w:tc>
      </w:tr>
      <w:tr w:rsidR="00082454" w:rsidRPr="00245FA7" w14:paraId="53B0CE90" w14:textId="77777777">
        <w:trPr>
          <w:cantSplit/>
          <w:jc w:val="center"/>
        </w:trPr>
        <w:tc>
          <w:tcPr>
            <w:tcW w:w="793" w:type="dxa"/>
            <w:tcMar>
              <w:top w:w="60" w:type="dxa"/>
              <w:left w:w="70" w:type="dxa"/>
              <w:bottom w:w="60" w:type="dxa"/>
              <w:right w:w="70" w:type="dxa"/>
            </w:tcMar>
            <w:vAlign w:val="center"/>
          </w:tcPr>
          <w:p w14:paraId="4033FAAA" w14:textId="77777777" w:rsidR="00082454" w:rsidRPr="004566A6" w:rsidRDefault="00000000">
            <w:pPr>
              <w:spacing w:after="0" w:line="240" w:lineRule="auto"/>
              <w:jc w:val="center"/>
              <w:rPr>
                <w:noProof/>
                <w:lang w:val="ro-RO"/>
              </w:rPr>
            </w:pPr>
            <w:r w:rsidRPr="004566A6">
              <w:rPr>
                <w:rFonts w:eastAsia="Arial"/>
                <w:b/>
                <w:noProof/>
                <w:sz w:val="14"/>
                <w:lang w:val="ro-RO"/>
              </w:rPr>
              <w:t>S0.3</w:t>
            </w:r>
          </w:p>
        </w:tc>
        <w:tc>
          <w:tcPr>
            <w:tcW w:w="4081" w:type="dxa"/>
            <w:tcMar>
              <w:top w:w="60" w:type="dxa"/>
              <w:left w:w="70" w:type="dxa"/>
              <w:bottom w:w="60" w:type="dxa"/>
              <w:right w:w="70" w:type="dxa"/>
            </w:tcMar>
            <w:vAlign w:val="center"/>
          </w:tcPr>
          <w:p w14:paraId="2524284C" w14:textId="77777777" w:rsidR="00082454" w:rsidRPr="004566A6" w:rsidRDefault="00000000">
            <w:pPr>
              <w:spacing w:after="0" w:line="240" w:lineRule="auto"/>
              <w:rPr>
                <w:noProof/>
                <w:lang w:val="ro-RO"/>
              </w:rPr>
            </w:pPr>
            <w:r w:rsidRPr="004566A6">
              <w:rPr>
                <w:rFonts w:eastAsia="Arial"/>
                <w:noProof/>
                <w:sz w:val="14"/>
                <w:lang w:val="ro-RO"/>
              </w:rPr>
              <w:t>Au fost stabilite mecanisme de consultare și participare încă din proiect.</w:t>
            </w:r>
          </w:p>
        </w:tc>
        <w:tc>
          <w:tcPr>
            <w:tcW w:w="5159" w:type="dxa"/>
            <w:tcMar>
              <w:top w:w="60" w:type="dxa"/>
              <w:left w:w="70" w:type="dxa"/>
              <w:bottom w:w="60" w:type="dxa"/>
              <w:right w:w="70" w:type="dxa"/>
            </w:tcMar>
            <w:vAlign w:val="center"/>
          </w:tcPr>
          <w:p w14:paraId="772AC299" w14:textId="77777777" w:rsidR="00082454" w:rsidRPr="004566A6" w:rsidRDefault="00000000">
            <w:pPr>
              <w:spacing w:after="0" w:line="240" w:lineRule="auto"/>
              <w:rPr>
                <w:noProof/>
                <w:lang w:val="ro-RO"/>
              </w:rPr>
            </w:pPr>
            <w:r w:rsidRPr="004566A6">
              <w:rPr>
                <w:rFonts w:eastAsia="Arial"/>
                <w:noProof/>
                <w:sz w:val="14"/>
                <w:lang w:val="ro-RO"/>
              </w:rPr>
              <w:t>Reprezentanți ai lucrătorilor, comitete, întâlniri, protecție împotriva represaliilor.</w:t>
            </w:r>
          </w:p>
        </w:tc>
        <w:tc>
          <w:tcPr>
            <w:tcW w:w="1417" w:type="dxa"/>
            <w:tcMar>
              <w:top w:w="60" w:type="dxa"/>
              <w:left w:w="70" w:type="dxa"/>
              <w:bottom w:w="60" w:type="dxa"/>
              <w:right w:w="70" w:type="dxa"/>
            </w:tcMar>
            <w:vAlign w:val="center"/>
          </w:tcPr>
          <w:p w14:paraId="3E78635D"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B88C353"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8BA0724" w14:textId="77777777" w:rsidR="00082454" w:rsidRPr="004566A6" w:rsidRDefault="00082454">
            <w:pPr>
              <w:spacing w:after="0" w:line="240" w:lineRule="auto"/>
              <w:jc w:val="center"/>
              <w:rPr>
                <w:noProof/>
                <w:lang w:val="ro-RO"/>
              </w:rPr>
            </w:pPr>
          </w:p>
        </w:tc>
      </w:tr>
      <w:tr w:rsidR="00082454" w:rsidRPr="004566A6" w14:paraId="4A7D2059" w14:textId="77777777">
        <w:trPr>
          <w:cantSplit/>
          <w:jc w:val="center"/>
        </w:trPr>
        <w:tc>
          <w:tcPr>
            <w:tcW w:w="793" w:type="dxa"/>
            <w:shd w:val="clear" w:color="auto" w:fill="FAFAFA"/>
            <w:tcMar>
              <w:top w:w="60" w:type="dxa"/>
              <w:left w:w="70" w:type="dxa"/>
              <w:bottom w:w="60" w:type="dxa"/>
              <w:right w:w="70" w:type="dxa"/>
            </w:tcMar>
            <w:vAlign w:val="center"/>
          </w:tcPr>
          <w:p w14:paraId="40F14606" w14:textId="77777777" w:rsidR="00082454" w:rsidRPr="004566A6" w:rsidRDefault="00000000">
            <w:pPr>
              <w:spacing w:after="0" w:line="240" w:lineRule="auto"/>
              <w:jc w:val="center"/>
              <w:rPr>
                <w:noProof/>
                <w:lang w:val="ro-RO"/>
              </w:rPr>
            </w:pPr>
            <w:r w:rsidRPr="004566A6">
              <w:rPr>
                <w:rFonts w:eastAsia="Arial"/>
                <w:b/>
                <w:noProof/>
                <w:sz w:val="14"/>
                <w:lang w:val="ro-RO"/>
              </w:rPr>
              <w:t>S0.4</w:t>
            </w:r>
          </w:p>
        </w:tc>
        <w:tc>
          <w:tcPr>
            <w:tcW w:w="4081" w:type="dxa"/>
            <w:shd w:val="clear" w:color="auto" w:fill="FAFAFA"/>
            <w:tcMar>
              <w:top w:w="60" w:type="dxa"/>
              <w:left w:w="70" w:type="dxa"/>
              <w:bottom w:w="60" w:type="dxa"/>
              <w:right w:w="70" w:type="dxa"/>
            </w:tcMar>
            <w:vAlign w:val="center"/>
          </w:tcPr>
          <w:p w14:paraId="03183A9C" w14:textId="77777777" w:rsidR="00082454" w:rsidRPr="004566A6" w:rsidRDefault="00000000">
            <w:pPr>
              <w:spacing w:after="0" w:line="240" w:lineRule="auto"/>
              <w:rPr>
                <w:noProof/>
                <w:lang w:val="ro-RO"/>
              </w:rPr>
            </w:pPr>
            <w:r w:rsidRPr="004566A6">
              <w:rPr>
                <w:rFonts w:eastAsia="Arial"/>
                <w:noProof/>
                <w:sz w:val="14"/>
                <w:lang w:val="ro-RO"/>
              </w:rPr>
              <w:t>A fost realizată o analiză inițială a pericolelor, incidentelor și practicilor.</w:t>
            </w:r>
          </w:p>
        </w:tc>
        <w:tc>
          <w:tcPr>
            <w:tcW w:w="5159" w:type="dxa"/>
            <w:shd w:val="clear" w:color="auto" w:fill="FAFAFA"/>
            <w:tcMar>
              <w:top w:w="60" w:type="dxa"/>
              <w:left w:w="70" w:type="dxa"/>
              <w:bottom w:w="60" w:type="dxa"/>
              <w:right w:w="70" w:type="dxa"/>
            </w:tcMar>
            <w:vAlign w:val="center"/>
          </w:tcPr>
          <w:p w14:paraId="538D31C3" w14:textId="77777777" w:rsidR="00082454" w:rsidRPr="004566A6" w:rsidRDefault="00000000">
            <w:pPr>
              <w:spacing w:after="0" w:line="240" w:lineRule="auto"/>
              <w:rPr>
                <w:noProof/>
                <w:lang w:val="ro-RO"/>
              </w:rPr>
            </w:pPr>
            <w:r w:rsidRPr="004566A6">
              <w:rPr>
                <w:rFonts w:eastAsia="Arial"/>
                <w:noProof/>
                <w:sz w:val="14"/>
                <w:lang w:val="ro-RO"/>
              </w:rPr>
              <w:t>Vizite, date istorice, obligații, procese, contractanți și grupuri vulnerabile.</w:t>
            </w:r>
          </w:p>
        </w:tc>
        <w:tc>
          <w:tcPr>
            <w:tcW w:w="1417" w:type="dxa"/>
            <w:shd w:val="clear" w:color="auto" w:fill="FAFAFA"/>
            <w:tcMar>
              <w:top w:w="60" w:type="dxa"/>
              <w:left w:w="70" w:type="dxa"/>
              <w:bottom w:w="60" w:type="dxa"/>
              <w:right w:w="70" w:type="dxa"/>
            </w:tcMar>
            <w:vAlign w:val="center"/>
          </w:tcPr>
          <w:p w14:paraId="6ABADD6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DCDC2C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9B5B211" w14:textId="77777777" w:rsidR="00082454" w:rsidRPr="004566A6" w:rsidRDefault="00082454">
            <w:pPr>
              <w:spacing w:after="0" w:line="240" w:lineRule="auto"/>
              <w:jc w:val="center"/>
              <w:rPr>
                <w:noProof/>
                <w:lang w:val="ro-RO"/>
              </w:rPr>
            </w:pPr>
          </w:p>
        </w:tc>
      </w:tr>
      <w:tr w:rsidR="00082454" w:rsidRPr="004566A6" w14:paraId="1A91BB21" w14:textId="77777777">
        <w:trPr>
          <w:cantSplit/>
          <w:jc w:val="center"/>
        </w:trPr>
        <w:tc>
          <w:tcPr>
            <w:tcW w:w="793" w:type="dxa"/>
            <w:tcMar>
              <w:top w:w="60" w:type="dxa"/>
              <w:left w:w="70" w:type="dxa"/>
              <w:bottom w:w="60" w:type="dxa"/>
              <w:right w:w="70" w:type="dxa"/>
            </w:tcMar>
            <w:vAlign w:val="center"/>
          </w:tcPr>
          <w:p w14:paraId="3D4EDF02" w14:textId="77777777" w:rsidR="00082454" w:rsidRPr="004566A6" w:rsidRDefault="00000000">
            <w:pPr>
              <w:spacing w:after="0" w:line="240" w:lineRule="auto"/>
              <w:jc w:val="center"/>
              <w:rPr>
                <w:noProof/>
                <w:lang w:val="ro-RO"/>
              </w:rPr>
            </w:pPr>
            <w:r w:rsidRPr="004566A6">
              <w:rPr>
                <w:rFonts w:eastAsia="Arial"/>
                <w:b/>
                <w:noProof/>
                <w:sz w:val="14"/>
                <w:lang w:val="ro-RO"/>
              </w:rPr>
              <w:t>S0.5</w:t>
            </w:r>
          </w:p>
        </w:tc>
        <w:tc>
          <w:tcPr>
            <w:tcW w:w="4081" w:type="dxa"/>
            <w:tcMar>
              <w:top w:w="60" w:type="dxa"/>
              <w:left w:w="70" w:type="dxa"/>
              <w:bottom w:w="60" w:type="dxa"/>
              <w:right w:w="70" w:type="dxa"/>
            </w:tcMar>
            <w:vAlign w:val="center"/>
          </w:tcPr>
          <w:p w14:paraId="15CE200D" w14:textId="77777777" w:rsidR="00082454" w:rsidRPr="004566A6" w:rsidRDefault="00000000">
            <w:pPr>
              <w:spacing w:after="0" w:line="240" w:lineRule="auto"/>
              <w:rPr>
                <w:noProof/>
                <w:lang w:val="ro-RO"/>
              </w:rPr>
            </w:pPr>
            <w:r w:rsidRPr="004566A6">
              <w:rPr>
                <w:rFonts w:eastAsia="Arial"/>
                <w:noProof/>
                <w:sz w:val="14"/>
                <w:lang w:val="ro-RO"/>
              </w:rPr>
              <w:t>A fost aprobat planul de implementare cu resurse, termene și responsabilități.</w:t>
            </w:r>
          </w:p>
        </w:tc>
        <w:tc>
          <w:tcPr>
            <w:tcW w:w="5159" w:type="dxa"/>
            <w:tcMar>
              <w:top w:w="60" w:type="dxa"/>
              <w:left w:w="70" w:type="dxa"/>
              <w:bottom w:w="60" w:type="dxa"/>
              <w:right w:w="70" w:type="dxa"/>
            </w:tcMar>
            <w:vAlign w:val="center"/>
          </w:tcPr>
          <w:p w14:paraId="1FB061C6" w14:textId="77777777" w:rsidR="00082454" w:rsidRPr="004566A6" w:rsidRDefault="00000000">
            <w:pPr>
              <w:spacing w:after="0" w:line="240" w:lineRule="auto"/>
              <w:rPr>
                <w:noProof/>
                <w:lang w:val="ro-RO"/>
              </w:rPr>
            </w:pPr>
            <w:r w:rsidRPr="004566A6">
              <w:rPr>
                <w:rFonts w:eastAsia="Arial"/>
                <w:noProof/>
                <w:sz w:val="14"/>
                <w:lang w:val="ro-RO"/>
              </w:rPr>
              <w:t>Plan, buget, dependențe și raportare.</w:t>
            </w:r>
          </w:p>
        </w:tc>
        <w:tc>
          <w:tcPr>
            <w:tcW w:w="1417" w:type="dxa"/>
            <w:tcMar>
              <w:top w:w="60" w:type="dxa"/>
              <w:left w:w="70" w:type="dxa"/>
              <w:bottom w:w="60" w:type="dxa"/>
              <w:right w:w="70" w:type="dxa"/>
            </w:tcMar>
            <w:vAlign w:val="center"/>
          </w:tcPr>
          <w:p w14:paraId="4CA3B49B"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F5489A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932BD37" w14:textId="77777777" w:rsidR="00082454" w:rsidRPr="004566A6" w:rsidRDefault="00082454">
            <w:pPr>
              <w:spacing w:after="0" w:line="240" w:lineRule="auto"/>
              <w:jc w:val="center"/>
              <w:rPr>
                <w:noProof/>
                <w:lang w:val="ro-RO"/>
              </w:rPr>
            </w:pPr>
          </w:p>
        </w:tc>
      </w:tr>
      <w:tr w:rsidR="00082454" w:rsidRPr="004566A6" w14:paraId="44BE767A" w14:textId="77777777">
        <w:trPr>
          <w:cantSplit/>
          <w:jc w:val="center"/>
        </w:trPr>
        <w:tc>
          <w:tcPr>
            <w:tcW w:w="793" w:type="dxa"/>
            <w:shd w:val="clear" w:color="auto" w:fill="FAFAFA"/>
            <w:tcMar>
              <w:top w:w="60" w:type="dxa"/>
              <w:left w:w="70" w:type="dxa"/>
              <w:bottom w:w="60" w:type="dxa"/>
              <w:right w:w="70" w:type="dxa"/>
            </w:tcMar>
            <w:vAlign w:val="center"/>
          </w:tcPr>
          <w:p w14:paraId="63C493CA" w14:textId="77777777" w:rsidR="00082454" w:rsidRPr="004566A6" w:rsidRDefault="00000000">
            <w:pPr>
              <w:spacing w:after="0" w:line="240" w:lineRule="auto"/>
              <w:jc w:val="center"/>
              <w:rPr>
                <w:noProof/>
                <w:lang w:val="ro-RO"/>
              </w:rPr>
            </w:pPr>
            <w:r w:rsidRPr="004566A6">
              <w:rPr>
                <w:rFonts w:eastAsia="Arial"/>
                <w:b/>
                <w:noProof/>
                <w:sz w:val="14"/>
                <w:lang w:val="ro-RO"/>
              </w:rPr>
              <w:t>S0.6</w:t>
            </w:r>
          </w:p>
        </w:tc>
        <w:tc>
          <w:tcPr>
            <w:tcW w:w="4081" w:type="dxa"/>
            <w:shd w:val="clear" w:color="auto" w:fill="FAFAFA"/>
            <w:tcMar>
              <w:top w:w="60" w:type="dxa"/>
              <w:left w:w="70" w:type="dxa"/>
              <w:bottom w:w="60" w:type="dxa"/>
              <w:right w:w="70" w:type="dxa"/>
            </w:tcMar>
            <w:vAlign w:val="center"/>
          </w:tcPr>
          <w:p w14:paraId="07668C12" w14:textId="77777777" w:rsidR="00082454" w:rsidRPr="004566A6" w:rsidRDefault="00000000">
            <w:pPr>
              <w:spacing w:after="0" w:line="240" w:lineRule="auto"/>
              <w:rPr>
                <w:noProof/>
                <w:lang w:val="ro-RO"/>
              </w:rPr>
            </w:pPr>
            <w:r w:rsidRPr="004566A6">
              <w:rPr>
                <w:rFonts w:eastAsia="Arial"/>
                <w:noProof/>
                <w:sz w:val="14"/>
                <w:lang w:val="ro-RO"/>
              </w:rPr>
              <w:t>Proiectul și rolurile au fost comunicate tuturor nivelurilor relevante.</w:t>
            </w:r>
          </w:p>
        </w:tc>
        <w:tc>
          <w:tcPr>
            <w:tcW w:w="5159" w:type="dxa"/>
            <w:shd w:val="clear" w:color="auto" w:fill="FAFAFA"/>
            <w:tcMar>
              <w:top w:w="60" w:type="dxa"/>
              <w:left w:w="70" w:type="dxa"/>
              <w:bottom w:w="60" w:type="dxa"/>
              <w:right w:w="70" w:type="dxa"/>
            </w:tcMar>
            <w:vAlign w:val="center"/>
          </w:tcPr>
          <w:p w14:paraId="0418404C" w14:textId="77777777" w:rsidR="00082454" w:rsidRPr="004566A6" w:rsidRDefault="00000000">
            <w:pPr>
              <w:spacing w:after="0" w:line="240" w:lineRule="auto"/>
              <w:rPr>
                <w:noProof/>
                <w:lang w:val="ro-RO"/>
              </w:rPr>
            </w:pPr>
            <w:r w:rsidRPr="004566A6">
              <w:rPr>
                <w:rFonts w:eastAsia="Arial"/>
                <w:noProof/>
                <w:sz w:val="14"/>
                <w:lang w:val="ro-RO"/>
              </w:rPr>
              <w:t>Mesaje, ședințe, onboarding și confirmarea înțelegerii.</w:t>
            </w:r>
          </w:p>
        </w:tc>
        <w:tc>
          <w:tcPr>
            <w:tcW w:w="1417" w:type="dxa"/>
            <w:shd w:val="clear" w:color="auto" w:fill="FAFAFA"/>
            <w:tcMar>
              <w:top w:w="60" w:type="dxa"/>
              <w:left w:w="70" w:type="dxa"/>
              <w:bottom w:w="60" w:type="dxa"/>
              <w:right w:w="70" w:type="dxa"/>
            </w:tcMar>
            <w:vAlign w:val="center"/>
          </w:tcPr>
          <w:p w14:paraId="3167481A"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245D287"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BAA7104" w14:textId="77777777" w:rsidR="00082454" w:rsidRPr="004566A6" w:rsidRDefault="00082454">
            <w:pPr>
              <w:spacing w:after="0" w:line="240" w:lineRule="auto"/>
              <w:jc w:val="center"/>
              <w:rPr>
                <w:noProof/>
                <w:lang w:val="ro-RO"/>
              </w:rPr>
            </w:pPr>
          </w:p>
        </w:tc>
      </w:tr>
    </w:tbl>
    <w:p w14:paraId="59D3FFDC"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50B7716"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4566A6" w14:paraId="1A032B57" w14:textId="77777777">
        <w:trPr>
          <w:cantSplit/>
          <w:jc w:val="center"/>
        </w:trPr>
        <w:tc>
          <w:tcPr>
            <w:tcW w:w="1020" w:type="dxa"/>
            <w:shd w:val="clear" w:color="auto" w:fill="D71920"/>
            <w:tcMar>
              <w:top w:w="60" w:type="dxa"/>
              <w:left w:w="70" w:type="dxa"/>
              <w:bottom w:w="60" w:type="dxa"/>
              <w:right w:w="70" w:type="dxa"/>
            </w:tcMar>
            <w:vAlign w:val="center"/>
          </w:tcPr>
          <w:p w14:paraId="13E44A81"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1</w:t>
            </w:r>
          </w:p>
        </w:tc>
        <w:tc>
          <w:tcPr>
            <w:tcW w:w="12585" w:type="dxa"/>
            <w:shd w:val="clear" w:color="auto" w:fill="F3F4F5"/>
          </w:tcPr>
          <w:p w14:paraId="380B0397" w14:textId="77777777" w:rsidR="00082454" w:rsidRPr="004566A6" w:rsidRDefault="00000000">
            <w:pPr>
              <w:spacing w:after="20"/>
              <w:rPr>
                <w:noProof/>
                <w:lang w:val="ro-RO"/>
              </w:rPr>
            </w:pPr>
            <w:r w:rsidRPr="004566A6">
              <w:rPr>
                <w:rFonts w:eastAsia="Arial"/>
                <w:b/>
                <w:noProof/>
                <w:sz w:val="27"/>
                <w:lang w:val="ro-RO"/>
              </w:rPr>
              <w:t>Context, părți interesate, lucrători și domeniu</w:t>
            </w:r>
          </w:p>
          <w:p w14:paraId="199591B2"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4  |  Obiectiv: definirea factorilor care influențează rezultatele SSM, a nevoilor relevante și a limitelor sistemului</w:t>
            </w:r>
          </w:p>
        </w:tc>
      </w:tr>
    </w:tbl>
    <w:p w14:paraId="06A25BA3"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3B48E2C7" w14:textId="77777777">
        <w:trPr>
          <w:cantSplit/>
          <w:jc w:val="center"/>
        </w:trPr>
        <w:tc>
          <w:tcPr>
            <w:tcW w:w="566" w:type="dxa"/>
            <w:shd w:val="clear" w:color="auto" w:fill="D71920"/>
            <w:tcMar>
              <w:top w:w="60" w:type="dxa"/>
              <w:left w:w="70" w:type="dxa"/>
              <w:bottom w:w="60" w:type="dxa"/>
              <w:right w:w="70" w:type="dxa"/>
            </w:tcMar>
            <w:vAlign w:val="center"/>
          </w:tcPr>
          <w:p w14:paraId="1DA22414"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704EDF04"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1CCE8ECC" w14:textId="77777777" w:rsidR="00082454" w:rsidRPr="004566A6" w:rsidRDefault="00000000">
            <w:pPr>
              <w:spacing w:after="0" w:line="252" w:lineRule="auto"/>
              <w:rPr>
                <w:noProof/>
                <w:lang w:val="ro-RO"/>
              </w:rPr>
            </w:pPr>
            <w:r w:rsidRPr="004566A6">
              <w:rPr>
                <w:rFonts w:eastAsia="Arial"/>
                <w:noProof/>
                <w:sz w:val="16"/>
                <w:lang w:val="ro-RO"/>
              </w:rPr>
              <w:t>Domeniul trebuie să reflecte realitatea operațională. Activitățile desfășurate în afara sediului, de contractanți sau prin muncă la distanță pot rămâne relevante pentru sistem.</w:t>
            </w:r>
          </w:p>
        </w:tc>
      </w:tr>
    </w:tbl>
    <w:p w14:paraId="7630CEBF"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1C85DD56" w14:textId="77777777">
        <w:trPr>
          <w:cantSplit/>
          <w:tblHeader/>
          <w:jc w:val="center"/>
        </w:trPr>
        <w:tc>
          <w:tcPr>
            <w:tcW w:w="793" w:type="dxa"/>
            <w:shd w:val="clear" w:color="auto" w:fill="D71920"/>
            <w:tcMar>
              <w:top w:w="60" w:type="dxa"/>
              <w:left w:w="70" w:type="dxa"/>
              <w:bottom w:w="60" w:type="dxa"/>
              <w:right w:w="70" w:type="dxa"/>
            </w:tcMar>
            <w:vAlign w:val="center"/>
          </w:tcPr>
          <w:p w14:paraId="49786927"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2B66C91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213C9175"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2BA4E7C8"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05CB8E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02F2AB3"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664F379C" w14:textId="77777777">
        <w:trPr>
          <w:cantSplit/>
          <w:jc w:val="center"/>
        </w:trPr>
        <w:tc>
          <w:tcPr>
            <w:tcW w:w="793" w:type="dxa"/>
            <w:tcMar>
              <w:top w:w="60" w:type="dxa"/>
              <w:left w:w="70" w:type="dxa"/>
              <w:bottom w:w="60" w:type="dxa"/>
              <w:right w:w="70" w:type="dxa"/>
            </w:tcMar>
            <w:vAlign w:val="center"/>
          </w:tcPr>
          <w:p w14:paraId="5688EA95" w14:textId="77777777" w:rsidR="00082454" w:rsidRPr="004566A6" w:rsidRDefault="00000000">
            <w:pPr>
              <w:spacing w:after="0" w:line="240" w:lineRule="auto"/>
              <w:jc w:val="center"/>
              <w:rPr>
                <w:noProof/>
                <w:lang w:val="ro-RO"/>
              </w:rPr>
            </w:pPr>
            <w:r w:rsidRPr="004566A6">
              <w:rPr>
                <w:rFonts w:eastAsia="Arial"/>
                <w:b/>
                <w:noProof/>
                <w:sz w:val="14"/>
                <w:lang w:val="ro-RO"/>
              </w:rPr>
              <w:t>S1.1</w:t>
            </w:r>
          </w:p>
        </w:tc>
        <w:tc>
          <w:tcPr>
            <w:tcW w:w="4081" w:type="dxa"/>
            <w:tcMar>
              <w:top w:w="60" w:type="dxa"/>
              <w:left w:w="70" w:type="dxa"/>
              <w:bottom w:w="60" w:type="dxa"/>
              <w:right w:w="70" w:type="dxa"/>
            </w:tcMar>
            <w:vAlign w:val="center"/>
          </w:tcPr>
          <w:p w14:paraId="5D9C34C3" w14:textId="77777777" w:rsidR="00082454" w:rsidRPr="004566A6" w:rsidRDefault="00000000">
            <w:pPr>
              <w:spacing w:after="0" w:line="240" w:lineRule="auto"/>
              <w:rPr>
                <w:noProof/>
                <w:lang w:val="ro-RO"/>
              </w:rPr>
            </w:pPr>
            <w:r w:rsidRPr="004566A6">
              <w:rPr>
                <w:rFonts w:eastAsia="Arial"/>
                <w:noProof/>
                <w:sz w:val="14"/>
                <w:lang w:val="ro-RO"/>
              </w:rPr>
              <w:t>Au fost identificate problemele interne și externe relevante pentru scopul și rezultatele SSM.</w:t>
            </w:r>
          </w:p>
        </w:tc>
        <w:tc>
          <w:tcPr>
            <w:tcW w:w="5159" w:type="dxa"/>
            <w:tcMar>
              <w:top w:w="60" w:type="dxa"/>
              <w:left w:w="70" w:type="dxa"/>
              <w:bottom w:w="60" w:type="dxa"/>
              <w:right w:w="70" w:type="dxa"/>
            </w:tcMar>
            <w:vAlign w:val="center"/>
          </w:tcPr>
          <w:p w14:paraId="4CA1067D" w14:textId="77777777" w:rsidR="00082454" w:rsidRPr="004566A6" w:rsidRDefault="00000000">
            <w:pPr>
              <w:spacing w:after="0" w:line="240" w:lineRule="auto"/>
              <w:rPr>
                <w:noProof/>
                <w:lang w:val="ro-RO"/>
              </w:rPr>
            </w:pPr>
            <w:r w:rsidRPr="004566A6">
              <w:rPr>
                <w:rFonts w:eastAsia="Arial"/>
                <w:noProof/>
                <w:sz w:val="14"/>
                <w:lang w:val="ro-RO"/>
              </w:rPr>
              <w:t>Context: organizare, cultură, tehnologii, condiții de muncă, piață, reglementări și furnizori.</w:t>
            </w:r>
          </w:p>
        </w:tc>
        <w:tc>
          <w:tcPr>
            <w:tcW w:w="1417" w:type="dxa"/>
            <w:tcMar>
              <w:top w:w="60" w:type="dxa"/>
              <w:left w:w="70" w:type="dxa"/>
              <w:bottom w:w="60" w:type="dxa"/>
              <w:right w:w="70" w:type="dxa"/>
            </w:tcMar>
            <w:vAlign w:val="center"/>
          </w:tcPr>
          <w:p w14:paraId="5882C798"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C2FF86C"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75A17C8" w14:textId="77777777" w:rsidR="00082454" w:rsidRPr="004566A6" w:rsidRDefault="00082454">
            <w:pPr>
              <w:spacing w:after="0" w:line="240" w:lineRule="auto"/>
              <w:jc w:val="center"/>
              <w:rPr>
                <w:noProof/>
                <w:lang w:val="ro-RO"/>
              </w:rPr>
            </w:pPr>
          </w:p>
        </w:tc>
      </w:tr>
      <w:tr w:rsidR="00082454" w:rsidRPr="00245FA7" w14:paraId="593D4A71" w14:textId="77777777">
        <w:trPr>
          <w:cantSplit/>
          <w:jc w:val="center"/>
        </w:trPr>
        <w:tc>
          <w:tcPr>
            <w:tcW w:w="793" w:type="dxa"/>
            <w:shd w:val="clear" w:color="auto" w:fill="FAFAFA"/>
            <w:tcMar>
              <w:top w:w="60" w:type="dxa"/>
              <w:left w:w="70" w:type="dxa"/>
              <w:bottom w:w="60" w:type="dxa"/>
              <w:right w:w="70" w:type="dxa"/>
            </w:tcMar>
            <w:vAlign w:val="center"/>
          </w:tcPr>
          <w:p w14:paraId="0815415A" w14:textId="77777777" w:rsidR="00082454" w:rsidRPr="004566A6" w:rsidRDefault="00000000">
            <w:pPr>
              <w:spacing w:after="0" w:line="240" w:lineRule="auto"/>
              <w:jc w:val="center"/>
              <w:rPr>
                <w:noProof/>
                <w:lang w:val="ro-RO"/>
              </w:rPr>
            </w:pPr>
            <w:r w:rsidRPr="004566A6">
              <w:rPr>
                <w:rFonts w:eastAsia="Arial"/>
                <w:b/>
                <w:noProof/>
                <w:sz w:val="14"/>
                <w:lang w:val="ro-RO"/>
              </w:rPr>
              <w:t>S1.2</w:t>
            </w:r>
          </w:p>
        </w:tc>
        <w:tc>
          <w:tcPr>
            <w:tcW w:w="4081" w:type="dxa"/>
            <w:shd w:val="clear" w:color="auto" w:fill="FAFAFA"/>
            <w:tcMar>
              <w:top w:w="60" w:type="dxa"/>
              <w:left w:w="70" w:type="dxa"/>
              <w:bottom w:w="60" w:type="dxa"/>
              <w:right w:w="70" w:type="dxa"/>
            </w:tcMar>
            <w:vAlign w:val="center"/>
          </w:tcPr>
          <w:p w14:paraId="3278DFD4" w14:textId="77777777" w:rsidR="00082454" w:rsidRPr="004566A6" w:rsidRDefault="00000000">
            <w:pPr>
              <w:spacing w:after="0" w:line="240" w:lineRule="auto"/>
              <w:rPr>
                <w:noProof/>
                <w:lang w:val="ro-RO"/>
              </w:rPr>
            </w:pPr>
            <w:r w:rsidRPr="004566A6">
              <w:rPr>
                <w:rFonts w:eastAsia="Arial"/>
                <w:noProof/>
                <w:sz w:val="14"/>
                <w:lang w:val="ro-RO"/>
              </w:rPr>
              <w:t>Organizația a determinat dacă schimbările climatice sunt relevante pentru sistemul SSM.</w:t>
            </w:r>
          </w:p>
        </w:tc>
        <w:tc>
          <w:tcPr>
            <w:tcW w:w="5159" w:type="dxa"/>
            <w:shd w:val="clear" w:color="auto" w:fill="FAFAFA"/>
            <w:tcMar>
              <w:top w:w="60" w:type="dxa"/>
              <w:left w:w="70" w:type="dxa"/>
              <w:bottom w:w="60" w:type="dxa"/>
              <w:right w:w="70" w:type="dxa"/>
            </w:tcMar>
            <w:vAlign w:val="center"/>
          </w:tcPr>
          <w:p w14:paraId="622FA274" w14:textId="77777777" w:rsidR="00082454" w:rsidRPr="004566A6" w:rsidRDefault="00000000">
            <w:pPr>
              <w:spacing w:after="0" w:line="240" w:lineRule="auto"/>
              <w:rPr>
                <w:noProof/>
                <w:lang w:val="ro-RO"/>
              </w:rPr>
            </w:pPr>
            <w:r w:rsidRPr="004566A6">
              <w:rPr>
                <w:rFonts w:eastAsia="Arial"/>
                <w:noProof/>
                <w:sz w:val="14"/>
                <w:lang w:val="ro-RO"/>
              </w:rPr>
              <w:t>Evaluare privind căldură, fenomene extreme, calitatea aerului, vectori biologici, continuitate și infrastructură.</w:t>
            </w:r>
          </w:p>
        </w:tc>
        <w:tc>
          <w:tcPr>
            <w:tcW w:w="1417" w:type="dxa"/>
            <w:shd w:val="clear" w:color="auto" w:fill="FAFAFA"/>
            <w:tcMar>
              <w:top w:w="60" w:type="dxa"/>
              <w:left w:w="70" w:type="dxa"/>
              <w:bottom w:w="60" w:type="dxa"/>
              <w:right w:w="70" w:type="dxa"/>
            </w:tcMar>
            <w:vAlign w:val="center"/>
          </w:tcPr>
          <w:p w14:paraId="58781F32"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3519FF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D71FE80" w14:textId="77777777" w:rsidR="00082454" w:rsidRPr="004566A6" w:rsidRDefault="00082454">
            <w:pPr>
              <w:spacing w:after="0" w:line="240" w:lineRule="auto"/>
              <w:jc w:val="center"/>
              <w:rPr>
                <w:noProof/>
                <w:lang w:val="ro-RO"/>
              </w:rPr>
            </w:pPr>
          </w:p>
        </w:tc>
      </w:tr>
      <w:tr w:rsidR="00082454" w:rsidRPr="00245FA7" w14:paraId="60BE9D4D" w14:textId="77777777">
        <w:trPr>
          <w:cantSplit/>
          <w:jc w:val="center"/>
        </w:trPr>
        <w:tc>
          <w:tcPr>
            <w:tcW w:w="793" w:type="dxa"/>
            <w:tcMar>
              <w:top w:w="60" w:type="dxa"/>
              <w:left w:w="70" w:type="dxa"/>
              <w:bottom w:w="60" w:type="dxa"/>
              <w:right w:w="70" w:type="dxa"/>
            </w:tcMar>
            <w:vAlign w:val="center"/>
          </w:tcPr>
          <w:p w14:paraId="1F5DB801" w14:textId="77777777" w:rsidR="00082454" w:rsidRPr="004566A6" w:rsidRDefault="00000000">
            <w:pPr>
              <w:spacing w:after="0" w:line="240" w:lineRule="auto"/>
              <w:jc w:val="center"/>
              <w:rPr>
                <w:noProof/>
                <w:lang w:val="ro-RO"/>
              </w:rPr>
            </w:pPr>
            <w:r w:rsidRPr="004566A6">
              <w:rPr>
                <w:rFonts w:eastAsia="Arial"/>
                <w:b/>
                <w:noProof/>
                <w:sz w:val="14"/>
                <w:lang w:val="ro-RO"/>
              </w:rPr>
              <w:t>S1.3</w:t>
            </w:r>
          </w:p>
        </w:tc>
        <w:tc>
          <w:tcPr>
            <w:tcW w:w="4081" w:type="dxa"/>
            <w:tcMar>
              <w:top w:w="60" w:type="dxa"/>
              <w:left w:w="70" w:type="dxa"/>
              <w:bottom w:w="60" w:type="dxa"/>
              <w:right w:w="70" w:type="dxa"/>
            </w:tcMar>
            <w:vAlign w:val="center"/>
          </w:tcPr>
          <w:p w14:paraId="6968C7DE" w14:textId="77777777" w:rsidR="00082454" w:rsidRPr="004566A6" w:rsidRDefault="00000000">
            <w:pPr>
              <w:spacing w:after="0" w:line="240" w:lineRule="auto"/>
              <w:rPr>
                <w:noProof/>
                <w:lang w:val="ro-RO"/>
              </w:rPr>
            </w:pPr>
            <w:r w:rsidRPr="004566A6">
              <w:rPr>
                <w:rFonts w:eastAsia="Arial"/>
                <w:noProof/>
                <w:sz w:val="14"/>
                <w:lang w:val="ro-RO"/>
              </w:rPr>
              <w:t>Au fost identificați lucrătorii și celelalte părți interesate relevante.</w:t>
            </w:r>
          </w:p>
        </w:tc>
        <w:tc>
          <w:tcPr>
            <w:tcW w:w="5159" w:type="dxa"/>
            <w:tcMar>
              <w:top w:w="60" w:type="dxa"/>
              <w:left w:w="70" w:type="dxa"/>
              <w:bottom w:w="60" w:type="dxa"/>
              <w:right w:w="70" w:type="dxa"/>
            </w:tcMar>
            <w:vAlign w:val="center"/>
          </w:tcPr>
          <w:p w14:paraId="73C870C1" w14:textId="77777777" w:rsidR="00082454" w:rsidRPr="004566A6" w:rsidRDefault="00000000">
            <w:pPr>
              <w:spacing w:after="0" w:line="240" w:lineRule="auto"/>
              <w:rPr>
                <w:noProof/>
                <w:lang w:val="ro-RO"/>
              </w:rPr>
            </w:pPr>
            <w:r w:rsidRPr="004566A6">
              <w:rPr>
                <w:rFonts w:eastAsia="Arial"/>
                <w:noProof/>
                <w:sz w:val="14"/>
                <w:lang w:val="ro-RO"/>
              </w:rPr>
              <w:t>Angajați, temporari, contractanți, vizitatori, autorități, clienți, vecini și servicii medicale.</w:t>
            </w:r>
          </w:p>
        </w:tc>
        <w:tc>
          <w:tcPr>
            <w:tcW w:w="1417" w:type="dxa"/>
            <w:tcMar>
              <w:top w:w="60" w:type="dxa"/>
              <w:left w:w="70" w:type="dxa"/>
              <w:bottom w:w="60" w:type="dxa"/>
              <w:right w:w="70" w:type="dxa"/>
            </w:tcMar>
            <w:vAlign w:val="center"/>
          </w:tcPr>
          <w:p w14:paraId="6B9A8589"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201C87D"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97536A8" w14:textId="77777777" w:rsidR="00082454" w:rsidRPr="004566A6" w:rsidRDefault="00082454">
            <w:pPr>
              <w:spacing w:after="0" w:line="240" w:lineRule="auto"/>
              <w:jc w:val="center"/>
              <w:rPr>
                <w:noProof/>
                <w:lang w:val="ro-RO"/>
              </w:rPr>
            </w:pPr>
          </w:p>
        </w:tc>
      </w:tr>
      <w:tr w:rsidR="00082454" w:rsidRPr="00245FA7" w14:paraId="27C54B78" w14:textId="77777777">
        <w:trPr>
          <w:cantSplit/>
          <w:jc w:val="center"/>
        </w:trPr>
        <w:tc>
          <w:tcPr>
            <w:tcW w:w="793" w:type="dxa"/>
            <w:shd w:val="clear" w:color="auto" w:fill="FAFAFA"/>
            <w:tcMar>
              <w:top w:w="60" w:type="dxa"/>
              <w:left w:w="70" w:type="dxa"/>
              <w:bottom w:w="60" w:type="dxa"/>
              <w:right w:w="70" w:type="dxa"/>
            </w:tcMar>
            <w:vAlign w:val="center"/>
          </w:tcPr>
          <w:p w14:paraId="0BA57DC0" w14:textId="77777777" w:rsidR="00082454" w:rsidRPr="004566A6" w:rsidRDefault="00000000">
            <w:pPr>
              <w:spacing w:after="0" w:line="240" w:lineRule="auto"/>
              <w:jc w:val="center"/>
              <w:rPr>
                <w:noProof/>
                <w:lang w:val="ro-RO"/>
              </w:rPr>
            </w:pPr>
            <w:r w:rsidRPr="004566A6">
              <w:rPr>
                <w:rFonts w:eastAsia="Arial"/>
                <w:b/>
                <w:noProof/>
                <w:sz w:val="14"/>
                <w:lang w:val="ro-RO"/>
              </w:rPr>
              <w:t>S1.4</w:t>
            </w:r>
          </w:p>
        </w:tc>
        <w:tc>
          <w:tcPr>
            <w:tcW w:w="4081" w:type="dxa"/>
            <w:shd w:val="clear" w:color="auto" w:fill="FAFAFA"/>
            <w:tcMar>
              <w:top w:w="60" w:type="dxa"/>
              <w:left w:w="70" w:type="dxa"/>
              <w:bottom w:w="60" w:type="dxa"/>
              <w:right w:w="70" w:type="dxa"/>
            </w:tcMar>
            <w:vAlign w:val="center"/>
          </w:tcPr>
          <w:p w14:paraId="66D5DC01" w14:textId="77777777" w:rsidR="00082454" w:rsidRPr="004566A6" w:rsidRDefault="00000000">
            <w:pPr>
              <w:spacing w:after="0" w:line="240" w:lineRule="auto"/>
              <w:rPr>
                <w:noProof/>
                <w:lang w:val="ro-RO"/>
              </w:rPr>
            </w:pPr>
            <w:r w:rsidRPr="004566A6">
              <w:rPr>
                <w:rFonts w:eastAsia="Arial"/>
                <w:noProof/>
                <w:sz w:val="14"/>
                <w:lang w:val="ro-RO"/>
              </w:rPr>
              <w:t>Au fost determinate nevoile și așteptările relevante ale lucrătorilor și părților interesate.</w:t>
            </w:r>
          </w:p>
        </w:tc>
        <w:tc>
          <w:tcPr>
            <w:tcW w:w="5159" w:type="dxa"/>
            <w:shd w:val="clear" w:color="auto" w:fill="FAFAFA"/>
            <w:tcMar>
              <w:top w:w="60" w:type="dxa"/>
              <w:left w:w="70" w:type="dxa"/>
              <w:bottom w:w="60" w:type="dxa"/>
              <w:right w:w="70" w:type="dxa"/>
            </w:tcMar>
            <w:vAlign w:val="center"/>
          </w:tcPr>
          <w:p w14:paraId="3566077A" w14:textId="77777777" w:rsidR="00082454" w:rsidRPr="004566A6" w:rsidRDefault="00000000">
            <w:pPr>
              <w:spacing w:after="0" w:line="240" w:lineRule="auto"/>
              <w:rPr>
                <w:noProof/>
                <w:lang w:val="ro-RO"/>
              </w:rPr>
            </w:pPr>
            <w:r w:rsidRPr="004566A6">
              <w:rPr>
                <w:rFonts w:eastAsia="Arial"/>
                <w:noProof/>
                <w:sz w:val="14"/>
                <w:lang w:val="ro-RO"/>
              </w:rPr>
              <w:t>Matrice cu cerințe, preocupări, vulnerabilități și responsabil de monitorizare.</w:t>
            </w:r>
          </w:p>
        </w:tc>
        <w:tc>
          <w:tcPr>
            <w:tcW w:w="1417" w:type="dxa"/>
            <w:shd w:val="clear" w:color="auto" w:fill="FAFAFA"/>
            <w:tcMar>
              <w:top w:w="60" w:type="dxa"/>
              <w:left w:w="70" w:type="dxa"/>
              <w:bottom w:w="60" w:type="dxa"/>
              <w:right w:w="70" w:type="dxa"/>
            </w:tcMar>
            <w:vAlign w:val="center"/>
          </w:tcPr>
          <w:p w14:paraId="2639A97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D27F5E8"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111826C" w14:textId="77777777" w:rsidR="00082454" w:rsidRPr="004566A6" w:rsidRDefault="00082454">
            <w:pPr>
              <w:spacing w:after="0" w:line="240" w:lineRule="auto"/>
              <w:jc w:val="center"/>
              <w:rPr>
                <w:noProof/>
                <w:lang w:val="ro-RO"/>
              </w:rPr>
            </w:pPr>
          </w:p>
        </w:tc>
      </w:tr>
      <w:tr w:rsidR="00082454" w:rsidRPr="00245FA7" w14:paraId="682D325A" w14:textId="77777777">
        <w:trPr>
          <w:cantSplit/>
          <w:jc w:val="center"/>
        </w:trPr>
        <w:tc>
          <w:tcPr>
            <w:tcW w:w="793" w:type="dxa"/>
            <w:tcMar>
              <w:top w:w="60" w:type="dxa"/>
              <w:left w:w="70" w:type="dxa"/>
              <w:bottom w:w="60" w:type="dxa"/>
              <w:right w:w="70" w:type="dxa"/>
            </w:tcMar>
            <w:vAlign w:val="center"/>
          </w:tcPr>
          <w:p w14:paraId="56ECF317" w14:textId="77777777" w:rsidR="00082454" w:rsidRPr="004566A6" w:rsidRDefault="00000000">
            <w:pPr>
              <w:spacing w:after="0" w:line="240" w:lineRule="auto"/>
              <w:jc w:val="center"/>
              <w:rPr>
                <w:noProof/>
                <w:lang w:val="ro-RO"/>
              </w:rPr>
            </w:pPr>
            <w:r w:rsidRPr="004566A6">
              <w:rPr>
                <w:rFonts w:eastAsia="Arial"/>
                <w:b/>
                <w:noProof/>
                <w:sz w:val="14"/>
                <w:lang w:val="ro-RO"/>
              </w:rPr>
              <w:t>S1.5</w:t>
            </w:r>
          </w:p>
        </w:tc>
        <w:tc>
          <w:tcPr>
            <w:tcW w:w="4081" w:type="dxa"/>
            <w:tcMar>
              <w:top w:w="60" w:type="dxa"/>
              <w:left w:w="70" w:type="dxa"/>
              <w:bottom w:w="60" w:type="dxa"/>
              <w:right w:w="70" w:type="dxa"/>
            </w:tcMar>
            <w:vAlign w:val="center"/>
          </w:tcPr>
          <w:p w14:paraId="5B36918B" w14:textId="77777777" w:rsidR="00082454" w:rsidRPr="004566A6" w:rsidRDefault="00000000">
            <w:pPr>
              <w:spacing w:after="0" w:line="240" w:lineRule="auto"/>
              <w:rPr>
                <w:noProof/>
                <w:lang w:val="ro-RO"/>
              </w:rPr>
            </w:pPr>
            <w:r w:rsidRPr="004566A6">
              <w:rPr>
                <w:rFonts w:eastAsia="Arial"/>
                <w:noProof/>
                <w:sz w:val="14"/>
                <w:lang w:val="ro-RO"/>
              </w:rPr>
              <w:t>Au fost stabilite cerințele care sunt sau pot deveni obligații legale și alte cerințe.</w:t>
            </w:r>
          </w:p>
        </w:tc>
        <w:tc>
          <w:tcPr>
            <w:tcW w:w="5159" w:type="dxa"/>
            <w:tcMar>
              <w:top w:w="60" w:type="dxa"/>
              <w:left w:w="70" w:type="dxa"/>
              <w:bottom w:w="60" w:type="dxa"/>
              <w:right w:w="70" w:type="dxa"/>
            </w:tcMar>
            <w:vAlign w:val="center"/>
          </w:tcPr>
          <w:p w14:paraId="577A79AE" w14:textId="77777777" w:rsidR="00082454" w:rsidRPr="004566A6" w:rsidRDefault="00000000">
            <w:pPr>
              <w:spacing w:after="0" w:line="240" w:lineRule="auto"/>
              <w:rPr>
                <w:noProof/>
                <w:lang w:val="ro-RO"/>
              </w:rPr>
            </w:pPr>
            <w:r w:rsidRPr="004566A6">
              <w:rPr>
                <w:rFonts w:eastAsia="Arial"/>
                <w:noProof/>
                <w:sz w:val="14"/>
                <w:lang w:val="ro-RO"/>
              </w:rPr>
              <w:t>Trasabilitate către registrul de obligații și controale.</w:t>
            </w:r>
          </w:p>
        </w:tc>
        <w:tc>
          <w:tcPr>
            <w:tcW w:w="1417" w:type="dxa"/>
            <w:tcMar>
              <w:top w:w="60" w:type="dxa"/>
              <w:left w:w="70" w:type="dxa"/>
              <w:bottom w:w="60" w:type="dxa"/>
              <w:right w:w="70" w:type="dxa"/>
            </w:tcMar>
            <w:vAlign w:val="center"/>
          </w:tcPr>
          <w:p w14:paraId="109AEF8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2E4471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A891667" w14:textId="77777777" w:rsidR="00082454" w:rsidRPr="004566A6" w:rsidRDefault="00082454">
            <w:pPr>
              <w:spacing w:after="0" w:line="240" w:lineRule="auto"/>
              <w:jc w:val="center"/>
              <w:rPr>
                <w:noProof/>
                <w:lang w:val="ro-RO"/>
              </w:rPr>
            </w:pPr>
          </w:p>
        </w:tc>
      </w:tr>
      <w:tr w:rsidR="00082454" w:rsidRPr="00245FA7" w14:paraId="438EEE46" w14:textId="77777777">
        <w:trPr>
          <w:cantSplit/>
          <w:jc w:val="center"/>
        </w:trPr>
        <w:tc>
          <w:tcPr>
            <w:tcW w:w="793" w:type="dxa"/>
            <w:shd w:val="clear" w:color="auto" w:fill="FAFAFA"/>
            <w:tcMar>
              <w:top w:w="60" w:type="dxa"/>
              <w:left w:w="70" w:type="dxa"/>
              <w:bottom w:w="60" w:type="dxa"/>
              <w:right w:w="70" w:type="dxa"/>
            </w:tcMar>
            <w:vAlign w:val="center"/>
          </w:tcPr>
          <w:p w14:paraId="28F184BB" w14:textId="77777777" w:rsidR="00082454" w:rsidRPr="004566A6" w:rsidRDefault="00000000">
            <w:pPr>
              <w:spacing w:after="0" w:line="240" w:lineRule="auto"/>
              <w:jc w:val="center"/>
              <w:rPr>
                <w:noProof/>
                <w:lang w:val="ro-RO"/>
              </w:rPr>
            </w:pPr>
            <w:r w:rsidRPr="004566A6">
              <w:rPr>
                <w:rFonts w:eastAsia="Arial"/>
                <w:b/>
                <w:noProof/>
                <w:sz w:val="14"/>
                <w:lang w:val="ro-RO"/>
              </w:rPr>
              <w:t>S1.6</w:t>
            </w:r>
          </w:p>
        </w:tc>
        <w:tc>
          <w:tcPr>
            <w:tcW w:w="4081" w:type="dxa"/>
            <w:shd w:val="clear" w:color="auto" w:fill="FAFAFA"/>
            <w:tcMar>
              <w:top w:w="60" w:type="dxa"/>
              <w:left w:w="70" w:type="dxa"/>
              <w:bottom w:w="60" w:type="dxa"/>
              <w:right w:w="70" w:type="dxa"/>
            </w:tcMar>
            <w:vAlign w:val="center"/>
          </w:tcPr>
          <w:p w14:paraId="547DD233" w14:textId="77777777" w:rsidR="00082454" w:rsidRPr="004566A6" w:rsidRDefault="00000000">
            <w:pPr>
              <w:spacing w:after="0" w:line="240" w:lineRule="auto"/>
              <w:rPr>
                <w:noProof/>
                <w:lang w:val="ro-RO"/>
              </w:rPr>
            </w:pPr>
            <w:r w:rsidRPr="004566A6">
              <w:rPr>
                <w:rFonts w:eastAsia="Arial"/>
                <w:noProof/>
                <w:sz w:val="14"/>
                <w:lang w:val="ro-RO"/>
              </w:rPr>
              <w:t>Domeniul sistemului definește limitele organizaționale, fizice și funcționale.</w:t>
            </w:r>
          </w:p>
        </w:tc>
        <w:tc>
          <w:tcPr>
            <w:tcW w:w="5159" w:type="dxa"/>
            <w:shd w:val="clear" w:color="auto" w:fill="FAFAFA"/>
            <w:tcMar>
              <w:top w:w="60" w:type="dxa"/>
              <w:left w:w="70" w:type="dxa"/>
              <w:bottom w:w="60" w:type="dxa"/>
              <w:right w:w="70" w:type="dxa"/>
            </w:tcMar>
            <w:vAlign w:val="center"/>
          </w:tcPr>
          <w:p w14:paraId="79F5C750" w14:textId="77777777" w:rsidR="00082454" w:rsidRPr="004566A6" w:rsidRDefault="00000000">
            <w:pPr>
              <w:spacing w:after="0" w:line="240" w:lineRule="auto"/>
              <w:rPr>
                <w:noProof/>
                <w:lang w:val="ro-RO"/>
              </w:rPr>
            </w:pPr>
            <w:r w:rsidRPr="004566A6">
              <w:rPr>
                <w:rFonts w:eastAsia="Arial"/>
                <w:noProof/>
                <w:sz w:val="14"/>
                <w:lang w:val="ro-RO"/>
              </w:rPr>
              <w:t>Locații, activități, lucrători, procese, control și influență.</w:t>
            </w:r>
          </w:p>
        </w:tc>
        <w:tc>
          <w:tcPr>
            <w:tcW w:w="1417" w:type="dxa"/>
            <w:shd w:val="clear" w:color="auto" w:fill="FAFAFA"/>
            <w:tcMar>
              <w:top w:w="60" w:type="dxa"/>
              <w:left w:w="70" w:type="dxa"/>
              <w:bottom w:w="60" w:type="dxa"/>
              <w:right w:w="70" w:type="dxa"/>
            </w:tcMar>
            <w:vAlign w:val="center"/>
          </w:tcPr>
          <w:p w14:paraId="64EC51A1"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9047A3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BD1329A" w14:textId="77777777" w:rsidR="00082454" w:rsidRPr="004566A6" w:rsidRDefault="00082454">
            <w:pPr>
              <w:spacing w:after="0" w:line="240" w:lineRule="auto"/>
              <w:jc w:val="center"/>
              <w:rPr>
                <w:noProof/>
                <w:lang w:val="ro-RO"/>
              </w:rPr>
            </w:pPr>
          </w:p>
        </w:tc>
      </w:tr>
      <w:tr w:rsidR="00082454" w:rsidRPr="00245FA7" w14:paraId="3297F07F" w14:textId="77777777">
        <w:trPr>
          <w:cantSplit/>
          <w:jc w:val="center"/>
        </w:trPr>
        <w:tc>
          <w:tcPr>
            <w:tcW w:w="793" w:type="dxa"/>
            <w:tcMar>
              <w:top w:w="60" w:type="dxa"/>
              <w:left w:w="70" w:type="dxa"/>
              <w:bottom w:w="60" w:type="dxa"/>
              <w:right w:w="70" w:type="dxa"/>
            </w:tcMar>
            <w:vAlign w:val="center"/>
          </w:tcPr>
          <w:p w14:paraId="5D57D356" w14:textId="77777777" w:rsidR="00082454" w:rsidRPr="004566A6" w:rsidRDefault="00000000">
            <w:pPr>
              <w:spacing w:after="0" w:line="240" w:lineRule="auto"/>
              <w:jc w:val="center"/>
              <w:rPr>
                <w:noProof/>
                <w:lang w:val="ro-RO"/>
              </w:rPr>
            </w:pPr>
            <w:r w:rsidRPr="004566A6">
              <w:rPr>
                <w:rFonts w:eastAsia="Arial"/>
                <w:b/>
                <w:noProof/>
                <w:sz w:val="14"/>
                <w:lang w:val="ro-RO"/>
              </w:rPr>
              <w:t>S1.7</w:t>
            </w:r>
          </w:p>
        </w:tc>
        <w:tc>
          <w:tcPr>
            <w:tcW w:w="4081" w:type="dxa"/>
            <w:tcMar>
              <w:top w:w="60" w:type="dxa"/>
              <w:left w:w="70" w:type="dxa"/>
              <w:bottom w:w="60" w:type="dxa"/>
              <w:right w:w="70" w:type="dxa"/>
            </w:tcMar>
            <w:vAlign w:val="center"/>
          </w:tcPr>
          <w:p w14:paraId="0D537744" w14:textId="77777777" w:rsidR="00082454" w:rsidRPr="004566A6" w:rsidRDefault="00000000">
            <w:pPr>
              <w:spacing w:after="0" w:line="240" w:lineRule="auto"/>
              <w:rPr>
                <w:noProof/>
                <w:lang w:val="ro-RO"/>
              </w:rPr>
            </w:pPr>
            <w:r w:rsidRPr="004566A6">
              <w:rPr>
                <w:rFonts w:eastAsia="Arial"/>
                <w:noProof/>
                <w:sz w:val="14"/>
                <w:lang w:val="ro-RO"/>
              </w:rPr>
              <w:t>Domeniul acoperă activitățile care pot afecta performanța SSM.</w:t>
            </w:r>
          </w:p>
        </w:tc>
        <w:tc>
          <w:tcPr>
            <w:tcW w:w="5159" w:type="dxa"/>
            <w:tcMar>
              <w:top w:w="60" w:type="dxa"/>
              <w:left w:w="70" w:type="dxa"/>
              <w:bottom w:w="60" w:type="dxa"/>
              <w:right w:w="70" w:type="dxa"/>
            </w:tcMar>
            <w:vAlign w:val="center"/>
          </w:tcPr>
          <w:p w14:paraId="56132A31" w14:textId="77777777" w:rsidR="00082454" w:rsidRPr="004566A6" w:rsidRDefault="00000000">
            <w:pPr>
              <w:spacing w:after="0" w:line="240" w:lineRule="auto"/>
              <w:rPr>
                <w:noProof/>
                <w:lang w:val="ro-RO"/>
              </w:rPr>
            </w:pPr>
            <w:r w:rsidRPr="004566A6">
              <w:rPr>
                <w:rFonts w:eastAsia="Arial"/>
                <w:noProof/>
                <w:sz w:val="14"/>
                <w:lang w:val="ro-RO"/>
              </w:rPr>
              <w:t>Inclusiv lucru la client, deplasări, telemuncă, contractanți și procese externalizate.</w:t>
            </w:r>
          </w:p>
        </w:tc>
        <w:tc>
          <w:tcPr>
            <w:tcW w:w="1417" w:type="dxa"/>
            <w:tcMar>
              <w:top w:w="60" w:type="dxa"/>
              <w:left w:w="70" w:type="dxa"/>
              <w:bottom w:w="60" w:type="dxa"/>
              <w:right w:w="70" w:type="dxa"/>
            </w:tcMar>
            <w:vAlign w:val="center"/>
          </w:tcPr>
          <w:p w14:paraId="3846865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49DCBEC"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4A4D54E" w14:textId="77777777" w:rsidR="00082454" w:rsidRPr="004566A6" w:rsidRDefault="00082454">
            <w:pPr>
              <w:spacing w:after="0" w:line="240" w:lineRule="auto"/>
              <w:jc w:val="center"/>
              <w:rPr>
                <w:noProof/>
                <w:lang w:val="ro-RO"/>
              </w:rPr>
            </w:pPr>
          </w:p>
        </w:tc>
      </w:tr>
      <w:tr w:rsidR="00082454" w:rsidRPr="004566A6" w14:paraId="7ED250A2" w14:textId="77777777">
        <w:trPr>
          <w:cantSplit/>
          <w:jc w:val="center"/>
        </w:trPr>
        <w:tc>
          <w:tcPr>
            <w:tcW w:w="793" w:type="dxa"/>
            <w:shd w:val="clear" w:color="auto" w:fill="FAFAFA"/>
            <w:tcMar>
              <w:top w:w="60" w:type="dxa"/>
              <w:left w:w="70" w:type="dxa"/>
              <w:bottom w:w="60" w:type="dxa"/>
              <w:right w:w="70" w:type="dxa"/>
            </w:tcMar>
            <w:vAlign w:val="center"/>
          </w:tcPr>
          <w:p w14:paraId="09F205D7" w14:textId="77777777" w:rsidR="00082454" w:rsidRPr="004566A6" w:rsidRDefault="00000000">
            <w:pPr>
              <w:spacing w:after="0" w:line="240" w:lineRule="auto"/>
              <w:jc w:val="center"/>
              <w:rPr>
                <w:noProof/>
                <w:lang w:val="ro-RO"/>
              </w:rPr>
            </w:pPr>
            <w:r w:rsidRPr="004566A6">
              <w:rPr>
                <w:rFonts w:eastAsia="Arial"/>
                <w:b/>
                <w:noProof/>
                <w:sz w:val="14"/>
                <w:lang w:val="ro-RO"/>
              </w:rPr>
              <w:t>S1.8</w:t>
            </w:r>
          </w:p>
        </w:tc>
        <w:tc>
          <w:tcPr>
            <w:tcW w:w="4081" w:type="dxa"/>
            <w:shd w:val="clear" w:color="auto" w:fill="FAFAFA"/>
            <w:tcMar>
              <w:top w:w="60" w:type="dxa"/>
              <w:left w:w="70" w:type="dxa"/>
              <w:bottom w:w="60" w:type="dxa"/>
              <w:right w:w="70" w:type="dxa"/>
            </w:tcMar>
            <w:vAlign w:val="center"/>
          </w:tcPr>
          <w:p w14:paraId="24D6CA72" w14:textId="77777777" w:rsidR="00082454" w:rsidRPr="004566A6" w:rsidRDefault="00000000">
            <w:pPr>
              <w:spacing w:after="0" w:line="240" w:lineRule="auto"/>
              <w:rPr>
                <w:noProof/>
                <w:lang w:val="ro-RO"/>
              </w:rPr>
            </w:pPr>
            <w:r w:rsidRPr="004566A6">
              <w:rPr>
                <w:rFonts w:eastAsia="Arial"/>
                <w:noProof/>
                <w:sz w:val="14"/>
                <w:lang w:val="ro-RO"/>
              </w:rPr>
              <w:t>Domeniul nu exclude activități pentru a evita riscuri sau cerințe semnificative.</w:t>
            </w:r>
          </w:p>
        </w:tc>
        <w:tc>
          <w:tcPr>
            <w:tcW w:w="5159" w:type="dxa"/>
            <w:shd w:val="clear" w:color="auto" w:fill="FAFAFA"/>
            <w:tcMar>
              <w:top w:w="60" w:type="dxa"/>
              <w:left w:w="70" w:type="dxa"/>
              <w:bottom w:w="60" w:type="dxa"/>
              <w:right w:w="70" w:type="dxa"/>
            </w:tcMar>
            <w:vAlign w:val="center"/>
          </w:tcPr>
          <w:p w14:paraId="5F2139E0" w14:textId="77777777" w:rsidR="00082454" w:rsidRPr="004566A6" w:rsidRDefault="00000000">
            <w:pPr>
              <w:spacing w:after="0" w:line="240" w:lineRule="auto"/>
              <w:rPr>
                <w:noProof/>
                <w:lang w:val="ro-RO"/>
              </w:rPr>
            </w:pPr>
            <w:r w:rsidRPr="004566A6">
              <w:rPr>
                <w:rFonts w:eastAsia="Arial"/>
                <w:noProof/>
                <w:sz w:val="14"/>
                <w:lang w:val="ro-RO"/>
              </w:rPr>
              <w:t>Justificări și controlul interfețelor.</w:t>
            </w:r>
          </w:p>
        </w:tc>
        <w:tc>
          <w:tcPr>
            <w:tcW w:w="1417" w:type="dxa"/>
            <w:shd w:val="clear" w:color="auto" w:fill="FAFAFA"/>
            <w:tcMar>
              <w:top w:w="60" w:type="dxa"/>
              <w:left w:w="70" w:type="dxa"/>
              <w:bottom w:w="60" w:type="dxa"/>
              <w:right w:w="70" w:type="dxa"/>
            </w:tcMar>
            <w:vAlign w:val="center"/>
          </w:tcPr>
          <w:p w14:paraId="18B624A3"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EA84806"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8DFDA9B" w14:textId="77777777" w:rsidR="00082454" w:rsidRPr="004566A6" w:rsidRDefault="00082454">
            <w:pPr>
              <w:spacing w:after="0" w:line="240" w:lineRule="auto"/>
              <w:jc w:val="center"/>
              <w:rPr>
                <w:noProof/>
                <w:lang w:val="ro-RO"/>
              </w:rPr>
            </w:pPr>
          </w:p>
        </w:tc>
      </w:tr>
      <w:tr w:rsidR="00082454" w:rsidRPr="00245FA7" w14:paraId="597B2976" w14:textId="77777777">
        <w:trPr>
          <w:cantSplit/>
          <w:jc w:val="center"/>
        </w:trPr>
        <w:tc>
          <w:tcPr>
            <w:tcW w:w="793" w:type="dxa"/>
            <w:tcMar>
              <w:top w:w="60" w:type="dxa"/>
              <w:left w:w="70" w:type="dxa"/>
              <w:bottom w:w="60" w:type="dxa"/>
              <w:right w:w="70" w:type="dxa"/>
            </w:tcMar>
            <w:vAlign w:val="center"/>
          </w:tcPr>
          <w:p w14:paraId="656C5F5E" w14:textId="77777777" w:rsidR="00082454" w:rsidRPr="004566A6" w:rsidRDefault="00000000">
            <w:pPr>
              <w:spacing w:after="0" w:line="240" w:lineRule="auto"/>
              <w:jc w:val="center"/>
              <w:rPr>
                <w:noProof/>
                <w:lang w:val="ro-RO"/>
              </w:rPr>
            </w:pPr>
            <w:r w:rsidRPr="004566A6">
              <w:rPr>
                <w:rFonts w:eastAsia="Arial"/>
                <w:b/>
                <w:noProof/>
                <w:sz w:val="14"/>
                <w:lang w:val="ro-RO"/>
              </w:rPr>
              <w:t>S1.9</w:t>
            </w:r>
          </w:p>
        </w:tc>
        <w:tc>
          <w:tcPr>
            <w:tcW w:w="4081" w:type="dxa"/>
            <w:tcMar>
              <w:top w:w="60" w:type="dxa"/>
              <w:left w:w="70" w:type="dxa"/>
              <w:bottom w:w="60" w:type="dxa"/>
              <w:right w:w="70" w:type="dxa"/>
            </w:tcMar>
            <w:vAlign w:val="center"/>
          </w:tcPr>
          <w:p w14:paraId="0993978E" w14:textId="77777777" w:rsidR="00082454" w:rsidRPr="004566A6" w:rsidRDefault="00000000">
            <w:pPr>
              <w:spacing w:after="0" w:line="240" w:lineRule="auto"/>
              <w:rPr>
                <w:noProof/>
                <w:lang w:val="ro-RO"/>
              </w:rPr>
            </w:pPr>
            <w:r w:rsidRPr="004566A6">
              <w:rPr>
                <w:rFonts w:eastAsia="Arial"/>
                <w:noProof/>
                <w:sz w:val="14"/>
                <w:lang w:val="ro-RO"/>
              </w:rPr>
              <w:t>Sunt definite procesele sistemului SSM și interacțiunile lor.</w:t>
            </w:r>
          </w:p>
        </w:tc>
        <w:tc>
          <w:tcPr>
            <w:tcW w:w="5159" w:type="dxa"/>
            <w:tcMar>
              <w:top w:w="60" w:type="dxa"/>
              <w:left w:w="70" w:type="dxa"/>
              <w:bottom w:w="60" w:type="dxa"/>
              <w:right w:w="70" w:type="dxa"/>
            </w:tcMar>
            <w:vAlign w:val="center"/>
          </w:tcPr>
          <w:p w14:paraId="7E29E678" w14:textId="77777777" w:rsidR="00082454" w:rsidRPr="004566A6" w:rsidRDefault="00000000">
            <w:pPr>
              <w:spacing w:after="0" w:line="240" w:lineRule="auto"/>
              <w:rPr>
                <w:noProof/>
                <w:lang w:val="ro-RO"/>
              </w:rPr>
            </w:pPr>
            <w:r w:rsidRPr="004566A6">
              <w:rPr>
                <w:rFonts w:eastAsia="Arial"/>
                <w:noProof/>
                <w:sz w:val="14"/>
                <w:lang w:val="ro-RO"/>
              </w:rPr>
              <w:t>Hartă procese, intrări, ieșiri, responsabilități și indicatori.</w:t>
            </w:r>
          </w:p>
        </w:tc>
        <w:tc>
          <w:tcPr>
            <w:tcW w:w="1417" w:type="dxa"/>
            <w:tcMar>
              <w:top w:w="60" w:type="dxa"/>
              <w:left w:w="70" w:type="dxa"/>
              <w:bottom w:w="60" w:type="dxa"/>
              <w:right w:w="70" w:type="dxa"/>
            </w:tcMar>
            <w:vAlign w:val="center"/>
          </w:tcPr>
          <w:p w14:paraId="287B792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3E4059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DB66630" w14:textId="77777777" w:rsidR="00082454" w:rsidRPr="004566A6" w:rsidRDefault="00082454">
            <w:pPr>
              <w:spacing w:after="0" w:line="240" w:lineRule="auto"/>
              <w:jc w:val="center"/>
              <w:rPr>
                <w:noProof/>
                <w:lang w:val="ro-RO"/>
              </w:rPr>
            </w:pPr>
          </w:p>
        </w:tc>
      </w:tr>
      <w:tr w:rsidR="00082454" w:rsidRPr="00245FA7" w14:paraId="00A4D0EE" w14:textId="77777777">
        <w:trPr>
          <w:cantSplit/>
          <w:jc w:val="center"/>
        </w:trPr>
        <w:tc>
          <w:tcPr>
            <w:tcW w:w="793" w:type="dxa"/>
            <w:shd w:val="clear" w:color="auto" w:fill="FAFAFA"/>
            <w:tcMar>
              <w:top w:w="60" w:type="dxa"/>
              <w:left w:w="70" w:type="dxa"/>
              <w:bottom w:w="60" w:type="dxa"/>
              <w:right w:w="70" w:type="dxa"/>
            </w:tcMar>
            <w:vAlign w:val="center"/>
          </w:tcPr>
          <w:p w14:paraId="64F26E9A" w14:textId="77777777" w:rsidR="00082454" w:rsidRPr="004566A6" w:rsidRDefault="00000000">
            <w:pPr>
              <w:spacing w:after="0" w:line="240" w:lineRule="auto"/>
              <w:jc w:val="center"/>
              <w:rPr>
                <w:noProof/>
                <w:lang w:val="ro-RO"/>
              </w:rPr>
            </w:pPr>
            <w:r w:rsidRPr="004566A6">
              <w:rPr>
                <w:rFonts w:eastAsia="Arial"/>
                <w:b/>
                <w:noProof/>
                <w:sz w:val="14"/>
                <w:lang w:val="ro-RO"/>
              </w:rPr>
              <w:t>S1.10</w:t>
            </w:r>
          </w:p>
        </w:tc>
        <w:tc>
          <w:tcPr>
            <w:tcW w:w="4081" w:type="dxa"/>
            <w:shd w:val="clear" w:color="auto" w:fill="FAFAFA"/>
            <w:tcMar>
              <w:top w:w="60" w:type="dxa"/>
              <w:left w:w="70" w:type="dxa"/>
              <w:bottom w:w="60" w:type="dxa"/>
              <w:right w:w="70" w:type="dxa"/>
            </w:tcMar>
            <w:vAlign w:val="center"/>
          </w:tcPr>
          <w:p w14:paraId="438A08E0" w14:textId="77777777" w:rsidR="00082454" w:rsidRPr="004566A6" w:rsidRDefault="00000000">
            <w:pPr>
              <w:spacing w:after="0" w:line="240" w:lineRule="auto"/>
              <w:rPr>
                <w:noProof/>
                <w:lang w:val="ro-RO"/>
              </w:rPr>
            </w:pPr>
            <w:r w:rsidRPr="004566A6">
              <w:rPr>
                <w:rFonts w:eastAsia="Arial"/>
                <w:noProof/>
                <w:sz w:val="14"/>
                <w:lang w:val="ro-RO"/>
              </w:rPr>
              <w:t>Cerințele SSM sunt integrate în procesele de business.</w:t>
            </w:r>
          </w:p>
        </w:tc>
        <w:tc>
          <w:tcPr>
            <w:tcW w:w="5159" w:type="dxa"/>
            <w:shd w:val="clear" w:color="auto" w:fill="FAFAFA"/>
            <w:tcMar>
              <w:top w:w="60" w:type="dxa"/>
              <w:left w:w="70" w:type="dxa"/>
              <w:bottom w:w="60" w:type="dxa"/>
              <w:right w:w="70" w:type="dxa"/>
            </w:tcMar>
            <w:vAlign w:val="center"/>
          </w:tcPr>
          <w:p w14:paraId="218347AD" w14:textId="77777777" w:rsidR="00082454" w:rsidRPr="004566A6" w:rsidRDefault="00000000">
            <w:pPr>
              <w:spacing w:after="0" w:line="240" w:lineRule="auto"/>
              <w:rPr>
                <w:noProof/>
                <w:lang w:val="ro-RO"/>
              </w:rPr>
            </w:pPr>
            <w:r w:rsidRPr="004566A6">
              <w:rPr>
                <w:rFonts w:eastAsia="Arial"/>
                <w:noProof/>
                <w:sz w:val="14"/>
                <w:lang w:val="ro-RO"/>
              </w:rPr>
              <w:t>Legături cu proiectare, achiziții, resurse umane, mentenanță, producție și schimbare.</w:t>
            </w:r>
          </w:p>
        </w:tc>
        <w:tc>
          <w:tcPr>
            <w:tcW w:w="1417" w:type="dxa"/>
            <w:shd w:val="clear" w:color="auto" w:fill="FAFAFA"/>
            <w:tcMar>
              <w:top w:w="60" w:type="dxa"/>
              <w:left w:w="70" w:type="dxa"/>
              <w:bottom w:w="60" w:type="dxa"/>
              <w:right w:w="70" w:type="dxa"/>
            </w:tcMar>
            <w:vAlign w:val="center"/>
          </w:tcPr>
          <w:p w14:paraId="44618A92"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D0DCAE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52D9473" w14:textId="77777777" w:rsidR="00082454" w:rsidRPr="004566A6" w:rsidRDefault="00082454">
            <w:pPr>
              <w:spacing w:after="0" w:line="240" w:lineRule="auto"/>
              <w:jc w:val="center"/>
              <w:rPr>
                <w:noProof/>
                <w:lang w:val="ro-RO"/>
              </w:rPr>
            </w:pPr>
          </w:p>
        </w:tc>
      </w:tr>
      <w:tr w:rsidR="00082454" w:rsidRPr="004566A6" w14:paraId="56A425BE" w14:textId="77777777">
        <w:trPr>
          <w:cantSplit/>
          <w:jc w:val="center"/>
        </w:trPr>
        <w:tc>
          <w:tcPr>
            <w:tcW w:w="793" w:type="dxa"/>
            <w:tcMar>
              <w:top w:w="60" w:type="dxa"/>
              <w:left w:w="70" w:type="dxa"/>
              <w:bottom w:w="60" w:type="dxa"/>
              <w:right w:w="70" w:type="dxa"/>
            </w:tcMar>
            <w:vAlign w:val="center"/>
          </w:tcPr>
          <w:p w14:paraId="4DEFE312" w14:textId="77777777" w:rsidR="00082454" w:rsidRPr="004566A6" w:rsidRDefault="00000000">
            <w:pPr>
              <w:spacing w:after="0" w:line="240" w:lineRule="auto"/>
              <w:jc w:val="center"/>
              <w:rPr>
                <w:noProof/>
                <w:lang w:val="ro-RO"/>
              </w:rPr>
            </w:pPr>
            <w:r w:rsidRPr="004566A6">
              <w:rPr>
                <w:rFonts w:eastAsia="Arial"/>
                <w:b/>
                <w:noProof/>
                <w:sz w:val="14"/>
                <w:lang w:val="ro-RO"/>
              </w:rPr>
              <w:t>S1.11</w:t>
            </w:r>
          </w:p>
        </w:tc>
        <w:tc>
          <w:tcPr>
            <w:tcW w:w="4081" w:type="dxa"/>
            <w:tcMar>
              <w:top w:w="60" w:type="dxa"/>
              <w:left w:w="70" w:type="dxa"/>
              <w:bottom w:w="60" w:type="dxa"/>
              <w:right w:w="70" w:type="dxa"/>
            </w:tcMar>
            <w:vAlign w:val="center"/>
          </w:tcPr>
          <w:p w14:paraId="06E7149E" w14:textId="77777777" w:rsidR="00082454" w:rsidRPr="004566A6" w:rsidRDefault="00000000">
            <w:pPr>
              <w:spacing w:after="0" w:line="240" w:lineRule="auto"/>
              <w:rPr>
                <w:noProof/>
                <w:lang w:val="ro-RO"/>
              </w:rPr>
            </w:pPr>
            <w:r w:rsidRPr="004566A6">
              <w:rPr>
                <w:rFonts w:eastAsia="Arial"/>
                <w:noProof/>
                <w:sz w:val="14"/>
                <w:lang w:val="ro-RO"/>
              </w:rPr>
              <w:t>Contextul, nevoile și domeniul sunt revizuite la schimbări relevante.</w:t>
            </w:r>
          </w:p>
        </w:tc>
        <w:tc>
          <w:tcPr>
            <w:tcW w:w="5159" w:type="dxa"/>
            <w:tcMar>
              <w:top w:w="60" w:type="dxa"/>
              <w:left w:w="70" w:type="dxa"/>
              <w:bottom w:w="60" w:type="dxa"/>
              <w:right w:w="70" w:type="dxa"/>
            </w:tcMar>
            <w:vAlign w:val="center"/>
          </w:tcPr>
          <w:p w14:paraId="6A0E9FA1" w14:textId="77777777" w:rsidR="00082454" w:rsidRPr="004566A6" w:rsidRDefault="00000000">
            <w:pPr>
              <w:spacing w:after="0" w:line="240" w:lineRule="auto"/>
              <w:rPr>
                <w:noProof/>
                <w:lang w:val="ro-RO"/>
              </w:rPr>
            </w:pPr>
            <w:r w:rsidRPr="004566A6">
              <w:rPr>
                <w:rFonts w:eastAsia="Arial"/>
                <w:noProof/>
                <w:sz w:val="14"/>
                <w:lang w:val="ro-RO"/>
              </w:rPr>
              <w:t>Ritm și trigger-e: incidente, restructurări, tehnologii, climă și legislație.</w:t>
            </w:r>
          </w:p>
        </w:tc>
        <w:tc>
          <w:tcPr>
            <w:tcW w:w="1417" w:type="dxa"/>
            <w:tcMar>
              <w:top w:w="60" w:type="dxa"/>
              <w:left w:w="70" w:type="dxa"/>
              <w:bottom w:w="60" w:type="dxa"/>
              <w:right w:w="70" w:type="dxa"/>
            </w:tcMar>
            <w:vAlign w:val="center"/>
          </w:tcPr>
          <w:p w14:paraId="4E0EC019"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6EC6C67"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70785C8" w14:textId="77777777" w:rsidR="00082454" w:rsidRPr="004566A6" w:rsidRDefault="00082454">
            <w:pPr>
              <w:spacing w:after="0" w:line="240" w:lineRule="auto"/>
              <w:jc w:val="center"/>
              <w:rPr>
                <w:noProof/>
                <w:lang w:val="ro-RO"/>
              </w:rPr>
            </w:pPr>
          </w:p>
        </w:tc>
      </w:tr>
    </w:tbl>
    <w:p w14:paraId="7248CCED"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DEA974E"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01ADEE61" w14:textId="77777777">
        <w:trPr>
          <w:cantSplit/>
          <w:jc w:val="center"/>
        </w:trPr>
        <w:tc>
          <w:tcPr>
            <w:tcW w:w="1020" w:type="dxa"/>
            <w:shd w:val="clear" w:color="auto" w:fill="D71920"/>
            <w:tcMar>
              <w:top w:w="60" w:type="dxa"/>
              <w:left w:w="70" w:type="dxa"/>
              <w:bottom w:w="60" w:type="dxa"/>
              <w:right w:w="70" w:type="dxa"/>
            </w:tcMar>
            <w:vAlign w:val="center"/>
          </w:tcPr>
          <w:p w14:paraId="5BBB8B3D"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2</w:t>
            </w:r>
          </w:p>
        </w:tc>
        <w:tc>
          <w:tcPr>
            <w:tcW w:w="12585" w:type="dxa"/>
            <w:shd w:val="clear" w:color="auto" w:fill="F3F4F5"/>
          </w:tcPr>
          <w:p w14:paraId="44D97F66" w14:textId="77777777" w:rsidR="00082454" w:rsidRPr="004566A6" w:rsidRDefault="00000000">
            <w:pPr>
              <w:spacing w:after="20"/>
              <w:rPr>
                <w:noProof/>
                <w:lang w:val="ro-RO"/>
              </w:rPr>
            </w:pPr>
            <w:r w:rsidRPr="004566A6">
              <w:rPr>
                <w:rFonts w:eastAsia="Arial"/>
                <w:b/>
                <w:noProof/>
                <w:sz w:val="27"/>
                <w:lang w:val="ro-RO"/>
              </w:rPr>
              <w:t>Leadership, politică și responsabilități</w:t>
            </w:r>
          </w:p>
          <w:p w14:paraId="66F93688"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clauzele 5.1-5.3  |  Obiectiv: asigurarea asumării de către conducere și integrarea SSM în guvernanță și deciziile operaționale</w:t>
            </w:r>
          </w:p>
        </w:tc>
      </w:tr>
    </w:tbl>
    <w:p w14:paraId="089EB318"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4566A6" w14:paraId="2FF72731" w14:textId="77777777">
        <w:trPr>
          <w:cantSplit/>
          <w:jc w:val="center"/>
        </w:trPr>
        <w:tc>
          <w:tcPr>
            <w:tcW w:w="566" w:type="dxa"/>
            <w:shd w:val="clear" w:color="auto" w:fill="D71920"/>
            <w:tcMar>
              <w:top w:w="60" w:type="dxa"/>
              <w:left w:w="70" w:type="dxa"/>
              <w:bottom w:w="60" w:type="dxa"/>
              <w:right w:w="70" w:type="dxa"/>
            </w:tcMar>
            <w:vAlign w:val="center"/>
          </w:tcPr>
          <w:p w14:paraId="4B494782"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55492201"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71AA5E78" w14:textId="77777777" w:rsidR="00082454" w:rsidRPr="004566A6" w:rsidRDefault="00000000">
            <w:pPr>
              <w:spacing w:after="0" w:line="252" w:lineRule="auto"/>
              <w:rPr>
                <w:noProof/>
                <w:lang w:val="ro-RO"/>
              </w:rPr>
            </w:pPr>
            <w:r w:rsidRPr="004566A6">
              <w:rPr>
                <w:rFonts w:eastAsia="Arial"/>
                <w:noProof/>
                <w:sz w:val="16"/>
                <w:lang w:val="ro-RO"/>
              </w:rPr>
              <w:t>Un sistem eficace nu „externalizează” SSM către o singură persoană. Managerii de linie trebuie să dețină și să demonstreze controlul riscurilor din procesele lor.</w:t>
            </w:r>
          </w:p>
        </w:tc>
      </w:tr>
    </w:tbl>
    <w:p w14:paraId="37A7578C"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36177417" w14:textId="77777777">
        <w:trPr>
          <w:cantSplit/>
          <w:tblHeader/>
          <w:jc w:val="center"/>
        </w:trPr>
        <w:tc>
          <w:tcPr>
            <w:tcW w:w="793" w:type="dxa"/>
            <w:shd w:val="clear" w:color="auto" w:fill="D71920"/>
            <w:tcMar>
              <w:top w:w="60" w:type="dxa"/>
              <w:left w:w="70" w:type="dxa"/>
              <w:bottom w:w="60" w:type="dxa"/>
              <w:right w:w="70" w:type="dxa"/>
            </w:tcMar>
            <w:vAlign w:val="center"/>
          </w:tcPr>
          <w:p w14:paraId="29D65A0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F493D1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7B8DD0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6A03B77F"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BA3633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62149C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4566A6" w14:paraId="00987636" w14:textId="77777777">
        <w:trPr>
          <w:cantSplit/>
          <w:jc w:val="center"/>
        </w:trPr>
        <w:tc>
          <w:tcPr>
            <w:tcW w:w="793" w:type="dxa"/>
            <w:tcMar>
              <w:top w:w="60" w:type="dxa"/>
              <w:left w:w="70" w:type="dxa"/>
              <w:bottom w:w="60" w:type="dxa"/>
              <w:right w:w="70" w:type="dxa"/>
            </w:tcMar>
            <w:vAlign w:val="center"/>
          </w:tcPr>
          <w:p w14:paraId="3CCD5D50" w14:textId="77777777" w:rsidR="00082454" w:rsidRPr="004566A6" w:rsidRDefault="00000000">
            <w:pPr>
              <w:spacing w:after="0" w:line="240" w:lineRule="auto"/>
              <w:jc w:val="center"/>
              <w:rPr>
                <w:noProof/>
                <w:lang w:val="ro-RO"/>
              </w:rPr>
            </w:pPr>
            <w:r w:rsidRPr="004566A6">
              <w:rPr>
                <w:rFonts w:eastAsia="Arial"/>
                <w:b/>
                <w:noProof/>
                <w:sz w:val="14"/>
                <w:lang w:val="ro-RO"/>
              </w:rPr>
              <w:t>S2.1</w:t>
            </w:r>
          </w:p>
        </w:tc>
        <w:tc>
          <w:tcPr>
            <w:tcW w:w="4081" w:type="dxa"/>
            <w:tcMar>
              <w:top w:w="60" w:type="dxa"/>
              <w:left w:w="70" w:type="dxa"/>
              <w:bottom w:w="60" w:type="dxa"/>
              <w:right w:w="70" w:type="dxa"/>
            </w:tcMar>
            <w:vAlign w:val="center"/>
          </w:tcPr>
          <w:p w14:paraId="2D81A06D" w14:textId="77777777" w:rsidR="00082454" w:rsidRPr="004566A6" w:rsidRDefault="00000000">
            <w:pPr>
              <w:spacing w:after="0" w:line="240" w:lineRule="auto"/>
              <w:rPr>
                <w:noProof/>
                <w:lang w:val="ro-RO"/>
              </w:rPr>
            </w:pPr>
            <w:r w:rsidRPr="004566A6">
              <w:rPr>
                <w:rFonts w:eastAsia="Arial"/>
                <w:noProof/>
                <w:sz w:val="14"/>
                <w:lang w:val="ro-RO"/>
              </w:rPr>
              <w:t>Conducerea își asumă responsabilitatea pentru prevenirea accidentelor și îmbolnăvirilor și pentru locuri de muncă sigure și sănătoase.</w:t>
            </w:r>
          </w:p>
        </w:tc>
        <w:tc>
          <w:tcPr>
            <w:tcW w:w="5159" w:type="dxa"/>
            <w:tcMar>
              <w:top w:w="60" w:type="dxa"/>
              <w:left w:w="70" w:type="dxa"/>
              <w:bottom w:w="60" w:type="dxa"/>
              <w:right w:w="70" w:type="dxa"/>
            </w:tcMar>
            <w:vAlign w:val="center"/>
          </w:tcPr>
          <w:p w14:paraId="60F451AF" w14:textId="77777777" w:rsidR="00082454" w:rsidRPr="004566A6" w:rsidRDefault="00000000">
            <w:pPr>
              <w:spacing w:after="0" w:line="240" w:lineRule="auto"/>
              <w:rPr>
                <w:noProof/>
                <w:lang w:val="ro-RO"/>
              </w:rPr>
            </w:pPr>
            <w:r w:rsidRPr="004566A6">
              <w:rPr>
                <w:rFonts w:eastAsia="Arial"/>
                <w:noProof/>
                <w:sz w:val="14"/>
                <w:lang w:val="ro-RO"/>
              </w:rPr>
              <w:t>Decizii, resurse, prezență în teren și urmărirea rezultatelor.</w:t>
            </w:r>
          </w:p>
        </w:tc>
        <w:tc>
          <w:tcPr>
            <w:tcW w:w="1417" w:type="dxa"/>
            <w:tcMar>
              <w:top w:w="60" w:type="dxa"/>
              <w:left w:w="70" w:type="dxa"/>
              <w:bottom w:w="60" w:type="dxa"/>
              <w:right w:w="70" w:type="dxa"/>
            </w:tcMar>
            <w:vAlign w:val="center"/>
          </w:tcPr>
          <w:p w14:paraId="17EE897B"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51D0488"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543AEDF" w14:textId="77777777" w:rsidR="00082454" w:rsidRPr="004566A6" w:rsidRDefault="00082454">
            <w:pPr>
              <w:spacing w:after="0" w:line="240" w:lineRule="auto"/>
              <w:jc w:val="center"/>
              <w:rPr>
                <w:noProof/>
                <w:lang w:val="ro-RO"/>
              </w:rPr>
            </w:pPr>
          </w:p>
        </w:tc>
      </w:tr>
      <w:tr w:rsidR="00082454" w:rsidRPr="00245FA7" w14:paraId="20F20C67" w14:textId="77777777">
        <w:trPr>
          <w:cantSplit/>
          <w:jc w:val="center"/>
        </w:trPr>
        <w:tc>
          <w:tcPr>
            <w:tcW w:w="793" w:type="dxa"/>
            <w:shd w:val="clear" w:color="auto" w:fill="FAFAFA"/>
            <w:tcMar>
              <w:top w:w="60" w:type="dxa"/>
              <w:left w:w="70" w:type="dxa"/>
              <w:bottom w:w="60" w:type="dxa"/>
              <w:right w:w="70" w:type="dxa"/>
            </w:tcMar>
            <w:vAlign w:val="center"/>
          </w:tcPr>
          <w:p w14:paraId="73FB96E2" w14:textId="77777777" w:rsidR="00082454" w:rsidRPr="004566A6" w:rsidRDefault="00000000">
            <w:pPr>
              <w:spacing w:after="0" w:line="240" w:lineRule="auto"/>
              <w:jc w:val="center"/>
              <w:rPr>
                <w:noProof/>
                <w:lang w:val="ro-RO"/>
              </w:rPr>
            </w:pPr>
            <w:r w:rsidRPr="004566A6">
              <w:rPr>
                <w:rFonts w:eastAsia="Arial"/>
                <w:b/>
                <w:noProof/>
                <w:sz w:val="14"/>
                <w:lang w:val="ro-RO"/>
              </w:rPr>
              <w:t>S2.2</w:t>
            </w:r>
          </w:p>
        </w:tc>
        <w:tc>
          <w:tcPr>
            <w:tcW w:w="4081" w:type="dxa"/>
            <w:shd w:val="clear" w:color="auto" w:fill="FAFAFA"/>
            <w:tcMar>
              <w:top w:w="60" w:type="dxa"/>
              <w:left w:w="70" w:type="dxa"/>
              <w:bottom w:w="60" w:type="dxa"/>
              <w:right w:w="70" w:type="dxa"/>
            </w:tcMar>
            <w:vAlign w:val="center"/>
          </w:tcPr>
          <w:p w14:paraId="15D84ED2" w14:textId="77777777" w:rsidR="00082454" w:rsidRPr="004566A6" w:rsidRDefault="00000000">
            <w:pPr>
              <w:spacing w:after="0" w:line="240" w:lineRule="auto"/>
              <w:rPr>
                <w:noProof/>
                <w:lang w:val="ro-RO"/>
              </w:rPr>
            </w:pPr>
            <w:r w:rsidRPr="004566A6">
              <w:rPr>
                <w:rFonts w:eastAsia="Arial"/>
                <w:noProof/>
                <w:sz w:val="14"/>
                <w:lang w:val="ro-RO"/>
              </w:rPr>
              <w:t>Politica și obiectivele SSM sunt compatibile cu direcția strategică.</w:t>
            </w:r>
          </w:p>
        </w:tc>
        <w:tc>
          <w:tcPr>
            <w:tcW w:w="5159" w:type="dxa"/>
            <w:shd w:val="clear" w:color="auto" w:fill="FAFAFA"/>
            <w:tcMar>
              <w:top w:w="60" w:type="dxa"/>
              <w:left w:w="70" w:type="dxa"/>
              <w:bottom w:w="60" w:type="dxa"/>
              <w:right w:w="70" w:type="dxa"/>
            </w:tcMar>
            <w:vAlign w:val="center"/>
          </w:tcPr>
          <w:p w14:paraId="265490E7" w14:textId="77777777" w:rsidR="00082454" w:rsidRPr="004566A6" w:rsidRDefault="00000000">
            <w:pPr>
              <w:spacing w:after="0" w:line="240" w:lineRule="auto"/>
              <w:rPr>
                <w:noProof/>
                <w:lang w:val="ro-RO"/>
              </w:rPr>
            </w:pPr>
            <w:r w:rsidRPr="004566A6">
              <w:rPr>
                <w:rFonts w:eastAsia="Arial"/>
                <w:noProof/>
                <w:sz w:val="14"/>
                <w:lang w:val="ro-RO"/>
              </w:rPr>
              <w:t>Legături cu investiții, capacitate, productivitate și managementul riscului.</w:t>
            </w:r>
          </w:p>
        </w:tc>
        <w:tc>
          <w:tcPr>
            <w:tcW w:w="1417" w:type="dxa"/>
            <w:shd w:val="clear" w:color="auto" w:fill="FAFAFA"/>
            <w:tcMar>
              <w:top w:w="60" w:type="dxa"/>
              <w:left w:w="70" w:type="dxa"/>
              <w:bottom w:w="60" w:type="dxa"/>
              <w:right w:w="70" w:type="dxa"/>
            </w:tcMar>
            <w:vAlign w:val="center"/>
          </w:tcPr>
          <w:p w14:paraId="1547B3C1"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AC7B1A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9F82D63" w14:textId="77777777" w:rsidR="00082454" w:rsidRPr="004566A6" w:rsidRDefault="00082454">
            <w:pPr>
              <w:spacing w:after="0" w:line="240" w:lineRule="auto"/>
              <w:jc w:val="center"/>
              <w:rPr>
                <w:noProof/>
                <w:lang w:val="ro-RO"/>
              </w:rPr>
            </w:pPr>
          </w:p>
        </w:tc>
      </w:tr>
      <w:tr w:rsidR="00082454" w:rsidRPr="00245FA7" w14:paraId="70B66BBF" w14:textId="77777777">
        <w:trPr>
          <w:cantSplit/>
          <w:jc w:val="center"/>
        </w:trPr>
        <w:tc>
          <w:tcPr>
            <w:tcW w:w="793" w:type="dxa"/>
            <w:tcMar>
              <w:top w:w="60" w:type="dxa"/>
              <w:left w:w="70" w:type="dxa"/>
              <w:bottom w:w="60" w:type="dxa"/>
              <w:right w:w="70" w:type="dxa"/>
            </w:tcMar>
            <w:vAlign w:val="center"/>
          </w:tcPr>
          <w:p w14:paraId="00D2924E" w14:textId="77777777" w:rsidR="00082454" w:rsidRPr="004566A6" w:rsidRDefault="00000000">
            <w:pPr>
              <w:spacing w:after="0" w:line="240" w:lineRule="auto"/>
              <w:jc w:val="center"/>
              <w:rPr>
                <w:noProof/>
                <w:lang w:val="ro-RO"/>
              </w:rPr>
            </w:pPr>
            <w:r w:rsidRPr="004566A6">
              <w:rPr>
                <w:rFonts w:eastAsia="Arial"/>
                <w:b/>
                <w:noProof/>
                <w:sz w:val="14"/>
                <w:lang w:val="ro-RO"/>
              </w:rPr>
              <w:t>S2.3</w:t>
            </w:r>
          </w:p>
        </w:tc>
        <w:tc>
          <w:tcPr>
            <w:tcW w:w="4081" w:type="dxa"/>
            <w:tcMar>
              <w:top w:w="60" w:type="dxa"/>
              <w:left w:w="70" w:type="dxa"/>
              <w:bottom w:w="60" w:type="dxa"/>
              <w:right w:w="70" w:type="dxa"/>
            </w:tcMar>
            <w:vAlign w:val="center"/>
          </w:tcPr>
          <w:p w14:paraId="2943675F" w14:textId="77777777" w:rsidR="00082454" w:rsidRPr="004566A6" w:rsidRDefault="00000000">
            <w:pPr>
              <w:spacing w:after="0" w:line="240" w:lineRule="auto"/>
              <w:rPr>
                <w:noProof/>
                <w:lang w:val="ro-RO"/>
              </w:rPr>
            </w:pPr>
            <w:r w:rsidRPr="004566A6">
              <w:rPr>
                <w:rFonts w:eastAsia="Arial"/>
                <w:noProof/>
                <w:sz w:val="14"/>
                <w:lang w:val="ro-RO"/>
              </w:rPr>
              <w:t>Cerințele sistemului SSM sunt integrate în procesele organizației.</w:t>
            </w:r>
          </w:p>
        </w:tc>
        <w:tc>
          <w:tcPr>
            <w:tcW w:w="5159" w:type="dxa"/>
            <w:tcMar>
              <w:top w:w="60" w:type="dxa"/>
              <w:left w:w="70" w:type="dxa"/>
              <w:bottom w:w="60" w:type="dxa"/>
              <w:right w:w="70" w:type="dxa"/>
            </w:tcMar>
            <w:vAlign w:val="center"/>
          </w:tcPr>
          <w:p w14:paraId="19E1615C" w14:textId="77777777" w:rsidR="00082454" w:rsidRPr="004566A6" w:rsidRDefault="00000000">
            <w:pPr>
              <w:spacing w:after="0" w:line="240" w:lineRule="auto"/>
              <w:rPr>
                <w:noProof/>
                <w:lang w:val="ro-RO"/>
              </w:rPr>
            </w:pPr>
            <w:r w:rsidRPr="004566A6">
              <w:rPr>
                <w:rFonts w:eastAsia="Arial"/>
                <w:noProof/>
                <w:sz w:val="14"/>
                <w:lang w:val="ro-RO"/>
              </w:rPr>
              <w:t>Responsabilități în proceduri, obiective manageriale și decizii de schimbare.</w:t>
            </w:r>
          </w:p>
        </w:tc>
        <w:tc>
          <w:tcPr>
            <w:tcW w:w="1417" w:type="dxa"/>
            <w:tcMar>
              <w:top w:w="60" w:type="dxa"/>
              <w:left w:w="70" w:type="dxa"/>
              <w:bottom w:w="60" w:type="dxa"/>
              <w:right w:w="70" w:type="dxa"/>
            </w:tcMar>
            <w:vAlign w:val="center"/>
          </w:tcPr>
          <w:p w14:paraId="7660CE16"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ACF2B5F"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8BFCA07" w14:textId="77777777" w:rsidR="00082454" w:rsidRPr="004566A6" w:rsidRDefault="00082454">
            <w:pPr>
              <w:spacing w:after="0" w:line="240" w:lineRule="auto"/>
              <w:jc w:val="center"/>
              <w:rPr>
                <w:noProof/>
                <w:lang w:val="ro-RO"/>
              </w:rPr>
            </w:pPr>
          </w:p>
        </w:tc>
      </w:tr>
      <w:tr w:rsidR="00082454" w:rsidRPr="00245FA7" w14:paraId="649C3235" w14:textId="77777777">
        <w:trPr>
          <w:cantSplit/>
          <w:jc w:val="center"/>
        </w:trPr>
        <w:tc>
          <w:tcPr>
            <w:tcW w:w="793" w:type="dxa"/>
            <w:shd w:val="clear" w:color="auto" w:fill="FAFAFA"/>
            <w:tcMar>
              <w:top w:w="60" w:type="dxa"/>
              <w:left w:w="70" w:type="dxa"/>
              <w:bottom w:w="60" w:type="dxa"/>
              <w:right w:w="70" w:type="dxa"/>
            </w:tcMar>
            <w:vAlign w:val="center"/>
          </w:tcPr>
          <w:p w14:paraId="21506C4F" w14:textId="77777777" w:rsidR="00082454" w:rsidRPr="004566A6" w:rsidRDefault="00000000">
            <w:pPr>
              <w:spacing w:after="0" w:line="240" w:lineRule="auto"/>
              <w:jc w:val="center"/>
              <w:rPr>
                <w:noProof/>
                <w:lang w:val="ro-RO"/>
              </w:rPr>
            </w:pPr>
            <w:r w:rsidRPr="004566A6">
              <w:rPr>
                <w:rFonts w:eastAsia="Arial"/>
                <w:b/>
                <w:noProof/>
                <w:sz w:val="14"/>
                <w:lang w:val="ro-RO"/>
              </w:rPr>
              <w:t>S2.4</w:t>
            </w:r>
          </w:p>
        </w:tc>
        <w:tc>
          <w:tcPr>
            <w:tcW w:w="4081" w:type="dxa"/>
            <w:shd w:val="clear" w:color="auto" w:fill="FAFAFA"/>
            <w:tcMar>
              <w:top w:w="60" w:type="dxa"/>
              <w:left w:w="70" w:type="dxa"/>
              <w:bottom w:w="60" w:type="dxa"/>
              <w:right w:w="70" w:type="dxa"/>
            </w:tcMar>
            <w:vAlign w:val="center"/>
          </w:tcPr>
          <w:p w14:paraId="2557D829" w14:textId="77777777" w:rsidR="00082454" w:rsidRPr="004566A6" w:rsidRDefault="00000000">
            <w:pPr>
              <w:spacing w:after="0" w:line="240" w:lineRule="auto"/>
              <w:rPr>
                <w:noProof/>
                <w:lang w:val="ro-RO"/>
              </w:rPr>
            </w:pPr>
            <w:r w:rsidRPr="004566A6">
              <w:rPr>
                <w:rFonts w:eastAsia="Arial"/>
                <w:noProof/>
                <w:sz w:val="14"/>
                <w:lang w:val="ro-RO"/>
              </w:rPr>
              <w:t>Conducerea promovează o cultură care susține rezultatele SSM și raportarea deschisă.</w:t>
            </w:r>
          </w:p>
        </w:tc>
        <w:tc>
          <w:tcPr>
            <w:tcW w:w="5159" w:type="dxa"/>
            <w:shd w:val="clear" w:color="auto" w:fill="FAFAFA"/>
            <w:tcMar>
              <w:top w:w="60" w:type="dxa"/>
              <w:left w:w="70" w:type="dxa"/>
              <w:bottom w:w="60" w:type="dxa"/>
              <w:right w:w="70" w:type="dxa"/>
            </w:tcMar>
            <w:vAlign w:val="center"/>
          </w:tcPr>
          <w:p w14:paraId="360C5EFB" w14:textId="77777777" w:rsidR="00082454" w:rsidRPr="004566A6" w:rsidRDefault="00000000">
            <w:pPr>
              <w:spacing w:after="0" w:line="240" w:lineRule="auto"/>
              <w:rPr>
                <w:noProof/>
                <w:lang w:val="ro-RO"/>
              </w:rPr>
            </w:pPr>
            <w:r w:rsidRPr="004566A6">
              <w:rPr>
                <w:rFonts w:eastAsia="Arial"/>
                <w:noProof/>
                <w:sz w:val="14"/>
                <w:lang w:val="ro-RO"/>
              </w:rPr>
              <w:t>Comportamente, mesaje, recunoaștere și lipsa represaliilor.</w:t>
            </w:r>
          </w:p>
        </w:tc>
        <w:tc>
          <w:tcPr>
            <w:tcW w:w="1417" w:type="dxa"/>
            <w:shd w:val="clear" w:color="auto" w:fill="FAFAFA"/>
            <w:tcMar>
              <w:top w:w="60" w:type="dxa"/>
              <w:left w:w="70" w:type="dxa"/>
              <w:bottom w:w="60" w:type="dxa"/>
              <w:right w:w="70" w:type="dxa"/>
            </w:tcMar>
            <w:vAlign w:val="center"/>
          </w:tcPr>
          <w:p w14:paraId="13A4A4F8"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E59732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8A31CFF" w14:textId="77777777" w:rsidR="00082454" w:rsidRPr="004566A6" w:rsidRDefault="00082454">
            <w:pPr>
              <w:spacing w:after="0" w:line="240" w:lineRule="auto"/>
              <w:jc w:val="center"/>
              <w:rPr>
                <w:noProof/>
                <w:lang w:val="ro-RO"/>
              </w:rPr>
            </w:pPr>
          </w:p>
        </w:tc>
      </w:tr>
      <w:tr w:rsidR="00082454" w:rsidRPr="00245FA7" w14:paraId="6D073EF2" w14:textId="77777777">
        <w:trPr>
          <w:cantSplit/>
          <w:jc w:val="center"/>
        </w:trPr>
        <w:tc>
          <w:tcPr>
            <w:tcW w:w="793" w:type="dxa"/>
            <w:tcMar>
              <w:top w:w="60" w:type="dxa"/>
              <w:left w:w="70" w:type="dxa"/>
              <w:bottom w:w="60" w:type="dxa"/>
              <w:right w:w="70" w:type="dxa"/>
            </w:tcMar>
            <w:vAlign w:val="center"/>
          </w:tcPr>
          <w:p w14:paraId="573F17B5" w14:textId="77777777" w:rsidR="00082454" w:rsidRPr="004566A6" w:rsidRDefault="00000000">
            <w:pPr>
              <w:spacing w:after="0" w:line="240" w:lineRule="auto"/>
              <w:jc w:val="center"/>
              <w:rPr>
                <w:noProof/>
                <w:lang w:val="ro-RO"/>
              </w:rPr>
            </w:pPr>
            <w:r w:rsidRPr="004566A6">
              <w:rPr>
                <w:rFonts w:eastAsia="Arial"/>
                <w:b/>
                <w:noProof/>
                <w:sz w:val="14"/>
                <w:lang w:val="ro-RO"/>
              </w:rPr>
              <w:t>S2.5</w:t>
            </w:r>
          </w:p>
        </w:tc>
        <w:tc>
          <w:tcPr>
            <w:tcW w:w="4081" w:type="dxa"/>
            <w:tcMar>
              <w:top w:w="60" w:type="dxa"/>
              <w:left w:w="70" w:type="dxa"/>
              <w:bottom w:w="60" w:type="dxa"/>
              <w:right w:w="70" w:type="dxa"/>
            </w:tcMar>
            <w:vAlign w:val="center"/>
          </w:tcPr>
          <w:p w14:paraId="2A7D6FA5" w14:textId="77777777" w:rsidR="00082454" w:rsidRPr="004566A6" w:rsidRDefault="00000000">
            <w:pPr>
              <w:spacing w:after="0" w:line="240" w:lineRule="auto"/>
              <w:rPr>
                <w:noProof/>
                <w:lang w:val="ro-RO"/>
              </w:rPr>
            </w:pPr>
            <w:r w:rsidRPr="004566A6">
              <w:rPr>
                <w:rFonts w:eastAsia="Arial"/>
                <w:noProof/>
                <w:sz w:val="14"/>
                <w:lang w:val="ro-RO"/>
              </w:rPr>
              <w:t>Sunt protejați lucrătorii care raportează incidente, pericole, riscuri și oportunități.</w:t>
            </w:r>
          </w:p>
        </w:tc>
        <w:tc>
          <w:tcPr>
            <w:tcW w:w="5159" w:type="dxa"/>
            <w:tcMar>
              <w:top w:w="60" w:type="dxa"/>
              <w:left w:w="70" w:type="dxa"/>
              <w:bottom w:w="60" w:type="dxa"/>
              <w:right w:w="70" w:type="dxa"/>
            </w:tcMar>
            <w:vAlign w:val="center"/>
          </w:tcPr>
          <w:p w14:paraId="2930CE35" w14:textId="77777777" w:rsidR="00082454" w:rsidRPr="004566A6" w:rsidRDefault="00000000">
            <w:pPr>
              <w:spacing w:after="0" w:line="240" w:lineRule="auto"/>
              <w:rPr>
                <w:noProof/>
                <w:lang w:val="ro-RO"/>
              </w:rPr>
            </w:pPr>
            <w:r w:rsidRPr="004566A6">
              <w:rPr>
                <w:rFonts w:eastAsia="Arial"/>
                <w:noProof/>
                <w:sz w:val="14"/>
                <w:lang w:val="ro-RO"/>
              </w:rPr>
              <w:t>Politici, canale confidențiale și dovezi de non-represalii.</w:t>
            </w:r>
          </w:p>
        </w:tc>
        <w:tc>
          <w:tcPr>
            <w:tcW w:w="1417" w:type="dxa"/>
            <w:tcMar>
              <w:top w:w="60" w:type="dxa"/>
              <w:left w:w="70" w:type="dxa"/>
              <w:bottom w:w="60" w:type="dxa"/>
              <w:right w:w="70" w:type="dxa"/>
            </w:tcMar>
            <w:vAlign w:val="center"/>
          </w:tcPr>
          <w:p w14:paraId="506382B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149BBBC5"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57F3B00" w14:textId="77777777" w:rsidR="00082454" w:rsidRPr="004566A6" w:rsidRDefault="00082454">
            <w:pPr>
              <w:spacing w:after="0" w:line="240" w:lineRule="auto"/>
              <w:jc w:val="center"/>
              <w:rPr>
                <w:noProof/>
                <w:lang w:val="ro-RO"/>
              </w:rPr>
            </w:pPr>
          </w:p>
        </w:tc>
      </w:tr>
      <w:tr w:rsidR="00082454" w:rsidRPr="004566A6" w14:paraId="61735A55" w14:textId="77777777">
        <w:trPr>
          <w:cantSplit/>
          <w:jc w:val="center"/>
        </w:trPr>
        <w:tc>
          <w:tcPr>
            <w:tcW w:w="793" w:type="dxa"/>
            <w:shd w:val="clear" w:color="auto" w:fill="FAFAFA"/>
            <w:tcMar>
              <w:top w:w="60" w:type="dxa"/>
              <w:left w:w="70" w:type="dxa"/>
              <w:bottom w:w="60" w:type="dxa"/>
              <w:right w:w="70" w:type="dxa"/>
            </w:tcMar>
            <w:vAlign w:val="center"/>
          </w:tcPr>
          <w:p w14:paraId="4A06C2D9" w14:textId="77777777" w:rsidR="00082454" w:rsidRPr="004566A6" w:rsidRDefault="00000000">
            <w:pPr>
              <w:spacing w:after="0" w:line="240" w:lineRule="auto"/>
              <w:jc w:val="center"/>
              <w:rPr>
                <w:noProof/>
                <w:lang w:val="ro-RO"/>
              </w:rPr>
            </w:pPr>
            <w:r w:rsidRPr="004566A6">
              <w:rPr>
                <w:rFonts w:eastAsia="Arial"/>
                <w:b/>
                <w:noProof/>
                <w:sz w:val="14"/>
                <w:lang w:val="ro-RO"/>
              </w:rPr>
              <w:t>S2.6</w:t>
            </w:r>
          </w:p>
        </w:tc>
        <w:tc>
          <w:tcPr>
            <w:tcW w:w="4081" w:type="dxa"/>
            <w:shd w:val="clear" w:color="auto" w:fill="FAFAFA"/>
            <w:tcMar>
              <w:top w:w="60" w:type="dxa"/>
              <w:left w:w="70" w:type="dxa"/>
              <w:bottom w:w="60" w:type="dxa"/>
              <w:right w:w="70" w:type="dxa"/>
            </w:tcMar>
            <w:vAlign w:val="center"/>
          </w:tcPr>
          <w:p w14:paraId="006DDF45" w14:textId="77777777" w:rsidR="00082454" w:rsidRPr="004566A6" w:rsidRDefault="00000000">
            <w:pPr>
              <w:spacing w:after="0" w:line="240" w:lineRule="auto"/>
              <w:rPr>
                <w:noProof/>
                <w:lang w:val="ro-RO"/>
              </w:rPr>
            </w:pPr>
            <w:r w:rsidRPr="004566A6">
              <w:rPr>
                <w:rFonts w:eastAsia="Arial"/>
                <w:noProof/>
                <w:sz w:val="14"/>
                <w:lang w:val="ro-RO"/>
              </w:rPr>
              <w:t>Politica SSM este adecvată scopului, contextului și riscurilor organizației.</w:t>
            </w:r>
          </w:p>
        </w:tc>
        <w:tc>
          <w:tcPr>
            <w:tcW w:w="5159" w:type="dxa"/>
            <w:shd w:val="clear" w:color="auto" w:fill="FAFAFA"/>
            <w:tcMar>
              <w:top w:w="60" w:type="dxa"/>
              <w:left w:w="70" w:type="dxa"/>
              <w:bottom w:w="60" w:type="dxa"/>
              <w:right w:w="70" w:type="dxa"/>
            </w:tcMar>
            <w:vAlign w:val="center"/>
          </w:tcPr>
          <w:p w14:paraId="121B04C7" w14:textId="77777777" w:rsidR="00082454" w:rsidRPr="004566A6" w:rsidRDefault="00000000">
            <w:pPr>
              <w:spacing w:after="0" w:line="240" w:lineRule="auto"/>
              <w:rPr>
                <w:noProof/>
                <w:lang w:val="ro-RO"/>
              </w:rPr>
            </w:pPr>
            <w:r w:rsidRPr="004566A6">
              <w:rPr>
                <w:rFonts w:eastAsia="Arial"/>
                <w:noProof/>
                <w:sz w:val="14"/>
                <w:lang w:val="ro-RO"/>
              </w:rPr>
              <w:t>Politică specifică, aprobată și revizuită.</w:t>
            </w:r>
          </w:p>
        </w:tc>
        <w:tc>
          <w:tcPr>
            <w:tcW w:w="1417" w:type="dxa"/>
            <w:shd w:val="clear" w:color="auto" w:fill="FAFAFA"/>
            <w:tcMar>
              <w:top w:w="60" w:type="dxa"/>
              <w:left w:w="70" w:type="dxa"/>
              <w:bottom w:w="60" w:type="dxa"/>
              <w:right w:w="70" w:type="dxa"/>
            </w:tcMar>
            <w:vAlign w:val="center"/>
          </w:tcPr>
          <w:p w14:paraId="31930E4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198744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0B2ABBE" w14:textId="77777777" w:rsidR="00082454" w:rsidRPr="004566A6" w:rsidRDefault="00082454">
            <w:pPr>
              <w:spacing w:after="0" w:line="240" w:lineRule="auto"/>
              <w:jc w:val="center"/>
              <w:rPr>
                <w:noProof/>
                <w:lang w:val="ro-RO"/>
              </w:rPr>
            </w:pPr>
          </w:p>
        </w:tc>
      </w:tr>
      <w:tr w:rsidR="00082454" w:rsidRPr="00245FA7" w14:paraId="7FEF9A5D" w14:textId="77777777">
        <w:trPr>
          <w:cantSplit/>
          <w:jc w:val="center"/>
        </w:trPr>
        <w:tc>
          <w:tcPr>
            <w:tcW w:w="793" w:type="dxa"/>
            <w:tcMar>
              <w:top w:w="60" w:type="dxa"/>
              <w:left w:w="70" w:type="dxa"/>
              <w:bottom w:w="60" w:type="dxa"/>
              <w:right w:w="70" w:type="dxa"/>
            </w:tcMar>
            <w:vAlign w:val="center"/>
          </w:tcPr>
          <w:p w14:paraId="215D6592" w14:textId="77777777" w:rsidR="00082454" w:rsidRPr="004566A6" w:rsidRDefault="00000000">
            <w:pPr>
              <w:spacing w:after="0" w:line="240" w:lineRule="auto"/>
              <w:jc w:val="center"/>
              <w:rPr>
                <w:noProof/>
                <w:lang w:val="ro-RO"/>
              </w:rPr>
            </w:pPr>
            <w:r w:rsidRPr="004566A6">
              <w:rPr>
                <w:rFonts w:eastAsia="Arial"/>
                <w:b/>
                <w:noProof/>
                <w:sz w:val="14"/>
                <w:lang w:val="ro-RO"/>
              </w:rPr>
              <w:t>S2.7</w:t>
            </w:r>
          </w:p>
        </w:tc>
        <w:tc>
          <w:tcPr>
            <w:tcW w:w="4081" w:type="dxa"/>
            <w:tcMar>
              <w:top w:w="60" w:type="dxa"/>
              <w:left w:w="70" w:type="dxa"/>
              <w:bottom w:w="60" w:type="dxa"/>
              <w:right w:w="70" w:type="dxa"/>
            </w:tcMar>
            <w:vAlign w:val="center"/>
          </w:tcPr>
          <w:p w14:paraId="170E4631" w14:textId="77777777" w:rsidR="00082454" w:rsidRPr="004566A6" w:rsidRDefault="00000000">
            <w:pPr>
              <w:spacing w:after="0" w:line="240" w:lineRule="auto"/>
              <w:rPr>
                <w:noProof/>
                <w:lang w:val="ro-RO"/>
              </w:rPr>
            </w:pPr>
            <w:r w:rsidRPr="004566A6">
              <w:rPr>
                <w:rFonts w:eastAsia="Arial"/>
                <w:noProof/>
                <w:sz w:val="14"/>
                <w:lang w:val="ro-RO"/>
              </w:rPr>
              <w:t>Politica include angajamente pentru locuri de muncă sigure și sănătoase, eliminarea pericolelor, reducerea riscurilor, conformare, consultare și îmbunătățire.</w:t>
            </w:r>
          </w:p>
        </w:tc>
        <w:tc>
          <w:tcPr>
            <w:tcW w:w="5159" w:type="dxa"/>
            <w:tcMar>
              <w:top w:w="60" w:type="dxa"/>
              <w:left w:w="70" w:type="dxa"/>
              <w:bottom w:w="60" w:type="dxa"/>
              <w:right w:w="70" w:type="dxa"/>
            </w:tcMar>
            <w:vAlign w:val="center"/>
          </w:tcPr>
          <w:p w14:paraId="19A78977" w14:textId="77777777" w:rsidR="00082454" w:rsidRPr="004566A6" w:rsidRDefault="00000000">
            <w:pPr>
              <w:spacing w:after="0" w:line="240" w:lineRule="auto"/>
              <w:rPr>
                <w:noProof/>
                <w:lang w:val="ro-RO"/>
              </w:rPr>
            </w:pPr>
            <w:r w:rsidRPr="004566A6">
              <w:rPr>
                <w:rFonts w:eastAsia="Arial"/>
                <w:noProof/>
                <w:sz w:val="14"/>
                <w:lang w:val="ro-RO"/>
              </w:rPr>
              <w:t>Angajamente clare și trasabile la obiective și practici.</w:t>
            </w:r>
          </w:p>
        </w:tc>
        <w:tc>
          <w:tcPr>
            <w:tcW w:w="1417" w:type="dxa"/>
            <w:tcMar>
              <w:top w:w="60" w:type="dxa"/>
              <w:left w:w="70" w:type="dxa"/>
              <w:bottom w:w="60" w:type="dxa"/>
              <w:right w:w="70" w:type="dxa"/>
            </w:tcMar>
            <w:vAlign w:val="center"/>
          </w:tcPr>
          <w:p w14:paraId="4B514E88"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93E890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F1ABDC9" w14:textId="77777777" w:rsidR="00082454" w:rsidRPr="004566A6" w:rsidRDefault="00082454">
            <w:pPr>
              <w:spacing w:after="0" w:line="240" w:lineRule="auto"/>
              <w:jc w:val="center"/>
              <w:rPr>
                <w:noProof/>
                <w:lang w:val="ro-RO"/>
              </w:rPr>
            </w:pPr>
          </w:p>
        </w:tc>
      </w:tr>
      <w:tr w:rsidR="00082454" w:rsidRPr="004566A6" w14:paraId="227EBBD9" w14:textId="77777777">
        <w:trPr>
          <w:cantSplit/>
          <w:jc w:val="center"/>
        </w:trPr>
        <w:tc>
          <w:tcPr>
            <w:tcW w:w="793" w:type="dxa"/>
            <w:shd w:val="clear" w:color="auto" w:fill="FAFAFA"/>
            <w:tcMar>
              <w:top w:w="60" w:type="dxa"/>
              <w:left w:w="70" w:type="dxa"/>
              <w:bottom w:w="60" w:type="dxa"/>
              <w:right w:w="70" w:type="dxa"/>
            </w:tcMar>
            <w:vAlign w:val="center"/>
          </w:tcPr>
          <w:p w14:paraId="2601D387" w14:textId="77777777" w:rsidR="00082454" w:rsidRPr="004566A6" w:rsidRDefault="00000000">
            <w:pPr>
              <w:spacing w:after="0" w:line="240" w:lineRule="auto"/>
              <w:jc w:val="center"/>
              <w:rPr>
                <w:noProof/>
                <w:lang w:val="ro-RO"/>
              </w:rPr>
            </w:pPr>
            <w:r w:rsidRPr="004566A6">
              <w:rPr>
                <w:rFonts w:eastAsia="Arial"/>
                <w:b/>
                <w:noProof/>
                <w:sz w:val="14"/>
                <w:lang w:val="ro-RO"/>
              </w:rPr>
              <w:t>S2.8</w:t>
            </w:r>
          </w:p>
        </w:tc>
        <w:tc>
          <w:tcPr>
            <w:tcW w:w="4081" w:type="dxa"/>
            <w:shd w:val="clear" w:color="auto" w:fill="FAFAFA"/>
            <w:tcMar>
              <w:top w:w="60" w:type="dxa"/>
              <w:left w:w="70" w:type="dxa"/>
              <w:bottom w:w="60" w:type="dxa"/>
              <w:right w:w="70" w:type="dxa"/>
            </w:tcMar>
            <w:vAlign w:val="center"/>
          </w:tcPr>
          <w:p w14:paraId="2F1CB1B1" w14:textId="77777777" w:rsidR="00082454" w:rsidRPr="004566A6" w:rsidRDefault="00000000">
            <w:pPr>
              <w:spacing w:after="0" w:line="240" w:lineRule="auto"/>
              <w:rPr>
                <w:noProof/>
                <w:lang w:val="ro-RO"/>
              </w:rPr>
            </w:pPr>
            <w:r w:rsidRPr="004566A6">
              <w:rPr>
                <w:rFonts w:eastAsia="Arial"/>
                <w:noProof/>
                <w:sz w:val="14"/>
                <w:lang w:val="ro-RO"/>
              </w:rPr>
              <w:t>Politica este comunicată, înțeleasă și disponibilă.</w:t>
            </w:r>
          </w:p>
        </w:tc>
        <w:tc>
          <w:tcPr>
            <w:tcW w:w="5159" w:type="dxa"/>
            <w:shd w:val="clear" w:color="auto" w:fill="FAFAFA"/>
            <w:tcMar>
              <w:top w:w="60" w:type="dxa"/>
              <w:left w:w="70" w:type="dxa"/>
              <w:bottom w:w="60" w:type="dxa"/>
              <w:right w:w="70" w:type="dxa"/>
            </w:tcMar>
            <w:vAlign w:val="center"/>
          </w:tcPr>
          <w:p w14:paraId="7AD9B05C" w14:textId="77777777" w:rsidR="00082454" w:rsidRPr="004566A6" w:rsidRDefault="00000000">
            <w:pPr>
              <w:spacing w:after="0" w:line="240" w:lineRule="auto"/>
              <w:rPr>
                <w:noProof/>
                <w:lang w:val="ro-RO"/>
              </w:rPr>
            </w:pPr>
            <w:r w:rsidRPr="004566A6">
              <w:rPr>
                <w:rFonts w:eastAsia="Arial"/>
                <w:noProof/>
                <w:sz w:val="14"/>
                <w:lang w:val="ro-RO"/>
              </w:rPr>
              <w:t>Interviuri, onboarding, afișare și comunicare către contractanți.</w:t>
            </w:r>
          </w:p>
        </w:tc>
        <w:tc>
          <w:tcPr>
            <w:tcW w:w="1417" w:type="dxa"/>
            <w:shd w:val="clear" w:color="auto" w:fill="FAFAFA"/>
            <w:tcMar>
              <w:top w:w="60" w:type="dxa"/>
              <w:left w:w="70" w:type="dxa"/>
              <w:bottom w:w="60" w:type="dxa"/>
              <w:right w:w="70" w:type="dxa"/>
            </w:tcMar>
            <w:vAlign w:val="center"/>
          </w:tcPr>
          <w:p w14:paraId="0C4FAA31"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740DB83"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E3215E5" w14:textId="77777777" w:rsidR="00082454" w:rsidRPr="004566A6" w:rsidRDefault="00082454">
            <w:pPr>
              <w:spacing w:after="0" w:line="240" w:lineRule="auto"/>
              <w:jc w:val="center"/>
              <w:rPr>
                <w:noProof/>
                <w:lang w:val="ro-RO"/>
              </w:rPr>
            </w:pPr>
          </w:p>
        </w:tc>
      </w:tr>
      <w:tr w:rsidR="00082454" w:rsidRPr="00245FA7" w14:paraId="4CB731FC" w14:textId="77777777">
        <w:trPr>
          <w:cantSplit/>
          <w:jc w:val="center"/>
        </w:trPr>
        <w:tc>
          <w:tcPr>
            <w:tcW w:w="793" w:type="dxa"/>
            <w:tcMar>
              <w:top w:w="60" w:type="dxa"/>
              <w:left w:w="70" w:type="dxa"/>
              <w:bottom w:w="60" w:type="dxa"/>
              <w:right w:w="70" w:type="dxa"/>
            </w:tcMar>
            <w:vAlign w:val="center"/>
          </w:tcPr>
          <w:p w14:paraId="72F93C82" w14:textId="77777777" w:rsidR="00082454" w:rsidRPr="004566A6" w:rsidRDefault="00000000">
            <w:pPr>
              <w:spacing w:after="0" w:line="240" w:lineRule="auto"/>
              <w:jc w:val="center"/>
              <w:rPr>
                <w:noProof/>
                <w:lang w:val="ro-RO"/>
              </w:rPr>
            </w:pPr>
            <w:r w:rsidRPr="004566A6">
              <w:rPr>
                <w:rFonts w:eastAsia="Arial"/>
                <w:b/>
                <w:noProof/>
                <w:sz w:val="14"/>
                <w:lang w:val="ro-RO"/>
              </w:rPr>
              <w:t>S2.9</w:t>
            </w:r>
          </w:p>
        </w:tc>
        <w:tc>
          <w:tcPr>
            <w:tcW w:w="4081" w:type="dxa"/>
            <w:tcMar>
              <w:top w:w="60" w:type="dxa"/>
              <w:left w:w="70" w:type="dxa"/>
              <w:bottom w:w="60" w:type="dxa"/>
              <w:right w:w="70" w:type="dxa"/>
            </w:tcMar>
            <w:vAlign w:val="center"/>
          </w:tcPr>
          <w:p w14:paraId="5E934EC5" w14:textId="77777777" w:rsidR="00082454" w:rsidRPr="004566A6" w:rsidRDefault="00000000">
            <w:pPr>
              <w:spacing w:after="0" w:line="240" w:lineRule="auto"/>
              <w:rPr>
                <w:noProof/>
                <w:lang w:val="ro-RO"/>
              </w:rPr>
            </w:pPr>
            <w:r w:rsidRPr="004566A6">
              <w:rPr>
                <w:rFonts w:eastAsia="Arial"/>
                <w:noProof/>
                <w:sz w:val="14"/>
                <w:lang w:val="ro-RO"/>
              </w:rPr>
              <w:t>Rolurile, responsabilitățile și autoritățile SSM sunt atribuite și comunicate.</w:t>
            </w:r>
          </w:p>
        </w:tc>
        <w:tc>
          <w:tcPr>
            <w:tcW w:w="5159" w:type="dxa"/>
            <w:tcMar>
              <w:top w:w="60" w:type="dxa"/>
              <w:left w:w="70" w:type="dxa"/>
              <w:bottom w:w="60" w:type="dxa"/>
              <w:right w:w="70" w:type="dxa"/>
            </w:tcMar>
            <w:vAlign w:val="center"/>
          </w:tcPr>
          <w:p w14:paraId="5441CC08" w14:textId="77777777" w:rsidR="00082454" w:rsidRPr="004566A6" w:rsidRDefault="00000000">
            <w:pPr>
              <w:spacing w:after="0" w:line="240" w:lineRule="auto"/>
              <w:rPr>
                <w:noProof/>
                <w:lang w:val="ro-RO"/>
              </w:rPr>
            </w:pPr>
            <w:r w:rsidRPr="004566A6">
              <w:rPr>
                <w:rFonts w:eastAsia="Arial"/>
                <w:noProof/>
                <w:sz w:val="14"/>
                <w:lang w:val="ro-RO"/>
              </w:rPr>
              <w:t>Organigramă, fișe de post, responsabilități de oprire a lucrului și escaladare.</w:t>
            </w:r>
          </w:p>
        </w:tc>
        <w:tc>
          <w:tcPr>
            <w:tcW w:w="1417" w:type="dxa"/>
            <w:tcMar>
              <w:top w:w="60" w:type="dxa"/>
              <w:left w:w="70" w:type="dxa"/>
              <w:bottom w:w="60" w:type="dxa"/>
              <w:right w:w="70" w:type="dxa"/>
            </w:tcMar>
            <w:vAlign w:val="center"/>
          </w:tcPr>
          <w:p w14:paraId="7B3D416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802AE8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9EDA3F2" w14:textId="77777777" w:rsidR="00082454" w:rsidRPr="004566A6" w:rsidRDefault="00082454">
            <w:pPr>
              <w:spacing w:after="0" w:line="240" w:lineRule="auto"/>
              <w:jc w:val="center"/>
              <w:rPr>
                <w:noProof/>
                <w:lang w:val="ro-RO"/>
              </w:rPr>
            </w:pPr>
          </w:p>
        </w:tc>
      </w:tr>
      <w:tr w:rsidR="00082454" w:rsidRPr="004566A6" w14:paraId="637EADCF" w14:textId="77777777">
        <w:trPr>
          <w:cantSplit/>
          <w:jc w:val="center"/>
        </w:trPr>
        <w:tc>
          <w:tcPr>
            <w:tcW w:w="793" w:type="dxa"/>
            <w:shd w:val="clear" w:color="auto" w:fill="FAFAFA"/>
            <w:tcMar>
              <w:top w:w="60" w:type="dxa"/>
              <w:left w:w="70" w:type="dxa"/>
              <w:bottom w:w="60" w:type="dxa"/>
              <w:right w:w="70" w:type="dxa"/>
            </w:tcMar>
            <w:vAlign w:val="center"/>
          </w:tcPr>
          <w:p w14:paraId="2B057DCB" w14:textId="77777777" w:rsidR="00082454" w:rsidRPr="004566A6" w:rsidRDefault="00000000">
            <w:pPr>
              <w:spacing w:after="0" w:line="240" w:lineRule="auto"/>
              <w:jc w:val="center"/>
              <w:rPr>
                <w:noProof/>
                <w:lang w:val="ro-RO"/>
              </w:rPr>
            </w:pPr>
            <w:r w:rsidRPr="004566A6">
              <w:rPr>
                <w:rFonts w:eastAsia="Arial"/>
                <w:b/>
                <w:noProof/>
                <w:sz w:val="14"/>
                <w:lang w:val="ro-RO"/>
              </w:rPr>
              <w:t>S2.10</w:t>
            </w:r>
          </w:p>
        </w:tc>
        <w:tc>
          <w:tcPr>
            <w:tcW w:w="4081" w:type="dxa"/>
            <w:shd w:val="clear" w:color="auto" w:fill="FAFAFA"/>
            <w:tcMar>
              <w:top w:w="60" w:type="dxa"/>
              <w:left w:w="70" w:type="dxa"/>
              <w:bottom w:w="60" w:type="dxa"/>
              <w:right w:w="70" w:type="dxa"/>
            </w:tcMar>
            <w:vAlign w:val="center"/>
          </w:tcPr>
          <w:p w14:paraId="0CB7A825" w14:textId="77777777" w:rsidR="00082454" w:rsidRPr="004566A6" w:rsidRDefault="00000000">
            <w:pPr>
              <w:spacing w:after="0" w:line="240" w:lineRule="auto"/>
              <w:rPr>
                <w:noProof/>
                <w:lang w:val="ro-RO"/>
              </w:rPr>
            </w:pPr>
            <w:r w:rsidRPr="004566A6">
              <w:rPr>
                <w:rFonts w:eastAsia="Arial"/>
                <w:noProof/>
                <w:sz w:val="14"/>
                <w:lang w:val="ro-RO"/>
              </w:rPr>
              <w:t>Responsabilitatea pentru performanța SSM rămâne la fiecare nivel managerial, nu doar la specialistul SSM.</w:t>
            </w:r>
          </w:p>
        </w:tc>
        <w:tc>
          <w:tcPr>
            <w:tcW w:w="5159" w:type="dxa"/>
            <w:shd w:val="clear" w:color="auto" w:fill="FAFAFA"/>
            <w:tcMar>
              <w:top w:w="60" w:type="dxa"/>
              <w:left w:w="70" w:type="dxa"/>
              <w:bottom w:w="60" w:type="dxa"/>
              <w:right w:w="70" w:type="dxa"/>
            </w:tcMar>
            <w:vAlign w:val="center"/>
          </w:tcPr>
          <w:p w14:paraId="7CBA4D48" w14:textId="77777777" w:rsidR="00082454" w:rsidRPr="004566A6" w:rsidRDefault="00000000">
            <w:pPr>
              <w:spacing w:after="0" w:line="240" w:lineRule="auto"/>
              <w:rPr>
                <w:noProof/>
                <w:lang w:val="ro-RO"/>
              </w:rPr>
            </w:pPr>
            <w:r w:rsidRPr="004566A6">
              <w:rPr>
                <w:rFonts w:eastAsia="Arial"/>
                <w:noProof/>
                <w:sz w:val="14"/>
                <w:lang w:val="ro-RO"/>
              </w:rPr>
              <w:t>Obiective, evaluări, ședințe și decizii ale managerilor operaționali.</w:t>
            </w:r>
          </w:p>
        </w:tc>
        <w:tc>
          <w:tcPr>
            <w:tcW w:w="1417" w:type="dxa"/>
            <w:shd w:val="clear" w:color="auto" w:fill="FAFAFA"/>
            <w:tcMar>
              <w:top w:w="60" w:type="dxa"/>
              <w:left w:w="70" w:type="dxa"/>
              <w:bottom w:w="60" w:type="dxa"/>
              <w:right w:w="70" w:type="dxa"/>
            </w:tcMar>
            <w:vAlign w:val="center"/>
          </w:tcPr>
          <w:p w14:paraId="1233CC0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827E32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D42B74B" w14:textId="77777777" w:rsidR="00082454" w:rsidRPr="004566A6" w:rsidRDefault="00082454">
            <w:pPr>
              <w:spacing w:after="0" w:line="240" w:lineRule="auto"/>
              <w:jc w:val="center"/>
              <w:rPr>
                <w:noProof/>
                <w:lang w:val="ro-RO"/>
              </w:rPr>
            </w:pPr>
          </w:p>
        </w:tc>
      </w:tr>
    </w:tbl>
    <w:p w14:paraId="0DDEB7D1"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43E89B2"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0B4CE58C" w14:textId="77777777">
        <w:trPr>
          <w:cantSplit/>
          <w:jc w:val="center"/>
        </w:trPr>
        <w:tc>
          <w:tcPr>
            <w:tcW w:w="1020" w:type="dxa"/>
            <w:shd w:val="clear" w:color="auto" w:fill="D71920"/>
            <w:tcMar>
              <w:top w:w="60" w:type="dxa"/>
              <w:left w:w="70" w:type="dxa"/>
              <w:bottom w:w="60" w:type="dxa"/>
              <w:right w:w="70" w:type="dxa"/>
            </w:tcMar>
            <w:vAlign w:val="center"/>
          </w:tcPr>
          <w:p w14:paraId="5E35310D"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3</w:t>
            </w:r>
          </w:p>
        </w:tc>
        <w:tc>
          <w:tcPr>
            <w:tcW w:w="12585" w:type="dxa"/>
            <w:shd w:val="clear" w:color="auto" w:fill="F3F4F5"/>
          </w:tcPr>
          <w:p w14:paraId="39A7B330" w14:textId="77777777" w:rsidR="00082454" w:rsidRPr="004566A6" w:rsidRDefault="00000000">
            <w:pPr>
              <w:spacing w:after="20"/>
              <w:rPr>
                <w:noProof/>
                <w:lang w:val="ro-RO"/>
              </w:rPr>
            </w:pPr>
            <w:r w:rsidRPr="004566A6">
              <w:rPr>
                <w:rFonts w:eastAsia="Arial"/>
                <w:b/>
                <w:noProof/>
                <w:sz w:val="27"/>
                <w:lang w:val="ro-RO"/>
              </w:rPr>
              <w:t>Consultarea și participarea lucrătorilor</w:t>
            </w:r>
          </w:p>
          <w:p w14:paraId="71920EC1"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5.4  |  Obiectiv: utilizarea experienței lucrătorilor în deciziile SSM și eliminarea barierelor care limitează implicarea</w:t>
            </w:r>
          </w:p>
        </w:tc>
      </w:tr>
    </w:tbl>
    <w:p w14:paraId="200EE0D6"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72A7F128" w14:textId="77777777">
        <w:trPr>
          <w:cantSplit/>
          <w:jc w:val="center"/>
        </w:trPr>
        <w:tc>
          <w:tcPr>
            <w:tcW w:w="566" w:type="dxa"/>
            <w:shd w:val="clear" w:color="auto" w:fill="D71920"/>
            <w:tcMar>
              <w:top w:w="60" w:type="dxa"/>
              <w:left w:w="70" w:type="dxa"/>
              <w:bottom w:w="60" w:type="dxa"/>
              <w:right w:w="70" w:type="dxa"/>
            </w:tcMar>
            <w:vAlign w:val="center"/>
          </w:tcPr>
          <w:p w14:paraId="75D43553"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690EAB35"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72CB0C68" w14:textId="77777777" w:rsidR="00082454" w:rsidRPr="004566A6" w:rsidRDefault="00000000">
            <w:pPr>
              <w:spacing w:after="0" w:line="252" w:lineRule="auto"/>
              <w:rPr>
                <w:noProof/>
                <w:lang w:val="ro-RO"/>
              </w:rPr>
            </w:pPr>
            <w:r w:rsidRPr="004566A6">
              <w:rPr>
                <w:rFonts w:eastAsia="Arial"/>
                <w:noProof/>
                <w:sz w:val="16"/>
                <w:lang w:val="ro-RO"/>
              </w:rPr>
              <w:t>Participarea reală lasă urme în decizii. Păstrați dovezi despre propuneri, analiză, răspuns și schimbarea controalelor, nu doar liste de prezență.</w:t>
            </w:r>
          </w:p>
        </w:tc>
      </w:tr>
    </w:tbl>
    <w:p w14:paraId="2FDB83A5"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51897449" w14:textId="77777777">
        <w:trPr>
          <w:cantSplit/>
          <w:tblHeader/>
          <w:jc w:val="center"/>
        </w:trPr>
        <w:tc>
          <w:tcPr>
            <w:tcW w:w="793" w:type="dxa"/>
            <w:shd w:val="clear" w:color="auto" w:fill="D71920"/>
            <w:tcMar>
              <w:top w:w="60" w:type="dxa"/>
              <w:left w:w="70" w:type="dxa"/>
              <w:bottom w:w="60" w:type="dxa"/>
              <w:right w:w="70" w:type="dxa"/>
            </w:tcMar>
            <w:vAlign w:val="center"/>
          </w:tcPr>
          <w:p w14:paraId="13560B0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6F1432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0AA6A43"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4BB7B8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177EFF87"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E1D9FD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0C0CB49D" w14:textId="77777777">
        <w:trPr>
          <w:cantSplit/>
          <w:jc w:val="center"/>
        </w:trPr>
        <w:tc>
          <w:tcPr>
            <w:tcW w:w="793" w:type="dxa"/>
            <w:tcMar>
              <w:top w:w="60" w:type="dxa"/>
              <w:left w:w="70" w:type="dxa"/>
              <w:bottom w:w="60" w:type="dxa"/>
              <w:right w:w="70" w:type="dxa"/>
            </w:tcMar>
            <w:vAlign w:val="center"/>
          </w:tcPr>
          <w:p w14:paraId="213F007E" w14:textId="77777777" w:rsidR="00082454" w:rsidRPr="004566A6" w:rsidRDefault="00000000">
            <w:pPr>
              <w:spacing w:after="0" w:line="240" w:lineRule="auto"/>
              <w:jc w:val="center"/>
              <w:rPr>
                <w:noProof/>
                <w:lang w:val="ro-RO"/>
              </w:rPr>
            </w:pPr>
            <w:r w:rsidRPr="004566A6">
              <w:rPr>
                <w:rFonts w:eastAsia="Arial"/>
                <w:b/>
                <w:noProof/>
                <w:sz w:val="14"/>
                <w:lang w:val="ro-RO"/>
              </w:rPr>
              <w:t>S3.1</w:t>
            </w:r>
          </w:p>
        </w:tc>
        <w:tc>
          <w:tcPr>
            <w:tcW w:w="4081" w:type="dxa"/>
            <w:tcMar>
              <w:top w:w="60" w:type="dxa"/>
              <w:left w:w="70" w:type="dxa"/>
              <w:bottom w:w="60" w:type="dxa"/>
              <w:right w:w="70" w:type="dxa"/>
            </w:tcMar>
            <w:vAlign w:val="center"/>
          </w:tcPr>
          <w:p w14:paraId="0902B1CD" w14:textId="77777777" w:rsidR="00082454" w:rsidRPr="004566A6" w:rsidRDefault="00000000">
            <w:pPr>
              <w:spacing w:after="0" w:line="240" w:lineRule="auto"/>
              <w:rPr>
                <w:noProof/>
                <w:lang w:val="ro-RO"/>
              </w:rPr>
            </w:pPr>
            <w:r w:rsidRPr="004566A6">
              <w:rPr>
                <w:rFonts w:eastAsia="Arial"/>
                <w:noProof/>
                <w:sz w:val="14"/>
                <w:lang w:val="ro-RO"/>
              </w:rPr>
              <w:t>Sunt stabilite procese, timp și resurse pentru consultarea și participarea lucrătorilor.</w:t>
            </w:r>
          </w:p>
        </w:tc>
        <w:tc>
          <w:tcPr>
            <w:tcW w:w="5159" w:type="dxa"/>
            <w:tcMar>
              <w:top w:w="60" w:type="dxa"/>
              <w:left w:w="70" w:type="dxa"/>
              <w:bottom w:w="60" w:type="dxa"/>
              <w:right w:w="70" w:type="dxa"/>
            </w:tcMar>
            <w:vAlign w:val="center"/>
          </w:tcPr>
          <w:p w14:paraId="476BB8A6" w14:textId="77777777" w:rsidR="00082454" w:rsidRPr="004566A6" w:rsidRDefault="00000000">
            <w:pPr>
              <w:spacing w:after="0" w:line="240" w:lineRule="auto"/>
              <w:rPr>
                <w:noProof/>
                <w:lang w:val="ro-RO"/>
              </w:rPr>
            </w:pPr>
            <w:r w:rsidRPr="004566A6">
              <w:rPr>
                <w:rFonts w:eastAsia="Arial"/>
                <w:noProof/>
                <w:sz w:val="14"/>
                <w:lang w:val="ro-RO"/>
              </w:rPr>
              <w:t>Comitete, întâlniri, observații, reprezentanți și canale digitale.</w:t>
            </w:r>
          </w:p>
        </w:tc>
        <w:tc>
          <w:tcPr>
            <w:tcW w:w="1417" w:type="dxa"/>
            <w:tcMar>
              <w:top w:w="60" w:type="dxa"/>
              <w:left w:w="70" w:type="dxa"/>
              <w:bottom w:w="60" w:type="dxa"/>
              <w:right w:w="70" w:type="dxa"/>
            </w:tcMar>
            <w:vAlign w:val="center"/>
          </w:tcPr>
          <w:p w14:paraId="0A979478"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427831A"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ADD6F89" w14:textId="77777777" w:rsidR="00082454" w:rsidRPr="004566A6" w:rsidRDefault="00082454">
            <w:pPr>
              <w:spacing w:after="0" w:line="240" w:lineRule="auto"/>
              <w:jc w:val="center"/>
              <w:rPr>
                <w:noProof/>
                <w:lang w:val="ro-RO"/>
              </w:rPr>
            </w:pPr>
          </w:p>
        </w:tc>
      </w:tr>
      <w:tr w:rsidR="00082454" w:rsidRPr="00245FA7" w14:paraId="0CB72235" w14:textId="77777777">
        <w:trPr>
          <w:cantSplit/>
          <w:jc w:val="center"/>
        </w:trPr>
        <w:tc>
          <w:tcPr>
            <w:tcW w:w="793" w:type="dxa"/>
            <w:shd w:val="clear" w:color="auto" w:fill="FAFAFA"/>
            <w:tcMar>
              <w:top w:w="60" w:type="dxa"/>
              <w:left w:w="70" w:type="dxa"/>
              <w:bottom w:w="60" w:type="dxa"/>
              <w:right w:w="70" w:type="dxa"/>
            </w:tcMar>
            <w:vAlign w:val="center"/>
          </w:tcPr>
          <w:p w14:paraId="5E799658" w14:textId="77777777" w:rsidR="00082454" w:rsidRPr="004566A6" w:rsidRDefault="00000000">
            <w:pPr>
              <w:spacing w:after="0" w:line="240" w:lineRule="auto"/>
              <w:jc w:val="center"/>
              <w:rPr>
                <w:noProof/>
                <w:lang w:val="ro-RO"/>
              </w:rPr>
            </w:pPr>
            <w:r w:rsidRPr="004566A6">
              <w:rPr>
                <w:rFonts w:eastAsia="Arial"/>
                <w:b/>
                <w:noProof/>
                <w:sz w:val="14"/>
                <w:lang w:val="ro-RO"/>
              </w:rPr>
              <w:t>S3.2</w:t>
            </w:r>
          </w:p>
        </w:tc>
        <w:tc>
          <w:tcPr>
            <w:tcW w:w="4081" w:type="dxa"/>
            <w:shd w:val="clear" w:color="auto" w:fill="FAFAFA"/>
            <w:tcMar>
              <w:top w:w="60" w:type="dxa"/>
              <w:left w:w="70" w:type="dxa"/>
              <w:bottom w:w="60" w:type="dxa"/>
              <w:right w:w="70" w:type="dxa"/>
            </w:tcMar>
            <w:vAlign w:val="center"/>
          </w:tcPr>
          <w:p w14:paraId="7989875B" w14:textId="77777777" w:rsidR="00082454" w:rsidRPr="004566A6" w:rsidRDefault="00000000">
            <w:pPr>
              <w:spacing w:after="0" w:line="240" w:lineRule="auto"/>
              <w:rPr>
                <w:noProof/>
                <w:lang w:val="ro-RO"/>
              </w:rPr>
            </w:pPr>
            <w:r w:rsidRPr="004566A6">
              <w:rPr>
                <w:rFonts w:eastAsia="Arial"/>
                <w:noProof/>
                <w:sz w:val="14"/>
                <w:lang w:val="ro-RO"/>
              </w:rPr>
              <w:t>Lucrătorii primesc în timp util informații clare și accesibile despre SSM.</w:t>
            </w:r>
          </w:p>
        </w:tc>
        <w:tc>
          <w:tcPr>
            <w:tcW w:w="5159" w:type="dxa"/>
            <w:shd w:val="clear" w:color="auto" w:fill="FAFAFA"/>
            <w:tcMar>
              <w:top w:w="60" w:type="dxa"/>
              <w:left w:w="70" w:type="dxa"/>
              <w:bottom w:w="60" w:type="dxa"/>
              <w:right w:w="70" w:type="dxa"/>
            </w:tcMar>
            <w:vAlign w:val="center"/>
          </w:tcPr>
          <w:p w14:paraId="2C1AA2A6" w14:textId="77777777" w:rsidR="00082454" w:rsidRPr="004566A6" w:rsidRDefault="00000000">
            <w:pPr>
              <w:spacing w:after="0" w:line="240" w:lineRule="auto"/>
              <w:rPr>
                <w:noProof/>
                <w:lang w:val="ro-RO"/>
              </w:rPr>
            </w:pPr>
            <w:r w:rsidRPr="004566A6">
              <w:rPr>
                <w:rFonts w:eastAsia="Arial"/>
                <w:noProof/>
                <w:sz w:val="14"/>
                <w:lang w:val="ro-RO"/>
              </w:rPr>
              <w:t>Limbaj adecvat, traduceri, formate accesibile și date relevante.</w:t>
            </w:r>
          </w:p>
        </w:tc>
        <w:tc>
          <w:tcPr>
            <w:tcW w:w="1417" w:type="dxa"/>
            <w:shd w:val="clear" w:color="auto" w:fill="FAFAFA"/>
            <w:tcMar>
              <w:top w:w="60" w:type="dxa"/>
              <w:left w:w="70" w:type="dxa"/>
              <w:bottom w:w="60" w:type="dxa"/>
              <w:right w:w="70" w:type="dxa"/>
            </w:tcMar>
            <w:vAlign w:val="center"/>
          </w:tcPr>
          <w:p w14:paraId="14DE860F"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7C9B96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0DB6B7B" w14:textId="77777777" w:rsidR="00082454" w:rsidRPr="004566A6" w:rsidRDefault="00082454">
            <w:pPr>
              <w:spacing w:after="0" w:line="240" w:lineRule="auto"/>
              <w:jc w:val="center"/>
              <w:rPr>
                <w:noProof/>
                <w:lang w:val="ro-RO"/>
              </w:rPr>
            </w:pPr>
          </w:p>
        </w:tc>
      </w:tr>
      <w:tr w:rsidR="00082454" w:rsidRPr="00245FA7" w14:paraId="51CFD002" w14:textId="77777777">
        <w:trPr>
          <w:cantSplit/>
          <w:jc w:val="center"/>
        </w:trPr>
        <w:tc>
          <w:tcPr>
            <w:tcW w:w="793" w:type="dxa"/>
            <w:tcMar>
              <w:top w:w="60" w:type="dxa"/>
              <w:left w:w="70" w:type="dxa"/>
              <w:bottom w:w="60" w:type="dxa"/>
              <w:right w:w="70" w:type="dxa"/>
            </w:tcMar>
            <w:vAlign w:val="center"/>
          </w:tcPr>
          <w:p w14:paraId="68A7FA88" w14:textId="77777777" w:rsidR="00082454" w:rsidRPr="004566A6" w:rsidRDefault="00000000">
            <w:pPr>
              <w:spacing w:after="0" w:line="240" w:lineRule="auto"/>
              <w:jc w:val="center"/>
              <w:rPr>
                <w:noProof/>
                <w:lang w:val="ro-RO"/>
              </w:rPr>
            </w:pPr>
            <w:r w:rsidRPr="004566A6">
              <w:rPr>
                <w:rFonts w:eastAsia="Arial"/>
                <w:b/>
                <w:noProof/>
                <w:sz w:val="14"/>
                <w:lang w:val="ro-RO"/>
              </w:rPr>
              <w:t>S3.3</w:t>
            </w:r>
          </w:p>
        </w:tc>
        <w:tc>
          <w:tcPr>
            <w:tcW w:w="4081" w:type="dxa"/>
            <w:tcMar>
              <w:top w:w="60" w:type="dxa"/>
              <w:left w:w="70" w:type="dxa"/>
              <w:bottom w:w="60" w:type="dxa"/>
              <w:right w:w="70" w:type="dxa"/>
            </w:tcMar>
            <w:vAlign w:val="center"/>
          </w:tcPr>
          <w:p w14:paraId="0F4324DA" w14:textId="77777777" w:rsidR="00082454" w:rsidRPr="004566A6" w:rsidRDefault="00000000">
            <w:pPr>
              <w:spacing w:after="0" w:line="240" w:lineRule="auto"/>
              <w:rPr>
                <w:noProof/>
                <w:lang w:val="ro-RO"/>
              </w:rPr>
            </w:pPr>
            <w:r w:rsidRPr="004566A6">
              <w:rPr>
                <w:rFonts w:eastAsia="Arial"/>
                <w:noProof/>
                <w:sz w:val="14"/>
                <w:lang w:val="ro-RO"/>
              </w:rPr>
              <w:t>Sunt identificate și eliminate barierele participării.</w:t>
            </w:r>
          </w:p>
        </w:tc>
        <w:tc>
          <w:tcPr>
            <w:tcW w:w="5159" w:type="dxa"/>
            <w:tcMar>
              <w:top w:w="60" w:type="dxa"/>
              <w:left w:w="70" w:type="dxa"/>
              <w:bottom w:w="60" w:type="dxa"/>
              <w:right w:w="70" w:type="dxa"/>
            </w:tcMar>
            <w:vAlign w:val="center"/>
          </w:tcPr>
          <w:p w14:paraId="1DE972D3" w14:textId="77777777" w:rsidR="00082454" w:rsidRPr="004566A6" w:rsidRDefault="00000000">
            <w:pPr>
              <w:spacing w:after="0" w:line="240" w:lineRule="auto"/>
              <w:rPr>
                <w:noProof/>
                <w:lang w:val="ro-RO"/>
              </w:rPr>
            </w:pPr>
            <w:r w:rsidRPr="004566A6">
              <w:rPr>
                <w:rFonts w:eastAsia="Arial"/>
                <w:noProof/>
                <w:sz w:val="14"/>
                <w:lang w:val="ro-RO"/>
              </w:rPr>
              <w:t>Program, limbă, alfabetizare, teamă de represalii, relații ierarhice și acces.</w:t>
            </w:r>
          </w:p>
        </w:tc>
        <w:tc>
          <w:tcPr>
            <w:tcW w:w="1417" w:type="dxa"/>
            <w:tcMar>
              <w:top w:w="60" w:type="dxa"/>
              <w:left w:w="70" w:type="dxa"/>
              <w:bottom w:w="60" w:type="dxa"/>
              <w:right w:w="70" w:type="dxa"/>
            </w:tcMar>
            <w:vAlign w:val="center"/>
          </w:tcPr>
          <w:p w14:paraId="1FE6C1E6"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2A965B3"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7AF795D" w14:textId="77777777" w:rsidR="00082454" w:rsidRPr="004566A6" w:rsidRDefault="00082454">
            <w:pPr>
              <w:spacing w:after="0" w:line="240" w:lineRule="auto"/>
              <w:jc w:val="center"/>
              <w:rPr>
                <w:noProof/>
                <w:lang w:val="ro-RO"/>
              </w:rPr>
            </w:pPr>
          </w:p>
        </w:tc>
      </w:tr>
      <w:tr w:rsidR="00082454" w:rsidRPr="004566A6" w14:paraId="2202E6C5" w14:textId="77777777">
        <w:trPr>
          <w:cantSplit/>
          <w:jc w:val="center"/>
        </w:trPr>
        <w:tc>
          <w:tcPr>
            <w:tcW w:w="793" w:type="dxa"/>
            <w:shd w:val="clear" w:color="auto" w:fill="FAFAFA"/>
            <w:tcMar>
              <w:top w:w="60" w:type="dxa"/>
              <w:left w:w="70" w:type="dxa"/>
              <w:bottom w:w="60" w:type="dxa"/>
              <w:right w:w="70" w:type="dxa"/>
            </w:tcMar>
            <w:vAlign w:val="center"/>
          </w:tcPr>
          <w:p w14:paraId="2C6BB3CB" w14:textId="77777777" w:rsidR="00082454" w:rsidRPr="004566A6" w:rsidRDefault="00000000">
            <w:pPr>
              <w:spacing w:after="0" w:line="240" w:lineRule="auto"/>
              <w:jc w:val="center"/>
              <w:rPr>
                <w:noProof/>
                <w:lang w:val="ro-RO"/>
              </w:rPr>
            </w:pPr>
            <w:r w:rsidRPr="004566A6">
              <w:rPr>
                <w:rFonts w:eastAsia="Arial"/>
                <w:b/>
                <w:noProof/>
                <w:sz w:val="14"/>
                <w:lang w:val="ro-RO"/>
              </w:rPr>
              <w:t>S3.4</w:t>
            </w:r>
          </w:p>
        </w:tc>
        <w:tc>
          <w:tcPr>
            <w:tcW w:w="4081" w:type="dxa"/>
            <w:shd w:val="clear" w:color="auto" w:fill="FAFAFA"/>
            <w:tcMar>
              <w:top w:w="60" w:type="dxa"/>
              <w:left w:w="70" w:type="dxa"/>
              <w:bottom w:w="60" w:type="dxa"/>
              <w:right w:w="70" w:type="dxa"/>
            </w:tcMar>
            <w:vAlign w:val="center"/>
          </w:tcPr>
          <w:p w14:paraId="3ADD4F22" w14:textId="77777777" w:rsidR="00082454" w:rsidRPr="004566A6" w:rsidRDefault="00000000">
            <w:pPr>
              <w:spacing w:after="0" w:line="240" w:lineRule="auto"/>
              <w:rPr>
                <w:noProof/>
                <w:lang w:val="ro-RO"/>
              </w:rPr>
            </w:pPr>
            <w:r w:rsidRPr="004566A6">
              <w:rPr>
                <w:rFonts w:eastAsia="Arial"/>
                <w:noProof/>
                <w:sz w:val="14"/>
                <w:lang w:val="ro-RO"/>
              </w:rPr>
              <w:t>Lucrătorii non-manageriali sunt consultați la stabilirea nevoilor părților interesate și politicii.</w:t>
            </w:r>
          </w:p>
        </w:tc>
        <w:tc>
          <w:tcPr>
            <w:tcW w:w="5159" w:type="dxa"/>
            <w:shd w:val="clear" w:color="auto" w:fill="FAFAFA"/>
            <w:tcMar>
              <w:top w:w="60" w:type="dxa"/>
              <w:left w:w="70" w:type="dxa"/>
              <w:bottom w:w="60" w:type="dxa"/>
              <w:right w:w="70" w:type="dxa"/>
            </w:tcMar>
            <w:vAlign w:val="center"/>
          </w:tcPr>
          <w:p w14:paraId="5731A3C4" w14:textId="77777777" w:rsidR="00082454" w:rsidRPr="004566A6" w:rsidRDefault="00000000">
            <w:pPr>
              <w:spacing w:after="0" w:line="240" w:lineRule="auto"/>
              <w:rPr>
                <w:noProof/>
                <w:lang w:val="ro-RO"/>
              </w:rPr>
            </w:pPr>
            <w:r w:rsidRPr="004566A6">
              <w:rPr>
                <w:rFonts w:eastAsia="Arial"/>
                <w:noProof/>
                <w:sz w:val="14"/>
                <w:lang w:val="ro-RO"/>
              </w:rPr>
              <w:t>Minute, ateliere, sondaje și feedback integrat.</w:t>
            </w:r>
          </w:p>
        </w:tc>
        <w:tc>
          <w:tcPr>
            <w:tcW w:w="1417" w:type="dxa"/>
            <w:shd w:val="clear" w:color="auto" w:fill="FAFAFA"/>
            <w:tcMar>
              <w:top w:w="60" w:type="dxa"/>
              <w:left w:w="70" w:type="dxa"/>
              <w:bottom w:w="60" w:type="dxa"/>
              <w:right w:w="70" w:type="dxa"/>
            </w:tcMar>
            <w:vAlign w:val="center"/>
          </w:tcPr>
          <w:p w14:paraId="26647CEF"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819916C"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7ECC9B5" w14:textId="77777777" w:rsidR="00082454" w:rsidRPr="004566A6" w:rsidRDefault="00082454">
            <w:pPr>
              <w:spacing w:after="0" w:line="240" w:lineRule="auto"/>
              <w:jc w:val="center"/>
              <w:rPr>
                <w:noProof/>
                <w:lang w:val="ro-RO"/>
              </w:rPr>
            </w:pPr>
          </w:p>
        </w:tc>
      </w:tr>
      <w:tr w:rsidR="00082454" w:rsidRPr="00245FA7" w14:paraId="77472A53" w14:textId="77777777">
        <w:trPr>
          <w:cantSplit/>
          <w:jc w:val="center"/>
        </w:trPr>
        <w:tc>
          <w:tcPr>
            <w:tcW w:w="793" w:type="dxa"/>
            <w:tcMar>
              <w:top w:w="60" w:type="dxa"/>
              <w:left w:w="70" w:type="dxa"/>
              <w:bottom w:w="60" w:type="dxa"/>
              <w:right w:w="70" w:type="dxa"/>
            </w:tcMar>
            <w:vAlign w:val="center"/>
          </w:tcPr>
          <w:p w14:paraId="645BC804" w14:textId="77777777" w:rsidR="00082454" w:rsidRPr="004566A6" w:rsidRDefault="00000000">
            <w:pPr>
              <w:spacing w:after="0" w:line="240" w:lineRule="auto"/>
              <w:jc w:val="center"/>
              <w:rPr>
                <w:noProof/>
                <w:lang w:val="ro-RO"/>
              </w:rPr>
            </w:pPr>
            <w:r w:rsidRPr="004566A6">
              <w:rPr>
                <w:rFonts w:eastAsia="Arial"/>
                <w:b/>
                <w:noProof/>
                <w:sz w:val="14"/>
                <w:lang w:val="ro-RO"/>
              </w:rPr>
              <w:t>S3.5</w:t>
            </w:r>
          </w:p>
        </w:tc>
        <w:tc>
          <w:tcPr>
            <w:tcW w:w="4081" w:type="dxa"/>
            <w:tcMar>
              <w:top w:w="60" w:type="dxa"/>
              <w:left w:w="70" w:type="dxa"/>
              <w:bottom w:w="60" w:type="dxa"/>
              <w:right w:w="70" w:type="dxa"/>
            </w:tcMar>
            <w:vAlign w:val="center"/>
          </w:tcPr>
          <w:p w14:paraId="301520FD" w14:textId="77777777" w:rsidR="00082454" w:rsidRPr="004566A6" w:rsidRDefault="00000000">
            <w:pPr>
              <w:spacing w:after="0" w:line="240" w:lineRule="auto"/>
              <w:rPr>
                <w:noProof/>
                <w:lang w:val="ro-RO"/>
              </w:rPr>
            </w:pPr>
            <w:r w:rsidRPr="004566A6">
              <w:rPr>
                <w:rFonts w:eastAsia="Arial"/>
                <w:noProof/>
                <w:sz w:val="14"/>
                <w:lang w:val="ro-RO"/>
              </w:rPr>
              <w:t>Lucrătorii sunt consultați la atribuirea rolurilor și responsabilităților SSM.</w:t>
            </w:r>
          </w:p>
        </w:tc>
        <w:tc>
          <w:tcPr>
            <w:tcW w:w="5159" w:type="dxa"/>
            <w:tcMar>
              <w:top w:w="60" w:type="dxa"/>
              <w:left w:w="70" w:type="dxa"/>
              <w:bottom w:w="60" w:type="dxa"/>
              <w:right w:w="70" w:type="dxa"/>
            </w:tcMar>
            <w:vAlign w:val="center"/>
          </w:tcPr>
          <w:p w14:paraId="359F5417" w14:textId="77777777" w:rsidR="00082454" w:rsidRPr="004566A6" w:rsidRDefault="00000000">
            <w:pPr>
              <w:spacing w:after="0" w:line="240" w:lineRule="auto"/>
              <w:rPr>
                <w:noProof/>
                <w:lang w:val="ro-RO"/>
              </w:rPr>
            </w:pPr>
            <w:r w:rsidRPr="004566A6">
              <w:rPr>
                <w:rFonts w:eastAsia="Arial"/>
                <w:noProof/>
                <w:sz w:val="14"/>
                <w:lang w:val="ro-RO"/>
              </w:rPr>
              <w:t>Feedback asupra fezabilității și clarității rolurilor.</w:t>
            </w:r>
          </w:p>
        </w:tc>
        <w:tc>
          <w:tcPr>
            <w:tcW w:w="1417" w:type="dxa"/>
            <w:tcMar>
              <w:top w:w="60" w:type="dxa"/>
              <w:left w:w="70" w:type="dxa"/>
              <w:bottom w:w="60" w:type="dxa"/>
              <w:right w:w="70" w:type="dxa"/>
            </w:tcMar>
            <w:vAlign w:val="center"/>
          </w:tcPr>
          <w:p w14:paraId="3C69C974"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1622B7A"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E2AB3F8" w14:textId="77777777" w:rsidR="00082454" w:rsidRPr="004566A6" w:rsidRDefault="00082454">
            <w:pPr>
              <w:spacing w:after="0" w:line="240" w:lineRule="auto"/>
              <w:jc w:val="center"/>
              <w:rPr>
                <w:noProof/>
                <w:lang w:val="ro-RO"/>
              </w:rPr>
            </w:pPr>
          </w:p>
        </w:tc>
      </w:tr>
      <w:tr w:rsidR="00082454" w:rsidRPr="004566A6" w14:paraId="6017C4F0" w14:textId="77777777">
        <w:trPr>
          <w:cantSplit/>
          <w:jc w:val="center"/>
        </w:trPr>
        <w:tc>
          <w:tcPr>
            <w:tcW w:w="793" w:type="dxa"/>
            <w:shd w:val="clear" w:color="auto" w:fill="FAFAFA"/>
            <w:tcMar>
              <w:top w:w="60" w:type="dxa"/>
              <w:left w:w="70" w:type="dxa"/>
              <w:bottom w:w="60" w:type="dxa"/>
              <w:right w:w="70" w:type="dxa"/>
            </w:tcMar>
            <w:vAlign w:val="center"/>
          </w:tcPr>
          <w:p w14:paraId="002FAE76" w14:textId="77777777" w:rsidR="00082454" w:rsidRPr="004566A6" w:rsidRDefault="00000000">
            <w:pPr>
              <w:spacing w:after="0" w:line="240" w:lineRule="auto"/>
              <w:jc w:val="center"/>
              <w:rPr>
                <w:noProof/>
                <w:lang w:val="ro-RO"/>
              </w:rPr>
            </w:pPr>
            <w:r w:rsidRPr="004566A6">
              <w:rPr>
                <w:rFonts w:eastAsia="Arial"/>
                <w:b/>
                <w:noProof/>
                <w:sz w:val="14"/>
                <w:lang w:val="ro-RO"/>
              </w:rPr>
              <w:t>S3.6</w:t>
            </w:r>
          </w:p>
        </w:tc>
        <w:tc>
          <w:tcPr>
            <w:tcW w:w="4081" w:type="dxa"/>
            <w:shd w:val="clear" w:color="auto" w:fill="FAFAFA"/>
            <w:tcMar>
              <w:top w:w="60" w:type="dxa"/>
              <w:left w:w="70" w:type="dxa"/>
              <w:bottom w:w="60" w:type="dxa"/>
              <w:right w:w="70" w:type="dxa"/>
            </w:tcMar>
            <w:vAlign w:val="center"/>
          </w:tcPr>
          <w:p w14:paraId="4044A588" w14:textId="77777777" w:rsidR="00082454" w:rsidRPr="004566A6" w:rsidRDefault="00000000">
            <w:pPr>
              <w:spacing w:after="0" w:line="240" w:lineRule="auto"/>
              <w:rPr>
                <w:noProof/>
                <w:lang w:val="ro-RO"/>
              </w:rPr>
            </w:pPr>
            <w:r w:rsidRPr="004566A6">
              <w:rPr>
                <w:rFonts w:eastAsia="Arial"/>
                <w:noProof/>
                <w:sz w:val="14"/>
                <w:lang w:val="ro-RO"/>
              </w:rPr>
              <w:t>Lucrătorii sunt consultați la stabilirea modului de îndeplinire a obligațiilor legale.</w:t>
            </w:r>
          </w:p>
        </w:tc>
        <w:tc>
          <w:tcPr>
            <w:tcW w:w="5159" w:type="dxa"/>
            <w:shd w:val="clear" w:color="auto" w:fill="FAFAFA"/>
            <w:tcMar>
              <w:top w:w="60" w:type="dxa"/>
              <w:left w:w="70" w:type="dxa"/>
              <w:bottom w:w="60" w:type="dxa"/>
              <w:right w:w="70" w:type="dxa"/>
            </w:tcMar>
            <w:vAlign w:val="center"/>
          </w:tcPr>
          <w:p w14:paraId="248F22E2" w14:textId="77777777" w:rsidR="00082454" w:rsidRPr="004566A6" w:rsidRDefault="00000000">
            <w:pPr>
              <w:spacing w:after="0" w:line="240" w:lineRule="auto"/>
              <w:rPr>
                <w:noProof/>
                <w:lang w:val="ro-RO"/>
              </w:rPr>
            </w:pPr>
            <w:r w:rsidRPr="004566A6">
              <w:rPr>
                <w:rFonts w:eastAsia="Arial"/>
                <w:noProof/>
                <w:sz w:val="14"/>
                <w:lang w:val="ro-RO"/>
              </w:rPr>
              <w:t>Consultări privind proceduri, echipamente și condiții.</w:t>
            </w:r>
          </w:p>
        </w:tc>
        <w:tc>
          <w:tcPr>
            <w:tcW w:w="1417" w:type="dxa"/>
            <w:shd w:val="clear" w:color="auto" w:fill="FAFAFA"/>
            <w:tcMar>
              <w:top w:w="60" w:type="dxa"/>
              <w:left w:w="70" w:type="dxa"/>
              <w:bottom w:w="60" w:type="dxa"/>
              <w:right w:w="70" w:type="dxa"/>
            </w:tcMar>
            <w:vAlign w:val="center"/>
          </w:tcPr>
          <w:p w14:paraId="2239FD1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5B0002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C03927D" w14:textId="77777777" w:rsidR="00082454" w:rsidRPr="004566A6" w:rsidRDefault="00082454">
            <w:pPr>
              <w:spacing w:after="0" w:line="240" w:lineRule="auto"/>
              <w:jc w:val="center"/>
              <w:rPr>
                <w:noProof/>
                <w:lang w:val="ro-RO"/>
              </w:rPr>
            </w:pPr>
          </w:p>
        </w:tc>
      </w:tr>
      <w:tr w:rsidR="00082454" w:rsidRPr="00245FA7" w14:paraId="5B479290" w14:textId="77777777">
        <w:trPr>
          <w:cantSplit/>
          <w:jc w:val="center"/>
        </w:trPr>
        <w:tc>
          <w:tcPr>
            <w:tcW w:w="793" w:type="dxa"/>
            <w:tcMar>
              <w:top w:w="60" w:type="dxa"/>
              <w:left w:w="70" w:type="dxa"/>
              <w:bottom w:w="60" w:type="dxa"/>
              <w:right w:w="70" w:type="dxa"/>
            </w:tcMar>
            <w:vAlign w:val="center"/>
          </w:tcPr>
          <w:p w14:paraId="0AEB0B06" w14:textId="77777777" w:rsidR="00082454" w:rsidRPr="004566A6" w:rsidRDefault="00000000">
            <w:pPr>
              <w:spacing w:after="0" w:line="240" w:lineRule="auto"/>
              <w:jc w:val="center"/>
              <w:rPr>
                <w:noProof/>
                <w:lang w:val="ro-RO"/>
              </w:rPr>
            </w:pPr>
            <w:r w:rsidRPr="004566A6">
              <w:rPr>
                <w:rFonts w:eastAsia="Arial"/>
                <w:b/>
                <w:noProof/>
                <w:sz w:val="14"/>
                <w:lang w:val="ro-RO"/>
              </w:rPr>
              <w:t>S3.7</w:t>
            </w:r>
          </w:p>
        </w:tc>
        <w:tc>
          <w:tcPr>
            <w:tcW w:w="4081" w:type="dxa"/>
            <w:tcMar>
              <w:top w:w="60" w:type="dxa"/>
              <w:left w:w="70" w:type="dxa"/>
              <w:bottom w:w="60" w:type="dxa"/>
              <w:right w:w="70" w:type="dxa"/>
            </w:tcMar>
            <w:vAlign w:val="center"/>
          </w:tcPr>
          <w:p w14:paraId="7612A4DE" w14:textId="77777777" w:rsidR="00082454" w:rsidRPr="004566A6" w:rsidRDefault="00000000">
            <w:pPr>
              <w:spacing w:after="0" w:line="240" w:lineRule="auto"/>
              <w:rPr>
                <w:noProof/>
                <w:lang w:val="ro-RO"/>
              </w:rPr>
            </w:pPr>
            <w:r w:rsidRPr="004566A6">
              <w:rPr>
                <w:rFonts w:eastAsia="Arial"/>
                <w:noProof/>
                <w:sz w:val="14"/>
                <w:lang w:val="ro-RO"/>
              </w:rPr>
              <w:t>Lucrătorii participă la identificarea pericolelor și evaluarea riscurilor/oportunităților.</w:t>
            </w:r>
          </w:p>
        </w:tc>
        <w:tc>
          <w:tcPr>
            <w:tcW w:w="5159" w:type="dxa"/>
            <w:tcMar>
              <w:top w:w="60" w:type="dxa"/>
              <w:left w:w="70" w:type="dxa"/>
              <w:bottom w:w="60" w:type="dxa"/>
              <w:right w:w="70" w:type="dxa"/>
            </w:tcMar>
            <w:vAlign w:val="center"/>
          </w:tcPr>
          <w:p w14:paraId="444BC19F" w14:textId="77777777" w:rsidR="00082454" w:rsidRPr="004566A6" w:rsidRDefault="00000000">
            <w:pPr>
              <w:spacing w:after="0" w:line="240" w:lineRule="auto"/>
              <w:rPr>
                <w:noProof/>
                <w:lang w:val="ro-RO"/>
              </w:rPr>
            </w:pPr>
            <w:r w:rsidRPr="004566A6">
              <w:rPr>
                <w:rFonts w:eastAsia="Arial"/>
                <w:noProof/>
                <w:sz w:val="14"/>
                <w:lang w:val="ro-RO"/>
              </w:rPr>
              <w:t>Tururi, analize de sarcină, raportări și ateliere.</w:t>
            </w:r>
          </w:p>
        </w:tc>
        <w:tc>
          <w:tcPr>
            <w:tcW w:w="1417" w:type="dxa"/>
            <w:tcMar>
              <w:top w:w="60" w:type="dxa"/>
              <w:left w:w="70" w:type="dxa"/>
              <w:bottom w:w="60" w:type="dxa"/>
              <w:right w:w="70" w:type="dxa"/>
            </w:tcMar>
            <w:vAlign w:val="center"/>
          </w:tcPr>
          <w:p w14:paraId="294FDD09"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7DF67CD"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09E12E4" w14:textId="77777777" w:rsidR="00082454" w:rsidRPr="004566A6" w:rsidRDefault="00082454">
            <w:pPr>
              <w:spacing w:after="0" w:line="240" w:lineRule="auto"/>
              <w:jc w:val="center"/>
              <w:rPr>
                <w:noProof/>
                <w:lang w:val="ro-RO"/>
              </w:rPr>
            </w:pPr>
          </w:p>
        </w:tc>
      </w:tr>
      <w:tr w:rsidR="00082454" w:rsidRPr="00245FA7" w14:paraId="638A862D" w14:textId="77777777">
        <w:trPr>
          <w:cantSplit/>
          <w:jc w:val="center"/>
        </w:trPr>
        <w:tc>
          <w:tcPr>
            <w:tcW w:w="793" w:type="dxa"/>
            <w:shd w:val="clear" w:color="auto" w:fill="FAFAFA"/>
            <w:tcMar>
              <w:top w:w="60" w:type="dxa"/>
              <w:left w:w="70" w:type="dxa"/>
              <w:bottom w:w="60" w:type="dxa"/>
              <w:right w:w="70" w:type="dxa"/>
            </w:tcMar>
            <w:vAlign w:val="center"/>
          </w:tcPr>
          <w:p w14:paraId="63CE8111" w14:textId="77777777" w:rsidR="00082454" w:rsidRPr="004566A6" w:rsidRDefault="00000000">
            <w:pPr>
              <w:spacing w:after="0" w:line="240" w:lineRule="auto"/>
              <w:jc w:val="center"/>
              <w:rPr>
                <w:noProof/>
                <w:lang w:val="ro-RO"/>
              </w:rPr>
            </w:pPr>
            <w:r w:rsidRPr="004566A6">
              <w:rPr>
                <w:rFonts w:eastAsia="Arial"/>
                <w:b/>
                <w:noProof/>
                <w:sz w:val="14"/>
                <w:lang w:val="ro-RO"/>
              </w:rPr>
              <w:t>S3.8</w:t>
            </w:r>
          </w:p>
        </w:tc>
        <w:tc>
          <w:tcPr>
            <w:tcW w:w="4081" w:type="dxa"/>
            <w:shd w:val="clear" w:color="auto" w:fill="FAFAFA"/>
            <w:tcMar>
              <w:top w:w="60" w:type="dxa"/>
              <w:left w:w="70" w:type="dxa"/>
              <w:bottom w:w="60" w:type="dxa"/>
              <w:right w:w="70" w:type="dxa"/>
            </w:tcMar>
            <w:vAlign w:val="center"/>
          </w:tcPr>
          <w:p w14:paraId="043A5274" w14:textId="77777777" w:rsidR="00082454" w:rsidRPr="004566A6" w:rsidRDefault="00000000">
            <w:pPr>
              <w:spacing w:after="0" w:line="240" w:lineRule="auto"/>
              <w:rPr>
                <w:noProof/>
                <w:lang w:val="ro-RO"/>
              </w:rPr>
            </w:pPr>
            <w:r w:rsidRPr="004566A6">
              <w:rPr>
                <w:rFonts w:eastAsia="Arial"/>
                <w:noProof/>
                <w:sz w:val="14"/>
                <w:lang w:val="ro-RO"/>
              </w:rPr>
              <w:t>Lucrătorii participă la alegerea controalelor și acțiunilor.</w:t>
            </w:r>
          </w:p>
        </w:tc>
        <w:tc>
          <w:tcPr>
            <w:tcW w:w="5159" w:type="dxa"/>
            <w:shd w:val="clear" w:color="auto" w:fill="FAFAFA"/>
            <w:tcMar>
              <w:top w:w="60" w:type="dxa"/>
              <w:left w:w="70" w:type="dxa"/>
              <w:bottom w:w="60" w:type="dxa"/>
              <w:right w:w="70" w:type="dxa"/>
            </w:tcMar>
            <w:vAlign w:val="center"/>
          </w:tcPr>
          <w:p w14:paraId="4C79E77C" w14:textId="77777777" w:rsidR="00082454" w:rsidRPr="004566A6" w:rsidRDefault="00000000">
            <w:pPr>
              <w:spacing w:after="0" w:line="240" w:lineRule="auto"/>
              <w:rPr>
                <w:noProof/>
                <w:lang w:val="ro-RO"/>
              </w:rPr>
            </w:pPr>
            <w:r w:rsidRPr="004566A6">
              <w:rPr>
                <w:rFonts w:eastAsia="Arial"/>
                <w:noProof/>
                <w:sz w:val="14"/>
                <w:lang w:val="ro-RO"/>
              </w:rPr>
              <w:t>Testări, feedback ergonomic, pilotări și validări.</w:t>
            </w:r>
          </w:p>
        </w:tc>
        <w:tc>
          <w:tcPr>
            <w:tcW w:w="1417" w:type="dxa"/>
            <w:shd w:val="clear" w:color="auto" w:fill="FAFAFA"/>
            <w:tcMar>
              <w:top w:w="60" w:type="dxa"/>
              <w:left w:w="70" w:type="dxa"/>
              <w:bottom w:w="60" w:type="dxa"/>
              <w:right w:w="70" w:type="dxa"/>
            </w:tcMar>
            <w:vAlign w:val="center"/>
          </w:tcPr>
          <w:p w14:paraId="7BB2547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360347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C8EF21" w14:textId="77777777" w:rsidR="00082454" w:rsidRPr="004566A6" w:rsidRDefault="00082454">
            <w:pPr>
              <w:spacing w:after="0" w:line="240" w:lineRule="auto"/>
              <w:jc w:val="center"/>
              <w:rPr>
                <w:noProof/>
                <w:lang w:val="ro-RO"/>
              </w:rPr>
            </w:pPr>
          </w:p>
        </w:tc>
      </w:tr>
      <w:tr w:rsidR="00082454" w:rsidRPr="004566A6" w14:paraId="322D6519" w14:textId="77777777">
        <w:trPr>
          <w:cantSplit/>
          <w:jc w:val="center"/>
        </w:trPr>
        <w:tc>
          <w:tcPr>
            <w:tcW w:w="793" w:type="dxa"/>
            <w:tcMar>
              <w:top w:w="60" w:type="dxa"/>
              <w:left w:w="70" w:type="dxa"/>
              <w:bottom w:w="60" w:type="dxa"/>
              <w:right w:w="70" w:type="dxa"/>
            </w:tcMar>
            <w:vAlign w:val="center"/>
          </w:tcPr>
          <w:p w14:paraId="544A473C" w14:textId="77777777" w:rsidR="00082454" w:rsidRPr="004566A6" w:rsidRDefault="00000000">
            <w:pPr>
              <w:spacing w:after="0" w:line="240" w:lineRule="auto"/>
              <w:jc w:val="center"/>
              <w:rPr>
                <w:noProof/>
                <w:lang w:val="ro-RO"/>
              </w:rPr>
            </w:pPr>
            <w:r w:rsidRPr="004566A6">
              <w:rPr>
                <w:rFonts w:eastAsia="Arial"/>
                <w:b/>
                <w:noProof/>
                <w:sz w:val="14"/>
                <w:lang w:val="ro-RO"/>
              </w:rPr>
              <w:t>S3.9</w:t>
            </w:r>
          </w:p>
        </w:tc>
        <w:tc>
          <w:tcPr>
            <w:tcW w:w="4081" w:type="dxa"/>
            <w:tcMar>
              <w:top w:w="60" w:type="dxa"/>
              <w:left w:w="70" w:type="dxa"/>
              <w:bottom w:w="60" w:type="dxa"/>
              <w:right w:w="70" w:type="dxa"/>
            </w:tcMar>
            <w:vAlign w:val="center"/>
          </w:tcPr>
          <w:p w14:paraId="409BAF4D" w14:textId="77777777" w:rsidR="00082454" w:rsidRPr="004566A6" w:rsidRDefault="00000000">
            <w:pPr>
              <w:spacing w:after="0" w:line="240" w:lineRule="auto"/>
              <w:rPr>
                <w:noProof/>
                <w:lang w:val="ro-RO"/>
              </w:rPr>
            </w:pPr>
            <w:r w:rsidRPr="004566A6">
              <w:rPr>
                <w:rFonts w:eastAsia="Arial"/>
                <w:noProof/>
                <w:sz w:val="14"/>
                <w:lang w:val="ro-RO"/>
              </w:rPr>
              <w:t>Lucrătorii participă la stabilirea competențelor, instruirilor și evaluărilor.</w:t>
            </w:r>
          </w:p>
        </w:tc>
        <w:tc>
          <w:tcPr>
            <w:tcW w:w="5159" w:type="dxa"/>
            <w:tcMar>
              <w:top w:w="60" w:type="dxa"/>
              <w:left w:w="70" w:type="dxa"/>
              <w:bottom w:w="60" w:type="dxa"/>
              <w:right w:w="70" w:type="dxa"/>
            </w:tcMar>
            <w:vAlign w:val="center"/>
          </w:tcPr>
          <w:p w14:paraId="2FA0E308" w14:textId="77777777" w:rsidR="00082454" w:rsidRPr="004566A6" w:rsidRDefault="00000000">
            <w:pPr>
              <w:spacing w:after="0" w:line="240" w:lineRule="auto"/>
              <w:rPr>
                <w:noProof/>
                <w:lang w:val="ro-RO"/>
              </w:rPr>
            </w:pPr>
            <w:r w:rsidRPr="004566A6">
              <w:rPr>
                <w:rFonts w:eastAsia="Arial"/>
                <w:noProof/>
                <w:sz w:val="14"/>
                <w:lang w:val="ro-RO"/>
              </w:rPr>
              <w:t>Analize de nevoi, feedback și evaluare practică.</w:t>
            </w:r>
          </w:p>
        </w:tc>
        <w:tc>
          <w:tcPr>
            <w:tcW w:w="1417" w:type="dxa"/>
            <w:tcMar>
              <w:top w:w="60" w:type="dxa"/>
              <w:left w:w="70" w:type="dxa"/>
              <w:bottom w:w="60" w:type="dxa"/>
              <w:right w:w="70" w:type="dxa"/>
            </w:tcMar>
            <w:vAlign w:val="center"/>
          </w:tcPr>
          <w:p w14:paraId="4A327D60"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E00B30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BE1D822" w14:textId="77777777" w:rsidR="00082454" w:rsidRPr="004566A6" w:rsidRDefault="00082454">
            <w:pPr>
              <w:spacing w:after="0" w:line="240" w:lineRule="auto"/>
              <w:jc w:val="center"/>
              <w:rPr>
                <w:noProof/>
                <w:lang w:val="ro-RO"/>
              </w:rPr>
            </w:pPr>
          </w:p>
        </w:tc>
      </w:tr>
      <w:tr w:rsidR="00082454" w:rsidRPr="00245FA7" w14:paraId="7CC513A7" w14:textId="77777777">
        <w:trPr>
          <w:cantSplit/>
          <w:jc w:val="center"/>
        </w:trPr>
        <w:tc>
          <w:tcPr>
            <w:tcW w:w="793" w:type="dxa"/>
            <w:shd w:val="clear" w:color="auto" w:fill="FAFAFA"/>
            <w:tcMar>
              <w:top w:w="60" w:type="dxa"/>
              <w:left w:w="70" w:type="dxa"/>
              <w:bottom w:w="60" w:type="dxa"/>
              <w:right w:w="70" w:type="dxa"/>
            </w:tcMar>
            <w:vAlign w:val="center"/>
          </w:tcPr>
          <w:p w14:paraId="128C3445" w14:textId="77777777" w:rsidR="00082454" w:rsidRPr="004566A6" w:rsidRDefault="00000000">
            <w:pPr>
              <w:spacing w:after="0" w:line="240" w:lineRule="auto"/>
              <w:jc w:val="center"/>
              <w:rPr>
                <w:noProof/>
                <w:lang w:val="ro-RO"/>
              </w:rPr>
            </w:pPr>
            <w:r w:rsidRPr="004566A6">
              <w:rPr>
                <w:rFonts w:eastAsia="Arial"/>
                <w:b/>
                <w:noProof/>
                <w:sz w:val="14"/>
                <w:lang w:val="ro-RO"/>
              </w:rPr>
              <w:t>S3.10</w:t>
            </w:r>
          </w:p>
        </w:tc>
        <w:tc>
          <w:tcPr>
            <w:tcW w:w="4081" w:type="dxa"/>
            <w:shd w:val="clear" w:color="auto" w:fill="FAFAFA"/>
            <w:tcMar>
              <w:top w:w="60" w:type="dxa"/>
              <w:left w:w="70" w:type="dxa"/>
              <w:bottom w:w="60" w:type="dxa"/>
              <w:right w:w="70" w:type="dxa"/>
            </w:tcMar>
            <w:vAlign w:val="center"/>
          </w:tcPr>
          <w:p w14:paraId="27BDF9C8" w14:textId="77777777" w:rsidR="00082454" w:rsidRPr="004566A6" w:rsidRDefault="00000000">
            <w:pPr>
              <w:spacing w:after="0" w:line="240" w:lineRule="auto"/>
              <w:rPr>
                <w:noProof/>
                <w:lang w:val="ro-RO"/>
              </w:rPr>
            </w:pPr>
            <w:r w:rsidRPr="004566A6">
              <w:rPr>
                <w:rFonts w:eastAsia="Arial"/>
                <w:noProof/>
                <w:sz w:val="14"/>
                <w:lang w:val="ro-RO"/>
              </w:rPr>
              <w:t>Lucrătorii participă la comunicare, investigarea incidentelor și acțiuni corective.</w:t>
            </w:r>
          </w:p>
        </w:tc>
        <w:tc>
          <w:tcPr>
            <w:tcW w:w="5159" w:type="dxa"/>
            <w:shd w:val="clear" w:color="auto" w:fill="FAFAFA"/>
            <w:tcMar>
              <w:top w:w="60" w:type="dxa"/>
              <w:left w:w="70" w:type="dxa"/>
              <w:bottom w:w="60" w:type="dxa"/>
              <w:right w:w="70" w:type="dxa"/>
            </w:tcMar>
            <w:vAlign w:val="center"/>
          </w:tcPr>
          <w:p w14:paraId="3E2448C5" w14:textId="77777777" w:rsidR="00082454" w:rsidRPr="004566A6" w:rsidRDefault="00000000">
            <w:pPr>
              <w:spacing w:after="0" w:line="240" w:lineRule="auto"/>
              <w:rPr>
                <w:noProof/>
                <w:lang w:val="ro-RO"/>
              </w:rPr>
            </w:pPr>
            <w:r w:rsidRPr="004566A6">
              <w:rPr>
                <w:rFonts w:eastAsia="Arial"/>
                <w:noProof/>
                <w:sz w:val="14"/>
                <w:lang w:val="ro-RO"/>
              </w:rPr>
              <w:t>Echipe de investigație, lecții și validarea măsurilor.</w:t>
            </w:r>
          </w:p>
        </w:tc>
        <w:tc>
          <w:tcPr>
            <w:tcW w:w="1417" w:type="dxa"/>
            <w:shd w:val="clear" w:color="auto" w:fill="FAFAFA"/>
            <w:tcMar>
              <w:top w:w="60" w:type="dxa"/>
              <w:left w:w="70" w:type="dxa"/>
              <w:bottom w:w="60" w:type="dxa"/>
              <w:right w:w="70" w:type="dxa"/>
            </w:tcMar>
            <w:vAlign w:val="center"/>
          </w:tcPr>
          <w:p w14:paraId="1108829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E877ABC"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E7C2C86" w14:textId="77777777" w:rsidR="00082454" w:rsidRPr="004566A6" w:rsidRDefault="00082454">
            <w:pPr>
              <w:spacing w:after="0" w:line="240" w:lineRule="auto"/>
              <w:jc w:val="center"/>
              <w:rPr>
                <w:noProof/>
                <w:lang w:val="ro-RO"/>
              </w:rPr>
            </w:pPr>
          </w:p>
        </w:tc>
      </w:tr>
      <w:tr w:rsidR="00082454" w:rsidRPr="00245FA7" w14:paraId="2AFA8F15" w14:textId="77777777">
        <w:trPr>
          <w:cantSplit/>
          <w:jc w:val="center"/>
        </w:trPr>
        <w:tc>
          <w:tcPr>
            <w:tcW w:w="793" w:type="dxa"/>
            <w:tcMar>
              <w:top w:w="60" w:type="dxa"/>
              <w:left w:w="70" w:type="dxa"/>
              <w:bottom w:w="60" w:type="dxa"/>
              <w:right w:w="70" w:type="dxa"/>
            </w:tcMar>
            <w:vAlign w:val="center"/>
          </w:tcPr>
          <w:p w14:paraId="2F8FDAFD" w14:textId="77777777" w:rsidR="00082454" w:rsidRPr="004566A6" w:rsidRDefault="00000000">
            <w:pPr>
              <w:spacing w:after="0" w:line="240" w:lineRule="auto"/>
              <w:jc w:val="center"/>
              <w:rPr>
                <w:noProof/>
                <w:lang w:val="ro-RO"/>
              </w:rPr>
            </w:pPr>
            <w:r w:rsidRPr="004566A6">
              <w:rPr>
                <w:rFonts w:eastAsia="Arial"/>
                <w:b/>
                <w:noProof/>
                <w:sz w:val="14"/>
                <w:lang w:val="ro-RO"/>
              </w:rPr>
              <w:t>S3.11</w:t>
            </w:r>
          </w:p>
        </w:tc>
        <w:tc>
          <w:tcPr>
            <w:tcW w:w="4081" w:type="dxa"/>
            <w:tcMar>
              <w:top w:w="60" w:type="dxa"/>
              <w:left w:w="70" w:type="dxa"/>
              <w:bottom w:w="60" w:type="dxa"/>
              <w:right w:w="70" w:type="dxa"/>
            </w:tcMar>
            <w:vAlign w:val="center"/>
          </w:tcPr>
          <w:p w14:paraId="3CD0F659" w14:textId="77777777" w:rsidR="00082454" w:rsidRPr="004566A6" w:rsidRDefault="00000000">
            <w:pPr>
              <w:spacing w:after="0" w:line="240" w:lineRule="auto"/>
              <w:rPr>
                <w:noProof/>
                <w:lang w:val="ro-RO"/>
              </w:rPr>
            </w:pPr>
            <w:r w:rsidRPr="004566A6">
              <w:rPr>
                <w:rFonts w:eastAsia="Arial"/>
                <w:noProof/>
                <w:sz w:val="14"/>
                <w:lang w:val="ro-RO"/>
              </w:rPr>
              <w:t>Sunt incluși lucrătorii contractanților și alte persoane relevante, după caz.</w:t>
            </w:r>
          </w:p>
        </w:tc>
        <w:tc>
          <w:tcPr>
            <w:tcW w:w="5159" w:type="dxa"/>
            <w:tcMar>
              <w:top w:w="60" w:type="dxa"/>
              <w:left w:w="70" w:type="dxa"/>
              <w:bottom w:w="60" w:type="dxa"/>
              <w:right w:w="70" w:type="dxa"/>
            </w:tcMar>
            <w:vAlign w:val="center"/>
          </w:tcPr>
          <w:p w14:paraId="37879763" w14:textId="77777777" w:rsidR="00082454" w:rsidRPr="004566A6" w:rsidRDefault="00000000">
            <w:pPr>
              <w:spacing w:after="0" w:line="240" w:lineRule="auto"/>
              <w:rPr>
                <w:noProof/>
                <w:lang w:val="ro-RO"/>
              </w:rPr>
            </w:pPr>
            <w:r w:rsidRPr="004566A6">
              <w:rPr>
                <w:rFonts w:eastAsia="Arial"/>
                <w:noProof/>
                <w:sz w:val="14"/>
                <w:lang w:val="ro-RO"/>
              </w:rPr>
              <w:t>Mecanisme de consultare pe amplasament și interfețe.</w:t>
            </w:r>
          </w:p>
        </w:tc>
        <w:tc>
          <w:tcPr>
            <w:tcW w:w="1417" w:type="dxa"/>
            <w:tcMar>
              <w:top w:w="60" w:type="dxa"/>
              <w:left w:w="70" w:type="dxa"/>
              <w:bottom w:w="60" w:type="dxa"/>
              <w:right w:w="70" w:type="dxa"/>
            </w:tcMar>
            <w:vAlign w:val="center"/>
          </w:tcPr>
          <w:p w14:paraId="67C78FB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6DE289F8"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6D3EB67" w14:textId="77777777" w:rsidR="00082454" w:rsidRPr="004566A6" w:rsidRDefault="00082454">
            <w:pPr>
              <w:spacing w:after="0" w:line="240" w:lineRule="auto"/>
              <w:jc w:val="center"/>
              <w:rPr>
                <w:noProof/>
                <w:lang w:val="ro-RO"/>
              </w:rPr>
            </w:pPr>
          </w:p>
        </w:tc>
      </w:tr>
      <w:tr w:rsidR="00082454" w:rsidRPr="004566A6" w14:paraId="571FCC8C" w14:textId="77777777">
        <w:trPr>
          <w:cantSplit/>
          <w:jc w:val="center"/>
        </w:trPr>
        <w:tc>
          <w:tcPr>
            <w:tcW w:w="793" w:type="dxa"/>
            <w:shd w:val="clear" w:color="auto" w:fill="FAFAFA"/>
            <w:tcMar>
              <w:top w:w="60" w:type="dxa"/>
              <w:left w:w="70" w:type="dxa"/>
              <w:bottom w:w="60" w:type="dxa"/>
              <w:right w:w="70" w:type="dxa"/>
            </w:tcMar>
            <w:vAlign w:val="center"/>
          </w:tcPr>
          <w:p w14:paraId="694FE91A" w14:textId="77777777" w:rsidR="00082454" w:rsidRPr="004566A6" w:rsidRDefault="00000000">
            <w:pPr>
              <w:spacing w:after="0" w:line="240" w:lineRule="auto"/>
              <w:jc w:val="center"/>
              <w:rPr>
                <w:noProof/>
                <w:lang w:val="ro-RO"/>
              </w:rPr>
            </w:pPr>
            <w:r w:rsidRPr="004566A6">
              <w:rPr>
                <w:rFonts w:eastAsia="Arial"/>
                <w:b/>
                <w:noProof/>
                <w:sz w:val="14"/>
                <w:lang w:val="ro-RO"/>
              </w:rPr>
              <w:t>S3.12</w:t>
            </w:r>
          </w:p>
        </w:tc>
        <w:tc>
          <w:tcPr>
            <w:tcW w:w="4081" w:type="dxa"/>
            <w:shd w:val="clear" w:color="auto" w:fill="FAFAFA"/>
            <w:tcMar>
              <w:top w:w="60" w:type="dxa"/>
              <w:left w:w="70" w:type="dxa"/>
              <w:bottom w:w="60" w:type="dxa"/>
              <w:right w:w="70" w:type="dxa"/>
            </w:tcMar>
            <w:vAlign w:val="center"/>
          </w:tcPr>
          <w:p w14:paraId="39AE676F" w14:textId="77777777" w:rsidR="00082454" w:rsidRPr="004566A6" w:rsidRDefault="00000000">
            <w:pPr>
              <w:spacing w:after="0" w:line="240" w:lineRule="auto"/>
              <w:rPr>
                <w:noProof/>
                <w:lang w:val="ro-RO"/>
              </w:rPr>
            </w:pPr>
            <w:r w:rsidRPr="004566A6">
              <w:rPr>
                <w:rFonts w:eastAsia="Arial"/>
                <w:noProof/>
                <w:sz w:val="14"/>
                <w:lang w:val="ro-RO"/>
              </w:rPr>
              <w:t>Organizația demonstrează cum feedbackul a influențat deciziile sau explică de ce nu a fost adoptat.</w:t>
            </w:r>
          </w:p>
        </w:tc>
        <w:tc>
          <w:tcPr>
            <w:tcW w:w="5159" w:type="dxa"/>
            <w:shd w:val="clear" w:color="auto" w:fill="FAFAFA"/>
            <w:tcMar>
              <w:top w:w="60" w:type="dxa"/>
              <w:left w:w="70" w:type="dxa"/>
              <w:bottom w:w="60" w:type="dxa"/>
              <w:right w:w="70" w:type="dxa"/>
            </w:tcMar>
            <w:vAlign w:val="center"/>
          </w:tcPr>
          <w:p w14:paraId="72C2D0C2" w14:textId="77777777" w:rsidR="00082454" w:rsidRPr="004566A6" w:rsidRDefault="00000000">
            <w:pPr>
              <w:spacing w:after="0" w:line="240" w:lineRule="auto"/>
              <w:rPr>
                <w:noProof/>
                <w:lang w:val="ro-RO"/>
              </w:rPr>
            </w:pPr>
            <w:r w:rsidRPr="004566A6">
              <w:rPr>
                <w:rFonts w:eastAsia="Arial"/>
                <w:noProof/>
                <w:sz w:val="14"/>
                <w:lang w:val="ro-RO"/>
              </w:rPr>
              <w:t>Trasabilitate „feedback-decizie-răspuns”.</w:t>
            </w:r>
          </w:p>
        </w:tc>
        <w:tc>
          <w:tcPr>
            <w:tcW w:w="1417" w:type="dxa"/>
            <w:shd w:val="clear" w:color="auto" w:fill="FAFAFA"/>
            <w:tcMar>
              <w:top w:w="60" w:type="dxa"/>
              <w:left w:w="70" w:type="dxa"/>
              <w:bottom w:w="60" w:type="dxa"/>
              <w:right w:w="70" w:type="dxa"/>
            </w:tcMar>
            <w:vAlign w:val="center"/>
          </w:tcPr>
          <w:p w14:paraId="36CF8E99"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39E619E"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E13C2A9" w14:textId="77777777" w:rsidR="00082454" w:rsidRPr="004566A6" w:rsidRDefault="00082454">
            <w:pPr>
              <w:spacing w:after="0" w:line="240" w:lineRule="auto"/>
              <w:jc w:val="center"/>
              <w:rPr>
                <w:noProof/>
                <w:lang w:val="ro-RO"/>
              </w:rPr>
            </w:pPr>
          </w:p>
        </w:tc>
      </w:tr>
    </w:tbl>
    <w:p w14:paraId="79F6FA23"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12E70468"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4EBB2CEE" w14:textId="77777777">
        <w:trPr>
          <w:cantSplit/>
          <w:jc w:val="center"/>
        </w:trPr>
        <w:tc>
          <w:tcPr>
            <w:tcW w:w="1020" w:type="dxa"/>
            <w:shd w:val="clear" w:color="auto" w:fill="D71920"/>
            <w:tcMar>
              <w:top w:w="60" w:type="dxa"/>
              <w:left w:w="70" w:type="dxa"/>
              <w:bottom w:w="60" w:type="dxa"/>
              <w:right w:w="70" w:type="dxa"/>
            </w:tcMar>
            <w:vAlign w:val="center"/>
          </w:tcPr>
          <w:p w14:paraId="43A0CEA4"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4</w:t>
            </w:r>
          </w:p>
        </w:tc>
        <w:tc>
          <w:tcPr>
            <w:tcW w:w="12585" w:type="dxa"/>
            <w:shd w:val="clear" w:color="auto" w:fill="F3F4F5"/>
          </w:tcPr>
          <w:p w14:paraId="0B2440A6" w14:textId="77777777" w:rsidR="00082454" w:rsidRPr="004566A6" w:rsidRDefault="00000000">
            <w:pPr>
              <w:spacing w:after="20"/>
              <w:rPr>
                <w:noProof/>
                <w:lang w:val="ro-RO"/>
              </w:rPr>
            </w:pPr>
            <w:r w:rsidRPr="004566A6">
              <w:rPr>
                <w:rFonts w:eastAsia="Arial"/>
                <w:b/>
                <w:noProof/>
                <w:sz w:val="27"/>
                <w:lang w:val="ro-RO"/>
              </w:rPr>
              <w:t>Planificare: pericole, riscuri, oportunități și obligații</w:t>
            </w:r>
          </w:p>
          <w:p w14:paraId="08D0D655"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6.1  |  Obiectiv: identificarea proactivă a pericolelor și planificarea acțiunilor pentru reducerea riscurilor și îmbunătățirea performanței</w:t>
            </w:r>
          </w:p>
        </w:tc>
      </w:tr>
    </w:tbl>
    <w:p w14:paraId="7DB78D2F"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50808FCF" w14:textId="77777777">
        <w:trPr>
          <w:cantSplit/>
          <w:jc w:val="center"/>
        </w:trPr>
        <w:tc>
          <w:tcPr>
            <w:tcW w:w="566" w:type="dxa"/>
            <w:shd w:val="clear" w:color="auto" w:fill="D71920"/>
            <w:tcMar>
              <w:top w:w="60" w:type="dxa"/>
              <w:left w:w="70" w:type="dxa"/>
              <w:bottom w:w="60" w:type="dxa"/>
              <w:right w:w="70" w:type="dxa"/>
            </w:tcMar>
            <w:vAlign w:val="center"/>
          </w:tcPr>
          <w:p w14:paraId="05B04568"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566347AC"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39C187B9" w14:textId="77777777" w:rsidR="00082454" w:rsidRPr="004566A6" w:rsidRDefault="00000000">
            <w:pPr>
              <w:spacing w:after="0" w:line="252" w:lineRule="auto"/>
              <w:rPr>
                <w:noProof/>
                <w:lang w:val="ro-RO"/>
              </w:rPr>
            </w:pPr>
            <w:r w:rsidRPr="004566A6">
              <w:rPr>
                <w:rFonts w:eastAsia="Arial"/>
                <w:noProof/>
                <w:sz w:val="16"/>
                <w:lang w:val="ro-RO"/>
              </w:rPr>
              <w:t>Evaluarea riscului este un instrument de decizie. Dacă toate riscurile ies „medii”, criteriile nu diferențiază suficient și nu ajută la prioritizarea controalelor.</w:t>
            </w:r>
          </w:p>
        </w:tc>
      </w:tr>
    </w:tbl>
    <w:p w14:paraId="6F19DC9A"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2DE8164B" w14:textId="77777777">
        <w:trPr>
          <w:cantSplit/>
          <w:tblHeader/>
          <w:jc w:val="center"/>
        </w:trPr>
        <w:tc>
          <w:tcPr>
            <w:tcW w:w="793" w:type="dxa"/>
            <w:shd w:val="clear" w:color="auto" w:fill="D71920"/>
            <w:tcMar>
              <w:top w:w="60" w:type="dxa"/>
              <w:left w:w="70" w:type="dxa"/>
              <w:bottom w:w="60" w:type="dxa"/>
              <w:right w:w="70" w:type="dxa"/>
            </w:tcMar>
            <w:vAlign w:val="center"/>
          </w:tcPr>
          <w:p w14:paraId="4E30E91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56A2B6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150F324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307D7C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EEDEA46"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6841585F"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4566A6" w14:paraId="542B2487" w14:textId="77777777">
        <w:trPr>
          <w:cantSplit/>
          <w:jc w:val="center"/>
        </w:trPr>
        <w:tc>
          <w:tcPr>
            <w:tcW w:w="793" w:type="dxa"/>
            <w:tcMar>
              <w:top w:w="60" w:type="dxa"/>
              <w:left w:w="70" w:type="dxa"/>
              <w:bottom w:w="60" w:type="dxa"/>
              <w:right w:w="70" w:type="dxa"/>
            </w:tcMar>
            <w:vAlign w:val="center"/>
          </w:tcPr>
          <w:p w14:paraId="3BAC16A9" w14:textId="77777777" w:rsidR="00082454" w:rsidRPr="004566A6" w:rsidRDefault="00000000">
            <w:pPr>
              <w:spacing w:after="0" w:line="240" w:lineRule="auto"/>
              <w:jc w:val="center"/>
              <w:rPr>
                <w:noProof/>
                <w:lang w:val="ro-RO"/>
              </w:rPr>
            </w:pPr>
            <w:r w:rsidRPr="004566A6">
              <w:rPr>
                <w:rFonts w:eastAsia="Arial"/>
                <w:b/>
                <w:noProof/>
                <w:sz w:val="14"/>
                <w:lang w:val="ro-RO"/>
              </w:rPr>
              <w:t>S4.1</w:t>
            </w:r>
          </w:p>
        </w:tc>
        <w:tc>
          <w:tcPr>
            <w:tcW w:w="4081" w:type="dxa"/>
            <w:tcMar>
              <w:top w:w="60" w:type="dxa"/>
              <w:left w:w="70" w:type="dxa"/>
              <w:bottom w:w="60" w:type="dxa"/>
              <w:right w:w="70" w:type="dxa"/>
            </w:tcMar>
            <w:vAlign w:val="center"/>
          </w:tcPr>
          <w:p w14:paraId="53EE1BF3" w14:textId="77777777" w:rsidR="00082454" w:rsidRPr="004566A6" w:rsidRDefault="00000000">
            <w:pPr>
              <w:spacing w:after="0" w:line="240" w:lineRule="auto"/>
              <w:rPr>
                <w:noProof/>
                <w:lang w:val="ro-RO"/>
              </w:rPr>
            </w:pPr>
            <w:r w:rsidRPr="004566A6">
              <w:rPr>
                <w:rFonts w:eastAsia="Arial"/>
                <w:noProof/>
                <w:sz w:val="14"/>
                <w:lang w:val="ro-RO"/>
              </w:rPr>
              <w:t>Este definit un proces continuu și proactiv de identificare a pericolelor.</w:t>
            </w:r>
          </w:p>
        </w:tc>
        <w:tc>
          <w:tcPr>
            <w:tcW w:w="5159" w:type="dxa"/>
            <w:tcMar>
              <w:top w:w="60" w:type="dxa"/>
              <w:left w:w="70" w:type="dxa"/>
              <w:bottom w:w="60" w:type="dxa"/>
              <w:right w:w="70" w:type="dxa"/>
            </w:tcMar>
            <w:vAlign w:val="center"/>
          </w:tcPr>
          <w:p w14:paraId="70B308D9" w14:textId="77777777" w:rsidR="00082454" w:rsidRPr="004566A6" w:rsidRDefault="00000000">
            <w:pPr>
              <w:spacing w:after="0" w:line="240" w:lineRule="auto"/>
              <w:rPr>
                <w:noProof/>
                <w:lang w:val="ro-RO"/>
              </w:rPr>
            </w:pPr>
            <w:r w:rsidRPr="004566A6">
              <w:rPr>
                <w:rFonts w:eastAsia="Arial"/>
                <w:noProof/>
                <w:sz w:val="14"/>
                <w:lang w:val="ro-RO"/>
              </w:rPr>
              <w:t>Metodă, responsabilități, surse, frecvență și trigger-e.</w:t>
            </w:r>
          </w:p>
        </w:tc>
        <w:tc>
          <w:tcPr>
            <w:tcW w:w="1417" w:type="dxa"/>
            <w:tcMar>
              <w:top w:w="60" w:type="dxa"/>
              <w:left w:w="70" w:type="dxa"/>
              <w:bottom w:w="60" w:type="dxa"/>
              <w:right w:w="70" w:type="dxa"/>
            </w:tcMar>
            <w:vAlign w:val="center"/>
          </w:tcPr>
          <w:p w14:paraId="1F67694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D3F0A7B"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681FF47" w14:textId="77777777" w:rsidR="00082454" w:rsidRPr="004566A6" w:rsidRDefault="00082454">
            <w:pPr>
              <w:spacing w:after="0" w:line="240" w:lineRule="auto"/>
              <w:jc w:val="center"/>
              <w:rPr>
                <w:noProof/>
                <w:lang w:val="ro-RO"/>
              </w:rPr>
            </w:pPr>
          </w:p>
        </w:tc>
      </w:tr>
      <w:tr w:rsidR="00082454" w:rsidRPr="00245FA7" w14:paraId="12BAF8C6" w14:textId="77777777">
        <w:trPr>
          <w:cantSplit/>
          <w:jc w:val="center"/>
        </w:trPr>
        <w:tc>
          <w:tcPr>
            <w:tcW w:w="793" w:type="dxa"/>
            <w:shd w:val="clear" w:color="auto" w:fill="FAFAFA"/>
            <w:tcMar>
              <w:top w:w="60" w:type="dxa"/>
              <w:left w:w="70" w:type="dxa"/>
              <w:bottom w:w="60" w:type="dxa"/>
              <w:right w:w="70" w:type="dxa"/>
            </w:tcMar>
            <w:vAlign w:val="center"/>
          </w:tcPr>
          <w:p w14:paraId="162531CD" w14:textId="77777777" w:rsidR="00082454" w:rsidRPr="004566A6" w:rsidRDefault="00000000">
            <w:pPr>
              <w:spacing w:after="0" w:line="240" w:lineRule="auto"/>
              <w:jc w:val="center"/>
              <w:rPr>
                <w:noProof/>
                <w:lang w:val="ro-RO"/>
              </w:rPr>
            </w:pPr>
            <w:r w:rsidRPr="004566A6">
              <w:rPr>
                <w:rFonts w:eastAsia="Arial"/>
                <w:b/>
                <w:noProof/>
                <w:sz w:val="14"/>
                <w:lang w:val="ro-RO"/>
              </w:rPr>
              <w:t>S4.2</w:t>
            </w:r>
          </w:p>
        </w:tc>
        <w:tc>
          <w:tcPr>
            <w:tcW w:w="4081" w:type="dxa"/>
            <w:shd w:val="clear" w:color="auto" w:fill="FAFAFA"/>
            <w:tcMar>
              <w:top w:w="60" w:type="dxa"/>
              <w:left w:w="70" w:type="dxa"/>
              <w:bottom w:w="60" w:type="dxa"/>
              <w:right w:w="70" w:type="dxa"/>
            </w:tcMar>
            <w:vAlign w:val="center"/>
          </w:tcPr>
          <w:p w14:paraId="2BF44863" w14:textId="77777777" w:rsidR="00082454" w:rsidRPr="004566A6" w:rsidRDefault="00000000">
            <w:pPr>
              <w:spacing w:after="0" w:line="240" w:lineRule="auto"/>
              <w:rPr>
                <w:noProof/>
                <w:lang w:val="ro-RO"/>
              </w:rPr>
            </w:pPr>
            <w:r w:rsidRPr="004566A6">
              <w:rPr>
                <w:rFonts w:eastAsia="Arial"/>
                <w:noProof/>
                <w:sz w:val="14"/>
                <w:lang w:val="ro-RO"/>
              </w:rPr>
              <w:t>Identificarea acoperă activități de rutină și nerutină.</w:t>
            </w:r>
          </w:p>
        </w:tc>
        <w:tc>
          <w:tcPr>
            <w:tcW w:w="5159" w:type="dxa"/>
            <w:shd w:val="clear" w:color="auto" w:fill="FAFAFA"/>
            <w:tcMar>
              <w:top w:w="60" w:type="dxa"/>
              <w:left w:w="70" w:type="dxa"/>
              <w:bottom w:w="60" w:type="dxa"/>
              <w:right w:w="70" w:type="dxa"/>
            </w:tcMar>
            <w:vAlign w:val="center"/>
          </w:tcPr>
          <w:p w14:paraId="5589B94F" w14:textId="77777777" w:rsidR="00082454" w:rsidRPr="004566A6" w:rsidRDefault="00000000">
            <w:pPr>
              <w:spacing w:after="0" w:line="240" w:lineRule="auto"/>
              <w:rPr>
                <w:noProof/>
                <w:lang w:val="ro-RO"/>
              </w:rPr>
            </w:pPr>
            <w:r w:rsidRPr="004566A6">
              <w:rPr>
                <w:rFonts w:eastAsia="Arial"/>
                <w:noProof/>
                <w:sz w:val="14"/>
                <w:lang w:val="ro-RO"/>
              </w:rPr>
              <w:t>Producție, mentenanță, curățenie, pornire/oprire, inventar și intervenții.</w:t>
            </w:r>
          </w:p>
        </w:tc>
        <w:tc>
          <w:tcPr>
            <w:tcW w:w="1417" w:type="dxa"/>
            <w:shd w:val="clear" w:color="auto" w:fill="FAFAFA"/>
            <w:tcMar>
              <w:top w:w="60" w:type="dxa"/>
              <w:left w:w="70" w:type="dxa"/>
              <w:bottom w:w="60" w:type="dxa"/>
              <w:right w:w="70" w:type="dxa"/>
            </w:tcMar>
            <w:vAlign w:val="center"/>
          </w:tcPr>
          <w:p w14:paraId="1F96E025"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A21BA1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AEDE018" w14:textId="77777777" w:rsidR="00082454" w:rsidRPr="004566A6" w:rsidRDefault="00082454">
            <w:pPr>
              <w:spacing w:after="0" w:line="240" w:lineRule="auto"/>
              <w:jc w:val="center"/>
              <w:rPr>
                <w:noProof/>
                <w:lang w:val="ro-RO"/>
              </w:rPr>
            </w:pPr>
          </w:p>
        </w:tc>
      </w:tr>
      <w:tr w:rsidR="00082454" w:rsidRPr="004566A6" w14:paraId="3D0CD313" w14:textId="77777777">
        <w:trPr>
          <w:cantSplit/>
          <w:jc w:val="center"/>
        </w:trPr>
        <w:tc>
          <w:tcPr>
            <w:tcW w:w="793" w:type="dxa"/>
            <w:tcMar>
              <w:top w:w="60" w:type="dxa"/>
              <w:left w:w="70" w:type="dxa"/>
              <w:bottom w:w="60" w:type="dxa"/>
              <w:right w:w="70" w:type="dxa"/>
            </w:tcMar>
            <w:vAlign w:val="center"/>
          </w:tcPr>
          <w:p w14:paraId="29E687BE" w14:textId="77777777" w:rsidR="00082454" w:rsidRPr="004566A6" w:rsidRDefault="00000000">
            <w:pPr>
              <w:spacing w:after="0" w:line="240" w:lineRule="auto"/>
              <w:jc w:val="center"/>
              <w:rPr>
                <w:noProof/>
                <w:lang w:val="ro-RO"/>
              </w:rPr>
            </w:pPr>
            <w:r w:rsidRPr="004566A6">
              <w:rPr>
                <w:rFonts w:eastAsia="Arial"/>
                <w:b/>
                <w:noProof/>
                <w:sz w:val="14"/>
                <w:lang w:val="ro-RO"/>
              </w:rPr>
              <w:t>S4.3</w:t>
            </w:r>
          </w:p>
        </w:tc>
        <w:tc>
          <w:tcPr>
            <w:tcW w:w="4081" w:type="dxa"/>
            <w:tcMar>
              <w:top w:w="60" w:type="dxa"/>
              <w:left w:w="70" w:type="dxa"/>
              <w:bottom w:w="60" w:type="dxa"/>
              <w:right w:w="70" w:type="dxa"/>
            </w:tcMar>
            <w:vAlign w:val="center"/>
          </w:tcPr>
          <w:p w14:paraId="0BF24643" w14:textId="77777777" w:rsidR="00082454" w:rsidRPr="004566A6" w:rsidRDefault="00000000">
            <w:pPr>
              <w:spacing w:after="0" w:line="240" w:lineRule="auto"/>
              <w:rPr>
                <w:noProof/>
                <w:lang w:val="ro-RO"/>
              </w:rPr>
            </w:pPr>
            <w:r w:rsidRPr="004566A6">
              <w:rPr>
                <w:rFonts w:eastAsia="Arial"/>
                <w:noProof/>
                <w:sz w:val="14"/>
                <w:lang w:val="ro-RO"/>
              </w:rPr>
              <w:t>Sunt considerate persoane, factori umani și organizarea muncii.</w:t>
            </w:r>
          </w:p>
        </w:tc>
        <w:tc>
          <w:tcPr>
            <w:tcW w:w="5159" w:type="dxa"/>
            <w:tcMar>
              <w:top w:w="60" w:type="dxa"/>
              <w:left w:w="70" w:type="dxa"/>
              <w:bottom w:w="60" w:type="dxa"/>
              <w:right w:w="70" w:type="dxa"/>
            </w:tcMar>
            <w:vAlign w:val="center"/>
          </w:tcPr>
          <w:p w14:paraId="687E41B1" w14:textId="77777777" w:rsidR="00082454" w:rsidRPr="004566A6" w:rsidRDefault="00000000">
            <w:pPr>
              <w:spacing w:after="0" w:line="240" w:lineRule="auto"/>
              <w:rPr>
                <w:noProof/>
                <w:lang w:val="ro-RO"/>
              </w:rPr>
            </w:pPr>
            <w:r w:rsidRPr="004566A6">
              <w:rPr>
                <w:rFonts w:eastAsia="Arial"/>
                <w:noProof/>
                <w:sz w:val="14"/>
                <w:lang w:val="ro-RO"/>
              </w:rPr>
              <w:t>Volum, program, oboseală, competență, comportament, ergonomie și cultură.</w:t>
            </w:r>
          </w:p>
        </w:tc>
        <w:tc>
          <w:tcPr>
            <w:tcW w:w="1417" w:type="dxa"/>
            <w:tcMar>
              <w:top w:w="60" w:type="dxa"/>
              <w:left w:w="70" w:type="dxa"/>
              <w:bottom w:w="60" w:type="dxa"/>
              <w:right w:w="70" w:type="dxa"/>
            </w:tcMar>
            <w:vAlign w:val="center"/>
          </w:tcPr>
          <w:p w14:paraId="4EAB1CD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157E090C"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F2DD9E4" w14:textId="77777777" w:rsidR="00082454" w:rsidRPr="004566A6" w:rsidRDefault="00082454">
            <w:pPr>
              <w:spacing w:after="0" w:line="240" w:lineRule="auto"/>
              <w:jc w:val="center"/>
              <w:rPr>
                <w:noProof/>
                <w:lang w:val="ro-RO"/>
              </w:rPr>
            </w:pPr>
          </w:p>
        </w:tc>
      </w:tr>
      <w:tr w:rsidR="00082454" w:rsidRPr="00245FA7" w14:paraId="3E4C1BF1" w14:textId="77777777">
        <w:trPr>
          <w:cantSplit/>
          <w:jc w:val="center"/>
        </w:trPr>
        <w:tc>
          <w:tcPr>
            <w:tcW w:w="793" w:type="dxa"/>
            <w:shd w:val="clear" w:color="auto" w:fill="FAFAFA"/>
            <w:tcMar>
              <w:top w:w="60" w:type="dxa"/>
              <w:left w:w="70" w:type="dxa"/>
              <w:bottom w:w="60" w:type="dxa"/>
              <w:right w:w="70" w:type="dxa"/>
            </w:tcMar>
            <w:vAlign w:val="center"/>
          </w:tcPr>
          <w:p w14:paraId="300A522D" w14:textId="77777777" w:rsidR="00082454" w:rsidRPr="004566A6" w:rsidRDefault="00000000">
            <w:pPr>
              <w:spacing w:after="0" w:line="240" w:lineRule="auto"/>
              <w:jc w:val="center"/>
              <w:rPr>
                <w:noProof/>
                <w:lang w:val="ro-RO"/>
              </w:rPr>
            </w:pPr>
            <w:r w:rsidRPr="004566A6">
              <w:rPr>
                <w:rFonts w:eastAsia="Arial"/>
                <w:b/>
                <w:noProof/>
                <w:sz w:val="14"/>
                <w:lang w:val="ro-RO"/>
              </w:rPr>
              <w:t>S4.4</w:t>
            </w:r>
          </w:p>
        </w:tc>
        <w:tc>
          <w:tcPr>
            <w:tcW w:w="4081" w:type="dxa"/>
            <w:shd w:val="clear" w:color="auto" w:fill="FAFAFA"/>
            <w:tcMar>
              <w:top w:w="60" w:type="dxa"/>
              <w:left w:w="70" w:type="dxa"/>
              <w:bottom w:w="60" w:type="dxa"/>
              <w:right w:w="70" w:type="dxa"/>
            </w:tcMar>
            <w:vAlign w:val="center"/>
          </w:tcPr>
          <w:p w14:paraId="16FF4CC3" w14:textId="77777777" w:rsidR="00082454" w:rsidRPr="004566A6" w:rsidRDefault="00000000">
            <w:pPr>
              <w:spacing w:after="0" w:line="240" w:lineRule="auto"/>
              <w:rPr>
                <w:noProof/>
                <w:lang w:val="ro-RO"/>
              </w:rPr>
            </w:pPr>
            <w:r w:rsidRPr="004566A6">
              <w:rPr>
                <w:rFonts w:eastAsia="Arial"/>
                <w:noProof/>
                <w:sz w:val="14"/>
                <w:lang w:val="ro-RO"/>
              </w:rPr>
              <w:t>Sunt considerate pericole fizice, chimice, biologice, ergonomice și psihosociale.</w:t>
            </w:r>
          </w:p>
        </w:tc>
        <w:tc>
          <w:tcPr>
            <w:tcW w:w="5159" w:type="dxa"/>
            <w:shd w:val="clear" w:color="auto" w:fill="FAFAFA"/>
            <w:tcMar>
              <w:top w:w="60" w:type="dxa"/>
              <w:left w:w="70" w:type="dxa"/>
              <w:bottom w:w="60" w:type="dxa"/>
              <w:right w:w="70" w:type="dxa"/>
            </w:tcMar>
            <w:vAlign w:val="center"/>
          </w:tcPr>
          <w:p w14:paraId="5B308218" w14:textId="77777777" w:rsidR="00082454" w:rsidRPr="004566A6" w:rsidRDefault="00000000">
            <w:pPr>
              <w:spacing w:after="0" w:line="240" w:lineRule="auto"/>
              <w:rPr>
                <w:noProof/>
                <w:lang w:val="ro-RO"/>
              </w:rPr>
            </w:pPr>
            <w:r w:rsidRPr="004566A6">
              <w:rPr>
                <w:rFonts w:eastAsia="Arial"/>
                <w:noProof/>
                <w:sz w:val="14"/>
                <w:lang w:val="ro-RO"/>
              </w:rPr>
              <w:t>Inventare, măsurători, evaluări și grupuri expuse.</w:t>
            </w:r>
          </w:p>
        </w:tc>
        <w:tc>
          <w:tcPr>
            <w:tcW w:w="1417" w:type="dxa"/>
            <w:shd w:val="clear" w:color="auto" w:fill="FAFAFA"/>
            <w:tcMar>
              <w:top w:w="60" w:type="dxa"/>
              <w:left w:w="70" w:type="dxa"/>
              <w:bottom w:w="60" w:type="dxa"/>
              <w:right w:w="70" w:type="dxa"/>
            </w:tcMar>
            <w:vAlign w:val="center"/>
          </w:tcPr>
          <w:p w14:paraId="6EFBC7D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C2E0C8C"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DA42C81" w14:textId="77777777" w:rsidR="00082454" w:rsidRPr="004566A6" w:rsidRDefault="00082454">
            <w:pPr>
              <w:spacing w:after="0" w:line="240" w:lineRule="auto"/>
              <w:jc w:val="center"/>
              <w:rPr>
                <w:noProof/>
                <w:lang w:val="ro-RO"/>
              </w:rPr>
            </w:pPr>
          </w:p>
        </w:tc>
      </w:tr>
      <w:tr w:rsidR="00082454" w:rsidRPr="004566A6" w14:paraId="65997899" w14:textId="77777777">
        <w:trPr>
          <w:cantSplit/>
          <w:jc w:val="center"/>
        </w:trPr>
        <w:tc>
          <w:tcPr>
            <w:tcW w:w="793" w:type="dxa"/>
            <w:tcMar>
              <w:top w:w="60" w:type="dxa"/>
              <w:left w:w="70" w:type="dxa"/>
              <w:bottom w:w="60" w:type="dxa"/>
              <w:right w:w="70" w:type="dxa"/>
            </w:tcMar>
            <w:vAlign w:val="center"/>
          </w:tcPr>
          <w:p w14:paraId="08D8C68B" w14:textId="77777777" w:rsidR="00082454" w:rsidRPr="004566A6" w:rsidRDefault="00000000">
            <w:pPr>
              <w:spacing w:after="0" w:line="240" w:lineRule="auto"/>
              <w:jc w:val="center"/>
              <w:rPr>
                <w:noProof/>
                <w:lang w:val="ro-RO"/>
              </w:rPr>
            </w:pPr>
            <w:r w:rsidRPr="004566A6">
              <w:rPr>
                <w:rFonts w:eastAsia="Arial"/>
                <w:b/>
                <w:noProof/>
                <w:sz w:val="14"/>
                <w:lang w:val="ro-RO"/>
              </w:rPr>
              <w:t>S4.5</w:t>
            </w:r>
          </w:p>
        </w:tc>
        <w:tc>
          <w:tcPr>
            <w:tcW w:w="4081" w:type="dxa"/>
            <w:tcMar>
              <w:top w:w="60" w:type="dxa"/>
              <w:left w:w="70" w:type="dxa"/>
              <w:bottom w:w="60" w:type="dxa"/>
              <w:right w:w="70" w:type="dxa"/>
            </w:tcMar>
            <w:vAlign w:val="center"/>
          </w:tcPr>
          <w:p w14:paraId="7F457BBD" w14:textId="77777777" w:rsidR="00082454" w:rsidRPr="004566A6" w:rsidRDefault="00000000">
            <w:pPr>
              <w:spacing w:after="0" w:line="240" w:lineRule="auto"/>
              <w:rPr>
                <w:noProof/>
                <w:lang w:val="ro-RO"/>
              </w:rPr>
            </w:pPr>
            <w:r w:rsidRPr="004566A6">
              <w:rPr>
                <w:rFonts w:eastAsia="Arial"/>
                <w:noProof/>
                <w:sz w:val="14"/>
                <w:lang w:val="ro-RO"/>
              </w:rPr>
              <w:t>Sunt analizate incidentele anterioare, inclusiv urgențele și cauzele lor.</w:t>
            </w:r>
          </w:p>
        </w:tc>
        <w:tc>
          <w:tcPr>
            <w:tcW w:w="5159" w:type="dxa"/>
            <w:tcMar>
              <w:top w:w="60" w:type="dxa"/>
              <w:left w:w="70" w:type="dxa"/>
              <w:bottom w:w="60" w:type="dxa"/>
              <w:right w:w="70" w:type="dxa"/>
            </w:tcMar>
            <w:vAlign w:val="center"/>
          </w:tcPr>
          <w:p w14:paraId="27A8F92C" w14:textId="77777777" w:rsidR="00082454" w:rsidRPr="004566A6" w:rsidRDefault="00000000">
            <w:pPr>
              <w:spacing w:after="0" w:line="240" w:lineRule="auto"/>
              <w:rPr>
                <w:noProof/>
                <w:lang w:val="ro-RO"/>
              </w:rPr>
            </w:pPr>
            <w:r w:rsidRPr="004566A6">
              <w:rPr>
                <w:rFonts w:eastAsia="Arial"/>
                <w:noProof/>
                <w:sz w:val="14"/>
                <w:lang w:val="ro-RO"/>
              </w:rPr>
              <w:t>Istoric, near miss, boli profesionale, alerte și lecții.</w:t>
            </w:r>
          </w:p>
        </w:tc>
        <w:tc>
          <w:tcPr>
            <w:tcW w:w="1417" w:type="dxa"/>
            <w:tcMar>
              <w:top w:w="60" w:type="dxa"/>
              <w:left w:w="70" w:type="dxa"/>
              <w:bottom w:w="60" w:type="dxa"/>
              <w:right w:w="70" w:type="dxa"/>
            </w:tcMar>
            <w:vAlign w:val="center"/>
          </w:tcPr>
          <w:p w14:paraId="186BDC09"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CE510F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AC7FF48" w14:textId="77777777" w:rsidR="00082454" w:rsidRPr="004566A6" w:rsidRDefault="00082454">
            <w:pPr>
              <w:spacing w:after="0" w:line="240" w:lineRule="auto"/>
              <w:jc w:val="center"/>
              <w:rPr>
                <w:noProof/>
                <w:lang w:val="ro-RO"/>
              </w:rPr>
            </w:pPr>
          </w:p>
        </w:tc>
      </w:tr>
      <w:tr w:rsidR="00082454" w:rsidRPr="00245FA7" w14:paraId="4516705B" w14:textId="77777777">
        <w:trPr>
          <w:cantSplit/>
          <w:jc w:val="center"/>
        </w:trPr>
        <w:tc>
          <w:tcPr>
            <w:tcW w:w="793" w:type="dxa"/>
            <w:shd w:val="clear" w:color="auto" w:fill="FAFAFA"/>
            <w:tcMar>
              <w:top w:w="60" w:type="dxa"/>
              <w:left w:w="70" w:type="dxa"/>
              <w:bottom w:w="60" w:type="dxa"/>
              <w:right w:w="70" w:type="dxa"/>
            </w:tcMar>
            <w:vAlign w:val="center"/>
          </w:tcPr>
          <w:p w14:paraId="4BB460C5" w14:textId="77777777" w:rsidR="00082454" w:rsidRPr="004566A6" w:rsidRDefault="00000000">
            <w:pPr>
              <w:spacing w:after="0" w:line="240" w:lineRule="auto"/>
              <w:jc w:val="center"/>
              <w:rPr>
                <w:noProof/>
                <w:lang w:val="ro-RO"/>
              </w:rPr>
            </w:pPr>
            <w:r w:rsidRPr="004566A6">
              <w:rPr>
                <w:rFonts w:eastAsia="Arial"/>
                <w:b/>
                <w:noProof/>
                <w:sz w:val="14"/>
                <w:lang w:val="ro-RO"/>
              </w:rPr>
              <w:t>S4.6</w:t>
            </w:r>
          </w:p>
        </w:tc>
        <w:tc>
          <w:tcPr>
            <w:tcW w:w="4081" w:type="dxa"/>
            <w:shd w:val="clear" w:color="auto" w:fill="FAFAFA"/>
            <w:tcMar>
              <w:top w:w="60" w:type="dxa"/>
              <w:left w:w="70" w:type="dxa"/>
              <w:bottom w:w="60" w:type="dxa"/>
              <w:right w:w="70" w:type="dxa"/>
            </w:tcMar>
            <w:vAlign w:val="center"/>
          </w:tcPr>
          <w:p w14:paraId="61F14194" w14:textId="77777777" w:rsidR="00082454" w:rsidRPr="004566A6" w:rsidRDefault="00000000">
            <w:pPr>
              <w:spacing w:after="0" w:line="240" w:lineRule="auto"/>
              <w:rPr>
                <w:noProof/>
                <w:lang w:val="ro-RO"/>
              </w:rPr>
            </w:pPr>
            <w:r w:rsidRPr="004566A6">
              <w:rPr>
                <w:rFonts w:eastAsia="Arial"/>
                <w:noProof/>
                <w:sz w:val="14"/>
                <w:lang w:val="ro-RO"/>
              </w:rPr>
              <w:t>Sunt considerate situațiile de urgență potențiale.</w:t>
            </w:r>
          </w:p>
        </w:tc>
        <w:tc>
          <w:tcPr>
            <w:tcW w:w="5159" w:type="dxa"/>
            <w:shd w:val="clear" w:color="auto" w:fill="FAFAFA"/>
            <w:tcMar>
              <w:top w:w="60" w:type="dxa"/>
              <w:left w:w="70" w:type="dxa"/>
              <w:bottom w:w="60" w:type="dxa"/>
              <w:right w:w="70" w:type="dxa"/>
            </w:tcMar>
            <w:vAlign w:val="center"/>
          </w:tcPr>
          <w:p w14:paraId="7F6DA6B3" w14:textId="77777777" w:rsidR="00082454" w:rsidRPr="004566A6" w:rsidRDefault="00000000">
            <w:pPr>
              <w:spacing w:after="0" w:line="240" w:lineRule="auto"/>
              <w:rPr>
                <w:noProof/>
                <w:lang w:val="ro-RO"/>
              </w:rPr>
            </w:pPr>
            <w:r w:rsidRPr="004566A6">
              <w:rPr>
                <w:rFonts w:eastAsia="Arial"/>
                <w:noProof/>
                <w:sz w:val="14"/>
                <w:lang w:val="ro-RO"/>
              </w:rPr>
              <w:t>Incendii, explozii, accidente majore, fenomene extreme și violență.</w:t>
            </w:r>
          </w:p>
        </w:tc>
        <w:tc>
          <w:tcPr>
            <w:tcW w:w="1417" w:type="dxa"/>
            <w:shd w:val="clear" w:color="auto" w:fill="FAFAFA"/>
            <w:tcMar>
              <w:top w:w="60" w:type="dxa"/>
              <w:left w:w="70" w:type="dxa"/>
              <w:bottom w:w="60" w:type="dxa"/>
              <w:right w:w="70" w:type="dxa"/>
            </w:tcMar>
            <w:vAlign w:val="center"/>
          </w:tcPr>
          <w:p w14:paraId="2CA11C5C"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BC9CEA9"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80A100C" w14:textId="77777777" w:rsidR="00082454" w:rsidRPr="004566A6" w:rsidRDefault="00082454">
            <w:pPr>
              <w:spacing w:after="0" w:line="240" w:lineRule="auto"/>
              <w:jc w:val="center"/>
              <w:rPr>
                <w:noProof/>
                <w:lang w:val="ro-RO"/>
              </w:rPr>
            </w:pPr>
          </w:p>
        </w:tc>
      </w:tr>
      <w:tr w:rsidR="00082454" w:rsidRPr="00245FA7" w14:paraId="58FAEC96" w14:textId="77777777">
        <w:trPr>
          <w:cantSplit/>
          <w:jc w:val="center"/>
        </w:trPr>
        <w:tc>
          <w:tcPr>
            <w:tcW w:w="793" w:type="dxa"/>
            <w:tcMar>
              <w:top w:w="60" w:type="dxa"/>
              <w:left w:w="70" w:type="dxa"/>
              <w:bottom w:w="60" w:type="dxa"/>
              <w:right w:w="70" w:type="dxa"/>
            </w:tcMar>
            <w:vAlign w:val="center"/>
          </w:tcPr>
          <w:p w14:paraId="08E11E4A" w14:textId="77777777" w:rsidR="00082454" w:rsidRPr="004566A6" w:rsidRDefault="00000000">
            <w:pPr>
              <w:spacing w:after="0" w:line="240" w:lineRule="auto"/>
              <w:jc w:val="center"/>
              <w:rPr>
                <w:noProof/>
                <w:lang w:val="ro-RO"/>
              </w:rPr>
            </w:pPr>
            <w:r w:rsidRPr="004566A6">
              <w:rPr>
                <w:rFonts w:eastAsia="Arial"/>
                <w:b/>
                <w:noProof/>
                <w:sz w:val="14"/>
                <w:lang w:val="ro-RO"/>
              </w:rPr>
              <w:t>S4.7</w:t>
            </w:r>
          </w:p>
        </w:tc>
        <w:tc>
          <w:tcPr>
            <w:tcW w:w="4081" w:type="dxa"/>
            <w:tcMar>
              <w:top w:w="60" w:type="dxa"/>
              <w:left w:w="70" w:type="dxa"/>
              <w:bottom w:w="60" w:type="dxa"/>
              <w:right w:w="70" w:type="dxa"/>
            </w:tcMar>
            <w:vAlign w:val="center"/>
          </w:tcPr>
          <w:p w14:paraId="3F53BE72" w14:textId="77777777" w:rsidR="00082454" w:rsidRPr="004566A6" w:rsidRDefault="00000000">
            <w:pPr>
              <w:spacing w:after="0" w:line="240" w:lineRule="auto"/>
              <w:rPr>
                <w:noProof/>
                <w:lang w:val="ro-RO"/>
              </w:rPr>
            </w:pPr>
            <w:r w:rsidRPr="004566A6">
              <w:rPr>
                <w:rFonts w:eastAsia="Arial"/>
                <w:noProof/>
                <w:sz w:val="14"/>
                <w:lang w:val="ro-RO"/>
              </w:rPr>
              <w:t>Sunt considerate persoanele care au acces la locul de muncă și cele aflate în vecinătate.</w:t>
            </w:r>
          </w:p>
        </w:tc>
        <w:tc>
          <w:tcPr>
            <w:tcW w:w="5159" w:type="dxa"/>
            <w:tcMar>
              <w:top w:w="60" w:type="dxa"/>
              <w:left w:w="70" w:type="dxa"/>
              <w:bottom w:w="60" w:type="dxa"/>
              <w:right w:w="70" w:type="dxa"/>
            </w:tcMar>
            <w:vAlign w:val="center"/>
          </w:tcPr>
          <w:p w14:paraId="0ABDF2C9" w14:textId="77777777" w:rsidR="00082454" w:rsidRPr="004566A6" w:rsidRDefault="00000000">
            <w:pPr>
              <w:spacing w:after="0" w:line="240" w:lineRule="auto"/>
              <w:rPr>
                <w:noProof/>
                <w:lang w:val="ro-RO"/>
              </w:rPr>
            </w:pPr>
            <w:r w:rsidRPr="004566A6">
              <w:rPr>
                <w:rFonts w:eastAsia="Arial"/>
                <w:noProof/>
                <w:sz w:val="14"/>
                <w:lang w:val="ro-RO"/>
              </w:rPr>
              <w:t>Contractanți, vizitatori, public, lucrători mobili și comunitate.</w:t>
            </w:r>
          </w:p>
        </w:tc>
        <w:tc>
          <w:tcPr>
            <w:tcW w:w="1417" w:type="dxa"/>
            <w:tcMar>
              <w:top w:w="60" w:type="dxa"/>
              <w:left w:w="70" w:type="dxa"/>
              <w:bottom w:w="60" w:type="dxa"/>
              <w:right w:w="70" w:type="dxa"/>
            </w:tcMar>
            <w:vAlign w:val="center"/>
          </w:tcPr>
          <w:p w14:paraId="3417B48E"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C767385"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73A772E" w14:textId="77777777" w:rsidR="00082454" w:rsidRPr="004566A6" w:rsidRDefault="00082454">
            <w:pPr>
              <w:spacing w:after="0" w:line="240" w:lineRule="auto"/>
              <w:jc w:val="center"/>
              <w:rPr>
                <w:noProof/>
                <w:lang w:val="ro-RO"/>
              </w:rPr>
            </w:pPr>
          </w:p>
        </w:tc>
      </w:tr>
      <w:tr w:rsidR="00082454" w:rsidRPr="00245FA7" w14:paraId="3B742D26" w14:textId="77777777">
        <w:trPr>
          <w:cantSplit/>
          <w:jc w:val="center"/>
        </w:trPr>
        <w:tc>
          <w:tcPr>
            <w:tcW w:w="793" w:type="dxa"/>
            <w:shd w:val="clear" w:color="auto" w:fill="FAFAFA"/>
            <w:tcMar>
              <w:top w:w="60" w:type="dxa"/>
              <w:left w:w="70" w:type="dxa"/>
              <w:bottom w:w="60" w:type="dxa"/>
              <w:right w:w="70" w:type="dxa"/>
            </w:tcMar>
            <w:vAlign w:val="center"/>
          </w:tcPr>
          <w:p w14:paraId="2D531E45" w14:textId="77777777" w:rsidR="00082454" w:rsidRPr="004566A6" w:rsidRDefault="00000000">
            <w:pPr>
              <w:spacing w:after="0" w:line="240" w:lineRule="auto"/>
              <w:jc w:val="center"/>
              <w:rPr>
                <w:noProof/>
                <w:lang w:val="ro-RO"/>
              </w:rPr>
            </w:pPr>
            <w:r w:rsidRPr="004566A6">
              <w:rPr>
                <w:rFonts w:eastAsia="Arial"/>
                <w:b/>
                <w:noProof/>
                <w:sz w:val="14"/>
                <w:lang w:val="ro-RO"/>
              </w:rPr>
              <w:t>S4.8</w:t>
            </w:r>
          </w:p>
        </w:tc>
        <w:tc>
          <w:tcPr>
            <w:tcW w:w="4081" w:type="dxa"/>
            <w:shd w:val="clear" w:color="auto" w:fill="FAFAFA"/>
            <w:tcMar>
              <w:top w:w="60" w:type="dxa"/>
              <w:left w:w="70" w:type="dxa"/>
              <w:bottom w:w="60" w:type="dxa"/>
              <w:right w:w="70" w:type="dxa"/>
            </w:tcMar>
            <w:vAlign w:val="center"/>
          </w:tcPr>
          <w:p w14:paraId="68BD067E" w14:textId="77777777" w:rsidR="00082454" w:rsidRPr="004566A6" w:rsidRDefault="00000000">
            <w:pPr>
              <w:spacing w:after="0" w:line="240" w:lineRule="auto"/>
              <w:rPr>
                <w:noProof/>
                <w:lang w:val="ro-RO"/>
              </w:rPr>
            </w:pPr>
            <w:r w:rsidRPr="004566A6">
              <w:rPr>
                <w:rFonts w:eastAsia="Arial"/>
                <w:noProof/>
                <w:sz w:val="14"/>
                <w:lang w:val="ro-RO"/>
              </w:rPr>
              <w:t>Sunt considerate proiectarea zonelor, echipamentelor, proceselor și organizării muncii.</w:t>
            </w:r>
          </w:p>
        </w:tc>
        <w:tc>
          <w:tcPr>
            <w:tcW w:w="5159" w:type="dxa"/>
            <w:shd w:val="clear" w:color="auto" w:fill="FAFAFA"/>
            <w:tcMar>
              <w:top w:w="60" w:type="dxa"/>
              <w:left w:w="70" w:type="dxa"/>
              <w:bottom w:w="60" w:type="dxa"/>
              <w:right w:w="70" w:type="dxa"/>
            </w:tcMar>
            <w:vAlign w:val="center"/>
          </w:tcPr>
          <w:p w14:paraId="36AF1047" w14:textId="77777777" w:rsidR="00082454" w:rsidRPr="004566A6" w:rsidRDefault="00000000">
            <w:pPr>
              <w:spacing w:after="0" w:line="240" w:lineRule="auto"/>
              <w:rPr>
                <w:noProof/>
                <w:lang w:val="ro-RO"/>
              </w:rPr>
            </w:pPr>
            <w:r w:rsidRPr="004566A6">
              <w:rPr>
                <w:rFonts w:eastAsia="Arial"/>
                <w:noProof/>
                <w:sz w:val="14"/>
                <w:lang w:val="ro-RO"/>
              </w:rPr>
              <w:t>Principii de proiectare sigură și adaptarea muncii la lucrător.</w:t>
            </w:r>
          </w:p>
        </w:tc>
        <w:tc>
          <w:tcPr>
            <w:tcW w:w="1417" w:type="dxa"/>
            <w:shd w:val="clear" w:color="auto" w:fill="FAFAFA"/>
            <w:tcMar>
              <w:top w:w="60" w:type="dxa"/>
              <w:left w:w="70" w:type="dxa"/>
              <w:bottom w:w="60" w:type="dxa"/>
              <w:right w:w="70" w:type="dxa"/>
            </w:tcMar>
            <w:vAlign w:val="center"/>
          </w:tcPr>
          <w:p w14:paraId="75103AF9"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AB351BB"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531C5F" w14:textId="77777777" w:rsidR="00082454" w:rsidRPr="004566A6" w:rsidRDefault="00082454">
            <w:pPr>
              <w:spacing w:after="0" w:line="240" w:lineRule="auto"/>
              <w:jc w:val="center"/>
              <w:rPr>
                <w:noProof/>
                <w:lang w:val="ro-RO"/>
              </w:rPr>
            </w:pPr>
          </w:p>
        </w:tc>
      </w:tr>
      <w:tr w:rsidR="00082454" w:rsidRPr="004566A6" w14:paraId="44E0EA4A" w14:textId="77777777">
        <w:trPr>
          <w:cantSplit/>
          <w:jc w:val="center"/>
        </w:trPr>
        <w:tc>
          <w:tcPr>
            <w:tcW w:w="793" w:type="dxa"/>
            <w:tcMar>
              <w:top w:w="60" w:type="dxa"/>
              <w:left w:w="70" w:type="dxa"/>
              <w:bottom w:w="60" w:type="dxa"/>
              <w:right w:w="70" w:type="dxa"/>
            </w:tcMar>
            <w:vAlign w:val="center"/>
          </w:tcPr>
          <w:p w14:paraId="72F4CCF7" w14:textId="77777777" w:rsidR="00082454" w:rsidRPr="004566A6" w:rsidRDefault="00000000">
            <w:pPr>
              <w:spacing w:after="0" w:line="240" w:lineRule="auto"/>
              <w:jc w:val="center"/>
              <w:rPr>
                <w:noProof/>
                <w:lang w:val="ro-RO"/>
              </w:rPr>
            </w:pPr>
            <w:r w:rsidRPr="004566A6">
              <w:rPr>
                <w:rFonts w:eastAsia="Arial"/>
                <w:b/>
                <w:noProof/>
                <w:sz w:val="14"/>
                <w:lang w:val="ro-RO"/>
              </w:rPr>
              <w:t>S4.9</w:t>
            </w:r>
          </w:p>
        </w:tc>
        <w:tc>
          <w:tcPr>
            <w:tcW w:w="4081" w:type="dxa"/>
            <w:tcMar>
              <w:top w:w="60" w:type="dxa"/>
              <w:left w:w="70" w:type="dxa"/>
              <w:bottom w:w="60" w:type="dxa"/>
              <w:right w:w="70" w:type="dxa"/>
            </w:tcMar>
            <w:vAlign w:val="center"/>
          </w:tcPr>
          <w:p w14:paraId="3468087B" w14:textId="77777777" w:rsidR="00082454" w:rsidRPr="004566A6" w:rsidRDefault="00000000">
            <w:pPr>
              <w:spacing w:after="0" w:line="240" w:lineRule="auto"/>
              <w:rPr>
                <w:noProof/>
                <w:lang w:val="ro-RO"/>
              </w:rPr>
            </w:pPr>
            <w:r w:rsidRPr="004566A6">
              <w:rPr>
                <w:rFonts w:eastAsia="Arial"/>
                <w:noProof/>
                <w:sz w:val="14"/>
                <w:lang w:val="ro-RO"/>
              </w:rPr>
              <w:t>Sunt considerate schimbările reale sau propuse și noile informații despre pericole.</w:t>
            </w:r>
          </w:p>
        </w:tc>
        <w:tc>
          <w:tcPr>
            <w:tcW w:w="5159" w:type="dxa"/>
            <w:tcMar>
              <w:top w:w="60" w:type="dxa"/>
              <w:left w:w="70" w:type="dxa"/>
              <w:bottom w:w="60" w:type="dxa"/>
              <w:right w:w="70" w:type="dxa"/>
            </w:tcMar>
            <w:vAlign w:val="center"/>
          </w:tcPr>
          <w:p w14:paraId="161A2E21" w14:textId="77777777" w:rsidR="00082454" w:rsidRPr="004566A6" w:rsidRDefault="00000000">
            <w:pPr>
              <w:spacing w:after="0" w:line="240" w:lineRule="auto"/>
              <w:rPr>
                <w:noProof/>
                <w:lang w:val="ro-RO"/>
              </w:rPr>
            </w:pPr>
            <w:r w:rsidRPr="004566A6">
              <w:rPr>
                <w:rFonts w:eastAsia="Arial"/>
                <w:noProof/>
                <w:sz w:val="14"/>
                <w:lang w:val="ro-RO"/>
              </w:rPr>
              <w:t>Managementul schimbării, tehnologii, materiale, personal și cerințe.</w:t>
            </w:r>
          </w:p>
        </w:tc>
        <w:tc>
          <w:tcPr>
            <w:tcW w:w="1417" w:type="dxa"/>
            <w:tcMar>
              <w:top w:w="60" w:type="dxa"/>
              <w:left w:w="70" w:type="dxa"/>
              <w:bottom w:w="60" w:type="dxa"/>
              <w:right w:w="70" w:type="dxa"/>
            </w:tcMar>
            <w:vAlign w:val="center"/>
          </w:tcPr>
          <w:p w14:paraId="05685A7E"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F645796"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780D7BB" w14:textId="77777777" w:rsidR="00082454" w:rsidRPr="004566A6" w:rsidRDefault="00082454">
            <w:pPr>
              <w:spacing w:after="0" w:line="240" w:lineRule="auto"/>
              <w:jc w:val="center"/>
              <w:rPr>
                <w:noProof/>
                <w:lang w:val="ro-RO"/>
              </w:rPr>
            </w:pPr>
          </w:p>
        </w:tc>
      </w:tr>
      <w:tr w:rsidR="00082454" w:rsidRPr="004566A6" w14:paraId="0554FE50" w14:textId="77777777">
        <w:trPr>
          <w:cantSplit/>
          <w:jc w:val="center"/>
        </w:trPr>
        <w:tc>
          <w:tcPr>
            <w:tcW w:w="793" w:type="dxa"/>
            <w:shd w:val="clear" w:color="auto" w:fill="FAFAFA"/>
            <w:tcMar>
              <w:top w:w="60" w:type="dxa"/>
              <w:left w:w="70" w:type="dxa"/>
              <w:bottom w:w="60" w:type="dxa"/>
              <w:right w:w="70" w:type="dxa"/>
            </w:tcMar>
            <w:vAlign w:val="center"/>
          </w:tcPr>
          <w:p w14:paraId="0388EC0F" w14:textId="77777777" w:rsidR="00082454" w:rsidRPr="004566A6" w:rsidRDefault="00000000">
            <w:pPr>
              <w:spacing w:after="0" w:line="240" w:lineRule="auto"/>
              <w:jc w:val="center"/>
              <w:rPr>
                <w:noProof/>
                <w:lang w:val="ro-RO"/>
              </w:rPr>
            </w:pPr>
            <w:r w:rsidRPr="004566A6">
              <w:rPr>
                <w:rFonts w:eastAsia="Arial"/>
                <w:b/>
                <w:noProof/>
                <w:sz w:val="14"/>
                <w:lang w:val="ro-RO"/>
              </w:rPr>
              <w:t>S4.10</w:t>
            </w:r>
          </w:p>
        </w:tc>
        <w:tc>
          <w:tcPr>
            <w:tcW w:w="4081" w:type="dxa"/>
            <w:shd w:val="clear" w:color="auto" w:fill="FAFAFA"/>
            <w:tcMar>
              <w:top w:w="60" w:type="dxa"/>
              <w:left w:w="70" w:type="dxa"/>
              <w:bottom w:w="60" w:type="dxa"/>
              <w:right w:w="70" w:type="dxa"/>
            </w:tcMar>
            <w:vAlign w:val="center"/>
          </w:tcPr>
          <w:p w14:paraId="36D4A064" w14:textId="77777777" w:rsidR="00082454" w:rsidRPr="004566A6" w:rsidRDefault="00000000">
            <w:pPr>
              <w:spacing w:after="0" w:line="240" w:lineRule="auto"/>
              <w:rPr>
                <w:noProof/>
                <w:lang w:val="ro-RO"/>
              </w:rPr>
            </w:pPr>
            <w:r w:rsidRPr="004566A6">
              <w:rPr>
                <w:rFonts w:eastAsia="Arial"/>
                <w:noProof/>
                <w:sz w:val="14"/>
                <w:lang w:val="ro-RO"/>
              </w:rPr>
              <w:t>Sunt evaluate riscurile SSM prin criterii definite și menținute.</w:t>
            </w:r>
          </w:p>
        </w:tc>
        <w:tc>
          <w:tcPr>
            <w:tcW w:w="5159" w:type="dxa"/>
            <w:shd w:val="clear" w:color="auto" w:fill="FAFAFA"/>
            <w:tcMar>
              <w:top w:w="60" w:type="dxa"/>
              <w:left w:w="70" w:type="dxa"/>
              <w:bottom w:w="60" w:type="dxa"/>
              <w:right w:w="70" w:type="dxa"/>
            </w:tcMar>
            <w:vAlign w:val="center"/>
          </w:tcPr>
          <w:p w14:paraId="1619E4DD" w14:textId="77777777" w:rsidR="00082454" w:rsidRPr="004566A6" w:rsidRDefault="00000000">
            <w:pPr>
              <w:spacing w:after="0" w:line="240" w:lineRule="auto"/>
              <w:rPr>
                <w:noProof/>
                <w:lang w:val="ro-RO"/>
              </w:rPr>
            </w:pPr>
            <w:r w:rsidRPr="004566A6">
              <w:rPr>
                <w:rFonts w:eastAsia="Arial"/>
                <w:noProof/>
                <w:sz w:val="14"/>
                <w:lang w:val="ro-RO"/>
              </w:rPr>
              <w:t>Metodă proactivă, severitate/probabilitate/expunere, criterii și aprobare.</w:t>
            </w:r>
          </w:p>
        </w:tc>
        <w:tc>
          <w:tcPr>
            <w:tcW w:w="1417" w:type="dxa"/>
            <w:shd w:val="clear" w:color="auto" w:fill="FAFAFA"/>
            <w:tcMar>
              <w:top w:w="60" w:type="dxa"/>
              <w:left w:w="70" w:type="dxa"/>
              <w:bottom w:w="60" w:type="dxa"/>
              <w:right w:w="70" w:type="dxa"/>
            </w:tcMar>
            <w:vAlign w:val="center"/>
          </w:tcPr>
          <w:p w14:paraId="7A6D9F2A"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A8006E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C9543BF" w14:textId="77777777" w:rsidR="00082454" w:rsidRPr="004566A6" w:rsidRDefault="00082454">
            <w:pPr>
              <w:spacing w:after="0" w:line="240" w:lineRule="auto"/>
              <w:jc w:val="center"/>
              <w:rPr>
                <w:noProof/>
                <w:lang w:val="ro-RO"/>
              </w:rPr>
            </w:pPr>
          </w:p>
        </w:tc>
      </w:tr>
      <w:tr w:rsidR="00082454" w:rsidRPr="00245FA7" w14:paraId="25F9142F" w14:textId="77777777">
        <w:trPr>
          <w:cantSplit/>
          <w:jc w:val="center"/>
        </w:trPr>
        <w:tc>
          <w:tcPr>
            <w:tcW w:w="793" w:type="dxa"/>
            <w:tcMar>
              <w:top w:w="60" w:type="dxa"/>
              <w:left w:w="70" w:type="dxa"/>
              <w:bottom w:w="60" w:type="dxa"/>
              <w:right w:w="70" w:type="dxa"/>
            </w:tcMar>
            <w:vAlign w:val="center"/>
          </w:tcPr>
          <w:p w14:paraId="28ACE35C" w14:textId="77777777" w:rsidR="00082454" w:rsidRPr="004566A6" w:rsidRDefault="00000000">
            <w:pPr>
              <w:spacing w:after="0" w:line="240" w:lineRule="auto"/>
              <w:jc w:val="center"/>
              <w:rPr>
                <w:noProof/>
                <w:lang w:val="ro-RO"/>
              </w:rPr>
            </w:pPr>
            <w:r w:rsidRPr="004566A6">
              <w:rPr>
                <w:rFonts w:eastAsia="Arial"/>
                <w:b/>
                <w:noProof/>
                <w:sz w:val="14"/>
                <w:lang w:val="ro-RO"/>
              </w:rPr>
              <w:t>S4.11</w:t>
            </w:r>
          </w:p>
        </w:tc>
        <w:tc>
          <w:tcPr>
            <w:tcW w:w="4081" w:type="dxa"/>
            <w:tcMar>
              <w:top w:w="60" w:type="dxa"/>
              <w:left w:w="70" w:type="dxa"/>
              <w:bottom w:w="60" w:type="dxa"/>
              <w:right w:w="70" w:type="dxa"/>
            </w:tcMar>
            <w:vAlign w:val="center"/>
          </w:tcPr>
          <w:p w14:paraId="0B9AFEEA" w14:textId="77777777" w:rsidR="00082454" w:rsidRPr="004566A6" w:rsidRDefault="00000000">
            <w:pPr>
              <w:spacing w:after="0" w:line="240" w:lineRule="auto"/>
              <w:rPr>
                <w:noProof/>
                <w:lang w:val="ro-RO"/>
              </w:rPr>
            </w:pPr>
            <w:r w:rsidRPr="004566A6">
              <w:rPr>
                <w:rFonts w:eastAsia="Arial"/>
                <w:noProof/>
                <w:sz w:val="14"/>
                <w:lang w:val="ro-RO"/>
              </w:rPr>
              <w:t>Sunt evaluate și alte riscuri pentru sistemul SSM.</w:t>
            </w:r>
          </w:p>
        </w:tc>
        <w:tc>
          <w:tcPr>
            <w:tcW w:w="5159" w:type="dxa"/>
            <w:tcMar>
              <w:top w:w="60" w:type="dxa"/>
              <w:left w:w="70" w:type="dxa"/>
              <w:bottom w:w="60" w:type="dxa"/>
              <w:right w:w="70" w:type="dxa"/>
            </w:tcMar>
            <w:vAlign w:val="center"/>
          </w:tcPr>
          <w:p w14:paraId="54321D37" w14:textId="77777777" w:rsidR="00082454" w:rsidRPr="004566A6" w:rsidRDefault="00000000">
            <w:pPr>
              <w:spacing w:after="0" w:line="240" w:lineRule="auto"/>
              <w:rPr>
                <w:noProof/>
                <w:lang w:val="ro-RO"/>
              </w:rPr>
            </w:pPr>
            <w:r w:rsidRPr="004566A6">
              <w:rPr>
                <w:rFonts w:eastAsia="Arial"/>
                <w:noProof/>
                <w:sz w:val="14"/>
                <w:lang w:val="ro-RO"/>
              </w:rPr>
              <w:t>Riscuri de competență, date, resurse, comunicare, furnizori și cultură.</w:t>
            </w:r>
          </w:p>
        </w:tc>
        <w:tc>
          <w:tcPr>
            <w:tcW w:w="1417" w:type="dxa"/>
            <w:tcMar>
              <w:top w:w="60" w:type="dxa"/>
              <w:left w:w="70" w:type="dxa"/>
              <w:bottom w:w="60" w:type="dxa"/>
              <w:right w:w="70" w:type="dxa"/>
            </w:tcMar>
            <w:vAlign w:val="center"/>
          </w:tcPr>
          <w:p w14:paraId="2197A864"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223BCE6"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012A2B7" w14:textId="77777777" w:rsidR="00082454" w:rsidRPr="004566A6" w:rsidRDefault="00082454">
            <w:pPr>
              <w:spacing w:after="0" w:line="240" w:lineRule="auto"/>
              <w:jc w:val="center"/>
              <w:rPr>
                <w:noProof/>
                <w:lang w:val="ro-RO"/>
              </w:rPr>
            </w:pPr>
          </w:p>
        </w:tc>
      </w:tr>
      <w:tr w:rsidR="00082454" w:rsidRPr="004566A6" w14:paraId="61DEB12C" w14:textId="77777777">
        <w:trPr>
          <w:cantSplit/>
          <w:jc w:val="center"/>
        </w:trPr>
        <w:tc>
          <w:tcPr>
            <w:tcW w:w="793" w:type="dxa"/>
            <w:shd w:val="clear" w:color="auto" w:fill="FAFAFA"/>
            <w:tcMar>
              <w:top w:w="60" w:type="dxa"/>
              <w:left w:w="70" w:type="dxa"/>
              <w:bottom w:w="60" w:type="dxa"/>
              <w:right w:w="70" w:type="dxa"/>
            </w:tcMar>
            <w:vAlign w:val="center"/>
          </w:tcPr>
          <w:p w14:paraId="5F881069" w14:textId="77777777" w:rsidR="00082454" w:rsidRPr="004566A6" w:rsidRDefault="00000000">
            <w:pPr>
              <w:spacing w:after="0" w:line="240" w:lineRule="auto"/>
              <w:jc w:val="center"/>
              <w:rPr>
                <w:noProof/>
                <w:lang w:val="ro-RO"/>
              </w:rPr>
            </w:pPr>
            <w:r w:rsidRPr="004566A6">
              <w:rPr>
                <w:rFonts w:eastAsia="Arial"/>
                <w:b/>
                <w:noProof/>
                <w:sz w:val="14"/>
                <w:lang w:val="ro-RO"/>
              </w:rPr>
              <w:t>S4.12</w:t>
            </w:r>
          </w:p>
        </w:tc>
        <w:tc>
          <w:tcPr>
            <w:tcW w:w="4081" w:type="dxa"/>
            <w:shd w:val="clear" w:color="auto" w:fill="FAFAFA"/>
            <w:tcMar>
              <w:top w:w="60" w:type="dxa"/>
              <w:left w:w="70" w:type="dxa"/>
              <w:bottom w:w="60" w:type="dxa"/>
              <w:right w:w="70" w:type="dxa"/>
            </w:tcMar>
            <w:vAlign w:val="center"/>
          </w:tcPr>
          <w:p w14:paraId="01EA74F9" w14:textId="77777777" w:rsidR="00082454" w:rsidRPr="004566A6" w:rsidRDefault="00000000">
            <w:pPr>
              <w:spacing w:after="0" w:line="240" w:lineRule="auto"/>
              <w:rPr>
                <w:noProof/>
                <w:lang w:val="ro-RO"/>
              </w:rPr>
            </w:pPr>
            <w:r w:rsidRPr="004566A6">
              <w:rPr>
                <w:rFonts w:eastAsia="Arial"/>
                <w:noProof/>
                <w:sz w:val="14"/>
                <w:lang w:val="ro-RO"/>
              </w:rPr>
              <w:t>Sunt determinate oportunități SSM și oportunități de îmbunătățire a sistemului.</w:t>
            </w:r>
          </w:p>
        </w:tc>
        <w:tc>
          <w:tcPr>
            <w:tcW w:w="5159" w:type="dxa"/>
            <w:shd w:val="clear" w:color="auto" w:fill="FAFAFA"/>
            <w:tcMar>
              <w:top w:w="60" w:type="dxa"/>
              <w:left w:w="70" w:type="dxa"/>
              <w:bottom w:w="60" w:type="dxa"/>
              <w:right w:w="70" w:type="dxa"/>
            </w:tcMar>
            <w:vAlign w:val="center"/>
          </w:tcPr>
          <w:p w14:paraId="1A962C5B" w14:textId="77777777" w:rsidR="00082454" w:rsidRPr="004566A6" w:rsidRDefault="00000000">
            <w:pPr>
              <w:spacing w:after="0" w:line="240" w:lineRule="auto"/>
              <w:rPr>
                <w:noProof/>
                <w:lang w:val="ro-RO"/>
              </w:rPr>
            </w:pPr>
            <w:r w:rsidRPr="004566A6">
              <w:rPr>
                <w:rFonts w:eastAsia="Arial"/>
                <w:noProof/>
                <w:sz w:val="14"/>
                <w:lang w:val="ro-RO"/>
              </w:rPr>
              <w:t>Eliminare, automatizare, ergonomie, tehnologii, participare și sănătate.</w:t>
            </w:r>
          </w:p>
        </w:tc>
        <w:tc>
          <w:tcPr>
            <w:tcW w:w="1417" w:type="dxa"/>
            <w:shd w:val="clear" w:color="auto" w:fill="FAFAFA"/>
            <w:tcMar>
              <w:top w:w="60" w:type="dxa"/>
              <w:left w:w="70" w:type="dxa"/>
              <w:bottom w:w="60" w:type="dxa"/>
              <w:right w:w="70" w:type="dxa"/>
            </w:tcMar>
            <w:vAlign w:val="center"/>
          </w:tcPr>
          <w:p w14:paraId="0E3065DF"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1C0D913"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E54AF88" w14:textId="77777777" w:rsidR="00082454" w:rsidRPr="004566A6" w:rsidRDefault="00082454">
            <w:pPr>
              <w:spacing w:after="0" w:line="240" w:lineRule="auto"/>
              <w:jc w:val="center"/>
              <w:rPr>
                <w:noProof/>
                <w:lang w:val="ro-RO"/>
              </w:rPr>
            </w:pPr>
          </w:p>
        </w:tc>
      </w:tr>
      <w:tr w:rsidR="00082454" w:rsidRPr="00245FA7" w14:paraId="15A03327" w14:textId="77777777">
        <w:trPr>
          <w:cantSplit/>
          <w:jc w:val="center"/>
        </w:trPr>
        <w:tc>
          <w:tcPr>
            <w:tcW w:w="793" w:type="dxa"/>
            <w:tcMar>
              <w:top w:w="60" w:type="dxa"/>
              <w:left w:w="70" w:type="dxa"/>
              <w:bottom w:w="60" w:type="dxa"/>
              <w:right w:w="70" w:type="dxa"/>
            </w:tcMar>
            <w:vAlign w:val="center"/>
          </w:tcPr>
          <w:p w14:paraId="373FCABD" w14:textId="77777777" w:rsidR="00082454" w:rsidRPr="004566A6" w:rsidRDefault="00000000">
            <w:pPr>
              <w:spacing w:after="0" w:line="240" w:lineRule="auto"/>
              <w:jc w:val="center"/>
              <w:rPr>
                <w:noProof/>
                <w:lang w:val="ro-RO"/>
              </w:rPr>
            </w:pPr>
            <w:r w:rsidRPr="004566A6">
              <w:rPr>
                <w:rFonts w:eastAsia="Arial"/>
                <w:b/>
                <w:noProof/>
                <w:sz w:val="14"/>
                <w:lang w:val="ro-RO"/>
              </w:rPr>
              <w:t>S4.13</w:t>
            </w:r>
          </w:p>
        </w:tc>
        <w:tc>
          <w:tcPr>
            <w:tcW w:w="4081" w:type="dxa"/>
            <w:tcMar>
              <w:top w:w="60" w:type="dxa"/>
              <w:left w:w="70" w:type="dxa"/>
              <w:bottom w:w="60" w:type="dxa"/>
              <w:right w:w="70" w:type="dxa"/>
            </w:tcMar>
            <w:vAlign w:val="center"/>
          </w:tcPr>
          <w:p w14:paraId="255181C3" w14:textId="77777777" w:rsidR="00082454" w:rsidRPr="004566A6" w:rsidRDefault="00000000">
            <w:pPr>
              <w:spacing w:after="0" w:line="240" w:lineRule="auto"/>
              <w:rPr>
                <w:noProof/>
                <w:lang w:val="ro-RO"/>
              </w:rPr>
            </w:pPr>
            <w:r w:rsidRPr="004566A6">
              <w:rPr>
                <w:rFonts w:eastAsia="Arial"/>
                <w:noProof/>
                <w:sz w:val="14"/>
                <w:lang w:val="ro-RO"/>
              </w:rPr>
              <w:t>Obligațiile legale și alte cerințe sunt identificate, actualizate și traduse în cerințe operaționale.</w:t>
            </w:r>
          </w:p>
        </w:tc>
        <w:tc>
          <w:tcPr>
            <w:tcW w:w="5159" w:type="dxa"/>
            <w:tcMar>
              <w:top w:w="60" w:type="dxa"/>
              <w:left w:w="70" w:type="dxa"/>
              <w:bottom w:w="60" w:type="dxa"/>
              <w:right w:w="70" w:type="dxa"/>
            </w:tcMar>
            <w:vAlign w:val="center"/>
          </w:tcPr>
          <w:p w14:paraId="42EBEC28" w14:textId="77777777" w:rsidR="00082454" w:rsidRPr="004566A6" w:rsidRDefault="00000000">
            <w:pPr>
              <w:spacing w:after="0" w:line="240" w:lineRule="auto"/>
              <w:rPr>
                <w:noProof/>
                <w:lang w:val="ro-RO"/>
              </w:rPr>
            </w:pPr>
            <w:r w:rsidRPr="004566A6">
              <w:rPr>
                <w:rFonts w:eastAsia="Arial"/>
                <w:noProof/>
                <w:sz w:val="14"/>
                <w:lang w:val="ro-RO"/>
              </w:rPr>
              <w:t>Registru, surse, aplicabilitate și responsabil; limite, autorizări, examene, instruiri, raportări și controale.</w:t>
            </w:r>
          </w:p>
        </w:tc>
        <w:tc>
          <w:tcPr>
            <w:tcW w:w="1417" w:type="dxa"/>
            <w:tcMar>
              <w:top w:w="60" w:type="dxa"/>
              <w:left w:w="70" w:type="dxa"/>
              <w:bottom w:w="60" w:type="dxa"/>
              <w:right w:w="70" w:type="dxa"/>
            </w:tcMar>
            <w:vAlign w:val="center"/>
          </w:tcPr>
          <w:p w14:paraId="6FCF9DF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AEBC1A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170209F" w14:textId="77777777" w:rsidR="00082454" w:rsidRPr="004566A6" w:rsidRDefault="00082454">
            <w:pPr>
              <w:spacing w:after="0" w:line="240" w:lineRule="auto"/>
              <w:jc w:val="center"/>
              <w:rPr>
                <w:noProof/>
                <w:lang w:val="ro-RO"/>
              </w:rPr>
            </w:pPr>
          </w:p>
        </w:tc>
      </w:tr>
      <w:tr w:rsidR="00082454" w:rsidRPr="004566A6" w14:paraId="4CDC9B9E" w14:textId="77777777">
        <w:trPr>
          <w:cantSplit/>
          <w:jc w:val="center"/>
        </w:trPr>
        <w:tc>
          <w:tcPr>
            <w:tcW w:w="793" w:type="dxa"/>
            <w:shd w:val="clear" w:color="auto" w:fill="FAFAFA"/>
            <w:tcMar>
              <w:top w:w="60" w:type="dxa"/>
              <w:left w:w="70" w:type="dxa"/>
              <w:bottom w:w="60" w:type="dxa"/>
              <w:right w:w="70" w:type="dxa"/>
            </w:tcMar>
            <w:vAlign w:val="center"/>
          </w:tcPr>
          <w:p w14:paraId="3DD72C45" w14:textId="77777777" w:rsidR="00082454" w:rsidRPr="004566A6" w:rsidRDefault="00000000">
            <w:pPr>
              <w:spacing w:after="0" w:line="240" w:lineRule="auto"/>
              <w:jc w:val="center"/>
              <w:rPr>
                <w:noProof/>
                <w:lang w:val="ro-RO"/>
              </w:rPr>
            </w:pPr>
            <w:r w:rsidRPr="004566A6">
              <w:rPr>
                <w:rFonts w:eastAsia="Arial"/>
                <w:b/>
                <w:noProof/>
                <w:sz w:val="14"/>
                <w:lang w:val="ro-RO"/>
              </w:rPr>
              <w:t>S4.14</w:t>
            </w:r>
          </w:p>
        </w:tc>
        <w:tc>
          <w:tcPr>
            <w:tcW w:w="4081" w:type="dxa"/>
            <w:shd w:val="clear" w:color="auto" w:fill="FAFAFA"/>
            <w:tcMar>
              <w:top w:w="60" w:type="dxa"/>
              <w:left w:w="70" w:type="dxa"/>
              <w:bottom w:w="60" w:type="dxa"/>
              <w:right w:w="70" w:type="dxa"/>
            </w:tcMar>
            <w:vAlign w:val="center"/>
          </w:tcPr>
          <w:p w14:paraId="02CA2963" w14:textId="77777777" w:rsidR="00082454" w:rsidRPr="004566A6" w:rsidRDefault="00000000">
            <w:pPr>
              <w:spacing w:after="0" w:line="240" w:lineRule="auto"/>
              <w:rPr>
                <w:noProof/>
                <w:lang w:val="ro-RO"/>
              </w:rPr>
            </w:pPr>
            <w:r w:rsidRPr="004566A6">
              <w:rPr>
                <w:rFonts w:eastAsia="Arial"/>
                <w:noProof/>
                <w:sz w:val="14"/>
                <w:lang w:val="ro-RO"/>
              </w:rPr>
              <w:t>Sunt planificate acțiuni pentru riscuri, oportunități, obligații și urgențe.</w:t>
            </w:r>
          </w:p>
        </w:tc>
        <w:tc>
          <w:tcPr>
            <w:tcW w:w="5159" w:type="dxa"/>
            <w:shd w:val="clear" w:color="auto" w:fill="FAFAFA"/>
            <w:tcMar>
              <w:top w:w="60" w:type="dxa"/>
              <w:left w:w="70" w:type="dxa"/>
              <w:bottom w:w="60" w:type="dxa"/>
              <w:right w:w="70" w:type="dxa"/>
            </w:tcMar>
            <w:vAlign w:val="center"/>
          </w:tcPr>
          <w:p w14:paraId="20A27809" w14:textId="77777777" w:rsidR="00082454" w:rsidRPr="004566A6" w:rsidRDefault="00000000">
            <w:pPr>
              <w:spacing w:after="0" w:line="240" w:lineRule="auto"/>
              <w:rPr>
                <w:noProof/>
                <w:lang w:val="ro-RO"/>
              </w:rPr>
            </w:pPr>
            <w:r w:rsidRPr="004566A6">
              <w:rPr>
                <w:rFonts w:eastAsia="Arial"/>
                <w:noProof/>
                <w:sz w:val="14"/>
                <w:lang w:val="ro-RO"/>
              </w:rPr>
              <w:t>Planuri integrate cu controale, obiective, resurse și indicatori.</w:t>
            </w:r>
          </w:p>
        </w:tc>
        <w:tc>
          <w:tcPr>
            <w:tcW w:w="1417" w:type="dxa"/>
            <w:shd w:val="clear" w:color="auto" w:fill="FAFAFA"/>
            <w:tcMar>
              <w:top w:w="60" w:type="dxa"/>
              <w:left w:w="70" w:type="dxa"/>
              <w:bottom w:w="60" w:type="dxa"/>
              <w:right w:w="70" w:type="dxa"/>
            </w:tcMar>
            <w:vAlign w:val="center"/>
          </w:tcPr>
          <w:p w14:paraId="13E3A62D"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F6AB99B"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C5F3E0F" w14:textId="77777777" w:rsidR="00082454" w:rsidRPr="004566A6" w:rsidRDefault="00082454">
            <w:pPr>
              <w:spacing w:after="0" w:line="240" w:lineRule="auto"/>
              <w:jc w:val="center"/>
              <w:rPr>
                <w:noProof/>
                <w:lang w:val="ro-RO"/>
              </w:rPr>
            </w:pPr>
          </w:p>
        </w:tc>
      </w:tr>
      <w:tr w:rsidR="00082454" w:rsidRPr="004566A6" w14:paraId="5E30FB3E" w14:textId="77777777">
        <w:trPr>
          <w:cantSplit/>
          <w:jc w:val="center"/>
        </w:trPr>
        <w:tc>
          <w:tcPr>
            <w:tcW w:w="793" w:type="dxa"/>
            <w:tcMar>
              <w:top w:w="60" w:type="dxa"/>
              <w:left w:w="70" w:type="dxa"/>
              <w:bottom w:w="60" w:type="dxa"/>
              <w:right w:w="70" w:type="dxa"/>
            </w:tcMar>
            <w:vAlign w:val="center"/>
          </w:tcPr>
          <w:p w14:paraId="464AD1E4" w14:textId="77777777" w:rsidR="00082454" w:rsidRPr="004566A6" w:rsidRDefault="00000000">
            <w:pPr>
              <w:spacing w:after="0" w:line="240" w:lineRule="auto"/>
              <w:jc w:val="center"/>
              <w:rPr>
                <w:noProof/>
                <w:lang w:val="ro-RO"/>
              </w:rPr>
            </w:pPr>
            <w:r w:rsidRPr="004566A6">
              <w:rPr>
                <w:rFonts w:eastAsia="Arial"/>
                <w:b/>
                <w:noProof/>
                <w:sz w:val="14"/>
                <w:lang w:val="ro-RO"/>
              </w:rPr>
              <w:t>S4.15</w:t>
            </w:r>
          </w:p>
        </w:tc>
        <w:tc>
          <w:tcPr>
            <w:tcW w:w="4081" w:type="dxa"/>
            <w:tcMar>
              <w:top w:w="60" w:type="dxa"/>
              <w:left w:w="70" w:type="dxa"/>
              <w:bottom w:w="60" w:type="dxa"/>
              <w:right w:w="70" w:type="dxa"/>
            </w:tcMar>
            <w:vAlign w:val="center"/>
          </w:tcPr>
          <w:p w14:paraId="3F62FB55" w14:textId="77777777" w:rsidR="00082454" w:rsidRPr="004566A6" w:rsidRDefault="00000000">
            <w:pPr>
              <w:spacing w:after="0" w:line="240" w:lineRule="auto"/>
              <w:rPr>
                <w:noProof/>
                <w:lang w:val="ro-RO"/>
              </w:rPr>
            </w:pPr>
            <w:r w:rsidRPr="004566A6">
              <w:rPr>
                <w:rFonts w:eastAsia="Arial"/>
                <w:noProof/>
                <w:sz w:val="14"/>
                <w:lang w:val="ro-RO"/>
              </w:rPr>
              <w:t>Acțiunile urmează ierarhia controalelor și bunele practici.</w:t>
            </w:r>
          </w:p>
        </w:tc>
        <w:tc>
          <w:tcPr>
            <w:tcW w:w="5159" w:type="dxa"/>
            <w:tcMar>
              <w:top w:w="60" w:type="dxa"/>
              <w:left w:w="70" w:type="dxa"/>
              <w:bottom w:w="60" w:type="dxa"/>
              <w:right w:w="70" w:type="dxa"/>
            </w:tcMar>
            <w:vAlign w:val="center"/>
          </w:tcPr>
          <w:p w14:paraId="5350CE1C" w14:textId="77777777" w:rsidR="00082454" w:rsidRPr="004566A6" w:rsidRDefault="00000000">
            <w:pPr>
              <w:spacing w:after="0" w:line="240" w:lineRule="auto"/>
              <w:rPr>
                <w:noProof/>
                <w:lang w:val="ro-RO"/>
              </w:rPr>
            </w:pPr>
            <w:r w:rsidRPr="004566A6">
              <w:rPr>
                <w:rFonts w:eastAsia="Arial"/>
                <w:noProof/>
                <w:sz w:val="14"/>
                <w:lang w:val="ro-RO"/>
              </w:rPr>
              <w:t>Prioritate eliminării și substituirii înaintea controalelor administrative/EIP.</w:t>
            </w:r>
          </w:p>
        </w:tc>
        <w:tc>
          <w:tcPr>
            <w:tcW w:w="1417" w:type="dxa"/>
            <w:tcMar>
              <w:top w:w="60" w:type="dxa"/>
              <w:left w:w="70" w:type="dxa"/>
              <w:bottom w:w="60" w:type="dxa"/>
              <w:right w:w="70" w:type="dxa"/>
            </w:tcMar>
            <w:vAlign w:val="center"/>
          </w:tcPr>
          <w:p w14:paraId="5DFFE708"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D4EF619"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943EEE8" w14:textId="77777777" w:rsidR="00082454" w:rsidRPr="004566A6" w:rsidRDefault="00082454">
            <w:pPr>
              <w:spacing w:after="0" w:line="240" w:lineRule="auto"/>
              <w:jc w:val="center"/>
              <w:rPr>
                <w:noProof/>
                <w:lang w:val="ro-RO"/>
              </w:rPr>
            </w:pPr>
          </w:p>
        </w:tc>
      </w:tr>
      <w:tr w:rsidR="00082454" w:rsidRPr="004566A6" w14:paraId="6758227A" w14:textId="77777777">
        <w:trPr>
          <w:cantSplit/>
          <w:jc w:val="center"/>
        </w:trPr>
        <w:tc>
          <w:tcPr>
            <w:tcW w:w="793" w:type="dxa"/>
            <w:shd w:val="clear" w:color="auto" w:fill="FAFAFA"/>
            <w:tcMar>
              <w:top w:w="60" w:type="dxa"/>
              <w:left w:w="70" w:type="dxa"/>
              <w:bottom w:w="60" w:type="dxa"/>
              <w:right w:w="70" w:type="dxa"/>
            </w:tcMar>
            <w:vAlign w:val="center"/>
          </w:tcPr>
          <w:p w14:paraId="182365DF" w14:textId="77777777" w:rsidR="00082454" w:rsidRPr="004566A6" w:rsidRDefault="00000000">
            <w:pPr>
              <w:spacing w:after="0" w:line="240" w:lineRule="auto"/>
              <w:jc w:val="center"/>
              <w:rPr>
                <w:noProof/>
                <w:lang w:val="ro-RO"/>
              </w:rPr>
            </w:pPr>
            <w:r w:rsidRPr="004566A6">
              <w:rPr>
                <w:rFonts w:eastAsia="Arial"/>
                <w:b/>
                <w:noProof/>
                <w:sz w:val="14"/>
                <w:lang w:val="ro-RO"/>
              </w:rPr>
              <w:t>S4.16</w:t>
            </w:r>
          </w:p>
        </w:tc>
        <w:tc>
          <w:tcPr>
            <w:tcW w:w="4081" w:type="dxa"/>
            <w:shd w:val="clear" w:color="auto" w:fill="FAFAFA"/>
            <w:tcMar>
              <w:top w:w="60" w:type="dxa"/>
              <w:left w:w="70" w:type="dxa"/>
              <w:bottom w:w="60" w:type="dxa"/>
              <w:right w:w="70" w:type="dxa"/>
            </w:tcMar>
            <w:vAlign w:val="center"/>
          </w:tcPr>
          <w:p w14:paraId="2107E884" w14:textId="77777777" w:rsidR="00082454" w:rsidRPr="004566A6" w:rsidRDefault="00000000">
            <w:pPr>
              <w:spacing w:after="0" w:line="240" w:lineRule="auto"/>
              <w:rPr>
                <w:noProof/>
                <w:lang w:val="ro-RO"/>
              </w:rPr>
            </w:pPr>
            <w:r w:rsidRPr="004566A6">
              <w:rPr>
                <w:rFonts w:eastAsia="Arial"/>
                <w:noProof/>
                <w:sz w:val="14"/>
                <w:lang w:val="ro-RO"/>
              </w:rPr>
              <w:t>Acțiunile sunt integrate, fezabile, consultate și actualizate la incidente, schimbări sau informații noi.</w:t>
            </w:r>
          </w:p>
        </w:tc>
        <w:tc>
          <w:tcPr>
            <w:tcW w:w="5159" w:type="dxa"/>
            <w:shd w:val="clear" w:color="auto" w:fill="FAFAFA"/>
            <w:tcMar>
              <w:top w:w="60" w:type="dxa"/>
              <w:left w:w="70" w:type="dxa"/>
              <w:bottom w:w="60" w:type="dxa"/>
              <w:right w:w="70" w:type="dxa"/>
            </w:tcMar>
            <w:vAlign w:val="center"/>
          </w:tcPr>
          <w:p w14:paraId="476FD4E3" w14:textId="77777777" w:rsidR="00082454" w:rsidRPr="004566A6" w:rsidRDefault="00000000">
            <w:pPr>
              <w:spacing w:after="0" w:line="240" w:lineRule="auto"/>
              <w:rPr>
                <w:noProof/>
                <w:lang w:val="ro-RO"/>
              </w:rPr>
            </w:pPr>
            <w:r w:rsidRPr="004566A6">
              <w:rPr>
                <w:rFonts w:eastAsia="Arial"/>
                <w:noProof/>
                <w:sz w:val="14"/>
                <w:lang w:val="ro-RO"/>
              </w:rPr>
              <w:t>Responsabili, termene, criterii și monitorizare; considerarea tehnologiei, finanțelor, operațiunilor și nevoilor lucrătorilor; trigger-e și comunicare.</w:t>
            </w:r>
          </w:p>
        </w:tc>
        <w:tc>
          <w:tcPr>
            <w:tcW w:w="1417" w:type="dxa"/>
            <w:shd w:val="clear" w:color="auto" w:fill="FAFAFA"/>
            <w:tcMar>
              <w:top w:w="60" w:type="dxa"/>
              <w:left w:w="70" w:type="dxa"/>
              <w:bottom w:w="60" w:type="dxa"/>
              <w:right w:w="70" w:type="dxa"/>
            </w:tcMar>
            <w:vAlign w:val="center"/>
          </w:tcPr>
          <w:p w14:paraId="2846E680"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30594C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828FBFE" w14:textId="77777777" w:rsidR="00082454" w:rsidRPr="004566A6" w:rsidRDefault="00082454">
            <w:pPr>
              <w:spacing w:after="0" w:line="240" w:lineRule="auto"/>
              <w:jc w:val="center"/>
              <w:rPr>
                <w:noProof/>
                <w:lang w:val="ro-RO"/>
              </w:rPr>
            </w:pPr>
          </w:p>
        </w:tc>
      </w:tr>
    </w:tbl>
    <w:p w14:paraId="3B2F8F0B"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05012C29" w14:textId="77777777">
        <w:trPr>
          <w:cantSplit/>
          <w:jc w:val="center"/>
        </w:trPr>
        <w:tc>
          <w:tcPr>
            <w:tcW w:w="1020" w:type="dxa"/>
            <w:shd w:val="clear" w:color="auto" w:fill="D71920"/>
            <w:tcMar>
              <w:top w:w="60" w:type="dxa"/>
              <w:left w:w="70" w:type="dxa"/>
              <w:bottom w:w="60" w:type="dxa"/>
              <w:right w:w="70" w:type="dxa"/>
            </w:tcMar>
            <w:vAlign w:val="center"/>
          </w:tcPr>
          <w:p w14:paraId="2A8F61FA"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5</w:t>
            </w:r>
          </w:p>
        </w:tc>
        <w:tc>
          <w:tcPr>
            <w:tcW w:w="12585" w:type="dxa"/>
            <w:shd w:val="clear" w:color="auto" w:fill="F3F4F5"/>
          </w:tcPr>
          <w:p w14:paraId="59AE8A83" w14:textId="77777777" w:rsidR="00082454" w:rsidRPr="004566A6" w:rsidRDefault="00000000">
            <w:pPr>
              <w:spacing w:after="20"/>
              <w:rPr>
                <w:noProof/>
                <w:lang w:val="ro-RO"/>
              </w:rPr>
            </w:pPr>
            <w:r w:rsidRPr="004566A6">
              <w:rPr>
                <w:rFonts w:eastAsia="Arial"/>
                <w:b/>
                <w:noProof/>
                <w:sz w:val="27"/>
                <w:lang w:val="ro-RO"/>
              </w:rPr>
              <w:t>Obiective SSM și planuri</w:t>
            </w:r>
          </w:p>
          <w:p w14:paraId="1804A380"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6.2  |  Obiectiv: stabilirea rezultatelor măsurabile care susțin politica, conformarea și îmbunătățirea performanței SSM</w:t>
            </w:r>
          </w:p>
        </w:tc>
      </w:tr>
    </w:tbl>
    <w:p w14:paraId="1907DF63"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27E69480" w14:textId="77777777">
        <w:trPr>
          <w:cantSplit/>
          <w:jc w:val="center"/>
        </w:trPr>
        <w:tc>
          <w:tcPr>
            <w:tcW w:w="566" w:type="dxa"/>
            <w:shd w:val="clear" w:color="auto" w:fill="D71920"/>
            <w:tcMar>
              <w:top w:w="60" w:type="dxa"/>
              <w:left w:w="70" w:type="dxa"/>
              <w:bottom w:w="60" w:type="dxa"/>
              <w:right w:w="70" w:type="dxa"/>
            </w:tcMar>
            <w:vAlign w:val="center"/>
          </w:tcPr>
          <w:p w14:paraId="5E119F2C"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65143C64"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545DA743" w14:textId="77777777" w:rsidR="00082454" w:rsidRPr="004566A6" w:rsidRDefault="00000000">
            <w:pPr>
              <w:spacing w:after="0" w:line="252" w:lineRule="auto"/>
              <w:rPr>
                <w:noProof/>
                <w:lang w:val="ro-RO"/>
              </w:rPr>
            </w:pPr>
            <w:r w:rsidRPr="004566A6">
              <w:rPr>
                <w:rFonts w:eastAsia="Arial"/>
                <w:noProof/>
                <w:sz w:val="16"/>
                <w:lang w:val="ro-RO"/>
              </w:rPr>
              <w:t>Combinați indicatorii reactivi (incidente, zile pierdute) cu indicatori proactivi (eliminări de pericole, inspecții, acțiuni eficace, participare și expuneri controlate).</w:t>
            </w:r>
          </w:p>
        </w:tc>
      </w:tr>
    </w:tbl>
    <w:p w14:paraId="53DBC033"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299B5C00" w14:textId="77777777">
        <w:trPr>
          <w:cantSplit/>
          <w:tblHeader/>
          <w:jc w:val="center"/>
        </w:trPr>
        <w:tc>
          <w:tcPr>
            <w:tcW w:w="793" w:type="dxa"/>
            <w:shd w:val="clear" w:color="auto" w:fill="D71920"/>
            <w:tcMar>
              <w:top w:w="60" w:type="dxa"/>
              <w:left w:w="70" w:type="dxa"/>
              <w:bottom w:w="60" w:type="dxa"/>
              <w:right w:w="70" w:type="dxa"/>
            </w:tcMar>
            <w:vAlign w:val="center"/>
          </w:tcPr>
          <w:p w14:paraId="30694C3B"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529E35E5"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1A86707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294D8F3"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1353AEB5"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C6213B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1CCD063A" w14:textId="77777777">
        <w:trPr>
          <w:cantSplit/>
          <w:jc w:val="center"/>
        </w:trPr>
        <w:tc>
          <w:tcPr>
            <w:tcW w:w="793" w:type="dxa"/>
            <w:tcMar>
              <w:top w:w="60" w:type="dxa"/>
              <w:left w:w="70" w:type="dxa"/>
              <w:bottom w:w="60" w:type="dxa"/>
              <w:right w:w="70" w:type="dxa"/>
            </w:tcMar>
            <w:vAlign w:val="center"/>
          </w:tcPr>
          <w:p w14:paraId="482543E4" w14:textId="77777777" w:rsidR="00082454" w:rsidRPr="004566A6" w:rsidRDefault="00000000">
            <w:pPr>
              <w:spacing w:after="0" w:line="240" w:lineRule="auto"/>
              <w:jc w:val="center"/>
              <w:rPr>
                <w:noProof/>
                <w:lang w:val="ro-RO"/>
              </w:rPr>
            </w:pPr>
            <w:r w:rsidRPr="004566A6">
              <w:rPr>
                <w:rFonts w:eastAsia="Arial"/>
                <w:b/>
                <w:noProof/>
                <w:sz w:val="14"/>
                <w:lang w:val="ro-RO"/>
              </w:rPr>
              <w:t>S5.1</w:t>
            </w:r>
          </w:p>
        </w:tc>
        <w:tc>
          <w:tcPr>
            <w:tcW w:w="4081" w:type="dxa"/>
            <w:tcMar>
              <w:top w:w="60" w:type="dxa"/>
              <w:left w:w="70" w:type="dxa"/>
              <w:bottom w:w="60" w:type="dxa"/>
              <w:right w:w="70" w:type="dxa"/>
            </w:tcMar>
            <w:vAlign w:val="center"/>
          </w:tcPr>
          <w:p w14:paraId="58AA5E23" w14:textId="77777777" w:rsidR="00082454" w:rsidRPr="004566A6" w:rsidRDefault="00000000">
            <w:pPr>
              <w:spacing w:after="0" w:line="240" w:lineRule="auto"/>
              <w:rPr>
                <w:noProof/>
                <w:lang w:val="ro-RO"/>
              </w:rPr>
            </w:pPr>
            <w:r w:rsidRPr="004566A6">
              <w:rPr>
                <w:rFonts w:eastAsia="Arial"/>
                <w:noProof/>
                <w:sz w:val="14"/>
                <w:lang w:val="ro-RO"/>
              </w:rPr>
              <w:t>Obiectivele sunt stabilite la funcțiile și nivelurile relevante.</w:t>
            </w:r>
          </w:p>
        </w:tc>
        <w:tc>
          <w:tcPr>
            <w:tcW w:w="5159" w:type="dxa"/>
            <w:tcMar>
              <w:top w:w="60" w:type="dxa"/>
              <w:left w:w="70" w:type="dxa"/>
              <w:bottom w:w="60" w:type="dxa"/>
              <w:right w:w="70" w:type="dxa"/>
            </w:tcMar>
            <w:vAlign w:val="center"/>
          </w:tcPr>
          <w:p w14:paraId="1AEA5C87" w14:textId="77777777" w:rsidR="00082454" w:rsidRPr="004566A6" w:rsidRDefault="00000000">
            <w:pPr>
              <w:spacing w:after="0" w:line="240" w:lineRule="auto"/>
              <w:rPr>
                <w:noProof/>
                <w:lang w:val="ro-RO"/>
              </w:rPr>
            </w:pPr>
            <w:r w:rsidRPr="004566A6">
              <w:rPr>
                <w:rFonts w:eastAsia="Arial"/>
                <w:noProof/>
                <w:sz w:val="14"/>
                <w:lang w:val="ro-RO"/>
              </w:rPr>
              <w:t>Registru corelat cu riscuri, obligații, incidente și strategie.</w:t>
            </w:r>
          </w:p>
        </w:tc>
        <w:tc>
          <w:tcPr>
            <w:tcW w:w="1417" w:type="dxa"/>
            <w:tcMar>
              <w:top w:w="60" w:type="dxa"/>
              <w:left w:w="70" w:type="dxa"/>
              <w:bottom w:w="60" w:type="dxa"/>
              <w:right w:w="70" w:type="dxa"/>
            </w:tcMar>
            <w:vAlign w:val="center"/>
          </w:tcPr>
          <w:p w14:paraId="2BEC6B87"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7E5F4A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BE6B57B" w14:textId="77777777" w:rsidR="00082454" w:rsidRPr="004566A6" w:rsidRDefault="00082454">
            <w:pPr>
              <w:spacing w:after="0" w:line="240" w:lineRule="auto"/>
              <w:jc w:val="center"/>
              <w:rPr>
                <w:noProof/>
                <w:lang w:val="ro-RO"/>
              </w:rPr>
            </w:pPr>
          </w:p>
        </w:tc>
      </w:tr>
      <w:tr w:rsidR="00082454" w:rsidRPr="004566A6" w14:paraId="0942C4EA" w14:textId="77777777">
        <w:trPr>
          <w:cantSplit/>
          <w:jc w:val="center"/>
        </w:trPr>
        <w:tc>
          <w:tcPr>
            <w:tcW w:w="793" w:type="dxa"/>
            <w:shd w:val="clear" w:color="auto" w:fill="FAFAFA"/>
            <w:tcMar>
              <w:top w:w="60" w:type="dxa"/>
              <w:left w:w="70" w:type="dxa"/>
              <w:bottom w:w="60" w:type="dxa"/>
              <w:right w:w="70" w:type="dxa"/>
            </w:tcMar>
            <w:vAlign w:val="center"/>
          </w:tcPr>
          <w:p w14:paraId="0074B10C" w14:textId="77777777" w:rsidR="00082454" w:rsidRPr="004566A6" w:rsidRDefault="00000000">
            <w:pPr>
              <w:spacing w:after="0" w:line="240" w:lineRule="auto"/>
              <w:jc w:val="center"/>
              <w:rPr>
                <w:noProof/>
                <w:lang w:val="ro-RO"/>
              </w:rPr>
            </w:pPr>
            <w:r w:rsidRPr="004566A6">
              <w:rPr>
                <w:rFonts w:eastAsia="Arial"/>
                <w:b/>
                <w:noProof/>
                <w:sz w:val="14"/>
                <w:lang w:val="ro-RO"/>
              </w:rPr>
              <w:t>S5.2</w:t>
            </w:r>
          </w:p>
        </w:tc>
        <w:tc>
          <w:tcPr>
            <w:tcW w:w="4081" w:type="dxa"/>
            <w:shd w:val="clear" w:color="auto" w:fill="FAFAFA"/>
            <w:tcMar>
              <w:top w:w="60" w:type="dxa"/>
              <w:left w:w="70" w:type="dxa"/>
              <w:bottom w:w="60" w:type="dxa"/>
              <w:right w:w="70" w:type="dxa"/>
            </w:tcMar>
            <w:vAlign w:val="center"/>
          </w:tcPr>
          <w:p w14:paraId="17B8C1E6" w14:textId="77777777" w:rsidR="00082454" w:rsidRPr="004566A6" w:rsidRDefault="00000000">
            <w:pPr>
              <w:spacing w:after="0" w:line="240" w:lineRule="auto"/>
              <w:rPr>
                <w:noProof/>
                <w:lang w:val="ro-RO"/>
              </w:rPr>
            </w:pPr>
            <w:r w:rsidRPr="004566A6">
              <w:rPr>
                <w:rFonts w:eastAsia="Arial"/>
                <w:noProof/>
                <w:sz w:val="14"/>
                <w:lang w:val="ro-RO"/>
              </w:rPr>
              <w:t>Obiectivele sunt compatibile cu politica și iau în considerare cerințele aplicabile.</w:t>
            </w:r>
          </w:p>
        </w:tc>
        <w:tc>
          <w:tcPr>
            <w:tcW w:w="5159" w:type="dxa"/>
            <w:shd w:val="clear" w:color="auto" w:fill="FAFAFA"/>
            <w:tcMar>
              <w:top w:w="60" w:type="dxa"/>
              <w:left w:w="70" w:type="dxa"/>
              <w:bottom w:w="60" w:type="dxa"/>
              <w:right w:w="70" w:type="dxa"/>
            </w:tcMar>
            <w:vAlign w:val="center"/>
          </w:tcPr>
          <w:p w14:paraId="25F3524C" w14:textId="77777777" w:rsidR="00082454" w:rsidRPr="004566A6" w:rsidRDefault="00000000">
            <w:pPr>
              <w:spacing w:after="0" w:line="240" w:lineRule="auto"/>
              <w:rPr>
                <w:noProof/>
                <w:lang w:val="ro-RO"/>
              </w:rPr>
            </w:pPr>
            <w:r w:rsidRPr="004566A6">
              <w:rPr>
                <w:rFonts w:eastAsia="Arial"/>
                <w:noProof/>
                <w:sz w:val="14"/>
                <w:lang w:val="ro-RO"/>
              </w:rPr>
              <w:t>Trasabilitate și justificare.</w:t>
            </w:r>
          </w:p>
        </w:tc>
        <w:tc>
          <w:tcPr>
            <w:tcW w:w="1417" w:type="dxa"/>
            <w:shd w:val="clear" w:color="auto" w:fill="FAFAFA"/>
            <w:tcMar>
              <w:top w:w="60" w:type="dxa"/>
              <w:left w:w="70" w:type="dxa"/>
              <w:bottom w:w="60" w:type="dxa"/>
              <w:right w:w="70" w:type="dxa"/>
            </w:tcMar>
            <w:vAlign w:val="center"/>
          </w:tcPr>
          <w:p w14:paraId="02A9065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965EA53"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5DB4DC1" w14:textId="77777777" w:rsidR="00082454" w:rsidRPr="004566A6" w:rsidRDefault="00082454">
            <w:pPr>
              <w:spacing w:after="0" w:line="240" w:lineRule="auto"/>
              <w:jc w:val="center"/>
              <w:rPr>
                <w:noProof/>
                <w:lang w:val="ro-RO"/>
              </w:rPr>
            </w:pPr>
          </w:p>
        </w:tc>
      </w:tr>
      <w:tr w:rsidR="00082454" w:rsidRPr="00245FA7" w14:paraId="7E8620C6" w14:textId="77777777">
        <w:trPr>
          <w:cantSplit/>
          <w:jc w:val="center"/>
        </w:trPr>
        <w:tc>
          <w:tcPr>
            <w:tcW w:w="793" w:type="dxa"/>
            <w:tcMar>
              <w:top w:w="60" w:type="dxa"/>
              <w:left w:w="70" w:type="dxa"/>
              <w:bottom w:w="60" w:type="dxa"/>
              <w:right w:w="70" w:type="dxa"/>
            </w:tcMar>
            <w:vAlign w:val="center"/>
          </w:tcPr>
          <w:p w14:paraId="6188EE11" w14:textId="77777777" w:rsidR="00082454" w:rsidRPr="004566A6" w:rsidRDefault="00000000">
            <w:pPr>
              <w:spacing w:after="0" w:line="240" w:lineRule="auto"/>
              <w:jc w:val="center"/>
              <w:rPr>
                <w:noProof/>
                <w:lang w:val="ro-RO"/>
              </w:rPr>
            </w:pPr>
            <w:r w:rsidRPr="004566A6">
              <w:rPr>
                <w:rFonts w:eastAsia="Arial"/>
                <w:b/>
                <w:noProof/>
                <w:sz w:val="14"/>
                <w:lang w:val="ro-RO"/>
              </w:rPr>
              <w:t>S5.3</w:t>
            </w:r>
          </w:p>
        </w:tc>
        <w:tc>
          <w:tcPr>
            <w:tcW w:w="4081" w:type="dxa"/>
            <w:tcMar>
              <w:top w:w="60" w:type="dxa"/>
              <w:left w:w="70" w:type="dxa"/>
              <w:bottom w:w="60" w:type="dxa"/>
              <w:right w:w="70" w:type="dxa"/>
            </w:tcMar>
            <w:vAlign w:val="center"/>
          </w:tcPr>
          <w:p w14:paraId="5D21F0B2" w14:textId="77777777" w:rsidR="00082454" w:rsidRPr="004566A6" w:rsidRDefault="00000000">
            <w:pPr>
              <w:spacing w:after="0" w:line="240" w:lineRule="auto"/>
              <w:rPr>
                <w:noProof/>
                <w:lang w:val="ro-RO"/>
              </w:rPr>
            </w:pPr>
            <w:r w:rsidRPr="004566A6">
              <w:rPr>
                <w:rFonts w:eastAsia="Arial"/>
                <w:noProof/>
                <w:sz w:val="14"/>
                <w:lang w:val="ro-RO"/>
              </w:rPr>
              <w:t>Obiectivele sunt măsurabile sau evaluabile prin criterii clare.</w:t>
            </w:r>
          </w:p>
        </w:tc>
        <w:tc>
          <w:tcPr>
            <w:tcW w:w="5159" w:type="dxa"/>
            <w:tcMar>
              <w:top w:w="60" w:type="dxa"/>
              <w:left w:w="70" w:type="dxa"/>
              <w:bottom w:w="60" w:type="dxa"/>
              <w:right w:w="70" w:type="dxa"/>
            </w:tcMar>
            <w:vAlign w:val="center"/>
          </w:tcPr>
          <w:p w14:paraId="7A1BB36E" w14:textId="77777777" w:rsidR="00082454" w:rsidRPr="004566A6" w:rsidRDefault="00000000">
            <w:pPr>
              <w:spacing w:after="0" w:line="240" w:lineRule="auto"/>
              <w:rPr>
                <w:noProof/>
                <w:lang w:val="ro-RO"/>
              </w:rPr>
            </w:pPr>
            <w:r w:rsidRPr="004566A6">
              <w:rPr>
                <w:rFonts w:eastAsia="Arial"/>
                <w:noProof/>
                <w:sz w:val="14"/>
                <w:lang w:val="ro-RO"/>
              </w:rPr>
              <w:t>Indicator, bază de referință, țintă, unitate și sursă de date.</w:t>
            </w:r>
          </w:p>
        </w:tc>
        <w:tc>
          <w:tcPr>
            <w:tcW w:w="1417" w:type="dxa"/>
            <w:tcMar>
              <w:top w:w="60" w:type="dxa"/>
              <w:left w:w="70" w:type="dxa"/>
              <w:bottom w:w="60" w:type="dxa"/>
              <w:right w:w="70" w:type="dxa"/>
            </w:tcMar>
            <w:vAlign w:val="center"/>
          </w:tcPr>
          <w:p w14:paraId="13BF69D7"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14C1FB8"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0699BAD" w14:textId="77777777" w:rsidR="00082454" w:rsidRPr="004566A6" w:rsidRDefault="00082454">
            <w:pPr>
              <w:spacing w:after="0" w:line="240" w:lineRule="auto"/>
              <w:jc w:val="center"/>
              <w:rPr>
                <w:noProof/>
                <w:lang w:val="ro-RO"/>
              </w:rPr>
            </w:pPr>
          </w:p>
        </w:tc>
      </w:tr>
      <w:tr w:rsidR="00082454" w:rsidRPr="004566A6" w14:paraId="201E9AA6" w14:textId="77777777">
        <w:trPr>
          <w:cantSplit/>
          <w:jc w:val="center"/>
        </w:trPr>
        <w:tc>
          <w:tcPr>
            <w:tcW w:w="793" w:type="dxa"/>
            <w:shd w:val="clear" w:color="auto" w:fill="FAFAFA"/>
            <w:tcMar>
              <w:top w:w="60" w:type="dxa"/>
              <w:left w:w="70" w:type="dxa"/>
              <w:bottom w:w="60" w:type="dxa"/>
              <w:right w:w="70" w:type="dxa"/>
            </w:tcMar>
            <w:vAlign w:val="center"/>
          </w:tcPr>
          <w:p w14:paraId="7AA43F77" w14:textId="77777777" w:rsidR="00082454" w:rsidRPr="004566A6" w:rsidRDefault="00000000">
            <w:pPr>
              <w:spacing w:after="0" w:line="240" w:lineRule="auto"/>
              <w:jc w:val="center"/>
              <w:rPr>
                <w:noProof/>
                <w:lang w:val="ro-RO"/>
              </w:rPr>
            </w:pPr>
            <w:r w:rsidRPr="004566A6">
              <w:rPr>
                <w:rFonts w:eastAsia="Arial"/>
                <w:b/>
                <w:noProof/>
                <w:sz w:val="14"/>
                <w:lang w:val="ro-RO"/>
              </w:rPr>
              <w:t>S5.4</w:t>
            </w:r>
          </w:p>
        </w:tc>
        <w:tc>
          <w:tcPr>
            <w:tcW w:w="4081" w:type="dxa"/>
            <w:shd w:val="clear" w:color="auto" w:fill="FAFAFA"/>
            <w:tcMar>
              <w:top w:w="60" w:type="dxa"/>
              <w:left w:w="70" w:type="dxa"/>
              <w:bottom w:w="60" w:type="dxa"/>
              <w:right w:w="70" w:type="dxa"/>
            </w:tcMar>
            <w:vAlign w:val="center"/>
          </w:tcPr>
          <w:p w14:paraId="0A23BC08" w14:textId="77777777" w:rsidR="00082454" w:rsidRPr="004566A6" w:rsidRDefault="00000000">
            <w:pPr>
              <w:spacing w:after="0" w:line="240" w:lineRule="auto"/>
              <w:rPr>
                <w:noProof/>
                <w:lang w:val="ro-RO"/>
              </w:rPr>
            </w:pPr>
            <w:r w:rsidRPr="004566A6">
              <w:rPr>
                <w:rFonts w:eastAsia="Arial"/>
                <w:noProof/>
                <w:sz w:val="14"/>
                <w:lang w:val="ro-RO"/>
              </w:rPr>
              <w:t>Sunt luate în considerare rezultatele evaluării riscurilor/oportunităților și consultarea lucrătorilor.</w:t>
            </w:r>
          </w:p>
        </w:tc>
        <w:tc>
          <w:tcPr>
            <w:tcW w:w="5159" w:type="dxa"/>
            <w:shd w:val="clear" w:color="auto" w:fill="FAFAFA"/>
            <w:tcMar>
              <w:top w:w="60" w:type="dxa"/>
              <w:left w:w="70" w:type="dxa"/>
              <w:bottom w:w="60" w:type="dxa"/>
              <w:right w:w="70" w:type="dxa"/>
            </w:tcMar>
            <w:vAlign w:val="center"/>
          </w:tcPr>
          <w:p w14:paraId="17F145DE" w14:textId="77777777" w:rsidR="00082454" w:rsidRPr="004566A6" w:rsidRDefault="00000000">
            <w:pPr>
              <w:spacing w:after="0" w:line="240" w:lineRule="auto"/>
              <w:rPr>
                <w:noProof/>
                <w:lang w:val="ro-RO"/>
              </w:rPr>
            </w:pPr>
            <w:r w:rsidRPr="004566A6">
              <w:rPr>
                <w:rFonts w:eastAsia="Arial"/>
                <w:noProof/>
                <w:sz w:val="14"/>
                <w:lang w:val="ro-RO"/>
              </w:rPr>
              <w:t>Proces de prioritizare și feedback.</w:t>
            </w:r>
          </w:p>
        </w:tc>
        <w:tc>
          <w:tcPr>
            <w:tcW w:w="1417" w:type="dxa"/>
            <w:shd w:val="clear" w:color="auto" w:fill="FAFAFA"/>
            <w:tcMar>
              <w:top w:w="60" w:type="dxa"/>
              <w:left w:w="70" w:type="dxa"/>
              <w:bottom w:w="60" w:type="dxa"/>
              <w:right w:w="70" w:type="dxa"/>
            </w:tcMar>
            <w:vAlign w:val="center"/>
          </w:tcPr>
          <w:p w14:paraId="1E1209A7"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509016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5873C3C" w14:textId="77777777" w:rsidR="00082454" w:rsidRPr="004566A6" w:rsidRDefault="00082454">
            <w:pPr>
              <w:spacing w:after="0" w:line="240" w:lineRule="auto"/>
              <w:jc w:val="center"/>
              <w:rPr>
                <w:noProof/>
                <w:lang w:val="ro-RO"/>
              </w:rPr>
            </w:pPr>
          </w:p>
        </w:tc>
      </w:tr>
      <w:tr w:rsidR="00082454" w:rsidRPr="004566A6" w14:paraId="2E19D802" w14:textId="77777777">
        <w:trPr>
          <w:cantSplit/>
          <w:jc w:val="center"/>
        </w:trPr>
        <w:tc>
          <w:tcPr>
            <w:tcW w:w="793" w:type="dxa"/>
            <w:tcMar>
              <w:top w:w="60" w:type="dxa"/>
              <w:left w:w="70" w:type="dxa"/>
              <w:bottom w:w="60" w:type="dxa"/>
              <w:right w:w="70" w:type="dxa"/>
            </w:tcMar>
            <w:vAlign w:val="center"/>
          </w:tcPr>
          <w:p w14:paraId="511F8568" w14:textId="77777777" w:rsidR="00082454" w:rsidRPr="004566A6" w:rsidRDefault="00000000">
            <w:pPr>
              <w:spacing w:after="0" w:line="240" w:lineRule="auto"/>
              <w:jc w:val="center"/>
              <w:rPr>
                <w:noProof/>
                <w:lang w:val="ro-RO"/>
              </w:rPr>
            </w:pPr>
            <w:r w:rsidRPr="004566A6">
              <w:rPr>
                <w:rFonts w:eastAsia="Arial"/>
                <w:b/>
                <w:noProof/>
                <w:sz w:val="14"/>
                <w:lang w:val="ro-RO"/>
              </w:rPr>
              <w:t>S5.5</w:t>
            </w:r>
          </w:p>
        </w:tc>
        <w:tc>
          <w:tcPr>
            <w:tcW w:w="4081" w:type="dxa"/>
            <w:tcMar>
              <w:top w:w="60" w:type="dxa"/>
              <w:left w:w="70" w:type="dxa"/>
              <w:bottom w:w="60" w:type="dxa"/>
              <w:right w:w="70" w:type="dxa"/>
            </w:tcMar>
            <w:vAlign w:val="center"/>
          </w:tcPr>
          <w:p w14:paraId="414DBBFA" w14:textId="77777777" w:rsidR="00082454" w:rsidRPr="004566A6" w:rsidRDefault="00000000">
            <w:pPr>
              <w:spacing w:after="0" w:line="240" w:lineRule="auto"/>
              <w:rPr>
                <w:noProof/>
                <w:lang w:val="ro-RO"/>
              </w:rPr>
            </w:pPr>
            <w:r w:rsidRPr="004566A6">
              <w:rPr>
                <w:rFonts w:eastAsia="Arial"/>
                <w:noProof/>
                <w:sz w:val="14"/>
                <w:lang w:val="ro-RO"/>
              </w:rPr>
              <w:t>Pentru fiecare obiectiv sunt definite acțiunile, resursele, responsabilul și termenul.</w:t>
            </w:r>
          </w:p>
        </w:tc>
        <w:tc>
          <w:tcPr>
            <w:tcW w:w="5159" w:type="dxa"/>
            <w:tcMar>
              <w:top w:w="60" w:type="dxa"/>
              <w:left w:w="70" w:type="dxa"/>
              <w:bottom w:w="60" w:type="dxa"/>
              <w:right w:w="70" w:type="dxa"/>
            </w:tcMar>
            <w:vAlign w:val="center"/>
          </w:tcPr>
          <w:p w14:paraId="5E312D73" w14:textId="77777777" w:rsidR="00082454" w:rsidRPr="004566A6" w:rsidRDefault="00000000">
            <w:pPr>
              <w:spacing w:after="0" w:line="240" w:lineRule="auto"/>
              <w:rPr>
                <w:noProof/>
                <w:lang w:val="ro-RO"/>
              </w:rPr>
            </w:pPr>
            <w:r w:rsidRPr="004566A6">
              <w:rPr>
                <w:rFonts w:eastAsia="Arial"/>
                <w:noProof/>
                <w:sz w:val="14"/>
                <w:lang w:val="ro-RO"/>
              </w:rPr>
              <w:t>Plan complet, buget și dependențe.</w:t>
            </w:r>
          </w:p>
        </w:tc>
        <w:tc>
          <w:tcPr>
            <w:tcW w:w="1417" w:type="dxa"/>
            <w:tcMar>
              <w:top w:w="60" w:type="dxa"/>
              <w:left w:w="70" w:type="dxa"/>
              <w:bottom w:w="60" w:type="dxa"/>
              <w:right w:w="70" w:type="dxa"/>
            </w:tcMar>
            <w:vAlign w:val="center"/>
          </w:tcPr>
          <w:p w14:paraId="1FA9877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5BFCA2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9BA60A0" w14:textId="77777777" w:rsidR="00082454" w:rsidRPr="004566A6" w:rsidRDefault="00082454">
            <w:pPr>
              <w:spacing w:after="0" w:line="240" w:lineRule="auto"/>
              <w:jc w:val="center"/>
              <w:rPr>
                <w:noProof/>
                <w:lang w:val="ro-RO"/>
              </w:rPr>
            </w:pPr>
          </w:p>
        </w:tc>
      </w:tr>
      <w:tr w:rsidR="00082454" w:rsidRPr="004566A6" w14:paraId="238911D5" w14:textId="77777777">
        <w:trPr>
          <w:cantSplit/>
          <w:jc w:val="center"/>
        </w:trPr>
        <w:tc>
          <w:tcPr>
            <w:tcW w:w="793" w:type="dxa"/>
            <w:shd w:val="clear" w:color="auto" w:fill="FAFAFA"/>
            <w:tcMar>
              <w:top w:w="60" w:type="dxa"/>
              <w:left w:w="70" w:type="dxa"/>
              <w:bottom w:w="60" w:type="dxa"/>
              <w:right w:w="70" w:type="dxa"/>
            </w:tcMar>
            <w:vAlign w:val="center"/>
          </w:tcPr>
          <w:p w14:paraId="30807E33" w14:textId="77777777" w:rsidR="00082454" w:rsidRPr="004566A6" w:rsidRDefault="00000000">
            <w:pPr>
              <w:spacing w:after="0" w:line="240" w:lineRule="auto"/>
              <w:jc w:val="center"/>
              <w:rPr>
                <w:noProof/>
                <w:lang w:val="ro-RO"/>
              </w:rPr>
            </w:pPr>
            <w:r w:rsidRPr="004566A6">
              <w:rPr>
                <w:rFonts w:eastAsia="Arial"/>
                <w:b/>
                <w:noProof/>
                <w:sz w:val="14"/>
                <w:lang w:val="ro-RO"/>
              </w:rPr>
              <w:t>S5.6</w:t>
            </w:r>
          </w:p>
        </w:tc>
        <w:tc>
          <w:tcPr>
            <w:tcW w:w="4081" w:type="dxa"/>
            <w:shd w:val="clear" w:color="auto" w:fill="FAFAFA"/>
            <w:tcMar>
              <w:top w:w="60" w:type="dxa"/>
              <w:left w:w="70" w:type="dxa"/>
              <w:bottom w:w="60" w:type="dxa"/>
              <w:right w:w="70" w:type="dxa"/>
            </w:tcMar>
            <w:vAlign w:val="center"/>
          </w:tcPr>
          <w:p w14:paraId="4C762A37" w14:textId="77777777" w:rsidR="00082454" w:rsidRPr="004566A6" w:rsidRDefault="00000000">
            <w:pPr>
              <w:spacing w:after="0" w:line="240" w:lineRule="auto"/>
              <w:rPr>
                <w:noProof/>
                <w:lang w:val="ro-RO"/>
              </w:rPr>
            </w:pPr>
            <w:r w:rsidRPr="004566A6">
              <w:rPr>
                <w:rFonts w:eastAsia="Arial"/>
                <w:noProof/>
                <w:sz w:val="14"/>
                <w:lang w:val="ro-RO"/>
              </w:rPr>
              <w:t>Este stabilit modul de monitorizare și evaluare a rezultatelor.</w:t>
            </w:r>
          </w:p>
        </w:tc>
        <w:tc>
          <w:tcPr>
            <w:tcW w:w="5159" w:type="dxa"/>
            <w:shd w:val="clear" w:color="auto" w:fill="FAFAFA"/>
            <w:tcMar>
              <w:top w:w="60" w:type="dxa"/>
              <w:left w:w="70" w:type="dxa"/>
              <w:bottom w:w="60" w:type="dxa"/>
              <w:right w:w="70" w:type="dxa"/>
            </w:tcMar>
            <w:vAlign w:val="center"/>
          </w:tcPr>
          <w:p w14:paraId="6C3E68F4" w14:textId="77777777" w:rsidR="00082454" w:rsidRPr="004566A6" w:rsidRDefault="00000000">
            <w:pPr>
              <w:spacing w:after="0" w:line="240" w:lineRule="auto"/>
              <w:rPr>
                <w:noProof/>
                <w:lang w:val="ro-RO"/>
              </w:rPr>
            </w:pPr>
            <w:r w:rsidRPr="004566A6">
              <w:rPr>
                <w:rFonts w:eastAsia="Arial"/>
                <w:noProof/>
                <w:sz w:val="14"/>
                <w:lang w:val="ro-RO"/>
              </w:rPr>
              <w:t>Frecvență, praguri, indicatori reactivi și proactivi.</w:t>
            </w:r>
          </w:p>
        </w:tc>
        <w:tc>
          <w:tcPr>
            <w:tcW w:w="1417" w:type="dxa"/>
            <w:shd w:val="clear" w:color="auto" w:fill="FAFAFA"/>
            <w:tcMar>
              <w:top w:w="60" w:type="dxa"/>
              <w:left w:w="70" w:type="dxa"/>
              <w:bottom w:w="60" w:type="dxa"/>
              <w:right w:w="70" w:type="dxa"/>
            </w:tcMar>
            <w:vAlign w:val="center"/>
          </w:tcPr>
          <w:p w14:paraId="314D44D7"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C56AAAB"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3DE55AA" w14:textId="77777777" w:rsidR="00082454" w:rsidRPr="004566A6" w:rsidRDefault="00082454">
            <w:pPr>
              <w:spacing w:after="0" w:line="240" w:lineRule="auto"/>
              <w:jc w:val="center"/>
              <w:rPr>
                <w:noProof/>
                <w:lang w:val="ro-RO"/>
              </w:rPr>
            </w:pPr>
          </w:p>
        </w:tc>
      </w:tr>
      <w:tr w:rsidR="00082454" w:rsidRPr="00245FA7" w14:paraId="5C8348A3" w14:textId="77777777">
        <w:trPr>
          <w:cantSplit/>
          <w:jc w:val="center"/>
        </w:trPr>
        <w:tc>
          <w:tcPr>
            <w:tcW w:w="793" w:type="dxa"/>
            <w:tcMar>
              <w:top w:w="60" w:type="dxa"/>
              <w:left w:w="70" w:type="dxa"/>
              <w:bottom w:w="60" w:type="dxa"/>
              <w:right w:w="70" w:type="dxa"/>
            </w:tcMar>
            <w:vAlign w:val="center"/>
          </w:tcPr>
          <w:p w14:paraId="5C7DDF42" w14:textId="77777777" w:rsidR="00082454" w:rsidRPr="004566A6" w:rsidRDefault="00000000">
            <w:pPr>
              <w:spacing w:after="0" w:line="240" w:lineRule="auto"/>
              <w:jc w:val="center"/>
              <w:rPr>
                <w:noProof/>
                <w:lang w:val="ro-RO"/>
              </w:rPr>
            </w:pPr>
            <w:r w:rsidRPr="004566A6">
              <w:rPr>
                <w:rFonts w:eastAsia="Arial"/>
                <w:b/>
                <w:noProof/>
                <w:sz w:val="14"/>
                <w:lang w:val="ro-RO"/>
              </w:rPr>
              <w:t>S5.7</w:t>
            </w:r>
          </w:p>
        </w:tc>
        <w:tc>
          <w:tcPr>
            <w:tcW w:w="4081" w:type="dxa"/>
            <w:tcMar>
              <w:top w:w="60" w:type="dxa"/>
              <w:left w:w="70" w:type="dxa"/>
              <w:bottom w:w="60" w:type="dxa"/>
              <w:right w:w="70" w:type="dxa"/>
            </w:tcMar>
            <w:vAlign w:val="center"/>
          </w:tcPr>
          <w:p w14:paraId="63EAE0BC" w14:textId="77777777" w:rsidR="00082454" w:rsidRPr="004566A6" w:rsidRDefault="00000000">
            <w:pPr>
              <w:spacing w:after="0" w:line="240" w:lineRule="auto"/>
              <w:rPr>
                <w:noProof/>
                <w:lang w:val="ro-RO"/>
              </w:rPr>
            </w:pPr>
            <w:r w:rsidRPr="004566A6">
              <w:rPr>
                <w:rFonts w:eastAsia="Arial"/>
                <w:noProof/>
                <w:sz w:val="14"/>
                <w:lang w:val="ro-RO"/>
              </w:rPr>
              <w:t>Obiectivele și planurile sunt comunicate, actualizate și integrate în procese.</w:t>
            </w:r>
          </w:p>
        </w:tc>
        <w:tc>
          <w:tcPr>
            <w:tcW w:w="5159" w:type="dxa"/>
            <w:tcMar>
              <w:top w:w="60" w:type="dxa"/>
              <w:left w:w="70" w:type="dxa"/>
              <w:bottom w:w="60" w:type="dxa"/>
              <w:right w:w="70" w:type="dxa"/>
            </w:tcMar>
            <w:vAlign w:val="center"/>
          </w:tcPr>
          <w:p w14:paraId="44BC6C81" w14:textId="77777777" w:rsidR="00082454" w:rsidRPr="004566A6" w:rsidRDefault="00000000">
            <w:pPr>
              <w:spacing w:after="0" w:line="240" w:lineRule="auto"/>
              <w:rPr>
                <w:noProof/>
                <w:lang w:val="ro-RO"/>
              </w:rPr>
            </w:pPr>
            <w:r w:rsidRPr="004566A6">
              <w:rPr>
                <w:rFonts w:eastAsia="Arial"/>
                <w:noProof/>
                <w:sz w:val="14"/>
                <w:lang w:val="ro-RO"/>
              </w:rPr>
              <w:t>Tablou de bord, ședințe și controlul modificărilor.</w:t>
            </w:r>
          </w:p>
        </w:tc>
        <w:tc>
          <w:tcPr>
            <w:tcW w:w="1417" w:type="dxa"/>
            <w:tcMar>
              <w:top w:w="60" w:type="dxa"/>
              <w:left w:w="70" w:type="dxa"/>
              <w:bottom w:w="60" w:type="dxa"/>
              <w:right w:w="70" w:type="dxa"/>
            </w:tcMar>
            <w:vAlign w:val="center"/>
          </w:tcPr>
          <w:p w14:paraId="0B9B7366"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65A6BE0F"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8D63385" w14:textId="77777777" w:rsidR="00082454" w:rsidRPr="004566A6" w:rsidRDefault="00082454">
            <w:pPr>
              <w:spacing w:after="0" w:line="240" w:lineRule="auto"/>
              <w:jc w:val="center"/>
              <w:rPr>
                <w:noProof/>
                <w:lang w:val="ro-RO"/>
              </w:rPr>
            </w:pPr>
          </w:p>
        </w:tc>
      </w:tr>
    </w:tbl>
    <w:p w14:paraId="33866E75"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47483ECB"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10B0F5CB" w14:textId="77777777">
        <w:trPr>
          <w:cantSplit/>
          <w:jc w:val="center"/>
        </w:trPr>
        <w:tc>
          <w:tcPr>
            <w:tcW w:w="1020" w:type="dxa"/>
            <w:shd w:val="clear" w:color="auto" w:fill="D71920"/>
            <w:tcMar>
              <w:top w:w="60" w:type="dxa"/>
              <w:left w:w="70" w:type="dxa"/>
              <w:bottom w:w="60" w:type="dxa"/>
              <w:right w:w="70" w:type="dxa"/>
            </w:tcMar>
            <w:vAlign w:val="center"/>
          </w:tcPr>
          <w:p w14:paraId="399DC5BE"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6</w:t>
            </w:r>
          </w:p>
        </w:tc>
        <w:tc>
          <w:tcPr>
            <w:tcW w:w="12585" w:type="dxa"/>
            <w:shd w:val="clear" w:color="auto" w:fill="F3F4F5"/>
          </w:tcPr>
          <w:p w14:paraId="74B7D540" w14:textId="77777777" w:rsidR="00082454" w:rsidRPr="004566A6" w:rsidRDefault="00000000">
            <w:pPr>
              <w:spacing w:after="20"/>
              <w:rPr>
                <w:noProof/>
                <w:lang w:val="ro-RO"/>
              </w:rPr>
            </w:pPr>
            <w:r w:rsidRPr="004566A6">
              <w:rPr>
                <w:rFonts w:eastAsia="Arial"/>
                <w:b/>
                <w:noProof/>
                <w:sz w:val="27"/>
                <w:lang w:val="ro-RO"/>
              </w:rPr>
              <w:t>Suport: resurse, competență, conștientizare, comunicare și documente</w:t>
            </w:r>
          </w:p>
          <w:p w14:paraId="4B7CE02D"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7  |  Obiectiv: asigurarea resurselor și capabilităților necesare pentru controlul consecvent al riscurilor SSM</w:t>
            </w:r>
          </w:p>
        </w:tc>
      </w:tr>
    </w:tbl>
    <w:p w14:paraId="6FD21F3F"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4566A6" w14:paraId="0995E633" w14:textId="77777777">
        <w:trPr>
          <w:cantSplit/>
          <w:jc w:val="center"/>
        </w:trPr>
        <w:tc>
          <w:tcPr>
            <w:tcW w:w="566" w:type="dxa"/>
            <w:shd w:val="clear" w:color="auto" w:fill="D71920"/>
            <w:tcMar>
              <w:top w:w="60" w:type="dxa"/>
              <w:left w:w="70" w:type="dxa"/>
              <w:bottom w:w="60" w:type="dxa"/>
              <w:right w:w="70" w:type="dxa"/>
            </w:tcMar>
            <w:vAlign w:val="center"/>
          </w:tcPr>
          <w:p w14:paraId="6B059E0F"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518D8E20"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3E923206" w14:textId="77777777" w:rsidR="00082454" w:rsidRPr="004566A6" w:rsidRDefault="00000000">
            <w:pPr>
              <w:spacing w:after="0" w:line="252" w:lineRule="auto"/>
              <w:rPr>
                <w:noProof/>
                <w:lang w:val="ro-RO"/>
              </w:rPr>
            </w:pPr>
            <w:r w:rsidRPr="004566A6">
              <w:rPr>
                <w:rFonts w:eastAsia="Arial"/>
                <w:noProof/>
                <w:sz w:val="16"/>
                <w:lang w:val="ro-RO"/>
              </w:rPr>
              <w:t>Pentru activități cu risc ridicat, competența trebuie demonstrată înainte de autorizarea lucrătorului. Instruirea generală nu înlocuiește evaluarea specifică sarcinii.</w:t>
            </w:r>
          </w:p>
        </w:tc>
      </w:tr>
    </w:tbl>
    <w:p w14:paraId="56ACFA15"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0F0261F5" w14:textId="77777777">
        <w:trPr>
          <w:cantSplit/>
          <w:tblHeader/>
          <w:jc w:val="center"/>
        </w:trPr>
        <w:tc>
          <w:tcPr>
            <w:tcW w:w="793" w:type="dxa"/>
            <w:shd w:val="clear" w:color="auto" w:fill="D71920"/>
            <w:tcMar>
              <w:top w:w="60" w:type="dxa"/>
              <w:left w:w="70" w:type="dxa"/>
              <w:bottom w:w="60" w:type="dxa"/>
              <w:right w:w="70" w:type="dxa"/>
            </w:tcMar>
            <w:vAlign w:val="center"/>
          </w:tcPr>
          <w:p w14:paraId="4502E360"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AD9BB5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2DF577F6"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D07F368"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511AADB"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41D477BD"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4566A6" w14:paraId="608B2EAB" w14:textId="77777777">
        <w:trPr>
          <w:cantSplit/>
          <w:jc w:val="center"/>
        </w:trPr>
        <w:tc>
          <w:tcPr>
            <w:tcW w:w="793" w:type="dxa"/>
            <w:tcMar>
              <w:top w:w="60" w:type="dxa"/>
              <w:left w:w="70" w:type="dxa"/>
              <w:bottom w:w="60" w:type="dxa"/>
              <w:right w:w="70" w:type="dxa"/>
            </w:tcMar>
            <w:vAlign w:val="center"/>
          </w:tcPr>
          <w:p w14:paraId="6974B4BD" w14:textId="77777777" w:rsidR="00082454" w:rsidRPr="004566A6" w:rsidRDefault="00000000">
            <w:pPr>
              <w:spacing w:after="0" w:line="240" w:lineRule="auto"/>
              <w:jc w:val="center"/>
              <w:rPr>
                <w:noProof/>
                <w:lang w:val="ro-RO"/>
              </w:rPr>
            </w:pPr>
            <w:r w:rsidRPr="004566A6">
              <w:rPr>
                <w:rFonts w:eastAsia="Arial"/>
                <w:b/>
                <w:noProof/>
                <w:sz w:val="14"/>
                <w:lang w:val="ro-RO"/>
              </w:rPr>
              <w:t>S6.1</w:t>
            </w:r>
          </w:p>
        </w:tc>
        <w:tc>
          <w:tcPr>
            <w:tcW w:w="4081" w:type="dxa"/>
            <w:tcMar>
              <w:top w:w="60" w:type="dxa"/>
              <w:left w:w="70" w:type="dxa"/>
              <w:bottom w:w="60" w:type="dxa"/>
              <w:right w:w="70" w:type="dxa"/>
            </w:tcMar>
            <w:vAlign w:val="center"/>
          </w:tcPr>
          <w:p w14:paraId="3D46B477" w14:textId="77777777" w:rsidR="00082454" w:rsidRPr="004566A6" w:rsidRDefault="00000000">
            <w:pPr>
              <w:spacing w:after="0" w:line="240" w:lineRule="auto"/>
              <w:rPr>
                <w:noProof/>
                <w:lang w:val="ro-RO"/>
              </w:rPr>
            </w:pPr>
            <w:r w:rsidRPr="004566A6">
              <w:rPr>
                <w:rFonts w:eastAsia="Arial"/>
                <w:noProof/>
                <w:sz w:val="14"/>
                <w:lang w:val="ro-RO"/>
              </w:rPr>
              <w:t>Sunt determinate și furnizate resursele necesare sistemului SSM.</w:t>
            </w:r>
          </w:p>
        </w:tc>
        <w:tc>
          <w:tcPr>
            <w:tcW w:w="5159" w:type="dxa"/>
            <w:tcMar>
              <w:top w:w="60" w:type="dxa"/>
              <w:left w:w="70" w:type="dxa"/>
              <w:bottom w:w="60" w:type="dxa"/>
              <w:right w:w="70" w:type="dxa"/>
            </w:tcMar>
            <w:vAlign w:val="center"/>
          </w:tcPr>
          <w:p w14:paraId="5C861218" w14:textId="77777777" w:rsidR="00082454" w:rsidRPr="004566A6" w:rsidRDefault="00000000">
            <w:pPr>
              <w:spacing w:after="0" w:line="240" w:lineRule="auto"/>
              <w:rPr>
                <w:noProof/>
                <w:lang w:val="ro-RO"/>
              </w:rPr>
            </w:pPr>
            <w:r w:rsidRPr="004566A6">
              <w:rPr>
                <w:rFonts w:eastAsia="Arial"/>
                <w:noProof/>
                <w:sz w:val="14"/>
                <w:lang w:val="ro-RO"/>
              </w:rPr>
              <w:t>Personal, buget, echipamente, servicii medicale, măsurări și timp.</w:t>
            </w:r>
          </w:p>
        </w:tc>
        <w:tc>
          <w:tcPr>
            <w:tcW w:w="1417" w:type="dxa"/>
            <w:tcMar>
              <w:top w:w="60" w:type="dxa"/>
              <w:left w:w="70" w:type="dxa"/>
              <w:bottom w:w="60" w:type="dxa"/>
              <w:right w:w="70" w:type="dxa"/>
            </w:tcMar>
            <w:vAlign w:val="center"/>
          </w:tcPr>
          <w:p w14:paraId="1E710CE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2086F6D"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8A79851" w14:textId="77777777" w:rsidR="00082454" w:rsidRPr="004566A6" w:rsidRDefault="00082454">
            <w:pPr>
              <w:spacing w:after="0" w:line="240" w:lineRule="auto"/>
              <w:jc w:val="center"/>
              <w:rPr>
                <w:noProof/>
                <w:lang w:val="ro-RO"/>
              </w:rPr>
            </w:pPr>
          </w:p>
        </w:tc>
      </w:tr>
      <w:tr w:rsidR="00082454" w:rsidRPr="00245FA7" w14:paraId="61AE80A4" w14:textId="77777777">
        <w:trPr>
          <w:cantSplit/>
          <w:jc w:val="center"/>
        </w:trPr>
        <w:tc>
          <w:tcPr>
            <w:tcW w:w="793" w:type="dxa"/>
            <w:shd w:val="clear" w:color="auto" w:fill="FAFAFA"/>
            <w:tcMar>
              <w:top w:w="60" w:type="dxa"/>
              <w:left w:w="70" w:type="dxa"/>
              <w:bottom w:w="60" w:type="dxa"/>
              <w:right w:w="70" w:type="dxa"/>
            </w:tcMar>
            <w:vAlign w:val="center"/>
          </w:tcPr>
          <w:p w14:paraId="568A4EC1" w14:textId="77777777" w:rsidR="00082454" w:rsidRPr="004566A6" w:rsidRDefault="00000000">
            <w:pPr>
              <w:spacing w:after="0" w:line="240" w:lineRule="auto"/>
              <w:jc w:val="center"/>
              <w:rPr>
                <w:noProof/>
                <w:lang w:val="ro-RO"/>
              </w:rPr>
            </w:pPr>
            <w:r w:rsidRPr="004566A6">
              <w:rPr>
                <w:rFonts w:eastAsia="Arial"/>
                <w:b/>
                <w:noProof/>
                <w:sz w:val="14"/>
                <w:lang w:val="ro-RO"/>
              </w:rPr>
              <w:t>S6.2</w:t>
            </w:r>
          </w:p>
        </w:tc>
        <w:tc>
          <w:tcPr>
            <w:tcW w:w="4081" w:type="dxa"/>
            <w:shd w:val="clear" w:color="auto" w:fill="FAFAFA"/>
            <w:tcMar>
              <w:top w:w="60" w:type="dxa"/>
              <w:left w:w="70" w:type="dxa"/>
              <w:bottom w:w="60" w:type="dxa"/>
              <w:right w:w="70" w:type="dxa"/>
            </w:tcMar>
            <w:vAlign w:val="center"/>
          </w:tcPr>
          <w:p w14:paraId="12FC2CE4" w14:textId="77777777" w:rsidR="00082454" w:rsidRPr="004566A6" w:rsidRDefault="00000000">
            <w:pPr>
              <w:spacing w:after="0" w:line="240" w:lineRule="auto"/>
              <w:rPr>
                <w:noProof/>
                <w:lang w:val="ro-RO"/>
              </w:rPr>
            </w:pPr>
            <w:r w:rsidRPr="004566A6">
              <w:rPr>
                <w:rFonts w:eastAsia="Arial"/>
                <w:noProof/>
                <w:sz w:val="14"/>
                <w:lang w:val="ro-RO"/>
              </w:rPr>
              <w:t>Sunt definite competențele pentru rolurile care influențează performanța SSM.</w:t>
            </w:r>
          </w:p>
        </w:tc>
        <w:tc>
          <w:tcPr>
            <w:tcW w:w="5159" w:type="dxa"/>
            <w:shd w:val="clear" w:color="auto" w:fill="FAFAFA"/>
            <w:tcMar>
              <w:top w:w="60" w:type="dxa"/>
              <w:left w:w="70" w:type="dxa"/>
              <w:bottom w:w="60" w:type="dxa"/>
              <w:right w:w="70" w:type="dxa"/>
            </w:tcMar>
            <w:vAlign w:val="center"/>
          </w:tcPr>
          <w:p w14:paraId="6F52D415" w14:textId="77777777" w:rsidR="00082454" w:rsidRPr="004566A6" w:rsidRDefault="00000000">
            <w:pPr>
              <w:spacing w:after="0" w:line="240" w:lineRule="auto"/>
              <w:rPr>
                <w:noProof/>
                <w:lang w:val="ro-RO"/>
              </w:rPr>
            </w:pPr>
            <w:r w:rsidRPr="004566A6">
              <w:rPr>
                <w:rFonts w:eastAsia="Arial"/>
                <w:noProof/>
                <w:sz w:val="14"/>
                <w:lang w:val="ro-RO"/>
              </w:rPr>
              <w:t>Matrice pe sarcini, autorizări, supraveghere și urgențe.</w:t>
            </w:r>
          </w:p>
        </w:tc>
        <w:tc>
          <w:tcPr>
            <w:tcW w:w="1417" w:type="dxa"/>
            <w:shd w:val="clear" w:color="auto" w:fill="FAFAFA"/>
            <w:tcMar>
              <w:top w:w="60" w:type="dxa"/>
              <w:left w:w="70" w:type="dxa"/>
              <w:bottom w:w="60" w:type="dxa"/>
              <w:right w:w="70" w:type="dxa"/>
            </w:tcMar>
            <w:vAlign w:val="center"/>
          </w:tcPr>
          <w:p w14:paraId="579F1EB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E6B354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1E74E2A" w14:textId="77777777" w:rsidR="00082454" w:rsidRPr="004566A6" w:rsidRDefault="00082454">
            <w:pPr>
              <w:spacing w:after="0" w:line="240" w:lineRule="auto"/>
              <w:jc w:val="center"/>
              <w:rPr>
                <w:noProof/>
                <w:lang w:val="ro-RO"/>
              </w:rPr>
            </w:pPr>
          </w:p>
        </w:tc>
      </w:tr>
      <w:tr w:rsidR="00082454" w:rsidRPr="00245FA7" w14:paraId="7BE5D122" w14:textId="77777777">
        <w:trPr>
          <w:cantSplit/>
          <w:jc w:val="center"/>
        </w:trPr>
        <w:tc>
          <w:tcPr>
            <w:tcW w:w="793" w:type="dxa"/>
            <w:tcMar>
              <w:top w:w="60" w:type="dxa"/>
              <w:left w:w="70" w:type="dxa"/>
              <w:bottom w:w="60" w:type="dxa"/>
              <w:right w:w="70" w:type="dxa"/>
            </w:tcMar>
            <w:vAlign w:val="center"/>
          </w:tcPr>
          <w:p w14:paraId="7E89F62E" w14:textId="77777777" w:rsidR="00082454" w:rsidRPr="004566A6" w:rsidRDefault="00000000">
            <w:pPr>
              <w:spacing w:after="0" w:line="240" w:lineRule="auto"/>
              <w:jc w:val="center"/>
              <w:rPr>
                <w:noProof/>
                <w:lang w:val="ro-RO"/>
              </w:rPr>
            </w:pPr>
            <w:r w:rsidRPr="004566A6">
              <w:rPr>
                <w:rFonts w:eastAsia="Arial"/>
                <w:b/>
                <w:noProof/>
                <w:sz w:val="14"/>
                <w:lang w:val="ro-RO"/>
              </w:rPr>
              <w:t>S6.3</w:t>
            </w:r>
          </w:p>
        </w:tc>
        <w:tc>
          <w:tcPr>
            <w:tcW w:w="4081" w:type="dxa"/>
            <w:tcMar>
              <w:top w:w="60" w:type="dxa"/>
              <w:left w:w="70" w:type="dxa"/>
              <w:bottom w:w="60" w:type="dxa"/>
              <w:right w:w="70" w:type="dxa"/>
            </w:tcMar>
            <w:vAlign w:val="center"/>
          </w:tcPr>
          <w:p w14:paraId="0DB6446A" w14:textId="77777777" w:rsidR="00082454" w:rsidRPr="004566A6" w:rsidRDefault="00000000">
            <w:pPr>
              <w:spacing w:after="0" w:line="240" w:lineRule="auto"/>
              <w:rPr>
                <w:noProof/>
                <w:lang w:val="ro-RO"/>
              </w:rPr>
            </w:pPr>
            <w:r w:rsidRPr="004566A6">
              <w:rPr>
                <w:rFonts w:eastAsia="Arial"/>
                <w:noProof/>
                <w:sz w:val="14"/>
                <w:lang w:val="ro-RO"/>
              </w:rPr>
              <w:t>Competența este confirmată prin educație, instruire, experiență și evaluare practică.</w:t>
            </w:r>
          </w:p>
        </w:tc>
        <w:tc>
          <w:tcPr>
            <w:tcW w:w="5159" w:type="dxa"/>
            <w:tcMar>
              <w:top w:w="60" w:type="dxa"/>
              <w:left w:w="70" w:type="dxa"/>
              <w:bottom w:w="60" w:type="dxa"/>
              <w:right w:w="70" w:type="dxa"/>
            </w:tcMar>
            <w:vAlign w:val="center"/>
          </w:tcPr>
          <w:p w14:paraId="246B5A2C" w14:textId="77777777" w:rsidR="00082454" w:rsidRPr="004566A6" w:rsidRDefault="00000000">
            <w:pPr>
              <w:spacing w:after="0" w:line="240" w:lineRule="auto"/>
              <w:rPr>
                <w:noProof/>
                <w:lang w:val="ro-RO"/>
              </w:rPr>
            </w:pPr>
            <w:r w:rsidRPr="004566A6">
              <w:rPr>
                <w:rFonts w:eastAsia="Arial"/>
                <w:noProof/>
                <w:sz w:val="14"/>
                <w:lang w:val="ro-RO"/>
              </w:rPr>
              <w:t>Calificări, teste, observații și autorizări.</w:t>
            </w:r>
          </w:p>
        </w:tc>
        <w:tc>
          <w:tcPr>
            <w:tcW w:w="1417" w:type="dxa"/>
            <w:tcMar>
              <w:top w:w="60" w:type="dxa"/>
              <w:left w:w="70" w:type="dxa"/>
              <w:bottom w:w="60" w:type="dxa"/>
              <w:right w:w="70" w:type="dxa"/>
            </w:tcMar>
            <w:vAlign w:val="center"/>
          </w:tcPr>
          <w:p w14:paraId="456EFE49"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E1E081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12A3951" w14:textId="77777777" w:rsidR="00082454" w:rsidRPr="004566A6" w:rsidRDefault="00082454">
            <w:pPr>
              <w:spacing w:after="0" w:line="240" w:lineRule="auto"/>
              <w:jc w:val="center"/>
              <w:rPr>
                <w:noProof/>
                <w:lang w:val="ro-RO"/>
              </w:rPr>
            </w:pPr>
          </w:p>
        </w:tc>
      </w:tr>
      <w:tr w:rsidR="00082454" w:rsidRPr="00245FA7" w14:paraId="0318B8C6" w14:textId="77777777">
        <w:trPr>
          <w:cantSplit/>
          <w:jc w:val="center"/>
        </w:trPr>
        <w:tc>
          <w:tcPr>
            <w:tcW w:w="793" w:type="dxa"/>
            <w:shd w:val="clear" w:color="auto" w:fill="FAFAFA"/>
            <w:tcMar>
              <w:top w:w="60" w:type="dxa"/>
              <w:left w:w="70" w:type="dxa"/>
              <w:bottom w:w="60" w:type="dxa"/>
              <w:right w:w="70" w:type="dxa"/>
            </w:tcMar>
            <w:vAlign w:val="center"/>
          </w:tcPr>
          <w:p w14:paraId="3A94F72B" w14:textId="77777777" w:rsidR="00082454" w:rsidRPr="004566A6" w:rsidRDefault="00000000">
            <w:pPr>
              <w:spacing w:after="0" w:line="240" w:lineRule="auto"/>
              <w:jc w:val="center"/>
              <w:rPr>
                <w:noProof/>
                <w:lang w:val="ro-RO"/>
              </w:rPr>
            </w:pPr>
            <w:r w:rsidRPr="004566A6">
              <w:rPr>
                <w:rFonts w:eastAsia="Arial"/>
                <w:b/>
                <w:noProof/>
                <w:sz w:val="14"/>
                <w:lang w:val="ro-RO"/>
              </w:rPr>
              <w:t>S6.4</w:t>
            </w:r>
          </w:p>
        </w:tc>
        <w:tc>
          <w:tcPr>
            <w:tcW w:w="4081" w:type="dxa"/>
            <w:shd w:val="clear" w:color="auto" w:fill="FAFAFA"/>
            <w:tcMar>
              <w:top w:w="60" w:type="dxa"/>
              <w:left w:w="70" w:type="dxa"/>
              <w:bottom w:w="60" w:type="dxa"/>
              <w:right w:w="70" w:type="dxa"/>
            </w:tcMar>
            <w:vAlign w:val="center"/>
          </w:tcPr>
          <w:p w14:paraId="7FDB0329" w14:textId="77777777" w:rsidR="00082454" w:rsidRPr="004566A6" w:rsidRDefault="00000000">
            <w:pPr>
              <w:spacing w:after="0" w:line="240" w:lineRule="auto"/>
              <w:rPr>
                <w:noProof/>
                <w:lang w:val="ro-RO"/>
              </w:rPr>
            </w:pPr>
            <w:r w:rsidRPr="004566A6">
              <w:rPr>
                <w:rFonts w:eastAsia="Arial"/>
                <w:noProof/>
                <w:sz w:val="14"/>
                <w:lang w:val="ro-RO"/>
              </w:rPr>
              <w:t>Sunt luate acțiuni pentru lacune și este evaluată eficacitatea lor.</w:t>
            </w:r>
          </w:p>
        </w:tc>
        <w:tc>
          <w:tcPr>
            <w:tcW w:w="5159" w:type="dxa"/>
            <w:shd w:val="clear" w:color="auto" w:fill="FAFAFA"/>
            <w:tcMar>
              <w:top w:w="60" w:type="dxa"/>
              <w:left w:w="70" w:type="dxa"/>
              <w:bottom w:w="60" w:type="dxa"/>
              <w:right w:w="70" w:type="dxa"/>
            </w:tcMar>
            <w:vAlign w:val="center"/>
          </w:tcPr>
          <w:p w14:paraId="1015343C" w14:textId="77777777" w:rsidR="00082454" w:rsidRPr="004566A6" w:rsidRDefault="00000000">
            <w:pPr>
              <w:spacing w:after="0" w:line="240" w:lineRule="auto"/>
              <w:rPr>
                <w:noProof/>
                <w:lang w:val="ro-RO"/>
              </w:rPr>
            </w:pPr>
            <w:r w:rsidRPr="004566A6">
              <w:rPr>
                <w:rFonts w:eastAsia="Arial"/>
                <w:noProof/>
                <w:sz w:val="14"/>
                <w:lang w:val="ro-RO"/>
              </w:rPr>
              <w:t>Instruire, mentorat, recalificare și reevaluare.</w:t>
            </w:r>
          </w:p>
        </w:tc>
        <w:tc>
          <w:tcPr>
            <w:tcW w:w="1417" w:type="dxa"/>
            <w:shd w:val="clear" w:color="auto" w:fill="FAFAFA"/>
            <w:tcMar>
              <w:top w:w="60" w:type="dxa"/>
              <w:left w:w="70" w:type="dxa"/>
              <w:bottom w:w="60" w:type="dxa"/>
              <w:right w:w="70" w:type="dxa"/>
            </w:tcMar>
            <w:vAlign w:val="center"/>
          </w:tcPr>
          <w:p w14:paraId="18818A7C"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CAA82B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465DE94" w14:textId="77777777" w:rsidR="00082454" w:rsidRPr="004566A6" w:rsidRDefault="00082454">
            <w:pPr>
              <w:spacing w:after="0" w:line="240" w:lineRule="auto"/>
              <w:jc w:val="center"/>
              <w:rPr>
                <w:noProof/>
                <w:lang w:val="ro-RO"/>
              </w:rPr>
            </w:pPr>
          </w:p>
        </w:tc>
      </w:tr>
      <w:tr w:rsidR="00082454" w:rsidRPr="004566A6" w14:paraId="6A5475B4" w14:textId="77777777">
        <w:trPr>
          <w:cantSplit/>
          <w:jc w:val="center"/>
        </w:trPr>
        <w:tc>
          <w:tcPr>
            <w:tcW w:w="793" w:type="dxa"/>
            <w:tcMar>
              <w:top w:w="60" w:type="dxa"/>
              <w:left w:w="70" w:type="dxa"/>
              <w:bottom w:w="60" w:type="dxa"/>
              <w:right w:w="70" w:type="dxa"/>
            </w:tcMar>
            <w:vAlign w:val="center"/>
          </w:tcPr>
          <w:p w14:paraId="667531B5" w14:textId="77777777" w:rsidR="00082454" w:rsidRPr="004566A6" w:rsidRDefault="00000000">
            <w:pPr>
              <w:spacing w:after="0" w:line="240" w:lineRule="auto"/>
              <w:jc w:val="center"/>
              <w:rPr>
                <w:noProof/>
                <w:lang w:val="ro-RO"/>
              </w:rPr>
            </w:pPr>
            <w:r w:rsidRPr="004566A6">
              <w:rPr>
                <w:rFonts w:eastAsia="Arial"/>
                <w:b/>
                <w:noProof/>
                <w:sz w:val="14"/>
                <w:lang w:val="ro-RO"/>
              </w:rPr>
              <w:t>S6.5</w:t>
            </w:r>
          </w:p>
        </w:tc>
        <w:tc>
          <w:tcPr>
            <w:tcW w:w="4081" w:type="dxa"/>
            <w:tcMar>
              <w:top w:w="60" w:type="dxa"/>
              <w:left w:w="70" w:type="dxa"/>
              <w:bottom w:w="60" w:type="dxa"/>
              <w:right w:w="70" w:type="dxa"/>
            </w:tcMar>
            <w:vAlign w:val="center"/>
          </w:tcPr>
          <w:p w14:paraId="3900EC49" w14:textId="77777777" w:rsidR="00082454" w:rsidRPr="004566A6" w:rsidRDefault="00000000">
            <w:pPr>
              <w:spacing w:after="0" w:line="240" w:lineRule="auto"/>
              <w:rPr>
                <w:noProof/>
                <w:lang w:val="ro-RO"/>
              </w:rPr>
            </w:pPr>
            <w:r w:rsidRPr="004566A6">
              <w:rPr>
                <w:rFonts w:eastAsia="Arial"/>
                <w:noProof/>
                <w:sz w:val="14"/>
                <w:lang w:val="ro-RO"/>
              </w:rPr>
              <w:t>Lucrătorii cunosc politica, obiectivele, pericolele și riscurile relevante.</w:t>
            </w:r>
          </w:p>
        </w:tc>
        <w:tc>
          <w:tcPr>
            <w:tcW w:w="5159" w:type="dxa"/>
            <w:tcMar>
              <w:top w:w="60" w:type="dxa"/>
              <w:left w:w="70" w:type="dxa"/>
              <w:bottom w:w="60" w:type="dxa"/>
              <w:right w:w="70" w:type="dxa"/>
            </w:tcMar>
            <w:vAlign w:val="center"/>
          </w:tcPr>
          <w:p w14:paraId="73757CD7" w14:textId="77777777" w:rsidR="00082454" w:rsidRPr="004566A6" w:rsidRDefault="00000000">
            <w:pPr>
              <w:spacing w:after="0" w:line="240" w:lineRule="auto"/>
              <w:rPr>
                <w:noProof/>
                <w:lang w:val="ro-RO"/>
              </w:rPr>
            </w:pPr>
            <w:r w:rsidRPr="004566A6">
              <w:rPr>
                <w:rFonts w:eastAsia="Arial"/>
                <w:noProof/>
                <w:sz w:val="14"/>
                <w:lang w:val="ro-RO"/>
              </w:rPr>
              <w:t>Interviuri, onboarding, toolbox talks și materiale la post.</w:t>
            </w:r>
          </w:p>
        </w:tc>
        <w:tc>
          <w:tcPr>
            <w:tcW w:w="1417" w:type="dxa"/>
            <w:tcMar>
              <w:top w:w="60" w:type="dxa"/>
              <w:left w:w="70" w:type="dxa"/>
              <w:bottom w:w="60" w:type="dxa"/>
              <w:right w:w="70" w:type="dxa"/>
            </w:tcMar>
            <w:vAlign w:val="center"/>
          </w:tcPr>
          <w:p w14:paraId="7D433984"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17026F1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36BD197" w14:textId="77777777" w:rsidR="00082454" w:rsidRPr="004566A6" w:rsidRDefault="00082454">
            <w:pPr>
              <w:spacing w:after="0" w:line="240" w:lineRule="auto"/>
              <w:jc w:val="center"/>
              <w:rPr>
                <w:noProof/>
                <w:lang w:val="ro-RO"/>
              </w:rPr>
            </w:pPr>
          </w:p>
        </w:tc>
      </w:tr>
      <w:tr w:rsidR="00082454" w:rsidRPr="00245FA7" w14:paraId="4E4FEDA1" w14:textId="77777777">
        <w:trPr>
          <w:cantSplit/>
          <w:jc w:val="center"/>
        </w:trPr>
        <w:tc>
          <w:tcPr>
            <w:tcW w:w="793" w:type="dxa"/>
            <w:shd w:val="clear" w:color="auto" w:fill="FAFAFA"/>
            <w:tcMar>
              <w:top w:w="60" w:type="dxa"/>
              <w:left w:w="70" w:type="dxa"/>
              <w:bottom w:w="60" w:type="dxa"/>
              <w:right w:w="70" w:type="dxa"/>
            </w:tcMar>
            <w:vAlign w:val="center"/>
          </w:tcPr>
          <w:p w14:paraId="45347127" w14:textId="77777777" w:rsidR="00082454" w:rsidRPr="004566A6" w:rsidRDefault="00000000">
            <w:pPr>
              <w:spacing w:after="0" w:line="240" w:lineRule="auto"/>
              <w:jc w:val="center"/>
              <w:rPr>
                <w:noProof/>
                <w:lang w:val="ro-RO"/>
              </w:rPr>
            </w:pPr>
            <w:r w:rsidRPr="004566A6">
              <w:rPr>
                <w:rFonts w:eastAsia="Arial"/>
                <w:b/>
                <w:noProof/>
                <w:sz w:val="14"/>
                <w:lang w:val="ro-RO"/>
              </w:rPr>
              <w:t>S6.6</w:t>
            </w:r>
          </w:p>
        </w:tc>
        <w:tc>
          <w:tcPr>
            <w:tcW w:w="4081" w:type="dxa"/>
            <w:shd w:val="clear" w:color="auto" w:fill="FAFAFA"/>
            <w:tcMar>
              <w:top w:w="60" w:type="dxa"/>
              <w:left w:w="70" w:type="dxa"/>
              <w:bottom w:w="60" w:type="dxa"/>
              <w:right w:w="70" w:type="dxa"/>
            </w:tcMar>
            <w:vAlign w:val="center"/>
          </w:tcPr>
          <w:p w14:paraId="07E5BB30" w14:textId="77777777" w:rsidR="00082454" w:rsidRPr="004566A6" w:rsidRDefault="00000000">
            <w:pPr>
              <w:spacing w:after="0" w:line="240" w:lineRule="auto"/>
              <w:rPr>
                <w:noProof/>
                <w:lang w:val="ro-RO"/>
              </w:rPr>
            </w:pPr>
            <w:r w:rsidRPr="004566A6">
              <w:rPr>
                <w:rFonts w:eastAsia="Arial"/>
                <w:noProof/>
                <w:sz w:val="14"/>
                <w:lang w:val="ro-RO"/>
              </w:rPr>
              <w:t>Lucrătorii cunosc contribuția lor, beneficiile performanței și dreptul de a se retrage din situații periculoase.</w:t>
            </w:r>
          </w:p>
        </w:tc>
        <w:tc>
          <w:tcPr>
            <w:tcW w:w="5159" w:type="dxa"/>
            <w:shd w:val="clear" w:color="auto" w:fill="FAFAFA"/>
            <w:tcMar>
              <w:top w:w="60" w:type="dxa"/>
              <w:left w:w="70" w:type="dxa"/>
              <w:bottom w:w="60" w:type="dxa"/>
              <w:right w:w="70" w:type="dxa"/>
            </w:tcMar>
            <w:vAlign w:val="center"/>
          </w:tcPr>
          <w:p w14:paraId="134AE7FF" w14:textId="77777777" w:rsidR="00082454" w:rsidRPr="004566A6" w:rsidRDefault="00000000">
            <w:pPr>
              <w:spacing w:after="0" w:line="240" w:lineRule="auto"/>
              <w:rPr>
                <w:noProof/>
                <w:lang w:val="ro-RO"/>
              </w:rPr>
            </w:pPr>
            <w:r w:rsidRPr="004566A6">
              <w:rPr>
                <w:rFonts w:eastAsia="Arial"/>
                <w:noProof/>
                <w:sz w:val="14"/>
                <w:lang w:val="ro-RO"/>
              </w:rPr>
              <w:t>Reguli clare, exerciții și dovezi de aplicare fără consecințe nejustificate.</w:t>
            </w:r>
          </w:p>
        </w:tc>
        <w:tc>
          <w:tcPr>
            <w:tcW w:w="1417" w:type="dxa"/>
            <w:shd w:val="clear" w:color="auto" w:fill="FAFAFA"/>
            <w:tcMar>
              <w:top w:w="60" w:type="dxa"/>
              <w:left w:w="70" w:type="dxa"/>
              <w:bottom w:w="60" w:type="dxa"/>
              <w:right w:w="70" w:type="dxa"/>
            </w:tcMar>
            <w:vAlign w:val="center"/>
          </w:tcPr>
          <w:p w14:paraId="3BB2E705"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9558C4C"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1F42583" w14:textId="77777777" w:rsidR="00082454" w:rsidRPr="004566A6" w:rsidRDefault="00082454">
            <w:pPr>
              <w:spacing w:after="0" w:line="240" w:lineRule="auto"/>
              <w:jc w:val="center"/>
              <w:rPr>
                <w:noProof/>
                <w:lang w:val="ro-RO"/>
              </w:rPr>
            </w:pPr>
          </w:p>
        </w:tc>
      </w:tr>
      <w:tr w:rsidR="00082454" w:rsidRPr="00245FA7" w14:paraId="7D102A91" w14:textId="77777777">
        <w:trPr>
          <w:cantSplit/>
          <w:jc w:val="center"/>
        </w:trPr>
        <w:tc>
          <w:tcPr>
            <w:tcW w:w="793" w:type="dxa"/>
            <w:tcMar>
              <w:top w:w="60" w:type="dxa"/>
              <w:left w:w="70" w:type="dxa"/>
              <w:bottom w:w="60" w:type="dxa"/>
              <w:right w:w="70" w:type="dxa"/>
            </w:tcMar>
            <w:vAlign w:val="center"/>
          </w:tcPr>
          <w:p w14:paraId="6B5C0790" w14:textId="77777777" w:rsidR="00082454" w:rsidRPr="004566A6" w:rsidRDefault="00000000">
            <w:pPr>
              <w:spacing w:after="0" w:line="240" w:lineRule="auto"/>
              <w:jc w:val="center"/>
              <w:rPr>
                <w:noProof/>
                <w:lang w:val="ro-RO"/>
              </w:rPr>
            </w:pPr>
            <w:r w:rsidRPr="004566A6">
              <w:rPr>
                <w:rFonts w:eastAsia="Arial"/>
                <w:b/>
                <w:noProof/>
                <w:sz w:val="14"/>
                <w:lang w:val="ro-RO"/>
              </w:rPr>
              <w:t>S6.7</w:t>
            </w:r>
          </w:p>
        </w:tc>
        <w:tc>
          <w:tcPr>
            <w:tcW w:w="4081" w:type="dxa"/>
            <w:tcMar>
              <w:top w:w="60" w:type="dxa"/>
              <w:left w:w="70" w:type="dxa"/>
              <w:bottom w:w="60" w:type="dxa"/>
              <w:right w:w="70" w:type="dxa"/>
            </w:tcMar>
            <w:vAlign w:val="center"/>
          </w:tcPr>
          <w:p w14:paraId="449B037E" w14:textId="77777777" w:rsidR="00082454" w:rsidRPr="004566A6" w:rsidRDefault="00000000">
            <w:pPr>
              <w:spacing w:after="0" w:line="240" w:lineRule="auto"/>
              <w:rPr>
                <w:noProof/>
                <w:lang w:val="ro-RO"/>
              </w:rPr>
            </w:pPr>
            <w:r w:rsidRPr="004566A6">
              <w:rPr>
                <w:rFonts w:eastAsia="Arial"/>
                <w:noProof/>
                <w:sz w:val="14"/>
                <w:lang w:val="ro-RO"/>
              </w:rPr>
              <w:t>Lucrătorii cunosc incidentele relevante și rezultatele investigațiilor.</w:t>
            </w:r>
          </w:p>
        </w:tc>
        <w:tc>
          <w:tcPr>
            <w:tcW w:w="5159" w:type="dxa"/>
            <w:tcMar>
              <w:top w:w="60" w:type="dxa"/>
              <w:left w:w="70" w:type="dxa"/>
              <w:bottom w:w="60" w:type="dxa"/>
              <w:right w:w="70" w:type="dxa"/>
            </w:tcMar>
            <w:vAlign w:val="center"/>
          </w:tcPr>
          <w:p w14:paraId="09E1CD12" w14:textId="77777777" w:rsidR="00082454" w:rsidRPr="004566A6" w:rsidRDefault="00000000">
            <w:pPr>
              <w:spacing w:after="0" w:line="240" w:lineRule="auto"/>
              <w:rPr>
                <w:noProof/>
                <w:lang w:val="ro-RO"/>
              </w:rPr>
            </w:pPr>
            <w:r w:rsidRPr="004566A6">
              <w:rPr>
                <w:rFonts w:eastAsia="Arial"/>
                <w:noProof/>
                <w:sz w:val="14"/>
                <w:lang w:val="ro-RO"/>
              </w:rPr>
              <w:t>Comunicări de lecții învățate și acțiuni.</w:t>
            </w:r>
          </w:p>
        </w:tc>
        <w:tc>
          <w:tcPr>
            <w:tcW w:w="1417" w:type="dxa"/>
            <w:tcMar>
              <w:top w:w="60" w:type="dxa"/>
              <w:left w:w="70" w:type="dxa"/>
              <w:bottom w:w="60" w:type="dxa"/>
              <w:right w:w="70" w:type="dxa"/>
            </w:tcMar>
            <w:vAlign w:val="center"/>
          </w:tcPr>
          <w:p w14:paraId="3684EC47"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469373C"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378D1A9" w14:textId="77777777" w:rsidR="00082454" w:rsidRPr="004566A6" w:rsidRDefault="00082454">
            <w:pPr>
              <w:spacing w:after="0" w:line="240" w:lineRule="auto"/>
              <w:jc w:val="center"/>
              <w:rPr>
                <w:noProof/>
                <w:lang w:val="ro-RO"/>
              </w:rPr>
            </w:pPr>
          </w:p>
        </w:tc>
      </w:tr>
      <w:tr w:rsidR="00082454" w:rsidRPr="00245FA7" w14:paraId="03CFF400" w14:textId="77777777">
        <w:trPr>
          <w:cantSplit/>
          <w:jc w:val="center"/>
        </w:trPr>
        <w:tc>
          <w:tcPr>
            <w:tcW w:w="793" w:type="dxa"/>
            <w:shd w:val="clear" w:color="auto" w:fill="FAFAFA"/>
            <w:tcMar>
              <w:top w:w="60" w:type="dxa"/>
              <w:left w:w="70" w:type="dxa"/>
              <w:bottom w:w="60" w:type="dxa"/>
              <w:right w:w="70" w:type="dxa"/>
            </w:tcMar>
            <w:vAlign w:val="center"/>
          </w:tcPr>
          <w:p w14:paraId="703DE559" w14:textId="77777777" w:rsidR="00082454" w:rsidRPr="004566A6" w:rsidRDefault="00000000">
            <w:pPr>
              <w:spacing w:after="0" w:line="240" w:lineRule="auto"/>
              <w:jc w:val="center"/>
              <w:rPr>
                <w:noProof/>
                <w:lang w:val="ro-RO"/>
              </w:rPr>
            </w:pPr>
            <w:r w:rsidRPr="004566A6">
              <w:rPr>
                <w:rFonts w:eastAsia="Arial"/>
                <w:b/>
                <w:noProof/>
                <w:sz w:val="14"/>
                <w:lang w:val="ro-RO"/>
              </w:rPr>
              <w:t>S6.8</w:t>
            </w:r>
          </w:p>
        </w:tc>
        <w:tc>
          <w:tcPr>
            <w:tcW w:w="4081" w:type="dxa"/>
            <w:shd w:val="clear" w:color="auto" w:fill="FAFAFA"/>
            <w:tcMar>
              <w:top w:w="60" w:type="dxa"/>
              <w:left w:w="70" w:type="dxa"/>
              <w:bottom w:w="60" w:type="dxa"/>
              <w:right w:w="70" w:type="dxa"/>
            </w:tcMar>
            <w:vAlign w:val="center"/>
          </w:tcPr>
          <w:p w14:paraId="11947E19" w14:textId="77777777" w:rsidR="00082454" w:rsidRPr="004566A6" w:rsidRDefault="00000000">
            <w:pPr>
              <w:spacing w:after="0" w:line="240" w:lineRule="auto"/>
              <w:rPr>
                <w:noProof/>
                <w:lang w:val="ro-RO"/>
              </w:rPr>
            </w:pPr>
            <w:r w:rsidRPr="004566A6">
              <w:rPr>
                <w:rFonts w:eastAsia="Arial"/>
                <w:noProof/>
                <w:sz w:val="14"/>
                <w:lang w:val="ro-RO"/>
              </w:rPr>
              <w:t>Sunt stabilite ce, când, cui și cum se comunică intern și extern.</w:t>
            </w:r>
          </w:p>
        </w:tc>
        <w:tc>
          <w:tcPr>
            <w:tcW w:w="5159" w:type="dxa"/>
            <w:shd w:val="clear" w:color="auto" w:fill="FAFAFA"/>
            <w:tcMar>
              <w:top w:w="60" w:type="dxa"/>
              <w:left w:w="70" w:type="dxa"/>
              <w:bottom w:w="60" w:type="dxa"/>
              <w:right w:w="70" w:type="dxa"/>
            </w:tcMar>
            <w:vAlign w:val="center"/>
          </w:tcPr>
          <w:p w14:paraId="08B634D1" w14:textId="77777777" w:rsidR="00082454" w:rsidRPr="004566A6" w:rsidRDefault="00000000">
            <w:pPr>
              <w:spacing w:after="0" w:line="240" w:lineRule="auto"/>
              <w:rPr>
                <w:noProof/>
                <w:lang w:val="ro-RO"/>
              </w:rPr>
            </w:pPr>
            <w:r w:rsidRPr="004566A6">
              <w:rPr>
                <w:rFonts w:eastAsia="Arial"/>
                <w:noProof/>
                <w:sz w:val="14"/>
                <w:lang w:val="ro-RO"/>
              </w:rPr>
              <w:t>Matrice de comunicare, inclusiv diversitate, limbă și accesibilitate.</w:t>
            </w:r>
          </w:p>
        </w:tc>
        <w:tc>
          <w:tcPr>
            <w:tcW w:w="1417" w:type="dxa"/>
            <w:shd w:val="clear" w:color="auto" w:fill="FAFAFA"/>
            <w:tcMar>
              <w:top w:w="60" w:type="dxa"/>
              <w:left w:w="70" w:type="dxa"/>
              <w:bottom w:w="60" w:type="dxa"/>
              <w:right w:w="70" w:type="dxa"/>
            </w:tcMar>
            <w:vAlign w:val="center"/>
          </w:tcPr>
          <w:p w14:paraId="5114DE16"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898D99F"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AE16442" w14:textId="77777777" w:rsidR="00082454" w:rsidRPr="004566A6" w:rsidRDefault="00082454">
            <w:pPr>
              <w:spacing w:after="0" w:line="240" w:lineRule="auto"/>
              <w:jc w:val="center"/>
              <w:rPr>
                <w:noProof/>
                <w:lang w:val="ro-RO"/>
              </w:rPr>
            </w:pPr>
          </w:p>
        </w:tc>
      </w:tr>
      <w:tr w:rsidR="00082454" w:rsidRPr="00245FA7" w14:paraId="0EA24B29" w14:textId="77777777">
        <w:trPr>
          <w:cantSplit/>
          <w:jc w:val="center"/>
        </w:trPr>
        <w:tc>
          <w:tcPr>
            <w:tcW w:w="793" w:type="dxa"/>
            <w:tcMar>
              <w:top w:w="60" w:type="dxa"/>
              <w:left w:w="70" w:type="dxa"/>
              <w:bottom w:w="60" w:type="dxa"/>
              <w:right w:w="70" w:type="dxa"/>
            </w:tcMar>
            <w:vAlign w:val="center"/>
          </w:tcPr>
          <w:p w14:paraId="5BD04411" w14:textId="77777777" w:rsidR="00082454" w:rsidRPr="004566A6" w:rsidRDefault="00000000">
            <w:pPr>
              <w:spacing w:after="0" w:line="240" w:lineRule="auto"/>
              <w:jc w:val="center"/>
              <w:rPr>
                <w:noProof/>
                <w:lang w:val="ro-RO"/>
              </w:rPr>
            </w:pPr>
            <w:r w:rsidRPr="004566A6">
              <w:rPr>
                <w:rFonts w:eastAsia="Arial"/>
                <w:b/>
                <w:noProof/>
                <w:sz w:val="14"/>
                <w:lang w:val="ro-RO"/>
              </w:rPr>
              <w:t>S6.9</w:t>
            </w:r>
          </w:p>
        </w:tc>
        <w:tc>
          <w:tcPr>
            <w:tcW w:w="4081" w:type="dxa"/>
            <w:tcMar>
              <w:top w:w="60" w:type="dxa"/>
              <w:left w:w="70" w:type="dxa"/>
              <w:bottom w:w="60" w:type="dxa"/>
              <w:right w:w="70" w:type="dxa"/>
            </w:tcMar>
            <w:vAlign w:val="center"/>
          </w:tcPr>
          <w:p w14:paraId="5FD0367C" w14:textId="77777777" w:rsidR="00082454" w:rsidRPr="004566A6" w:rsidRDefault="00000000">
            <w:pPr>
              <w:spacing w:after="0" w:line="240" w:lineRule="auto"/>
              <w:rPr>
                <w:noProof/>
                <w:lang w:val="ro-RO"/>
              </w:rPr>
            </w:pPr>
            <w:r w:rsidRPr="004566A6">
              <w:rPr>
                <w:rFonts w:eastAsia="Arial"/>
                <w:noProof/>
                <w:sz w:val="14"/>
                <w:lang w:val="ro-RO"/>
              </w:rPr>
              <w:t>Comunicările sunt primite, documentate și tratate.</w:t>
            </w:r>
          </w:p>
        </w:tc>
        <w:tc>
          <w:tcPr>
            <w:tcW w:w="5159" w:type="dxa"/>
            <w:tcMar>
              <w:top w:w="60" w:type="dxa"/>
              <w:left w:w="70" w:type="dxa"/>
              <w:bottom w:w="60" w:type="dxa"/>
              <w:right w:w="70" w:type="dxa"/>
            </w:tcMar>
            <w:vAlign w:val="center"/>
          </w:tcPr>
          <w:p w14:paraId="51C72BFB" w14:textId="77777777" w:rsidR="00082454" w:rsidRPr="004566A6" w:rsidRDefault="00000000">
            <w:pPr>
              <w:spacing w:after="0" w:line="240" w:lineRule="auto"/>
              <w:rPr>
                <w:noProof/>
                <w:lang w:val="ro-RO"/>
              </w:rPr>
            </w:pPr>
            <w:r w:rsidRPr="004566A6">
              <w:rPr>
                <w:rFonts w:eastAsia="Arial"/>
                <w:noProof/>
                <w:sz w:val="14"/>
                <w:lang w:val="ro-RO"/>
              </w:rPr>
              <w:t>Raportări, reclamații, autorități, contractanți și răspunsuri.</w:t>
            </w:r>
          </w:p>
        </w:tc>
        <w:tc>
          <w:tcPr>
            <w:tcW w:w="1417" w:type="dxa"/>
            <w:tcMar>
              <w:top w:w="60" w:type="dxa"/>
              <w:left w:w="70" w:type="dxa"/>
              <w:bottom w:w="60" w:type="dxa"/>
              <w:right w:w="70" w:type="dxa"/>
            </w:tcMar>
            <w:vAlign w:val="center"/>
          </w:tcPr>
          <w:p w14:paraId="60EF1C77"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023EABB"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0CF0D82F" w14:textId="77777777" w:rsidR="00082454" w:rsidRPr="004566A6" w:rsidRDefault="00082454">
            <w:pPr>
              <w:spacing w:after="0" w:line="240" w:lineRule="auto"/>
              <w:jc w:val="center"/>
              <w:rPr>
                <w:noProof/>
                <w:lang w:val="ro-RO"/>
              </w:rPr>
            </w:pPr>
          </w:p>
        </w:tc>
      </w:tr>
      <w:tr w:rsidR="00082454" w:rsidRPr="004566A6" w14:paraId="7C3583F6" w14:textId="77777777">
        <w:trPr>
          <w:cantSplit/>
          <w:jc w:val="center"/>
        </w:trPr>
        <w:tc>
          <w:tcPr>
            <w:tcW w:w="793" w:type="dxa"/>
            <w:shd w:val="clear" w:color="auto" w:fill="FAFAFA"/>
            <w:tcMar>
              <w:top w:w="60" w:type="dxa"/>
              <w:left w:w="70" w:type="dxa"/>
              <w:bottom w:w="60" w:type="dxa"/>
              <w:right w:w="70" w:type="dxa"/>
            </w:tcMar>
            <w:vAlign w:val="center"/>
          </w:tcPr>
          <w:p w14:paraId="032A0D55" w14:textId="77777777" w:rsidR="00082454" w:rsidRPr="004566A6" w:rsidRDefault="00000000">
            <w:pPr>
              <w:spacing w:after="0" w:line="240" w:lineRule="auto"/>
              <w:jc w:val="center"/>
              <w:rPr>
                <w:noProof/>
                <w:lang w:val="ro-RO"/>
              </w:rPr>
            </w:pPr>
            <w:r w:rsidRPr="004566A6">
              <w:rPr>
                <w:rFonts w:eastAsia="Arial"/>
                <w:b/>
                <w:noProof/>
                <w:sz w:val="14"/>
                <w:lang w:val="ro-RO"/>
              </w:rPr>
              <w:t>S6.10</w:t>
            </w:r>
          </w:p>
        </w:tc>
        <w:tc>
          <w:tcPr>
            <w:tcW w:w="4081" w:type="dxa"/>
            <w:shd w:val="clear" w:color="auto" w:fill="FAFAFA"/>
            <w:tcMar>
              <w:top w:w="60" w:type="dxa"/>
              <w:left w:w="70" w:type="dxa"/>
              <w:bottom w:w="60" w:type="dxa"/>
              <w:right w:w="70" w:type="dxa"/>
            </w:tcMar>
            <w:vAlign w:val="center"/>
          </w:tcPr>
          <w:p w14:paraId="7F4E3A82" w14:textId="77777777" w:rsidR="00082454" w:rsidRPr="004566A6" w:rsidRDefault="00000000">
            <w:pPr>
              <w:spacing w:after="0" w:line="240" w:lineRule="auto"/>
              <w:rPr>
                <w:noProof/>
                <w:lang w:val="ro-RO"/>
              </w:rPr>
            </w:pPr>
            <w:r w:rsidRPr="004566A6">
              <w:rPr>
                <w:rFonts w:eastAsia="Arial"/>
                <w:noProof/>
                <w:sz w:val="14"/>
                <w:lang w:val="ro-RO"/>
              </w:rPr>
              <w:t>Informațiile documentate necesare sunt identificate și controlate.</w:t>
            </w:r>
          </w:p>
        </w:tc>
        <w:tc>
          <w:tcPr>
            <w:tcW w:w="5159" w:type="dxa"/>
            <w:shd w:val="clear" w:color="auto" w:fill="FAFAFA"/>
            <w:tcMar>
              <w:top w:w="60" w:type="dxa"/>
              <w:left w:w="70" w:type="dxa"/>
              <w:bottom w:w="60" w:type="dxa"/>
              <w:right w:w="70" w:type="dxa"/>
            </w:tcMar>
            <w:vAlign w:val="center"/>
          </w:tcPr>
          <w:p w14:paraId="77279C1D" w14:textId="77777777" w:rsidR="00082454" w:rsidRPr="004566A6" w:rsidRDefault="00000000">
            <w:pPr>
              <w:spacing w:after="0" w:line="240" w:lineRule="auto"/>
              <w:rPr>
                <w:noProof/>
                <w:lang w:val="ro-RO"/>
              </w:rPr>
            </w:pPr>
            <w:r w:rsidRPr="004566A6">
              <w:rPr>
                <w:rFonts w:eastAsia="Arial"/>
                <w:noProof/>
                <w:sz w:val="14"/>
                <w:lang w:val="ro-RO"/>
              </w:rPr>
              <w:t>Listă master, aprobare, versiuni, acces și protecție.</w:t>
            </w:r>
          </w:p>
        </w:tc>
        <w:tc>
          <w:tcPr>
            <w:tcW w:w="1417" w:type="dxa"/>
            <w:shd w:val="clear" w:color="auto" w:fill="FAFAFA"/>
            <w:tcMar>
              <w:top w:w="60" w:type="dxa"/>
              <w:left w:w="70" w:type="dxa"/>
              <w:bottom w:w="60" w:type="dxa"/>
              <w:right w:w="70" w:type="dxa"/>
            </w:tcMar>
            <w:vAlign w:val="center"/>
          </w:tcPr>
          <w:p w14:paraId="459D044A"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3BA592F"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EFC32CC" w14:textId="77777777" w:rsidR="00082454" w:rsidRPr="004566A6" w:rsidRDefault="00082454">
            <w:pPr>
              <w:spacing w:after="0" w:line="240" w:lineRule="auto"/>
              <w:jc w:val="center"/>
              <w:rPr>
                <w:noProof/>
                <w:lang w:val="ro-RO"/>
              </w:rPr>
            </w:pPr>
          </w:p>
        </w:tc>
      </w:tr>
      <w:tr w:rsidR="00082454" w:rsidRPr="004566A6" w14:paraId="2A35DFAF" w14:textId="77777777">
        <w:trPr>
          <w:cantSplit/>
          <w:jc w:val="center"/>
        </w:trPr>
        <w:tc>
          <w:tcPr>
            <w:tcW w:w="793" w:type="dxa"/>
            <w:tcMar>
              <w:top w:w="60" w:type="dxa"/>
              <w:left w:w="70" w:type="dxa"/>
              <w:bottom w:w="60" w:type="dxa"/>
              <w:right w:w="70" w:type="dxa"/>
            </w:tcMar>
            <w:vAlign w:val="center"/>
          </w:tcPr>
          <w:p w14:paraId="2C147BFD" w14:textId="77777777" w:rsidR="00082454" w:rsidRPr="004566A6" w:rsidRDefault="00000000">
            <w:pPr>
              <w:spacing w:after="0" w:line="240" w:lineRule="auto"/>
              <w:jc w:val="center"/>
              <w:rPr>
                <w:noProof/>
                <w:lang w:val="ro-RO"/>
              </w:rPr>
            </w:pPr>
            <w:r w:rsidRPr="004566A6">
              <w:rPr>
                <w:rFonts w:eastAsia="Arial"/>
                <w:b/>
                <w:noProof/>
                <w:sz w:val="14"/>
                <w:lang w:val="ro-RO"/>
              </w:rPr>
              <w:t>S6.11</w:t>
            </w:r>
          </w:p>
        </w:tc>
        <w:tc>
          <w:tcPr>
            <w:tcW w:w="4081" w:type="dxa"/>
            <w:tcMar>
              <w:top w:w="60" w:type="dxa"/>
              <w:left w:w="70" w:type="dxa"/>
              <w:bottom w:w="60" w:type="dxa"/>
              <w:right w:w="70" w:type="dxa"/>
            </w:tcMar>
            <w:vAlign w:val="center"/>
          </w:tcPr>
          <w:p w14:paraId="28E56A0F" w14:textId="77777777" w:rsidR="00082454" w:rsidRPr="004566A6" w:rsidRDefault="00000000">
            <w:pPr>
              <w:spacing w:after="0" w:line="240" w:lineRule="auto"/>
              <w:rPr>
                <w:noProof/>
                <w:lang w:val="ro-RO"/>
              </w:rPr>
            </w:pPr>
            <w:r w:rsidRPr="004566A6">
              <w:rPr>
                <w:rFonts w:eastAsia="Arial"/>
                <w:noProof/>
                <w:sz w:val="14"/>
                <w:lang w:val="ro-RO"/>
              </w:rPr>
              <w:t>Înregistrările sunt lizibile, disponibile, protejate și păstrate.</w:t>
            </w:r>
          </w:p>
        </w:tc>
        <w:tc>
          <w:tcPr>
            <w:tcW w:w="5159" w:type="dxa"/>
            <w:tcMar>
              <w:top w:w="60" w:type="dxa"/>
              <w:left w:w="70" w:type="dxa"/>
              <w:bottom w:w="60" w:type="dxa"/>
              <w:right w:w="70" w:type="dxa"/>
            </w:tcMar>
            <w:vAlign w:val="center"/>
          </w:tcPr>
          <w:p w14:paraId="0422906D" w14:textId="77777777" w:rsidR="00082454" w:rsidRPr="004566A6" w:rsidRDefault="00000000">
            <w:pPr>
              <w:spacing w:after="0" w:line="240" w:lineRule="auto"/>
              <w:rPr>
                <w:noProof/>
                <w:lang w:val="ro-RO"/>
              </w:rPr>
            </w:pPr>
            <w:r w:rsidRPr="004566A6">
              <w:rPr>
                <w:rFonts w:eastAsia="Arial"/>
                <w:noProof/>
                <w:sz w:val="14"/>
                <w:lang w:val="ro-RO"/>
              </w:rPr>
              <w:t>Termene, confidențialitate medicală, backup și arhivare.</w:t>
            </w:r>
          </w:p>
        </w:tc>
        <w:tc>
          <w:tcPr>
            <w:tcW w:w="1417" w:type="dxa"/>
            <w:tcMar>
              <w:top w:w="60" w:type="dxa"/>
              <w:left w:w="70" w:type="dxa"/>
              <w:bottom w:w="60" w:type="dxa"/>
              <w:right w:w="70" w:type="dxa"/>
            </w:tcMar>
            <w:vAlign w:val="center"/>
          </w:tcPr>
          <w:p w14:paraId="3D0B6A4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9FA21D3"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0BF0A6A6" w14:textId="77777777" w:rsidR="00082454" w:rsidRPr="004566A6" w:rsidRDefault="00082454">
            <w:pPr>
              <w:spacing w:after="0" w:line="240" w:lineRule="auto"/>
              <w:jc w:val="center"/>
              <w:rPr>
                <w:noProof/>
                <w:lang w:val="ro-RO"/>
              </w:rPr>
            </w:pPr>
          </w:p>
        </w:tc>
      </w:tr>
      <w:tr w:rsidR="00082454" w:rsidRPr="004566A6" w14:paraId="2DF25856" w14:textId="77777777">
        <w:trPr>
          <w:cantSplit/>
          <w:jc w:val="center"/>
        </w:trPr>
        <w:tc>
          <w:tcPr>
            <w:tcW w:w="793" w:type="dxa"/>
            <w:shd w:val="clear" w:color="auto" w:fill="FAFAFA"/>
            <w:tcMar>
              <w:top w:w="60" w:type="dxa"/>
              <w:left w:w="70" w:type="dxa"/>
              <w:bottom w:w="60" w:type="dxa"/>
              <w:right w:w="70" w:type="dxa"/>
            </w:tcMar>
            <w:vAlign w:val="center"/>
          </w:tcPr>
          <w:p w14:paraId="6FD30AF2" w14:textId="77777777" w:rsidR="00082454" w:rsidRPr="004566A6" w:rsidRDefault="00000000">
            <w:pPr>
              <w:spacing w:after="0" w:line="240" w:lineRule="auto"/>
              <w:jc w:val="center"/>
              <w:rPr>
                <w:noProof/>
                <w:lang w:val="ro-RO"/>
              </w:rPr>
            </w:pPr>
            <w:r w:rsidRPr="004566A6">
              <w:rPr>
                <w:rFonts w:eastAsia="Arial"/>
                <w:b/>
                <w:noProof/>
                <w:sz w:val="14"/>
                <w:lang w:val="ro-RO"/>
              </w:rPr>
              <w:t>S6.12</w:t>
            </w:r>
          </w:p>
        </w:tc>
        <w:tc>
          <w:tcPr>
            <w:tcW w:w="4081" w:type="dxa"/>
            <w:shd w:val="clear" w:color="auto" w:fill="FAFAFA"/>
            <w:tcMar>
              <w:top w:w="60" w:type="dxa"/>
              <w:left w:w="70" w:type="dxa"/>
              <w:bottom w:w="60" w:type="dxa"/>
              <w:right w:w="70" w:type="dxa"/>
            </w:tcMar>
            <w:vAlign w:val="center"/>
          </w:tcPr>
          <w:p w14:paraId="0E57E5F8" w14:textId="77777777" w:rsidR="00082454" w:rsidRPr="004566A6" w:rsidRDefault="00000000">
            <w:pPr>
              <w:spacing w:after="0" w:line="240" w:lineRule="auto"/>
              <w:rPr>
                <w:noProof/>
                <w:lang w:val="ro-RO"/>
              </w:rPr>
            </w:pPr>
            <w:r w:rsidRPr="004566A6">
              <w:rPr>
                <w:rFonts w:eastAsia="Arial"/>
                <w:noProof/>
                <w:sz w:val="14"/>
                <w:lang w:val="ro-RO"/>
              </w:rPr>
              <w:t>Documentele externe relevante sunt identificate și actualizate.</w:t>
            </w:r>
          </w:p>
        </w:tc>
        <w:tc>
          <w:tcPr>
            <w:tcW w:w="5159" w:type="dxa"/>
            <w:shd w:val="clear" w:color="auto" w:fill="FAFAFA"/>
            <w:tcMar>
              <w:top w:w="60" w:type="dxa"/>
              <w:left w:w="70" w:type="dxa"/>
              <w:bottom w:w="60" w:type="dxa"/>
              <w:right w:w="70" w:type="dxa"/>
            </w:tcMar>
            <w:vAlign w:val="center"/>
          </w:tcPr>
          <w:p w14:paraId="5D1E1EE7" w14:textId="77777777" w:rsidR="00082454" w:rsidRPr="004566A6" w:rsidRDefault="00000000">
            <w:pPr>
              <w:spacing w:after="0" w:line="240" w:lineRule="auto"/>
              <w:rPr>
                <w:noProof/>
                <w:lang w:val="ro-RO"/>
              </w:rPr>
            </w:pPr>
            <w:r w:rsidRPr="004566A6">
              <w:rPr>
                <w:rFonts w:eastAsia="Arial"/>
                <w:noProof/>
                <w:sz w:val="14"/>
                <w:lang w:val="ro-RO"/>
              </w:rPr>
              <w:t>Legislație, fișe cu date de securitate, manuale, standarde și cerințe client.</w:t>
            </w:r>
          </w:p>
        </w:tc>
        <w:tc>
          <w:tcPr>
            <w:tcW w:w="1417" w:type="dxa"/>
            <w:shd w:val="clear" w:color="auto" w:fill="FAFAFA"/>
            <w:tcMar>
              <w:top w:w="60" w:type="dxa"/>
              <w:left w:w="70" w:type="dxa"/>
              <w:bottom w:w="60" w:type="dxa"/>
              <w:right w:w="70" w:type="dxa"/>
            </w:tcMar>
            <w:vAlign w:val="center"/>
          </w:tcPr>
          <w:p w14:paraId="67946C8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13F3AC"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C77E0A8" w14:textId="77777777" w:rsidR="00082454" w:rsidRPr="004566A6" w:rsidRDefault="00082454">
            <w:pPr>
              <w:spacing w:after="0" w:line="240" w:lineRule="auto"/>
              <w:jc w:val="center"/>
              <w:rPr>
                <w:noProof/>
                <w:lang w:val="ro-RO"/>
              </w:rPr>
            </w:pPr>
          </w:p>
        </w:tc>
      </w:tr>
    </w:tbl>
    <w:p w14:paraId="4533A3C6"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91EB62C"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7C35A60E" w14:textId="77777777">
        <w:trPr>
          <w:cantSplit/>
          <w:jc w:val="center"/>
        </w:trPr>
        <w:tc>
          <w:tcPr>
            <w:tcW w:w="1020" w:type="dxa"/>
            <w:shd w:val="clear" w:color="auto" w:fill="D71920"/>
            <w:tcMar>
              <w:top w:w="60" w:type="dxa"/>
              <w:left w:w="70" w:type="dxa"/>
              <w:bottom w:w="60" w:type="dxa"/>
              <w:right w:w="70" w:type="dxa"/>
            </w:tcMar>
            <w:vAlign w:val="center"/>
          </w:tcPr>
          <w:p w14:paraId="5A3FAE9E"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7</w:t>
            </w:r>
          </w:p>
        </w:tc>
        <w:tc>
          <w:tcPr>
            <w:tcW w:w="12585" w:type="dxa"/>
            <w:shd w:val="clear" w:color="auto" w:fill="F3F4F5"/>
          </w:tcPr>
          <w:p w14:paraId="581ACE2C" w14:textId="77777777" w:rsidR="00082454" w:rsidRPr="004566A6" w:rsidRDefault="00000000">
            <w:pPr>
              <w:spacing w:after="20"/>
              <w:rPr>
                <w:noProof/>
                <w:lang w:val="ro-RO"/>
              </w:rPr>
            </w:pPr>
            <w:r w:rsidRPr="004566A6">
              <w:rPr>
                <w:rFonts w:eastAsia="Arial"/>
                <w:b/>
                <w:noProof/>
                <w:sz w:val="27"/>
                <w:lang w:val="ro-RO"/>
              </w:rPr>
              <w:t>Control operațional, ierarhia controalelor și achiziții</w:t>
            </w:r>
          </w:p>
          <w:p w14:paraId="1764419B"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8.1  |  Obiectiv: controlarea activităților, schimbărilor și furnizorilor pentru eliminarea pericolelor și reducerea riscurilor</w:t>
            </w:r>
          </w:p>
        </w:tc>
      </w:tr>
    </w:tbl>
    <w:p w14:paraId="3130639E"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0276CF71" w14:textId="77777777">
        <w:trPr>
          <w:cantSplit/>
          <w:jc w:val="center"/>
        </w:trPr>
        <w:tc>
          <w:tcPr>
            <w:tcW w:w="566" w:type="dxa"/>
            <w:shd w:val="clear" w:color="auto" w:fill="D71920"/>
            <w:tcMar>
              <w:top w:w="60" w:type="dxa"/>
              <w:left w:w="70" w:type="dxa"/>
              <w:bottom w:w="60" w:type="dxa"/>
              <w:right w:w="70" w:type="dxa"/>
            </w:tcMar>
            <w:vAlign w:val="center"/>
          </w:tcPr>
          <w:p w14:paraId="286A7A0B"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17D8C314"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71C089E3" w14:textId="77777777" w:rsidR="00082454" w:rsidRPr="004566A6" w:rsidRDefault="00000000">
            <w:pPr>
              <w:spacing w:after="0" w:line="252" w:lineRule="auto"/>
              <w:rPr>
                <w:noProof/>
                <w:lang w:val="ro-RO"/>
              </w:rPr>
            </w:pPr>
            <w:r w:rsidRPr="004566A6">
              <w:rPr>
                <w:rFonts w:eastAsia="Arial"/>
                <w:noProof/>
                <w:sz w:val="16"/>
                <w:lang w:val="ro-RO"/>
              </w:rPr>
              <w:t>EIP este ultima linie de apărare. În revizuirea riscurilor, cereți de fiecare dată dovezi că eliminarea, substituirea și controalele inginerești au fost evaluate înaintea soluțiilor administrative.</w:t>
            </w:r>
          </w:p>
        </w:tc>
      </w:tr>
    </w:tbl>
    <w:p w14:paraId="2300CCD6"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3060B40D" w14:textId="77777777">
        <w:trPr>
          <w:cantSplit/>
          <w:tblHeader/>
          <w:jc w:val="center"/>
        </w:trPr>
        <w:tc>
          <w:tcPr>
            <w:tcW w:w="793" w:type="dxa"/>
            <w:shd w:val="clear" w:color="auto" w:fill="D71920"/>
            <w:tcMar>
              <w:top w:w="60" w:type="dxa"/>
              <w:left w:w="70" w:type="dxa"/>
              <w:bottom w:w="60" w:type="dxa"/>
              <w:right w:w="70" w:type="dxa"/>
            </w:tcMar>
            <w:vAlign w:val="center"/>
          </w:tcPr>
          <w:p w14:paraId="70BEFCB7"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9F1FA8E"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0326000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63DB588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70E0A416"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503DDCB"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048EA792" w14:textId="77777777">
        <w:trPr>
          <w:cantSplit/>
          <w:jc w:val="center"/>
        </w:trPr>
        <w:tc>
          <w:tcPr>
            <w:tcW w:w="793" w:type="dxa"/>
            <w:tcMar>
              <w:top w:w="60" w:type="dxa"/>
              <w:left w:w="70" w:type="dxa"/>
              <w:bottom w:w="60" w:type="dxa"/>
              <w:right w:w="70" w:type="dxa"/>
            </w:tcMar>
            <w:vAlign w:val="center"/>
          </w:tcPr>
          <w:p w14:paraId="08E82194" w14:textId="77777777" w:rsidR="00082454" w:rsidRPr="004566A6" w:rsidRDefault="00000000">
            <w:pPr>
              <w:spacing w:after="0" w:line="240" w:lineRule="auto"/>
              <w:jc w:val="center"/>
              <w:rPr>
                <w:noProof/>
                <w:lang w:val="ro-RO"/>
              </w:rPr>
            </w:pPr>
            <w:r w:rsidRPr="004566A6">
              <w:rPr>
                <w:rFonts w:eastAsia="Arial"/>
                <w:b/>
                <w:noProof/>
                <w:sz w:val="14"/>
                <w:lang w:val="ro-RO"/>
              </w:rPr>
              <w:t>S7.1</w:t>
            </w:r>
          </w:p>
        </w:tc>
        <w:tc>
          <w:tcPr>
            <w:tcW w:w="4081" w:type="dxa"/>
            <w:tcMar>
              <w:top w:w="60" w:type="dxa"/>
              <w:left w:w="70" w:type="dxa"/>
              <w:bottom w:w="60" w:type="dxa"/>
              <w:right w:w="70" w:type="dxa"/>
            </w:tcMar>
            <w:vAlign w:val="center"/>
          </w:tcPr>
          <w:p w14:paraId="4C5CEFD9" w14:textId="77777777" w:rsidR="00082454" w:rsidRPr="004566A6" w:rsidRDefault="00000000">
            <w:pPr>
              <w:spacing w:after="0" w:line="240" w:lineRule="auto"/>
              <w:rPr>
                <w:noProof/>
                <w:lang w:val="ro-RO"/>
              </w:rPr>
            </w:pPr>
            <w:r w:rsidRPr="004566A6">
              <w:rPr>
                <w:rFonts w:eastAsia="Arial"/>
                <w:noProof/>
                <w:sz w:val="14"/>
                <w:lang w:val="ro-RO"/>
              </w:rPr>
              <w:t>Sunt stabilite criterii operaționale pentru procesele cu risc SSM.</w:t>
            </w:r>
          </w:p>
        </w:tc>
        <w:tc>
          <w:tcPr>
            <w:tcW w:w="5159" w:type="dxa"/>
            <w:tcMar>
              <w:top w:w="60" w:type="dxa"/>
              <w:left w:w="70" w:type="dxa"/>
              <w:bottom w:w="60" w:type="dxa"/>
              <w:right w:w="70" w:type="dxa"/>
            </w:tcMar>
            <w:vAlign w:val="center"/>
          </w:tcPr>
          <w:p w14:paraId="246A43CE" w14:textId="77777777" w:rsidR="00082454" w:rsidRPr="004566A6" w:rsidRDefault="00000000">
            <w:pPr>
              <w:spacing w:after="0" w:line="240" w:lineRule="auto"/>
              <w:rPr>
                <w:noProof/>
                <w:lang w:val="ro-RO"/>
              </w:rPr>
            </w:pPr>
            <w:r w:rsidRPr="004566A6">
              <w:rPr>
                <w:rFonts w:eastAsia="Arial"/>
                <w:noProof/>
                <w:sz w:val="14"/>
                <w:lang w:val="ro-RO"/>
              </w:rPr>
              <w:t>Parametri, limite, secvențe, responsabilități și reacții la abatere.</w:t>
            </w:r>
          </w:p>
        </w:tc>
        <w:tc>
          <w:tcPr>
            <w:tcW w:w="1417" w:type="dxa"/>
            <w:tcMar>
              <w:top w:w="60" w:type="dxa"/>
              <w:left w:w="70" w:type="dxa"/>
              <w:bottom w:w="60" w:type="dxa"/>
              <w:right w:w="70" w:type="dxa"/>
            </w:tcMar>
            <w:vAlign w:val="center"/>
          </w:tcPr>
          <w:p w14:paraId="1BB805DD"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DC5A275"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1F66508" w14:textId="77777777" w:rsidR="00082454" w:rsidRPr="004566A6" w:rsidRDefault="00082454">
            <w:pPr>
              <w:spacing w:after="0" w:line="240" w:lineRule="auto"/>
              <w:jc w:val="center"/>
              <w:rPr>
                <w:noProof/>
                <w:lang w:val="ro-RO"/>
              </w:rPr>
            </w:pPr>
          </w:p>
        </w:tc>
      </w:tr>
      <w:tr w:rsidR="00082454" w:rsidRPr="00245FA7" w14:paraId="79349533" w14:textId="77777777">
        <w:trPr>
          <w:cantSplit/>
          <w:jc w:val="center"/>
        </w:trPr>
        <w:tc>
          <w:tcPr>
            <w:tcW w:w="793" w:type="dxa"/>
            <w:shd w:val="clear" w:color="auto" w:fill="FAFAFA"/>
            <w:tcMar>
              <w:top w:w="60" w:type="dxa"/>
              <w:left w:w="70" w:type="dxa"/>
              <w:bottom w:w="60" w:type="dxa"/>
              <w:right w:w="70" w:type="dxa"/>
            </w:tcMar>
            <w:vAlign w:val="center"/>
          </w:tcPr>
          <w:p w14:paraId="6FBF4056" w14:textId="77777777" w:rsidR="00082454" w:rsidRPr="004566A6" w:rsidRDefault="00000000">
            <w:pPr>
              <w:spacing w:after="0" w:line="240" w:lineRule="auto"/>
              <w:jc w:val="center"/>
              <w:rPr>
                <w:noProof/>
                <w:lang w:val="ro-RO"/>
              </w:rPr>
            </w:pPr>
            <w:r w:rsidRPr="004566A6">
              <w:rPr>
                <w:rFonts w:eastAsia="Arial"/>
                <w:b/>
                <w:noProof/>
                <w:sz w:val="14"/>
                <w:lang w:val="ro-RO"/>
              </w:rPr>
              <w:t>S7.2</w:t>
            </w:r>
          </w:p>
        </w:tc>
        <w:tc>
          <w:tcPr>
            <w:tcW w:w="4081" w:type="dxa"/>
            <w:shd w:val="clear" w:color="auto" w:fill="FAFAFA"/>
            <w:tcMar>
              <w:top w:w="60" w:type="dxa"/>
              <w:left w:w="70" w:type="dxa"/>
              <w:bottom w:w="60" w:type="dxa"/>
              <w:right w:w="70" w:type="dxa"/>
            </w:tcMar>
            <w:vAlign w:val="center"/>
          </w:tcPr>
          <w:p w14:paraId="17141B35" w14:textId="77777777" w:rsidR="00082454" w:rsidRPr="004566A6" w:rsidRDefault="00000000">
            <w:pPr>
              <w:spacing w:after="0" w:line="240" w:lineRule="auto"/>
              <w:rPr>
                <w:noProof/>
                <w:lang w:val="ro-RO"/>
              </w:rPr>
            </w:pPr>
            <w:r w:rsidRPr="004566A6">
              <w:rPr>
                <w:rFonts w:eastAsia="Arial"/>
                <w:noProof/>
                <w:sz w:val="14"/>
                <w:lang w:val="ro-RO"/>
              </w:rPr>
              <w:t>Munca este adaptată lucrătorilor și sunt considerate capabilitățile individuale.</w:t>
            </w:r>
          </w:p>
        </w:tc>
        <w:tc>
          <w:tcPr>
            <w:tcW w:w="5159" w:type="dxa"/>
            <w:shd w:val="clear" w:color="auto" w:fill="FAFAFA"/>
            <w:tcMar>
              <w:top w:w="60" w:type="dxa"/>
              <w:left w:w="70" w:type="dxa"/>
              <w:bottom w:w="60" w:type="dxa"/>
              <w:right w:w="70" w:type="dxa"/>
            </w:tcMar>
            <w:vAlign w:val="center"/>
          </w:tcPr>
          <w:p w14:paraId="79646C62" w14:textId="77777777" w:rsidR="00082454" w:rsidRPr="004566A6" w:rsidRDefault="00000000">
            <w:pPr>
              <w:spacing w:after="0" w:line="240" w:lineRule="auto"/>
              <w:rPr>
                <w:noProof/>
                <w:lang w:val="ro-RO"/>
              </w:rPr>
            </w:pPr>
            <w:r w:rsidRPr="004566A6">
              <w:rPr>
                <w:rFonts w:eastAsia="Arial"/>
                <w:noProof/>
                <w:sz w:val="14"/>
                <w:lang w:val="ro-RO"/>
              </w:rPr>
              <w:t>Ergonomie, restricții medicale, accesibilitate și grupuri vulnerabile.</w:t>
            </w:r>
          </w:p>
        </w:tc>
        <w:tc>
          <w:tcPr>
            <w:tcW w:w="1417" w:type="dxa"/>
            <w:shd w:val="clear" w:color="auto" w:fill="FAFAFA"/>
            <w:tcMar>
              <w:top w:w="60" w:type="dxa"/>
              <w:left w:w="70" w:type="dxa"/>
              <w:bottom w:w="60" w:type="dxa"/>
              <w:right w:w="70" w:type="dxa"/>
            </w:tcMar>
            <w:vAlign w:val="center"/>
          </w:tcPr>
          <w:p w14:paraId="1C9EEB48"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7B4F06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377E262" w14:textId="77777777" w:rsidR="00082454" w:rsidRPr="004566A6" w:rsidRDefault="00082454">
            <w:pPr>
              <w:spacing w:after="0" w:line="240" w:lineRule="auto"/>
              <w:jc w:val="center"/>
              <w:rPr>
                <w:noProof/>
                <w:lang w:val="ro-RO"/>
              </w:rPr>
            </w:pPr>
          </w:p>
        </w:tc>
      </w:tr>
      <w:tr w:rsidR="00082454" w:rsidRPr="00245FA7" w14:paraId="2C2FF4A8" w14:textId="77777777">
        <w:trPr>
          <w:cantSplit/>
          <w:jc w:val="center"/>
        </w:trPr>
        <w:tc>
          <w:tcPr>
            <w:tcW w:w="793" w:type="dxa"/>
            <w:tcMar>
              <w:top w:w="60" w:type="dxa"/>
              <w:left w:w="70" w:type="dxa"/>
              <w:bottom w:w="60" w:type="dxa"/>
              <w:right w:w="70" w:type="dxa"/>
            </w:tcMar>
            <w:vAlign w:val="center"/>
          </w:tcPr>
          <w:p w14:paraId="714CD04B" w14:textId="77777777" w:rsidR="00082454" w:rsidRPr="004566A6" w:rsidRDefault="00000000">
            <w:pPr>
              <w:spacing w:after="0" w:line="240" w:lineRule="auto"/>
              <w:jc w:val="center"/>
              <w:rPr>
                <w:noProof/>
                <w:lang w:val="ro-RO"/>
              </w:rPr>
            </w:pPr>
            <w:r w:rsidRPr="004566A6">
              <w:rPr>
                <w:rFonts w:eastAsia="Arial"/>
                <w:b/>
                <w:noProof/>
                <w:sz w:val="14"/>
                <w:lang w:val="ro-RO"/>
              </w:rPr>
              <w:t>S7.3</w:t>
            </w:r>
          </w:p>
        </w:tc>
        <w:tc>
          <w:tcPr>
            <w:tcW w:w="4081" w:type="dxa"/>
            <w:tcMar>
              <w:top w:w="60" w:type="dxa"/>
              <w:left w:w="70" w:type="dxa"/>
              <w:bottom w:w="60" w:type="dxa"/>
              <w:right w:w="70" w:type="dxa"/>
            </w:tcMar>
            <w:vAlign w:val="center"/>
          </w:tcPr>
          <w:p w14:paraId="2ADFB65F" w14:textId="77777777" w:rsidR="00082454" w:rsidRPr="004566A6" w:rsidRDefault="00000000">
            <w:pPr>
              <w:spacing w:after="0" w:line="240" w:lineRule="auto"/>
              <w:rPr>
                <w:noProof/>
                <w:lang w:val="ro-RO"/>
              </w:rPr>
            </w:pPr>
            <w:r w:rsidRPr="004566A6">
              <w:rPr>
                <w:rFonts w:eastAsia="Arial"/>
                <w:noProof/>
                <w:sz w:val="14"/>
                <w:lang w:val="ro-RO"/>
              </w:rPr>
              <w:t>Pericolele sunt eliminate ori de câte ori este practic.</w:t>
            </w:r>
          </w:p>
        </w:tc>
        <w:tc>
          <w:tcPr>
            <w:tcW w:w="5159" w:type="dxa"/>
            <w:tcMar>
              <w:top w:w="60" w:type="dxa"/>
              <w:left w:w="70" w:type="dxa"/>
              <w:bottom w:w="60" w:type="dxa"/>
              <w:right w:w="70" w:type="dxa"/>
            </w:tcMar>
            <w:vAlign w:val="center"/>
          </w:tcPr>
          <w:p w14:paraId="63642E5B" w14:textId="77777777" w:rsidR="00082454" w:rsidRPr="004566A6" w:rsidRDefault="00000000">
            <w:pPr>
              <w:spacing w:after="0" w:line="240" w:lineRule="auto"/>
              <w:rPr>
                <w:noProof/>
                <w:lang w:val="ro-RO"/>
              </w:rPr>
            </w:pPr>
            <w:r w:rsidRPr="004566A6">
              <w:rPr>
                <w:rFonts w:eastAsia="Arial"/>
                <w:noProof/>
                <w:sz w:val="14"/>
                <w:lang w:val="ro-RO"/>
              </w:rPr>
              <w:t>Proiectare, renunțare la activitate/material și automatizare.</w:t>
            </w:r>
          </w:p>
        </w:tc>
        <w:tc>
          <w:tcPr>
            <w:tcW w:w="1417" w:type="dxa"/>
            <w:tcMar>
              <w:top w:w="60" w:type="dxa"/>
              <w:left w:w="70" w:type="dxa"/>
              <w:bottom w:w="60" w:type="dxa"/>
              <w:right w:w="70" w:type="dxa"/>
            </w:tcMar>
            <w:vAlign w:val="center"/>
          </w:tcPr>
          <w:p w14:paraId="15533CB7"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54D0249"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65D8122" w14:textId="77777777" w:rsidR="00082454" w:rsidRPr="004566A6" w:rsidRDefault="00082454">
            <w:pPr>
              <w:spacing w:after="0" w:line="240" w:lineRule="auto"/>
              <w:jc w:val="center"/>
              <w:rPr>
                <w:noProof/>
                <w:lang w:val="ro-RO"/>
              </w:rPr>
            </w:pPr>
          </w:p>
        </w:tc>
      </w:tr>
      <w:tr w:rsidR="00082454" w:rsidRPr="004566A6" w14:paraId="46EFC8B8" w14:textId="77777777">
        <w:trPr>
          <w:cantSplit/>
          <w:jc w:val="center"/>
        </w:trPr>
        <w:tc>
          <w:tcPr>
            <w:tcW w:w="793" w:type="dxa"/>
            <w:shd w:val="clear" w:color="auto" w:fill="FAFAFA"/>
            <w:tcMar>
              <w:top w:w="60" w:type="dxa"/>
              <w:left w:w="70" w:type="dxa"/>
              <w:bottom w:w="60" w:type="dxa"/>
              <w:right w:w="70" w:type="dxa"/>
            </w:tcMar>
            <w:vAlign w:val="center"/>
          </w:tcPr>
          <w:p w14:paraId="46C99BCF" w14:textId="77777777" w:rsidR="00082454" w:rsidRPr="004566A6" w:rsidRDefault="00000000">
            <w:pPr>
              <w:spacing w:after="0" w:line="240" w:lineRule="auto"/>
              <w:jc w:val="center"/>
              <w:rPr>
                <w:noProof/>
                <w:lang w:val="ro-RO"/>
              </w:rPr>
            </w:pPr>
            <w:r w:rsidRPr="004566A6">
              <w:rPr>
                <w:rFonts w:eastAsia="Arial"/>
                <w:b/>
                <w:noProof/>
                <w:sz w:val="14"/>
                <w:lang w:val="ro-RO"/>
              </w:rPr>
              <w:t>S7.4</w:t>
            </w:r>
          </w:p>
        </w:tc>
        <w:tc>
          <w:tcPr>
            <w:tcW w:w="4081" w:type="dxa"/>
            <w:shd w:val="clear" w:color="auto" w:fill="FAFAFA"/>
            <w:tcMar>
              <w:top w:w="60" w:type="dxa"/>
              <w:left w:w="70" w:type="dxa"/>
              <w:bottom w:w="60" w:type="dxa"/>
              <w:right w:w="70" w:type="dxa"/>
            </w:tcMar>
            <w:vAlign w:val="center"/>
          </w:tcPr>
          <w:p w14:paraId="3F6B38AE" w14:textId="77777777" w:rsidR="00082454" w:rsidRPr="004566A6" w:rsidRDefault="00000000">
            <w:pPr>
              <w:spacing w:after="0" w:line="240" w:lineRule="auto"/>
              <w:rPr>
                <w:noProof/>
                <w:lang w:val="ro-RO"/>
              </w:rPr>
            </w:pPr>
            <w:r w:rsidRPr="004566A6">
              <w:rPr>
                <w:rFonts w:eastAsia="Arial"/>
                <w:noProof/>
                <w:sz w:val="14"/>
                <w:lang w:val="ro-RO"/>
              </w:rPr>
              <w:t>Când eliminarea nu este posibilă, sunt aplicate controale conform ierarhiei.</w:t>
            </w:r>
          </w:p>
        </w:tc>
        <w:tc>
          <w:tcPr>
            <w:tcW w:w="5159" w:type="dxa"/>
            <w:shd w:val="clear" w:color="auto" w:fill="FAFAFA"/>
            <w:tcMar>
              <w:top w:w="60" w:type="dxa"/>
              <w:left w:w="70" w:type="dxa"/>
              <w:bottom w:w="60" w:type="dxa"/>
              <w:right w:w="70" w:type="dxa"/>
            </w:tcMar>
            <w:vAlign w:val="center"/>
          </w:tcPr>
          <w:p w14:paraId="0F6A34F2" w14:textId="77777777" w:rsidR="00082454" w:rsidRPr="004566A6" w:rsidRDefault="00000000">
            <w:pPr>
              <w:spacing w:after="0" w:line="240" w:lineRule="auto"/>
              <w:rPr>
                <w:noProof/>
                <w:lang w:val="ro-RO"/>
              </w:rPr>
            </w:pPr>
            <w:r w:rsidRPr="004566A6">
              <w:rPr>
                <w:rFonts w:eastAsia="Arial"/>
                <w:noProof/>
                <w:sz w:val="14"/>
                <w:lang w:val="ro-RO"/>
              </w:rPr>
              <w:t>Substituire, controale inginerești, reorganizare, administrative și EIP.</w:t>
            </w:r>
          </w:p>
        </w:tc>
        <w:tc>
          <w:tcPr>
            <w:tcW w:w="1417" w:type="dxa"/>
            <w:shd w:val="clear" w:color="auto" w:fill="FAFAFA"/>
            <w:tcMar>
              <w:top w:w="60" w:type="dxa"/>
              <w:left w:w="70" w:type="dxa"/>
              <w:bottom w:w="60" w:type="dxa"/>
              <w:right w:w="70" w:type="dxa"/>
            </w:tcMar>
            <w:vAlign w:val="center"/>
          </w:tcPr>
          <w:p w14:paraId="787DD132"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DCF6E97"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9D26168" w14:textId="77777777" w:rsidR="00082454" w:rsidRPr="004566A6" w:rsidRDefault="00082454">
            <w:pPr>
              <w:spacing w:after="0" w:line="240" w:lineRule="auto"/>
              <w:jc w:val="center"/>
              <w:rPr>
                <w:noProof/>
                <w:lang w:val="ro-RO"/>
              </w:rPr>
            </w:pPr>
          </w:p>
        </w:tc>
      </w:tr>
      <w:tr w:rsidR="00082454" w:rsidRPr="00245FA7" w14:paraId="5C57957B" w14:textId="77777777">
        <w:trPr>
          <w:cantSplit/>
          <w:jc w:val="center"/>
        </w:trPr>
        <w:tc>
          <w:tcPr>
            <w:tcW w:w="793" w:type="dxa"/>
            <w:tcMar>
              <w:top w:w="60" w:type="dxa"/>
              <w:left w:w="70" w:type="dxa"/>
              <w:bottom w:w="60" w:type="dxa"/>
              <w:right w:w="70" w:type="dxa"/>
            </w:tcMar>
            <w:vAlign w:val="center"/>
          </w:tcPr>
          <w:p w14:paraId="77F410EF" w14:textId="77777777" w:rsidR="00082454" w:rsidRPr="004566A6" w:rsidRDefault="00000000">
            <w:pPr>
              <w:spacing w:after="0" w:line="240" w:lineRule="auto"/>
              <w:jc w:val="center"/>
              <w:rPr>
                <w:noProof/>
                <w:lang w:val="ro-RO"/>
              </w:rPr>
            </w:pPr>
            <w:r w:rsidRPr="004566A6">
              <w:rPr>
                <w:rFonts w:eastAsia="Arial"/>
                <w:b/>
                <w:noProof/>
                <w:sz w:val="14"/>
                <w:lang w:val="ro-RO"/>
              </w:rPr>
              <w:t>S7.5</w:t>
            </w:r>
          </w:p>
        </w:tc>
        <w:tc>
          <w:tcPr>
            <w:tcW w:w="4081" w:type="dxa"/>
            <w:tcMar>
              <w:top w:w="60" w:type="dxa"/>
              <w:left w:w="70" w:type="dxa"/>
              <w:bottom w:w="60" w:type="dxa"/>
              <w:right w:w="70" w:type="dxa"/>
            </w:tcMar>
            <w:vAlign w:val="center"/>
          </w:tcPr>
          <w:p w14:paraId="693A95B6" w14:textId="77777777" w:rsidR="00082454" w:rsidRPr="004566A6" w:rsidRDefault="00000000">
            <w:pPr>
              <w:spacing w:after="0" w:line="240" w:lineRule="auto"/>
              <w:rPr>
                <w:noProof/>
                <w:lang w:val="ro-RO"/>
              </w:rPr>
            </w:pPr>
            <w:r w:rsidRPr="004566A6">
              <w:rPr>
                <w:rFonts w:eastAsia="Arial"/>
                <w:noProof/>
                <w:sz w:val="14"/>
                <w:lang w:val="ro-RO"/>
              </w:rPr>
              <w:t>EIP este adecvat, disponibil, întreținut și utilizat corect.</w:t>
            </w:r>
          </w:p>
        </w:tc>
        <w:tc>
          <w:tcPr>
            <w:tcW w:w="5159" w:type="dxa"/>
            <w:tcMar>
              <w:top w:w="60" w:type="dxa"/>
              <w:left w:w="70" w:type="dxa"/>
              <w:bottom w:w="60" w:type="dxa"/>
              <w:right w:w="70" w:type="dxa"/>
            </w:tcMar>
            <w:vAlign w:val="center"/>
          </w:tcPr>
          <w:p w14:paraId="078E4EBF" w14:textId="77777777" w:rsidR="00082454" w:rsidRPr="004566A6" w:rsidRDefault="00000000">
            <w:pPr>
              <w:spacing w:after="0" w:line="240" w:lineRule="auto"/>
              <w:rPr>
                <w:noProof/>
                <w:lang w:val="ro-RO"/>
              </w:rPr>
            </w:pPr>
            <w:r w:rsidRPr="004566A6">
              <w:rPr>
                <w:rFonts w:eastAsia="Arial"/>
                <w:noProof/>
                <w:sz w:val="14"/>
                <w:lang w:val="ro-RO"/>
              </w:rPr>
              <w:t>Selecție pe risc, compatibilitate, instruire, inspecții și înlocuire.</w:t>
            </w:r>
          </w:p>
        </w:tc>
        <w:tc>
          <w:tcPr>
            <w:tcW w:w="1417" w:type="dxa"/>
            <w:tcMar>
              <w:top w:w="60" w:type="dxa"/>
              <w:left w:w="70" w:type="dxa"/>
              <w:bottom w:w="60" w:type="dxa"/>
              <w:right w:w="70" w:type="dxa"/>
            </w:tcMar>
            <w:vAlign w:val="center"/>
          </w:tcPr>
          <w:p w14:paraId="796FB0E0"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CE18A1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037C8DC6" w14:textId="77777777" w:rsidR="00082454" w:rsidRPr="004566A6" w:rsidRDefault="00082454">
            <w:pPr>
              <w:spacing w:after="0" w:line="240" w:lineRule="auto"/>
              <w:jc w:val="center"/>
              <w:rPr>
                <w:noProof/>
                <w:lang w:val="ro-RO"/>
              </w:rPr>
            </w:pPr>
          </w:p>
        </w:tc>
      </w:tr>
      <w:tr w:rsidR="00082454" w:rsidRPr="00245FA7" w14:paraId="6510BE23" w14:textId="77777777">
        <w:trPr>
          <w:cantSplit/>
          <w:jc w:val="center"/>
        </w:trPr>
        <w:tc>
          <w:tcPr>
            <w:tcW w:w="793" w:type="dxa"/>
            <w:shd w:val="clear" w:color="auto" w:fill="FAFAFA"/>
            <w:tcMar>
              <w:top w:w="60" w:type="dxa"/>
              <w:left w:w="70" w:type="dxa"/>
              <w:bottom w:w="60" w:type="dxa"/>
              <w:right w:w="70" w:type="dxa"/>
            </w:tcMar>
            <w:vAlign w:val="center"/>
          </w:tcPr>
          <w:p w14:paraId="270E8480" w14:textId="77777777" w:rsidR="00082454" w:rsidRPr="004566A6" w:rsidRDefault="00000000">
            <w:pPr>
              <w:spacing w:after="0" w:line="240" w:lineRule="auto"/>
              <w:jc w:val="center"/>
              <w:rPr>
                <w:noProof/>
                <w:lang w:val="ro-RO"/>
              </w:rPr>
            </w:pPr>
            <w:r w:rsidRPr="004566A6">
              <w:rPr>
                <w:rFonts w:eastAsia="Arial"/>
                <w:b/>
                <w:noProof/>
                <w:sz w:val="14"/>
                <w:lang w:val="ro-RO"/>
              </w:rPr>
              <w:t>S7.6</w:t>
            </w:r>
          </w:p>
        </w:tc>
        <w:tc>
          <w:tcPr>
            <w:tcW w:w="4081" w:type="dxa"/>
            <w:shd w:val="clear" w:color="auto" w:fill="FAFAFA"/>
            <w:tcMar>
              <w:top w:w="60" w:type="dxa"/>
              <w:left w:w="70" w:type="dxa"/>
              <w:bottom w:w="60" w:type="dxa"/>
              <w:right w:w="70" w:type="dxa"/>
            </w:tcMar>
            <w:vAlign w:val="center"/>
          </w:tcPr>
          <w:p w14:paraId="72FDDCCB" w14:textId="77777777" w:rsidR="00082454" w:rsidRPr="004566A6" w:rsidRDefault="00000000">
            <w:pPr>
              <w:spacing w:after="0" w:line="240" w:lineRule="auto"/>
              <w:rPr>
                <w:noProof/>
                <w:lang w:val="ro-RO"/>
              </w:rPr>
            </w:pPr>
            <w:r w:rsidRPr="004566A6">
              <w:rPr>
                <w:rFonts w:eastAsia="Arial"/>
                <w:noProof/>
                <w:sz w:val="14"/>
                <w:lang w:val="ro-RO"/>
              </w:rPr>
              <w:t>Controalele sunt verificate în teren și la condiții reale.</w:t>
            </w:r>
          </w:p>
        </w:tc>
        <w:tc>
          <w:tcPr>
            <w:tcW w:w="5159" w:type="dxa"/>
            <w:shd w:val="clear" w:color="auto" w:fill="FAFAFA"/>
            <w:tcMar>
              <w:top w:w="60" w:type="dxa"/>
              <w:left w:w="70" w:type="dxa"/>
              <w:bottom w:w="60" w:type="dxa"/>
              <w:right w:w="70" w:type="dxa"/>
            </w:tcMar>
            <w:vAlign w:val="center"/>
          </w:tcPr>
          <w:p w14:paraId="100C3DBA" w14:textId="77777777" w:rsidR="00082454" w:rsidRPr="004566A6" w:rsidRDefault="00000000">
            <w:pPr>
              <w:spacing w:after="0" w:line="240" w:lineRule="auto"/>
              <w:rPr>
                <w:noProof/>
                <w:lang w:val="ro-RO"/>
              </w:rPr>
            </w:pPr>
            <w:r w:rsidRPr="004566A6">
              <w:rPr>
                <w:rFonts w:eastAsia="Arial"/>
                <w:noProof/>
                <w:sz w:val="14"/>
                <w:lang w:val="ro-RO"/>
              </w:rPr>
              <w:t>Observații, inspecții, măsurări, permise și supraveghere.</w:t>
            </w:r>
          </w:p>
        </w:tc>
        <w:tc>
          <w:tcPr>
            <w:tcW w:w="1417" w:type="dxa"/>
            <w:shd w:val="clear" w:color="auto" w:fill="FAFAFA"/>
            <w:tcMar>
              <w:top w:w="60" w:type="dxa"/>
              <w:left w:w="70" w:type="dxa"/>
              <w:bottom w:w="60" w:type="dxa"/>
              <w:right w:w="70" w:type="dxa"/>
            </w:tcMar>
            <w:vAlign w:val="center"/>
          </w:tcPr>
          <w:p w14:paraId="40A8C44A"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57F1BCF"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85A8E45" w14:textId="77777777" w:rsidR="00082454" w:rsidRPr="004566A6" w:rsidRDefault="00082454">
            <w:pPr>
              <w:spacing w:after="0" w:line="240" w:lineRule="auto"/>
              <w:jc w:val="center"/>
              <w:rPr>
                <w:noProof/>
                <w:lang w:val="ro-RO"/>
              </w:rPr>
            </w:pPr>
          </w:p>
        </w:tc>
      </w:tr>
      <w:tr w:rsidR="00082454" w:rsidRPr="004566A6" w14:paraId="1F8AEE4F" w14:textId="77777777">
        <w:trPr>
          <w:cantSplit/>
          <w:jc w:val="center"/>
        </w:trPr>
        <w:tc>
          <w:tcPr>
            <w:tcW w:w="793" w:type="dxa"/>
            <w:tcMar>
              <w:top w:w="60" w:type="dxa"/>
              <w:left w:w="70" w:type="dxa"/>
              <w:bottom w:w="60" w:type="dxa"/>
              <w:right w:w="70" w:type="dxa"/>
            </w:tcMar>
            <w:vAlign w:val="center"/>
          </w:tcPr>
          <w:p w14:paraId="4E5B3315" w14:textId="77777777" w:rsidR="00082454" w:rsidRPr="004566A6" w:rsidRDefault="00000000">
            <w:pPr>
              <w:spacing w:after="0" w:line="240" w:lineRule="auto"/>
              <w:jc w:val="center"/>
              <w:rPr>
                <w:noProof/>
                <w:lang w:val="ro-RO"/>
              </w:rPr>
            </w:pPr>
            <w:r w:rsidRPr="004566A6">
              <w:rPr>
                <w:rFonts w:eastAsia="Arial"/>
                <w:b/>
                <w:noProof/>
                <w:sz w:val="14"/>
                <w:lang w:val="ro-RO"/>
              </w:rPr>
              <w:t>S7.7</w:t>
            </w:r>
          </w:p>
        </w:tc>
        <w:tc>
          <w:tcPr>
            <w:tcW w:w="4081" w:type="dxa"/>
            <w:tcMar>
              <w:top w:w="60" w:type="dxa"/>
              <w:left w:w="70" w:type="dxa"/>
              <w:bottom w:w="60" w:type="dxa"/>
              <w:right w:w="70" w:type="dxa"/>
            </w:tcMar>
            <w:vAlign w:val="center"/>
          </w:tcPr>
          <w:p w14:paraId="1BC39BD3" w14:textId="77777777" w:rsidR="00082454" w:rsidRPr="004566A6" w:rsidRDefault="00000000">
            <w:pPr>
              <w:spacing w:after="0" w:line="240" w:lineRule="auto"/>
              <w:rPr>
                <w:noProof/>
                <w:lang w:val="ro-RO"/>
              </w:rPr>
            </w:pPr>
            <w:r w:rsidRPr="004566A6">
              <w:rPr>
                <w:rFonts w:eastAsia="Arial"/>
                <w:noProof/>
                <w:sz w:val="14"/>
                <w:lang w:val="ro-RO"/>
              </w:rPr>
              <w:t>Schimbările temporare și permanente sunt evaluate înainte de implementare.</w:t>
            </w:r>
          </w:p>
        </w:tc>
        <w:tc>
          <w:tcPr>
            <w:tcW w:w="5159" w:type="dxa"/>
            <w:tcMar>
              <w:top w:w="60" w:type="dxa"/>
              <w:left w:w="70" w:type="dxa"/>
              <w:bottom w:w="60" w:type="dxa"/>
              <w:right w:w="70" w:type="dxa"/>
            </w:tcMar>
            <w:vAlign w:val="center"/>
          </w:tcPr>
          <w:p w14:paraId="3A3DB669" w14:textId="77777777" w:rsidR="00082454" w:rsidRPr="004566A6" w:rsidRDefault="00000000">
            <w:pPr>
              <w:spacing w:after="0" w:line="240" w:lineRule="auto"/>
              <w:rPr>
                <w:noProof/>
                <w:lang w:val="ro-RO"/>
              </w:rPr>
            </w:pPr>
            <w:r w:rsidRPr="004566A6">
              <w:rPr>
                <w:rFonts w:eastAsia="Arial"/>
                <w:noProof/>
                <w:sz w:val="14"/>
                <w:lang w:val="ro-RO"/>
              </w:rPr>
              <w:t>Oameni, procese, echipamente, materiale, locații, organizare și cerințe.</w:t>
            </w:r>
          </w:p>
        </w:tc>
        <w:tc>
          <w:tcPr>
            <w:tcW w:w="1417" w:type="dxa"/>
            <w:tcMar>
              <w:top w:w="60" w:type="dxa"/>
              <w:left w:w="70" w:type="dxa"/>
              <w:bottom w:w="60" w:type="dxa"/>
              <w:right w:w="70" w:type="dxa"/>
            </w:tcMar>
            <w:vAlign w:val="center"/>
          </w:tcPr>
          <w:p w14:paraId="6C8B9BEE"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2E9E5BC"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21F22E8" w14:textId="77777777" w:rsidR="00082454" w:rsidRPr="004566A6" w:rsidRDefault="00082454">
            <w:pPr>
              <w:spacing w:after="0" w:line="240" w:lineRule="auto"/>
              <w:jc w:val="center"/>
              <w:rPr>
                <w:noProof/>
                <w:lang w:val="ro-RO"/>
              </w:rPr>
            </w:pPr>
          </w:p>
        </w:tc>
      </w:tr>
      <w:tr w:rsidR="00082454" w:rsidRPr="004566A6" w14:paraId="73AEEC39" w14:textId="77777777">
        <w:trPr>
          <w:cantSplit/>
          <w:jc w:val="center"/>
        </w:trPr>
        <w:tc>
          <w:tcPr>
            <w:tcW w:w="793" w:type="dxa"/>
            <w:shd w:val="clear" w:color="auto" w:fill="FAFAFA"/>
            <w:tcMar>
              <w:top w:w="60" w:type="dxa"/>
              <w:left w:w="70" w:type="dxa"/>
              <w:bottom w:w="60" w:type="dxa"/>
              <w:right w:w="70" w:type="dxa"/>
            </w:tcMar>
            <w:vAlign w:val="center"/>
          </w:tcPr>
          <w:p w14:paraId="2FE4FFE0" w14:textId="77777777" w:rsidR="00082454" w:rsidRPr="004566A6" w:rsidRDefault="00000000">
            <w:pPr>
              <w:spacing w:after="0" w:line="240" w:lineRule="auto"/>
              <w:jc w:val="center"/>
              <w:rPr>
                <w:noProof/>
                <w:lang w:val="ro-RO"/>
              </w:rPr>
            </w:pPr>
            <w:r w:rsidRPr="004566A6">
              <w:rPr>
                <w:rFonts w:eastAsia="Arial"/>
                <w:b/>
                <w:noProof/>
                <w:sz w:val="14"/>
                <w:lang w:val="ro-RO"/>
              </w:rPr>
              <w:t>S7.8</w:t>
            </w:r>
          </w:p>
        </w:tc>
        <w:tc>
          <w:tcPr>
            <w:tcW w:w="4081" w:type="dxa"/>
            <w:shd w:val="clear" w:color="auto" w:fill="FAFAFA"/>
            <w:tcMar>
              <w:top w:w="60" w:type="dxa"/>
              <w:left w:w="70" w:type="dxa"/>
              <w:bottom w:w="60" w:type="dxa"/>
              <w:right w:w="70" w:type="dxa"/>
            </w:tcMar>
            <w:vAlign w:val="center"/>
          </w:tcPr>
          <w:p w14:paraId="7F391089" w14:textId="77777777" w:rsidR="00082454" w:rsidRPr="004566A6" w:rsidRDefault="00000000">
            <w:pPr>
              <w:spacing w:after="0" w:line="240" w:lineRule="auto"/>
              <w:rPr>
                <w:noProof/>
                <w:lang w:val="ro-RO"/>
              </w:rPr>
            </w:pPr>
            <w:r w:rsidRPr="004566A6">
              <w:rPr>
                <w:rFonts w:eastAsia="Arial"/>
                <w:noProof/>
                <w:sz w:val="14"/>
                <w:lang w:val="ro-RO"/>
              </w:rPr>
              <w:t>Consecințele schimbărilor neintenționate sunt analizate și efectele adverse limitate.</w:t>
            </w:r>
          </w:p>
        </w:tc>
        <w:tc>
          <w:tcPr>
            <w:tcW w:w="5159" w:type="dxa"/>
            <w:shd w:val="clear" w:color="auto" w:fill="FAFAFA"/>
            <w:tcMar>
              <w:top w:w="60" w:type="dxa"/>
              <w:left w:w="70" w:type="dxa"/>
              <w:bottom w:w="60" w:type="dxa"/>
              <w:right w:w="70" w:type="dxa"/>
            </w:tcMar>
            <w:vAlign w:val="center"/>
          </w:tcPr>
          <w:p w14:paraId="4B3C41A5" w14:textId="77777777" w:rsidR="00082454" w:rsidRPr="004566A6" w:rsidRDefault="00000000">
            <w:pPr>
              <w:spacing w:after="0" w:line="240" w:lineRule="auto"/>
              <w:rPr>
                <w:noProof/>
                <w:lang w:val="ro-RO"/>
              </w:rPr>
            </w:pPr>
            <w:r w:rsidRPr="004566A6">
              <w:rPr>
                <w:rFonts w:eastAsia="Arial"/>
                <w:noProof/>
                <w:sz w:val="14"/>
                <w:lang w:val="ro-RO"/>
              </w:rPr>
              <w:t>Stop, evaluare, corecție și actualizarea riscurilor.</w:t>
            </w:r>
          </w:p>
        </w:tc>
        <w:tc>
          <w:tcPr>
            <w:tcW w:w="1417" w:type="dxa"/>
            <w:shd w:val="clear" w:color="auto" w:fill="FAFAFA"/>
            <w:tcMar>
              <w:top w:w="60" w:type="dxa"/>
              <w:left w:w="70" w:type="dxa"/>
              <w:bottom w:w="60" w:type="dxa"/>
              <w:right w:w="70" w:type="dxa"/>
            </w:tcMar>
            <w:vAlign w:val="center"/>
          </w:tcPr>
          <w:p w14:paraId="61AF23B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6FB10D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8C188EE" w14:textId="77777777" w:rsidR="00082454" w:rsidRPr="004566A6" w:rsidRDefault="00082454">
            <w:pPr>
              <w:spacing w:after="0" w:line="240" w:lineRule="auto"/>
              <w:jc w:val="center"/>
              <w:rPr>
                <w:noProof/>
                <w:lang w:val="ro-RO"/>
              </w:rPr>
            </w:pPr>
          </w:p>
        </w:tc>
      </w:tr>
      <w:tr w:rsidR="00082454" w:rsidRPr="004566A6" w14:paraId="4B0BE8B5" w14:textId="77777777">
        <w:trPr>
          <w:cantSplit/>
          <w:jc w:val="center"/>
        </w:trPr>
        <w:tc>
          <w:tcPr>
            <w:tcW w:w="793" w:type="dxa"/>
            <w:tcMar>
              <w:top w:w="60" w:type="dxa"/>
              <w:left w:w="70" w:type="dxa"/>
              <w:bottom w:w="60" w:type="dxa"/>
              <w:right w:w="70" w:type="dxa"/>
            </w:tcMar>
            <w:vAlign w:val="center"/>
          </w:tcPr>
          <w:p w14:paraId="18A937C7" w14:textId="77777777" w:rsidR="00082454" w:rsidRPr="004566A6" w:rsidRDefault="00000000">
            <w:pPr>
              <w:spacing w:after="0" w:line="240" w:lineRule="auto"/>
              <w:jc w:val="center"/>
              <w:rPr>
                <w:noProof/>
                <w:lang w:val="ro-RO"/>
              </w:rPr>
            </w:pPr>
            <w:r w:rsidRPr="004566A6">
              <w:rPr>
                <w:rFonts w:eastAsia="Arial"/>
                <w:b/>
                <w:noProof/>
                <w:sz w:val="14"/>
                <w:lang w:val="ro-RO"/>
              </w:rPr>
              <w:t>S7.9</w:t>
            </w:r>
          </w:p>
        </w:tc>
        <w:tc>
          <w:tcPr>
            <w:tcW w:w="4081" w:type="dxa"/>
            <w:tcMar>
              <w:top w:w="60" w:type="dxa"/>
              <w:left w:w="70" w:type="dxa"/>
              <w:bottom w:w="60" w:type="dxa"/>
              <w:right w:w="70" w:type="dxa"/>
            </w:tcMar>
            <w:vAlign w:val="center"/>
          </w:tcPr>
          <w:p w14:paraId="2ECD8484" w14:textId="77777777" w:rsidR="00082454" w:rsidRPr="004566A6" w:rsidRDefault="00000000">
            <w:pPr>
              <w:spacing w:after="0" w:line="240" w:lineRule="auto"/>
              <w:rPr>
                <w:noProof/>
                <w:lang w:val="ro-RO"/>
              </w:rPr>
            </w:pPr>
            <w:r w:rsidRPr="004566A6">
              <w:rPr>
                <w:rFonts w:eastAsia="Arial"/>
                <w:noProof/>
                <w:sz w:val="14"/>
                <w:lang w:val="ro-RO"/>
              </w:rPr>
              <w:t>Procesul de achiziție integrează criterii SSM pentru produse și servicii.</w:t>
            </w:r>
          </w:p>
        </w:tc>
        <w:tc>
          <w:tcPr>
            <w:tcW w:w="5159" w:type="dxa"/>
            <w:tcMar>
              <w:top w:w="60" w:type="dxa"/>
              <w:left w:w="70" w:type="dxa"/>
              <w:bottom w:w="60" w:type="dxa"/>
              <w:right w:w="70" w:type="dxa"/>
            </w:tcMar>
            <w:vAlign w:val="center"/>
          </w:tcPr>
          <w:p w14:paraId="1D6190C6" w14:textId="77777777" w:rsidR="00082454" w:rsidRPr="004566A6" w:rsidRDefault="00000000">
            <w:pPr>
              <w:spacing w:after="0" w:line="240" w:lineRule="auto"/>
              <w:rPr>
                <w:noProof/>
                <w:lang w:val="ro-RO"/>
              </w:rPr>
            </w:pPr>
            <w:r w:rsidRPr="004566A6">
              <w:rPr>
                <w:rFonts w:eastAsia="Arial"/>
                <w:noProof/>
                <w:sz w:val="14"/>
                <w:lang w:val="ro-RO"/>
              </w:rPr>
              <w:t>Specificații, evaluări, recepție și conformitate.</w:t>
            </w:r>
          </w:p>
        </w:tc>
        <w:tc>
          <w:tcPr>
            <w:tcW w:w="1417" w:type="dxa"/>
            <w:tcMar>
              <w:top w:w="60" w:type="dxa"/>
              <w:left w:w="70" w:type="dxa"/>
              <w:bottom w:w="60" w:type="dxa"/>
              <w:right w:w="70" w:type="dxa"/>
            </w:tcMar>
            <w:vAlign w:val="center"/>
          </w:tcPr>
          <w:p w14:paraId="42FBC71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0115196"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373C2FB" w14:textId="77777777" w:rsidR="00082454" w:rsidRPr="004566A6" w:rsidRDefault="00082454">
            <w:pPr>
              <w:spacing w:after="0" w:line="240" w:lineRule="auto"/>
              <w:jc w:val="center"/>
              <w:rPr>
                <w:noProof/>
                <w:lang w:val="ro-RO"/>
              </w:rPr>
            </w:pPr>
          </w:p>
        </w:tc>
      </w:tr>
      <w:tr w:rsidR="00082454" w:rsidRPr="004566A6" w14:paraId="1E7FD270" w14:textId="77777777">
        <w:trPr>
          <w:cantSplit/>
          <w:jc w:val="center"/>
        </w:trPr>
        <w:tc>
          <w:tcPr>
            <w:tcW w:w="793" w:type="dxa"/>
            <w:shd w:val="clear" w:color="auto" w:fill="FAFAFA"/>
            <w:tcMar>
              <w:top w:w="60" w:type="dxa"/>
              <w:left w:w="70" w:type="dxa"/>
              <w:bottom w:w="60" w:type="dxa"/>
              <w:right w:w="70" w:type="dxa"/>
            </w:tcMar>
            <w:vAlign w:val="center"/>
          </w:tcPr>
          <w:p w14:paraId="22EB3335" w14:textId="77777777" w:rsidR="00082454" w:rsidRPr="004566A6" w:rsidRDefault="00000000">
            <w:pPr>
              <w:spacing w:after="0" w:line="240" w:lineRule="auto"/>
              <w:jc w:val="center"/>
              <w:rPr>
                <w:noProof/>
                <w:lang w:val="ro-RO"/>
              </w:rPr>
            </w:pPr>
            <w:r w:rsidRPr="004566A6">
              <w:rPr>
                <w:rFonts w:eastAsia="Arial"/>
                <w:b/>
                <w:noProof/>
                <w:sz w:val="14"/>
                <w:lang w:val="ro-RO"/>
              </w:rPr>
              <w:t>S7.10</w:t>
            </w:r>
          </w:p>
        </w:tc>
        <w:tc>
          <w:tcPr>
            <w:tcW w:w="4081" w:type="dxa"/>
            <w:shd w:val="clear" w:color="auto" w:fill="FAFAFA"/>
            <w:tcMar>
              <w:top w:w="60" w:type="dxa"/>
              <w:left w:w="70" w:type="dxa"/>
              <w:bottom w:w="60" w:type="dxa"/>
              <w:right w:w="70" w:type="dxa"/>
            </w:tcMar>
            <w:vAlign w:val="center"/>
          </w:tcPr>
          <w:p w14:paraId="34184EB9" w14:textId="77777777" w:rsidR="00082454" w:rsidRPr="004566A6" w:rsidRDefault="00000000">
            <w:pPr>
              <w:spacing w:after="0" w:line="240" w:lineRule="auto"/>
              <w:rPr>
                <w:noProof/>
                <w:lang w:val="ro-RO"/>
              </w:rPr>
            </w:pPr>
            <w:r w:rsidRPr="004566A6">
              <w:rPr>
                <w:rFonts w:eastAsia="Arial"/>
                <w:noProof/>
                <w:sz w:val="14"/>
                <w:lang w:val="ro-RO"/>
              </w:rPr>
              <w:t>Contractanții sunt coordonați înainte și pe durata activităților.</w:t>
            </w:r>
          </w:p>
        </w:tc>
        <w:tc>
          <w:tcPr>
            <w:tcW w:w="5159" w:type="dxa"/>
            <w:shd w:val="clear" w:color="auto" w:fill="FAFAFA"/>
            <w:tcMar>
              <w:top w:w="60" w:type="dxa"/>
              <w:left w:w="70" w:type="dxa"/>
              <w:bottom w:w="60" w:type="dxa"/>
              <w:right w:w="70" w:type="dxa"/>
            </w:tcMar>
            <w:vAlign w:val="center"/>
          </w:tcPr>
          <w:p w14:paraId="2390DA36" w14:textId="77777777" w:rsidR="00082454" w:rsidRPr="004566A6" w:rsidRDefault="00000000">
            <w:pPr>
              <w:spacing w:after="0" w:line="240" w:lineRule="auto"/>
              <w:rPr>
                <w:noProof/>
                <w:lang w:val="ro-RO"/>
              </w:rPr>
            </w:pPr>
            <w:r w:rsidRPr="004566A6">
              <w:rPr>
                <w:rFonts w:eastAsia="Arial"/>
                <w:noProof/>
                <w:sz w:val="14"/>
                <w:lang w:val="ro-RO"/>
              </w:rPr>
              <w:t>Precalificare, inducție, permise, interfețe, monitorizare și evaluare.</w:t>
            </w:r>
          </w:p>
        </w:tc>
        <w:tc>
          <w:tcPr>
            <w:tcW w:w="1417" w:type="dxa"/>
            <w:shd w:val="clear" w:color="auto" w:fill="FAFAFA"/>
            <w:tcMar>
              <w:top w:w="60" w:type="dxa"/>
              <w:left w:w="70" w:type="dxa"/>
              <w:bottom w:w="60" w:type="dxa"/>
              <w:right w:w="70" w:type="dxa"/>
            </w:tcMar>
            <w:vAlign w:val="center"/>
          </w:tcPr>
          <w:p w14:paraId="07101CA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0277CF3"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5F120B0" w14:textId="77777777" w:rsidR="00082454" w:rsidRPr="004566A6" w:rsidRDefault="00082454">
            <w:pPr>
              <w:spacing w:after="0" w:line="240" w:lineRule="auto"/>
              <w:jc w:val="center"/>
              <w:rPr>
                <w:noProof/>
                <w:lang w:val="ro-RO"/>
              </w:rPr>
            </w:pPr>
          </w:p>
        </w:tc>
      </w:tr>
      <w:tr w:rsidR="00082454" w:rsidRPr="00245FA7" w14:paraId="55214144" w14:textId="77777777">
        <w:trPr>
          <w:cantSplit/>
          <w:jc w:val="center"/>
        </w:trPr>
        <w:tc>
          <w:tcPr>
            <w:tcW w:w="793" w:type="dxa"/>
            <w:tcMar>
              <w:top w:w="60" w:type="dxa"/>
              <w:left w:w="70" w:type="dxa"/>
              <w:bottom w:w="60" w:type="dxa"/>
              <w:right w:w="70" w:type="dxa"/>
            </w:tcMar>
            <w:vAlign w:val="center"/>
          </w:tcPr>
          <w:p w14:paraId="28B8C5A4" w14:textId="77777777" w:rsidR="00082454" w:rsidRPr="004566A6" w:rsidRDefault="00000000">
            <w:pPr>
              <w:spacing w:after="0" w:line="240" w:lineRule="auto"/>
              <w:jc w:val="center"/>
              <w:rPr>
                <w:noProof/>
                <w:lang w:val="ro-RO"/>
              </w:rPr>
            </w:pPr>
            <w:r w:rsidRPr="004566A6">
              <w:rPr>
                <w:rFonts w:eastAsia="Arial"/>
                <w:b/>
                <w:noProof/>
                <w:sz w:val="14"/>
                <w:lang w:val="ro-RO"/>
              </w:rPr>
              <w:t>S7.11</w:t>
            </w:r>
          </w:p>
        </w:tc>
        <w:tc>
          <w:tcPr>
            <w:tcW w:w="4081" w:type="dxa"/>
            <w:tcMar>
              <w:top w:w="60" w:type="dxa"/>
              <w:left w:w="70" w:type="dxa"/>
              <w:bottom w:w="60" w:type="dxa"/>
              <w:right w:w="70" w:type="dxa"/>
            </w:tcMar>
            <w:vAlign w:val="center"/>
          </w:tcPr>
          <w:p w14:paraId="5382EBD6" w14:textId="77777777" w:rsidR="00082454" w:rsidRPr="004566A6" w:rsidRDefault="00000000">
            <w:pPr>
              <w:spacing w:after="0" w:line="240" w:lineRule="auto"/>
              <w:rPr>
                <w:noProof/>
                <w:lang w:val="ro-RO"/>
              </w:rPr>
            </w:pPr>
            <w:r w:rsidRPr="004566A6">
              <w:rPr>
                <w:rFonts w:eastAsia="Arial"/>
                <w:noProof/>
                <w:sz w:val="14"/>
                <w:lang w:val="ro-RO"/>
              </w:rPr>
              <w:t>Pericolele generate reciproc între organizație și contractanți sunt identificate și controlate.</w:t>
            </w:r>
          </w:p>
        </w:tc>
        <w:tc>
          <w:tcPr>
            <w:tcW w:w="5159" w:type="dxa"/>
            <w:tcMar>
              <w:top w:w="60" w:type="dxa"/>
              <w:left w:w="70" w:type="dxa"/>
              <w:bottom w:w="60" w:type="dxa"/>
              <w:right w:w="70" w:type="dxa"/>
            </w:tcMar>
            <w:vAlign w:val="center"/>
          </w:tcPr>
          <w:p w14:paraId="609E409D" w14:textId="77777777" w:rsidR="00082454" w:rsidRPr="004566A6" w:rsidRDefault="00000000">
            <w:pPr>
              <w:spacing w:after="0" w:line="240" w:lineRule="auto"/>
              <w:rPr>
                <w:noProof/>
                <w:lang w:val="ro-RO"/>
              </w:rPr>
            </w:pPr>
            <w:r w:rsidRPr="004566A6">
              <w:rPr>
                <w:rFonts w:eastAsia="Arial"/>
                <w:noProof/>
                <w:sz w:val="14"/>
                <w:lang w:val="ro-RO"/>
              </w:rPr>
              <w:t>Analize comune, responsabilități și comunicare.</w:t>
            </w:r>
          </w:p>
        </w:tc>
        <w:tc>
          <w:tcPr>
            <w:tcW w:w="1417" w:type="dxa"/>
            <w:tcMar>
              <w:top w:w="60" w:type="dxa"/>
              <w:left w:w="70" w:type="dxa"/>
              <w:bottom w:w="60" w:type="dxa"/>
              <w:right w:w="70" w:type="dxa"/>
            </w:tcMar>
            <w:vAlign w:val="center"/>
          </w:tcPr>
          <w:p w14:paraId="3221B901"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2C31967"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1B26D8B" w14:textId="77777777" w:rsidR="00082454" w:rsidRPr="004566A6" w:rsidRDefault="00082454">
            <w:pPr>
              <w:spacing w:after="0" w:line="240" w:lineRule="auto"/>
              <w:jc w:val="center"/>
              <w:rPr>
                <w:noProof/>
                <w:lang w:val="ro-RO"/>
              </w:rPr>
            </w:pPr>
          </w:p>
        </w:tc>
      </w:tr>
      <w:tr w:rsidR="00082454" w:rsidRPr="00245FA7" w14:paraId="4BB8DAB0" w14:textId="77777777">
        <w:trPr>
          <w:cantSplit/>
          <w:jc w:val="center"/>
        </w:trPr>
        <w:tc>
          <w:tcPr>
            <w:tcW w:w="793" w:type="dxa"/>
            <w:shd w:val="clear" w:color="auto" w:fill="FAFAFA"/>
            <w:tcMar>
              <w:top w:w="60" w:type="dxa"/>
              <w:left w:w="70" w:type="dxa"/>
              <w:bottom w:w="60" w:type="dxa"/>
              <w:right w:w="70" w:type="dxa"/>
            </w:tcMar>
            <w:vAlign w:val="center"/>
          </w:tcPr>
          <w:p w14:paraId="77D1AA63" w14:textId="77777777" w:rsidR="00082454" w:rsidRPr="004566A6" w:rsidRDefault="00000000">
            <w:pPr>
              <w:spacing w:after="0" w:line="240" w:lineRule="auto"/>
              <w:jc w:val="center"/>
              <w:rPr>
                <w:noProof/>
                <w:lang w:val="ro-RO"/>
              </w:rPr>
            </w:pPr>
            <w:r w:rsidRPr="004566A6">
              <w:rPr>
                <w:rFonts w:eastAsia="Arial"/>
                <w:b/>
                <w:noProof/>
                <w:sz w:val="14"/>
                <w:lang w:val="ro-RO"/>
              </w:rPr>
              <w:t>S7.12</w:t>
            </w:r>
          </w:p>
        </w:tc>
        <w:tc>
          <w:tcPr>
            <w:tcW w:w="4081" w:type="dxa"/>
            <w:shd w:val="clear" w:color="auto" w:fill="FAFAFA"/>
            <w:tcMar>
              <w:top w:w="60" w:type="dxa"/>
              <w:left w:w="70" w:type="dxa"/>
              <w:bottom w:w="60" w:type="dxa"/>
              <w:right w:w="70" w:type="dxa"/>
            </w:tcMar>
            <w:vAlign w:val="center"/>
          </w:tcPr>
          <w:p w14:paraId="41828C41" w14:textId="77777777" w:rsidR="00082454" w:rsidRPr="004566A6" w:rsidRDefault="00000000">
            <w:pPr>
              <w:spacing w:after="0" w:line="240" w:lineRule="auto"/>
              <w:rPr>
                <w:noProof/>
                <w:lang w:val="ro-RO"/>
              </w:rPr>
            </w:pPr>
            <w:r w:rsidRPr="004566A6">
              <w:rPr>
                <w:rFonts w:eastAsia="Arial"/>
                <w:noProof/>
                <w:sz w:val="14"/>
                <w:lang w:val="ro-RO"/>
              </w:rPr>
              <w:t>Procesele externalizate sunt controlate și tipul/gradul controlului este definit.</w:t>
            </w:r>
          </w:p>
        </w:tc>
        <w:tc>
          <w:tcPr>
            <w:tcW w:w="5159" w:type="dxa"/>
            <w:shd w:val="clear" w:color="auto" w:fill="FAFAFA"/>
            <w:tcMar>
              <w:top w:w="60" w:type="dxa"/>
              <w:left w:w="70" w:type="dxa"/>
              <w:bottom w:w="60" w:type="dxa"/>
              <w:right w:w="70" w:type="dxa"/>
            </w:tcMar>
            <w:vAlign w:val="center"/>
          </w:tcPr>
          <w:p w14:paraId="484B6FDB" w14:textId="77777777" w:rsidR="00082454" w:rsidRPr="004566A6" w:rsidRDefault="00000000">
            <w:pPr>
              <w:spacing w:after="0" w:line="240" w:lineRule="auto"/>
              <w:rPr>
                <w:noProof/>
                <w:lang w:val="ro-RO"/>
              </w:rPr>
            </w:pPr>
            <w:r w:rsidRPr="004566A6">
              <w:rPr>
                <w:rFonts w:eastAsia="Arial"/>
                <w:noProof/>
                <w:sz w:val="14"/>
                <w:lang w:val="ro-RO"/>
              </w:rPr>
              <w:t>Contracte, indicatori, audituri și responsabilități.</w:t>
            </w:r>
          </w:p>
        </w:tc>
        <w:tc>
          <w:tcPr>
            <w:tcW w:w="1417" w:type="dxa"/>
            <w:shd w:val="clear" w:color="auto" w:fill="FAFAFA"/>
            <w:tcMar>
              <w:top w:w="60" w:type="dxa"/>
              <w:left w:w="70" w:type="dxa"/>
              <w:bottom w:w="60" w:type="dxa"/>
              <w:right w:w="70" w:type="dxa"/>
            </w:tcMar>
            <w:vAlign w:val="center"/>
          </w:tcPr>
          <w:p w14:paraId="110F0106"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7A6FC3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C261322" w14:textId="77777777" w:rsidR="00082454" w:rsidRPr="004566A6" w:rsidRDefault="00082454">
            <w:pPr>
              <w:spacing w:after="0" w:line="240" w:lineRule="auto"/>
              <w:jc w:val="center"/>
              <w:rPr>
                <w:noProof/>
                <w:lang w:val="ro-RO"/>
              </w:rPr>
            </w:pPr>
          </w:p>
        </w:tc>
      </w:tr>
      <w:tr w:rsidR="00082454" w:rsidRPr="00245FA7" w14:paraId="69D99FF6" w14:textId="77777777">
        <w:trPr>
          <w:cantSplit/>
          <w:jc w:val="center"/>
        </w:trPr>
        <w:tc>
          <w:tcPr>
            <w:tcW w:w="793" w:type="dxa"/>
            <w:tcMar>
              <w:top w:w="60" w:type="dxa"/>
              <w:left w:w="70" w:type="dxa"/>
              <w:bottom w:w="60" w:type="dxa"/>
              <w:right w:w="70" w:type="dxa"/>
            </w:tcMar>
            <w:vAlign w:val="center"/>
          </w:tcPr>
          <w:p w14:paraId="0DAA7BE4" w14:textId="77777777" w:rsidR="00082454" w:rsidRPr="004566A6" w:rsidRDefault="00000000">
            <w:pPr>
              <w:spacing w:after="0" w:line="240" w:lineRule="auto"/>
              <w:jc w:val="center"/>
              <w:rPr>
                <w:noProof/>
                <w:lang w:val="ro-RO"/>
              </w:rPr>
            </w:pPr>
            <w:r w:rsidRPr="004566A6">
              <w:rPr>
                <w:rFonts w:eastAsia="Arial"/>
                <w:b/>
                <w:noProof/>
                <w:sz w:val="14"/>
                <w:lang w:val="ro-RO"/>
              </w:rPr>
              <w:t>S7.13</w:t>
            </w:r>
          </w:p>
        </w:tc>
        <w:tc>
          <w:tcPr>
            <w:tcW w:w="4081" w:type="dxa"/>
            <w:tcMar>
              <w:top w:w="60" w:type="dxa"/>
              <w:left w:w="70" w:type="dxa"/>
              <w:bottom w:w="60" w:type="dxa"/>
              <w:right w:w="70" w:type="dxa"/>
            </w:tcMar>
            <w:vAlign w:val="center"/>
          </w:tcPr>
          <w:p w14:paraId="605F8728" w14:textId="77777777" w:rsidR="00082454" w:rsidRPr="004566A6" w:rsidRDefault="00000000">
            <w:pPr>
              <w:spacing w:after="0" w:line="240" w:lineRule="auto"/>
              <w:rPr>
                <w:noProof/>
                <w:lang w:val="ro-RO"/>
              </w:rPr>
            </w:pPr>
            <w:r w:rsidRPr="004566A6">
              <w:rPr>
                <w:rFonts w:eastAsia="Arial"/>
                <w:noProof/>
                <w:sz w:val="14"/>
                <w:lang w:val="ro-RO"/>
              </w:rPr>
              <w:t>Sarcinile cu risc ridicat au sisteme de lucru sigure și autorizări.</w:t>
            </w:r>
          </w:p>
        </w:tc>
        <w:tc>
          <w:tcPr>
            <w:tcW w:w="5159" w:type="dxa"/>
            <w:tcMar>
              <w:top w:w="60" w:type="dxa"/>
              <w:left w:w="70" w:type="dxa"/>
              <w:bottom w:w="60" w:type="dxa"/>
              <w:right w:w="70" w:type="dxa"/>
            </w:tcMar>
            <w:vAlign w:val="center"/>
          </w:tcPr>
          <w:p w14:paraId="4BD1059D" w14:textId="77777777" w:rsidR="00082454" w:rsidRPr="004566A6" w:rsidRDefault="00000000">
            <w:pPr>
              <w:spacing w:after="0" w:line="240" w:lineRule="auto"/>
              <w:rPr>
                <w:noProof/>
                <w:lang w:val="ro-RO"/>
              </w:rPr>
            </w:pPr>
            <w:r w:rsidRPr="004566A6">
              <w:rPr>
                <w:rFonts w:eastAsia="Arial"/>
                <w:noProof/>
                <w:sz w:val="14"/>
                <w:lang w:val="ro-RO"/>
              </w:rPr>
              <w:t>Permise, LOTO, lucru la înălțime, spații închise, ridicare și electricitate, după caz.</w:t>
            </w:r>
          </w:p>
        </w:tc>
        <w:tc>
          <w:tcPr>
            <w:tcW w:w="1417" w:type="dxa"/>
            <w:tcMar>
              <w:top w:w="60" w:type="dxa"/>
              <w:left w:w="70" w:type="dxa"/>
              <w:bottom w:w="60" w:type="dxa"/>
              <w:right w:w="70" w:type="dxa"/>
            </w:tcMar>
            <w:vAlign w:val="center"/>
          </w:tcPr>
          <w:p w14:paraId="2CD12A1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6F483D7F"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16C111F" w14:textId="77777777" w:rsidR="00082454" w:rsidRPr="004566A6" w:rsidRDefault="00082454">
            <w:pPr>
              <w:spacing w:after="0" w:line="240" w:lineRule="auto"/>
              <w:jc w:val="center"/>
              <w:rPr>
                <w:noProof/>
                <w:lang w:val="ro-RO"/>
              </w:rPr>
            </w:pPr>
          </w:p>
        </w:tc>
      </w:tr>
      <w:tr w:rsidR="00082454" w:rsidRPr="00245FA7" w14:paraId="5A452DD5" w14:textId="77777777">
        <w:trPr>
          <w:cantSplit/>
          <w:jc w:val="center"/>
        </w:trPr>
        <w:tc>
          <w:tcPr>
            <w:tcW w:w="793" w:type="dxa"/>
            <w:shd w:val="clear" w:color="auto" w:fill="FAFAFA"/>
            <w:tcMar>
              <w:top w:w="60" w:type="dxa"/>
              <w:left w:w="70" w:type="dxa"/>
              <w:bottom w:w="60" w:type="dxa"/>
              <w:right w:w="70" w:type="dxa"/>
            </w:tcMar>
            <w:vAlign w:val="center"/>
          </w:tcPr>
          <w:p w14:paraId="5CDA8811" w14:textId="77777777" w:rsidR="00082454" w:rsidRPr="004566A6" w:rsidRDefault="00000000">
            <w:pPr>
              <w:spacing w:after="0" w:line="240" w:lineRule="auto"/>
              <w:jc w:val="center"/>
              <w:rPr>
                <w:noProof/>
                <w:lang w:val="ro-RO"/>
              </w:rPr>
            </w:pPr>
            <w:r w:rsidRPr="004566A6">
              <w:rPr>
                <w:rFonts w:eastAsia="Arial"/>
                <w:b/>
                <w:noProof/>
                <w:sz w:val="14"/>
                <w:lang w:val="ro-RO"/>
              </w:rPr>
              <w:t>S7.14</w:t>
            </w:r>
          </w:p>
        </w:tc>
        <w:tc>
          <w:tcPr>
            <w:tcW w:w="4081" w:type="dxa"/>
            <w:shd w:val="clear" w:color="auto" w:fill="FAFAFA"/>
            <w:tcMar>
              <w:top w:w="60" w:type="dxa"/>
              <w:left w:w="70" w:type="dxa"/>
              <w:bottom w:w="60" w:type="dxa"/>
              <w:right w:w="70" w:type="dxa"/>
            </w:tcMar>
            <w:vAlign w:val="center"/>
          </w:tcPr>
          <w:p w14:paraId="46A2DD00" w14:textId="77777777" w:rsidR="00082454" w:rsidRPr="004566A6" w:rsidRDefault="00000000">
            <w:pPr>
              <w:spacing w:after="0" w:line="240" w:lineRule="auto"/>
              <w:rPr>
                <w:noProof/>
                <w:lang w:val="ro-RO"/>
              </w:rPr>
            </w:pPr>
            <w:r w:rsidRPr="004566A6">
              <w:rPr>
                <w:rFonts w:eastAsia="Arial"/>
                <w:noProof/>
                <w:sz w:val="14"/>
                <w:lang w:val="ro-RO"/>
              </w:rPr>
              <w:t>Expunerile ocupaționale sunt prevenite și monitorizate.</w:t>
            </w:r>
          </w:p>
        </w:tc>
        <w:tc>
          <w:tcPr>
            <w:tcW w:w="5159" w:type="dxa"/>
            <w:shd w:val="clear" w:color="auto" w:fill="FAFAFA"/>
            <w:tcMar>
              <w:top w:w="60" w:type="dxa"/>
              <w:left w:w="70" w:type="dxa"/>
              <w:bottom w:w="60" w:type="dxa"/>
              <w:right w:w="70" w:type="dxa"/>
            </w:tcMar>
            <w:vAlign w:val="center"/>
          </w:tcPr>
          <w:p w14:paraId="71052742" w14:textId="77777777" w:rsidR="00082454" w:rsidRPr="004566A6" w:rsidRDefault="00000000">
            <w:pPr>
              <w:spacing w:after="0" w:line="240" w:lineRule="auto"/>
              <w:rPr>
                <w:noProof/>
                <w:lang w:val="ro-RO"/>
              </w:rPr>
            </w:pPr>
            <w:r w:rsidRPr="004566A6">
              <w:rPr>
                <w:rFonts w:eastAsia="Arial"/>
                <w:noProof/>
                <w:sz w:val="14"/>
                <w:lang w:val="ro-RO"/>
              </w:rPr>
              <w:t>Agenți, ergonomie, zgomot, vibrații, substanțe și factori psihosociali.</w:t>
            </w:r>
          </w:p>
        </w:tc>
        <w:tc>
          <w:tcPr>
            <w:tcW w:w="1417" w:type="dxa"/>
            <w:shd w:val="clear" w:color="auto" w:fill="FAFAFA"/>
            <w:tcMar>
              <w:top w:w="60" w:type="dxa"/>
              <w:left w:w="70" w:type="dxa"/>
              <w:bottom w:w="60" w:type="dxa"/>
              <w:right w:w="70" w:type="dxa"/>
            </w:tcMar>
            <w:vAlign w:val="center"/>
          </w:tcPr>
          <w:p w14:paraId="6DBFFC25"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9390A4E"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4D3DB6" w14:textId="77777777" w:rsidR="00082454" w:rsidRPr="004566A6" w:rsidRDefault="00082454">
            <w:pPr>
              <w:spacing w:after="0" w:line="240" w:lineRule="auto"/>
              <w:jc w:val="center"/>
              <w:rPr>
                <w:noProof/>
                <w:lang w:val="ro-RO"/>
              </w:rPr>
            </w:pPr>
          </w:p>
        </w:tc>
      </w:tr>
      <w:tr w:rsidR="00082454" w:rsidRPr="004566A6" w14:paraId="36783E57" w14:textId="77777777">
        <w:trPr>
          <w:cantSplit/>
          <w:jc w:val="center"/>
        </w:trPr>
        <w:tc>
          <w:tcPr>
            <w:tcW w:w="793" w:type="dxa"/>
            <w:tcMar>
              <w:top w:w="60" w:type="dxa"/>
              <w:left w:w="70" w:type="dxa"/>
              <w:bottom w:w="60" w:type="dxa"/>
              <w:right w:w="70" w:type="dxa"/>
            </w:tcMar>
            <w:vAlign w:val="center"/>
          </w:tcPr>
          <w:p w14:paraId="2AFC1F7E" w14:textId="77777777" w:rsidR="00082454" w:rsidRPr="004566A6" w:rsidRDefault="00000000">
            <w:pPr>
              <w:spacing w:after="0" w:line="240" w:lineRule="auto"/>
              <w:jc w:val="center"/>
              <w:rPr>
                <w:noProof/>
                <w:lang w:val="ro-RO"/>
              </w:rPr>
            </w:pPr>
            <w:r w:rsidRPr="004566A6">
              <w:rPr>
                <w:rFonts w:eastAsia="Arial"/>
                <w:b/>
                <w:noProof/>
                <w:sz w:val="14"/>
                <w:lang w:val="ro-RO"/>
              </w:rPr>
              <w:t>S7.15</w:t>
            </w:r>
          </w:p>
        </w:tc>
        <w:tc>
          <w:tcPr>
            <w:tcW w:w="4081" w:type="dxa"/>
            <w:tcMar>
              <w:top w:w="60" w:type="dxa"/>
              <w:left w:w="70" w:type="dxa"/>
              <w:bottom w:w="60" w:type="dxa"/>
              <w:right w:w="70" w:type="dxa"/>
            </w:tcMar>
            <w:vAlign w:val="center"/>
          </w:tcPr>
          <w:p w14:paraId="2550F9D2" w14:textId="77777777" w:rsidR="00082454" w:rsidRPr="004566A6" w:rsidRDefault="00000000">
            <w:pPr>
              <w:spacing w:after="0" w:line="240" w:lineRule="auto"/>
              <w:rPr>
                <w:noProof/>
                <w:lang w:val="ro-RO"/>
              </w:rPr>
            </w:pPr>
            <w:r w:rsidRPr="004566A6">
              <w:rPr>
                <w:rFonts w:eastAsia="Arial"/>
                <w:noProof/>
                <w:sz w:val="14"/>
                <w:lang w:val="ro-RO"/>
              </w:rPr>
              <w:t>Mentenanța și integritatea echipamentelor critice sunt controlate.</w:t>
            </w:r>
          </w:p>
        </w:tc>
        <w:tc>
          <w:tcPr>
            <w:tcW w:w="5159" w:type="dxa"/>
            <w:tcMar>
              <w:top w:w="60" w:type="dxa"/>
              <w:left w:w="70" w:type="dxa"/>
              <w:bottom w:w="60" w:type="dxa"/>
              <w:right w:w="70" w:type="dxa"/>
            </w:tcMar>
            <w:vAlign w:val="center"/>
          </w:tcPr>
          <w:p w14:paraId="2E8CA6FC" w14:textId="77777777" w:rsidR="00082454" w:rsidRPr="004566A6" w:rsidRDefault="00000000">
            <w:pPr>
              <w:spacing w:after="0" w:line="240" w:lineRule="auto"/>
              <w:rPr>
                <w:noProof/>
                <w:lang w:val="ro-RO"/>
              </w:rPr>
            </w:pPr>
            <w:r w:rsidRPr="004566A6">
              <w:rPr>
                <w:rFonts w:eastAsia="Arial"/>
                <w:noProof/>
                <w:sz w:val="14"/>
                <w:lang w:val="ro-RO"/>
              </w:rPr>
              <w:t>Planuri, inspecții, protecții, dispozitive și piese.</w:t>
            </w:r>
          </w:p>
        </w:tc>
        <w:tc>
          <w:tcPr>
            <w:tcW w:w="1417" w:type="dxa"/>
            <w:tcMar>
              <w:top w:w="60" w:type="dxa"/>
              <w:left w:w="70" w:type="dxa"/>
              <w:bottom w:w="60" w:type="dxa"/>
              <w:right w:w="70" w:type="dxa"/>
            </w:tcMar>
            <w:vAlign w:val="center"/>
          </w:tcPr>
          <w:p w14:paraId="64EEE624"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BFFCFB1"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FCF8042" w14:textId="77777777" w:rsidR="00082454" w:rsidRPr="004566A6" w:rsidRDefault="00082454">
            <w:pPr>
              <w:spacing w:after="0" w:line="240" w:lineRule="auto"/>
              <w:jc w:val="center"/>
              <w:rPr>
                <w:noProof/>
                <w:lang w:val="ro-RO"/>
              </w:rPr>
            </w:pPr>
          </w:p>
        </w:tc>
      </w:tr>
      <w:tr w:rsidR="00082454" w:rsidRPr="00245FA7" w14:paraId="5BCE7903" w14:textId="77777777">
        <w:trPr>
          <w:cantSplit/>
          <w:jc w:val="center"/>
        </w:trPr>
        <w:tc>
          <w:tcPr>
            <w:tcW w:w="793" w:type="dxa"/>
            <w:shd w:val="clear" w:color="auto" w:fill="FAFAFA"/>
            <w:tcMar>
              <w:top w:w="60" w:type="dxa"/>
              <w:left w:w="70" w:type="dxa"/>
              <w:bottom w:w="60" w:type="dxa"/>
              <w:right w:w="70" w:type="dxa"/>
            </w:tcMar>
            <w:vAlign w:val="center"/>
          </w:tcPr>
          <w:p w14:paraId="3DFC6BB1" w14:textId="77777777" w:rsidR="00082454" w:rsidRPr="004566A6" w:rsidRDefault="00000000">
            <w:pPr>
              <w:spacing w:after="0" w:line="240" w:lineRule="auto"/>
              <w:jc w:val="center"/>
              <w:rPr>
                <w:noProof/>
                <w:lang w:val="ro-RO"/>
              </w:rPr>
            </w:pPr>
            <w:r w:rsidRPr="004566A6">
              <w:rPr>
                <w:rFonts w:eastAsia="Arial"/>
                <w:b/>
                <w:noProof/>
                <w:sz w:val="14"/>
                <w:lang w:val="ro-RO"/>
              </w:rPr>
              <w:t>S7.16</w:t>
            </w:r>
          </w:p>
        </w:tc>
        <w:tc>
          <w:tcPr>
            <w:tcW w:w="4081" w:type="dxa"/>
            <w:shd w:val="clear" w:color="auto" w:fill="FAFAFA"/>
            <w:tcMar>
              <w:top w:w="60" w:type="dxa"/>
              <w:left w:w="70" w:type="dxa"/>
              <w:bottom w:w="60" w:type="dxa"/>
              <w:right w:w="70" w:type="dxa"/>
            </w:tcMar>
            <w:vAlign w:val="center"/>
          </w:tcPr>
          <w:p w14:paraId="17BC4835" w14:textId="77777777" w:rsidR="00082454" w:rsidRPr="004566A6" w:rsidRDefault="00000000">
            <w:pPr>
              <w:spacing w:after="0" w:line="240" w:lineRule="auto"/>
              <w:rPr>
                <w:noProof/>
                <w:lang w:val="ro-RO"/>
              </w:rPr>
            </w:pPr>
            <w:r w:rsidRPr="004566A6">
              <w:rPr>
                <w:rFonts w:eastAsia="Arial"/>
                <w:noProof/>
                <w:sz w:val="14"/>
                <w:lang w:val="ro-RO"/>
              </w:rPr>
              <w:t>Criteriile și instrucțiunile sunt menținute ca informații documentate unde este necesar.</w:t>
            </w:r>
          </w:p>
        </w:tc>
        <w:tc>
          <w:tcPr>
            <w:tcW w:w="5159" w:type="dxa"/>
            <w:shd w:val="clear" w:color="auto" w:fill="FAFAFA"/>
            <w:tcMar>
              <w:top w:w="60" w:type="dxa"/>
              <w:left w:w="70" w:type="dxa"/>
              <w:bottom w:w="60" w:type="dxa"/>
              <w:right w:w="70" w:type="dxa"/>
            </w:tcMar>
            <w:vAlign w:val="center"/>
          </w:tcPr>
          <w:p w14:paraId="2D2AEA1A" w14:textId="77777777" w:rsidR="00082454" w:rsidRPr="004566A6" w:rsidRDefault="00000000">
            <w:pPr>
              <w:spacing w:after="0" w:line="240" w:lineRule="auto"/>
              <w:rPr>
                <w:noProof/>
                <w:lang w:val="ro-RO"/>
              </w:rPr>
            </w:pPr>
            <w:r w:rsidRPr="004566A6">
              <w:rPr>
                <w:rFonts w:eastAsia="Arial"/>
                <w:noProof/>
                <w:sz w:val="14"/>
                <w:lang w:val="ro-RO"/>
              </w:rPr>
              <w:t>Documente actuale, accesibile și înțelese la locul de muncă.</w:t>
            </w:r>
          </w:p>
        </w:tc>
        <w:tc>
          <w:tcPr>
            <w:tcW w:w="1417" w:type="dxa"/>
            <w:shd w:val="clear" w:color="auto" w:fill="FAFAFA"/>
            <w:tcMar>
              <w:top w:w="60" w:type="dxa"/>
              <w:left w:w="70" w:type="dxa"/>
              <w:bottom w:w="60" w:type="dxa"/>
              <w:right w:w="70" w:type="dxa"/>
            </w:tcMar>
            <w:vAlign w:val="center"/>
          </w:tcPr>
          <w:p w14:paraId="6263C0E8"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7EC7FD7"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6F122BD" w14:textId="77777777" w:rsidR="00082454" w:rsidRPr="004566A6" w:rsidRDefault="00082454">
            <w:pPr>
              <w:spacing w:after="0" w:line="240" w:lineRule="auto"/>
              <w:jc w:val="center"/>
              <w:rPr>
                <w:noProof/>
                <w:lang w:val="ro-RO"/>
              </w:rPr>
            </w:pPr>
          </w:p>
        </w:tc>
      </w:tr>
    </w:tbl>
    <w:p w14:paraId="1B054574"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096D6E59" w14:textId="77777777">
        <w:trPr>
          <w:cantSplit/>
          <w:jc w:val="center"/>
        </w:trPr>
        <w:tc>
          <w:tcPr>
            <w:tcW w:w="1020" w:type="dxa"/>
            <w:shd w:val="clear" w:color="auto" w:fill="D71920"/>
            <w:tcMar>
              <w:top w:w="60" w:type="dxa"/>
              <w:left w:w="70" w:type="dxa"/>
              <w:bottom w:w="60" w:type="dxa"/>
              <w:right w:w="70" w:type="dxa"/>
            </w:tcMar>
            <w:vAlign w:val="center"/>
          </w:tcPr>
          <w:p w14:paraId="3446330E"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8</w:t>
            </w:r>
          </w:p>
        </w:tc>
        <w:tc>
          <w:tcPr>
            <w:tcW w:w="12585" w:type="dxa"/>
            <w:shd w:val="clear" w:color="auto" w:fill="F3F4F5"/>
          </w:tcPr>
          <w:p w14:paraId="0421779B" w14:textId="77777777" w:rsidR="00082454" w:rsidRPr="004566A6" w:rsidRDefault="00000000">
            <w:pPr>
              <w:spacing w:after="20"/>
              <w:rPr>
                <w:noProof/>
                <w:lang w:val="ro-RO"/>
              </w:rPr>
            </w:pPr>
            <w:r w:rsidRPr="004566A6">
              <w:rPr>
                <w:rFonts w:eastAsia="Arial"/>
                <w:b/>
                <w:noProof/>
                <w:sz w:val="27"/>
                <w:lang w:val="ro-RO"/>
              </w:rPr>
              <w:t>Pregătire și răspuns la situații de urgență</w:t>
            </w:r>
          </w:p>
          <w:p w14:paraId="12F62EC8"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8.2  |  Obiectiv: asigurarea unei reacții coordonate care protejează lucrătorii și celelalte persoane expuse</w:t>
            </w:r>
          </w:p>
        </w:tc>
      </w:tr>
    </w:tbl>
    <w:p w14:paraId="462F0EF1"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59E9603B" w14:textId="77777777">
        <w:trPr>
          <w:cantSplit/>
          <w:jc w:val="center"/>
        </w:trPr>
        <w:tc>
          <w:tcPr>
            <w:tcW w:w="566" w:type="dxa"/>
            <w:shd w:val="clear" w:color="auto" w:fill="D71920"/>
            <w:tcMar>
              <w:top w:w="60" w:type="dxa"/>
              <w:left w:w="70" w:type="dxa"/>
              <w:bottom w:w="60" w:type="dxa"/>
              <w:right w:w="70" w:type="dxa"/>
            </w:tcMar>
            <w:vAlign w:val="center"/>
          </w:tcPr>
          <w:p w14:paraId="165D1FC0"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0D97C752"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12C63B9B" w14:textId="77777777" w:rsidR="00082454" w:rsidRPr="004566A6" w:rsidRDefault="00000000">
            <w:pPr>
              <w:spacing w:after="0" w:line="252" w:lineRule="auto"/>
              <w:rPr>
                <w:noProof/>
                <w:lang w:val="ro-RO"/>
              </w:rPr>
            </w:pPr>
            <w:r w:rsidRPr="004566A6">
              <w:rPr>
                <w:rFonts w:eastAsia="Arial"/>
                <w:noProof/>
                <w:sz w:val="16"/>
                <w:lang w:val="ro-RO"/>
              </w:rPr>
              <w:t>Testați scenarii credibile pentru activitatea și locația organizației. Un exercițiu repetat identic poate confirma rutina, dar nu testează adaptabilitatea.</w:t>
            </w:r>
          </w:p>
        </w:tc>
      </w:tr>
    </w:tbl>
    <w:p w14:paraId="691D96BD"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59AA0189" w14:textId="77777777">
        <w:trPr>
          <w:cantSplit/>
          <w:tblHeader/>
          <w:jc w:val="center"/>
        </w:trPr>
        <w:tc>
          <w:tcPr>
            <w:tcW w:w="793" w:type="dxa"/>
            <w:shd w:val="clear" w:color="auto" w:fill="D71920"/>
            <w:tcMar>
              <w:top w:w="60" w:type="dxa"/>
              <w:left w:w="70" w:type="dxa"/>
              <w:bottom w:w="60" w:type="dxa"/>
              <w:right w:w="70" w:type="dxa"/>
            </w:tcMar>
            <w:vAlign w:val="center"/>
          </w:tcPr>
          <w:p w14:paraId="2F2CD2A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59A7CD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72B4A0C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16887CC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0D27EEF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5007E35B"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4D4A1947" w14:textId="77777777">
        <w:trPr>
          <w:cantSplit/>
          <w:jc w:val="center"/>
        </w:trPr>
        <w:tc>
          <w:tcPr>
            <w:tcW w:w="793" w:type="dxa"/>
            <w:tcMar>
              <w:top w:w="60" w:type="dxa"/>
              <w:left w:w="70" w:type="dxa"/>
              <w:bottom w:w="60" w:type="dxa"/>
              <w:right w:w="70" w:type="dxa"/>
            </w:tcMar>
            <w:vAlign w:val="center"/>
          </w:tcPr>
          <w:p w14:paraId="6A09B8B0" w14:textId="77777777" w:rsidR="00082454" w:rsidRPr="004566A6" w:rsidRDefault="00000000">
            <w:pPr>
              <w:spacing w:after="0" w:line="240" w:lineRule="auto"/>
              <w:jc w:val="center"/>
              <w:rPr>
                <w:noProof/>
                <w:lang w:val="ro-RO"/>
              </w:rPr>
            </w:pPr>
            <w:r w:rsidRPr="004566A6">
              <w:rPr>
                <w:rFonts w:eastAsia="Arial"/>
                <w:b/>
                <w:noProof/>
                <w:sz w:val="14"/>
                <w:lang w:val="ro-RO"/>
              </w:rPr>
              <w:t>S8.1</w:t>
            </w:r>
          </w:p>
        </w:tc>
        <w:tc>
          <w:tcPr>
            <w:tcW w:w="4081" w:type="dxa"/>
            <w:tcMar>
              <w:top w:w="60" w:type="dxa"/>
              <w:left w:w="70" w:type="dxa"/>
              <w:bottom w:w="60" w:type="dxa"/>
              <w:right w:w="70" w:type="dxa"/>
            </w:tcMar>
            <w:vAlign w:val="center"/>
          </w:tcPr>
          <w:p w14:paraId="11FF2290" w14:textId="77777777" w:rsidR="00082454" w:rsidRPr="004566A6" w:rsidRDefault="00000000">
            <w:pPr>
              <w:spacing w:after="0" w:line="240" w:lineRule="auto"/>
              <w:rPr>
                <w:noProof/>
                <w:lang w:val="ro-RO"/>
              </w:rPr>
            </w:pPr>
            <w:r w:rsidRPr="004566A6">
              <w:rPr>
                <w:rFonts w:eastAsia="Arial"/>
                <w:noProof/>
                <w:sz w:val="14"/>
                <w:lang w:val="ro-RO"/>
              </w:rPr>
              <w:t>Sunt identificate situațiile potențiale de urgență relevante.</w:t>
            </w:r>
          </w:p>
        </w:tc>
        <w:tc>
          <w:tcPr>
            <w:tcW w:w="5159" w:type="dxa"/>
            <w:tcMar>
              <w:top w:w="60" w:type="dxa"/>
              <w:left w:w="70" w:type="dxa"/>
              <w:bottom w:w="60" w:type="dxa"/>
              <w:right w:w="70" w:type="dxa"/>
            </w:tcMar>
            <w:vAlign w:val="center"/>
          </w:tcPr>
          <w:p w14:paraId="03DDB400" w14:textId="77777777" w:rsidR="00082454" w:rsidRPr="004566A6" w:rsidRDefault="00000000">
            <w:pPr>
              <w:spacing w:after="0" w:line="240" w:lineRule="auto"/>
              <w:rPr>
                <w:noProof/>
                <w:lang w:val="ro-RO"/>
              </w:rPr>
            </w:pPr>
            <w:r w:rsidRPr="004566A6">
              <w:rPr>
                <w:rFonts w:eastAsia="Arial"/>
                <w:noProof/>
                <w:sz w:val="14"/>
                <w:lang w:val="ro-RO"/>
              </w:rPr>
              <w:t>Incendiu, explozie, accident, eliberare de substanțe, violență, epidemie, fenomene extreme și avarii.</w:t>
            </w:r>
          </w:p>
        </w:tc>
        <w:tc>
          <w:tcPr>
            <w:tcW w:w="1417" w:type="dxa"/>
            <w:tcMar>
              <w:top w:w="60" w:type="dxa"/>
              <w:left w:w="70" w:type="dxa"/>
              <w:bottom w:w="60" w:type="dxa"/>
              <w:right w:w="70" w:type="dxa"/>
            </w:tcMar>
            <w:vAlign w:val="center"/>
          </w:tcPr>
          <w:p w14:paraId="6B4F14A0"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3D739E8"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02D555D2" w14:textId="77777777" w:rsidR="00082454" w:rsidRPr="004566A6" w:rsidRDefault="00082454">
            <w:pPr>
              <w:spacing w:after="0" w:line="240" w:lineRule="auto"/>
              <w:jc w:val="center"/>
              <w:rPr>
                <w:noProof/>
                <w:lang w:val="ro-RO"/>
              </w:rPr>
            </w:pPr>
          </w:p>
        </w:tc>
      </w:tr>
      <w:tr w:rsidR="00082454" w:rsidRPr="004566A6" w14:paraId="216E2025" w14:textId="77777777">
        <w:trPr>
          <w:cantSplit/>
          <w:jc w:val="center"/>
        </w:trPr>
        <w:tc>
          <w:tcPr>
            <w:tcW w:w="793" w:type="dxa"/>
            <w:shd w:val="clear" w:color="auto" w:fill="FAFAFA"/>
            <w:tcMar>
              <w:top w:w="60" w:type="dxa"/>
              <w:left w:w="70" w:type="dxa"/>
              <w:bottom w:w="60" w:type="dxa"/>
              <w:right w:w="70" w:type="dxa"/>
            </w:tcMar>
            <w:vAlign w:val="center"/>
          </w:tcPr>
          <w:p w14:paraId="2EB89748" w14:textId="77777777" w:rsidR="00082454" w:rsidRPr="004566A6" w:rsidRDefault="00000000">
            <w:pPr>
              <w:spacing w:after="0" w:line="240" w:lineRule="auto"/>
              <w:jc w:val="center"/>
              <w:rPr>
                <w:noProof/>
                <w:lang w:val="ro-RO"/>
              </w:rPr>
            </w:pPr>
            <w:r w:rsidRPr="004566A6">
              <w:rPr>
                <w:rFonts w:eastAsia="Arial"/>
                <w:b/>
                <w:noProof/>
                <w:sz w:val="14"/>
                <w:lang w:val="ro-RO"/>
              </w:rPr>
              <w:t>S8.2</w:t>
            </w:r>
          </w:p>
        </w:tc>
        <w:tc>
          <w:tcPr>
            <w:tcW w:w="4081" w:type="dxa"/>
            <w:shd w:val="clear" w:color="auto" w:fill="FAFAFA"/>
            <w:tcMar>
              <w:top w:w="60" w:type="dxa"/>
              <w:left w:w="70" w:type="dxa"/>
              <w:bottom w:w="60" w:type="dxa"/>
              <w:right w:w="70" w:type="dxa"/>
            </w:tcMar>
            <w:vAlign w:val="center"/>
          </w:tcPr>
          <w:p w14:paraId="7A907181" w14:textId="77777777" w:rsidR="00082454" w:rsidRPr="004566A6" w:rsidRDefault="00000000">
            <w:pPr>
              <w:spacing w:after="0" w:line="240" w:lineRule="auto"/>
              <w:rPr>
                <w:noProof/>
                <w:lang w:val="ro-RO"/>
              </w:rPr>
            </w:pPr>
            <w:r w:rsidRPr="004566A6">
              <w:rPr>
                <w:rFonts w:eastAsia="Arial"/>
                <w:noProof/>
                <w:sz w:val="14"/>
                <w:lang w:val="ro-RO"/>
              </w:rPr>
              <w:t>Sunt planificate răspunsuri proporționale cu riscurile și nevoile persoanelor.</w:t>
            </w:r>
          </w:p>
        </w:tc>
        <w:tc>
          <w:tcPr>
            <w:tcW w:w="5159" w:type="dxa"/>
            <w:shd w:val="clear" w:color="auto" w:fill="FAFAFA"/>
            <w:tcMar>
              <w:top w:w="60" w:type="dxa"/>
              <w:left w:w="70" w:type="dxa"/>
              <w:bottom w:w="60" w:type="dxa"/>
              <w:right w:w="70" w:type="dxa"/>
            </w:tcMar>
            <w:vAlign w:val="center"/>
          </w:tcPr>
          <w:p w14:paraId="125F6597" w14:textId="77777777" w:rsidR="00082454" w:rsidRPr="004566A6" w:rsidRDefault="00000000">
            <w:pPr>
              <w:spacing w:after="0" w:line="240" w:lineRule="auto"/>
              <w:rPr>
                <w:noProof/>
                <w:lang w:val="ro-RO"/>
              </w:rPr>
            </w:pPr>
            <w:r w:rsidRPr="004566A6">
              <w:rPr>
                <w:rFonts w:eastAsia="Arial"/>
                <w:noProof/>
                <w:sz w:val="14"/>
                <w:lang w:val="ro-RO"/>
              </w:rPr>
              <w:t>Planuri, roluri, evacuare, prim ajutor, salvare și continuitate.</w:t>
            </w:r>
          </w:p>
        </w:tc>
        <w:tc>
          <w:tcPr>
            <w:tcW w:w="1417" w:type="dxa"/>
            <w:shd w:val="clear" w:color="auto" w:fill="FAFAFA"/>
            <w:tcMar>
              <w:top w:w="60" w:type="dxa"/>
              <w:left w:w="70" w:type="dxa"/>
              <w:bottom w:w="60" w:type="dxa"/>
              <w:right w:w="70" w:type="dxa"/>
            </w:tcMar>
            <w:vAlign w:val="center"/>
          </w:tcPr>
          <w:p w14:paraId="70C911EB"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CC149D2"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E39FB65" w14:textId="77777777" w:rsidR="00082454" w:rsidRPr="004566A6" w:rsidRDefault="00082454">
            <w:pPr>
              <w:spacing w:after="0" w:line="240" w:lineRule="auto"/>
              <w:jc w:val="center"/>
              <w:rPr>
                <w:noProof/>
                <w:lang w:val="ro-RO"/>
              </w:rPr>
            </w:pPr>
          </w:p>
        </w:tc>
      </w:tr>
      <w:tr w:rsidR="00082454" w:rsidRPr="00245FA7" w14:paraId="121A0B41" w14:textId="77777777">
        <w:trPr>
          <w:cantSplit/>
          <w:jc w:val="center"/>
        </w:trPr>
        <w:tc>
          <w:tcPr>
            <w:tcW w:w="793" w:type="dxa"/>
            <w:tcMar>
              <w:top w:w="60" w:type="dxa"/>
              <w:left w:w="70" w:type="dxa"/>
              <w:bottom w:w="60" w:type="dxa"/>
              <w:right w:w="70" w:type="dxa"/>
            </w:tcMar>
            <w:vAlign w:val="center"/>
          </w:tcPr>
          <w:p w14:paraId="18D3E5BD" w14:textId="77777777" w:rsidR="00082454" w:rsidRPr="004566A6" w:rsidRDefault="00000000">
            <w:pPr>
              <w:spacing w:after="0" w:line="240" w:lineRule="auto"/>
              <w:jc w:val="center"/>
              <w:rPr>
                <w:noProof/>
                <w:lang w:val="ro-RO"/>
              </w:rPr>
            </w:pPr>
            <w:r w:rsidRPr="004566A6">
              <w:rPr>
                <w:rFonts w:eastAsia="Arial"/>
                <w:b/>
                <w:noProof/>
                <w:sz w:val="14"/>
                <w:lang w:val="ro-RO"/>
              </w:rPr>
              <w:t>S8.3</w:t>
            </w:r>
          </w:p>
        </w:tc>
        <w:tc>
          <w:tcPr>
            <w:tcW w:w="4081" w:type="dxa"/>
            <w:tcMar>
              <w:top w:w="60" w:type="dxa"/>
              <w:left w:w="70" w:type="dxa"/>
              <w:bottom w:w="60" w:type="dxa"/>
              <w:right w:w="70" w:type="dxa"/>
            </w:tcMar>
            <w:vAlign w:val="center"/>
          </w:tcPr>
          <w:p w14:paraId="14214347" w14:textId="77777777" w:rsidR="00082454" w:rsidRPr="004566A6" w:rsidRDefault="00000000">
            <w:pPr>
              <w:spacing w:after="0" w:line="240" w:lineRule="auto"/>
              <w:rPr>
                <w:noProof/>
                <w:lang w:val="ro-RO"/>
              </w:rPr>
            </w:pPr>
            <w:r w:rsidRPr="004566A6">
              <w:rPr>
                <w:rFonts w:eastAsia="Arial"/>
                <w:noProof/>
                <w:sz w:val="14"/>
                <w:lang w:val="ro-RO"/>
              </w:rPr>
              <w:t>Sunt disponibile echipamente, facilități, contacte și resurse.</w:t>
            </w:r>
          </w:p>
        </w:tc>
        <w:tc>
          <w:tcPr>
            <w:tcW w:w="5159" w:type="dxa"/>
            <w:tcMar>
              <w:top w:w="60" w:type="dxa"/>
              <w:left w:w="70" w:type="dxa"/>
              <w:bottom w:w="60" w:type="dxa"/>
              <w:right w:w="70" w:type="dxa"/>
            </w:tcMar>
            <w:vAlign w:val="center"/>
          </w:tcPr>
          <w:p w14:paraId="5B1EB66F" w14:textId="77777777" w:rsidR="00082454" w:rsidRPr="004566A6" w:rsidRDefault="00000000">
            <w:pPr>
              <w:spacing w:after="0" w:line="240" w:lineRule="auto"/>
              <w:rPr>
                <w:noProof/>
                <w:lang w:val="ro-RO"/>
              </w:rPr>
            </w:pPr>
            <w:r w:rsidRPr="004566A6">
              <w:rPr>
                <w:rFonts w:eastAsia="Arial"/>
                <w:noProof/>
                <w:sz w:val="14"/>
                <w:lang w:val="ro-RO"/>
              </w:rPr>
              <w:t>Alarmare, truse, defibrilator, dușuri, refugii, comunicații și servicii externe.</w:t>
            </w:r>
          </w:p>
        </w:tc>
        <w:tc>
          <w:tcPr>
            <w:tcW w:w="1417" w:type="dxa"/>
            <w:tcMar>
              <w:top w:w="60" w:type="dxa"/>
              <w:left w:w="70" w:type="dxa"/>
              <w:bottom w:w="60" w:type="dxa"/>
              <w:right w:w="70" w:type="dxa"/>
            </w:tcMar>
            <w:vAlign w:val="center"/>
          </w:tcPr>
          <w:p w14:paraId="4449B0A4"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A0A6821"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C49B10C" w14:textId="77777777" w:rsidR="00082454" w:rsidRPr="004566A6" w:rsidRDefault="00082454">
            <w:pPr>
              <w:spacing w:after="0" w:line="240" w:lineRule="auto"/>
              <w:jc w:val="center"/>
              <w:rPr>
                <w:noProof/>
                <w:lang w:val="ro-RO"/>
              </w:rPr>
            </w:pPr>
          </w:p>
        </w:tc>
      </w:tr>
      <w:tr w:rsidR="00082454" w:rsidRPr="00245FA7" w14:paraId="2CDB4BDF" w14:textId="77777777">
        <w:trPr>
          <w:cantSplit/>
          <w:jc w:val="center"/>
        </w:trPr>
        <w:tc>
          <w:tcPr>
            <w:tcW w:w="793" w:type="dxa"/>
            <w:shd w:val="clear" w:color="auto" w:fill="FAFAFA"/>
            <w:tcMar>
              <w:top w:w="60" w:type="dxa"/>
              <w:left w:w="70" w:type="dxa"/>
              <w:bottom w:w="60" w:type="dxa"/>
              <w:right w:w="70" w:type="dxa"/>
            </w:tcMar>
            <w:vAlign w:val="center"/>
          </w:tcPr>
          <w:p w14:paraId="0C2E73B0" w14:textId="77777777" w:rsidR="00082454" w:rsidRPr="004566A6" w:rsidRDefault="00000000">
            <w:pPr>
              <w:spacing w:after="0" w:line="240" w:lineRule="auto"/>
              <w:jc w:val="center"/>
              <w:rPr>
                <w:noProof/>
                <w:lang w:val="ro-RO"/>
              </w:rPr>
            </w:pPr>
            <w:r w:rsidRPr="004566A6">
              <w:rPr>
                <w:rFonts w:eastAsia="Arial"/>
                <w:b/>
                <w:noProof/>
                <w:sz w:val="14"/>
                <w:lang w:val="ro-RO"/>
              </w:rPr>
              <w:t>S8.4</w:t>
            </w:r>
          </w:p>
        </w:tc>
        <w:tc>
          <w:tcPr>
            <w:tcW w:w="4081" w:type="dxa"/>
            <w:shd w:val="clear" w:color="auto" w:fill="FAFAFA"/>
            <w:tcMar>
              <w:top w:w="60" w:type="dxa"/>
              <w:left w:w="70" w:type="dxa"/>
              <w:bottom w:w="60" w:type="dxa"/>
              <w:right w:w="70" w:type="dxa"/>
            </w:tcMar>
            <w:vAlign w:val="center"/>
          </w:tcPr>
          <w:p w14:paraId="6D18EDD1" w14:textId="77777777" w:rsidR="00082454" w:rsidRPr="004566A6" w:rsidRDefault="00000000">
            <w:pPr>
              <w:spacing w:after="0" w:line="240" w:lineRule="auto"/>
              <w:rPr>
                <w:noProof/>
                <w:lang w:val="ro-RO"/>
              </w:rPr>
            </w:pPr>
            <w:r w:rsidRPr="004566A6">
              <w:rPr>
                <w:rFonts w:eastAsia="Arial"/>
                <w:noProof/>
                <w:sz w:val="14"/>
                <w:lang w:val="ro-RO"/>
              </w:rPr>
              <w:t>Lucrătorii și alte persoane relevante sunt instruite și informate.</w:t>
            </w:r>
          </w:p>
        </w:tc>
        <w:tc>
          <w:tcPr>
            <w:tcW w:w="5159" w:type="dxa"/>
            <w:shd w:val="clear" w:color="auto" w:fill="FAFAFA"/>
            <w:tcMar>
              <w:top w:w="60" w:type="dxa"/>
              <w:left w:w="70" w:type="dxa"/>
              <w:bottom w:w="60" w:type="dxa"/>
              <w:right w:w="70" w:type="dxa"/>
            </w:tcMar>
            <w:vAlign w:val="center"/>
          </w:tcPr>
          <w:p w14:paraId="706864AE" w14:textId="77777777" w:rsidR="00082454" w:rsidRPr="004566A6" w:rsidRDefault="00000000">
            <w:pPr>
              <w:spacing w:after="0" w:line="240" w:lineRule="auto"/>
              <w:rPr>
                <w:noProof/>
                <w:lang w:val="ro-RO"/>
              </w:rPr>
            </w:pPr>
            <w:r w:rsidRPr="004566A6">
              <w:rPr>
                <w:rFonts w:eastAsia="Arial"/>
                <w:noProof/>
                <w:sz w:val="14"/>
                <w:lang w:val="ro-RO"/>
              </w:rPr>
              <w:t>Inducție, exerciții, semnalizare și informații pentru vizitatori/contractanți.</w:t>
            </w:r>
          </w:p>
        </w:tc>
        <w:tc>
          <w:tcPr>
            <w:tcW w:w="1417" w:type="dxa"/>
            <w:shd w:val="clear" w:color="auto" w:fill="FAFAFA"/>
            <w:tcMar>
              <w:top w:w="60" w:type="dxa"/>
              <w:left w:w="70" w:type="dxa"/>
              <w:bottom w:w="60" w:type="dxa"/>
              <w:right w:w="70" w:type="dxa"/>
            </w:tcMar>
            <w:vAlign w:val="center"/>
          </w:tcPr>
          <w:p w14:paraId="6FEB6DDB"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5E25422"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6C273A5" w14:textId="77777777" w:rsidR="00082454" w:rsidRPr="004566A6" w:rsidRDefault="00082454">
            <w:pPr>
              <w:spacing w:after="0" w:line="240" w:lineRule="auto"/>
              <w:jc w:val="center"/>
              <w:rPr>
                <w:noProof/>
                <w:lang w:val="ro-RO"/>
              </w:rPr>
            </w:pPr>
          </w:p>
        </w:tc>
      </w:tr>
      <w:tr w:rsidR="00082454" w:rsidRPr="00245FA7" w14:paraId="59049ADA" w14:textId="77777777">
        <w:trPr>
          <w:cantSplit/>
          <w:jc w:val="center"/>
        </w:trPr>
        <w:tc>
          <w:tcPr>
            <w:tcW w:w="793" w:type="dxa"/>
            <w:tcMar>
              <w:top w:w="60" w:type="dxa"/>
              <w:left w:w="70" w:type="dxa"/>
              <w:bottom w:w="60" w:type="dxa"/>
              <w:right w:w="70" w:type="dxa"/>
            </w:tcMar>
            <w:vAlign w:val="center"/>
          </w:tcPr>
          <w:p w14:paraId="73FA7610" w14:textId="77777777" w:rsidR="00082454" w:rsidRPr="004566A6" w:rsidRDefault="00000000">
            <w:pPr>
              <w:spacing w:after="0" w:line="240" w:lineRule="auto"/>
              <w:jc w:val="center"/>
              <w:rPr>
                <w:noProof/>
                <w:lang w:val="ro-RO"/>
              </w:rPr>
            </w:pPr>
            <w:r w:rsidRPr="004566A6">
              <w:rPr>
                <w:rFonts w:eastAsia="Arial"/>
                <w:b/>
                <w:noProof/>
                <w:sz w:val="14"/>
                <w:lang w:val="ro-RO"/>
              </w:rPr>
              <w:t>S8.5</w:t>
            </w:r>
          </w:p>
        </w:tc>
        <w:tc>
          <w:tcPr>
            <w:tcW w:w="4081" w:type="dxa"/>
            <w:tcMar>
              <w:top w:w="60" w:type="dxa"/>
              <w:left w:w="70" w:type="dxa"/>
              <w:bottom w:w="60" w:type="dxa"/>
              <w:right w:w="70" w:type="dxa"/>
            </w:tcMar>
            <w:vAlign w:val="center"/>
          </w:tcPr>
          <w:p w14:paraId="6A902BA9" w14:textId="77777777" w:rsidR="00082454" w:rsidRPr="004566A6" w:rsidRDefault="00000000">
            <w:pPr>
              <w:spacing w:after="0" w:line="240" w:lineRule="auto"/>
              <w:rPr>
                <w:noProof/>
                <w:lang w:val="ro-RO"/>
              </w:rPr>
            </w:pPr>
            <w:r w:rsidRPr="004566A6">
              <w:rPr>
                <w:rFonts w:eastAsia="Arial"/>
                <w:noProof/>
                <w:sz w:val="14"/>
                <w:lang w:val="ro-RO"/>
              </w:rPr>
              <w:t>Planurile sunt testate periodic, când este practic.</w:t>
            </w:r>
          </w:p>
        </w:tc>
        <w:tc>
          <w:tcPr>
            <w:tcW w:w="5159" w:type="dxa"/>
            <w:tcMar>
              <w:top w:w="60" w:type="dxa"/>
              <w:left w:w="70" w:type="dxa"/>
              <w:bottom w:w="60" w:type="dxa"/>
              <w:right w:w="70" w:type="dxa"/>
            </w:tcMar>
            <w:vAlign w:val="center"/>
          </w:tcPr>
          <w:p w14:paraId="37E7E94E" w14:textId="77777777" w:rsidR="00082454" w:rsidRPr="004566A6" w:rsidRDefault="00000000">
            <w:pPr>
              <w:spacing w:after="0" w:line="240" w:lineRule="auto"/>
              <w:rPr>
                <w:noProof/>
                <w:lang w:val="ro-RO"/>
              </w:rPr>
            </w:pPr>
            <w:r w:rsidRPr="004566A6">
              <w:rPr>
                <w:rFonts w:eastAsia="Arial"/>
                <w:noProof/>
                <w:sz w:val="14"/>
                <w:lang w:val="ro-RO"/>
              </w:rPr>
              <w:t>Exerciții, scenarii, observatori și criterii de evaluare.</w:t>
            </w:r>
          </w:p>
        </w:tc>
        <w:tc>
          <w:tcPr>
            <w:tcW w:w="1417" w:type="dxa"/>
            <w:tcMar>
              <w:top w:w="60" w:type="dxa"/>
              <w:left w:w="70" w:type="dxa"/>
              <w:bottom w:w="60" w:type="dxa"/>
              <w:right w:w="70" w:type="dxa"/>
            </w:tcMar>
            <w:vAlign w:val="center"/>
          </w:tcPr>
          <w:p w14:paraId="56EE394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C18B190"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A60A772" w14:textId="77777777" w:rsidR="00082454" w:rsidRPr="004566A6" w:rsidRDefault="00082454">
            <w:pPr>
              <w:spacing w:after="0" w:line="240" w:lineRule="auto"/>
              <w:jc w:val="center"/>
              <w:rPr>
                <w:noProof/>
                <w:lang w:val="ro-RO"/>
              </w:rPr>
            </w:pPr>
          </w:p>
        </w:tc>
      </w:tr>
      <w:tr w:rsidR="00082454" w:rsidRPr="00245FA7" w14:paraId="632EB503" w14:textId="77777777">
        <w:trPr>
          <w:cantSplit/>
          <w:jc w:val="center"/>
        </w:trPr>
        <w:tc>
          <w:tcPr>
            <w:tcW w:w="793" w:type="dxa"/>
            <w:shd w:val="clear" w:color="auto" w:fill="FAFAFA"/>
            <w:tcMar>
              <w:top w:w="60" w:type="dxa"/>
              <w:left w:w="70" w:type="dxa"/>
              <w:bottom w:w="60" w:type="dxa"/>
              <w:right w:w="70" w:type="dxa"/>
            </w:tcMar>
            <w:vAlign w:val="center"/>
          </w:tcPr>
          <w:p w14:paraId="20B58041" w14:textId="77777777" w:rsidR="00082454" w:rsidRPr="004566A6" w:rsidRDefault="00000000">
            <w:pPr>
              <w:spacing w:after="0" w:line="240" w:lineRule="auto"/>
              <w:jc w:val="center"/>
              <w:rPr>
                <w:noProof/>
                <w:lang w:val="ro-RO"/>
              </w:rPr>
            </w:pPr>
            <w:r w:rsidRPr="004566A6">
              <w:rPr>
                <w:rFonts w:eastAsia="Arial"/>
                <w:b/>
                <w:noProof/>
                <w:sz w:val="14"/>
                <w:lang w:val="ro-RO"/>
              </w:rPr>
              <w:t>S8.6</w:t>
            </w:r>
          </w:p>
        </w:tc>
        <w:tc>
          <w:tcPr>
            <w:tcW w:w="4081" w:type="dxa"/>
            <w:shd w:val="clear" w:color="auto" w:fill="FAFAFA"/>
            <w:tcMar>
              <w:top w:w="60" w:type="dxa"/>
              <w:left w:w="70" w:type="dxa"/>
              <w:bottom w:w="60" w:type="dxa"/>
              <w:right w:w="70" w:type="dxa"/>
            </w:tcMar>
            <w:vAlign w:val="center"/>
          </w:tcPr>
          <w:p w14:paraId="6E05F608" w14:textId="77777777" w:rsidR="00082454" w:rsidRPr="004566A6" w:rsidRDefault="00000000">
            <w:pPr>
              <w:spacing w:after="0" w:line="240" w:lineRule="auto"/>
              <w:rPr>
                <w:noProof/>
                <w:lang w:val="ro-RO"/>
              </w:rPr>
            </w:pPr>
            <w:r w:rsidRPr="004566A6">
              <w:rPr>
                <w:rFonts w:eastAsia="Arial"/>
                <w:noProof/>
                <w:sz w:val="14"/>
                <w:lang w:val="ro-RO"/>
              </w:rPr>
              <w:t>Răspunsurile reale și exercițiile sunt evaluate și îmbunătățite.</w:t>
            </w:r>
          </w:p>
        </w:tc>
        <w:tc>
          <w:tcPr>
            <w:tcW w:w="5159" w:type="dxa"/>
            <w:shd w:val="clear" w:color="auto" w:fill="FAFAFA"/>
            <w:tcMar>
              <w:top w:w="60" w:type="dxa"/>
              <w:left w:w="70" w:type="dxa"/>
              <w:bottom w:w="60" w:type="dxa"/>
              <w:right w:w="70" w:type="dxa"/>
            </w:tcMar>
            <w:vAlign w:val="center"/>
          </w:tcPr>
          <w:p w14:paraId="75BC887D" w14:textId="77777777" w:rsidR="00082454" w:rsidRPr="004566A6" w:rsidRDefault="00000000">
            <w:pPr>
              <w:spacing w:after="0" w:line="240" w:lineRule="auto"/>
              <w:rPr>
                <w:noProof/>
                <w:lang w:val="ro-RO"/>
              </w:rPr>
            </w:pPr>
            <w:r w:rsidRPr="004566A6">
              <w:rPr>
                <w:rFonts w:eastAsia="Arial"/>
                <w:noProof/>
                <w:sz w:val="14"/>
                <w:lang w:val="ro-RO"/>
              </w:rPr>
              <w:t>Rapoarte, lecții, acțiuni și actualizări.</w:t>
            </w:r>
          </w:p>
        </w:tc>
        <w:tc>
          <w:tcPr>
            <w:tcW w:w="1417" w:type="dxa"/>
            <w:shd w:val="clear" w:color="auto" w:fill="FAFAFA"/>
            <w:tcMar>
              <w:top w:w="60" w:type="dxa"/>
              <w:left w:w="70" w:type="dxa"/>
              <w:bottom w:w="60" w:type="dxa"/>
              <w:right w:w="70" w:type="dxa"/>
            </w:tcMar>
            <w:vAlign w:val="center"/>
          </w:tcPr>
          <w:p w14:paraId="5CCD1FB7"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4469682"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308C9B3" w14:textId="77777777" w:rsidR="00082454" w:rsidRPr="004566A6" w:rsidRDefault="00082454">
            <w:pPr>
              <w:spacing w:after="0" w:line="240" w:lineRule="auto"/>
              <w:jc w:val="center"/>
              <w:rPr>
                <w:noProof/>
                <w:lang w:val="ro-RO"/>
              </w:rPr>
            </w:pPr>
          </w:p>
        </w:tc>
      </w:tr>
      <w:tr w:rsidR="00082454" w:rsidRPr="00245FA7" w14:paraId="333AA563" w14:textId="77777777">
        <w:trPr>
          <w:cantSplit/>
          <w:jc w:val="center"/>
        </w:trPr>
        <w:tc>
          <w:tcPr>
            <w:tcW w:w="793" w:type="dxa"/>
            <w:tcMar>
              <w:top w:w="60" w:type="dxa"/>
              <w:left w:w="70" w:type="dxa"/>
              <w:bottom w:w="60" w:type="dxa"/>
              <w:right w:w="70" w:type="dxa"/>
            </w:tcMar>
            <w:vAlign w:val="center"/>
          </w:tcPr>
          <w:p w14:paraId="11E31DE4" w14:textId="77777777" w:rsidR="00082454" w:rsidRPr="004566A6" w:rsidRDefault="00000000">
            <w:pPr>
              <w:spacing w:after="0" w:line="240" w:lineRule="auto"/>
              <w:jc w:val="center"/>
              <w:rPr>
                <w:noProof/>
                <w:lang w:val="ro-RO"/>
              </w:rPr>
            </w:pPr>
            <w:r w:rsidRPr="004566A6">
              <w:rPr>
                <w:rFonts w:eastAsia="Arial"/>
                <w:b/>
                <w:noProof/>
                <w:sz w:val="14"/>
                <w:lang w:val="ro-RO"/>
              </w:rPr>
              <w:t>S8.7</w:t>
            </w:r>
          </w:p>
        </w:tc>
        <w:tc>
          <w:tcPr>
            <w:tcW w:w="4081" w:type="dxa"/>
            <w:tcMar>
              <w:top w:w="60" w:type="dxa"/>
              <w:left w:w="70" w:type="dxa"/>
              <w:bottom w:w="60" w:type="dxa"/>
              <w:right w:w="70" w:type="dxa"/>
            </w:tcMar>
            <w:vAlign w:val="center"/>
          </w:tcPr>
          <w:p w14:paraId="50FE7996" w14:textId="77777777" w:rsidR="00082454" w:rsidRPr="004566A6" w:rsidRDefault="00000000">
            <w:pPr>
              <w:spacing w:after="0" w:line="240" w:lineRule="auto"/>
              <w:rPr>
                <w:noProof/>
                <w:lang w:val="ro-RO"/>
              </w:rPr>
            </w:pPr>
            <w:r w:rsidRPr="004566A6">
              <w:rPr>
                <w:rFonts w:eastAsia="Arial"/>
                <w:noProof/>
                <w:sz w:val="14"/>
                <w:lang w:val="ro-RO"/>
              </w:rPr>
              <w:t>Există coordonare și comunicare cu servicii externe și părți interesate.</w:t>
            </w:r>
          </w:p>
        </w:tc>
        <w:tc>
          <w:tcPr>
            <w:tcW w:w="5159" w:type="dxa"/>
            <w:tcMar>
              <w:top w:w="60" w:type="dxa"/>
              <w:left w:w="70" w:type="dxa"/>
              <w:bottom w:w="60" w:type="dxa"/>
              <w:right w:w="70" w:type="dxa"/>
            </w:tcMar>
            <w:vAlign w:val="center"/>
          </w:tcPr>
          <w:p w14:paraId="4D8B4D74" w14:textId="77777777" w:rsidR="00082454" w:rsidRPr="004566A6" w:rsidRDefault="00000000">
            <w:pPr>
              <w:spacing w:after="0" w:line="240" w:lineRule="auto"/>
              <w:rPr>
                <w:noProof/>
                <w:lang w:val="ro-RO"/>
              </w:rPr>
            </w:pPr>
            <w:r w:rsidRPr="004566A6">
              <w:rPr>
                <w:rFonts w:eastAsia="Arial"/>
                <w:noProof/>
                <w:sz w:val="14"/>
                <w:lang w:val="ro-RO"/>
              </w:rPr>
              <w:t>Autorități, servicii medicale, pompieri, proprietar și vecini, după caz.</w:t>
            </w:r>
          </w:p>
        </w:tc>
        <w:tc>
          <w:tcPr>
            <w:tcW w:w="1417" w:type="dxa"/>
            <w:tcMar>
              <w:top w:w="60" w:type="dxa"/>
              <w:left w:w="70" w:type="dxa"/>
              <w:bottom w:w="60" w:type="dxa"/>
              <w:right w:w="70" w:type="dxa"/>
            </w:tcMar>
            <w:vAlign w:val="center"/>
          </w:tcPr>
          <w:p w14:paraId="74272C6F"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1DE0A19A"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DA44D69" w14:textId="77777777" w:rsidR="00082454" w:rsidRPr="004566A6" w:rsidRDefault="00082454">
            <w:pPr>
              <w:spacing w:after="0" w:line="240" w:lineRule="auto"/>
              <w:jc w:val="center"/>
              <w:rPr>
                <w:noProof/>
                <w:lang w:val="ro-RO"/>
              </w:rPr>
            </w:pPr>
          </w:p>
        </w:tc>
      </w:tr>
    </w:tbl>
    <w:p w14:paraId="6BE7A48C"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0A08A0B"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1AE02D0A" w14:textId="77777777">
        <w:trPr>
          <w:cantSplit/>
          <w:jc w:val="center"/>
        </w:trPr>
        <w:tc>
          <w:tcPr>
            <w:tcW w:w="1020" w:type="dxa"/>
            <w:shd w:val="clear" w:color="auto" w:fill="D71920"/>
            <w:tcMar>
              <w:top w:w="60" w:type="dxa"/>
              <w:left w:w="70" w:type="dxa"/>
              <w:bottom w:w="60" w:type="dxa"/>
              <w:right w:w="70" w:type="dxa"/>
            </w:tcMar>
            <w:vAlign w:val="center"/>
          </w:tcPr>
          <w:p w14:paraId="19DC9327"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9</w:t>
            </w:r>
          </w:p>
        </w:tc>
        <w:tc>
          <w:tcPr>
            <w:tcW w:w="12585" w:type="dxa"/>
            <w:shd w:val="clear" w:color="auto" w:fill="F3F4F5"/>
          </w:tcPr>
          <w:p w14:paraId="3E05F9C3" w14:textId="77777777" w:rsidR="00082454" w:rsidRPr="004566A6" w:rsidRDefault="00000000">
            <w:pPr>
              <w:spacing w:after="20"/>
              <w:rPr>
                <w:noProof/>
                <w:lang w:val="ro-RO"/>
              </w:rPr>
            </w:pPr>
            <w:r w:rsidRPr="004566A6">
              <w:rPr>
                <w:rFonts w:eastAsia="Arial"/>
                <w:b/>
                <w:noProof/>
                <w:sz w:val="27"/>
                <w:lang w:val="ro-RO"/>
              </w:rPr>
              <w:t>Monitorizare, conformare, audit și analiza conducerii</w:t>
            </w:r>
          </w:p>
          <w:p w14:paraId="064B8955"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9  |  Obiectiv: obținerea de informații fiabile despre performanța SSM și utilizarea lor pentru decizii</w:t>
            </w:r>
          </w:p>
        </w:tc>
      </w:tr>
    </w:tbl>
    <w:p w14:paraId="252CA416"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609F2BA2" w14:textId="77777777">
        <w:trPr>
          <w:cantSplit/>
          <w:jc w:val="center"/>
        </w:trPr>
        <w:tc>
          <w:tcPr>
            <w:tcW w:w="566" w:type="dxa"/>
            <w:shd w:val="clear" w:color="auto" w:fill="D71920"/>
            <w:tcMar>
              <w:top w:w="60" w:type="dxa"/>
              <w:left w:w="70" w:type="dxa"/>
              <w:bottom w:w="60" w:type="dxa"/>
              <w:right w:w="70" w:type="dxa"/>
            </w:tcMar>
            <w:vAlign w:val="center"/>
          </w:tcPr>
          <w:p w14:paraId="3C9FB676"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562797DF"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47FA1908" w14:textId="77777777" w:rsidR="00082454" w:rsidRPr="004566A6" w:rsidRDefault="00000000">
            <w:pPr>
              <w:spacing w:after="0" w:line="252" w:lineRule="auto"/>
              <w:rPr>
                <w:noProof/>
                <w:lang w:val="ro-RO"/>
              </w:rPr>
            </w:pPr>
            <w:r w:rsidRPr="004566A6">
              <w:rPr>
                <w:rFonts w:eastAsia="Arial"/>
                <w:noProof/>
                <w:sz w:val="16"/>
                <w:lang w:val="ro-RO"/>
              </w:rPr>
              <w:t>Nu raportați doar numărul de accidente. Includeți expuneri, eficacitatea controalelor, participarea, acțiunile restante, sănătatea ocupațională și semnalele slabe.</w:t>
            </w:r>
          </w:p>
        </w:tc>
      </w:tr>
    </w:tbl>
    <w:p w14:paraId="5559DCFD"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3F755683" w14:textId="77777777">
        <w:trPr>
          <w:cantSplit/>
          <w:tblHeader/>
          <w:jc w:val="center"/>
        </w:trPr>
        <w:tc>
          <w:tcPr>
            <w:tcW w:w="793" w:type="dxa"/>
            <w:shd w:val="clear" w:color="auto" w:fill="D71920"/>
            <w:tcMar>
              <w:top w:w="60" w:type="dxa"/>
              <w:left w:w="70" w:type="dxa"/>
              <w:bottom w:w="60" w:type="dxa"/>
              <w:right w:w="70" w:type="dxa"/>
            </w:tcMar>
            <w:vAlign w:val="center"/>
          </w:tcPr>
          <w:p w14:paraId="737FA867"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036C771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7321C156"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102F67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19B69870"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D02CCBE"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5461F086" w14:textId="77777777">
        <w:trPr>
          <w:cantSplit/>
          <w:jc w:val="center"/>
        </w:trPr>
        <w:tc>
          <w:tcPr>
            <w:tcW w:w="793" w:type="dxa"/>
            <w:tcMar>
              <w:top w:w="60" w:type="dxa"/>
              <w:left w:w="70" w:type="dxa"/>
              <w:bottom w:w="60" w:type="dxa"/>
              <w:right w:w="70" w:type="dxa"/>
            </w:tcMar>
            <w:vAlign w:val="center"/>
          </w:tcPr>
          <w:p w14:paraId="1384AFFE" w14:textId="77777777" w:rsidR="00082454" w:rsidRPr="004566A6" w:rsidRDefault="00000000">
            <w:pPr>
              <w:spacing w:after="0" w:line="240" w:lineRule="auto"/>
              <w:jc w:val="center"/>
              <w:rPr>
                <w:noProof/>
                <w:lang w:val="ro-RO"/>
              </w:rPr>
            </w:pPr>
            <w:r w:rsidRPr="004566A6">
              <w:rPr>
                <w:rFonts w:eastAsia="Arial"/>
                <w:b/>
                <w:noProof/>
                <w:sz w:val="14"/>
                <w:lang w:val="ro-RO"/>
              </w:rPr>
              <w:t>S9.1</w:t>
            </w:r>
          </w:p>
        </w:tc>
        <w:tc>
          <w:tcPr>
            <w:tcW w:w="4081" w:type="dxa"/>
            <w:tcMar>
              <w:top w:w="60" w:type="dxa"/>
              <w:left w:w="70" w:type="dxa"/>
              <w:bottom w:w="60" w:type="dxa"/>
              <w:right w:w="70" w:type="dxa"/>
            </w:tcMar>
            <w:vAlign w:val="center"/>
          </w:tcPr>
          <w:p w14:paraId="646052ED" w14:textId="77777777" w:rsidR="00082454" w:rsidRPr="004566A6" w:rsidRDefault="00000000">
            <w:pPr>
              <w:spacing w:after="0" w:line="240" w:lineRule="auto"/>
              <w:rPr>
                <w:noProof/>
                <w:lang w:val="ro-RO"/>
              </w:rPr>
            </w:pPr>
            <w:r w:rsidRPr="004566A6">
              <w:rPr>
                <w:rFonts w:eastAsia="Arial"/>
                <w:noProof/>
                <w:sz w:val="14"/>
                <w:lang w:val="ro-RO"/>
              </w:rPr>
              <w:t>Este stabilit ce trebuie monitorizat și măsurat.</w:t>
            </w:r>
          </w:p>
        </w:tc>
        <w:tc>
          <w:tcPr>
            <w:tcW w:w="5159" w:type="dxa"/>
            <w:tcMar>
              <w:top w:w="60" w:type="dxa"/>
              <w:left w:w="70" w:type="dxa"/>
              <w:bottom w:w="60" w:type="dxa"/>
              <w:right w:w="70" w:type="dxa"/>
            </w:tcMar>
            <w:vAlign w:val="center"/>
          </w:tcPr>
          <w:p w14:paraId="5E5A3C04" w14:textId="77777777" w:rsidR="00082454" w:rsidRPr="004566A6" w:rsidRDefault="00000000">
            <w:pPr>
              <w:spacing w:after="0" w:line="240" w:lineRule="auto"/>
              <w:rPr>
                <w:noProof/>
                <w:lang w:val="ro-RO"/>
              </w:rPr>
            </w:pPr>
            <w:r w:rsidRPr="004566A6">
              <w:rPr>
                <w:rFonts w:eastAsia="Arial"/>
                <w:noProof/>
                <w:sz w:val="14"/>
                <w:lang w:val="ro-RO"/>
              </w:rPr>
              <w:t>Obligații, activități, riscuri, controale, obiective, incidente și sănătate ocupațională.</w:t>
            </w:r>
          </w:p>
        </w:tc>
        <w:tc>
          <w:tcPr>
            <w:tcW w:w="1417" w:type="dxa"/>
            <w:tcMar>
              <w:top w:w="60" w:type="dxa"/>
              <w:left w:w="70" w:type="dxa"/>
              <w:bottom w:w="60" w:type="dxa"/>
              <w:right w:w="70" w:type="dxa"/>
            </w:tcMar>
            <w:vAlign w:val="center"/>
          </w:tcPr>
          <w:p w14:paraId="46BD5133"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67E0F302"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BD779A1" w14:textId="77777777" w:rsidR="00082454" w:rsidRPr="004566A6" w:rsidRDefault="00082454">
            <w:pPr>
              <w:spacing w:after="0" w:line="240" w:lineRule="auto"/>
              <w:jc w:val="center"/>
              <w:rPr>
                <w:noProof/>
                <w:lang w:val="ro-RO"/>
              </w:rPr>
            </w:pPr>
          </w:p>
        </w:tc>
      </w:tr>
      <w:tr w:rsidR="00082454" w:rsidRPr="00245FA7" w14:paraId="4DCE8A24" w14:textId="77777777">
        <w:trPr>
          <w:cantSplit/>
          <w:jc w:val="center"/>
        </w:trPr>
        <w:tc>
          <w:tcPr>
            <w:tcW w:w="793" w:type="dxa"/>
            <w:shd w:val="clear" w:color="auto" w:fill="FAFAFA"/>
            <w:tcMar>
              <w:top w:w="60" w:type="dxa"/>
              <w:left w:w="70" w:type="dxa"/>
              <w:bottom w:w="60" w:type="dxa"/>
              <w:right w:w="70" w:type="dxa"/>
            </w:tcMar>
            <w:vAlign w:val="center"/>
          </w:tcPr>
          <w:p w14:paraId="4C55391E" w14:textId="77777777" w:rsidR="00082454" w:rsidRPr="004566A6" w:rsidRDefault="00000000">
            <w:pPr>
              <w:spacing w:after="0" w:line="240" w:lineRule="auto"/>
              <w:jc w:val="center"/>
              <w:rPr>
                <w:noProof/>
                <w:lang w:val="ro-RO"/>
              </w:rPr>
            </w:pPr>
            <w:r w:rsidRPr="004566A6">
              <w:rPr>
                <w:rFonts w:eastAsia="Arial"/>
                <w:b/>
                <w:noProof/>
                <w:sz w:val="14"/>
                <w:lang w:val="ro-RO"/>
              </w:rPr>
              <w:t>S9.2</w:t>
            </w:r>
          </w:p>
        </w:tc>
        <w:tc>
          <w:tcPr>
            <w:tcW w:w="4081" w:type="dxa"/>
            <w:shd w:val="clear" w:color="auto" w:fill="FAFAFA"/>
            <w:tcMar>
              <w:top w:w="60" w:type="dxa"/>
              <w:left w:w="70" w:type="dxa"/>
              <w:bottom w:w="60" w:type="dxa"/>
              <w:right w:w="70" w:type="dxa"/>
            </w:tcMar>
            <w:vAlign w:val="center"/>
          </w:tcPr>
          <w:p w14:paraId="7C7D1813" w14:textId="77777777" w:rsidR="00082454" w:rsidRPr="004566A6" w:rsidRDefault="00000000">
            <w:pPr>
              <w:spacing w:after="0" w:line="240" w:lineRule="auto"/>
              <w:rPr>
                <w:noProof/>
                <w:lang w:val="ro-RO"/>
              </w:rPr>
            </w:pPr>
            <w:r w:rsidRPr="004566A6">
              <w:rPr>
                <w:rFonts w:eastAsia="Arial"/>
                <w:noProof/>
                <w:sz w:val="14"/>
                <w:lang w:val="ro-RO"/>
              </w:rPr>
              <w:t>Sunt definite metode, criterii, frecvențe și responsabilități.</w:t>
            </w:r>
          </w:p>
        </w:tc>
        <w:tc>
          <w:tcPr>
            <w:tcW w:w="5159" w:type="dxa"/>
            <w:shd w:val="clear" w:color="auto" w:fill="FAFAFA"/>
            <w:tcMar>
              <w:top w:w="60" w:type="dxa"/>
              <w:left w:w="70" w:type="dxa"/>
              <w:bottom w:w="60" w:type="dxa"/>
              <w:right w:w="70" w:type="dxa"/>
            </w:tcMar>
            <w:vAlign w:val="center"/>
          </w:tcPr>
          <w:p w14:paraId="66118B7C" w14:textId="77777777" w:rsidR="00082454" w:rsidRPr="004566A6" w:rsidRDefault="00000000">
            <w:pPr>
              <w:spacing w:after="0" w:line="240" w:lineRule="auto"/>
              <w:rPr>
                <w:noProof/>
                <w:lang w:val="ro-RO"/>
              </w:rPr>
            </w:pPr>
            <w:r w:rsidRPr="004566A6">
              <w:rPr>
                <w:rFonts w:eastAsia="Arial"/>
                <w:noProof/>
                <w:sz w:val="14"/>
                <w:lang w:val="ro-RO"/>
              </w:rPr>
              <w:t>Plan de monitorizare, indicatori proactivi/reactivi și praguri.</w:t>
            </w:r>
          </w:p>
        </w:tc>
        <w:tc>
          <w:tcPr>
            <w:tcW w:w="1417" w:type="dxa"/>
            <w:shd w:val="clear" w:color="auto" w:fill="FAFAFA"/>
            <w:tcMar>
              <w:top w:w="60" w:type="dxa"/>
              <w:left w:w="70" w:type="dxa"/>
              <w:bottom w:w="60" w:type="dxa"/>
              <w:right w:w="70" w:type="dxa"/>
            </w:tcMar>
            <w:vAlign w:val="center"/>
          </w:tcPr>
          <w:p w14:paraId="4A20F42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D44644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3C7A9EB" w14:textId="77777777" w:rsidR="00082454" w:rsidRPr="004566A6" w:rsidRDefault="00082454">
            <w:pPr>
              <w:spacing w:after="0" w:line="240" w:lineRule="auto"/>
              <w:jc w:val="center"/>
              <w:rPr>
                <w:noProof/>
                <w:lang w:val="ro-RO"/>
              </w:rPr>
            </w:pPr>
          </w:p>
        </w:tc>
      </w:tr>
      <w:tr w:rsidR="00082454" w:rsidRPr="00245FA7" w14:paraId="0945CB52" w14:textId="77777777">
        <w:trPr>
          <w:cantSplit/>
          <w:jc w:val="center"/>
        </w:trPr>
        <w:tc>
          <w:tcPr>
            <w:tcW w:w="793" w:type="dxa"/>
            <w:tcMar>
              <w:top w:w="60" w:type="dxa"/>
              <w:left w:w="70" w:type="dxa"/>
              <w:bottom w:w="60" w:type="dxa"/>
              <w:right w:w="70" w:type="dxa"/>
            </w:tcMar>
            <w:vAlign w:val="center"/>
          </w:tcPr>
          <w:p w14:paraId="079664F8" w14:textId="77777777" w:rsidR="00082454" w:rsidRPr="004566A6" w:rsidRDefault="00000000">
            <w:pPr>
              <w:spacing w:after="0" w:line="240" w:lineRule="auto"/>
              <w:jc w:val="center"/>
              <w:rPr>
                <w:noProof/>
                <w:lang w:val="ro-RO"/>
              </w:rPr>
            </w:pPr>
            <w:r w:rsidRPr="004566A6">
              <w:rPr>
                <w:rFonts w:eastAsia="Arial"/>
                <w:b/>
                <w:noProof/>
                <w:sz w:val="14"/>
                <w:lang w:val="ro-RO"/>
              </w:rPr>
              <w:t>S9.3</w:t>
            </w:r>
          </w:p>
        </w:tc>
        <w:tc>
          <w:tcPr>
            <w:tcW w:w="4081" w:type="dxa"/>
            <w:tcMar>
              <w:top w:w="60" w:type="dxa"/>
              <w:left w:w="70" w:type="dxa"/>
              <w:bottom w:w="60" w:type="dxa"/>
              <w:right w:w="70" w:type="dxa"/>
            </w:tcMar>
            <w:vAlign w:val="center"/>
          </w:tcPr>
          <w:p w14:paraId="2FAC2210" w14:textId="77777777" w:rsidR="00082454" w:rsidRPr="004566A6" w:rsidRDefault="00000000">
            <w:pPr>
              <w:spacing w:after="0" w:line="240" w:lineRule="auto"/>
              <w:rPr>
                <w:noProof/>
                <w:lang w:val="ro-RO"/>
              </w:rPr>
            </w:pPr>
            <w:r w:rsidRPr="004566A6">
              <w:rPr>
                <w:rFonts w:eastAsia="Arial"/>
                <w:noProof/>
                <w:sz w:val="14"/>
                <w:lang w:val="ro-RO"/>
              </w:rPr>
              <w:t>Echipamentele de măsurare sunt calibrate/verificate și menținute.</w:t>
            </w:r>
          </w:p>
        </w:tc>
        <w:tc>
          <w:tcPr>
            <w:tcW w:w="5159" w:type="dxa"/>
            <w:tcMar>
              <w:top w:w="60" w:type="dxa"/>
              <w:left w:w="70" w:type="dxa"/>
              <w:bottom w:w="60" w:type="dxa"/>
              <w:right w:w="70" w:type="dxa"/>
            </w:tcMar>
            <w:vAlign w:val="center"/>
          </w:tcPr>
          <w:p w14:paraId="79A37A7A" w14:textId="77777777" w:rsidR="00082454" w:rsidRPr="004566A6" w:rsidRDefault="00000000">
            <w:pPr>
              <w:spacing w:after="0" w:line="240" w:lineRule="auto"/>
              <w:rPr>
                <w:noProof/>
                <w:lang w:val="ro-RO"/>
              </w:rPr>
            </w:pPr>
            <w:r w:rsidRPr="004566A6">
              <w:rPr>
                <w:rFonts w:eastAsia="Arial"/>
                <w:noProof/>
                <w:sz w:val="14"/>
                <w:lang w:val="ro-RO"/>
              </w:rPr>
              <w:t>Certificate, trasabilitate și reacție la rezultate invalide.</w:t>
            </w:r>
          </w:p>
        </w:tc>
        <w:tc>
          <w:tcPr>
            <w:tcW w:w="1417" w:type="dxa"/>
            <w:tcMar>
              <w:top w:w="60" w:type="dxa"/>
              <w:left w:w="70" w:type="dxa"/>
              <w:bottom w:w="60" w:type="dxa"/>
              <w:right w:w="70" w:type="dxa"/>
            </w:tcMar>
            <w:vAlign w:val="center"/>
          </w:tcPr>
          <w:p w14:paraId="0F9EA325"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3E569A1"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3121F41" w14:textId="77777777" w:rsidR="00082454" w:rsidRPr="004566A6" w:rsidRDefault="00082454">
            <w:pPr>
              <w:spacing w:after="0" w:line="240" w:lineRule="auto"/>
              <w:jc w:val="center"/>
              <w:rPr>
                <w:noProof/>
                <w:lang w:val="ro-RO"/>
              </w:rPr>
            </w:pPr>
          </w:p>
        </w:tc>
      </w:tr>
      <w:tr w:rsidR="00082454" w:rsidRPr="004566A6" w14:paraId="33985C9F" w14:textId="77777777">
        <w:trPr>
          <w:cantSplit/>
          <w:jc w:val="center"/>
        </w:trPr>
        <w:tc>
          <w:tcPr>
            <w:tcW w:w="793" w:type="dxa"/>
            <w:shd w:val="clear" w:color="auto" w:fill="FAFAFA"/>
            <w:tcMar>
              <w:top w:w="60" w:type="dxa"/>
              <w:left w:w="70" w:type="dxa"/>
              <w:bottom w:w="60" w:type="dxa"/>
              <w:right w:w="70" w:type="dxa"/>
            </w:tcMar>
            <w:vAlign w:val="center"/>
          </w:tcPr>
          <w:p w14:paraId="5595BFEF" w14:textId="77777777" w:rsidR="00082454" w:rsidRPr="004566A6" w:rsidRDefault="00000000">
            <w:pPr>
              <w:spacing w:after="0" w:line="240" w:lineRule="auto"/>
              <w:jc w:val="center"/>
              <w:rPr>
                <w:noProof/>
                <w:lang w:val="ro-RO"/>
              </w:rPr>
            </w:pPr>
            <w:r w:rsidRPr="004566A6">
              <w:rPr>
                <w:rFonts w:eastAsia="Arial"/>
                <w:b/>
                <w:noProof/>
                <w:sz w:val="14"/>
                <w:lang w:val="ro-RO"/>
              </w:rPr>
              <w:t>S9.4</w:t>
            </w:r>
          </w:p>
        </w:tc>
        <w:tc>
          <w:tcPr>
            <w:tcW w:w="4081" w:type="dxa"/>
            <w:shd w:val="clear" w:color="auto" w:fill="FAFAFA"/>
            <w:tcMar>
              <w:top w:w="60" w:type="dxa"/>
              <w:left w:w="70" w:type="dxa"/>
              <w:bottom w:w="60" w:type="dxa"/>
              <w:right w:w="70" w:type="dxa"/>
            </w:tcMar>
            <w:vAlign w:val="center"/>
          </w:tcPr>
          <w:p w14:paraId="6CF12809" w14:textId="77777777" w:rsidR="00082454" w:rsidRPr="004566A6" w:rsidRDefault="00000000">
            <w:pPr>
              <w:spacing w:after="0" w:line="240" w:lineRule="auto"/>
              <w:rPr>
                <w:noProof/>
                <w:lang w:val="ro-RO"/>
              </w:rPr>
            </w:pPr>
            <w:r w:rsidRPr="004566A6">
              <w:rPr>
                <w:rFonts w:eastAsia="Arial"/>
                <w:noProof/>
                <w:sz w:val="14"/>
                <w:lang w:val="ro-RO"/>
              </w:rPr>
              <w:t>Datele sunt analizate pentru tendințe, cauze și priorități.</w:t>
            </w:r>
          </w:p>
        </w:tc>
        <w:tc>
          <w:tcPr>
            <w:tcW w:w="5159" w:type="dxa"/>
            <w:shd w:val="clear" w:color="auto" w:fill="FAFAFA"/>
            <w:tcMar>
              <w:top w:w="60" w:type="dxa"/>
              <w:left w:w="70" w:type="dxa"/>
              <w:bottom w:w="60" w:type="dxa"/>
              <w:right w:w="70" w:type="dxa"/>
            </w:tcMar>
            <w:vAlign w:val="center"/>
          </w:tcPr>
          <w:p w14:paraId="7A99D6E7" w14:textId="77777777" w:rsidR="00082454" w:rsidRPr="004566A6" w:rsidRDefault="00000000">
            <w:pPr>
              <w:spacing w:after="0" w:line="240" w:lineRule="auto"/>
              <w:rPr>
                <w:noProof/>
                <w:lang w:val="ro-RO"/>
              </w:rPr>
            </w:pPr>
            <w:r w:rsidRPr="004566A6">
              <w:rPr>
                <w:rFonts w:eastAsia="Arial"/>
                <w:noProof/>
                <w:sz w:val="14"/>
                <w:lang w:val="ro-RO"/>
              </w:rPr>
              <w:t>Tablouri de bord, rate normalizate, segmentare și interpretare.</w:t>
            </w:r>
          </w:p>
        </w:tc>
        <w:tc>
          <w:tcPr>
            <w:tcW w:w="1417" w:type="dxa"/>
            <w:shd w:val="clear" w:color="auto" w:fill="FAFAFA"/>
            <w:tcMar>
              <w:top w:w="60" w:type="dxa"/>
              <w:left w:w="70" w:type="dxa"/>
              <w:bottom w:w="60" w:type="dxa"/>
              <w:right w:w="70" w:type="dxa"/>
            </w:tcMar>
            <w:vAlign w:val="center"/>
          </w:tcPr>
          <w:p w14:paraId="7AD66303"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DA1571D"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197B21B" w14:textId="77777777" w:rsidR="00082454" w:rsidRPr="004566A6" w:rsidRDefault="00082454">
            <w:pPr>
              <w:spacing w:after="0" w:line="240" w:lineRule="auto"/>
              <w:jc w:val="center"/>
              <w:rPr>
                <w:noProof/>
                <w:lang w:val="ro-RO"/>
              </w:rPr>
            </w:pPr>
          </w:p>
        </w:tc>
      </w:tr>
      <w:tr w:rsidR="00082454" w:rsidRPr="00245FA7" w14:paraId="2F466CDE" w14:textId="77777777">
        <w:trPr>
          <w:cantSplit/>
          <w:jc w:val="center"/>
        </w:trPr>
        <w:tc>
          <w:tcPr>
            <w:tcW w:w="793" w:type="dxa"/>
            <w:tcMar>
              <w:top w:w="60" w:type="dxa"/>
              <w:left w:w="70" w:type="dxa"/>
              <w:bottom w:w="60" w:type="dxa"/>
              <w:right w:w="70" w:type="dxa"/>
            </w:tcMar>
            <w:vAlign w:val="center"/>
          </w:tcPr>
          <w:p w14:paraId="77261D0C" w14:textId="77777777" w:rsidR="00082454" w:rsidRPr="004566A6" w:rsidRDefault="00000000">
            <w:pPr>
              <w:spacing w:after="0" w:line="240" w:lineRule="auto"/>
              <w:jc w:val="center"/>
              <w:rPr>
                <w:noProof/>
                <w:lang w:val="ro-RO"/>
              </w:rPr>
            </w:pPr>
            <w:r w:rsidRPr="004566A6">
              <w:rPr>
                <w:rFonts w:eastAsia="Arial"/>
                <w:b/>
                <w:noProof/>
                <w:sz w:val="14"/>
                <w:lang w:val="ro-RO"/>
              </w:rPr>
              <w:t>S9.5</w:t>
            </w:r>
          </w:p>
        </w:tc>
        <w:tc>
          <w:tcPr>
            <w:tcW w:w="4081" w:type="dxa"/>
            <w:tcMar>
              <w:top w:w="60" w:type="dxa"/>
              <w:left w:w="70" w:type="dxa"/>
              <w:bottom w:w="60" w:type="dxa"/>
              <w:right w:w="70" w:type="dxa"/>
            </w:tcMar>
            <w:vAlign w:val="center"/>
          </w:tcPr>
          <w:p w14:paraId="0C35402C" w14:textId="77777777" w:rsidR="00082454" w:rsidRPr="004566A6" w:rsidRDefault="00000000">
            <w:pPr>
              <w:spacing w:after="0" w:line="240" w:lineRule="auto"/>
              <w:rPr>
                <w:noProof/>
                <w:lang w:val="ro-RO"/>
              </w:rPr>
            </w:pPr>
            <w:r w:rsidRPr="004566A6">
              <w:rPr>
                <w:rFonts w:eastAsia="Arial"/>
                <w:noProof/>
                <w:sz w:val="14"/>
                <w:lang w:val="ro-RO"/>
              </w:rPr>
              <w:t>Performanța și eficacitatea sistemului SSM sunt evaluate.</w:t>
            </w:r>
          </w:p>
        </w:tc>
        <w:tc>
          <w:tcPr>
            <w:tcW w:w="5159" w:type="dxa"/>
            <w:tcMar>
              <w:top w:w="60" w:type="dxa"/>
              <w:left w:w="70" w:type="dxa"/>
              <w:bottom w:w="60" w:type="dxa"/>
              <w:right w:w="70" w:type="dxa"/>
            </w:tcMar>
            <w:vAlign w:val="center"/>
          </w:tcPr>
          <w:p w14:paraId="71EB9BF1" w14:textId="77777777" w:rsidR="00082454" w:rsidRPr="004566A6" w:rsidRDefault="00000000">
            <w:pPr>
              <w:spacing w:after="0" w:line="240" w:lineRule="auto"/>
              <w:rPr>
                <w:noProof/>
                <w:lang w:val="ro-RO"/>
              </w:rPr>
            </w:pPr>
            <w:r w:rsidRPr="004566A6">
              <w:rPr>
                <w:rFonts w:eastAsia="Arial"/>
                <w:noProof/>
                <w:sz w:val="14"/>
                <w:lang w:val="ro-RO"/>
              </w:rPr>
              <w:t>Concluzii față de criterii și acțiuni la abatere.</w:t>
            </w:r>
          </w:p>
        </w:tc>
        <w:tc>
          <w:tcPr>
            <w:tcW w:w="1417" w:type="dxa"/>
            <w:tcMar>
              <w:top w:w="60" w:type="dxa"/>
              <w:left w:w="70" w:type="dxa"/>
              <w:bottom w:w="60" w:type="dxa"/>
              <w:right w:w="70" w:type="dxa"/>
            </w:tcMar>
            <w:vAlign w:val="center"/>
          </w:tcPr>
          <w:p w14:paraId="76CA6316"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D482A9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6497D154" w14:textId="77777777" w:rsidR="00082454" w:rsidRPr="004566A6" w:rsidRDefault="00082454">
            <w:pPr>
              <w:spacing w:after="0" w:line="240" w:lineRule="auto"/>
              <w:jc w:val="center"/>
              <w:rPr>
                <w:noProof/>
                <w:lang w:val="ro-RO"/>
              </w:rPr>
            </w:pPr>
          </w:p>
        </w:tc>
      </w:tr>
      <w:tr w:rsidR="00082454" w:rsidRPr="004566A6" w14:paraId="66FE0E27" w14:textId="77777777">
        <w:trPr>
          <w:cantSplit/>
          <w:jc w:val="center"/>
        </w:trPr>
        <w:tc>
          <w:tcPr>
            <w:tcW w:w="793" w:type="dxa"/>
            <w:shd w:val="clear" w:color="auto" w:fill="FAFAFA"/>
            <w:tcMar>
              <w:top w:w="60" w:type="dxa"/>
              <w:left w:w="70" w:type="dxa"/>
              <w:bottom w:w="60" w:type="dxa"/>
              <w:right w:w="70" w:type="dxa"/>
            </w:tcMar>
            <w:vAlign w:val="center"/>
          </w:tcPr>
          <w:p w14:paraId="3BCB42F6" w14:textId="77777777" w:rsidR="00082454" w:rsidRPr="004566A6" w:rsidRDefault="00000000">
            <w:pPr>
              <w:spacing w:after="0" w:line="240" w:lineRule="auto"/>
              <w:jc w:val="center"/>
              <w:rPr>
                <w:noProof/>
                <w:lang w:val="ro-RO"/>
              </w:rPr>
            </w:pPr>
            <w:r w:rsidRPr="004566A6">
              <w:rPr>
                <w:rFonts w:eastAsia="Arial"/>
                <w:b/>
                <w:noProof/>
                <w:sz w:val="14"/>
                <w:lang w:val="ro-RO"/>
              </w:rPr>
              <w:t>S9.6</w:t>
            </w:r>
          </w:p>
        </w:tc>
        <w:tc>
          <w:tcPr>
            <w:tcW w:w="4081" w:type="dxa"/>
            <w:shd w:val="clear" w:color="auto" w:fill="FAFAFA"/>
            <w:tcMar>
              <w:top w:w="60" w:type="dxa"/>
              <w:left w:w="70" w:type="dxa"/>
              <w:bottom w:w="60" w:type="dxa"/>
              <w:right w:w="70" w:type="dxa"/>
            </w:tcMar>
            <w:vAlign w:val="center"/>
          </w:tcPr>
          <w:p w14:paraId="7FD4A7B0" w14:textId="77777777" w:rsidR="00082454" w:rsidRPr="004566A6" w:rsidRDefault="00000000">
            <w:pPr>
              <w:spacing w:after="0" w:line="240" w:lineRule="auto"/>
              <w:rPr>
                <w:noProof/>
                <w:lang w:val="ro-RO"/>
              </w:rPr>
            </w:pPr>
            <w:r w:rsidRPr="004566A6">
              <w:rPr>
                <w:rFonts w:eastAsia="Arial"/>
                <w:noProof/>
                <w:sz w:val="14"/>
                <w:lang w:val="ro-RO"/>
              </w:rPr>
              <w:t>Este evaluată periodic îndeplinirea obligațiilor legale și altor cerințe.</w:t>
            </w:r>
          </w:p>
        </w:tc>
        <w:tc>
          <w:tcPr>
            <w:tcW w:w="5159" w:type="dxa"/>
            <w:shd w:val="clear" w:color="auto" w:fill="FAFAFA"/>
            <w:tcMar>
              <w:top w:w="60" w:type="dxa"/>
              <w:left w:w="70" w:type="dxa"/>
              <w:bottom w:w="60" w:type="dxa"/>
              <w:right w:w="70" w:type="dxa"/>
            </w:tcMar>
            <w:vAlign w:val="center"/>
          </w:tcPr>
          <w:p w14:paraId="1C32005A" w14:textId="77777777" w:rsidR="00082454" w:rsidRPr="004566A6" w:rsidRDefault="00000000">
            <w:pPr>
              <w:spacing w:after="0" w:line="240" w:lineRule="auto"/>
              <w:rPr>
                <w:noProof/>
                <w:lang w:val="ro-RO"/>
              </w:rPr>
            </w:pPr>
            <w:r w:rsidRPr="004566A6">
              <w:rPr>
                <w:rFonts w:eastAsia="Arial"/>
                <w:noProof/>
                <w:sz w:val="14"/>
                <w:lang w:val="ro-RO"/>
              </w:rPr>
              <w:t>Plan, competență, eșantioane, constatări și stare de conformare.</w:t>
            </w:r>
          </w:p>
        </w:tc>
        <w:tc>
          <w:tcPr>
            <w:tcW w:w="1417" w:type="dxa"/>
            <w:shd w:val="clear" w:color="auto" w:fill="FAFAFA"/>
            <w:tcMar>
              <w:top w:w="60" w:type="dxa"/>
              <w:left w:w="70" w:type="dxa"/>
              <w:bottom w:w="60" w:type="dxa"/>
              <w:right w:w="70" w:type="dxa"/>
            </w:tcMar>
            <w:vAlign w:val="center"/>
          </w:tcPr>
          <w:p w14:paraId="45444873"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79C2FC1"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E0DFFE" w14:textId="77777777" w:rsidR="00082454" w:rsidRPr="004566A6" w:rsidRDefault="00082454">
            <w:pPr>
              <w:spacing w:after="0" w:line="240" w:lineRule="auto"/>
              <w:jc w:val="center"/>
              <w:rPr>
                <w:noProof/>
                <w:lang w:val="ro-RO"/>
              </w:rPr>
            </w:pPr>
          </w:p>
        </w:tc>
      </w:tr>
      <w:tr w:rsidR="00082454" w:rsidRPr="004566A6" w14:paraId="2A717706" w14:textId="77777777">
        <w:trPr>
          <w:cantSplit/>
          <w:jc w:val="center"/>
        </w:trPr>
        <w:tc>
          <w:tcPr>
            <w:tcW w:w="793" w:type="dxa"/>
            <w:tcMar>
              <w:top w:w="60" w:type="dxa"/>
              <w:left w:w="70" w:type="dxa"/>
              <w:bottom w:w="60" w:type="dxa"/>
              <w:right w:w="70" w:type="dxa"/>
            </w:tcMar>
            <w:vAlign w:val="center"/>
          </w:tcPr>
          <w:p w14:paraId="3B71EA2D" w14:textId="77777777" w:rsidR="00082454" w:rsidRPr="004566A6" w:rsidRDefault="00000000">
            <w:pPr>
              <w:spacing w:after="0" w:line="240" w:lineRule="auto"/>
              <w:jc w:val="center"/>
              <w:rPr>
                <w:noProof/>
                <w:lang w:val="ro-RO"/>
              </w:rPr>
            </w:pPr>
            <w:r w:rsidRPr="004566A6">
              <w:rPr>
                <w:rFonts w:eastAsia="Arial"/>
                <w:b/>
                <w:noProof/>
                <w:sz w:val="14"/>
                <w:lang w:val="ro-RO"/>
              </w:rPr>
              <w:t>S9.7</w:t>
            </w:r>
          </w:p>
        </w:tc>
        <w:tc>
          <w:tcPr>
            <w:tcW w:w="4081" w:type="dxa"/>
            <w:tcMar>
              <w:top w:w="60" w:type="dxa"/>
              <w:left w:w="70" w:type="dxa"/>
              <w:bottom w:w="60" w:type="dxa"/>
              <w:right w:w="70" w:type="dxa"/>
            </w:tcMar>
            <w:vAlign w:val="center"/>
          </w:tcPr>
          <w:p w14:paraId="1C318B6E" w14:textId="77777777" w:rsidR="00082454" w:rsidRPr="004566A6" w:rsidRDefault="00000000">
            <w:pPr>
              <w:spacing w:after="0" w:line="240" w:lineRule="auto"/>
              <w:rPr>
                <w:noProof/>
                <w:lang w:val="ro-RO"/>
              </w:rPr>
            </w:pPr>
            <w:r w:rsidRPr="004566A6">
              <w:rPr>
                <w:rFonts w:eastAsia="Arial"/>
                <w:noProof/>
                <w:sz w:val="14"/>
                <w:lang w:val="ro-RO"/>
              </w:rPr>
              <w:t>Există un program de audit intern bazat pe risc, schimbări și rezultate anterioare.</w:t>
            </w:r>
          </w:p>
        </w:tc>
        <w:tc>
          <w:tcPr>
            <w:tcW w:w="5159" w:type="dxa"/>
            <w:tcMar>
              <w:top w:w="60" w:type="dxa"/>
              <w:left w:w="70" w:type="dxa"/>
              <w:bottom w:w="60" w:type="dxa"/>
              <w:right w:w="70" w:type="dxa"/>
            </w:tcMar>
            <w:vAlign w:val="center"/>
          </w:tcPr>
          <w:p w14:paraId="33BEAE96" w14:textId="77777777" w:rsidR="00082454" w:rsidRPr="004566A6" w:rsidRDefault="00000000">
            <w:pPr>
              <w:spacing w:after="0" w:line="240" w:lineRule="auto"/>
              <w:rPr>
                <w:noProof/>
                <w:lang w:val="ro-RO"/>
              </w:rPr>
            </w:pPr>
            <w:r w:rsidRPr="004566A6">
              <w:rPr>
                <w:rFonts w:eastAsia="Arial"/>
                <w:noProof/>
                <w:sz w:val="14"/>
                <w:lang w:val="ro-RO"/>
              </w:rPr>
              <w:t>Program, frecvențe, domenii și justificare.</w:t>
            </w:r>
          </w:p>
        </w:tc>
        <w:tc>
          <w:tcPr>
            <w:tcW w:w="1417" w:type="dxa"/>
            <w:tcMar>
              <w:top w:w="60" w:type="dxa"/>
              <w:left w:w="70" w:type="dxa"/>
              <w:bottom w:w="60" w:type="dxa"/>
              <w:right w:w="70" w:type="dxa"/>
            </w:tcMar>
            <w:vAlign w:val="center"/>
          </w:tcPr>
          <w:p w14:paraId="353C901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6F710697"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E16C431" w14:textId="77777777" w:rsidR="00082454" w:rsidRPr="004566A6" w:rsidRDefault="00082454">
            <w:pPr>
              <w:spacing w:after="0" w:line="240" w:lineRule="auto"/>
              <w:jc w:val="center"/>
              <w:rPr>
                <w:noProof/>
                <w:lang w:val="ro-RO"/>
              </w:rPr>
            </w:pPr>
          </w:p>
        </w:tc>
      </w:tr>
      <w:tr w:rsidR="00082454" w:rsidRPr="004566A6" w14:paraId="6FCFD604" w14:textId="77777777">
        <w:trPr>
          <w:cantSplit/>
          <w:jc w:val="center"/>
        </w:trPr>
        <w:tc>
          <w:tcPr>
            <w:tcW w:w="793" w:type="dxa"/>
            <w:shd w:val="clear" w:color="auto" w:fill="FAFAFA"/>
            <w:tcMar>
              <w:top w:w="60" w:type="dxa"/>
              <w:left w:w="70" w:type="dxa"/>
              <w:bottom w:w="60" w:type="dxa"/>
              <w:right w:w="70" w:type="dxa"/>
            </w:tcMar>
            <w:vAlign w:val="center"/>
          </w:tcPr>
          <w:p w14:paraId="5DEFF83F" w14:textId="77777777" w:rsidR="00082454" w:rsidRPr="004566A6" w:rsidRDefault="00000000">
            <w:pPr>
              <w:spacing w:after="0" w:line="240" w:lineRule="auto"/>
              <w:jc w:val="center"/>
              <w:rPr>
                <w:noProof/>
                <w:lang w:val="ro-RO"/>
              </w:rPr>
            </w:pPr>
            <w:r w:rsidRPr="004566A6">
              <w:rPr>
                <w:rFonts w:eastAsia="Arial"/>
                <w:b/>
                <w:noProof/>
                <w:sz w:val="14"/>
                <w:lang w:val="ro-RO"/>
              </w:rPr>
              <w:t>S9.8</w:t>
            </w:r>
          </w:p>
        </w:tc>
        <w:tc>
          <w:tcPr>
            <w:tcW w:w="4081" w:type="dxa"/>
            <w:shd w:val="clear" w:color="auto" w:fill="FAFAFA"/>
            <w:tcMar>
              <w:top w:w="60" w:type="dxa"/>
              <w:left w:w="70" w:type="dxa"/>
              <w:bottom w:w="60" w:type="dxa"/>
              <w:right w:w="70" w:type="dxa"/>
            </w:tcMar>
            <w:vAlign w:val="center"/>
          </w:tcPr>
          <w:p w14:paraId="5A136546" w14:textId="77777777" w:rsidR="00082454" w:rsidRPr="004566A6" w:rsidRDefault="00000000">
            <w:pPr>
              <w:spacing w:after="0" w:line="240" w:lineRule="auto"/>
              <w:rPr>
                <w:noProof/>
                <w:lang w:val="ro-RO"/>
              </w:rPr>
            </w:pPr>
            <w:r w:rsidRPr="004566A6">
              <w:rPr>
                <w:rFonts w:eastAsia="Arial"/>
                <w:noProof/>
                <w:sz w:val="14"/>
                <w:lang w:val="ro-RO"/>
              </w:rPr>
              <w:t>Auditurile au criterii și domeniu clare și sunt realizate obiectiv.</w:t>
            </w:r>
          </w:p>
        </w:tc>
        <w:tc>
          <w:tcPr>
            <w:tcW w:w="5159" w:type="dxa"/>
            <w:shd w:val="clear" w:color="auto" w:fill="FAFAFA"/>
            <w:tcMar>
              <w:top w:w="60" w:type="dxa"/>
              <w:left w:w="70" w:type="dxa"/>
              <w:bottom w:w="60" w:type="dxa"/>
              <w:right w:w="70" w:type="dxa"/>
            </w:tcMar>
            <w:vAlign w:val="center"/>
          </w:tcPr>
          <w:p w14:paraId="352106D9" w14:textId="77777777" w:rsidR="00082454" w:rsidRPr="004566A6" w:rsidRDefault="00000000">
            <w:pPr>
              <w:spacing w:after="0" w:line="240" w:lineRule="auto"/>
              <w:rPr>
                <w:noProof/>
                <w:lang w:val="ro-RO"/>
              </w:rPr>
            </w:pPr>
            <w:r w:rsidRPr="004566A6">
              <w:rPr>
                <w:rFonts w:eastAsia="Arial"/>
                <w:noProof/>
                <w:sz w:val="14"/>
                <w:lang w:val="ro-RO"/>
              </w:rPr>
              <w:t>Planuri, competență, independență, interviuri și eșantioane.</w:t>
            </w:r>
          </w:p>
        </w:tc>
        <w:tc>
          <w:tcPr>
            <w:tcW w:w="1417" w:type="dxa"/>
            <w:shd w:val="clear" w:color="auto" w:fill="FAFAFA"/>
            <w:tcMar>
              <w:top w:w="60" w:type="dxa"/>
              <w:left w:w="70" w:type="dxa"/>
              <w:bottom w:w="60" w:type="dxa"/>
              <w:right w:w="70" w:type="dxa"/>
            </w:tcMar>
            <w:vAlign w:val="center"/>
          </w:tcPr>
          <w:p w14:paraId="4F107332"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5202021"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C7D5918" w14:textId="77777777" w:rsidR="00082454" w:rsidRPr="004566A6" w:rsidRDefault="00082454">
            <w:pPr>
              <w:spacing w:after="0" w:line="240" w:lineRule="auto"/>
              <w:jc w:val="center"/>
              <w:rPr>
                <w:noProof/>
                <w:lang w:val="ro-RO"/>
              </w:rPr>
            </w:pPr>
          </w:p>
        </w:tc>
      </w:tr>
      <w:tr w:rsidR="00082454" w:rsidRPr="00245FA7" w14:paraId="32484E35" w14:textId="77777777">
        <w:trPr>
          <w:cantSplit/>
          <w:jc w:val="center"/>
        </w:trPr>
        <w:tc>
          <w:tcPr>
            <w:tcW w:w="793" w:type="dxa"/>
            <w:tcMar>
              <w:top w:w="60" w:type="dxa"/>
              <w:left w:w="70" w:type="dxa"/>
              <w:bottom w:w="60" w:type="dxa"/>
              <w:right w:w="70" w:type="dxa"/>
            </w:tcMar>
            <w:vAlign w:val="center"/>
          </w:tcPr>
          <w:p w14:paraId="135251AA" w14:textId="77777777" w:rsidR="00082454" w:rsidRPr="004566A6" w:rsidRDefault="00000000">
            <w:pPr>
              <w:spacing w:after="0" w:line="240" w:lineRule="auto"/>
              <w:jc w:val="center"/>
              <w:rPr>
                <w:noProof/>
                <w:lang w:val="ro-RO"/>
              </w:rPr>
            </w:pPr>
            <w:r w:rsidRPr="004566A6">
              <w:rPr>
                <w:rFonts w:eastAsia="Arial"/>
                <w:b/>
                <w:noProof/>
                <w:sz w:val="14"/>
                <w:lang w:val="ro-RO"/>
              </w:rPr>
              <w:t>S9.9</w:t>
            </w:r>
          </w:p>
        </w:tc>
        <w:tc>
          <w:tcPr>
            <w:tcW w:w="4081" w:type="dxa"/>
            <w:tcMar>
              <w:top w:w="60" w:type="dxa"/>
              <w:left w:w="70" w:type="dxa"/>
              <w:bottom w:w="60" w:type="dxa"/>
              <w:right w:w="70" w:type="dxa"/>
            </w:tcMar>
            <w:vAlign w:val="center"/>
          </w:tcPr>
          <w:p w14:paraId="5813A41F" w14:textId="77777777" w:rsidR="00082454" w:rsidRPr="004566A6" w:rsidRDefault="00000000">
            <w:pPr>
              <w:spacing w:after="0" w:line="240" w:lineRule="auto"/>
              <w:rPr>
                <w:noProof/>
                <w:lang w:val="ro-RO"/>
              </w:rPr>
            </w:pPr>
            <w:r w:rsidRPr="004566A6">
              <w:rPr>
                <w:rFonts w:eastAsia="Arial"/>
                <w:noProof/>
                <w:sz w:val="14"/>
                <w:lang w:val="ro-RO"/>
              </w:rPr>
              <w:t>Rezultatele auditului sunt comunicate lucrătorilor și managementului relevant.</w:t>
            </w:r>
          </w:p>
        </w:tc>
        <w:tc>
          <w:tcPr>
            <w:tcW w:w="5159" w:type="dxa"/>
            <w:tcMar>
              <w:top w:w="60" w:type="dxa"/>
              <w:left w:w="70" w:type="dxa"/>
              <w:bottom w:w="60" w:type="dxa"/>
              <w:right w:w="70" w:type="dxa"/>
            </w:tcMar>
            <w:vAlign w:val="center"/>
          </w:tcPr>
          <w:p w14:paraId="048C3067" w14:textId="77777777" w:rsidR="00082454" w:rsidRPr="004566A6" w:rsidRDefault="00000000">
            <w:pPr>
              <w:spacing w:after="0" w:line="240" w:lineRule="auto"/>
              <w:rPr>
                <w:noProof/>
                <w:lang w:val="ro-RO"/>
              </w:rPr>
            </w:pPr>
            <w:r w:rsidRPr="004566A6">
              <w:rPr>
                <w:rFonts w:eastAsia="Arial"/>
                <w:noProof/>
                <w:sz w:val="14"/>
                <w:lang w:val="ro-RO"/>
              </w:rPr>
              <w:t>Rapoarte, prezentări, comitete și acces adecvat.</w:t>
            </w:r>
          </w:p>
        </w:tc>
        <w:tc>
          <w:tcPr>
            <w:tcW w:w="1417" w:type="dxa"/>
            <w:tcMar>
              <w:top w:w="60" w:type="dxa"/>
              <w:left w:w="70" w:type="dxa"/>
              <w:bottom w:w="60" w:type="dxa"/>
              <w:right w:w="70" w:type="dxa"/>
            </w:tcMar>
            <w:vAlign w:val="center"/>
          </w:tcPr>
          <w:p w14:paraId="11298B8E"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1DB798B"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BD26A63" w14:textId="77777777" w:rsidR="00082454" w:rsidRPr="004566A6" w:rsidRDefault="00082454">
            <w:pPr>
              <w:spacing w:after="0" w:line="240" w:lineRule="auto"/>
              <w:jc w:val="center"/>
              <w:rPr>
                <w:noProof/>
                <w:lang w:val="ro-RO"/>
              </w:rPr>
            </w:pPr>
          </w:p>
        </w:tc>
      </w:tr>
      <w:tr w:rsidR="00082454" w:rsidRPr="004566A6" w14:paraId="60524694" w14:textId="77777777">
        <w:trPr>
          <w:cantSplit/>
          <w:jc w:val="center"/>
        </w:trPr>
        <w:tc>
          <w:tcPr>
            <w:tcW w:w="793" w:type="dxa"/>
            <w:shd w:val="clear" w:color="auto" w:fill="FAFAFA"/>
            <w:tcMar>
              <w:top w:w="60" w:type="dxa"/>
              <w:left w:w="70" w:type="dxa"/>
              <w:bottom w:w="60" w:type="dxa"/>
              <w:right w:w="70" w:type="dxa"/>
            </w:tcMar>
            <w:vAlign w:val="center"/>
          </w:tcPr>
          <w:p w14:paraId="1AED0380" w14:textId="77777777" w:rsidR="00082454" w:rsidRPr="004566A6" w:rsidRDefault="00000000">
            <w:pPr>
              <w:spacing w:after="0" w:line="240" w:lineRule="auto"/>
              <w:jc w:val="center"/>
              <w:rPr>
                <w:noProof/>
                <w:lang w:val="ro-RO"/>
              </w:rPr>
            </w:pPr>
            <w:r w:rsidRPr="004566A6">
              <w:rPr>
                <w:rFonts w:eastAsia="Arial"/>
                <w:b/>
                <w:noProof/>
                <w:sz w:val="14"/>
                <w:lang w:val="ro-RO"/>
              </w:rPr>
              <w:t>S9.10</w:t>
            </w:r>
          </w:p>
        </w:tc>
        <w:tc>
          <w:tcPr>
            <w:tcW w:w="4081" w:type="dxa"/>
            <w:shd w:val="clear" w:color="auto" w:fill="FAFAFA"/>
            <w:tcMar>
              <w:top w:w="60" w:type="dxa"/>
              <w:left w:w="70" w:type="dxa"/>
              <w:bottom w:w="60" w:type="dxa"/>
              <w:right w:w="70" w:type="dxa"/>
            </w:tcMar>
            <w:vAlign w:val="center"/>
          </w:tcPr>
          <w:p w14:paraId="11ABFA7A" w14:textId="77777777" w:rsidR="00082454" w:rsidRPr="004566A6" w:rsidRDefault="00000000">
            <w:pPr>
              <w:spacing w:after="0" w:line="240" w:lineRule="auto"/>
              <w:rPr>
                <w:noProof/>
                <w:lang w:val="ro-RO"/>
              </w:rPr>
            </w:pPr>
            <w:r w:rsidRPr="004566A6">
              <w:rPr>
                <w:rFonts w:eastAsia="Arial"/>
                <w:noProof/>
                <w:sz w:val="14"/>
                <w:lang w:val="ro-RO"/>
              </w:rPr>
              <w:t>Acțiunile rezultate din audit sunt urmărite și verificate pentru eficacitate.</w:t>
            </w:r>
          </w:p>
        </w:tc>
        <w:tc>
          <w:tcPr>
            <w:tcW w:w="5159" w:type="dxa"/>
            <w:shd w:val="clear" w:color="auto" w:fill="FAFAFA"/>
            <w:tcMar>
              <w:top w:w="60" w:type="dxa"/>
              <w:left w:w="70" w:type="dxa"/>
              <w:bottom w:w="60" w:type="dxa"/>
              <w:right w:w="70" w:type="dxa"/>
            </w:tcMar>
            <w:vAlign w:val="center"/>
          </w:tcPr>
          <w:p w14:paraId="0DB4DDE9" w14:textId="77777777" w:rsidR="00082454" w:rsidRPr="004566A6" w:rsidRDefault="00000000">
            <w:pPr>
              <w:spacing w:after="0" w:line="240" w:lineRule="auto"/>
              <w:rPr>
                <w:noProof/>
                <w:lang w:val="ro-RO"/>
              </w:rPr>
            </w:pPr>
            <w:r w:rsidRPr="004566A6">
              <w:rPr>
                <w:rFonts w:eastAsia="Arial"/>
                <w:noProof/>
                <w:sz w:val="14"/>
                <w:lang w:val="ro-RO"/>
              </w:rPr>
              <w:t>Registru, termene, re-audit și închidere.</w:t>
            </w:r>
          </w:p>
        </w:tc>
        <w:tc>
          <w:tcPr>
            <w:tcW w:w="1417" w:type="dxa"/>
            <w:shd w:val="clear" w:color="auto" w:fill="FAFAFA"/>
            <w:tcMar>
              <w:top w:w="60" w:type="dxa"/>
              <w:left w:w="70" w:type="dxa"/>
              <w:bottom w:w="60" w:type="dxa"/>
              <w:right w:w="70" w:type="dxa"/>
            </w:tcMar>
            <w:vAlign w:val="center"/>
          </w:tcPr>
          <w:p w14:paraId="6EB1E0F9"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910AC8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FB7FC2E" w14:textId="77777777" w:rsidR="00082454" w:rsidRPr="004566A6" w:rsidRDefault="00082454">
            <w:pPr>
              <w:spacing w:after="0" w:line="240" w:lineRule="auto"/>
              <w:jc w:val="center"/>
              <w:rPr>
                <w:noProof/>
                <w:lang w:val="ro-RO"/>
              </w:rPr>
            </w:pPr>
          </w:p>
        </w:tc>
      </w:tr>
      <w:tr w:rsidR="00082454" w:rsidRPr="00245FA7" w14:paraId="76F3010B" w14:textId="77777777">
        <w:trPr>
          <w:cantSplit/>
          <w:jc w:val="center"/>
        </w:trPr>
        <w:tc>
          <w:tcPr>
            <w:tcW w:w="793" w:type="dxa"/>
            <w:tcMar>
              <w:top w:w="60" w:type="dxa"/>
              <w:left w:w="70" w:type="dxa"/>
              <w:bottom w:w="60" w:type="dxa"/>
              <w:right w:w="70" w:type="dxa"/>
            </w:tcMar>
            <w:vAlign w:val="center"/>
          </w:tcPr>
          <w:p w14:paraId="4F6A7BC0" w14:textId="77777777" w:rsidR="00082454" w:rsidRPr="004566A6" w:rsidRDefault="00000000">
            <w:pPr>
              <w:spacing w:after="0" w:line="240" w:lineRule="auto"/>
              <w:jc w:val="center"/>
              <w:rPr>
                <w:noProof/>
                <w:lang w:val="ro-RO"/>
              </w:rPr>
            </w:pPr>
            <w:r w:rsidRPr="004566A6">
              <w:rPr>
                <w:rFonts w:eastAsia="Arial"/>
                <w:b/>
                <w:noProof/>
                <w:sz w:val="14"/>
                <w:lang w:val="ro-RO"/>
              </w:rPr>
              <w:t>S9.11</w:t>
            </w:r>
          </w:p>
        </w:tc>
        <w:tc>
          <w:tcPr>
            <w:tcW w:w="4081" w:type="dxa"/>
            <w:tcMar>
              <w:top w:w="60" w:type="dxa"/>
              <w:left w:w="70" w:type="dxa"/>
              <w:bottom w:w="60" w:type="dxa"/>
              <w:right w:w="70" w:type="dxa"/>
            </w:tcMar>
            <w:vAlign w:val="center"/>
          </w:tcPr>
          <w:p w14:paraId="431A4260" w14:textId="77777777" w:rsidR="00082454" w:rsidRPr="004566A6" w:rsidRDefault="00000000">
            <w:pPr>
              <w:spacing w:after="0" w:line="240" w:lineRule="auto"/>
              <w:rPr>
                <w:noProof/>
                <w:lang w:val="ro-RO"/>
              </w:rPr>
            </w:pPr>
            <w:r w:rsidRPr="004566A6">
              <w:rPr>
                <w:rFonts w:eastAsia="Arial"/>
                <w:noProof/>
                <w:sz w:val="14"/>
                <w:lang w:val="ro-RO"/>
              </w:rPr>
              <w:t>Conducerea analizează sistemul SSM la intervale planificate.</w:t>
            </w:r>
          </w:p>
        </w:tc>
        <w:tc>
          <w:tcPr>
            <w:tcW w:w="5159" w:type="dxa"/>
            <w:tcMar>
              <w:top w:w="60" w:type="dxa"/>
              <w:left w:w="70" w:type="dxa"/>
              <w:bottom w:w="60" w:type="dxa"/>
              <w:right w:w="70" w:type="dxa"/>
            </w:tcMar>
            <w:vAlign w:val="center"/>
          </w:tcPr>
          <w:p w14:paraId="61713D9B" w14:textId="77777777" w:rsidR="00082454" w:rsidRPr="004566A6" w:rsidRDefault="00000000">
            <w:pPr>
              <w:spacing w:after="0" w:line="240" w:lineRule="auto"/>
              <w:rPr>
                <w:noProof/>
                <w:lang w:val="ro-RO"/>
              </w:rPr>
            </w:pPr>
            <w:r w:rsidRPr="004566A6">
              <w:rPr>
                <w:rFonts w:eastAsia="Arial"/>
                <w:noProof/>
                <w:sz w:val="14"/>
                <w:lang w:val="ro-RO"/>
              </w:rPr>
              <w:t>Calendar, participanți, date de intrare și minute.</w:t>
            </w:r>
          </w:p>
        </w:tc>
        <w:tc>
          <w:tcPr>
            <w:tcW w:w="1417" w:type="dxa"/>
            <w:tcMar>
              <w:top w:w="60" w:type="dxa"/>
              <w:left w:w="70" w:type="dxa"/>
              <w:bottom w:w="60" w:type="dxa"/>
              <w:right w:w="70" w:type="dxa"/>
            </w:tcMar>
            <w:vAlign w:val="center"/>
          </w:tcPr>
          <w:p w14:paraId="50555041"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73F4AB7F"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0C6417D5" w14:textId="77777777" w:rsidR="00082454" w:rsidRPr="004566A6" w:rsidRDefault="00082454">
            <w:pPr>
              <w:spacing w:after="0" w:line="240" w:lineRule="auto"/>
              <w:jc w:val="center"/>
              <w:rPr>
                <w:noProof/>
                <w:lang w:val="ro-RO"/>
              </w:rPr>
            </w:pPr>
          </w:p>
        </w:tc>
      </w:tr>
      <w:tr w:rsidR="00082454" w:rsidRPr="004566A6" w14:paraId="3C6D09B1" w14:textId="77777777">
        <w:trPr>
          <w:cantSplit/>
          <w:jc w:val="center"/>
        </w:trPr>
        <w:tc>
          <w:tcPr>
            <w:tcW w:w="793" w:type="dxa"/>
            <w:shd w:val="clear" w:color="auto" w:fill="FAFAFA"/>
            <w:tcMar>
              <w:top w:w="60" w:type="dxa"/>
              <w:left w:w="70" w:type="dxa"/>
              <w:bottom w:w="60" w:type="dxa"/>
              <w:right w:w="70" w:type="dxa"/>
            </w:tcMar>
            <w:vAlign w:val="center"/>
          </w:tcPr>
          <w:p w14:paraId="637C0BD0" w14:textId="77777777" w:rsidR="00082454" w:rsidRPr="004566A6" w:rsidRDefault="00000000">
            <w:pPr>
              <w:spacing w:after="0" w:line="240" w:lineRule="auto"/>
              <w:jc w:val="center"/>
              <w:rPr>
                <w:noProof/>
                <w:lang w:val="ro-RO"/>
              </w:rPr>
            </w:pPr>
            <w:r w:rsidRPr="004566A6">
              <w:rPr>
                <w:rFonts w:eastAsia="Arial"/>
                <w:b/>
                <w:noProof/>
                <w:sz w:val="14"/>
                <w:lang w:val="ro-RO"/>
              </w:rPr>
              <w:t>S9.12</w:t>
            </w:r>
          </w:p>
        </w:tc>
        <w:tc>
          <w:tcPr>
            <w:tcW w:w="4081" w:type="dxa"/>
            <w:shd w:val="clear" w:color="auto" w:fill="FAFAFA"/>
            <w:tcMar>
              <w:top w:w="60" w:type="dxa"/>
              <w:left w:w="70" w:type="dxa"/>
              <w:bottom w:w="60" w:type="dxa"/>
              <w:right w:w="70" w:type="dxa"/>
            </w:tcMar>
            <w:vAlign w:val="center"/>
          </w:tcPr>
          <w:p w14:paraId="28DE1E7A" w14:textId="77777777" w:rsidR="00082454" w:rsidRPr="004566A6" w:rsidRDefault="00000000">
            <w:pPr>
              <w:spacing w:after="0" w:line="240" w:lineRule="auto"/>
              <w:rPr>
                <w:noProof/>
                <w:lang w:val="ro-RO"/>
              </w:rPr>
            </w:pPr>
            <w:r w:rsidRPr="004566A6">
              <w:rPr>
                <w:rFonts w:eastAsia="Arial"/>
                <w:noProof/>
                <w:sz w:val="14"/>
                <w:lang w:val="ro-RO"/>
              </w:rPr>
              <w:t>Analiza include context, părți interesate, obligații, riscuri, obiective, incidente și participare.</w:t>
            </w:r>
          </w:p>
        </w:tc>
        <w:tc>
          <w:tcPr>
            <w:tcW w:w="5159" w:type="dxa"/>
            <w:shd w:val="clear" w:color="auto" w:fill="FAFAFA"/>
            <w:tcMar>
              <w:top w:w="60" w:type="dxa"/>
              <w:left w:w="70" w:type="dxa"/>
              <w:bottom w:w="60" w:type="dxa"/>
              <w:right w:w="70" w:type="dxa"/>
            </w:tcMar>
            <w:vAlign w:val="center"/>
          </w:tcPr>
          <w:p w14:paraId="6C440815" w14:textId="77777777" w:rsidR="00082454" w:rsidRPr="004566A6" w:rsidRDefault="00000000">
            <w:pPr>
              <w:spacing w:after="0" w:line="240" w:lineRule="auto"/>
              <w:rPr>
                <w:noProof/>
                <w:lang w:val="ro-RO"/>
              </w:rPr>
            </w:pPr>
            <w:r w:rsidRPr="004566A6">
              <w:rPr>
                <w:rFonts w:eastAsia="Arial"/>
                <w:noProof/>
                <w:sz w:val="14"/>
                <w:lang w:val="ro-RO"/>
              </w:rPr>
              <w:t>Date complete, tendințe și schimbări.</w:t>
            </w:r>
          </w:p>
        </w:tc>
        <w:tc>
          <w:tcPr>
            <w:tcW w:w="1417" w:type="dxa"/>
            <w:shd w:val="clear" w:color="auto" w:fill="FAFAFA"/>
            <w:tcMar>
              <w:top w:w="60" w:type="dxa"/>
              <w:left w:w="70" w:type="dxa"/>
              <w:bottom w:w="60" w:type="dxa"/>
              <w:right w:w="70" w:type="dxa"/>
            </w:tcMar>
            <w:vAlign w:val="center"/>
          </w:tcPr>
          <w:p w14:paraId="08F6FEB3"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695D041"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C62FC12" w14:textId="77777777" w:rsidR="00082454" w:rsidRPr="004566A6" w:rsidRDefault="00082454">
            <w:pPr>
              <w:spacing w:after="0" w:line="240" w:lineRule="auto"/>
              <w:jc w:val="center"/>
              <w:rPr>
                <w:noProof/>
                <w:lang w:val="ro-RO"/>
              </w:rPr>
            </w:pPr>
          </w:p>
        </w:tc>
      </w:tr>
      <w:tr w:rsidR="00082454" w:rsidRPr="004566A6" w14:paraId="3AE8B76F" w14:textId="77777777">
        <w:trPr>
          <w:cantSplit/>
          <w:jc w:val="center"/>
        </w:trPr>
        <w:tc>
          <w:tcPr>
            <w:tcW w:w="793" w:type="dxa"/>
            <w:tcMar>
              <w:top w:w="60" w:type="dxa"/>
              <w:left w:w="70" w:type="dxa"/>
              <w:bottom w:w="60" w:type="dxa"/>
              <w:right w:w="70" w:type="dxa"/>
            </w:tcMar>
            <w:vAlign w:val="center"/>
          </w:tcPr>
          <w:p w14:paraId="3E19AC42" w14:textId="77777777" w:rsidR="00082454" w:rsidRPr="004566A6" w:rsidRDefault="00000000">
            <w:pPr>
              <w:spacing w:after="0" w:line="240" w:lineRule="auto"/>
              <w:jc w:val="center"/>
              <w:rPr>
                <w:noProof/>
                <w:lang w:val="ro-RO"/>
              </w:rPr>
            </w:pPr>
            <w:r w:rsidRPr="004566A6">
              <w:rPr>
                <w:rFonts w:eastAsia="Arial"/>
                <w:b/>
                <w:noProof/>
                <w:sz w:val="14"/>
                <w:lang w:val="ro-RO"/>
              </w:rPr>
              <w:t>S9.13</w:t>
            </w:r>
          </w:p>
        </w:tc>
        <w:tc>
          <w:tcPr>
            <w:tcW w:w="4081" w:type="dxa"/>
            <w:tcMar>
              <w:top w:w="60" w:type="dxa"/>
              <w:left w:w="70" w:type="dxa"/>
              <w:bottom w:w="60" w:type="dxa"/>
              <w:right w:w="70" w:type="dxa"/>
            </w:tcMar>
            <w:vAlign w:val="center"/>
          </w:tcPr>
          <w:p w14:paraId="79F23B76" w14:textId="77777777" w:rsidR="00082454" w:rsidRPr="004566A6" w:rsidRDefault="00000000">
            <w:pPr>
              <w:spacing w:after="0" w:line="240" w:lineRule="auto"/>
              <w:rPr>
                <w:noProof/>
                <w:lang w:val="ro-RO"/>
              </w:rPr>
            </w:pPr>
            <w:r w:rsidRPr="004566A6">
              <w:rPr>
                <w:rFonts w:eastAsia="Arial"/>
                <w:noProof/>
                <w:sz w:val="14"/>
                <w:lang w:val="ro-RO"/>
              </w:rPr>
              <w:t>Analiza include resurse, audituri, comunicări și oportunități de îmbunătățire.</w:t>
            </w:r>
          </w:p>
        </w:tc>
        <w:tc>
          <w:tcPr>
            <w:tcW w:w="5159" w:type="dxa"/>
            <w:tcMar>
              <w:top w:w="60" w:type="dxa"/>
              <w:left w:w="70" w:type="dxa"/>
              <w:bottom w:w="60" w:type="dxa"/>
              <w:right w:w="70" w:type="dxa"/>
            </w:tcMar>
            <w:vAlign w:val="center"/>
          </w:tcPr>
          <w:p w14:paraId="5CE015C0" w14:textId="77777777" w:rsidR="00082454" w:rsidRPr="004566A6" w:rsidRDefault="00000000">
            <w:pPr>
              <w:spacing w:after="0" w:line="240" w:lineRule="auto"/>
              <w:rPr>
                <w:noProof/>
                <w:lang w:val="ro-RO"/>
              </w:rPr>
            </w:pPr>
            <w:r w:rsidRPr="004566A6">
              <w:rPr>
                <w:rFonts w:eastAsia="Arial"/>
                <w:noProof/>
                <w:sz w:val="14"/>
                <w:lang w:val="ro-RO"/>
              </w:rPr>
              <w:t>Evaluarea suficienței și eficacității.</w:t>
            </w:r>
          </w:p>
        </w:tc>
        <w:tc>
          <w:tcPr>
            <w:tcW w:w="1417" w:type="dxa"/>
            <w:tcMar>
              <w:top w:w="60" w:type="dxa"/>
              <w:left w:w="70" w:type="dxa"/>
              <w:bottom w:w="60" w:type="dxa"/>
              <w:right w:w="70" w:type="dxa"/>
            </w:tcMar>
            <w:vAlign w:val="center"/>
          </w:tcPr>
          <w:p w14:paraId="1BAF5892"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0E58925"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70CB1B71" w14:textId="77777777" w:rsidR="00082454" w:rsidRPr="004566A6" w:rsidRDefault="00082454">
            <w:pPr>
              <w:spacing w:after="0" w:line="240" w:lineRule="auto"/>
              <w:jc w:val="center"/>
              <w:rPr>
                <w:noProof/>
                <w:lang w:val="ro-RO"/>
              </w:rPr>
            </w:pPr>
          </w:p>
        </w:tc>
      </w:tr>
      <w:tr w:rsidR="00082454" w:rsidRPr="00245FA7" w14:paraId="61B0D51F" w14:textId="77777777">
        <w:trPr>
          <w:cantSplit/>
          <w:jc w:val="center"/>
        </w:trPr>
        <w:tc>
          <w:tcPr>
            <w:tcW w:w="793" w:type="dxa"/>
            <w:shd w:val="clear" w:color="auto" w:fill="FAFAFA"/>
            <w:tcMar>
              <w:top w:w="60" w:type="dxa"/>
              <w:left w:w="70" w:type="dxa"/>
              <w:bottom w:w="60" w:type="dxa"/>
              <w:right w:w="70" w:type="dxa"/>
            </w:tcMar>
            <w:vAlign w:val="center"/>
          </w:tcPr>
          <w:p w14:paraId="0CD2010F" w14:textId="77777777" w:rsidR="00082454" w:rsidRPr="004566A6" w:rsidRDefault="00000000">
            <w:pPr>
              <w:spacing w:after="0" w:line="240" w:lineRule="auto"/>
              <w:jc w:val="center"/>
              <w:rPr>
                <w:noProof/>
                <w:lang w:val="ro-RO"/>
              </w:rPr>
            </w:pPr>
            <w:r w:rsidRPr="004566A6">
              <w:rPr>
                <w:rFonts w:eastAsia="Arial"/>
                <w:b/>
                <w:noProof/>
                <w:sz w:val="14"/>
                <w:lang w:val="ro-RO"/>
              </w:rPr>
              <w:t>S9.14</w:t>
            </w:r>
          </w:p>
        </w:tc>
        <w:tc>
          <w:tcPr>
            <w:tcW w:w="4081" w:type="dxa"/>
            <w:shd w:val="clear" w:color="auto" w:fill="FAFAFA"/>
            <w:tcMar>
              <w:top w:w="60" w:type="dxa"/>
              <w:left w:w="70" w:type="dxa"/>
              <w:bottom w:w="60" w:type="dxa"/>
              <w:right w:w="70" w:type="dxa"/>
            </w:tcMar>
            <w:vAlign w:val="center"/>
          </w:tcPr>
          <w:p w14:paraId="6F7F46DB" w14:textId="77777777" w:rsidR="00082454" w:rsidRPr="004566A6" w:rsidRDefault="00000000">
            <w:pPr>
              <w:spacing w:after="0" w:line="240" w:lineRule="auto"/>
              <w:rPr>
                <w:noProof/>
                <w:lang w:val="ro-RO"/>
              </w:rPr>
            </w:pPr>
            <w:r w:rsidRPr="004566A6">
              <w:rPr>
                <w:rFonts w:eastAsia="Arial"/>
                <w:noProof/>
                <w:sz w:val="14"/>
                <w:lang w:val="ro-RO"/>
              </w:rPr>
              <w:t>Deciziile conducerii stabilesc schimbări, resurse, acțiuni și implicații strategice.</w:t>
            </w:r>
          </w:p>
        </w:tc>
        <w:tc>
          <w:tcPr>
            <w:tcW w:w="5159" w:type="dxa"/>
            <w:shd w:val="clear" w:color="auto" w:fill="FAFAFA"/>
            <w:tcMar>
              <w:top w:w="60" w:type="dxa"/>
              <w:left w:w="70" w:type="dxa"/>
              <w:bottom w:w="60" w:type="dxa"/>
              <w:right w:w="70" w:type="dxa"/>
            </w:tcMar>
            <w:vAlign w:val="center"/>
          </w:tcPr>
          <w:p w14:paraId="00CE386C" w14:textId="77777777" w:rsidR="00082454" w:rsidRPr="004566A6" w:rsidRDefault="00000000">
            <w:pPr>
              <w:spacing w:after="0" w:line="240" w:lineRule="auto"/>
              <w:rPr>
                <w:noProof/>
                <w:lang w:val="ro-RO"/>
              </w:rPr>
            </w:pPr>
            <w:r w:rsidRPr="004566A6">
              <w:rPr>
                <w:rFonts w:eastAsia="Arial"/>
                <w:noProof/>
                <w:sz w:val="14"/>
                <w:lang w:val="ro-RO"/>
              </w:rPr>
              <w:t>Responsabili, termene, comunicare și urmărire.</w:t>
            </w:r>
          </w:p>
        </w:tc>
        <w:tc>
          <w:tcPr>
            <w:tcW w:w="1417" w:type="dxa"/>
            <w:shd w:val="clear" w:color="auto" w:fill="FAFAFA"/>
            <w:tcMar>
              <w:top w:w="60" w:type="dxa"/>
              <w:left w:w="70" w:type="dxa"/>
              <w:bottom w:w="60" w:type="dxa"/>
              <w:right w:w="70" w:type="dxa"/>
            </w:tcMar>
            <w:vAlign w:val="center"/>
          </w:tcPr>
          <w:p w14:paraId="02573A4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762EA90"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8CD93ED" w14:textId="77777777" w:rsidR="00082454" w:rsidRPr="004566A6" w:rsidRDefault="00082454">
            <w:pPr>
              <w:spacing w:after="0" w:line="240" w:lineRule="auto"/>
              <w:jc w:val="center"/>
              <w:rPr>
                <w:noProof/>
                <w:lang w:val="ro-RO"/>
              </w:rPr>
            </w:pPr>
          </w:p>
        </w:tc>
      </w:tr>
    </w:tbl>
    <w:p w14:paraId="57ECE0EC"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57DB5B2" w14:textId="77777777" w:rsidR="00082454" w:rsidRPr="004566A6" w:rsidRDefault="00082454">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082454" w:rsidRPr="00245FA7" w14:paraId="404B650C" w14:textId="77777777">
        <w:trPr>
          <w:cantSplit/>
          <w:jc w:val="center"/>
        </w:trPr>
        <w:tc>
          <w:tcPr>
            <w:tcW w:w="1020" w:type="dxa"/>
            <w:shd w:val="clear" w:color="auto" w:fill="D71920"/>
            <w:tcMar>
              <w:top w:w="60" w:type="dxa"/>
              <w:left w:w="70" w:type="dxa"/>
              <w:bottom w:w="60" w:type="dxa"/>
              <w:right w:w="70" w:type="dxa"/>
            </w:tcMar>
            <w:vAlign w:val="center"/>
          </w:tcPr>
          <w:p w14:paraId="32B04016" w14:textId="77777777" w:rsidR="00082454" w:rsidRPr="004566A6" w:rsidRDefault="00000000">
            <w:pPr>
              <w:spacing w:after="0" w:line="240" w:lineRule="auto"/>
              <w:jc w:val="center"/>
              <w:rPr>
                <w:noProof/>
                <w:lang w:val="ro-RO"/>
              </w:rPr>
            </w:pPr>
            <w:r w:rsidRPr="004566A6">
              <w:rPr>
                <w:rFonts w:eastAsia="Arial"/>
                <w:b/>
                <w:noProof/>
                <w:color w:val="FFFFFF"/>
                <w:sz w:val="34"/>
                <w:lang w:val="ro-RO"/>
              </w:rPr>
              <w:t>10</w:t>
            </w:r>
          </w:p>
        </w:tc>
        <w:tc>
          <w:tcPr>
            <w:tcW w:w="12585" w:type="dxa"/>
            <w:shd w:val="clear" w:color="auto" w:fill="F3F4F5"/>
          </w:tcPr>
          <w:p w14:paraId="2E975E57" w14:textId="77777777" w:rsidR="00082454" w:rsidRPr="004566A6" w:rsidRDefault="00000000">
            <w:pPr>
              <w:spacing w:after="20"/>
              <w:rPr>
                <w:noProof/>
                <w:lang w:val="ro-RO"/>
              </w:rPr>
            </w:pPr>
            <w:r w:rsidRPr="004566A6">
              <w:rPr>
                <w:rFonts w:eastAsia="Arial"/>
                <w:b/>
                <w:noProof/>
                <w:sz w:val="27"/>
                <w:lang w:val="ro-RO"/>
              </w:rPr>
              <w:t>Incidente, neconformități, îmbunătățire și pregătirea certificării</w:t>
            </w:r>
          </w:p>
          <w:p w14:paraId="000AFAFD" w14:textId="77777777" w:rsidR="00082454" w:rsidRPr="004566A6" w:rsidRDefault="00000000">
            <w:pPr>
              <w:spacing w:after="0"/>
              <w:rPr>
                <w:noProof/>
                <w:lang w:val="ro-RO"/>
              </w:rPr>
            </w:pPr>
            <w:r w:rsidRPr="004566A6">
              <w:rPr>
                <w:rFonts w:eastAsia="Arial"/>
                <w:noProof/>
                <w:color w:val="666666"/>
                <w:sz w:val="16"/>
                <w:lang w:val="ro-RO"/>
              </w:rPr>
              <w:t>Referință: ISO 45001:2018 + Amd 1:2024, clauza 10 + etapă finală recomandată  |  Obiectiv: învățarea din evenimente, eliminarea cauzelor și confirmarea funcționării sistemului înainte de auditul extern</w:t>
            </w:r>
          </w:p>
        </w:tc>
      </w:tr>
    </w:tbl>
    <w:p w14:paraId="27704C7D" w14:textId="77777777" w:rsidR="00082454" w:rsidRPr="004566A6" w:rsidRDefault="00082454">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082454" w:rsidRPr="00245FA7" w14:paraId="7269BB78" w14:textId="77777777">
        <w:trPr>
          <w:cantSplit/>
          <w:jc w:val="center"/>
        </w:trPr>
        <w:tc>
          <w:tcPr>
            <w:tcW w:w="566" w:type="dxa"/>
            <w:shd w:val="clear" w:color="auto" w:fill="D71920"/>
            <w:tcMar>
              <w:top w:w="60" w:type="dxa"/>
              <w:left w:w="70" w:type="dxa"/>
              <w:bottom w:w="60" w:type="dxa"/>
              <w:right w:w="70" w:type="dxa"/>
            </w:tcMar>
            <w:vAlign w:val="center"/>
          </w:tcPr>
          <w:p w14:paraId="1A331155"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EAF2F8"/>
          </w:tcPr>
          <w:p w14:paraId="342CAD04" w14:textId="77777777" w:rsidR="00082454" w:rsidRPr="004566A6" w:rsidRDefault="00000000">
            <w:pPr>
              <w:spacing w:after="40"/>
              <w:rPr>
                <w:noProof/>
                <w:lang w:val="ro-RO"/>
              </w:rPr>
            </w:pPr>
            <w:r w:rsidRPr="004566A6">
              <w:rPr>
                <w:rFonts w:eastAsia="Arial"/>
                <w:b/>
                <w:noProof/>
                <w:color w:val="D71920"/>
                <w:lang w:val="ro-RO"/>
              </w:rPr>
              <w:t>PERSPECTIVĂ DE CONSULTANT</w:t>
            </w:r>
          </w:p>
          <w:p w14:paraId="30F642B4" w14:textId="77777777" w:rsidR="00082454" w:rsidRPr="004566A6" w:rsidRDefault="00000000">
            <w:pPr>
              <w:spacing w:after="0" w:line="252" w:lineRule="auto"/>
              <w:rPr>
                <w:noProof/>
                <w:lang w:val="ro-RO"/>
              </w:rPr>
            </w:pPr>
            <w:r w:rsidRPr="004566A6">
              <w:rPr>
                <w:rFonts w:eastAsia="Arial"/>
                <w:noProof/>
                <w:sz w:val="16"/>
                <w:lang w:val="ro-RO"/>
              </w:rPr>
              <w:t>Un audit de certificare nu trebuie pregătit prin răspunsuri memorate. Pregătiți sistemul astfel încât lucrătorii să poată descrie sincer pericolele, controalele, drepturile și modul de raportare.</w:t>
            </w:r>
          </w:p>
        </w:tc>
      </w:tr>
    </w:tbl>
    <w:p w14:paraId="5D49E0C1" w14:textId="77777777" w:rsidR="00082454" w:rsidRPr="004566A6" w:rsidRDefault="00082454">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082454" w:rsidRPr="004566A6" w14:paraId="13588079" w14:textId="77777777">
        <w:trPr>
          <w:cantSplit/>
          <w:tblHeader/>
          <w:jc w:val="center"/>
        </w:trPr>
        <w:tc>
          <w:tcPr>
            <w:tcW w:w="793" w:type="dxa"/>
            <w:shd w:val="clear" w:color="auto" w:fill="D71920"/>
            <w:tcMar>
              <w:top w:w="60" w:type="dxa"/>
              <w:left w:w="70" w:type="dxa"/>
              <w:bottom w:w="60" w:type="dxa"/>
              <w:right w:w="70" w:type="dxa"/>
            </w:tcMar>
            <w:vAlign w:val="center"/>
          </w:tcPr>
          <w:p w14:paraId="7640372F"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1891F592"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3286A04E"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1C0A800"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06F9F5C6"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E56647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SCOR</w:t>
            </w:r>
          </w:p>
        </w:tc>
      </w:tr>
      <w:tr w:rsidR="00082454" w:rsidRPr="00245FA7" w14:paraId="43759EEA" w14:textId="77777777">
        <w:trPr>
          <w:cantSplit/>
          <w:jc w:val="center"/>
        </w:trPr>
        <w:tc>
          <w:tcPr>
            <w:tcW w:w="793" w:type="dxa"/>
            <w:tcMar>
              <w:top w:w="60" w:type="dxa"/>
              <w:left w:w="70" w:type="dxa"/>
              <w:bottom w:w="60" w:type="dxa"/>
              <w:right w:w="70" w:type="dxa"/>
            </w:tcMar>
            <w:vAlign w:val="center"/>
          </w:tcPr>
          <w:p w14:paraId="45455CA0" w14:textId="77777777" w:rsidR="00082454" w:rsidRPr="004566A6" w:rsidRDefault="00000000">
            <w:pPr>
              <w:spacing w:after="0" w:line="240" w:lineRule="auto"/>
              <w:jc w:val="center"/>
              <w:rPr>
                <w:noProof/>
                <w:lang w:val="ro-RO"/>
              </w:rPr>
            </w:pPr>
            <w:r w:rsidRPr="004566A6">
              <w:rPr>
                <w:rFonts w:eastAsia="Arial"/>
                <w:b/>
                <w:noProof/>
                <w:sz w:val="14"/>
                <w:lang w:val="ro-RO"/>
              </w:rPr>
              <w:t>S10.1</w:t>
            </w:r>
          </w:p>
        </w:tc>
        <w:tc>
          <w:tcPr>
            <w:tcW w:w="4081" w:type="dxa"/>
            <w:tcMar>
              <w:top w:w="60" w:type="dxa"/>
              <w:left w:w="70" w:type="dxa"/>
              <w:bottom w:w="60" w:type="dxa"/>
              <w:right w:w="70" w:type="dxa"/>
            </w:tcMar>
            <w:vAlign w:val="center"/>
          </w:tcPr>
          <w:p w14:paraId="10FF4895" w14:textId="77777777" w:rsidR="00082454" w:rsidRPr="004566A6" w:rsidRDefault="00000000">
            <w:pPr>
              <w:spacing w:after="0" w:line="240" w:lineRule="auto"/>
              <w:rPr>
                <w:noProof/>
                <w:lang w:val="ro-RO"/>
              </w:rPr>
            </w:pPr>
            <w:r w:rsidRPr="004566A6">
              <w:rPr>
                <w:rFonts w:eastAsia="Arial"/>
                <w:noProof/>
                <w:sz w:val="14"/>
                <w:lang w:val="ro-RO"/>
              </w:rPr>
              <w:t>Există canale pentru raportarea rapidă a incidentelor, near miss-urilor, pericolelor și neconformităților.</w:t>
            </w:r>
          </w:p>
        </w:tc>
        <w:tc>
          <w:tcPr>
            <w:tcW w:w="5159" w:type="dxa"/>
            <w:tcMar>
              <w:top w:w="60" w:type="dxa"/>
              <w:left w:w="70" w:type="dxa"/>
              <w:bottom w:w="60" w:type="dxa"/>
              <w:right w:w="70" w:type="dxa"/>
            </w:tcMar>
            <w:vAlign w:val="center"/>
          </w:tcPr>
          <w:p w14:paraId="2C904988" w14:textId="77777777" w:rsidR="00082454" w:rsidRPr="004566A6" w:rsidRDefault="00000000">
            <w:pPr>
              <w:spacing w:after="0" w:line="240" w:lineRule="auto"/>
              <w:rPr>
                <w:noProof/>
                <w:lang w:val="ro-RO"/>
              </w:rPr>
            </w:pPr>
            <w:r w:rsidRPr="004566A6">
              <w:rPr>
                <w:rFonts w:eastAsia="Arial"/>
                <w:noProof/>
                <w:sz w:val="14"/>
                <w:lang w:val="ro-RO"/>
              </w:rPr>
              <w:t>Canale accesibile, fără represalii, clasificare și responsabilități.</w:t>
            </w:r>
          </w:p>
        </w:tc>
        <w:tc>
          <w:tcPr>
            <w:tcW w:w="1417" w:type="dxa"/>
            <w:tcMar>
              <w:top w:w="60" w:type="dxa"/>
              <w:left w:w="70" w:type="dxa"/>
              <w:bottom w:w="60" w:type="dxa"/>
              <w:right w:w="70" w:type="dxa"/>
            </w:tcMar>
            <w:vAlign w:val="center"/>
          </w:tcPr>
          <w:p w14:paraId="3661B23C"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CFF7ABE"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5014A7C9" w14:textId="77777777" w:rsidR="00082454" w:rsidRPr="004566A6" w:rsidRDefault="00082454">
            <w:pPr>
              <w:spacing w:after="0" w:line="240" w:lineRule="auto"/>
              <w:jc w:val="center"/>
              <w:rPr>
                <w:noProof/>
                <w:lang w:val="ro-RO"/>
              </w:rPr>
            </w:pPr>
          </w:p>
        </w:tc>
      </w:tr>
      <w:tr w:rsidR="00082454" w:rsidRPr="004566A6" w14:paraId="001CED88" w14:textId="77777777">
        <w:trPr>
          <w:cantSplit/>
          <w:jc w:val="center"/>
        </w:trPr>
        <w:tc>
          <w:tcPr>
            <w:tcW w:w="793" w:type="dxa"/>
            <w:shd w:val="clear" w:color="auto" w:fill="FAFAFA"/>
            <w:tcMar>
              <w:top w:w="60" w:type="dxa"/>
              <w:left w:w="70" w:type="dxa"/>
              <w:bottom w:w="60" w:type="dxa"/>
              <w:right w:w="70" w:type="dxa"/>
            </w:tcMar>
            <w:vAlign w:val="center"/>
          </w:tcPr>
          <w:p w14:paraId="125E4922" w14:textId="77777777" w:rsidR="00082454" w:rsidRPr="004566A6" w:rsidRDefault="00000000">
            <w:pPr>
              <w:spacing w:after="0" w:line="240" w:lineRule="auto"/>
              <w:jc w:val="center"/>
              <w:rPr>
                <w:noProof/>
                <w:lang w:val="ro-RO"/>
              </w:rPr>
            </w:pPr>
            <w:r w:rsidRPr="004566A6">
              <w:rPr>
                <w:rFonts w:eastAsia="Arial"/>
                <w:b/>
                <w:noProof/>
                <w:sz w:val="14"/>
                <w:lang w:val="ro-RO"/>
              </w:rPr>
              <w:t>S10.2</w:t>
            </w:r>
          </w:p>
        </w:tc>
        <w:tc>
          <w:tcPr>
            <w:tcW w:w="4081" w:type="dxa"/>
            <w:shd w:val="clear" w:color="auto" w:fill="FAFAFA"/>
            <w:tcMar>
              <w:top w:w="60" w:type="dxa"/>
              <w:left w:w="70" w:type="dxa"/>
              <w:bottom w:w="60" w:type="dxa"/>
              <w:right w:w="70" w:type="dxa"/>
            </w:tcMar>
            <w:vAlign w:val="center"/>
          </w:tcPr>
          <w:p w14:paraId="462853D3" w14:textId="77777777" w:rsidR="00082454" w:rsidRPr="004566A6" w:rsidRDefault="00000000">
            <w:pPr>
              <w:spacing w:after="0" w:line="240" w:lineRule="auto"/>
              <w:rPr>
                <w:noProof/>
                <w:lang w:val="ro-RO"/>
              </w:rPr>
            </w:pPr>
            <w:r w:rsidRPr="004566A6">
              <w:rPr>
                <w:rFonts w:eastAsia="Arial"/>
                <w:noProof/>
                <w:sz w:val="14"/>
                <w:lang w:val="ro-RO"/>
              </w:rPr>
              <w:t>La incident/neconformitate se reacționează pentru control, corecție și tratarea consecințelor.</w:t>
            </w:r>
          </w:p>
        </w:tc>
        <w:tc>
          <w:tcPr>
            <w:tcW w:w="5159" w:type="dxa"/>
            <w:shd w:val="clear" w:color="auto" w:fill="FAFAFA"/>
            <w:tcMar>
              <w:top w:w="60" w:type="dxa"/>
              <w:left w:w="70" w:type="dxa"/>
              <w:bottom w:w="60" w:type="dxa"/>
              <w:right w:w="70" w:type="dxa"/>
            </w:tcMar>
            <w:vAlign w:val="center"/>
          </w:tcPr>
          <w:p w14:paraId="1424A184" w14:textId="77777777" w:rsidR="00082454" w:rsidRPr="004566A6" w:rsidRDefault="00000000">
            <w:pPr>
              <w:spacing w:after="0" w:line="240" w:lineRule="auto"/>
              <w:rPr>
                <w:noProof/>
                <w:lang w:val="ro-RO"/>
              </w:rPr>
            </w:pPr>
            <w:r w:rsidRPr="004566A6">
              <w:rPr>
                <w:rFonts w:eastAsia="Arial"/>
                <w:noProof/>
                <w:sz w:val="14"/>
                <w:lang w:val="ro-RO"/>
              </w:rPr>
              <w:t>Prim ajutor, oprire, izolare, notificări și păstrarea probelor.</w:t>
            </w:r>
          </w:p>
        </w:tc>
        <w:tc>
          <w:tcPr>
            <w:tcW w:w="1417" w:type="dxa"/>
            <w:shd w:val="clear" w:color="auto" w:fill="FAFAFA"/>
            <w:tcMar>
              <w:top w:w="60" w:type="dxa"/>
              <w:left w:w="70" w:type="dxa"/>
              <w:bottom w:w="60" w:type="dxa"/>
              <w:right w:w="70" w:type="dxa"/>
            </w:tcMar>
            <w:vAlign w:val="center"/>
          </w:tcPr>
          <w:p w14:paraId="5C5512F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6C4F7DA"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D653E8A" w14:textId="77777777" w:rsidR="00082454" w:rsidRPr="004566A6" w:rsidRDefault="00082454">
            <w:pPr>
              <w:spacing w:after="0" w:line="240" w:lineRule="auto"/>
              <w:jc w:val="center"/>
              <w:rPr>
                <w:noProof/>
                <w:lang w:val="ro-RO"/>
              </w:rPr>
            </w:pPr>
          </w:p>
        </w:tc>
      </w:tr>
      <w:tr w:rsidR="00082454" w:rsidRPr="004566A6" w14:paraId="344034FA" w14:textId="77777777">
        <w:trPr>
          <w:cantSplit/>
          <w:jc w:val="center"/>
        </w:trPr>
        <w:tc>
          <w:tcPr>
            <w:tcW w:w="793" w:type="dxa"/>
            <w:tcMar>
              <w:top w:w="60" w:type="dxa"/>
              <w:left w:w="70" w:type="dxa"/>
              <w:bottom w:w="60" w:type="dxa"/>
              <w:right w:w="70" w:type="dxa"/>
            </w:tcMar>
            <w:vAlign w:val="center"/>
          </w:tcPr>
          <w:p w14:paraId="70D13320" w14:textId="77777777" w:rsidR="00082454" w:rsidRPr="004566A6" w:rsidRDefault="00000000">
            <w:pPr>
              <w:spacing w:after="0" w:line="240" w:lineRule="auto"/>
              <w:jc w:val="center"/>
              <w:rPr>
                <w:noProof/>
                <w:lang w:val="ro-RO"/>
              </w:rPr>
            </w:pPr>
            <w:r w:rsidRPr="004566A6">
              <w:rPr>
                <w:rFonts w:eastAsia="Arial"/>
                <w:b/>
                <w:noProof/>
                <w:sz w:val="14"/>
                <w:lang w:val="ro-RO"/>
              </w:rPr>
              <w:t>S10.3</w:t>
            </w:r>
          </w:p>
        </w:tc>
        <w:tc>
          <w:tcPr>
            <w:tcW w:w="4081" w:type="dxa"/>
            <w:tcMar>
              <w:top w:w="60" w:type="dxa"/>
              <w:left w:w="70" w:type="dxa"/>
              <w:bottom w:w="60" w:type="dxa"/>
              <w:right w:w="70" w:type="dxa"/>
            </w:tcMar>
            <w:vAlign w:val="center"/>
          </w:tcPr>
          <w:p w14:paraId="24A33FB9" w14:textId="77777777" w:rsidR="00082454" w:rsidRPr="004566A6" w:rsidRDefault="00000000">
            <w:pPr>
              <w:spacing w:after="0" w:line="240" w:lineRule="auto"/>
              <w:rPr>
                <w:noProof/>
                <w:lang w:val="ro-RO"/>
              </w:rPr>
            </w:pPr>
            <w:r w:rsidRPr="004566A6">
              <w:rPr>
                <w:rFonts w:eastAsia="Arial"/>
                <w:noProof/>
                <w:sz w:val="14"/>
                <w:lang w:val="ro-RO"/>
              </w:rPr>
              <w:t>Investigația implică lucrători și alte părți relevante.</w:t>
            </w:r>
          </w:p>
        </w:tc>
        <w:tc>
          <w:tcPr>
            <w:tcW w:w="5159" w:type="dxa"/>
            <w:tcMar>
              <w:top w:w="60" w:type="dxa"/>
              <w:left w:w="70" w:type="dxa"/>
              <w:bottom w:w="60" w:type="dxa"/>
              <w:right w:w="70" w:type="dxa"/>
            </w:tcMar>
            <w:vAlign w:val="center"/>
          </w:tcPr>
          <w:p w14:paraId="25D0700E" w14:textId="77777777" w:rsidR="00082454" w:rsidRPr="004566A6" w:rsidRDefault="00000000">
            <w:pPr>
              <w:spacing w:after="0" w:line="240" w:lineRule="auto"/>
              <w:rPr>
                <w:noProof/>
                <w:lang w:val="ro-RO"/>
              </w:rPr>
            </w:pPr>
            <w:r w:rsidRPr="004566A6">
              <w:rPr>
                <w:rFonts w:eastAsia="Arial"/>
                <w:noProof/>
                <w:sz w:val="14"/>
                <w:lang w:val="ro-RO"/>
              </w:rPr>
              <w:t>Echipă competentă, participare și obiectivitate.</w:t>
            </w:r>
          </w:p>
        </w:tc>
        <w:tc>
          <w:tcPr>
            <w:tcW w:w="1417" w:type="dxa"/>
            <w:tcMar>
              <w:top w:w="60" w:type="dxa"/>
              <w:left w:w="70" w:type="dxa"/>
              <w:bottom w:w="60" w:type="dxa"/>
              <w:right w:w="70" w:type="dxa"/>
            </w:tcMar>
            <w:vAlign w:val="center"/>
          </w:tcPr>
          <w:p w14:paraId="48678661"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469B010B"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4383D99D" w14:textId="77777777" w:rsidR="00082454" w:rsidRPr="004566A6" w:rsidRDefault="00082454">
            <w:pPr>
              <w:spacing w:after="0" w:line="240" w:lineRule="auto"/>
              <w:jc w:val="center"/>
              <w:rPr>
                <w:noProof/>
                <w:lang w:val="ro-RO"/>
              </w:rPr>
            </w:pPr>
          </w:p>
        </w:tc>
      </w:tr>
      <w:tr w:rsidR="00082454" w:rsidRPr="004566A6" w14:paraId="3F1E5D85" w14:textId="77777777">
        <w:trPr>
          <w:cantSplit/>
          <w:jc w:val="center"/>
        </w:trPr>
        <w:tc>
          <w:tcPr>
            <w:tcW w:w="793" w:type="dxa"/>
            <w:shd w:val="clear" w:color="auto" w:fill="FAFAFA"/>
            <w:tcMar>
              <w:top w:w="60" w:type="dxa"/>
              <w:left w:w="70" w:type="dxa"/>
              <w:bottom w:w="60" w:type="dxa"/>
              <w:right w:w="70" w:type="dxa"/>
            </w:tcMar>
            <w:vAlign w:val="center"/>
          </w:tcPr>
          <w:p w14:paraId="1E3D259A" w14:textId="77777777" w:rsidR="00082454" w:rsidRPr="004566A6" w:rsidRDefault="00000000">
            <w:pPr>
              <w:spacing w:after="0" w:line="240" w:lineRule="auto"/>
              <w:jc w:val="center"/>
              <w:rPr>
                <w:noProof/>
                <w:lang w:val="ro-RO"/>
              </w:rPr>
            </w:pPr>
            <w:r w:rsidRPr="004566A6">
              <w:rPr>
                <w:rFonts w:eastAsia="Arial"/>
                <w:b/>
                <w:noProof/>
                <w:sz w:val="14"/>
                <w:lang w:val="ro-RO"/>
              </w:rPr>
              <w:t>S10.4</w:t>
            </w:r>
          </w:p>
        </w:tc>
        <w:tc>
          <w:tcPr>
            <w:tcW w:w="4081" w:type="dxa"/>
            <w:shd w:val="clear" w:color="auto" w:fill="FAFAFA"/>
            <w:tcMar>
              <w:top w:w="60" w:type="dxa"/>
              <w:left w:w="70" w:type="dxa"/>
              <w:bottom w:w="60" w:type="dxa"/>
              <w:right w:w="70" w:type="dxa"/>
            </w:tcMar>
            <w:vAlign w:val="center"/>
          </w:tcPr>
          <w:p w14:paraId="2AD84310" w14:textId="77777777" w:rsidR="00082454" w:rsidRPr="004566A6" w:rsidRDefault="00000000">
            <w:pPr>
              <w:spacing w:after="0" w:line="240" w:lineRule="auto"/>
              <w:rPr>
                <w:noProof/>
                <w:lang w:val="ro-RO"/>
              </w:rPr>
            </w:pPr>
            <w:r w:rsidRPr="004566A6">
              <w:rPr>
                <w:rFonts w:eastAsia="Arial"/>
                <w:noProof/>
                <w:sz w:val="14"/>
                <w:lang w:val="ro-RO"/>
              </w:rPr>
              <w:t>Sunt determinate cauzele și se verifică existența unor situații similare.</w:t>
            </w:r>
          </w:p>
        </w:tc>
        <w:tc>
          <w:tcPr>
            <w:tcW w:w="5159" w:type="dxa"/>
            <w:shd w:val="clear" w:color="auto" w:fill="FAFAFA"/>
            <w:tcMar>
              <w:top w:w="60" w:type="dxa"/>
              <w:left w:w="70" w:type="dxa"/>
              <w:bottom w:w="60" w:type="dxa"/>
              <w:right w:w="70" w:type="dxa"/>
            </w:tcMar>
            <w:vAlign w:val="center"/>
          </w:tcPr>
          <w:p w14:paraId="4591868B" w14:textId="77777777" w:rsidR="00082454" w:rsidRPr="004566A6" w:rsidRDefault="00000000">
            <w:pPr>
              <w:spacing w:after="0" w:line="240" w:lineRule="auto"/>
              <w:rPr>
                <w:noProof/>
                <w:lang w:val="ro-RO"/>
              </w:rPr>
            </w:pPr>
            <w:r w:rsidRPr="004566A6">
              <w:rPr>
                <w:rFonts w:eastAsia="Arial"/>
                <w:noProof/>
                <w:sz w:val="14"/>
                <w:lang w:val="ro-RO"/>
              </w:rPr>
              <w:t>Metode de analiză, factori sistemici și extinderea verificării.</w:t>
            </w:r>
          </w:p>
        </w:tc>
        <w:tc>
          <w:tcPr>
            <w:tcW w:w="1417" w:type="dxa"/>
            <w:shd w:val="clear" w:color="auto" w:fill="FAFAFA"/>
            <w:tcMar>
              <w:top w:w="60" w:type="dxa"/>
              <w:left w:w="70" w:type="dxa"/>
              <w:bottom w:w="60" w:type="dxa"/>
              <w:right w:w="70" w:type="dxa"/>
            </w:tcMar>
            <w:vAlign w:val="center"/>
          </w:tcPr>
          <w:p w14:paraId="7AE35224"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DD33280"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A45496B" w14:textId="77777777" w:rsidR="00082454" w:rsidRPr="004566A6" w:rsidRDefault="00082454">
            <w:pPr>
              <w:spacing w:after="0" w:line="240" w:lineRule="auto"/>
              <w:jc w:val="center"/>
              <w:rPr>
                <w:noProof/>
                <w:lang w:val="ro-RO"/>
              </w:rPr>
            </w:pPr>
          </w:p>
        </w:tc>
      </w:tr>
      <w:tr w:rsidR="00082454" w:rsidRPr="004566A6" w14:paraId="0A1BFBCC" w14:textId="77777777">
        <w:trPr>
          <w:cantSplit/>
          <w:jc w:val="center"/>
        </w:trPr>
        <w:tc>
          <w:tcPr>
            <w:tcW w:w="793" w:type="dxa"/>
            <w:tcMar>
              <w:top w:w="60" w:type="dxa"/>
              <w:left w:w="70" w:type="dxa"/>
              <w:bottom w:w="60" w:type="dxa"/>
              <w:right w:w="70" w:type="dxa"/>
            </w:tcMar>
            <w:vAlign w:val="center"/>
          </w:tcPr>
          <w:p w14:paraId="0AF69462" w14:textId="77777777" w:rsidR="00082454" w:rsidRPr="004566A6" w:rsidRDefault="00000000">
            <w:pPr>
              <w:spacing w:after="0" w:line="240" w:lineRule="auto"/>
              <w:jc w:val="center"/>
              <w:rPr>
                <w:noProof/>
                <w:lang w:val="ro-RO"/>
              </w:rPr>
            </w:pPr>
            <w:r w:rsidRPr="004566A6">
              <w:rPr>
                <w:rFonts w:eastAsia="Arial"/>
                <w:b/>
                <w:noProof/>
                <w:sz w:val="14"/>
                <w:lang w:val="ro-RO"/>
              </w:rPr>
              <w:t>S10.5</w:t>
            </w:r>
          </w:p>
        </w:tc>
        <w:tc>
          <w:tcPr>
            <w:tcW w:w="4081" w:type="dxa"/>
            <w:tcMar>
              <w:top w:w="60" w:type="dxa"/>
              <w:left w:w="70" w:type="dxa"/>
              <w:bottom w:w="60" w:type="dxa"/>
              <w:right w:w="70" w:type="dxa"/>
            </w:tcMar>
            <w:vAlign w:val="center"/>
          </w:tcPr>
          <w:p w14:paraId="30A717A5" w14:textId="77777777" w:rsidR="00082454" w:rsidRPr="004566A6" w:rsidRDefault="00000000">
            <w:pPr>
              <w:spacing w:after="0" w:line="240" w:lineRule="auto"/>
              <w:rPr>
                <w:noProof/>
                <w:lang w:val="ro-RO"/>
              </w:rPr>
            </w:pPr>
            <w:r w:rsidRPr="004566A6">
              <w:rPr>
                <w:rFonts w:eastAsia="Arial"/>
                <w:noProof/>
                <w:sz w:val="14"/>
                <w:lang w:val="ro-RO"/>
              </w:rPr>
              <w:t>Sunt evaluate riscurile noi sau modificate înainte de stabilirea acțiunilor.</w:t>
            </w:r>
          </w:p>
        </w:tc>
        <w:tc>
          <w:tcPr>
            <w:tcW w:w="5159" w:type="dxa"/>
            <w:tcMar>
              <w:top w:w="60" w:type="dxa"/>
              <w:left w:w="70" w:type="dxa"/>
              <w:bottom w:w="60" w:type="dxa"/>
              <w:right w:w="70" w:type="dxa"/>
            </w:tcMar>
            <w:vAlign w:val="center"/>
          </w:tcPr>
          <w:p w14:paraId="1542D695" w14:textId="77777777" w:rsidR="00082454" w:rsidRPr="004566A6" w:rsidRDefault="00000000">
            <w:pPr>
              <w:spacing w:after="0" w:line="240" w:lineRule="auto"/>
              <w:rPr>
                <w:noProof/>
                <w:lang w:val="ro-RO"/>
              </w:rPr>
            </w:pPr>
            <w:r w:rsidRPr="004566A6">
              <w:rPr>
                <w:rFonts w:eastAsia="Arial"/>
                <w:noProof/>
                <w:sz w:val="14"/>
                <w:lang w:val="ro-RO"/>
              </w:rPr>
              <w:t>Revizuirea evaluărilor și controalelor.</w:t>
            </w:r>
          </w:p>
        </w:tc>
        <w:tc>
          <w:tcPr>
            <w:tcW w:w="1417" w:type="dxa"/>
            <w:tcMar>
              <w:top w:w="60" w:type="dxa"/>
              <w:left w:w="70" w:type="dxa"/>
              <w:bottom w:w="60" w:type="dxa"/>
              <w:right w:w="70" w:type="dxa"/>
            </w:tcMar>
            <w:vAlign w:val="center"/>
          </w:tcPr>
          <w:p w14:paraId="402ECA1A"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5E0C1538"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096F404" w14:textId="77777777" w:rsidR="00082454" w:rsidRPr="004566A6" w:rsidRDefault="00082454">
            <w:pPr>
              <w:spacing w:after="0" w:line="240" w:lineRule="auto"/>
              <w:jc w:val="center"/>
              <w:rPr>
                <w:noProof/>
                <w:lang w:val="ro-RO"/>
              </w:rPr>
            </w:pPr>
          </w:p>
        </w:tc>
      </w:tr>
      <w:tr w:rsidR="00082454" w:rsidRPr="004566A6" w14:paraId="5043D74C" w14:textId="77777777">
        <w:trPr>
          <w:cantSplit/>
          <w:jc w:val="center"/>
        </w:trPr>
        <w:tc>
          <w:tcPr>
            <w:tcW w:w="793" w:type="dxa"/>
            <w:shd w:val="clear" w:color="auto" w:fill="FAFAFA"/>
            <w:tcMar>
              <w:top w:w="60" w:type="dxa"/>
              <w:left w:w="70" w:type="dxa"/>
              <w:bottom w:w="60" w:type="dxa"/>
              <w:right w:w="70" w:type="dxa"/>
            </w:tcMar>
            <w:vAlign w:val="center"/>
          </w:tcPr>
          <w:p w14:paraId="6E977961" w14:textId="77777777" w:rsidR="00082454" w:rsidRPr="004566A6" w:rsidRDefault="00000000">
            <w:pPr>
              <w:spacing w:after="0" w:line="240" w:lineRule="auto"/>
              <w:jc w:val="center"/>
              <w:rPr>
                <w:noProof/>
                <w:lang w:val="ro-RO"/>
              </w:rPr>
            </w:pPr>
            <w:r w:rsidRPr="004566A6">
              <w:rPr>
                <w:rFonts w:eastAsia="Arial"/>
                <w:b/>
                <w:noProof/>
                <w:sz w:val="14"/>
                <w:lang w:val="ro-RO"/>
              </w:rPr>
              <w:t>S10.6</w:t>
            </w:r>
          </w:p>
        </w:tc>
        <w:tc>
          <w:tcPr>
            <w:tcW w:w="4081" w:type="dxa"/>
            <w:shd w:val="clear" w:color="auto" w:fill="FAFAFA"/>
            <w:tcMar>
              <w:top w:w="60" w:type="dxa"/>
              <w:left w:w="70" w:type="dxa"/>
              <w:bottom w:w="60" w:type="dxa"/>
              <w:right w:w="70" w:type="dxa"/>
            </w:tcMar>
            <w:vAlign w:val="center"/>
          </w:tcPr>
          <w:p w14:paraId="441867E3" w14:textId="77777777" w:rsidR="00082454" w:rsidRPr="004566A6" w:rsidRDefault="00000000">
            <w:pPr>
              <w:spacing w:after="0" w:line="240" w:lineRule="auto"/>
              <w:rPr>
                <w:noProof/>
                <w:lang w:val="ro-RO"/>
              </w:rPr>
            </w:pPr>
            <w:r w:rsidRPr="004566A6">
              <w:rPr>
                <w:rFonts w:eastAsia="Arial"/>
                <w:noProof/>
                <w:sz w:val="14"/>
                <w:lang w:val="ro-RO"/>
              </w:rPr>
              <w:t>Acțiunile corective urmează ierarhia controalelor și sunt proporționale cu riscul.</w:t>
            </w:r>
          </w:p>
        </w:tc>
        <w:tc>
          <w:tcPr>
            <w:tcW w:w="5159" w:type="dxa"/>
            <w:shd w:val="clear" w:color="auto" w:fill="FAFAFA"/>
            <w:tcMar>
              <w:top w:w="60" w:type="dxa"/>
              <w:left w:w="70" w:type="dxa"/>
              <w:bottom w:w="60" w:type="dxa"/>
              <w:right w:w="70" w:type="dxa"/>
            </w:tcMar>
            <w:vAlign w:val="center"/>
          </w:tcPr>
          <w:p w14:paraId="77564DCC" w14:textId="77777777" w:rsidR="00082454" w:rsidRPr="004566A6" w:rsidRDefault="00000000">
            <w:pPr>
              <w:spacing w:after="0" w:line="240" w:lineRule="auto"/>
              <w:rPr>
                <w:noProof/>
                <w:lang w:val="ro-RO"/>
              </w:rPr>
            </w:pPr>
            <w:r w:rsidRPr="004566A6">
              <w:rPr>
                <w:rFonts w:eastAsia="Arial"/>
                <w:noProof/>
                <w:sz w:val="14"/>
                <w:lang w:val="ro-RO"/>
              </w:rPr>
              <w:t>Prioritizare, resurse și termene.</w:t>
            </w:r>
          </w:p>
        </w:tc>
        <w:tc>
          <w:tcPr>
            <w:tcW w:w="1417" w:type="dxa"/>
            <w:shd w:val="clear" w:color="auto" w:fill="FAFAFA"/>
            <w:tcMar>
              <w:top w:w="60" w:type="dxa"/>
              <w:left w:w="70" w:type="dxa"/>
              <w:bottom w:w="60" w:type="dxa"/>
              <w:right w:w="70" w:type="dxa"/>
            </w:tcMar>
            <w:vAlign w:val="center"/>
          </w:tcPr>
          <w:p w14:paraId="44F37F40"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C6582B5"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542607" w14:textId="77777777" w:rsidR="00082454" w:rsidRPr="004566A6" w:rsidRDefault="00082454">
            <w:pPr>
              <w:spacing w:after="0" w:line="240" w:lineRule="auto"/>
              <w:jc w:val="center"/>
              <w:rPr>
                <w:noProof/>
                <w:lang w:val="ro-RO"/>
              </w:rPr>
            </w:pPr>
          </w:p>
        </w:tc>
      </w:tr>
      <w:tr w:rsidR="00082454" w:rsidRPr="004566A6" w14:paraId="56EDA4EF" w14:textId="77777777">
        <w:trPr>
          <w:cantSplit/>
          <w:jc w:val="center"/>
        </w:trPr>
        <w:tc>
          <w:tcPr>
            <w:tcW w:w="793" w:type="dxa"/>
            <w:tcMar>
              <w:top w:w="60" w:type="dxa"/>
              <w:left w:w="70" w:type="dxa"/>
              <w:bottom w:w="60" w:type="dxa"/>
              <w:right w:w="70" w:type="dxa"/>
            </w:tcMar>
            <w:vAlign w:val="center"/>
          </w:tcPr>
          <w:p w14:paraId="55A76915" w14:textId="77777777" w:rsidR="00082454" w:rsidRPr="004566A6" w:rsidRDefault="00000000">
            <w:pPr>
              <w:spacing w:after="0" w:line="240" w:lineRule="auto"/>
              <w:jc w:val="center"/>
              <w:rPr>
                <w:noProof/>
                <w:lang w:val="ro-RO"/>
              </w:rPr>
            </w:pPr>
            <w:r w:rsidRPr="004566A6">
              <w:rPr>
                <w:rFonts w:eastAsia="Arial"/>
                <w:b/>
                <w:noProof/>
                <w:sz w:val="14"/>
                <w:lang w:val="ro-RO"/>
              </w:rPr>
              <w:t>S10.7</w:t>
            </w:r>
          </w:p>
        </w:tc>
        <w:tc>
          <w:tcPr>
            <w:tcW w:w="4081" w:type="dxa"/>
            <w:tcMar>
              <w:top w:w="60" w:type="dxa"/>
              <w:left w:w="70" w:type="dxa"/>
              <w:bottom w:w="60" w:type="dxa"/>
              <w:right w:w="70" w:type="dxa"/>
            </w:tcMar>
            <w:vAlign w:val="center"/>
          </w:tcPr>
          <w:p w14:paraId="127728BE" w14:textId="77777777" w:rsidR="00082454" w:rsidRPr="004566A6" w:rsidRDefault="00000000">
            <w:pPr>
              <w:spacing w:after="0" w:line="240" w:lineRule="auto"/>
              <w:rPr>
                <w:noProof/>
                <w:lang w:val="ro-RO"/>
              </w:rPr>
            </w:pPr>
            <w:r w:rsidRPr="004566A6">
              <w:rPr>
                <w:rFonts w:eastAsia="Arial"/>
                <w:noProof/>
                <w:sz w:val="14"/>
                <w:lang w:val="ro-RO"/>
              </w:rPr>
              <w:t>Eficacitatea acțiunilor este verificată prin dovezi.</w:t>
            </w:r>
          </w:p>
        </w:tc>
        <w:tc>
          <w:tcPr>
            <w:tcW w:w="5159" w:type="dxa"/>
            <w:tcMar>
              <w:top w:w="60" w:type="dxa"/>
              <w:left w:w="70" w:type="dxa"/>
              <w:bottom w:w="60" w:type="dxa"/>
              <w:right w:w="70" w:type="dxa"/>
            </w:tcMar>
            <w:vAlign w:val="center"/>
          </w:tcPr>
          <w:p w14:paraId="0062B9E6" w14:textId="77777777" w:rsidR="00082454" w:rsidRPr="004566A6" w:rsidRDefault="00000000">
            <w:pPr>
              <w:spacing w:after="0" w:line="240" w:lineRule="auto"/>
              <w:rPr>
                <w:noProof/>
                <w:lang w:val="ro-RO"/>
              </w:rPr>
            </w:pPr>
            <w:r w:rsidRPr="004566A6">
              <w:rPr>
                <w:rFonts w:eastAsia="Arial"/>
                <w:noProof/>
                <w:sz w:val="14"/>
                <w:lang w:val="ro-RO"/>
              </w:rPr>
              <w:t>Observații, măsurări, re-audit, feedback și absența repetării.</w:t>
            </w:r>
          </w:p>
        </w:tc>
        <w:tc>
          <w:tcPr>
            <w:tcW w:w="1417" w:type="dxa"/>
            <w:tcMar>
              <w:top w:w="60" w:type="dxa"/>
              <w:left w:w="70" w:type="dxa"/>
              <w:bottom w:w="60" w:type="dxa"/>
              <w:right w:w="70" w:type="dxa"/>
            </w:tcMar>
            <w:vAlign w:val="center"/>
          </w:tcPr>
          <w:p w14:paraId="66825ADC"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31E48D81"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8155F16" w14:textId="77777777" w:rsidR="00082454" w:rsidRPr="004566A6" w:rsidRDefault="00082454">
            <w:pPr>
              <w:spacing w:after="0" w:line="240" w:lineRule="auto"/>
              <w:jc w:val="center"/>
              <w:rPr>
                <w:noProof/>
                <w:lang w:val="ro-RO"/>
              </w:rPr>
            </w:pPr>
          </w:p>
        </w:tc>
      </w:tr>
      <w:tr w:rsidR="00082454" w:rsidRPr="00245FA7" w14:paraId="217A7966" w14:textId="77777777">
        <w:trPr>
          <w:cantSplit/>
          <w:jc w:val="center"/>
        </w:trPr>
        <w:tc>
          <w:tcPr>
            <w:tcW w:w="793" w:type="dxa"/>
            <w:shd w:val="clear" w:color="auto" w:fill="FAFAFA"/>
            <w:tcMar>
              <w:top w:w="60" w:type="dxa"/>
              <w:left w:w="70" w:type="dxa"/>
              <w:bottom w:w="60" w:type="dxa"/>
              <w:right w:w="70" w:type="dxa"/>
            </w:tcMar>
            <w:vAlign w:val="center"/>
          </w:tcPr>
          <w:p w14:paraId="75DD4BC6" w14:textId="77777777" w:rsidR="00082454" w:rsidRPr="004566A6" w:rsidRDefault="00000000">
            <w:pPr>
              <w:spacing w:after="0" w:line="240" w:lineRule="auto"/>
              <w:jc w:val="center"/>
              <w:rPr>
                <w:noProof/>
                <w:lang w:val="ro-RO"/>
              </w:rPr>
            </w:pPr>
            <w:r w:rsidRPr="004566A6">
              <w:rPr>
                <w:rFonts w:eastAsia="Arial"/>
                <w:b/>
                <w:noProof/>
                <w:sz w:val="14"/>
                <w:lang w:val="ro-RO"/>
              </w:rPr>
              <w:t>S10.8</w:t>
            </w:r>
          </w:p>
        </w:tc>
        <w:tc>
          <w:tcPr>
            <w:tcW w:w="4081" w:type="dxa"/>
            <w:shd w:val="clear" w:color="auto" w:fill="FAFAFA"/>
            <w:tcMar>
              <w:top w:w="60" w:type="dxa"/>
              <w:left w:w="70" w:type="dxa"/>
              <w:bottom w:w="60" w:type="dxa"/>
              <w:right w:w="70" w:type="dxa"/>
            </w:tcMar>
            <w:vAlign w:val="center"/>
          </w:tcPr>
          <w:p w14:paraId="45B0DACC" w14:textId="77777777" w:rsidR="00082454" w:rsidRPr="004566A6" w:rsidRDefault="00000000">
            <w:pPr>
              <w:spacing w:after="0" w:line="240" w:lineRule="auto"/>
              <w:rPr>
                <w:noProof/>
                <w:lang w:val="ro-RO"/>
              </w:rPr>
            </w:pPr>
            <w:r w:rsidRPr="004566A6">
              <w:rPr>
                <w:rFonts w:eastAsia="Arial"/>
                <w:noProof/>
                <w:sz w:val="14"/>
                <w:lang w:val="ro-RO"/>
              </w:rPr>
              <w:t>Sistemul și informațiile documentate sunt actualizate când este necesar.</w:t>
            </w:r>
          </w:p>
        </w:tc>
        <w:tc>
          <w:tcPr>
            <w:tcW w:w="5159" w:type="dxa"/>
            <w:shd w:val="clear" w:color="auto" w:fill="FAFAFA"/>
            <w:tcMar>
              <w:top w:w="60" w:type="dxa"/>
              <w:left w:w="70" w:type="dxa"/>
              <w:bottom w:w="60" w:type="dxa"/>
              <w:right w:w="70" w:type="dxa"/>
            </w:tcMar>
            <w:vAlign w:val="center"/>
          </w:tcPr>
          <w:p w14:paraId="2CC6A54B" w14:textId="77777777" w:rsidR="00082454" w:rsidRPr="004566A6" w:rsidRDefault="00000000">
            <w:pPr>
              <w:spacing w:after="0" w:line="240" w:lineRule="auto"/>
              <w:rPr>
                <w:noProof/>
                <w:lang w:val="ro-RO"/>
              </w:rPr>
            </w:pPr>
            <w:r w:rsidRPr="004566A6">
              <w:rPr>
                <w:rFonts w:eastAsia="Arial"/>
                <w:noProof/>
                <w:sz w:val="14"/>
                <w:lang w:val="ro-RO"/>
              </w:rPr>
              <w:t>Riscuri, proceduri, instruiri, obiective și comunicări.</w:t>
            </w:r>
          </w:p>
        </w:tc>
        <w:tc>
          <w:tcPr>
            <w:tcW w:w="1417" w:type="dxa"/>
            <w:shd w:val="clear" w:color="auto" w:fill="FAFAFA"/>
            <w:tcMar>
              <w:top w:w="60" w:type="dxa"/>
              <w:left w:w="70" w:type="dxa"/>
              <w:bottom w:w="60" w:type="dxa"/>
              <w:right w:w="70" w:type="dxa"/>
            </w:tcMar>
            <w:vAlign w:val="center"/>
          </w:tcPr>
          <w:p w14:paraId="5BBFF846"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EA480F3"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7F3DD38" w14:textId="77777777" w:rsidR="00082454" w:rsidRPr="004566A6" w:rsidRDefault="00082454">
            <w:pPr>
              <w:spacing w:after="0" w:line="240" w:lineRule="auto"/>
              <w:jc w:val="center"/>
              <w:rPr>
                <w:noProof/>
                <w:lang w:val="ro-RO"/>
              </w:rPr>
            </w:pPr>
          </w:p>
        </w:tc>
      </w:tr>
      <w:tr w:rsidR="00082454" w:rsidRPr="00245FA7" w14:paraId="1A9152C8" w14:textId="77777777">
        <w:trPr>
          <w:cantSplit/>
          <w:jc w:val="center"/>
        </w:trPr>
        <w:tc>
          <w:tcPr>
            <w:tcW w:w="793" w:type="dxa"/>
            <w:tcMar>
              <w:top w:w="60" w:type="dxa"/>
              <w:left w:w="70" w:type="dxa"/>
              <w:bottom w:w="60" w:type="dxa"/>
              <w:right w:w="70" w:type="dxa"/>
            </w:tcMar>
            <w:vAlign w:val="center"/>
          </w:tcPr>
          <w:p w14:paraId="728FFF8A" w14:textId="77777777" w:rsidR="00082454" w:rsidRPr="004566A6" w:rsidRDefault="00000000">
            <w:pPr>
              <w:spacing w:after="0" w:line="240" w:lineRule="auto"/>
              <w:jc w:val="center"/>
              <w:rPr>
                <w:noProof/>
                <w:lang w:val="ro-RO"/>
              </w:rPr>
            </w:pPr>
            <w:r w:rsidRPr="004566A6">
              <w:rPr>
                <w:rFonts w:eastAsia="Arial"/>
                <w:b/>
                <w:noProof/>
                <w:sz w:val="14"/>
                <w:lang w:val="ro-RO"/>
              </w:rPr>
              <w:t>S10.9</w:t>
            </w:r>
          </w:p>
        </w:tc>
        <w:tc>
          <w:tcPr>
            <w:tcW w:w="4081" w:type="dxa"/>
            <w:tcMar>
              <w:top w:w="60" w:type="dxa"/>
              <w:left w:w="70" w:type="dxa"/>
              <w:bottom w:w="60" w:type="dxa"/>
              <w:right w:w="70" w:type="dxa"/>
            </w:tcMar>
            <w:vAlign w:val="center"/>
          </w:tcPr>
          <w:p w14:paraId="194B47E6" w14:textId="77777777" w:rsidR="00082454" w:rsidRPr="004566A6" w:rsidRDefault="00000000">
            <w:pPr>
              <w:spacing w:after="0" w:line="240" w:lineRule="auto"/>
              <w:rPr>
                <w:noProof/>
                <w:lang w:val="ro-RO"/>
              </w:rPr>
            </w:pPr>
            <w:r w:rsidRPr="004566A6">
              <w:rPr>
                <w:rFonts w:eastAsia="Arial"/>
                <w:noProof/>
                <w:sz w:val="14"/>
                <w:lang w:val="ro-RO"/>
              </w:rPr>
              <w:t>Organizația urmărește îmbunătățirea culturii, participării și performanței SSM.</w:t>
            </w:r>
          </w:p>
        </w:tc>
        <w:tc>
          <w:tcPr>
            <w:tcW w:w="5159" w:type="dxa"/>
            <w:tcMar>
              <w:top w:w="60" w:type="dxa"/>
              <w:left w:w="70" w:type="dxa"/>
              <w:bottom w:w="60" w:type="dxa"/>
              <w:right w:w="70" w:type="dxa"/>
            </w:tcMar>
            <w:vAlign w:val="center"/>
          </w:tcPr>
          <w:p w14:paraId="7811F248" w14:textId="77777777" w:rsidR="00082454" w:rsidRPr="004566A6" w:rsidRDefault="00000000">
            <w:pPr>
              <w:spacing w:after="0" w:line="240" w:lineRule="auto"/>
              <w:rPr>
                <w:noProof/>
                <w:lang w:val="ro-RO"/>
              </w:rPr>
            </w:pPr>
            <w:r w:rsidRPr="004566A6">
              <w:rPr>
                <w:rFonts w:eastAsia="Arial"/>
                <w:noProof/>
                <w:sz w:val="14"/>
                <w:lang w:val="ro-RO"/>
              </w:rPr>
              <w:t>Portofoliu de îmbunătățiri și rezultate.</w:t>
            </w:r>
          </w:p>
        </w:tc>
        <w:tc>
          <w:tcPr>
            <w:tcW w:w="1417" w:type="dxa"/>
            <w:tcMar>
              <w:top w:w="60" w:type="dxa"/>
              <w:left w:w="70" w:type="dxa"/>
              <w:bottom w:w="60" w:type="dxa"/>
              <w:right w:w="70" w:type="dxa"/>
            </w:tcMar>
            <w:vAlign w:val="center"/>
          </w:tcPr>
          <w:p w14:paraId="6388A90B"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CC9F2A0"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3A6D9F9E" w14:textId="77777777" w:rsidR="00082454" w:rsidRPr="004566A6" w:rsidRDefault="00082454">
            <w:pPr>
              <w:spacing w:after="0" w:line="240" w:lineRule="auto"/>
              <w:jc w:val="center"/>
              <w:rPr>
                <w:noProof/>
                <w:lang w:val="ro-RO"/>
              </w:rPr>
            </w:pPr>
          </w:p>
        </w:tc>
      </w:tr>
      <w:tr w:rsidR="00082454" w:rsidRPr="00245FA7" w14:paraId="2E3F18A5" w14:textId="77777777">
        <w:trPr>
          <w:cantSplit/>
          <w:jc w:val="center"/>
        </w:trPr>
        <w:tc>
          <w:tcPr>
            <w:tcW w:w="793" w:type="dxa"/>
            <w:shd w:val="clear" w:color="auto" w:fill="FAFAFA"/>
            <w:tcMar>
              <w:top w:w="60" w:type="dxa"/>
              <w:left w:w="70" w:type="dxa"/>
              <w:bottom w:w="60" w:type="dxa"/>
              <w:right w:w="70" w:type="dxa"/>
            </w:tcMar>
            <w:vAlign w:val="center"/>
          </w:tcPr>
          <w:p w14:paraId="54218917" w14:textId="77777777" w:rsidR="00082454" w:rsidRPr="004566A6" w:rsidRDefault="00000000">
            <w:pPr>
              <w:spacing w:after="0" w:line="240" w:lineRule="auto"/>
              <w:jc w:val="center"/>
              <w:rPr>
                <w:noProof/>
                <w:lang w:val="ro-RO"/>
              </w:rPr>
            </w:pPr>
            <w:r w:rsidRPr="004566A6">
              <w:rPr>
                <w:rFonts w:eastAsia="Arial"/>
                <w:b/>
                <w:noProof/>
                <w:sz w:val="14"/>
                <w:lang w:val="ro-RO"/>
              </w:rPr>
              <w:t>S10.10</w:t>
            </w:r>
          </w:p>
        </w:tc>
        <w:tc>
          <w:tcPr>
            <w:tcW w:w="4081" w:type="dxa"/>
            <w:shd w:val="clear" w:color="auto" w:fill="FAFAFA"/>
            <w:tcMar>
              <w:top w:w="60" w:type="dxa"/>
              <w:left w:w="70" w:type="dxa"/>
              <w:bottom w:w="60" w:type="dxa"/>
              <w:right w:w="70" w:type="dxa"/>
            </w:tcMar>
            <w:vAlign w:val="center"/>
          </w:tcPr>
          <w:p w14:paraId="2595074E" w14:textId="77777777" w:rsidR="00082454" w:rsidRPr="004566A6" w:rsidRDefault="00000000">
            <w:pPr>
              <w:spacing w:after="0" w:line="240" w:lineRule="auto"/>
              <w:rPr>
                <w:noProof/>
                <w:lang w:val="ro-RO"/>
              </w:rPr>
            </w:pPr>
            <w:r w:rsidRPr="004566A6">
              <w:rPr>
                <w:rFonts w:eastAsia="Arial"/>
                <w:noProof/>
                <w:sz w:val="14"/>
                <w:lang w:val="ro-RO"/>
              </w:rPr>
              <w:t>Sistemul a funcționat suficient pentru a genera dovezi reprezentative.</w:t>
            </w:r>
          </w:p>
        </w:tc>
        <w:tc>
          <w:tcPr>
            <w:tcW w:w="5159" w:type="dxa"/>
            <w:shd w:val="clear" w:color="auto" w:fill="FAFAFA"/>
            <w:tcMar>
              <w:top w:w="60" w:type="dxa"/>
              <w:left w:w="70" w:type="dxa"/>
              <w:bottom w:w="60" w:type="dxa"/>
              <w:right w:w="70" w:type="dxa"/>
            </w:tcMar>
            <w:vAlign w:val="center"/>
          </w:tcPr>
          <w:p w14:paraId="61460DE8" w14:textId="77777777" w:rsidR="00082454" w:rsidRPr="004566A6" w:rsidRDefault="00000000">
            <w:pPr>
              <w:spacing w:after="0" w:line="240" w:lineRule="auto"/>
              <w:rPr>
                <w:noProof/>
                <w:lang w:val="ro-RO"/>
              </w:rPr>
            </w:pPr>
            <w:r w:rsidRPr="004566A6">
              <w:rPr>
                <w:rFonts w:eastAsia="Arial"/>
                <w:noProof/>
                <w:sz w:val="14"/>
                <w:lang w:val="ro-RO"/>
              </w:rPr>
              <w:t>Înregistrări pe cicluri operaționale, schimburi și locații.</w:t>
            </w:r>
          </w:p>
        </w:tc>
        <w:tc>
          <w:tcPr>
            <w:tcW w:w="1417" w:type="dxa"/>
            <w:shd w:val="clear" w:color="auto" w:fill="FAFAFA"/>
            <w:tcMar>
              <w:top w:w="60" w:type="dxa"/>
              <w:left w:w="70" w:type="dxa"/>
              <w:bottom w:w="60" w:type="dxa"/>
              <w:right w:w="70" w:type="dxa"/>
            </w:tcMar>
            <w:vAlign w:val="center"/>
          </w:tcPr>
          <w:p w14:paraId="57905D90"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86246CF"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D4369CF" w14:textId="77777777" w:rsidR="00082454" w:rsidRPr="004566A6" w:rsidRDefault="00082454">
            <w:pPr>
              <w:spacing w:after="0" w:line="240" w:lineRule="auto"/>
              <w:jc w:val="center"/>
              <w:rPr>
                <w:noProof/>
                <w:lang w:val="ro-RO"/>
              </w:rPr>
            </w:pPr>
          </w:p>
        </w:tc>
      </w:tr>
      <w:tr w:rsidR="00082454" w:rsidRPr="004566A6" w14:paraId="58315A15" w14:textId="77777777">
        <w:trPr>
          <w:cantSplit/>
          <w:jc w:val="center"/>
        </w:trPr>
        <w:tc>
          <w:tcPr>
            <w:tcW w:w="793" w:type="dxa"/>
            <w:tcMar>
              <w:top w:w="60" w:type="dxa"/>
              <w:left w:w="70" w:type="dxa"/>
              <w:bottom w:w="60" w:type="dxa"/>
              <w:right w:w="70" w:type="dxa"/>
            </w:tcMar>
            <w:vAlign w:val="center"/>
          </w:tcPr>
          <w:p w14:paraId="45A141BD" w14:textId="77777777" w:rsidR="00082454" w:rsidRPr="004566A6" w:rsidRDefault="00000000">
            <w:pPr>
              <w:spacing w:after="0" w:line="240" w:lineRule="auto"/>
              <w:jc w:val="center"/>
              <w:rPr>
                <w:noProof/>
                <w:lang w:val="ro-RO"/>
              </w:rPr>
            </w:pPr>
            <w:r w:rsidRPr="004566A6">
              <w:rPr>
                <w:rFonts w:eastAsia="Arial"/>
                <w:b/>
                <w:noProof/>
                <w:sz w:val="14"/>
                <w:lang w:val="ro-RO"/>
              </w:rPr>
              <w:t>S10.11</w:t>
            </w:r>
          </w:p>
        </w:tc>
        <w:tc>
          <w:tcPr>
            <w:tcW w:w="4081" w:type="dxa"/>
            <w:tcMar>
              <w:top w:w="60" w:type="dxa"/>
              <w:left w:w="70" w:type="dxa"/>
              <w:bottom w:w="60" w:type="dxa"/>
              <w:right w:w="70" w:type="dxa"/>
            </w:tcMar>
            <w:vAlign w:val="center"/>
          </w:tcPr>
          <w:p w14:paraId="5663DAA8" w14:textId="77777777" w:rsidR="00082454" w:rsidRPr="004566A6" w:rsidRDefault="00000000">
            <w:pPr>
              <w:spacing w:after="0" w:line="240" w:lineRule="auto"/>
              <w:rPr>
                <w:noProof/>
                <w:lang w:val="ro-RO"/>
              </w:rPr>
            </w:pPr>
            <w:r w:rsidRPr="004566A6">
              <w:rPr>
                <w:rFonts w:eastAsia="Arial"/>
                <w:noProof/>
                <w:sz w:val="14"/>
                <w:lang w:val="ro-RO"/>
              </w:rPr>
              <w:t>Auditul intern acoperă toate clauzele, procesele, riscurile și locațiile din domeniu.</w:t>
            </w:r>
          </w:p>
        </w:tc>
        <w:tc>
          <w:tcPr>
            <w:tcW w:w="5159" w:type="dxa"/>
            <w:tcMar>
              <w:top w:w="60" w:type="dxa"/>
              <w:left w:w="70" w:type="dxa"/>
              <w:bottom w:w="60" w:type="dxa"/>
              <w:right w:w="70" w:type="dxa"/>
            </w:tcMar>
            <w:vAlign w:val="center"/>
          </w:tcPr>
          <w:p w14:paraId="4FC8478E" w14:textId="77777777" w:rsidR="00082454" w:rsidRPr="004566A6" w:rsidRDefault="00000000">
            <w:pPr>
              <w:spacing w:after="0" w:line="240" w:lineRule="auto"/>
              <w:rPr>
                <w:noProof/>
                <w:lang w:val="ro-RO"/>
              </w:rPr>
            </w:pPr>
            <w:r w:rsidRPr="004566A6">
              <w:rPr>
                <w:rFonts w:eastAsia="Arial"/>
                <w:noProof/>
                <w:sz w:val="14"/>
                <w:lang w:val="ro-RO"/>
              </w:rPr>
              <w:t>Program finalizat și acțiuni tratate.</w:t>
            </w:r>
          </w:p>
        </w:tc>
        <w:tc>
          <w:tcPr>
            <w:tcW w:w="1417" w:type="dxa"/>
            <w:tcMar>
              <w:top w:w="60" w:type="dxa"/>
              <w:left w:w="70" w:type="dxa"/>
              <w:bottom w:w="60" w:type="dxa"/>
              <w:right w:w="70" w:type="dxa"/>
            </w:tcMar>
            <w:vAlign w:val="center"/>
          </w:tcPr>
          <w:p w14:paraId="516DFB56"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034FE98A"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2BBEF7B3" w14:textId="77777777" w:rsidR="00082454" w:rsidRPr="004566A6" w:rsidRDefault="00082454">
            <w:pPr>
              <w:spacing w:after="0" w:line="240" w:lineRule="auto"/>
              <w:jc w:val="center"/>
              <w:rPr>
                <w:noProof/>
                <w:lang w:val="ro-RO"/>
              </w:rPr>
            </w:pPr>
          </w:p>
        </w:tc>
      </w:tr>
      <w:tr w:rsidR="00082454" w:rsidRPr="004566A6" w14:paraId="78AC3A0D" w14:textId="77777777">
        <w:trPr>
          <w:cantSplit/>
          <w:jc w:val="center"/>
        </w:trPr>
        <w:tc>
          <w:tcPr>
            <w:tcW w:w="793" w:type="dxa"/>
            <w:shd w:val="clear" w:color="auto" w:fill="FAFAFA"/>
            <w:tcMar>
              <w:top w:w="60" w:type="dxa"/>
              <w:left w:w="70" w:type="dxa"/>
              <w:bottom w:w="60" w:type="dxa"/>
              <w:right w:w="70" w:type="dxa"/>
            </w:tcMar>
            <w:vAlign w:val="center"/>
          </w:tcPr>
          <w:p w14:paraId="7859B01E" w14:textId="77777777" w:rsidR="00082454" w:rsidRPr="004566A6" w:rsidRDefault="00000000">
            <w:pPr>
              <w:spacing w:after="0" w:line="240" w:lineRule="auto"/>
              <w:jc w:val="center"/>
              <w:rPr>
                <w:noProof/>
                <w:lang w:val="ro-RO"/>
              </w:rPr>
            </w:pPr>
            <w:r w:rsidRPr="004566A6">
              <w:rPr>
                <w:rFonts w:eastAsia="Arial"/>
                <w:b/>
                <w:noProof/>
                <w:sz w:val="14"/>
                <w:lang w:val="ro-RO"/>
              </w:rPr>
              <w:t>S10.12</w:t>
            </w:r>
          </w:p>
        </w:tc>
        <w:tc>
          <w:tcPr>
            <w:tcW w:w="4081" w:type="dxa"/>
            <w:shd w:val="clear" w:color="auto" w:fill="FAFAFA"/>
            <w:tcMar>
              <w:top w:w="60" w:type="dxa"/>
              <w:left w:w="70" w:type="dxa"/>
              <w:bottom w:w="60" w:type="dxa"/>
              <w:right w:w="70" w:type="dxa"/>
            </w:tcMar>
            <w:vAlign w:val="center"/>
          </w:tcPr>
          <w:p w14:paraId="23C65C98" w14:textId="77777777" w:rsidR="00082454" w:rsidRPr="004566A6" w:rsidRDefault="00000000">
            <w:pPr>
              <w:spacing w:after="0" w:line="240" w:lineRule="auto"/>
              <w:rPr>
                <w:noProof/>
                <w:lang w:val="ro-RO"/>
              </w:rPr>
            </w:pPr>
            <w:r w:rsidRPr="004566A6">
              <w:rPr>
                <w:rFonts w:eastAsia="Arial"/>
                <w:noProof/>
                <w:sz w:val="14"/>
                <w:lang w:val="ro-RO"/>
              </w:rPr>
              <w:t>Evaluarea conformării și analiza conducerii sunt finalizate înainte de certificare.</w:t>
            </w:r>
          </w:p>
        </w:tc>
        <w:tc>
          <w:tcPr>
            <w:tcW w:w="5159" w:type="dxa"/>
            <w:shd w:val="clear" w:color="auto" w:fill="FAFAFA"/>
            <w:tcMar>
              <w:top w:w="60" w:type="dxa"/>
              <w:left w:w="70" w:type="dxa"/>
              <w:bottom w:w="60" w:type="dxa"/>
              <w:right w:w="70" w:type="dxa"/>
            </w:tcMar>
            <w:vAlign w:val="center"/>
          </w:tcPr>
          <w:p w14:paraId="0BDB0A10" w14:textId="77777777" w:rsidR="00082454" w:rsidRPr="004566A6" w:rsidRDefault="00000000">
            <w:pPr>
              <w:spacing w:after="0" w:line="240" w:lineRule="auto"/>
              <w:rPr>
                <w:noProof/>
                <w:lang w:val="ro-RO"/>
              </w:rPr>
            </w:pPr>
            <w:r w:rsidRPr="004566A6">
              <w:rPr>
                <w:rFonts w:eastAsia="Arial"/>
                <w:noProof/>
                <w:sz w:val="14"/>
                <w:lang w:val="ro-RO"/>
              </w:rPr>
              <w:t>Rezultate recente și decizii.</w:t>
            </w:r>
          </w:p>
        </w:tc>
        <w:tc>
          <w:tcPr>
            <w:tcW w:w="1417" w:type="dxa"/>
            <w:shd w:val="clear" w:color="auto" w:fill="FAFAFA"/>
            <w:tcMar>
              <w:top w:w="60" w:type="dxa"/>
              <w:left w:w="70" w:type="dxa"/>
              <w:bottom w:w="60" w:type="dxa"/>
              <w:right w:w="70" w:type="dxa"/>
            </w:tcMar>
            <w:vAlign w:val="center"/>
          </w:tcPr>
          <w:p w14:paraId="6D1DCF4B"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BA65507"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718ACDC" w14:textId="77777777" w:rsidR="00082454" w:rsidRPr="004566A6" w:rsidRDefault="00082454">
            <w:pPr>
              <w:spacing w:after="0" w:line="240" w:lineRule="auto"/>
              <w:jc w:val="center"/>
              <w:rPr>
                <w:noProof/>
                <w:lang w:val="ro-RO"/>
              </w:rPr>
            </w:pPr>
          </w:p>
        </w:tc>
      </w:tr>
      <w:tr w:rsidR="00082454" w:rsidRPr="00245FA7" w14:paraId="286465A7" w14:textId="77777777">
        <w:trPr>
          <w:cantSplit/>
          <w:jc w:val="center"/>
        </w:trPr>
        <w:tc>
          <w:tcPr>
            <w:tcW w:w="793" w:type="dxa"/>
            <w:tcMar>
              <w:top w:w="60" w:type="dxa"/>
              <w:left w:w="70" w:type="dxa"/>
              <w:bottom w:w="60" w:type="dxa"/>
              <w:right w:w="70" w:type="dxa"/>
            </w:tcMar>
            <w:vAlign w:val="center"/>
          </w:tcPr>
          <w:p w14:paraId="023C0587" w14:textId="77777777" w:rsidR="00082454" w:rsidRPr="004566A6" w:rsidRDefault="00000000">
            <w:pPr>
              <w:spacing w:after="0" w:line="240" w:lineRule="auto"/>
              <w:jc w:val="center"/>
              <w:rPr>
                <w:noProof/>
                <w:lang w:val="ro-RO"/>
              </w:rPr>
            </w:pPr>
            <w:r w:rsidRPr="004566A6">
              <w:rPr>
                <w:rFonts w:eastAsia="Arial"/>
                <w:b/>
                <w:noProof/>
                <w:sz w:val="14"/>
                <w:lang w:val="ro-RO"/>
              </w:rPr>
              <w:t>S10.13</w:t>
            </w:r>
          </w:p>
        </w:tc>
        <w:tc>
          <w:tcPr>
            <w:tcW w:w="4081" w:type="dxa"/>
            <w:tcMar>
              <w:top w:w="60" w:type="dxa"/>
              <w:left w:w="70" w:type="dxa"/>
              <w:bottom w:w="60" w:type="dxa"/>
              <w:right w:w="70" w:type="dxa"/>
            </w:tcMar>
            <w:vAlign w:val="center"/>
          </w:tcPr>
          <w:p w14:paraId="53ACC8CF" w14:textId="77777777" w:rsidR="00082454" w:rsidRPr="004566A6" w:rsidRDefault="00000000">
            <w:pPr>
              <w:spacing w:after="0" w:line="240" w:lineRule="auto"/>
              <w:rPr>
                <w:noProof/>
                <w:lang w:val="ro-RO"/>
              </w:rPr>
            </w:pPr>
            <w:r w:rsidRPr="004566A6">
              <w:rPr>
                <w:rFonts w:eastAsia="Arial"/>
                <w:noProof/>
                <w:sz w:val="14"/>
                <w:lang w:val="ro-RO"/>
              </w:rPr>
              <w:t>Incidentele și acțiunile semnificative sunt închise sau controlate cu plan credibil.</w:t>
            </w:r>
          </w:p>
        </w:tc>
        <w:tc>
          <w:tcPr>
            <w:tcW w:w="5159" w:type="dxa"/>
            <w:tcMar>
              <w:top w:w="60" w:type="dxa"/>
              <w:left w:w="70" w:type="dxa"/>
              <w:bottom w:w="60" w:type="dxa"/>
              <w:right w:w="70" w:type="dxa"/>
            </w:tcMar>
            <w:vAlign w:val="center"/>
          </w:tcPr>
          <w:p w14:paraId="26A092F5" w14:textId="77777777" w:rsidR="00082454" w:rsidRPr="004566A6" w:rsidRDefault="00000000">
            <w:pPr>
              <w:spacing w:after="0" w:line="240" w:lineRule="auto"/>
              <w:rPr>
                <w:noProof/>
                <w:lang w:val="ro-RO"/>
              </w:rPr>
            </w:pPr>
            <w:r w:rsidRPr="004566A6">
              <w:rPr>
                <w:rFonts w:eastAsia="Arial"/>
                <w:noProof/>
                <w:sz w:val="14"/>
                <w:lang w:val="ro-RO"/>
              </w:rPr>
              <w:t>Status, riscuri reziduale, responsabilități și termene.</w:t>
            </w:r>
          </w:p>
        </w:tc>
        <w:tc>
          <w:tcPr>
            <w:tcW w:w="1417" w:type="dxa"/>
            <w:tcMar>
              <w:top w:w="60" w:type="dxa"/>
              <w:left w:w="70" w:type="dxa"/>
              <w:bottom w:w="60" w:type="dxa"/>
              <w:right w:w="70" w:type="dxa"/>
            </w:tcMar>
            <w:vAlign w:val="center"/>
          </w:tcPr>
          <w:p w14:paraId="79327EBE" w14:textId="77777777" w:rsidR="00082454" w:rsidRPr="004566A6" w:rsidRDefault="00082454">
            <w:pPr>
              <w:spacing w:after="0" w:line="240" w:lineRule="auto"/>
              <w:jc w:val="center"/>
              <w:rPr>
                <w:noProof/>
                <w:lang w:val="ro-RO"/>
              </w:rPr>
            </w:pPr>
          </w:p>
        </w:tc>
        <w:tc>
          <w:tcPr>
            <w:tcW w:w="1303" w:type="dxa"/>
            <w:tcMar>
              <w:top w:w="60" w:type="dxa"/>
              <w:left w:w="70" w:type="dxa"/>
              <w:bottom w:w="60" w:type="dxa"/>
              <w:right w:w="70" w:type="dxa"/>
            </w:tcMar>
            <w:vAlign w:val="center"/>
          </w:tcPr>
          <w:p w14:paraId="213532A4" w14:textId="77777777" w:rsidR="00082454" w:rsidRPr="004566A6" w:rsidRDefault="00082454">
            <w:pPr>
              <w:spacing w:after="0" w:line="240" w:lineRule="auto"/>
              <w:jc w:val="center"/>
              <w:rPr>
                <w:noProof/>
                <w:lang w:val="ro-RO"/>
              </w:rPr>
            </w:pPr>
          </w:p>
        </w:tc>
        <w:tc>
          <w:tcPr>
            <w:tcW w:w="850" w:type="dxa"/>
            <w:tcMar>
              <w:top w:w="60" w:type="dxa"/>
              <w:left w:w="70" w:type="dxa"/>
              <w:bottom w:w="60" w:type="dxa"/>
              <w:right w:w="70" w:type="dxa"/>
            </w:tcMar>
            <w:vAlign w:val="center"/>
          </w:tcPr>
          <w:p w14:paraId="10E47B8C" w14:textId="77777777" w:rsidR="00082454" w:rsidRPr="004566A6" w:rsidRDefault="00082454">
            <w:pPr>
              <w:spacing w:after="0" w:line="240" w:lineRule="auto"/>
              <w:jc w:val="center"/>
              <w:rPr>
                <w:noProof/>
                <w:lang w:val="ro-RO"/>
              </w:rPr>
            </w:pPr>
          </w:p>
        </w:tc>
      </w:tr>
      <w:tr w:rsidR="00082454" w:rsidRPr="004566A6" w14:paraId="7C522DB4" w14:textId="77777777">
        <w:trPr>
          <w:cantSplit/>
          <w:jc w:val="center"/>
        </w:trPr>
        <w:tc>
          <w:tcPr>
            <w:tcW w:w="793" w:type="dxa"/>
            <w:shd w:val="clear" w:color="auto" w:fill="FAFAFA"/>
            <w:tcMar>
              <w:top w:w="60" w:type="dxa"/>
              <w:left w:w="70" w:type="dxa"/>
              <w:bottom w:w="60" w:type="dxa"/>
              <w:right w:w="70" w:type="dxa"/>
            </w:tcMar>
            <w:vAlign w:val="center"/>
          </w:tcPr>
          <w:p w14:paraId="2E9C8F8F" w14:textId="77777777" w:rsidR="00082454" w:rsidRPr="004566A6" w:rsidRDefault="00000000">
            <w:pPr>
              <w:spacing w:after="0" w:line="240" w:lineRule="auto"/>
              <w:jc w:val="center"/>
              <w:rPr>
                <w:noProof/>
                <w:lang w:val="ro-RO"/>
              </w:rPr>
            </w:pPr>
            <w:r w:rsidRPr="004566A6">
              <w:rPr>
                <w:rFonts w:eastAsia="Arial"/>
                <w:b/>
                <w:noProof/>
                <w:sz w:val="14"/>
                <w:lang w:val="ro-RO"/>
              </w:rPr>
              <w:t>S10.14</w:t>
            </w:r>
          </w:p>
        </w:tc>
        <w:tc>
          <w:tcPr>
            <w:tcW w:w="4081" w:type="dxa"/>
            <w:shd w:val="clear" w:color="auto" w:fill="FAFAFA"/>
            <w:tcMar>
              <w:top w:w="60" w:type="dxa"/>
              <w:left w:w="70" w:type="dxa"/>
              <w:bottom w:w="60" w:type="dxa"/>
              <w:right w:w="70" w:type="dxa"/>
            </w:tcMar>
            <w:vAlign w:val="center"/>
          </w:tcPr>
          <w:p w14:paraId="473C3D43" w14:textId="77777777" w:rsidR="00082454" w:rsidRPr="004566A6" w:rsidRDefault="00000000">
            <w:pPr>
              <w:spacing w:after="0" w:line="240" w:lineRule="auto"/>
              <w:rPr>
                <w:noProof/>
                <w:lang w:val="ro-RO"/>
              </w:rPr>
            </w:pPr>
            <w:r w:rsidRPr="004566A6">
              <w:rPr>
                <w:rFonts w:eastAsia="Arial"/>
                <w:noProof/>
                <w:sz w:val="14"/>
                <w:lang w:val="ro-RO"/>
              </w:rPr>
              <w:t>Persoanele-cheie și lucrătorii pot explica practicile reale și pot furniza dovezi.</w:t>
            </w:r>
          </w:p>
        </w:tc>
        <w:tc>
          <w:tcPr>
            <w:tcW w:w="5159" w:type="dxa"/>
            <w:shd w:val="clear" w:color="auto" w:fill="FAFAFA"/>
            <w:tcMar>
              <w:top w:w="60" w:type="dxa"/>
              <w:left w:w="70" w:type="dxa"/>
              <w:bottom w:w="60" w:type="dxa"/>
              <w:right w:w="70" w:type="dxa"/>
            </w:tcMar>
            <w:vAlign w:val="center"/>
          </w:tcPr>
          <w:p w14:paraId="6D0704C9" w14:textId="77777777" w:rsidR="00082454" w:rsidRPr="004566A6" w:rsidRDefault="00000000">
            <w:pPr>
              <w:spacing w:after="0" w:line="240" w:lineRule="auto"/>
              <w:rPr>
                <w:noProof/>
                <w:lang w:val="ro-RO"/>
              </w:rPr>
            </w:pPr>
            <w:r w:rsidRPr="004566A6">
              <w:rPr>
                <w:rFonts w:eastAsia="Arial"/>
                <w:noProof/>
                <w:sz w:val="14"/>
                <w:lang w:val="ro-RO"/>
              </w:rPr>
              <w:t>Interviuri coerente, acces la înregistrări și demonstrarea controalelor.</w:t>
            </w:r>
          </w:p>
        </w:tc>
        <w:tc>
          <w:tcPr>
            <w:tcW w:w="1417" w:type="dxa"/>
            <w:shd w:val="clear" w:color="auto" w:fill="FAFAFA"/>
            <w:tcMar>
              <w:top w:w="60" w:type="dxa"/>
              <w:left w:w="70" w:type="dxa"/>
              <w:bottom w:w="60" w:type="dxa"/>
              <w:right w:w="70" w:type="dxa"/>
            </w:tcMar>
            <w:vAlign w:val="center"/>
          </w:tcPr>
          <w:p w14:paraId="414F7DDE" w14:textId="77777777" w:rsidR="00082454" w:rsidRPr="004566A6" w:rsidRDefault="00082454">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19C8864" w14:textId="77777777" w:rsidR="00082454" w:rsidRPr="004566A6" w:rsidRDefault="00082454">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D291689" w14:textId="77777777" w:rsidR="00082454" w:rsidRPr="004566A6" w:rsidRDefault="00082454">
            <w:pPr>
              <w:spacing w:after="0" w:line="240" w:lineRule="auto"/>
              <w:jc w:val="center"/>
              <w:rPr>
                <w:noProof/>
                <w:lang w:val="ro-RO"/>
              </w:rPr>
            </w:pPr>
          </w:p>
        </w:tc>
      </w:tr>
    </w:tbl>
    <w:p w14:paraId="77B04B79" w14:textId="77777777" w:rsidR="00082454" w:rsidRPr="004566A6" w:rsidRDefault="00000000">
      <w:pPr>
        <w:spacing w:before="80" w:after="0"/>
        <w:rPr>
          <w:noProof/>
          <w:lang w:val="ro-RO"/>
        </w:rPr>
      </w:pPr>
      <w:r w:rsidRPr="004566A6">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414C4F2D" w14:textId="77777777" w:rsidR="00082454" w:rsidRPr="004566A6" w:rsidRDefault="00082454">
      <w:pPr>
        <w:rPr>
          <w:noProof/>
          <w:lang w:val="ro-RO"/>
        </w:rPr>
        <w:sectPr w:rsidR="00082454" w:rsidRPr="004566A6">
          <w:headerReference w:type="default" r:id="rId10"/>
          <w:footerReference w:type="default" r:id="rId11"/>
          <w:pgSz w:w="16838" w:h="11906" w:orient="landscape"/>
          <w:pgMar w:top="794" w:right="1020" w:bottom="737" w:left="1020" w:header="720" w:footer="720" w:gutter="0"/>
          <w:cols w:space="720"/>
          <w:titlePg/>
          <w:docGrid w:linePitch="360"/>
        </w:sectPr>
      </w:pPr>
    </w:p>
    <w:p w14:paraId="278652AE" w14:textId="77777777" w:rsidR="00082454" w:rsidRPr="004566A6" w:rsidRDefault="00000000">
      <w:pPr>
        <w:pStyle w:val="Heading1"/>
        <w:rPr>
          <w:noProof/>
          <w:lang w:val="ro-RO"/>
        </w:rPr>
      </w:pPr>
      <w:r w:rsidRPr="004566A6">
        <w:rPr>
          <w:noProof/>
          <w:lang w:val="ro-RO"/>
        </w:rPr>
        <w:lastRenderedPageBreak/>
        <w:t>Sinteza evaluării</w:t>
      </w:r>
    </w:p>
    <w:p w14:paraId="671EB52D" w14:textId="77777777" w:rsidR="00082454" w:rsidRPr="004566A6" w:rsidRDefault="00000000">
      <w:pPr>
        <w:rPr>
          <w:noProof/>
          <w:lang w:val="ro-RO"/>
        </w:rPr>
      </w:pPr>
      <w:r w:rsidRPr="004566A6">
        <w:rPr>
          <w:noProof/>
          <w:lang w:val="ro-RO"/>
        </w:rPr>
        <w:t>Completați scorul obținut pentru fiecare secțiune. Excludeți din maxim doar elementele N/A justificate.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907"/>
        <w:gridCol w:w="4535"/>
        <w:gridCol w:w="1474"/>
        <w:gridCol w:w="1474"/>
        <w:gridCol w:w="1474"/>
      </w:tblGrid>
      <w:tr w:rsidR="00082454" w:rsidRPr="004566A6" w14:paraId="2347CBA9" w14:textId="77777777">
        <w:trPr>
          <w:jc w:val="center"/>
        </w:trPr>
        <w:tc>
          <w:tcPr>
            <w:tcW w:w="907" w:type="dxa"/>
            <w:shd w:val="clear" w:color="auto" w:fill="D71920"/>
            <w:tcMar>
              <w:top w:w="60" w:type="dxa"/>
              <w:left w:w="70" w:type="dxa"/>
              <w:bottom w:w="60" w:type="dxa"/>
              <w:right w:w="70" w:type="dxa"/>
            </w:tcMar>
            <w:vAlign w:val="center"/>
          </w:tcPr>
          <w:p w14:paraId="201962A1"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w:t>
            </w:r>
          </w:p>
        </w:tc>
        <w:tc>
          <w:tcPr>
            <w:tcW w:w="4535" w:type="dxa"/>
            <w:shd w:val="clear" w:color="auto" w:fill="D71920"/>
            <w:tcMar>
              <w:top w:w="60" w:type="dxa"/>
              <w:left w:w="70" w:type="dxa"/>
              <w:bottom w:w="60" w:type="dxa"/>
              <w:right w:w="70" w:type="dxa"/>
            </w:tcMar>
            <w:vAlign w:val="center"/>
          </w:tcPr>
          <w:p w14:paraId="08E987D1"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SECȚIUNE</w:t>
            </w:r>
          </w:p>
        </w:tc>
        <w:tc>
          <w:tcPr>
            <w:tcW w:w="1474" w:type="dxa"/>
            <w:shd w:val="clear" w:color="auto" w:fill="D71920"/>
            <w:tcMar>
              <w:top w:w="60" w:type="dxa"/>
              <w:left w:w="70" w:type="dxa"/>
              <w:bottom w:w="60" w:type="dxa"/>
              <w:right w:w="70" w:type="dxa"/>
            </w:tcMar>
            <w:vAlign w:val="center"/>
          </w:tcPr>
          <w:p w14:paraId="020C21CA"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SCOR OBȚINUT</w:t>
            </w:r>
          </w:p>
        </w:tc>
        <w:tc>
          <w:tcPr>
            <w:tcW w:w="1474" w:type="dxa"/>
            <w:shd w:val="clear" w:color="auto" w:fill="D71920"/>
            <w:tcMar>
              <w:top w:w="60" w:type="dxa"/>
              <w:left w:w="70" w:type="dxa"/>
              <w:bottom w:w="60" w:type="dxa"/>
              <w:right w:w="70" w:type="dxa"/>
            </w:tcMar>
            <w:vAlign w:val="center"/>
          </w:tcPr>
          <w:p w14:paraId="2678F317"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SCOR MAXIM</w:t>
            </w:r>
          </w:p>
        </w:tc>
        <w:tc>
          <w:tcPr>
            <w:tcW w:w="1474" w:type="dxa"/>
            <w:shd w:val="clear" w:color="auto" w:fill="D71920"/>
            <w:tcMar>
              <w:top w:w="60" w:type="dxa"/>
              <w:left w:w="70" w:type="dxa"/>
              <w:bottom w:w="60" w:type="dxa"/>
              <w:right w:w="70" w:type="dxa"/>
            </w:tcMar>
            <w:vAlign w:val="center"/>
          </w:tcPr>
          <w:p w14:paraId="09126F63"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PROCENT</w:t>
            </w:r>
          </w:p>
        </w:tc>
      </w:tr>
      <w:tr w:rsidR="00082454" w:rsidRPr="004566A6" w14:paraId="61803CAE" w14:textId="77777777">
        <w:trPr>
          <w:jc w:val="center"/>
        </w:trPr>
        <w:tc>
          <w:tcPr>
            <w:tcW w:w="907" w:type="dxa"/>
            <w:tcMar>
              <w:top w:w="60" w:type="dxa"/>
              <w:left w:w="70" w:type="dxa"/>
              <w:bottom w:w="60" w:type="dxa"/>
              <w:right w:w="70" w:type="dxa"/>
            </w:tcMar>
            <w:vAlign w:val="center"/>
          </w:tcPr>
          <w:p w14:paraId="145CC9B2" w14:textId="77777777" w:rsidR="00082454" w:rsidRPr="004566A6" w:rsidRDefault="00000000">
            <w:pPr>
              <w:spacing w:after="0" w:line="240" w:lineRule="auto"/>
              <w:jc w:val="center"/>
              <w:rPr>
                <w:noProof/>
                <w:lang w:val="ro-RO"/>
              </w:rPr>
            </w:pPr>
            <w:r w:rsidRPr="004566A6">
              <w:rPr>
                <w:rFonts w:eastAsia="Arial"/>
                <w:b/>
                <w:noProof/>
                <w:sz w:val="16"/>
                <w:lang w:val="ro-RO"/>
              </w:rPr>
              <w:t>0</w:t>
            </w:r>
          </w:p>
        </w:tc>
        <w:tc>
          <w:tcPr>
            <w:tcW w:w="4535" w:type="dxa"/>
            <w:tcMar>
              <w:top w:w="60" w:type="dxa"/>
              <w:left w:w="70" w:type="dxa"/>
              <w:bottom w:w="60" w:type="dxa"/>
              <w:right w:w="70" w:type="dxa"/>
            </w:tcMar>
            <w:vAlign w:val="center"/>
          </w:tcPr>
          <w:p w14:paraId="46B26716" w14:textId="77777777" w:rsidR="00082454" w:rsidRPr="004566A6" w:rsidRDefault="00000000">
            <w:pPr>
              <w:spacing w:after="0" w:line="240" w:lineRule="auto"/>
              <w:rPr>
                <w:noProof/>
                <w:lang w:val="ro-RO"/>
              </w:rPr>
            </w:pPr>
            <w:r w:rsidRPr="004566A6">
              <w:rPr>
                <w:rFonts w:eastAsia="Arial"/>
                <w:noProof/>
                <w:sz w:val="16"/>
                <w:lang w:val="ro-RO"/>
              </w:rPr>
              <w:t>Pornirea proiectului</w:t>
            </w:r>
          </w:p>
        </w:tc>
        <w:tc>
          <w:tcPr>
            <w:tcW w:w="1474" w:type="dxa"/>
            <w:tcMar>
              <w:top w:w="60" w:type="dxa"/>
              <w:left w:w="70" w:type="dxa"/>
              <w:bottom w:w="60" w:type="dxa"/>
              <w:right w:w="70" w:type="dxa"/>
            </w:tcMar>
            <w:vAlign w:val="center"/>
          </w:tcPr>
          <w:p w14:paraId="4529A463"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69944B4B" w14:textId="77777777" w:rsidR="00082454" w:rsidRPr="004566A6" w:rsidRDefault="00000000">
            <w:pPr>
              <w:spacing w:after="0" w:line="240" w:lineRule="auto"/>
              <w:jc w:val="center"/>
              <w:rPr>
                <w:noProof/>
                <w:lang w:val="ro-RO"/>
              </w:rPr>
            </w:pPr>
            <w:r w:rsidRPr="004566A6">
              <w:rPr>
                <w:rFonts w:eastAsia="Arial"/>
                <w:noProof/>
                <w:sz w:val="16"/>
                <w:lang w:val="ro-RO"/>
              </w:rPr>
              <w:t>18</w:t>
            </w:r>
          </w:p>
        </w:tc>
        <w:tc>
          <w:tcPr>
            <w:tcW w:w="1474" w:type="dxa"/>
            <w:tcMar>
              <w:top w:w="60" w:type="dxa"/>
              <w:left w:w="70" w:type="dxa"/>
              <w:bottom w:w="60" w:type="dxa"/>
              <w:right w:w="70" w:type="dxa"/>
            </w:tcMar>
            <w:vAlign w:val="center"/>
          </w:tcPr>
          <w:p w14:paraId="79197A92" w14:textId="77777777" w:rsidR="00082454" w:rsidRPr="004566A6" w:rsidRDefault="00082454">
            <w:pPr>
              <w:spacing w:after="0" w:line="240" w:lineRule="auto"/>
              <w:jc w:val="center"/>
              <w:rPr>
                <w:noProof/>
                <w:lang w:val="ro-RO"/>
              </w:rPr>
            </w:pPr>
          </w:p>
        </w:tc>
      </w:tr>
      <w:tr w:rsidR="00082454" w:rsidRPr="004566A6" w14:paraId="3ECD3FBE" w14:textId="77777777">
        <w:trPr>
          <w:jc w:val="center"/>
        </w:trPr>
        <w:tc>
          <w:tcPr>
            <w:tcW w:w="907" w:type="dxa"/>
            <w:shd w:val="clear" w:color="auto" w:fill="FAFAFA"/>
            <w:tcMar>
              <w:top w:w="60" w:type="dxa"/>
              <w:left w:w="70" w:type="dxa"/>
              <w:bottom w:w="60" w:type="dxa"/>
              <w:right w:w="70" w:type="dxa"/>
            </w:tcMar>
            <w:vAlign w:val="center"/>
          </w:tcPr>
          <w:p w14:paraId="0FA4D2FA" w14:textId="77777777" w:rsidR="00082454" w:rsidRPr="004566A6" w:rsidRDefault="00000000">
            <w:pPr>
              <w:spacing w:after="0" w:line="240" w:lineRule="auto"/>
              <w:jc w:val="center"/>
              <w:rPr>
                <w:noProof/>
                <w:lang w:val="ro-RO"/>
              </w:rPr>
            </w:pPr>
            <w:r w:rsidRPr="004566A6">
              <w:rPr>
                <w:rFonts w:eastAsia="Arial"/>
                <w:b/>
                <w:noProof/>
                <w:sz w:val="16"/>
                <w:lang w:val="ro-RO"/>
              </w:rPr>
              <w:t>1</w:t>
            </w:r>
          </w:p>
        </w:tc>
        <w:tc>
          <w:tcPr>
            <w:tcW w:w="4535" w:type="dxa"/>
            <w:shd w:val="clear" w:color="auto" w:fill="FAFAFA"/>
            <w:tcMar>
              <w:top w:w="60" w:type="dxa"/>
              <w:left w:w="70" w:type="dxa"/>
              <w:bottom w:w="60" w:type="dxa"/>
              <w:right w:w="70" w:type="dxa"/>
            </w:tcMar>
            <w:vAlign w:val="center"/>
          </w:tcPr>
          <w:p w14:paraId="413E8CA6" w14:textId="77777777" w:rsidR="00082454" w:rsidRPr="004566A6" w:rsidRDefault="00000000">
            <w:pPr>
              <w:spacing w:after="0" w:line="240" w:lineRule="auto"/>
              <w:rPr>
                <w:noProof/>
                <w:lang w:val="ro-RO"/>
              </w:rPr>
            </w:pPr>
            <w:r w:rsidRPr="004566A6">
              <w:rPr>
                <w:rFonts w:eastAsia="Arial"/>
                <w:noProof/>
                <w:sz w:val="16"/>
                <w:lang w:val="ro-RO"/>
              </w:rPr>
              <w:t>Context, părți interesate, lucrători și domeniu</w:t>
            </w:r>
          </w:p>
        </w:tc>
        <w:tc>
          <w:tcPr>
            <w:tcW w:w="1474" w:type="dxa"/>
            <w:shd w:val="clear" w:color="auto" w:fill="FAFAFA"/>
            <w:tcMar>
              <w:top w:w="60" w:type="dxa"/>
              <w:left w:w="70" w:type="dxa"/>
              <w:bottom w:w="60" w:type="dxa"/>
              <w:right w:w="70" w:type="dxa"/>
            </w:tcMar>
            <w:vAlign w:val="center"/>
          </w:tcPr>
          <w:p w14:paraId="17A68F41" w14:textId="77777777" w:rsidR="00082454" w:rsidRPr="004566A6" w:rsidRDefault="00082454">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6BD26702" w14:textId="77777777" w:rsidR="00082454" w:rsidRPr="004566A6" w:rsidRDefault="00000000">
            <w:pPr>
              <w:spacing w:after="0" w:line="240" w:lineRule="auto"/>
              <w:jc w:val="center"/>
              <w:rPr>
                <w:noProof/>
                <w:lang w:val="ro-RO"/>
              </w:rPr>
            </w:pPr>
            <w:r w:rsidRPr="004566A6">
              <w:rPr>
                <w:rFonts w:eastAsia="Arial"/>
                <w:noProof/>
                <w:sz w:val="16"/>
                <w:lang w:val="ro-RO"/>
              </w:rPr>
              <w:t>33</w:t>
            </w:r>
          </w:p>
        </w:tc>
        <w:tc>
          <w:tcPr>
            <w:tcW w:w="1474" w:type="dxa"/>
            <w:shd w:val="clear" w:color="auto" w:fill="FAFAFA"/>
            <w:tcMar>
              <w:top w:w="60" w:type="dxa"/>
              <w:left w:w="70" w:type="dxa"/>
              <w:bottom w:w="60" w:type="dxa"/>
              <w:right w:w="70" w:type="dxa"/>
            </w:tcMar>
            <w:vAlign w:val="center"/>
          </w:tcPr>
          <w:p w14:paraId="01C6B2FD" w14:textId="77777777" w:rsidR="00082454" w:rsidRPr="004566A6" w:rsidRDefault="00082454">
            <w:pPr>
              <w:spacing w:after="0" w:line="240" w:lineRule="auto"/>
              <w:jc w:val="center"/>
              <w:rPr>
                <w:noProof/>
                <w:lang w:val="ro-RO"/>
              </w:rPr>
            </w:pPr>
          </w:p>
        </w:tc>
      </w:tr>
      <w:tr w:rsidR="00082454" w:rsidRPr="004566A6" w14:paraId="69329154" w14:textId="77777777">
        <w:trPr>
          <w:jc w:val="center"/>
        </w:trPr>
        <w:tc>
          <w:tcPr>
            <w:tcW w:w="907" w:type="dxa"/>
            <w:tcMar>
              <w:top w:w="60" w:type="dxa"/>
              <w:left w:w="70" w:type="dxa"/>
              <w:bottom w:w="60" w:type="dxa"/>
              <w:right w:w="70" w:type="dxa"/>
            </w:tcMar>
            <w:vAlign w:val="center"/>
          </w:tcPr>
          <w:p w14:paraId="63133FD4" w14:textId="77777777" w:rsidR="00082454" w:rsidRPr="004566A6" w:rsidRDefault="00000000">
            <w:pPr>
              <w:spacing w:after="0" w:line="240" w:lineRule="auto"/>
              <w:jc w:val="center"/>
              <w:rPr>
                <w:noProof/>
                <w:lang w:val="ro-RO"/>
              </w:rPr>
            </w:pPr>
            <w:r w:rsidRPr="004566A6">
              <w:rPr>
                <w:rFonts w:eastAsia="Arial"/>
                <w:b/>
                <w:noProof/>
                <w:sz w:val="16"/>
                <w:lang w:val="ro-RO"/>
              </w:rPr>
              <w:t>2</w:t>
            </w:r>
          </w:p>
        </w:tc>
        <w:tc>
          <w:tcPr>
            <w:tcW w:w="4535" w:type="dxa"/>
            <w:tcMar>
              <w:top w:w="60" w:type="dxa"/>
              <w:left w:w="70" w:type="dxa"/>
              <w:bottom w:w="60" w:type="dxa"/>
              <w:right w:w="70" w:type="dxa"/>
            </w:tcMar>
            <w:vAlign w:val="center"/>
          </w:tcPr>
          <w:p w14:paraId="748496C2" w14:textId="77777777" w:rsidR="00082454" w:rsidRPr="004566A6" w:rsidRDefault="00000000">
            <w:pPr>
              <w:spacing w:after="0" w:line="240" w:lineRule="auto"/>
              <w:rPr>
                <w:noProof/>
                <w:lang w:val="ro-RO"/>
              </w:rPr>
            </w:pPr>
            <w:r w:rsidRPr="004566A6">
              <w:rPr>
                <w:rFonts w:eastAsia="Arial"/>
                <w:noProof/>
                <w:sz w:val="16"/>
                <w:lang w:val="ro-RO"/>
              </w:rPr>
              <w:t>Leadership, politică și responsabilități</w:t>
            </w:r>
          </w:p>
        </w:tc>
        <w:tc>
          <w:tcPr>
            <w:tcW w:w="1474" w:type="dxa"/>
            <w:tcMar>
              <w:top w:w="60" w:type="dxa"/>
              <w:left w:w="70" w:type="dxa"/>
              <w:bottom w:w="60" w:type="dxa"/>
              <w:right w:w="70" w:type="dxa"/>
            </w:tcMar>
            <w:vAlign w:val="center"/>
          </w:tcPr>
          <w:p w14:paraId="1D987C27"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7DDF9864" w14:textId="77777777" w:rsidR="00082454" w:rsidRPr="004566A6" w:rsidRDefault="00000000">
            <w:pPr>
              <w:spacing w:after="0" w:line="240" w:lineRule="auto"/>
              <w:jc w:val="center"/>
              <w:rPr>
                <w:noProof/>
                <w:lang w:val="ro-RO"/>
              </w:rPr>
            </w:pPr>
            <w:r w:rsidRPr="004566A6">
              <w:rPr>
                <w:rFonts w:eastAsia="Arial"/>
                <w:noProof/>
                <w:sz w:val="16"/>
                <w:lang w:val="ro-RO"/>
              </w:rPr>
              <w:t>30</w:t>
            </w:r>
          </w:p>
        </w:tc>
        <w:tc>
          <w:tcPr>
            <w:tcW w:w="1474" w:type="dxa"/>
            <w:tcMar>
              <w:top w:w="60" w:type="dxa"/>
              <w:left w:w="70" w:type="dxa"/>
              <w:bottom w:w="60" w:type="dxa"/>
              <w:right w:w="70" w:type="dxa"/>
            </w:tcMar>
            <w:vAlign w:val="center"/>
          </w:tcPr>
          <w:p w14:paraId="05E62553" w14:textId="77777777" w:rsidR="00082454" w:rsidRPr="004566A6" w:rsidRDefault="00082454">
            <w:pPr>
              <w:spacing w:after="0" w:line="240" w:lineRule="auto"/>
              <w:jc w:val="center"/>
              <w:rPr>
                <w:noProof/>
                <w:lang w:val="ro-RO"/>
              </w:rPr>
            </w:pPr>
          </w:p>
        </w:tc>
      </w:tr>
      <w:tr w:rsidR="00082454" w:rsidRPr="004566A6" w14:paraId="669A552C" w14:textId="77777777">
        <w:trPr>
          <w:jc w:val="center"/>
        </w:trPr>
        <w:tc>
          <w:tcPr>
            <w:tcW w:w="907" w:type="dxa"/>
            <w:shd w:val="clear" w:color="auto" w:fill="FAFAFA"/>
            <w:tcMar>
              <w:top w:w="60" w:type="dxa"/>
              <w:left w:w="70" w:type="dxa"/>
              <w:bottom w:w="60" w:type="dxa"/>
              <w:right w:w="70" w:type="dxa"/>
            </w:tcMar>
            <w:vAlign w:val="center"/>
          </w:tcPr>
          <w:p w14:paraId="53FE3BD9" w14:textId="77777777" w:rsidR="00082454" w:rsidRPr="004566A6" w:rsidRDefault="00000000">
            <w:pPr>
              <w:spacing w:after="0" w:line="240" w:lineRule="auto"/>
              <w:jc w:val="center"/>
              <w:rPr>
                <w:noProof/>
                <w:lang w:val="ro-RO"/>
              </w:rPr>
            </w:pPr>
            <w:r w:rsidRPr="004566A6">
              <w:rPr>
                <w:rFonts w:eastAsia="Arial"/>
                <w:b/>
                <w:noProof/>
                <w:sz w:val="16"/>
                <w:lang w:val="ro-RO"/>
              </w:rPr>
              <w:t>3</w:t>
            </w:r>
          </w:p>
        </w:tc>
        <w:tc>
          <w:tcPr>
            <w:tcW w:w="4535" w:type="dxa"/>
            <w:shd w:val="clear" w:color="auto" w:fill="FAFAFA"/>
            <w:tcMar>
              <w:top w:w="60" w:type="dxa"/>
              <w:left w:w="70" w:type="dxa"/>
              <w:bottom w:w="60" w:type="dxa"/>
              <w:right w:w="70" w:type="dxa"/>
            </w:tcMar>
            <w:vAlign w:val="center"/>
          </w:tcPr>
          <w:p w14:paraId="5B4AE918" w14:textId="77777777" w:rsidR="00082454" w:rsidRPr="004566A6" w:rsidRDefault="00000000">
            <w:pPr>
              <w:spacing w:after="0" w:line="240" w:lineRule="auto"/>
              <w:rPr>
                <w:noProof/>
                <w:lang w:val="ro-RO"/>
              </w:rPr>
            </w:pPr>
            <w:r w:rsidRPr="004566A6">
              <w:rPr>
                <w:rFonts w:eastAsia="Arial"/>
                <w:noProof/>
                <w:sz w:val="16"/>
                <w:lang w:val="ro-RO"/>
              </w:rPr>
              <w:t>Consultarea și participarea lucrătorilor</w:t>
            </w:r>
          </w:p>
        </w:tc>
        <w:tc>
          <w:tcPr>
            <w:tcW w:w="1474" w:type="dxa"/>
            <w:shd w:val="clear" w:color="auto" w:fill="FAFAFA"/>
            <w:tcMar>
              <w:top w:w="60" w:type="dxa"/>
              <w:left w:w="70" w:type="dxa"/>
              <w:bottom w:w="60" w:type="dxa"/>
              <w:right w:w="70" w:type="dxa"/>
            </w:tcMar>
            <w:vAlign w:val="center"/>
          </w:tcPr>
          <w:p w14:paraId="63DD21D2" w14:textId="77777777" w:rsidR="00082454" w:rsidRPr="004566A6" w:rsidRDefault="00082454">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356768E8" w14:textId="77777777" w:rsidR="00082454" w:rsidRPr="004566A6" w:rsidRDefault="00000000">
            <w:pPr>
              <w:spacing w:after="0" w:line="240" w:lineRule="auto"/>
              <w:jc w:val="center"/>
              <w:rPr>
                <w:noProof/>
                <w:lang w:val="ro-RO"/>
              </w:rPr>
            </w:pPr>
            <w:r w:rsidRPr="004566A6">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5B304A2C" w14:textId="77777777" w:rsidR="00082454" w:rsidRPr="004566A6" w:rsidRDefault="00082454">
            <w:pPr>
              <w:spacing w:after="0" w:line="240" w:lineRule="auto"/>
              <w:jc w:val="center"/>
              <w:rPr>
                <w:noProof/>
                <w:lang w:val="ro-RO"/>
              </w:rPr>
            </w:pPr>
          </w:p>
        </w:tc>
      </w:tr>
      <w:tr w:rsidR="00082454" w:rsidRPr="004566A6" w14:paraId="6D152AA1" w14:textId="77777777">
        <w:trPr>
          <w:jc w:val="center"/>
        </w:trPr>
        <w:tc>
          <w:tcPr>
            <w:tcW w:w="907" w:type="dxa"/>
            <w:tcMar>
              <w:top w:w="60" w:type="dxa"/>
              <w:left w:w="70" w:type="dxa"/>
              <w:bottom w:w="60" w:type="dxa"/>
              <w:right w:w="70" w:type="dxa"/>
            </w:tcMar>
            <w:vAlign w:val="center"/>
          </w:tcPr>
          <w:p w14:paraId="49C254FF" w14:textId="77777777" w:rsidR="00082454" w:rsidRPr="004566A6" w:rsidRDefault="00000000">
            <w:pPr>
              <w:spacing w:after="0" w:line="240" w:lineRule="auto"/>
              <w:jc w:val="center"/>
              <w:rPr>
                <w:noProof/>
                <w:lang w:val="ro-RO"/>
              </w:rPr>
            </w:pPr>
            <w:r w:rsidRPr="004566A6">
              <w:rPr>
                <w:rFonts w:eastAsia="Arial"/>
                <w:b/>
                <w:noProof/>
                <w:sz w:val="16"/>
                <w:lang w:val="ro-RO"/>
              </w:rPr>
              <w:t>4</w:t>
            </w:r>
          </w:p>
        </w:tc>
        <w:tc>
          <w:tcPr>
            <w:tcW w:w="4535" w:type="dxa"/>
            <w:tcMar>
              <w:top w:w="60" w:type="dxa"/>
              <w:left w:w="70" w:type="dxa"/>
              <w:bottom w:w="60" w:type="dxa"/>
              <w:right w:w="70" w:type="dxa"/>
            </w:tcMar>
            <w:vAlign w:val="center"/>
          </w:tcPr>
          <w:p w14:paraId="3F439693" w14:textId="77777777" w:rsidR="00082454" w:rsidRPr="004566A6" w:rsidRDefault="00000000">
            <w:pPr>
              <w:spacing w:after="0" w:line="240" w:lineRule="auto"/>
              <w:rPr>
                <w:noProof/>
                <w:lang w:val="ro-RO"/>
              </w:rPr>
            </w:pPr>
            <w:r w:rsidRPr="004566A6">
              <w:rPr>
                <w:rFonts w:eastAsia="Arial"/>
                <w:noProof/>
                <w:sz w:val="16"/>
                <w:lang w:val="ro-RO"/>
              </w:rPr>
              <w:t>Planificare: pericole, riscuri, oportunități și obligații</w:t>
            </w:r>
          </w:p>
        </w:tc>
        <w:tc>
          <w:tcPr>
            <w:tcW w:w="1474" w:type="dxa"/>
            <w:tcMar>
              <w:top w:w="60" w:type="dxa"/>
              <w:left w:w="70" w:type="dxa"/>
              <w:bottom w:w="60" w:type="dxa"/>
              <w:right w:w="70" w:type="dxa"/>
            </w:tcMar>
            <w:vAlign w:val="center"/>
          </w:tcPr>
          <w:p w14:paraId="1EF45A60"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1F3BC79B" w14:textId="77777777" w:rsidR="00082454" w:rsidRPr="004566A6" w:rsidRDefault="00000000">
            <w:pPr>
              <w:spacing w:after="0" w:line="240" w:lineRule="auto"/>
              <w:jc w:val="center"/>
              <w:rPr>
                <w:noProof/>
                <w:lang w:val="ro-RO"/>
              </w:rPr>
            </w:pPr>
            <w:r w:rsidRPr="004566A6">
              <w:rPr>
                <w:rFonts w:eastAsia="Arial"/>
                <w:noProof/>
                <w:sz w:val="16"/>
                <w:lang w:val="ro-RO"/>
              </w:rPr>
              <w:t>48</w:t>
            </w:r>
          </w:p>
        </w:tc>
        <w:tc>
          <w:tcPr>
            <w:tcW w:w="1474" w:type="dxa"/>
            <w:tcMar>
              <w:top w:w="60" w:type="dxa"/>
              <w:left w:w="70" w:type="dxa"/>
              <w:bottom w:w="60" w:type="dxa"/>
              <w:right w:w="70" w:type="dxa"/>
            </w:tcMar>
            <w:vAlign w:val="center"/>
          </w:tcPr>
          <w:p w14:paraId="536537A9" w14:textId="77777777" w:rsidR="00082454" w:rsidRPr="004566A6" w:rsidRDefault="00082454">
            <w:pPr>
              <w:spacing w:after="0" w:line="240" w:lineRule="auto"/>
              <w:jc w:val="center"/>
              <w:rPr>
                <w:noProof/>
                <w:lang w:val="ro-RO"/>
              </w:rPr>
            </w:pPr>
          </w:p>
        </w:tc>
      </w:tr>
      <w:tr w:rsidR="00082454" w:rsidRPr="004566A6" w14:paraId="2A9A69CA" w14:textId="77777777">
        <w:trPr>
          <w:jc w:val="center"/>
        </w:trPr>
        <w:tc>
          <w:tcPr>
            <w:tcW w:w="907" w:type="dxa"/>
            <w:shd w:val="clear" w:color="auto" w:fill="FAFAFA"/>
            <w:tcMar>
              <w:top w:w="60" w:type="dxa"/>
              <w:left w:w="70" w:type="dxa"/>
              <w:bottom w:w="60" w:type="dxa"/>
              <w:right w:w="70" w:type="dxa"/>
            </w:tcMar>
            <w:vAlign w:val="center"/>
          </w:tcPr>
          <w:p w14:paraId="60115354" w14:textId="77777777" w:rsidR="00082454" w:rsidRPr="004566A6" w:rsidRDefault="00000000">
            <w:pPr>
              <w:spacing w:after="0" w:line="240" w:lineRule="auto"/>
              <w:jc w:val="center"/>
              <w:rPr>
                <w:noProof/>
                <w:lang w:val="ro-RO"/>
              </w:rPr>
            </w:pPr>
            <w:r w:rsidRPr="004566A6">
              <w:rPr>
                <w:rFonts w:eastAsia="Arial"/>
                <w:b/>
                <w:noProof/>
                <w:sz w:val="16"/>
                <w:lang w:val="ro-RO"/>
              </w:rPr>
              <w:t>5</w:t>
            </w:r>
          </w:p>
        </w:tc>
        <w:tc>
          <w:tcPr>
            <w:tcW w:w="4535" w:type="dxa"/>
            <w:shd w:val="clear" w:color="auto" w:fill="FAFAFA"/>
            <w:tcMar>
              <w:top w:w="60" w:type="dxa"/>
              <w:left w:w="70" w:type="dxa"/>
              <w:bottom w:w="60" w:type="dxa"/>
              <w:right w:w="70" w:type="dxa"/>
            </w:tcMar>
            <w:vAlign w:val="center"/>
          </w:tcPr>
          <w:p w14:paraId="13B6ACA3" w14:textId="77777777" w:rsidR="00082454" w:rsidRPr="004566A6" w:rsidRDefault="00000000">
            <w:pPr>
              <w:spacing w:after="0" w:line="240" w:lineRule="auto"/>
              <w:rPr>
                <w:noProof/>
                <w:lang w:val="ro-RO"/>
              </w:rPr>
            </w:pPr>
            <w:r w:rsidRPr="004566A6">
              <w:rPr>
                <w:rFonts w:eastAsia="Arial"/>
                <w:noProof/>
                <w:sz w:val="16"/>
                <w:lang w:val="ro-RO"/>
              </w:rPr>
              <w:t>Obiective SSM și planuri</w:t>
            </w:r>
          </w:p>
        </w:tc>
        <w:tc>
          <w:tcPr>
            <w:tcW w:w="1474" w:type="dxa"/>
            <w:shd w:val="clear" w:color="auto" w:fill="FAFAFA"/>
            <w:tcMar>
              <w:top w:w="60" w:type="dxa"/>
              <w:left w:w="70" w:type="dxa"/>
              <w:bottom w:w="60" w:type="dxa"/>
              <w:right w:w="70" w:type="dxa"/>
            </w:tcMar>
            <w:vAlign w:val="center"/>
          </w:tcPr>
          <w:p w14:paraId="6209AB00" w14:textId="77777777" w:rsidR="00082454" w:rsidRPr="004566A6" w:rsidRDefault="00082454">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27F20B46" w14:textId="77777777" w:rsidR="00082454" w:rsidRPr="004566A6" w:rsidRDefault="00000000">
            <w:pPr>
              <w:spacing w:after="0" w:line="240" w:lineRule="auto"/>
              <w:jc w:val="center"/>
              <w:rPr>
                <w:noProof/>
                <w:lang w:val="ro-RO"/>
              </w:rPr>
            </w:pPr>
            <w:r w:rsidRPr="004566A6">
              <w:rPr>
                <w:rFonts w:eastAsia="Arial"/>
                <w:noProof/>
                <w:sz w:val="16"/>
                <w:lang w:val="ro-RO"/>
              </w:rPr>
              <w:t>21</w:t>
            </w:r>
          </w:p>
        </w:tc>
        <w:tc>
          <w:tcPr>
            <w:tcW w:w="1474" w:type="dxa"/>
            <w:shd w:val="clear" w:color="auto" w:fill="FAFAFA"/>
            <w:tcMar>
              <w:top w:w="60" w:type="dxa"/>
              <w:left w:w="70" w:type="dxa"/>
              <w:bottom w:w="60" w:type="dxa"/>
              <w:right w:w="70" w:type="dxa"/>
            </w:tcMar>
            <w:vAlign w:val="center"/>
          </w:tcPr>
          <w:p w14:paraId="0BA741F7" w14:textId="77777777" w:rsidR="00082454" w:rsidRPr="004566A6" w:rsidRDefault="00082454">
            <w:pPr>
              <w:spacing w:after="0" w:line="240" w:lineRule="auto"/>
              <w:jc w:val="center"/>
              <w:rPr>
                <w:noProof/>
                <w:lang w:val="ro-RO"/>
              </w:rPr>
            </w:pPr>
          </w:p>
        </w:tc>
      </w:tr>
      <w:tr w:rsidR="00082454" w:rsidRPr="004566A6" w14:paraId="4B6B6C0F" w14:textId="77777777">
        <w:trPr>
          <w:jc w:val="center"/>
        </w:trPr>
        <w:tc>
          <w:tcPr>
            <w:tcW w:w="907" w:type="dxa"/>
            <w:tcMar>
              <w:top w:w="60" w:type="dxa"/>
              <w:left w:w="70" w:type="dxa"/>
              <w:bottom w:w="60" w:type="dxa"/>
              <w:right w:w="70" w:type="dxa"/>
            </w:tcMar>
            <w:vAlign w:val="center"/>
          </w:tcPr>
          <w:p w14:paraId="00D921AF" w14:textId="77777777" w:rsidR="00082454" w:rsidRPr="004566A6" w:rsidRDefault="00000000">
            <w:pPr>
              <w:spacing w:after="0" w:line="240" w:lineRule="auto"/>
              <w:jc w:val="center"/>
              <w:rPr>
                <w:noProof/>
                <w:lang w:val="ro-RO"/>
              </w:rPr>
            </w:pPr>
            <w:r w:rsidRPr="004566A6">
              <w:rPr>
                <w:rFonts w:eastAsia="Arial"/>
                <w:b/>
                <w:noProof/>
                <w:sz w:val="16"/>
                <w:lang w:val="ro-RO"/>
              </w:rPr>
              <w:t>6</w:t>
            </w:r>
          </w:p>
        </w:tc>
        <w:tc>
          <w:tcPr>
            <w:tcW w:w="4535" w:type="dxa"/>
            <w:tcMar>
              <w:top w:w="60" w:type="dxa"/>
              <w:left w:w="70" w:type="dxa"/>
              <w:bottom w:w="60" w:type="dxa"/>
              <w:right w:w="70" w:type="dxa"/>
            </w:tcMar>
            <w:vAlign w:val="center"/>
          </w:tcPr>
          <w:p w14:paraId="24EDEC00" w14:textId="77777777" w:rsidR="00082454" w:rsidRPr="004566A6" w:rsidRDefault="00000000">
            <w:pPr>
              <w:spacing w:after="0" w:line="240" w:lineRule="auto"/>
              <w:rPr>
                <w:noProof/>
                <w:lang w:val="ro-RO"/>
              </w:rPr>
            </w:pPr>
            <w:r w:rsidRPr="004566A6">
              <w:rPr>
                <w:rFonts w:eastAsia="Arial"/>
                <w:noProof/>
                <w:sz w:val="16"/>
                <w:lang w:val="ro-RO"/>
              </w:rPr>
              <w:t>Suport: resurse, competență, conștientizare, comunicare și documente</w:t>
            </w:r>
          </w:p>
        </w:tc>
        <w:tc>
          <w:tcPr>
            <w:tcW w:w="1474" w:type="dxa"/>
            <w:tcMar>
              <w:top w:w="60" w:type="dxa"/>
              <w:left w:w="70" w:type="dxa"/>
              <w:bottom w:w="60" w:type="dxa"/>
              <w:right w:w="70" w:type="dxa"/>
            </w:tcMar>
            <w:vAlign w:val="center"/>
          </w:tcPr>
          <w:p w14:paraId="56838308"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0E46B6BE" w14:textId="77777777" w:rsidR="00082454" w:rsidRPr="004566A6" w:rsidRDefault="00000000">
            <w:pPr>
              <w:spacing w:after="0" w:line="240" w:lineRule="auto"/>
              <w:jc w:val="center"/>
              <w:rPr>
                <w:noProof/>
                <w:lang w:val="ro-RO"/>
              </w:rPr>
            </w:pPr>
            <w:r w:rsidRPr="004566A6">
              <w:rPr>
                <w:rFonts w:eastAsia="Arial"/>
                <w:noProof/>
                <w:sz w:val="16"/>
                <w:lang w:val="ro-RO"/>
              </w:rPr>
              <w:t>36</w:t>
            </w:r>
          </w:p>
        </w:tc>
        <w:tc>
          <w:tcPr>
            <w:tcW w:w="1474" w:type="dxa"/>
            <w:tcMar>
              <w:top w:w="60" w:type="dxa"/>
              <w:left w:w="70" w:type="dxa"/>
              <w:bottom w:w="60" w:type="dxa"/>
              <w:right w:w="70" w:type="dxa"/>
            </w:tcMar>
            <w:vAlign w:val="center"/>
          </w:tcPr>
          <w:p w14:paraId="49DD5750" w14:textId="77777777" w:rsidR="00082454" w:rsidRPr="004566A6" w:rsidRDefault="00082454">
            <w:pPr>
              <w:spacing w:after="0" w:line="240" w:lineRule="auto"/>
              <w:jc w:val="center"/>
              <w:rPr>
                <w:noProof/>
                <w:lang w:val="ro-RO"/>
              </w:rPr>
            </w:pPr>
          </w:p>
        </w:tc>
      </w:tr>
      <w:tr w:rsidR="00082454" w:rsidRPr="004566A6" w14:paraId="19DF5BB4" w14:textId="77777777">
        <w:trPr>
          <w:jc w:val="center"/>
        </w:trPr>
        <w:tc>
          <w:tcPr>
            <w:tcW w:w="907" w:type="dxa"/>
            <w:shd w:val="clear" w:color="auto" w:fill="FAFAFA"/>
            <w:tcMar>
              <w:top w:w="60" w:type="dxa"/>
              <w:left w:w="70" w:type="dxa"/>
              <w:bottom w:w="60" w:type="dxa"/>
              <w:right w:w="70" w:type="dxa"/>
            </w:tcMar>
            <w:vAlign w:val="center"/>
          </w:tcPr>
          <w:p w14:paraId="731D46AD" w14:textId="77777777" w:rsidR="00082454" w:rsidRPr="004566A6" w:rsidRDefault="00000000">
            <w:pPr>
              <w:spacing w:after="0" w:line="240" w:lineRule="auto"/>
              <w:jc w:val="center"/>
              <w:rPr>
                <w:noProof/>
                <w:lang w:val="ro-RO"/>
              </w:rPr>
            </w:pPr>
            <w:r w:rsidRPr="004566A6">
              <w:rPr>
                <w:rFonts w:eastAsia="Arial"/>
                <w:b/>
                <w:noProof/>
                <w:sz w:val="16"/>
                <w:lang w:val="ro-RO"/>
              </w:rPr>
              <w:t>7</w:t>
            </w:r>
          </w:p>
        </w:tc>
        <w:tc>
          <w:tcPr>
            <w:tcW w:w="4535" w:type="dxa"/>
            <w:shd w:val="clear" w:color="auto" w:fill="FAFAFA"/>
            <w:tcMar>
              <w:top w:w="60" w:type="dxa"/>
              <w:left w:w="70" w:type="dxa"/>
              <w:bottom w:w="60" w:type="dxa"/>
              <w:right w:w="70" w:type="dxa"/>
            </w:tcMar>
            <w:vAlign w:val="center"/>
          </w:tcPr>
          <w:p w14:paraId="452D42C6" w14:textId="77777777" w:rsidR="00082454" w:rsidRPr="004566A6" w:rsidRDefault="00000000">
            <w:pPr>
              <w:spacing w:after="0" w:line="240" w:lineRule="auto"/>
              <w:rPr>
                <w:noProof/>
                <w:lang w:val="ro-RO"/>
              </w:rPr>
            </w:pPr>
            <w:r w:rsidRPr="004566A6">
              <w:rPr>
                <w:rFonts w:eastAsia="Arial"/>
                <w:noProof/>
                <w:sz w:val="16"/>
                <w:lang w:val="ro-RO"/>
              </w:rPr>
              <w:t>Control operațional, ierarhia controalelor și achiziții</w:t>
            </w:r>
          </w:p>
        </w:tc>
        <w:tc>
          <w:tcPr>
            <w:tcW w:w="1474" w:type="dxa"/>
            <w:shd w:val="clear" w:color="auto" w:fill="FAFAFA"/>
            <w:tcMar>
              <w:top w:w="60" w:type="dxa"/>
              <w:left w:w="70" w:type="dxa"/>
              <w:bottom w:w="60" w:type="dxa"/>
              <w:right w:w="70" w:type="dxa"/>
            </w:tcMar>
            <w:vAlign w:val="center"/>
          </w:tcPr>
          <w:p w14:paraId="74677D5E" w14:textId="77777777" w:rsidR="00082454" w:rsidRPr="004566A6" w:rsidRDefault="00082454">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41417E60" w14:textId="77777777" w:rsidR="00082454" w:rsidRPr="004566A6" w:rsidRDefault="00000000">
            <w:pPr>
              <w:spacing w:after="0" w:line="240" w:lineRule="auto"/>
              <w:jc w:val="center"/>
              <w:rPr>
                <w:noProof/>
                <w:lang w:val="ro-RO"/>
              </w:rPr>
            </w:pPr>
            <w:r w:rsidRPr="004566A6">
              <w:rPr>
                <w:rFonts w:eastAsia="Arial"/>
                <w:noProof/>
                <w:sz w:val="16"/>
                <w:lang w:val="ro-RO"/>
              </w:rPr>
              <w:t>48</w:t>
            </w:r>
          </w:p>
        </w:tc>
        <w:tc>
          <w:tcPr>
            <w:tcW w:w="1474" w:type="dxa"/>
            <w:shd w:val="clear" w:color="auto" w:fill="FAFAFA"/>
            <w:tcMar>
              <w:top w:w="60" w:type="dxa"/>
              <w:left w:w="70" w:type="dxa"/>
              <w:bottom w:w="60" w:type="dxa"/>
              <w:right w:w="70" w:type="dxa"/>
            </w:tcMar>
            <w:vAlign w:val="center"/>
          </w:tcPr>
          <w:p w14:paraId="089A1334" w14:textId="77777777" w:rsidR="00082454" w:rsidRPr="004566A6" w:rsidRDefault="00082454">
            <w:pPr>
              <w:spacing w:after="0" w:line="240" w:lineRule="auto"/>
              <w:jc w:val="center"/>
              <w:rPr>
                <w:noProof/>
                <w:lang w:val="ro-RO"/>
              </w:rPr>
            </w:pPr>
          </w:p>
        </w:tc>
      </w:tr>
      <w:tr w:rsidR="00082454" w:rsidRPr="004566A6" w14:paraId="2FA7E48B" w14:textId="77777777">
        <w:trPr>
          <w:jc w:val="center"/>
        </w:trPr>
        <w:tc>
          <w:tcPr>
            <w:tcW w:w="907" w:type="dxa"/>
            <w:tcMar>
              <w:top w:w="60" w:type="dxa"/>
              <w:left w:w="70" w:type="dxa"/>
              <w:bottom w:w="60" w:type="dxa"/>
              <w:right w:w="70" w:type="dxa"/>
            </w:tcMar>
            <w:vAlign w:val="center"/>
          </w:tcPr>
          <w:p w14:paraId="28CDC981" w14:textId="77777777" w:rsidR="00082454" w:rsidRPr="004566A6" w:rsidRDefault="00000000">
            <w:pPr>
              <w:spacing w:after="0" w:line="240" w:lineRule="auto"/>
              <w:jc w:val="center"/>
              <w:rPr>
                <w:noProof/>
                <w:lang w:val="ro-RO"/>
              </w:rPr>
            </w:pPr>
            <w:r w:rsidRPr="004566A6">
              <w:rPr>
                <w:rFonts w:eastAsia="Arial"/>
                <w:b/>
                <w:noProof/>
                <w:sz w:val="16"/>
                <w:lang w:val="ro-RO"/>
              </w:rPr>
              <w:t>8</w:t>
            </w:r>
          </w:p>
        </w:tc>
        <w:tc>
          <w:tcPr>
            <w:tcW w:w="4535" w:type="dxa"/>
            <w:tcMar>
              <w:top w:w="60" w:type="dxa"/>
              <w:left w:w="70" w:type="dxa"/>
              <w:bottom w:w="60" w:type="dxa"/>
              <w:right w:w="70" w:type="dxa"/>
            </w:tcMar>
            <w:vAlign w:val="center"/>
          </w:tcPr>
          <w:p w14:paraId="79B82DC8" w14:textId="77777777" w:rsidR="00082454" w:rsidRPr="004566A6" w:rsidRDefault="00000000">
            <w:pPr>
              <w:spacing w:after="0" w:line="240" w:lineRule="auto"/>
              <w:rPr>
                <w:noProof/>
                <w:lang w:val="ro-RO"/>
              </w:rPr>
            </w:pPr>
            <w:r w:rsidRPr="004566A6">
              <w:rPr>
                <w:rFonts w:eastAsia="Arial"/>
                <w:noProof/>
                <w:sz w:val="16"/>
                <w:lang w:val="ro-RO"/>
              </w:rPr>
              <w:t>Pregătire și răspuns la situații de urgență</w:t>
            </w:r>
          </w:p>
        </w:tc>
        <w:tc>
          <w:tcPr>
            <w:tcW w:w="1474" w:type="dxa"/>
            <w:tcMar>
              <w:top w:w="60" w:type="dxa"/>
              <w:left w:w="70" w:type="dxa"/>
              <w:bottom w:w="60" w:type="dxa"/>
              <w:right w:w="70" w:type="dxa"/>
            </w:tcMar>
            <w:vAlign w:val="center"/>
          </w:tcPr>
          <w:p w14:paraId="29C13C48"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75325BE9" w14:textId="77777777" w:rsidR="00082454" w:rsidRPr="004566A6" w:rsidRDefault="00000000">
            <w:pPr>
              <w:spacing w:after="0" w:line="240" w:lineRule="auto"/>
              <w:jc w:val="center"/>
              <w:rPr>
                <w:noProof/>
                <w:lang w:val="ro-RO"/>
              </w:rPr>
            </w:pPr>
            <w:r w:rsidRPr="004566A6">
              <w:rPr>
                <w:rFonts w:eastAsia="Arial"/>
                <w:noProof/>
                <w:sz w:val="16"/>
                <w:lang w:val="ro-RO"/>
              </w:rPr>
              <w:t>21</w:t>
            </w:r>
          </w:p>
        </w:tc>
        <w:tc>
          <w:tcPr>
            <w:tcW w:w="1474" w:type="dxa"/>
            <w:tcMar>
              <w:top w:w="60" w:type="dxa"/>
              <w:left w:w="70" w:type="dxa"/>
              <w:bottom w:w="60" w:type="dxa"/>
              <w:right w:w="70" w:type="dxa"/>
            </w:tcMar>
            <w:vAlign w:val="center"/>
          </w:tcPr>
          <w:p w14:paraId="27FCFDF8" w14:textId="77777777" w:rsidR="00082454" w:rsidRPr="004566A6" w:rsidRDefault="00082454">
            <w:pPr>
              <w:spacing w:after="0" w:line="240" w:lineRule="auto"/>
              <w:jc w:val="center"/>
              <w:rPr>
                <w:noProof/>
                <w:lang w:val="ro-RO"/>
              </w:rPr>
            </w:pPr>
          </w:p>
        </w:tc>
      </w:tr>
      <w:tr w:rsidR="00082454" w:rsidRPr="004566A6" w14:paraId="76D255C9" w14:textId="77777777">
        <w:trPr>
          <w:jc w:val="center"/>
        </w:trPr>
        <w:tc>
          <w:tcPr>
            <w:tcW w:w="907" w:type="dxa"/>
            <w:shd w:val="clear" w:color="auto" w:fill="FAFAFA"/>
            <w:tcMar>
              <w:top w:w="60" w:type="dxa"/>
              <w:left w:w="70" w:type="dxa"/>
              <w:bottom w:w="60" w:type="dxa"/>
              <w:right w:w="70" w:type="dxa"/>
            </w:tcMar>
            <w:vAlign w:val="center"/>
          </w:tcPr>
          <w:p w14:paraId="56F76CFB" w14:textId="77777777" w:rsidR="00082454" w:rsidRPr="004566A6" w:rsidRDefault="00000000">
            <w:pPr>
              <w:spacing w:after="0" w:line="240" w:lineRule="auto"/>
              <w:jc w:val="center"/>
              <w:rPr>
                <w:noProof/>
                <w:lang w:val="ro-RO"/>
              </w:rPr>
            </w:pPr>
            <w:r w:rsidRPr="004566A6">
              <w:rPr>
                <w:rFonts w:eastAsia="Arial"/>
                <w:b/>
                <w:noProof/>
                <w:sz w:val="16"/>
                <w:lang w:val="ro-RO"/>
              </w:rPr>
              <w:t>9</w:t>
            </w:r>
          </w:p>
        </w:tc>
        <w:tc>
          <w:tcPr>
            <w:tcW w:w="4535" w:type="dxa"/>
            <w:shd w:val="clear" w:color="auto" w:fill="FAFAFA"/>
            <w:tcMar>
              <w:top w:w="60" w:type="dxa"/>
              <w:left w:w="70" w:type="dxa"/>
              <w:bottom w:w="60" w:type="dxa"/>
              <w:right w:w="70" w:type="dxa"/>
            </w:tcMar>
            <w:vAlign w:val="center"/>
          </w:tcPr>
          <w:p w14:paraId="6D1CB3C5" w14:textId="77777777" w:rsidR="00082454" w:rsidRPr="004566A6" w:rsidRDefault="00000000">
            <w:pPr>
              <w:spacing w:after="0" w:line="240" w:lineRule="auto"/>
              <w:rPr>
                <w:noProof/>
                <w:lang w:val="ro-RO"/>
              </w:rPr>
            </w:pPr>
            <w:r w:rsidRPr="004566A6">
              <w:rPr>
                <w:rFonts w:eastAsia="Arial"/>
                <w:noProof/>
                <w:sz w:val="16"/>
                <w:lang w:val="ro-RO"/>
              </w:rPr>
              <w:t>Monitorizare, conformare, audit și analiza conducerii</w:t>
            </w:r>
          </w:p>
        </w:tc>
        <w:tc>
          <w:tcPr>
            <w:tcW w:w="1474" w:type="dxa"/>
            <w:shd w:val="clear" w:color="auto" w:fill="FAFAFA"/>
            <w:tcMar>
              <w:top w:w="60" w:type="dxa"/>
              <w:left w:w="70" w:type="dxa"/>
              <w:bottom w:w="60" w:type="dxa"/>
              <w:right w:w="70" w:type="dxa"/>
            </w:tcMar>
            <w:vAlign w:val="center"/>
          </w:tcPr>
          <w:p w14:paraId="01297D90" w14:textId="77777777" w:rsidR="00082454" w:rsidRPr="004566A6" w:rsidRDefault="00082454">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2FC2AD7E" w14:textId="77777777" w:rsidR="00082454" w:rsidRPr="004566A6" w:rsidRDefault="00000000">
            <w:pPr>
              <w:spacing w:after="0" w:line="240" w:lineRule="auto"/>
              <w:jc w:val="center"/>
              <w:rPr>
                <w:noProof/>
                <w:lang w:val="ro-RO"/>
              </w:rPr>
            </w:pPr>
            <w:r w:rsidRPr="004566A6">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5A868CBF" w14:textId="77777777" w:rsidR="00082454" w:rsidRPr="004566A6" w:rsidRDefault="00082454">
            <w:pPr>
              <w:spacing w:after="0" w:line="240" w:lineRule="auto"/>
              <w:jc w:val="center"/>
              <w:rPr>
                <w:noProof/>
                <w:lang w:val="ro-RO"/>
              </w:rPr>
            </w:pPr>
          </w:p>
        </w:tc>
      </w:tr>
      <w:tr w:rsidR="00082454" w:rsidRPr="004566A6" w14:paraId="6D599930" w14:textId="77777777">
        <w:trPr>
          <w:jc w:val="center"/>
        </w:trPr>
        <w:tc>
          <w:tcPr>
            <w:tcW w:w="907" w:type="dxa"/>
            <w:tcMar>
              <w:top w:w="60" w:type="dxa"/>
              <w:left w:w="70" w:type="dxa"/>
              <w:bottom w:w="60" w:type="dxa"/>
              <w:right w:w="70" w:type="dxa"/>
            </w:tcMar>
            <w:vAlign w:val="center"/>
          </w:tcPr>
          <w:p w14:paraId="7E31F2CE" w14:textId="77777777" w:rsidR="00082454" w:rsidRPr="004566A6" w:rsidRDefault="00000000">
            <w:pPr>
              <w:spacing w:after="0" w:line="240" w:lineRule="auto"/>
              <w:jc w:val="center"/>
              <w:rPr>
                <w:noProof/>
                <w:lang w:val="ro-RO"/>
              </w:rPr>
            </w:pPr>
            <w:r w:rsidRPr="004566A6">
              <w:rPr>
                <w:rFonts w:eastAsia="Arial"/>
                <w:b/>
                <w:noProof/>
                <w:sz w:val="16"/>
                <w:lang w:val="ro-RO"/>
              </w:rPr>
              <w:t>10</w:t>
            </w:r>
          </w:p>
        </w:tc>
        <w:tc>
          <w:tcPr>
            <w:tcW w:w="4535" w:type="dxa"/>
            <w:tcMar>
              <w:top w:w="60" w:type="dxa"/>
              <w:left w:w="70" w:type="dxa"/>
              <w:bottom w:w="60" w:type="dxa"/>
              <w:right w:w="70" w:type="dxa"/>
            </w:tcMar>
            <w:vAlign w:val="center"/>
          </w:tcPr>
          <w:p w14:paraId="5D3CD387" w14:textId="77777777" w:rsidR="00082454" w:rsidRPr="004566A6" w:rsidRDefault="00000000">
            <w:pPr>
              <w:spacing w:after="0" w:line="240" w:lineRule="auto"/>
              <w:rPr>
                <w:noProof/>
                <w:lang w:val="ro-RO"/>
              </w:rPr>
            </w:pPr>
            <w:r w:rsidRPr="004566A6">
              <w:rPr>
                <w:rFonts w:eastAsia="Arial"/>
                <w:noProof/>
                <w:sz w:val="16"/>
                <w:lang w:val="ro-RO"/>
              </w:rPr>
              <w:t>Incidente, neconformități, îmbunătățire și pregătirea certificării</w:t>
            </w:r>
          </w:p>
        </w:tc>
        <w:tc>
          <w:tcPr>
            <w:tcW w:w="1474" w:type="dxa"/>
            <w:tcMar>
              <w:top w:w="60" w:type="dxa"/>
              <w:left w:w="70" w:type="dxa"/>
              <w:bottom w:w="60" w:type="dxa"/>
              <w:right w:w="70" w:type="dxa"/>
            </w:tcMar>
            <w:vAlign w:val="center"/>
          </w:tcPr>
          <w:p w14:paraId="018BC447" w14:textId="77777777" w:rsidR="00082454" w:rsidRPr="004566A6" w:rsidRDefault="00082454">
            <w:pPr>
              <w:spacing w:after="0" w:line="240" w:lineRule="auto"/>
              <w:jc w:val="center"/>
              <w:rPr>
                <w:noProof/>
                <w:lang w:val="ro-RO"/>
              </w:rPr>
            </w:pPr>
          </w:p>
        </w:tc>
        <w:tc>
          <w:tcPr>
            <w:tcW w:w="1474" w:type="dxa"/>
            <w:tcMar>
              <w:top w:w="60" w:type="dxa"/>
              <w:left w:w="70" w:type="dxa"/>
              <w:bottom w:w="60" w:type="dxa"/>
              <w:right w:w="70" w:type="dxa"/>
            </w:tcMar>
            <w:vAlign w:val="center"/>
          </w:tcPr>
          <w:p w14:paraId="69F59049" w14:textId="77777777" w:rsidR="00082454" w:rsidRPr="004566A6" w:rsidRDefault="00000000">
            <w:pPr>
              <w:spacing w:after="0" w:line="240" w:lineRule="auto"/>
              <w:jc w:val="center"/>
              <w:rPr>
                <w:noProof/>
                <w:lang w:val="ro-RO"/>
              </w:rPr>
            </w:pPr>
            <w:r w:rsidRPr="004566A6">
              <w:rPr>
                <w:rFonts w:eastAsia="Arial"/>
                <w:noProof/>
                <w:sz w:val="16"/>
                <w:lang w:val="ro-RO"/>
              </w:rPr>
              <w:t>42</w:t>
            </w:r>
          </w:p>
        </w:tc>
        <w:tc>
          <w:tcPr>
            <w:tcW w:w="1474" w:type="dxa"/>
            <w:tcMar>
              <w:top w:w="60" w:type="dxa"/>
              <w:left w:w="70" w:type="dxa"/>
              <w:bottom w:w="60" w:type="dxa"/>
              <w:right w:w="70" w:type="dxa"/>
            </w:tcMar>
            <w:vAlign w:val="center"/>
          </w:tcPr>
          <w:p w14:paraId="0CAD3F14" w14:textId="77777777" w:rsidR="00082454" w:rsidRPr="004566A6" w:rsidRDefault="00082454">
            <w:pPr>
              <w:spacing w:after="0" w:line="240" w:lineRule="auto"/>
              <w:jc w:val="center"/>
              <w:rPr>
                <w:noProof/>
                <w:lang w:val="ro-RO"/>
              </w:rPr>
            </w:pPr>
          </w:p>
        </w:tc>
      </w:tr>
      <w:tr w:rsidR="00082454" w:rsidRPr="004566A6" w14:paraId="74AD8EE7" w14:textId="77777777">
        <w:trPr>
          <w:jc w:val="center"/>
        </w:trPr>
        <w:tc>
          <w:tcPr>
            <w:tcW w:w="907" w:type="dxa"/>
            <w:shd w:val="clear" w:color="auto" w:fill="FCEBEC"/>
            <w:tcMar>
              <w:top w:w="60" w:type="dxa"/>
              <w:left w:w="70" w:type="dxa"/>
              <w:bottom w:w="60" w:type="dxa"/>
              <w:right w:w="70" w:type="dxa"/>
            </w:tcMar>
            <w:vAlign w:val="center"/>
          </w:tcPr>
          <w:p w14:paraId="2156A5C0" w14:textId="77777777" w:rsidR="00082454" w:rsidRPr="004566A6" w:rsidRDefault="00082454">
            <w:pPr>
              <w:spacing w:after="0" w:line="240" w:lineRule="auto"/>
              <w:jc w:val="center"/>
              <w:rPr>
                <w:noProof/>
                <w:lang w:val="ro-RO"/>
              </w:rPr>
            </w:pPr>
          </w:p>
        </w:tc>
        <w:tc>
          <w:tcPr>
            <w:tcW w:w="4535" w:type="dxa"/>
            <w:shd w:val="clear" w:color="auto" w:fill="FCEBEC"/>
            <w:tcMar>
              <w:top w:w="60" w:type="dxa"/>
              <w:left w:w="70" w:type="dxa"/>
              <w:bottom w:w="60" w:type="dxa"/>
              <w:right w:w="70" w:type="dxa"/>
            </w:tcMar>
            <w:vAlign w:val="center"/>
          </w:tcPr>
          <w:p w14:paraId="14216C07" w14:textId="77777777" w:rsidR="00082454" w:rsidRPr="004566A6" w:rsidRDefault="00000000">
            <w:pPr>
              <w:spacing w:after="0" w:line="240" w:lineRule="auto"/>
              <w:rPr>
                <w:noProof/>
                <w:lang w:val="ro-RO"/>
              </w:rPr>
            </w:pPr>
            <w:r w:rsidRPr="004566A6">
              <w:rPr>
                <w:rFonts w:eastAsia="Arial"/>
                <w:b/>
                <w:noProof/>
                <w:sz w:val="16"/>
                <w:lang w:val="ro-RO"/>
              </w:rPr>
              <w:t>TOTAL</w:t>
            </w:r>
          </w:p>
        </w:tc>
        <w:tc>
          <w:tcPr>
            <w:tcW w:w="1474" w:type="dxa"/>
            <w:shd w:val="clear" w:color="auto" w:fill="FCEBEC"/>
            <w:tcMar>
              <w:top w:w="60" w:type="dxa"/>
              <w:left w:w="70" w:type="dxa"/>
              <w:bottom w:w="60" w:type="dxa"/>
              <w:right w:w="70" w:type="dxa"/>
            </w:tcMar>
            <w:vAlign w:val="center"/>
          </w:tcPr>
          <w:p w14:paraId="613A01A3" w14:textId="77777777" w:rsidR="00082454" w:rsidRPr="004566A6" w:rsidRDefault="00082454">
            <w:pPr>
              <w:spacing w:after="0" w:line="240" w:lineRule="auto"/>
              <w:jc w:val="center"/>
              <w:rPr>
                <w:noProof/>
                <w:lang w:val="ro-RO"/>
              </w:rPr>
            </w:pPr>
          </w:p>
        </w:tc>
        <w:tc>
          <w:tcPr>
            <w:tcW w:w="1474" w:type="dxa"/>
            <w:shd w:val="clear" w:color="auto" w:fill="FCEBEC"/>
            <w:tcMar>
              <w:top w:w="60" w:type="dxa"/>
              <w:left w:w="70" w:type="dxa"/>
              <w:bottom w:w="60" w:type="dxa"/>
              <w:right w:w="70" w:type="dxa"/>
            </w:tcMar>
            <w:vAlign w:val="center"/>
          </w:tcPr>
          <w:p w14:paraId="095DB3CB" w14:textId="77777777" w:rsidR="00082454" w:rsidRPr="004566A6" w:rsidRDefault="00000000">
            <w:pPr>
              <w:spacing w:after="0" w:line="240" w:lineRule="auto"/>
              <w:jc w:val="center"/>
              <w:rPr>
                <w:noProof/>
                <w:lang w:val="ro-RO"/>
              </w:rPr>
            </w:pPr>
            <w:r w:rsidRPr="004566A6">
              <w:rPr>
                <w:rFonts w:eastAsia="Arial"/>
                <w:b/>
                <w:noProof/>
                <w:sz w:val="16"/>
                <w:lang w:val="ro-RO"/>
              </w:rPr>
              <w:t>375</w:t>
            </w:r>
          </w:p>
        </w:tc>
        <w:tc>
          <w:tcPr>
            <w:tcW w:w="1474" w:type="dxa"/>
            <w:shd w:val="clear" w:color="auto" w:fill="FCEBEC"/>
            <w:tcMar>
              <w:top w:w="60" w:type="dxa"/>
              <w:left w:w="70" w:type="dxa"/>
              <w:bottom w:w="60" w:type="dxa"/>
              <w:right w:w="70" w:type="dxa"/>
            </w:tcMar>
            <w:vAlign w:val="center"/>
          </w:tcPr>
          <w:p w14:paraId="6AC72399" w14:textId="77777777" w:rsidR="00082454" w:rsidRPr="004566A6" w:rsidRDefault="00082454">
            <w:pPr>
              <w:spacing w:after="0" w:line="240" w:lineRule="auto"/>
              <w:jc w:val="center"/>
              <w:rPr>
                <w:noProof/>
                <w:lang w:val="ro-RO"/>
              </w:rPr>
            </w:pPr>
          </w:p>
        </w:tc>
      </w:tr>
    </w:tbl>
    <w:p w14:paraId="41502A88" w14:textId="77777777" w:rsidR="00082454" w:rsidRPr="004566A6" w:rsidRDefault="00000000">
      <w:pPr>
        <w:pStyle w:val="Heading2"/>
        <w:rPr>
          <w:noProof/>
          <w:lang w:val="ro-RO"/>
        </w:rPr>
      </w:pPr>
      <w:r w:rsidRPr="004566A6">
        <w:rPr>
          <w:noProof/>
          <w:lang w:val="ro-RO"/>
        </w:rPr>
        <w:t>Interpretare managerială orientativă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021"/>
        <w:gridCol w:w="3118"/>
        <w:gridCol w:w="5159"/>
      </w:tblGrid>
      <w:tr w:rsidR="00082454" w:rsidRPr="004566A6" w14:paraId="6607F5FA" w14:textId="77777777">
        <w:trPr>
          <w:cantSplit/>
          <w:jc w:val="center"/>
        </w:trPr>
        <w:tc>
          <w:tcPr>
            <w:tcW w:w="1587" w:type="dxa"/>
            <w:gridSpan w:val="2"/>
            <w:shd w:val="clear" w:color="auto" w:fill="D71920"/>
            <w:tcMar>
              <w:top w:w="60" w:type="dxa"/>
              <w:left w:w="70" w:type="dxa"/>
              <w:bottom w:w="60" w:type="dxa"/>
              <w:right w:w="70" w:type="dxa"/>
            </w:tcMar>
            <w:vAlign w:val="center"/>
          </w:tcPr>
          <w:p w14:paraId="3B7C6B90" w14:textId="77777777" w:rsidR="00082454" w:rsidRPr="004566A6" w:rsidRDefault="00000000">
            <w:pPr>
              <w:spacing w:after="0" w:line="240" w:lineRule="auto"/>
              <w:jc w:val="center"/>
              <w:rPr>
                <w:noProof/>
                <w:lang w:val="ro-RO"/>
              </w:rPr>
            </w:pPr>
            <w:r w:rsidRPr="004566A6">
              <w:rPr>
                <w:rFonts w:eastAsia="Arial"/>
                <w:b/>
                <w:noProof/>
                <w:color w:val="FFFFFF"/>
                <w:sz w:val="16"/>
                <w:lang w:val="ro-RO"/>
              </w:rPr>
              <w:t>Sub 50%</w:t>
            </w:r>
          </w:p>
        </w:tc>
        <w:tc>
          <w:tcPr>
            <w:tcW w:w="3118" w:type="dxa"/>
            <w:shd w:val="clear" w:color="auto" w:fill="F3F4F5"/>
            <w:tcMar>
              <w:top w:w="60" w:type="dxa"/>
              <w:left w:w="70" w:type="dxa"/>
              <w:bottom w:w="60" w:type="dxa"/>
              <w:right w:w="70" w:type="dxa"/>
            </w:tcMar>
            <w:vAlign w:val="center"/>
          </w:tcPr>
          <w:p w14:paraId="2F374A15" w14:textId="77777777" w:rsidR="00082454" w:rsidRPr="004566A6" w:rsidRDefault="00000000">
            <w:pPr>
              <w:spacing w:after="0" w:line="240" w:lineRule="auto"/>
              <w:rPr>
                <w:noProof/>
                <w:lang w:val="ro-RO"/>
              </w:rPr>
            </w:pPr>
            <w:r w:rsidRPr="004566A6">
              <w:rPr>
                <w:rFonts w:eastAsia="Arial"/>
                <w:b/>
                <w:noProof/>
                <w:sz w:val="16"/>
                <w:lang w:val="ro-RO"/>
              </w:rPr>
              <w:t>Sistem incipient</w:t>
            </w:r>
          </w:p>
        </w:tc>
        <w:tc>
          <w:tcPr>
            <w:tcW w:w="5159" w:type="dxa"/>
            <w:tcMar>
              <w:top w:w="60" w:type="dxa"/>
              <w:left w:w="70" w:type="dxa"/>
              <w:bottom w:w="60" w:type="dxa"/>
              <w:right w:w="70" w:type="dxa"/>
            </w:tcMar>
            <w:vAlign w:val="center"/>
          </w:tcPr>
          <w:p w14:paraId="7721C824" w14:textId="77777777" w:rsidR="00082454" w:rsidRPr="004566A6" w:rsidRDefault="00000000">
            <w:pPr>
              <w:spacing w:after="0" w:line="240" w:lineRule="auto"/>
              <w:rPr>
                <w:noProof/>
                <w:lang w:val="ro-RO"/>
              </w:rPr>
            </w:pPr>
            <w:r w:rsidRPr="004566A6">
              <w:rPr>
                <w:rFonts w:eastAsia="Arial"/>
                <w:noProof/>
                <w:sz w:val="16"/>
                <w:lang w:val="ro-RO"/>
              </w:rPr>
              <w:t>Prioritizați cerințele cu risc ridicat și construiți dovezi de aplicare.</w:t>
            </w:r>
          </w:p>
        </w:tc>
      </w:tr>
      <w:tr w:rsidR="00082454" w:rsidRPr="004566A6" w14:paraId="29D97AB9" w14:textId="77777777">
        <w:trPr>
          <w:cantSplit/>
          <w:jc w:val="center"/>
        </w:trPr>
        <w:tc>
          <w:tcPr>
            <w:tcW w:w="1587" w:type="dxa"/>
            <w:gridSpan w:val="2"/>
            <w:shd w:val="clear" w:color="auto" w:fill="D71920"/>
            <w:tcMar>
              <w:top w:w="60" w:type="dxa"/>
              <w:left w:w="70" w:type="dxa"/>
              <w:bottom w:w="60" w:type="dxa"/>
              <w:right w:w="70" w:type="dxa"/>
            </w:tcMar>
            <w:vAlign w:val="center"/>
          </w:tcPr>
          <w:p w14:paraId="5A745D0C" w14:textId="77777777" w:rsidR="00082454" w:rsidRPr="004566A6" w:rsidRDefault="00000000">
            <w:pPr>
              <w:spacing w:after="0" w:line="240" w:lineRule="auto"/>
              <w:jc w:val="center"/>
              <w:rPr>
                <w:noProof/>
                <w:lang w:val="ro-RO"/>
              </w:rPr>
            </w:pPr>
            <w:r w:rsidRPr="004566A6">
              <w:rPr>
                <w:rFonts w:eastAsia="Arial"/>
                <w:b/>
                <w:noProof/>
                <w:color w:val="FFFFFF"/>
                <w:sz w:val="16"/>
                <w:lang w:val="ro-RO"/>
              </w:rPr>
              <w:t>50-69%</w:t>
            </w:r>
          </w:p>
        </w:tc>
        <w:tc>
          <w:tcPr>
            <w:tcW w:w="3118" w:type="dxa"/>
            <w:shd w:val="clear" w:color="auto" w:fill="F3F4F5"/>
            <w:tcMar>
              <w:top w:w="60" w:type="dxa"/>
              <w:left w:w="70" w:type="dxa"/>
              <w:bottom w:w="60" w:type="dxa"/>
              <w:right w:w="70" w:type="dxa"/>
            </w:tcMar>
            <w:vAlign w:val="center"/>
          </w:tcPr>
          <w:p w14:paraId="3D227E69" w14:textId="77777777" w:rsidR="00082454" w:rsidRPr="004566A6" w:rsidRDefault="00000000">
            <w:pPr>
              <w:spacing w:after="0" w:line="240" w:lineRule="auto"/>
              <w:rPr>
                <w:noProof/>
                <w:lang w:val="ro-RO"/>
              </w:rPr>
            </w:pPr>
            <w:r w:rsidRPr="004566A6">
              <w:rPr>
                <w:rFonts w:eastAsia="Arial"/>
                <w:b/>
                <w:noProof/>
                <w:sz w:val="16"/>
                <w:lang w:val="ro-RO"/>
              </w:rPr>
              <w:t>Implementare parțială</w:t>
            </w:r>
          </w:p>
        </w:tc>
        <w:tc>
          <w:tcPr>
            <w:tcW w:w="5159" w:type="dxa"/>
            <w:tcMar>
              <w:top w:w="60" w:type="dxa"/>
              <w:left w:w="70" w:type="dxa"/>
              <w:bottom w:w="60" w:type="dxa"/>
              <w:right w:w="70" w:type="dxa"/>
            </w:tcMar>
            <w:vAlign w:val="center"/>
          </w:tcPr>
          <w:p w14:paraId="6F584EF2" w14:textId="77777777" w:rsidR="00082454" w:rsidRPr="004566A6" w:rsidRDefault="00000000">
            <w:pPr>
              <w:spacing w:after="0" w:line="240" w:lineRule="auto"/>
              <w:rPr>
                <w:noProof/>
                <w:lang w:val="ro-RO"/>
              </w:rPr>
            </w:pPr>
            <w:r w:rsidRPr="004566A6">
              <w:rPr>
                <w:rFonts w:eastAsia="Arial"/>
                <w:noProof/>
                <w:sz w:val="16"/>
                <w:lang w:val="ro-RO"/>
              </w:rPr>
              <w:t>Consolidați aplicarea în procese și eliminați inconsecvențele.</w:t>
            </w:r>
          </w:p>
        </w:tc>
      </w:tr>
      <w:tr w:rsidR="00082454" w:rsidRPr="004566A6" w14:paraId="217CB3A8" w14:textId="77777777">
        <w:trPr>
          <w:cantSplit/>
          <w:jc w:val="center"/>
        </w:trPr>
        <w:tc>
          <w:tcPr>
            <w:tcW w:w="1587" w:type="dxa"/>
            <w:gridSpan w:val="2"/>
            <w:shd w:val="clear" w:color="auto" w:fill="D71920"/>
            <w:tcMar>
              <w:top w:w="60" w:type="dxa"/>
              <w:left w:w="70" w:type="dxa"/>
              <w:bottom w:w="60" w:type="dxa"/>
              <w:right w:w="70" w:type="dxa"/>
            </w:tcMar>
            <w:vAlign w:val="center"/>
          </w:tcPr>
          <w:p w14:paraId="1745D8C3" w14:textId="77777777" w:rsidR="00082454" w:rsidRPr="004566A6" w:rsidRDefault="00000000">
            <w:pPr>
              <w:spacing w:after="0" w:line="240" w:lineRule="auto"/>
              <w:jc w:val="center"/>
              <w:rPr>
                <w:noProof/>
                <w:lang w:val="ro-RO"/>
              </w:rPr>
            </w:pPr>
            <w:r w:rsidRPr="004566A6">
              <w:rPr>
                <w:rFonts w:eastAsia="Arial"/>
                <w:b/>
                <w:noProof/>
                <w:color w:val="FFFFFF"/>
                <w:sz w:val="16"/>
                <w:lang w:val="ro-RO"/>
              </w:rPr>
              <w:t>70-84%</w:t>
            </w:r>
          </w:p>
        </w:tc>
        <w:tc>
          <w:tcPr>
            <w:tcW w:w="3118" w:type="dxa"/>
            <w:shd w:val="clear" w:color="auto" w:fill="F3F4F5"/>
            <w:tcMar>
              <w:top w:w="60" w:type="dxa"/>
              <w:left w:w="70" w:type="dxa"/>
              <w:bottom w:w="60" w:type="dxa"/>
              <w:right w:w="70" w:type="dxa"/>
            </w:tcMar>
            <w:vAlign w:val="center"/>
          </w:tcPr>
          <w:p w14:paraId="6D99643D" w14:textId="77777777" w:rsidR="00082454" w:rsidRPr="004566A6" w:rsidRDefault="00000000">
            <w:pPr>
              <w:spacing w:after="0" w:line="240" w:lineRule="auto"/>
              <w:rPr>
                <w:noProof/>
                <w:lang w:val="ro-RO"/>
              </w:rPr>
            </w:pPr>
            <w:r w:rsidRPr="004566A6">
              <w:rPr>
                <w:rFonts w:eastAsia="Arial"/>
                <w:b/>
                <w:noProof/>
                <w:sz w:val="16"/>
                <w:lang w:val="ro-RO"/>
              </w:rPr>
              <w:t>Sistem funcțional, dar cu lacune</w:t>
            </w:r>
          </w:p>
        </w:tc>
        <w:tc>
          <w:tcPr>
            <w:tcW w:w="5159" w:type="dxa"/>
            <w:tcMar>
              <w:top w:w="60" w:type="dxa"/>
              <w:left w:w="70" w:type="dxa"/>
              <w:bottom w:w="60" w:type="dxa"/>
              <w:right w:w="70" w:type="dxa"/>
            </w:tcMar>
            <w:vAlign w:val="center"/>
          </w:tcPr>
          <w:p w14:paraId="30A7693A" w14:textId="77777777" w:rsidR="00082454" w:rsidRPr="004566A6" w:rsidRDefault="00000000">
            <w:pPr>
              <w:spacing w:after="0" w:line="240" w:lineRule="auto"/>
              <w:rPr>
                <w:noProof/>
                <w:lang w:val="ro-RO"/>
              </w:rPr>
            </w:pPr>
            <w:r w:rsidRPr="004566A6">
              <w:rPr>
                <w:rFonts w:eastAsia="Arial"/>
                <w:noProof/>
                <w:sz w:val="16"/>
                <w:lang w:val="ro-RO"/>
              </w:rPr>
              <w:t>Finalizați acțiunile, testați eficacitatea și efectuați auditul intern complet.</w:t>
            </w:r>
          </w:p>
        </w:tc>
      </w:tr>
      <w:tr w:rsidR="00082454" w:rsidRPr="004566A6" w14:paraId="36F0BB5F" w14:textId="77777777">
        <w:trPr>
          <w:cantSplit/>
          <w:jc w:val="center"/>
        </w:trPr>
        <w:tc>
          <w:tcPr>
            <w:tcW w:w="1587" w:type="dxa"/>
            <w:gridSpan w:val="2"/>
            <w:shd w:val="clear" w:color="auto" w:fill="666666"/>
            <w:tcMar>
              <w:top w:w="60" w:type="dxa"/>
              <w:left w:w="70" w:type="dxa"/>
              <w:bottom w:w="60" w:type="dxa"/>
              <w:right w:w="70" w:type="dxa"/>
            </w:tcMar>
            <w:vAlign w:val="center"/>
          </w:tcPr>
          <w:p w14:paraId="480508DA" w14:textId="77777777" w:rsidR="00082454" w:rsidRPr="004566A6" w:rsidRDefault="00000000">
            <w:pPr>
              <w:spacing w:after="0" w:line="240" w:lineRule="auto"/>
              <w:jc w:val="center"/>
              <w:rPr>
                <w:noProof/>
                <w:lang w:val="ro-RO"/>
              </w:rPr>
            </w:pPr>
            <w:r w:rsidRPr="004566A6">
              <w:rPr>
                <w:rFonts w:eastAsia="Arial"/>
                <w:b/>
                <w:noProof/>
                <w:color w:val="FFFFFF"/>
                <w:sz w:val="16"/>
                <w:lang w:val="ro-RO"/>
              </w:rPr>
              <w:t>85-100%</w:t>
            </w:r>
          </w:p>
        </w:tc>
        <w:tc>
          <w:tcPr>
            <w:tcW w:w="3118" w:type="dxa"/>
            <w:shd w:val="clear" w:color="auto" w:fill="F3F4F5"/>
            <w:tcMar>
              <w:top w:w="60" w:type="dxa"/>
              <w:left w:w="70" w:type="dxa"/>
              <w:bottom w:w="60" w:type="dxa"/>
              <w:right w:w="70" w:type="dxa"/>
            </w:tcMar>
            <w:vAlign w:val="center"/>
          </w:tcPr>
          <w:p w14:paraId="04315E5A" w14:textId="77777777" w:rsidR="00082454" w:rsidRPr="004566A6" w:rsidRDefault="00000000">
            <w:pPr>
              <w:spacing w:after="0" w:line="240" w:lineRule="auto"/>
              <w:rPr>
                <w:noProof/>
                <w:lang w:val="ro-RO"/>
              </w:rPr>
            </w:pPr>
            <w:r w:rsidRPr="004566A6">
              <w:rPr>
                <w:rFonts w:eastAsia="Arial"/>
                <w:b/>
                <w:noProof/>
                <w:sz w:val="16"/>
                <w:lang w:val="ro-RO"/>
              </w:rPr>
              <w:t>Nivel avansat de pregătire</w:t>
            </w:r>
          </w:p>
        </w:tc>
        <w:tc>
          <w:tcPr>
            <w:tcW w:w="5159" w:type="dxa"/>
            <w:tcMar>
              <w:top w:w="60" w:type="dxa"/>
              <w:left w:w="70" w:type="dxa"/>
              <w:bottom w:w="60" w:type="dxa"/>
              <w:right w:w="70" w:type="dxa"/>
            </w:tcMar>
            <w:vAlign w:val="center"/>
          </w:tcPr>
          <w:p w14:paraId="74FD5D49" w14:textId="77777777" w:rsidR="00082454" w:rsidRPr="004566A6" w:rsidRDefault="00000000">
            <w:pPr>
              <w:spacing w:after="0" w:line="240" w:lineRule="auto"/>
              <w:rPr>
                <w:noProof/>
                <w:lang w:val="ro-RO"/>
              </w:rPr>
            </w:pPr>
            <w:r w:rsidRPr="004566A6">
              <w:rPr>
                <w:rFonts w:eastAsia="Arial"/>
                <w:noProof/>
                <w:sz w:val="16"/>
                <w:lang w:val="ro-RO"/>
              </w:rPr>
              <w:t>Confirmați maturitatea prin audit intern, evaluarea conformării și analiza conducerii.</w:t>
            </w:r>
          </w:p>
        </w:tc>
      </w:tr>
      <w:tr w:rsidR="00082454" w:rsidRPr="004566A6" w14:paraId="5654300D" w14:textId="77777777">
        <w:tblPrEx>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Ex>
        <w:trPr>
          <w:cantSplit/>
          <w:jc w:val="center"/>
        </w:trPr>
        <w:tc>
          <w:tcPr>
            <w:tcW w:w="566" w:type="dxa"/>
            <w:shd w:val="clear" w:color="auto" w:fill="D71920"/>
            <w:tcMar>
              <w:top w:w="60" w:type="dxa"/>
              <w:left w:w="70" w:type="dxa"/>
              <w:bottom w:w="60" w:type="dxa"/>
              <w:right w:w="70" w:type="dxa"/>
            </w:tcMar>
            <w:vAlign w:val="center"/>
          </w:tcPr>
          <w:p w14:paraId="4C50FD1C"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i</w:t>
            </w:r>
          </w:p>
        </w:tc>
        <w:tc>
          <w:tcPr>
            <w:tcW w:w="9297" w:type="dxa"/>
            <w:gridSpan w:val="3"/>
            <w:shd w:val="clear" w:color="auto" w:fill="FFF4CC"/>
          </w:tcPr>
          <w:p w14:paraId="5A0AED97" w14:textId="77777777" w:rsidR="00082454" w:rsidRPr="004566A6" w:rsidRDefault="00000000">
            <w:pPr>
              <w:spacing w:after="40"/>
              <w:rPr>
                <w:noProof/>
                <w:lang w:val="ro-RO"/>
              </w:rPr>
            </w:pPr>
            <w:r w:rsidRPr="004566A6">
              <w:rPr>
                <w:rFonts w:eastAsia="Arial"/>
                <w:b/>
                <w:noProof/>
                <w:color w:val="D71920"/>
                <w:lang w:val="ro-RO"/>
              </w:rPr>
              <w:t>PRAGURILE NU DECID CERTIFICAREA</w:t>
            </w:r>
          </w:p>
          <w:p w14:paraId="7049B290" w14:textId="77777777" w:rsidR="00082454" w:rsidRPr="004566A6" w:rsidRDefault="00000000">
            <w:pPr>
              <w:spacing w:after="0" w:line="252" w:lineRule="auto"/>
              <w:rPr>
                <w:noProof/>
                <w:lang w:val="ro-RO"/>
              </w:rPr>
            </w:pPr>
            <w:r w:rsidRPr="004566A6">
              <w:rPr>
                <w:rFonts w:eastAsia="Arial"/>
                <w:noProof/>
                <w:sz w:val="16"/>
                <w:lang w:val="ro-RO"/>
              </w:rPr>
              <w:t>Procentele sunt orientative. O singură neconformitate semnificativă sau lipsa unei cerințe-cheie poate afecta pregătirea, chiar dacă scorul total este ridicat.</w:t>
            </w:r>
          </w:p>
        </w:tc>
      </w:tr>
    </w:tbl>
    <w:p w14:paraId="76C458BB" w14:textId="77777777" w:rsidR="00082454" w:rsidRPr="004566A6" w:rsidRDefault="00082454">
      <w:pPr>
        <w:spacing w:after="0"/>
        <w:rPr>
          <w:noProof/>
          <w:lang w:val="ro-RO"/>
        </w:rPr>
      </w:pPr>
    </w:p>
    <w:p w14:paraId="658D015B" w14:textId="77777777" w:rsidR="00082454" w:rsidRPr="004566A6" w:rsidRDefault="00000000">
      <w:pPr>
        <w:rPr>
          <w:noProof/>
          <w:lang w:val="ro-RO"/>
        </w:rPr>
      </w:pPr>
      <w:r w:rsidRPr="004566A6">
        <w:rPr>
          <w:noProof/>
          <w:lang w:val="ro-RO"/>
        </w:rPr>
        <w:br w:type="page"/>
      </w:r>
    </w:p>
    <w:p w14:paraId="6D79F0F9" w14:textId="77777777" w:rsidR="00082454" w:rsidRPr="004566A6" w:rsidRDefault="00000000">
      <w:pPr>
        <w:pStyle w:val="Heading1"/>
        <w:rPr>
          <w:noProof/>
          <w:lang w:val="ro-RO"/>
        </w:rPr>
      </w:pPr>
      <w:r w:rsidRPr="004566A6">
        <w:rPr>
          <w:noProof/>
          <w:lang w:val="ro-RO"/>
        </w:rPr>
        <w:lastRenderedPageBreak/>
        <w:t>Plan de acțiuni pentru lacune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360"/>
        <w:gridCol w:w="2381"/>
        <w:gridCol w:w="1927"/>
        <w:gridCol w:w="1247"/>
        <w:gridCol w:w="1247"/>
        <w:gridCol w:w="1133"/>
      </w:tblGrid>
      <w:tr w:rsidR="00082454" w:rsidRPr="004566A6" w14:paraId="4771F263" w14:textId="77777777">
        <w:trPr>
          <w:tblHeader/>
          <w:jc w:val="center"/>
        </w:trPr>
        <w:tc>
          <w:tcPr>
            <w:tcW w:w="566" w:type="dxa"/>
            <w:shd w:val="clear" w:color="auto" w:fill="D71920"/>
            <w:tcMar>
              <w:top w:w="60" w:type="dxa"/>
              <w:left w:w="70" w:type="dxa"/>
              <w:bottom w:w="60" w:type="dxa"/>
              <w:right w:w="70" w:type="dxa"/>
            </w:tcMar>
            <w:vAlign w:val="center"/>
          </w:tcPr>
          <w:p w14:paraId="7A1E7664"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w:t>
            </w:r>
          </w:p>
        </w:tc>
        <w:tc>
          <w:tcPr>
            <w:tcW w:w="1360" w:type="dxa"/>
            <w:shd w:val="clear" w:color="auto" w:fill="D71920"/>
            <w:tcMar>
              <w:top w:w="60" w:type="dxa"/>
              <w:left w:w="70" w:type="dxa"/>
              <w:bottom w:w="60" w:type="dxa"/>
              <w:right w:w="70" w:type="dxa"/>
            </w:tcMar>
            <w:vAlign w:val="center"/>
          </w:tcPr>
          <w:p w14:paraId="7DB0D6EE"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REFERINȚĂ</w:t>
            </w:r>
          </w:p>
        </w:tc>
        <w:tc>
          <w:tcPr>
            <w:tcW w:w="2381" w:type="dxa"/>
            <w:shd w:val="clear" w:color="auto" w:fill="D71920"/>
            <w:tcMar>
              <w:top w:w="60" w:type="dxa"/>
              <w:left w:w="70" w:type="dxa"/>
              <w:bottom w:w="60" w:type="dxa"/>
              <w:right w:w="70" w:type="dxa"/>
            </w:tcMar>
            <w:vAlign w:val="center"/>
          </w:tcPr>
          <w:p w14:paraId="04326B5D"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LACUNĂ / RISC</w:t>
            </w:r>
          </w:p>
        </w:tc>
        <w:tc>
          <w:tcPr>
            <w:tcW w:w="1927" w:type="dxa"/>
            <w:shd w:val="clear" w:color="auto" w:fill="D71920"/>
            <w:tcMar>
              <w:top w:w="60" w:type="dxa"/>
              <w:left w:w="70" w:type="dxa"/>
              <w:bottom w:w="60" w:type="dxa"/>
              <w:right w:w="70" w:type="dxa"/>
            </w:tcMar>
            <w:vAlign w:val="center"/>
          </w:tcPr>
          <w:p w14:paraId="1D4D8ED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ACȚIUNE ȘI REZULTAT AȘTEPTAT</w:t>
            </w:r>
          </w:p>
        </w:tc>
        <w:tc>
          <w:tcPr>
            <w:tcW w:w="1247" w:type="dxa"/>
            <w:shd w:val="clear" w:color="auto" w:fill="D71920"/>
            <w:tcMar>
              <w:top w:w="60" w:type="dxa"/>
              <w:left w:w="70" w:type="dxa"/>
              <w:bottom w:w="60" w:type="dxa"/>
              <w:right w:w="70" w:type="dxa"/>
            </w:tcMar>
            <w:vAlign w:val="center"/>
          </w:tcPr>
          <w:p w14:paraId="436E0049"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RESP.</w:t>
            </w:r>
          </w:p>
        </w:tc>
        <w:tc>
          <w:tcPr>
            <w:tcW w:w="1247" w:type="dxa"/>
            <w:shd w:val="clear" w:color="auto" w:fill="D71920"/>
            <w:tcMar>
              <w:top w:w="60" w:type="dxa"/>
              <w:left w:w="70" w:type="dxa"/>
              <w:bottom w:w="60" w:type="dxa"/>
              <w:right w:w="70" w:type="dxa"/>
            </w:tcMar>
            <w:vAlign w:val="center"/>
          </w:tcPr>
          <w:p w14:paraId="6E0DC81C"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TERMEN</w:t>
            </w:r>
          </w:p>
        </w:tc>
        <w:tc>
          <w:tcPr>
            <w:tcW w:w="1133" w:type="dxa"/>
            <w:shd w:val="clear" w:color="auto" w:fill="D71920"/>
            <w:tcMar>
              <w:top w:w="60" w:type="dxa"/>
              <w:left w:w="70" w:type="dxa"/>
              <w:bottom w:w="60" w:type="dxa"/>
              <w:right w:w="70" w:type="dxa"/>
            </w:tcMar>
            <w:vAlign w:val="center"/>
          </w:tcPr>
          <w:p w14:paraId="21C2C0FA" w14:textId="77777777" w:rsidR="00082454" w:rsidRPr="004566A6" w:rsidRDefault="00000000">
            <w:pPr>
              <w:spacing w:after="0" w:line="240" w:lineRule="auto"/>
              <w:jc w:val="center"/>
              <w:rPr>
                <w:noProof/>
                <w:lang w:val="ro-RO"/>
              </w:rPr>
            </w:pPr>
            <w:r w:rsidRPr="004566A6">
              <w:rPr>
                <w:rFonts w:eastAsia="Arial"/>
                <w:b/>
                <w:noProof/>
                <w:color w:val="FFFFFF"/>
                <w:sz w:val="14"/>
                <w:lang w:val="ro-RO"/>
              </w:rPr>
              <w:t>STATUS</w:t>
            </w:r>
          </w:p>
        </w:tc>
      </w:tr>
      <w:tr w:rsidR="00082454" w:rsidRPr="004566A6" w14:paraId="3262735F" w14:textId="77777777">
        <w:trPr>
          <w:cantSplit/>
          <w:jc w:val="center"/>
        </w:trPr>
        <w:tc>
          <w:tcPr>
            <w:tcW w:w="566" w:type="dxa"/>
            <w:tcMar>
              <w:top w:w="60" w:type="dxa"/>
              <w:left w:w="70" w:type="dxa"/>
              <w:bottom w:w="60" w:type="dxa"/>
              <w:right w:w="70" w:type="dxa"/>
            </w:tcMar>
            <w:vAlign w:val="center"/>
          </w:tcPr>
          <w:p w14:paraId="796CA950" w14:textId="77777777" w:rsidR="00082454" w:rsidRPr="004566A6" w:rsidRDefault="00000000">
            <w:pPr>
              <w:spacing w:after="0" w:line="240" w:lineRule="auto"/>
              <w:jc w:val="center"/>
              <w:rPr>
                <w:noProof/>
                <w:lang w:val="ro-RO"/>
              </w:rPr>
            </w:pPr>
            <w:r w:rsidRPr="004566A6">
              <w:rPr>
                <w:rFonts w:eastAsia="Arial"/>
                <w:noProof/>
                <w:sz w:val="15"/>
                <w:lang w:val="ro-RO"/>
              </w:rPr>
              <w:t>1</w:t>
            </w:r>
          </w:p>
        </w:tc>
        <w:tc>
          <w:tcPr>
            <w:tcW w:w="1360" w:type="dxa"/>
            <w:tcMar>
              <w:top w:w="60" w:type="dxa"/>
              <w:left w:w="70" w:type="dxa"/>
              <w:bottom w:w="60" w:type="dxa"/>
              <w:right w:w="70" w:type="dxa"/>
            </w:tcMar>
            <w:vAlign w:val="center"/>
          </w:tcPr>
          <w:p w14:paraId="58A84ABC"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4B48050F"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24F6E678"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2EF45127"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6DDA0A8D"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60D3A4B4" w14:textId="77777777" w:rsidR="00082454" w:rsidRPr="004566A6" w:rsidRDefault="00082454">
            <w:pPr>
              <w:spacing w:after="0" w:line="240" w:lineRule="auto"/>
              <w:jc w:val="center"/>
              <w:rPr>
                <w:noProof/>
                <w:lang w:val="ro-RO"/>
              </w:rPr>
            </w:pPr>
          </w:p>
        </w:tc>
      </w:tr>
      <w:tr w:rsidR="00082454" w:rsidRPr="004566A6" w14:paraId="25959285" w14:textId="77777777">
        <w:trPr>
          <w:cantSplit/>
          <w:jc w:val="center"/>
        </w:trPr>
        <w:tc>
          <w:tcPr>
            <w:tcW w:w="566" w:type="dxa"/>
            <w:shd w:val="clear" w:color="auto" w:fill="FAFAFA"/>
            <w:tcMar>
              <w:top w:w="60" w:type="dxa"/>
              <w:left w:w="70" w:type="dxa"/>
              <w:bottom w:w="60" w:type="dxa"/>
              <w:right w:w="70" w:type="dxa"/>
            </w:tcMar>
            <w:vAlign w:val="center"/>
          </w:tcPr>
          <w:p w14:paraId="05F0BF29" w14:textId="77777777" w:rsidR="00082454" w:rsidRPr="004566A6" w:rsidRDefault="00000000">
            <w:pPr>
              <w:spacing w:after="0" w:line="240" w:lineRule="auto"/>
              <w:jc w:val="center"/>
              <w:rPr>
                <w:noProof/>
                <w:lang w:val="ro-RO"/>
              </w:rPr>
            </w:pPr>
            <w:r w:rsidRPr="004566A6">
              <w:rPr>
                <w:rFonts w:eastAsia="Arial"/>
                <w:noProof/>
                <w:sz w:val="15"/>
                <w:lang w:val="ro-RO"/>
              </w:rPr>
              <w:t>2</w:t>
            </w:r>
          </w:p>
        </w:tc>
        <w:tc>
          <w:tcPr>
            <w:tcW w:w="1360" w:type="dxa"/>
            <w:shd w:val="clear" w:color="auto" w:fill="FAFAFA"/>
            <w:tcMar>
              <w:top w:w="60" w:type="dxa"/>
              <w:left w:w="70" w:type="dxa"/>
              <w:bottom w:w="60" w:type="dxa"/>
              <w:right w:w="70" w:type="dxa"/>
            </w:tcMar>
            <w:vAlign w:val="center"/>
          </w:tcPr>
          <w:p w14:paraId="7FE22B7B" w14:textId="77777777" w:rsidR="00082454" w:rsidRPr="004566A6" w:rsidRDefault="00082454">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22AB189A" w14:textId="77777777" w:rsidR="00082454" w:rsidRPr="004566A6" w:rsidRDefault="00082454">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18DB9CCC" w14:textId="77777777" w:rsidR="00082454" w:rsidRPr="004566A6" w:rsidRDefault="00082454">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3C1AF136" w14:textId="77777777" w:rsidR="00082454" w:rsidRPr="004566A6" w:rsidRDefault="00082454">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70A479CF" w14:textId="77777777" w:rsidR="00082454" w:rsidRPr="004566A6" w:rsidRDefault="00082454">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70E1E831" w14:textId="77777777" w:rsidR="00082454" w:rsidRPr="004566A6" w:rsidRDefault="00082454">
            <w:pPr>
              <w:spacing w:after="0" w:line="240" w:lineRule="auto"/>
              <w:jc w:val="center"/>
              <w:rPr>
                <w:noProof/>
                <w:lang w:val="ro-RO"/>
              </w:rPr>
            </w:pPr>
          </w:p>
        </w:tc>
      </w:tr>
      <w:tr w:rsidR="00082454" w:rsidRPr="004566A6" w14:paraId="0EAAF93C" w14:textId="77777777">
        <w:trPr>
          <w:cantSplit/>
          <w:jc w:val="center"/>
        </w:trPr>
        <w:tc>
          <w:tcPr>
            <w:tcW w:w="566" w:type="dxa"/>
            <w:tcMar>
              <w:top w:w="60" w:type="dxa"/>
              <w:left w:w="70" w:type="dxa"/>
              <w:bottom w:w="60" w:type="dxa"/>
              <w:right w:w="70" w:type="dxa"/>
            </w:tcMar>
            <w:vAlign w:val="center"/>
          </w:tcPr>
          <w:p w14:paraId="7622AF63" w14:textId="77777777" w:rsidR="00082454" w:rsidRPr="004566A6" w:rsidRDefault="00000000">
            <w:pPr>
              <w:spacing w:after="0" w:line="240" w:lineRule="auto"/>
              <w:jc w:val="center"/>
              <w:rPr>
                <w:noProof/>
                <w:lang w:val="ro-RO"/>
              </w:rPr>
            </w:pPr>
            <w:r w:rsidRPr="004566A6">
              <w:rPr>
                <w:rFonts w:eastAsia="Arial"/>
                <w:noProof/>
                <w:sz w:val="15"/>
                <w:lang w:val="ro-RO"/>
              </w:rPr>
              <w:t>3</w:t>
            </w:r>
          </w:p>
        </w:tc>
        <w:tc>
          <w:tcPr>
            <w:tcW w:w="1360" w:type="dxa"/>
            <w:tcMar>
              <w:top w:w="60" w:type="dxa"/>
              <w:left w:w="70" w:type="dxa"/>
              <w:bottom w:w="60" w:type="dxa"/>
              <w:right w:w="70" w:type="dxa"/>
            </w:tcMar>
            <w:vAlign w:val="center"/>
          </w:tcPr>
          <w:p w14:paraId="2BAF5636"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008B292B"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75B6F809"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075671ED"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1A5D4B78"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0825012E" w14:textId="77777777" w:rsidR="00082454" w:rsidRPr="004566A6" w:rsidRDefault="00082454">
            <w:pPr>
              <w:spacing w:after="0" w:line="240" w:lineRule="auto"/>
              <w:jc w:val="center"/>
              <w:rPr>
                <w:noProof/>
                <w:lang w:val="ro-RO"/>
              </w:rPr>
            </w:pPr>
          </w:p>
        </w:tc>
      </w:tr>
      <w:tr w:rsidR="00082454" w:rsidRPr="004566A6" w14:paraId="17B7F0B3" w14:textId="77777777">
        <w:trPr>
          <w:cantSplit/>
          <w:jc w:val="center"/>
        </w:trPr>
        <w:tc>
          <w:tcPr>
            <w:tcW w:w="566" w:type="dxa"/>
            <w:shd w:val="clear" w:color="auto" w:fill="FAFAFA"/>
            <w:tcMar>
              <w:top w:w="60" w:type="dxa"/>
              <w:left w:w="70" w:type="dxa"/>
              <w:bottom w:w="60" w:type="dxa"/>
              <w:right w:w="70" w:type="dxa"/>
            </w:tcMar>
            <w:vAlign w:val="center"/>
          </w:tcPr>
          <w:p w14:paraId="50283D20" w14:textId="77777777" w:rsidR="00082454" w:rsidRPr="004566A6" w:rsidRDefault="00000000">
            <w:pPr>
              <w:spacing w:after="0" w:line="240" w:lineRule="auto"/>
              <w:jc w:val="center"/>
              <w:rPr>
                <w:noProof/>
                <w:lang w:val="ro-RO"/>
              </w:rPr>
            </w:pPr>
            <w:r w:rsidRPr="004566A6">
              <w:rPr>
                <w:rFonts w:eastAsia="Arial"/>
                <w:noProof/>
                <w:sz w:val="15"/>
                <w:lang w:val="ro-RO"/>
              </w:rPr>
              <w:t>4</w:t>
            </w:r>
          </w:p>
        </w:tc>
        <w:tc>
          <w:tcPr>
            <w:tcW w:w="1360" w:type="dxa"/>
            <w:shd w:val="clear" w:color="auto" w:fill="FAFAFA"/>
            <w:tcMar>
              <w:top w:w="60" w:type="dxa"/>
              <w:left w:w="70" w:type="dxa"/>
              <w:bottom w:w="60" w:type="dxa"/>
              <w:right w:w="70" w:type="dxa"/>
            </w:tcMar>
            <w:vAlign w:val="center"/>
          </w:tcPr>
          <w:p w14:paraId="32BDD5A9" w14:textId="77777777" w:rsidR="00082454" w:rsidRPr="004566A6" w:rsidRDefault="00082454">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37BA707D" w14:textId="77777777" w:rsidR="00082454" w:rsidRPr="004566A6" w:rsidRDefault="00082454">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067A38D1" w14:textId="77777777" w:rsidR="00082454" w:rsidRPr="004566A6" w:rsidRDefault="00082454">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19E24F65" w14:textId="77777777" w:rsidR="00082454" w:rsidRPr="004566A6" w:rsidRDefault="00082454">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1A0C8247" w14:textId="77777777" w:rsidR="00082454" w:rsidRPr="004566A6" w:rsidRDefault="00082454">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6CEE9430" w14:textId="77777777" w:rsidR="00082454" w:rsidRPr="004566A6" w:rsidRDefault="00082454">
            <w:pPr>
              <w:spacing w:after="0" w:line="240" w:lineRule="auto"/>
              <w:jc w:val="center"/>
              <w:rPr>
                <w:noProof/>
                <w:lang w:val="ro-RO"/>
              </w:rPr>
            </w:pPr>
          </w:p>
        </w:tc>
      </w:tr>
      <w:tr w:rsidR="00082454" w:rsidRPr="004566A6" w14:paraId="551F0ED5" w14:textId="77777777">
        <w:trPr>
          <w:cantSplit/>
          <w:jc w:val="center"/>
        </w:trPr>
        <w:tc>
          <w:tcPr>
            <w:tcW w:w="566" w:type="dxa"/>
            <w:tcMar>
              <w:top w:w="60" w:type="dxa"/>
              <w:left w:w="70" w:type="dxa"/>
              <w:bottom w:w="60" w:type="dxa"/>
              <w:right w:w="70" w:type="dxa"/>
            </w:tcMar>
            <w:vAlign w:val="center"/>
          </w:tcPr>
          <w:p w14:paraId="0699AEDD" w14:textId="77777777" w:rsidR="00082454" w:rsidRPr="004566A6" w:rsidRDefault="00000000">
            <w:pPr>
              <w:spacing w:after="0" w:line="240" w:lineRule="auto"/>
              <w:jc w:val="center"/>
              <w:rPr>
                <w:noProof/>
                <w:lang w:val="ro-RO"/>
              </w:rPr>
            </w:pPr>
            <w:r w:rsidRPr="004566A6">
              <w:rPr>
                <w:rFonts w:eastAsia="Arial"/>
                <w:noProof/>
                <w:sz w:val="15"/>
                <w:lang w:val="ro-RO"/>
              </w:rPr>
              <w:t>5</w:t>
            </w:r>
          </w:p>
        </w:tc>
        <w:tc>
          <w:tcPr>
            <w:tcW w:w="1360" w:type="dxa"/>
            <w:tcMar>
              <w:top w:w="60" w:type="dxa"/>
              <w:left w:w="70" w:type="dxa"/>
              <w:bottom w:w="60" w:type="dxa"/>
              <w:right w:w="70" w:type="dxa"/>
            </w:tcMar>
            <w:vAlign w:val="center"/>
          </w:tcPr>
          <w:p w14:paraId="50D611BA"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3F72E450"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35AD9F70"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60CA6560"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4F9FFDF9"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47DF1B17" w14:textId="77777777" w:rsidR="00082454" w:rsidRPr="004566A6" w:rsidRDefault="00082454">
            <w:pPr>
              <w:spacing w:after="0" w:line="240" w:lineRule="auto"/>
              <w:jc w:val="center"/>
              <w:rPr>
                <w:noProof/>
                <w:lang w:val="ro-RO"/>
              </w:rPr>
            </w:pPr>
          </w:p>
        </w:tc>
      </w:tr>
      <w:tr w:rsidR="00082454" w:rsidRPr="004566A6" w14:paraId="0AA792A3" w14:textId="77777777">
        <w:trPr>
          <w:cantSplit/>
          <w:jc w:val="center"/>
        </w:trPr>
        <w:tc>
          <w:tcPr>
            <w:tcW w:w="566" w:type="dxa"/>
            <w:shd w:val="clear" w:color="auto" w:fill="FAFAFA"/>
            <w:tcMar>
              <w:top w:w="60" w:type="dxa"/>
              <w:left w:w="70" w:type="dxa"/>
              <w:bottom w:w="60" w:type="dxa"/>
              <w:right w:w="70" w:type="dxa"/>
            </w:tcMar>
            <w:vAlign w:val="center"/>
          </w:tcPr>
          <w:p w14:paraId="2388D42D" w14:textId="77777777" w:rsidR="00082454" w:rsidRPr="004566A6" w:rsidRDefault="00000000">
            <w:pPr>
              <w:spacing w:after="0" w:line="240" w:lineRule="auto"/>
              <w:jc w:val="center"/>
              <w:rPr>
                <w:noProof/>
                <w:lang w:val="ro-RO"/>
              </w:rPr>
            </w:pPr>
            <w:r w:rsidRPr="004566A6">
              <w:rPr>
                <w:rFonts w:eastAsia="Arial"/>
                <w:noProof/>
                <w:sz w:val="15"/>
                <w:lang w:val="ro-RO"/>
              </w:rPr>
              <w:t>6</w:t>
            </w:r>
          </w:p>
        </w:tc>
        <w:tc>
          <w:tcPr>
            <w:tcW w:w="1360" w:type="dxa"/>
            <w:shd w:val="clear" w:color="auto" w:fill="FAFAFA"/>
            <w:tcMar>
              <w:top w:w="60" w:type="dxa"/>
              <w:left w:w="70" w:type="dxa"/>
              <w:bottom w:w="60" w:type="dxa"/>
              <w:right w:w="70" w:type="dxa"/>
            </w:tcMar>
            <w:vAlign w:val="center"/>
          </w:tcPr>
          <w:p w14:paraId="5340912C" w14:textId="77777777" w:rsidR="00082454" w:rsidRPr="004566A6" w:rsidRDefault="00082454">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6F0E221E" w14:textId="77777777" w:rsidR="00082454" w:rsidRPr="004566A6" w:rsidRDefault="00082454">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0C3FD0A3" w14:textId="77777777" w:rsidR="00082454" w:rsidRPr="004566A6" w:rsidRDefault="00082454">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0733BAE2" w14:textId="77777777" w:rsidR="00082454" w:rsidRPr="004566A6" w:rsidRDefault="00082454">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66953662" w14:textId="77777777" w:rsidR="00082454" w:rsidRPr="004566A6" w:rsidRDefault="00082454">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055435FB" w14:textId="77777777" w:rsidR="00082454" w:rsidRPr="004566A6" w:rsidRDefault="00082454">
            <w:pPr>
              <w:spacing w:after="0" w:line="240" w:lineRule="auto"/>
              <w:jc w:val="center"/>
              <w:rPr>
                <w:noProof/>
                <w:lang w:val="ro-RO"/>
              </w:rPr>
            </w:pPr>
          </w:p>
        </w:tc>
      </w:tr>
      <w:tr w:rsidR="00082454" w:rsidRPr="004566A6" w14:paraId="626D7A73" w14:textId="77777777">
        <w:trPr>
          <w:cantSplit/>
          <w:jc w:val="center"/>
        </w:trPr>
        <w:tc>
          <w:tcPr>
            <w:tcW w:w="566" w:type="dxa"/>
            <w:tcMar>
              <w:top w:w="60" w:type="dxa"/>
              <w:left w:w="70" w:type="dxa"/>
              <w:bottom w:w="60" w:type="dxa"/>
              <w:right w:w="70" w:type="dxa"/>
            </w:tcMar>
            <w:vAlign w:val="center"/>
          </w:tcPr>
          <w:p w14:paraId="59B13062" w14:textId="77777777" w:rsidR="00082454" w:rsidRPr="004566A6" w:rsidRDefault="00000000">
            <w:pPr>
              <w:spacing w:after="0" w:line="240" w:lineRule="auto"/>
              <w:jc w:val="center"/>
              <w:rPr>
                <w:noProof/>
                <w:lang w:val="ro-RO"/>
              </w:rPr>
            </w:pPr>
            <w:r w:rsidRPr="004566A6">
              <w:rPr>
                <w:rFonts w:eastAsia="Arial"/>
                <w:noProof/>
                <w:sz w:val="15"/>
                <w:lang w:val="ro-RO"/>
              </w:rPr>
              <w:t>7</w:t>
            </w:r>
          </w:p>
        </w:tc>
        <w:tc>
          <w:tcPr>
            <w:tcW w:w="1360" w:type="dxa"/>
            <w:tcMar>
              <w:top w:w="60" w:type="dxa"/>
              <w:left w:w="70" w:type="dxa"/>
              <w:bottom w:w="60" w:type="dxa"/>
              <w:right w:w="70" w:type="dxa"/>
            </w:tcMar>
            <w:vAlign w:val="center"/>
          </w:tcPr>
          <w:p w14:paraId="7D9A1024"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1A6A2E8A"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7688288A"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6088301D"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63AABDA5"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283A5F79" w14:textId="77777777" w:rsidR="00082454" w:rsidRPr="004566A6" w:rsidRDefault="00082454">
            <w:pPr>
              <w:spacing w:after="0" w:line="240" w:lineRule="auto"/>
              <w:jc w:val="center"/>
              <w:rPr>
                <w:noProof/>
                <w:lang w:val="ro-RO"/>
              </w:rPr>
            </w:pPr>
          </w:p>
        </w:tc>
      </w:tr>
      <w:tr w:rsidR="00082454" w:rsidRPr="004566A6" w14:paraId="7BC67250" w14:textId="77777777">
        <w:trPr>
          <w:cantSplit/>
          <w:jc w:val="center"/>
        </w:trPr>
        <w:tc>
          <w:tcPr>
            <w:tcW w:w="566" w:type="dxa"/>
            <w:shd w:val="clear" w:color="auto" w:fill="FAFAFA"/>
            <w:tcMar>
              <w:top w:w="60" w:type="dxa"/>
              <w:left w:w="70" w:type="dxa"/>
              <w:bottom w:w="60" w:type="dxa"/>
              <w:right w:w="70" w:type="dxa"/>
            </w:tcMar>
            <w:vAlign w:val="center"/>
          </w:tcPr>
          <w:p w14:paraId="1CFF7149" w14:textId="77777777" w:rsidR="00082454" w:rsidRPr="004566A6" w:rsidRDefault="00000000">
            <w:pPr>
              <w:spacing w:after="0" w:line="240" w:lineRule="auto"/>
              <w:jc w:val="center"/>
              <w:rPr>
                <w:noProof/>
                <w:lang w:val="ro-RO"/>
              </w:rPr>
            </w:pPr>
            <w:r w:rsidRPr="004566A6">
              <w:rPr>
                <w:rFonts w:eastAsia="Arial"/>
                <w:noProof/>
                <w:sz w:val="15"/>
                <w:lang w:val="ro-RO"/>
              </w:rPr>
              <w:t>8</w:t>
            </w:r>
          </w:p>
        </w:tc>
        <w:tc>
          <w:tcPr>
            <w:tcW w:w="1360" w:type="dxa"/>
            <w:shd w:val="clear" w:color="auto" w:fill="FAFAFA"/>
            <w:tcMar>
              <w:top w:w="60" w:type="dxa"/>
              <w:left w:w="70" w:type="dxa"/>
              <w:bottom w:w="60" w:type="dxa"/>
              <w:right w:w="70" w:type="dxa"/>
            </w:tcMar>
            <w:vAlign w:val="center"/>
          </w:tcPr>
          <w:p w14:paraId="0EA9B964" w14:textId="77777777" w:rsidR="00082454" w:rsidRPr="004566A6" w:rsidRDefault="00082454">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2039E9D4" w14:textId="77777777" w:rsidR="00082454" w:rsidRPr="004566A6" w:rsidRDefault="00082454">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68CC1BD7" w14:textId="77777777" w:rsidR="00082454" w:rsidRPr="004566A6" w:rsidRDefault="00082454">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7954FF4A" w14:textId="77777777" w:rsidR="00082454" w:rsidRPr="004566A6" w:rsidRDefault="00082454">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4CD2A135" w14:textId="77777777" w:rsidR="00082454" w:rsidRPr="004566A6" w:rsidRDefault="00082454">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477F5AAD" w14:textId="77777777" w:rsidR="00082454" w:rsidRPr="004566A6" w:rsidRDefault="00082454">
            <w:pPr>
              <w:spacing w:after="0" w:line="240" w:lineRule="auto"/>
              <w:jc w:val="center"/>
              <w:rPr>
                <w:noProof/>
                <w:lang w:val="ro-RO"/>
              </w:rPr>
            </w:pPr>
          </w:p>
        </w:tc>
      </w:tr>
      <w:tr w:rsidR="00082454" w:rsidRPr="004566A6" w14:paraId="6869EEA7" w14:textId="77777777">
        <w:trPr>
          <w:cantSplit/>
          <w:jc w:val="center"/>
        </w:trPr>
        <w:tc>
          <w:tcPr>
            <w:tcW w:w="566" w:type="dxa"/>
            <w:tcMar>
              <w:top w:w="60" w:type="dxa"/>
              <w:left w:w="70" w:type="dxa"/>
              <w:bottom w:w="60" w:type="dxa"/>
              <w:right w:w="70" w:type="dxa"/>
            </w:tcMar>
            <w:vAlign w:val="center"/>
          </w:tcPr>
          <w:p w14:paraId="071C749B" w14:textId="77777777" w:rsidR="00082454" w:rsidRPr="004566A6" w:rsidRDefault="00000000">
            <w:pPr>
              <w:spacing w:after="0" w:line="240" w:lineRule="auto"/>
              <w:jc w:val="center"/>
              <w:rPr>
                <w:noProof/>
                <w:lang w:val="ro-RO"/>
              </w:rPr>
            </w:pPr>
            <w:r w:rsidRPr="004566A6">
              <w:rPr>
                <w:rFonts w:eastAsia="Arial"/>
                <w:noProof/>
                <w:sz w:val="15"/>
                <w:lang w:val="ro-RO"/>
              </w:rPr>
              <w:t>9</w:t>
            </w:r>
          </w:p>
        </w:tc>
        <w:tc>
          <w:tcPr>
            <w:tcW w:w="1360" w:type="dxa"/>
            <w:tcMar>
              <w:top w:w="60" w:type="dxa"/>
              <w:left w:w="70" w:type="dxa"/>
              <w:bottom w:w="60" w:type="dxa"/>
              <w:right w:w="70" w:type="dxa"/>
            </w:tcMar>
            <w:vAlign w:val="center"/>
          </w:tcPr>
          <w:p w14:paraId="69B2166D"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701355AC"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30CA8DEA"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65B3092C"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2073BB8C"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12EEA62E" w14:textId="77777777" w:rsidR="00082454" w:rsidRPr="004566A6" w:rsidRDefault="00082454">
            <w:pPr>
              <w:spacing w:after="0" w:line="240" w:lineRule="auto"/>
              <w:jc w:val="center"/>
              <w:rPr>
                <w:noProof/>
                <w:lang w:val="ro-RO"/>
              </w:rPr>
            </w:pPr>
          </w:p>
        </w:tc>
      </w:tr>
      <w:tr w:rsidR="00082454" w:rsidRPr="004566A6" w14:paraId="0A8E77C5" w14:textId="77777777">
        <w:trPr>
          <w:cantSplit/>
          <w:jc w:val="center"/>
        </w:trPr>
        <w:tc>
          <w:tcPr>
            <w:tcW w:w="566" w:type="dxa"/>
            <w:shd w:val="clear" w:color="auto" w:fill="FAFAFA"/>
            <w:tcMar>
              <w:top w:w="60" w:type="dxa"/>
              <w:left w:w="70" w:type="dxa"/>
              <w:bottom w:w="60" w:type="dxa"/>
              <w:right w:w="70" w:type="dxa"/>
            </w:tcMar>
            <w:vAlign w:val="center"/>
          </w:tcPr>
          <w:p w14:paraId="42F5627F" w14:textId="77777777" w:rsidR="00082454" w:rsidRPr="004566A6" w:rsidRDefault="00000000">
            <w:pPr>
              <w:spacing w:after="0" w:line="240" w:lineRule="auto"/>
              <w:jc w:val="center"/>
              <w:rPr>
                <w:noProof/>
                <w:lang w:val="ro-RO"/>
              </w:rPr>
            </w:pPr>
            <w:r w:rsidRPr="004566A6">
              <w:rPr>
                <w:rFonts w:eastAsia="Arial"/>
                <w:noProof/>
                <w:sz w:val="15"/>
                <w:lang w:val="ro-RO"/>
              </w:rPr>
              <w:t>10</w:t>
            </w:r>
          </w:p>
        </w:tc>
        <w:tc>
          <w:tcPr>
            <w:tcW w:w="1360" w:type="dxa"/>
            <w:shd w:val="clear" w:color="auto" w:fill="FAFAFA"/>
            <w:tcMar>
              <w:top w:w="60" w:type="dxa"/>
              <w:left w:w="70" w:type="dxa"/>
              <w:bottom w:w="60" w:type="dxa"/>
              <w:right w:w="70" w:type="dxa"/>
            </w:tcMar>
            <w:vAlign w:val="center"/>
          </w:tcPr>
          <w:p w14:paraId="5AD07634" w14:textId="77777777" w:rsidR="00082454" w:rsidRPr="004566A6" w:rsidRDefault="00082454">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0A53A174" w14:textId="77777777" w:rsidR="00082454" w:rsidRPr="004566A6" w:rsidRDefault="00082454">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45659C95" w14:textId="77777777" w:rsidR="00082454" w:rsidRPr="004566A6" w:rsidRDefault="00082454">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6634D7DE" w14:textId="77777777" w:rsidR="00082454" w:rsidRPr="004566A6" w:rsidRDefault="00082454">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144A5464" w14:textId="77777777" w:rsidR="00082454" w:rsidRPr="004566A6" w:rsidRDefault="00082454">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029433A8" w14:textId="77777777" w:rsidR="00082454" w:rsidRPr="004566A6" w:rsidRDefault="00082454">
            <w:pPr>
              <w:spacing w:after="0" w:line="240" w:lineRule="auto"/>
              <w:jc w:val="center"/>
              <w:rPr>
                <w:noProof/>
                <w:lang w:val="ro-RO"/>
              </w:rPr>
            </w:pPr>
          </w:p>
        </w:tc>
      </w:tr>
      <w:tr w:rsidR="00082454" w:rsidRPr="004566A6" w14:paraId="55CF368F" w14:textId="77777777">
        <w:trPr>
          <w:cantSplit/>
          <w:jc w:val="center"/>
        </w:trPr>
        <w:tc>
          <w:tcPr>
            <w:tcW w:w="566" w:type="dxa"/>
            <w:tcMar>
              <w:top w:w="60" w:type="dxa"/>
              <w:left w:w="70" w:type="dxa"/>
              <w:bottom w:w="60" w:type="dxa"/>
              <w:right w:w="70" w:type="dxa"/>
            </w:tcMar>
            <w:vAlign w:val="center"/>
          </w:tcPr>
          <w:p w14:paraId="16957BD7" w14:textId="77777777" w:rsidR="00082454" w:rsidRPr="004566A6" w:rsidRDefault="00000000">
            <w:pPr>
              <w:spacing w:after="0" w:line="240" w:lineRule="auto"/>
              <w:jc w:val="center"/>
              <w:rPr>
                <w:noProof/>
                <w:lang w:val="ro-RO"/>
              </w:rPr>
            </w:pPr>
            <w:r w:rsidRPr="004566A6">
              <w:rPr>
                <w:rFonts w:eastAsia="Arial"/>
                <w:noProof/>
                <w:sz w:val="15"/>
                <w:lang w:val="ro-RO"/>
              </w:rPr>
              <w:t>11</w:t>
            </w:r>
          </w:p>
        </w:tc>
        <w:tc>
          <w:tcPr>
            <w:tcW w:w="1360" w:type="dxa"/>
            <w:tcMar>
              <w:top w:w="60" w:type="dxa"/>
              <w:left w:w="70" w:type="dxa"/>
              <w:bottom w:w="60" w:type="dxa"/>
              <w:right w:w="70" w:type="dxa"/>
            </w:tcMar>
            <w:vAlign w:val="center"/>
          </w:tcPr>
          <w:p w14:paraId="7FBCA535" w14:textId="77777777" w:rsidR="00082454" w:rsidRPr="004566A6" w:rsidRDefault="00082454">
            <w:pPr>
              <w:spacing w:after="0" w:line="240" w:lineRule="auto"/>
              <w:rPr>
                <w:noProof/>
                <w:lang w:val="ro-RO"/>
              </w:rPr>
            </w:pPr>
          </w:p>
        </w:tc>
        <w:tc>
          <w:tcPr>
            <w:tcW w:w="2381" w:type="dxa"/>
            <w:tcMar>
              <w:top w:w="60" w:type="dxa"/>
              <w:left w:w="70" w:type="dxa"/>
              <w:bottom w:w="60" w:type="dxa"/>
              <w:right w:w="70" w:type="dxa"/>
            </w:tcMar>
            <w:vAlign w:val="center"/>
          </w:tcPr>
          <w:p w14:paraId="031AE977" w14:textId="77777777" w:rsidR="00082454" w:rsidRPr="004566A6" w:rsidRDefault="00082454">
            <w:pPr>
              <w:spacing w:after="0" w:line="240" w:lineRule="auto"/>
              <w:rPr>
                <w:noProof/>
                <w:lang w:val="ro-RO"/>
              </w:rPr>
            </w:pPr>
          </w:p>
        </w:tc>
        <w:tc>
          <w:tcPr>
            <w:tcW w:w="1927" w:type="dxa"/>
            <w:tcMar>
              <w:top w:w="60" w:type="dxa"/>
              <w:left w:w="70" w:type="dxa"/>
              <w:bottom w:w="60" w:type="dxa"/>
              <w:right w:w="70" w:type="dxa"/>
            </w:tcMar>
            <w:vAlign w:val="center"/>
          </w:tcPr>
          <w:p w14:paraId="3A7B3832" w14:textId="77777777" w:rsidR="00082454" w:rsidRPr="004566A6" w:rsidRDefault="00082454">
            <w:pPr>
              <w:spacing w:after="0" w:line="240" w:lineRule="auto"/>
              <w:rPr>
                <w:noProof/>
                <w:lang w:val="ro-RO"/>
              </w:rPr>
            </w:pPr>
          </w:p>
        </w:tc>
        <w:tc>
          <w:tcPr>
            <w:tcW w:w="1247" w:type="dxa"/>
            <w:tcMar>
              <w:top w:w="60" w:type="dxa"/>
              <w:left w:w="70" w:type="dxa"/>
              <w:bottom w:w="60" w:type="dxa"/>
              <w:right w:w="70" w:type="dxa"/>
            </w:tcMar>
            <w:vAlign w:val="center"/>
          </w:tcPr>
          <w:p w14:paraId="2427B853" w14:textId="77777777" w:rsidR="00082454" w:rsidRPr="004566A6" w:rsidRDefault="00082454">
            <w:pPr>
              <w:spacing w:after="0" w:line="240" w:lineRule="auto"/>
              <w:jc w:val="center"/>
              <w:rPr>
                <w:noProof/>
                <w:lang w:val="ro-RO"/>
              </w:rPr>
            </w:pPr>
          </w:p>
        </w:tc>
        <w:tc>
          <w:tcPr>
            <w:tcW w:w="1247" w:type="dxa"/>
            <w:tcMar>
              <w:top w:w="60" w:type="dxa"/>
              <w:left w:w="70" w:type="dxa"/>
              <w:bottom w:w="60" w:type="dxa"/>
              <w:right w:w="70" w:type="dxa"/>
            </w:tcMar>
            <w:vAlign w:val="center"/>
          </w:tcPr>
          <w:p w14:paraId="22D710AF" w14:textId="77777777" w:rsidR="00082454" w:rsidRPr="004566A6" w:rsidRDefault="00082454">
            <w:pPr>
              <w:spacing w:after="0" w:line="240" w:lineRule="auto"/>
              <w:jc w:val="center"/>
              <w:rPr>
                <w:noProof/>
                <w:lang w:val="ro-RO"/>
              </w:rPr>
            </w:pPr>
          </w:p>
        </w:tc>
        <w:tc>
          <w:tcPr>
            <w:tcW w:w="1133" w:type="dxa"/>
            <w:tcMar>
              <w:top w:w="60" w:type="dxa"/>
              <w:left w:w="70" w:type="dxa"/>
              <w:bottom w:w="60" w:type="dxa"/>
              <w:right w:w="70" w:type="dxa"/>
            </w:tcMar>
            <w:vAlign w:val="center"/>
          </w:tcPr>
          <w:p w14:paraId="2FA7DCD2" w14:textId="77777777" w:rsidR="00082454" w:rsidRPr="004566A6" w:rsidRDefault="00082454">
            <w:pPr>
              <w:spacing w:after="0" w:line="240" w:lineRule="auto"/>
              <w:jc w:val="center"/>
              <w:rPr>
                <w:noProof/>
                <w:lang w:val="ro-RO"/>
              </w:rPr>
            </w:pPr>
          </w:p>
        </w:tc>
      </w:tr>
    </w:tbl>
    <w:p w14:paraId="096CF6BA" w14:textId="77777777" w:rsidR="00082454" w:rsidRPr="004566A6" w:rsidRDefault="00000000">
      <w:pPr>
        <w:pStyle w:val="Heading2"/>
        <w:rPr>
          <w:noProof/>
          <w:lang w:val="ro-RO"/>
        </w:rPr>
      </w:pPr>
      <w:r w:rsidRPr="004566A6">
        <w:rPr>
          <w:noProof/>
          <w:lang w:val="ro-RO"/>
        </w:rPr>
        <w:t>Verificarea eficacității acțiunilor</w:t>
      </w:r>
    </w:p>
    <w:p w14:paraId="3441EAD4" w14:textId="77777777" w:rsidR="00082454" w:rsidRPr="004566A6" w:rsidRDefault="00000000">
      <w:pPr>
        <w:pStyle w:val="ListBullet"/>
        <w:ind w:left="283" w:hanging="170"/>
        <w:rPr>
          <w:noProof/>
          <w:lang w:val="ro-RO"/>
        </w:rPr>
      </w:pPr>
      <w:r w:rsidRPr="004566A6">
        <w:rPr>
          <w:noProof/>
          <w:lang w:val="ro-RO"/>
        </w:rPr>
        <w:t>Definiți înainte de implementare ce rezultat va demonstra eficacitatea.</w:t>
      </w:r>
    </w:p>
    <w:p w14:paraId="5FDA95C3" w14:textId="77777777" w:rsidR="00082454" w:rsidRPr="004566A6" w:rsidRDefault="00000000">
      <w:pPr>
        <w:pStyle w:val="ListBullet"/>
        <w:ind w:left="283" w:hanging="170"/>
        <w:rPr>
          <w:noProof/>
          <w:lang w:val="ro-RO"/>
        </w:rPr>
      </w:pPr>
      <w:r w:rsidRPr="004566A6">
        <w:rPr>
          <w:noProof/>
          <w:lang w:val="ro-RO"/>
        </w:rPr>
        <w:t>Verificați după o perioadă suficientă pentru ca riscul, incidentul sau abaterea să poată reapărea.</w:t>
      </w:r>
    </w:p>
    <w:p w14:paraId="5FB0565E" w14:textId="77777777" w:rsidR="00082454" w:rsidRPr="004566A6" w:rsidRDefault="00000000">
      <w:pPr>
        <w:pStyle w:val="ListBullet"/>
        <w:ind w:left="283" w:hanging="170"/>
        <w:rPr>
          <w:noProof/>
          <w:lang w:val="ro-RO"/>
        </w:rPr>
      </w:pPr>
      <w:r w:rsidRPr="004566A6">
        <w:rPr>
          <w:noProof/>
          <w:lang w:val="ro-RO"/>
        </w:rPr>
        <w:t>Utilizați date, observații, eșantioane, interviuri sau re-audit; nu vă limitați la confirmarea că documentul a fost modificat.</w:t>
      </w:r>
    </w:p>
    <w:p w14:paraId="0AEE5002" w14:textId="77777777" w:rsidR="00082454" w:rsidRPr="004566A6" w:rsidRDefault="00000000">
      <w:pPr>
        <w:pStyle w:val="ListBullet"/>
        <w:ind w:left="283" w:hanging="170"/>
        <w:rPr>
          <w:noProof/>
          <w:lang w:val="ro-RO"/>
        </w:rPr>
      </w:pPr>
      <w:r w:rsidRPr="004566A6">
        <w:rPr>
          <w:noProof/>
          <w:lang w:val="ro-RO"/>
        </w:rPr>
        <w:t>Dacă acțiunea nu este eficace, redeschideți analiza cauzei și reevaluați riscurile și oportunitățile.</w:t>
      </w:r>
    </w:p>
    <w:p w14:paraId="738019DD" w14:textId="77777777" w:rsidR="00082454" w:rsidRPr="004566A6" w:rsidRDefault="00000000">
      <w:pPr>
        <w:pStyle w:val="Heading1"/>
        <w:rPr>
          <w:noProof/>
          <w:lang w:val="ro-RO"/>
        </w:rPr>
      </w:pPr>
      <w:r w:rsidRPr="004566A6">
        <w:rPr>
          <w:noProof/>
          <w:lang w:val="ro-RO"/>
        </w:rPr>
        <w:t>Bibliotecă orientativă de dovezi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77"/>
        <w:gridCol w:w="3855"/>
        <w:gridCol w:w="3231"/>
      </w:tblGrid>
      <w:tr w:rsidR="00082454" w:rsidRPr="004566A6" w14:paraId="383965A5" w14:textId="77777777">
        <w:trPr>
          <w:tblHeader/>
          <w:jc w:val="center"/>
        </w:trPr>
        <w:tc>
          <w:tcPr>
            <w:tcW w:w="2777" w:type="dxa"/>
            <w:shd w:val="clear" w:color="auto" w:fill="D71920"/>
            <w:tcMar>
              <w:top w:w="60" w:type="dxa"/>
              <w:left w:w="70" w:type="dxa"/>
              <w:bottom w:w="60" w:type="dxa"/>
              <w:right w:w="70" w:type="dxa"/>
            </w:tcMar>
            <w:vAlign w:val="center"/>
          </w:tcPr>
          <w:p w14:paraId="146D3BE2"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DOMENIU</w:t>
            </w:r>
          </w:p>
        </w:tc>
        <w:tc>
          <w:tcPr>
            <w:tcW w:w="3855" w:type="dxa"/>
            <w:shd w:val="clear" w:color="auto" w:fill="D71920"/>
            <w:tcMar>
              <w:top w:w="60" w:type="dxa"/>
              <w:left w:w="70" w:type="dxa"/>
              <w:bottom w:w="60" w:type="dxa"/>
              <w:right w:w="70" w:type="dxa"/>
            </w:tcMar>
            <w:vAlign w:val="center"/>
          </w:tcPr>
          <w:p w14:paraId="3D9F05AC"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EXEMPLE DE INFORMAȚII DOCUMENTATE</w:t>
            </w:r>
          </w:p>
        </w:tc>
        <w:tc>
          <w:tcPr>
            <w:tcW w:w="3231" w:type="dxa"/>
            <w:shd w:val="clear" w:color="auto" w:fill="D71920"/>
            <w:tcMar>
              <w:top w:w="60" w:type="dxa"/>
              <w:left w:w="70" w:type="dxa"/>
              <w:bottom w:w="60" w:type="dxa"/>
              <w:right w:w="70" w:type="dxa"/>
            </w:tcMar>
            <w:vAlign w:val="center"/>
          </w:tcPr>
          <w:p w14:paraId="18A976A5" w14:textId="77777777" w:rsidR="00082454" w:rsidRPr="004566A6" w:rsidRDefault="00000000">
            <w:pPr>
              <w:spacing w:after="0" w:line="240" w:lineRule="auto"/>
              <w:jc w:val="center"/>
              <w:rPr>
                <w:noProof/>
                <w:lang w:val="ro-RO"/>
              </w:rPr>
            </w:pPr>
            <w:r w:rsidRPr="004566A6">
              <w:rPr>
                <w:rFonts w:eastAsia="Arial"/>
                <w:b/>
                <w:noProof/>
                <w:color w:val="FFFFFF"/>
                <w:sz w:val="15"/>
                <w:lang w:val="ro-RO"/>
              </w:rPr>
              <w:t>EXEMPLE DE DOVEZI DIN PRACTICĂ</w:t>
            </w:r>
          </w:p>
        </w:tc>
      </w:tr>
      <w:tr w:rsidR="00082454" w:rsidRPr="004566A6" w14:paraId="4F396133" w14:textId="77777777">
        <w:trPr>
          <w:cantSplit/>
          <w:jc w:val="center"/>
        </w:trPr>
        <w:tc>
          <w:tcPr>
            <w:tcW w:w="2777" w:type="dxa"/>
            <w:tcMar>
              <w:top w:w="60" w:type="dxa"/>
              <w:left w:w="70" w:type="dxa"/>
              <w:bottom w:w="60" w:type="dxa"/>
              <w:right w:w="70" w:type="dxa"/>
            </w:tcMar>
            <w:vAlign w:val="center"/>
          </w:tcPr>
          <w:p w14:paraId="0CFD2C48" w14:textId="77777777" w:rsidR="00082454" w:rsidRPr="004566A6" w:rsidRDefault="00000000">
            <w:pPr>
              <w:spacing w:after="0" w:line="240" w:lineRule="auto"/>
              <w:rPr>
                <w:noProof/>
                <w:lang w:val="ro-RO"/>
              </w:rPr>
            </w:pPr>
            <w:r w:rsidRPr="004566A6">
              <w:rPr>
                <w:rFonts w:eastAsia="Arial"/>
                <w:noProof/>
                <w:sz w:val="15"/>
                <w:lang w:val="ro-RO"/>
              </w:rPr>
              <w:t>Context și domeniu</w:t>
            </w:r>
          </w:p>
        </w:tc>
        <w:tc>
          <w:tcPr>
            <w:tcW w:w="3855" w:type="dxa"/>
            <w:tcMar>
              <w:top w:w="60" w:type="dxa"/>
              <w:left w:w="70" w:type="dxa"/>
              <w:bottom w:w="60" w:type="dxa"/>
              <w:right w:w="70" w:type="dxa"/>
            </w:tcMar>
            <w:vAlign w:val="center"/>
          </w:tcPr>
          <w:p w14:paraId="6798889E" w14:textId="77777777" w:rsidR="00082454" w:rsidRPr="004566A6" w:rsidRDefault="00000000">
            <w:pPr>
              <w:spacing w:after="0" w:line="240" w:lineRule="auto"/>
              <w:rPr>
                <w:noProof/>
                <w:lang w:val="ro-RO"/>
              </w:rPr>
            </w:pPr>
            <w:r w:rsidRPr="004566A6">
              <w:rPr>
                <w:rFonts w:eastAsia="Arial"/>
                <w:noProof/>
                <w:sz w:val="15"/>
                <w:lang w:val="ro-RO"/>
              </w:rPr>
              <w:t>Analiză de context, matrice părți interesate, domeniu și hartă procese.</w:t>
            </w:r>
          </w:p>
        </w:tc>
        <w:tc>
          <w:tcPr>
            <w:tcW w:w="3231" w:type="dxa"/>
            <w:tcMar>
              <w:top w:w="60" w:type="dxa"/>
              <w:left w:w="70" w:type="dxa"/>
              <w:bottom w:w="60" w:type="dxa"/>
              <w:right w:w="70" w:type="dxa"/>
            </w:tcMar>
            <w:vAlign w:val="center"/>
          </w:tcPr>
          <w:p w14:paraId="61BDF3A8" w14:textId="77777777" w:rsidR="00082454" w:rsidRPr="004566A6" w:rsidRDefault="00000000">
            <w:pPr>
              <w:spacing w:after="0" w:line="240" w:lineRule="auto"/>
              <w:rPr>
                <w:noProof/>
                <w:lang w:val="ro-RO"/>
              </w:rPr>
            </w:pPr>
            <w:r w:rsidRPr="004566A6">
              <w:rPr>
                <w:rFonts w:eastAsia="Arial"/>
                <w:noProof/>
                <w:sz w:val="15"/>
                <w:lang w:val="ro-RO"/>
              </w:rPr>
              <w:t>Interviuri, decizii, schimbări, populații expuse și activități externe.</w:t>
            </w:r>
          </w:p>
        </w:tc>
      </w:tr>
      <w:tr w:rsidR="00082454" w:rsidRPr="004566A6" w14:paraId="1DEAA81C" w14:textId="77777777">
        <w:trPr>
          <w:cantSplit/>
          <w:jc w:val="center"/>
        </w:trPr>
        <w:tc>
          <w:tcPr>
            <w:tcW w:w="2777" w:type="dxa"/>
            <w:shd w:val="clear" w:color="auto" w:fill="FAFAFA"/>
            <w:tcMar>
              <w:top w:w="60" w:type="dxa"/>
              <w:left w:w="70" w:type="dxa"/>
              <w:bottom w:w="60" w:type="dxa"/>
              <w:right w:w="70" w:type="dxa"/>
            </w:tcMar>
            <w:vAlign w:val="center"/>
          </w:tcPr>
          <w:p w14:paraId="6752D451" w14:textId="77777777" w:rsidR="00082454" w:rsidRPr="004566A6" w:rsidRDefault="00000000">
            <w:pPr>
              <w:spacing w:after="0" w:line="240" w:lineRule="auto"/>
              <w:rPr>
                <w:noProof/>
                <w:lang w:val="ro-RO"/>
              </w:rPr>
            </w:pPr>
            <w:r w:rsidRPr="004566A6">
              <w:rPr>
                <w:rFonts w:eastAsia="Arial"/>
                <w:noProof/>
                <w:sz w:val="15"/>
                <w:lang w:val="ro-RO"/>
              </w:rPr>
              <w:t>Participarea lucrătorilor</w:t>
            </w:r>
          </w:p>
        </w:tc>
        <w:tc>
          <w:tcPr>
            <w:tcW w:w="3855" w:type="dxa"/>
            <w:shd w:val="clear" w:color="auto" w:fill="FAFAFA"/>
            <w:tcMar>
              <w:top w:w="60" w:type="dxa"/>
              <w:left w:w="70" w:type="dxa"/>
              <w:bottom w:w="60" w:type="dxa"/>
              <w:right w:w="70" w:type="dxa"/>
            </w:tcMar>
            <w:vAlign w:val="center"/>
          </w:tcPr>
          <w:p w14:paraId="6FA80BC1" w14:textId="77777777" w:rsidR="00082454" w:rsidRPr="004566A6" w:rsidRDefault="00000000">
            <w:pPr>
              <w:spacing w:after="0" w:line="240" w:lineRule="auto"/>
              <w:rPr>
                <w:noProof/>
                <w:lang w:val="ro-RO"/>
              </w:rPr>
            </w:pPr>
            <w:r w:rsidRPr="004566A6">
              <w:rPr>
                <w:rFonts w:eastAsia="Arial"/>
                <w:noProof/>
                <w:sz w:val="15"/>
                <w:lang w:val="ro-RO"/>
              </w:rPr>
              <w:t>Procedură/mecanisme, comitete, minute, canale și protecție non-represalii.</w:t>
            </w:r>
          </w:p>
        </w:tc>
        <w:tc>
          <w:tcPr>
            <w:tcW w:w="3231" w:type="dxa"/>
            <w:shd w:val="clear" w:color="auto" w:fill="FAFAFA"/>
            <w:tcMar>
              <w:top w:w="60" w:type="dxa"/>
              <w:left w:w="70" w:type="dxa"/>
              <w:bottom w:w="60" w:type="dxa"/>
              <w:right w:w="70" w:type="dxa"/>
            </w:tcMar>
            <w:vAlign w:val="center"/>
          </w:tcPr>
          <w:p w14:paraId="1CD7CD46" w14:textId="77777777" w:rsidR="00082454" w:rsidRPr="004566A6" w:rsidRDefault="00000000">
            <w:pPr>
              <w:spacing w:after="0" w:line="240" w:lineRule="auto"/>
              <w:rPr>
                <w:noProof/>
                <w:lang w:val="ro-RO"/>
              </w:rPr>
            </w:pPr>
            <w:r w:rsidRPr="004566A6">
              <w:rPr>
                <w:rFonts w:eastAsia="Arial"/>
                <w:noProof/>
                <w:sz w:val="15"/>
                <w:lang w:val="ro-RO"/>
              </w:rPr>
              <w:t>Propuneri, răspunsuri, tururi, ateliere și decizii influențate.</w:t>
            </w:r>
          </w:p>
        </w:tc>
      </w:tr>
      <w:tr w:rsidR="00082454" w:rsidRPr="004566A6" w14:paraId="49312C3F" w14:textId="77777777">
        <w:trPr>
          <w:cantSplit/>
          <w:jc w:val="center"/>
        </w:trPr>
        <w:tc>
          <w:tcPr>
            <w:tcW w:w="2777" w:type="dxa"/>
            <w:tcMar>
              <w:top w:w="60" w:type="dxa"/>
              <w:left w:w="70" w:type="dxa"/>
              <w:bottom w:w="60" w:type="dxa"/>
              <w:right w:w="70" w:type="dxa"/>
            </w:tcMar>
            <w:vAlign w:val="center"/>
          </w:tcPr>
          <w:p w14:paraId="4E3FFE0E" w14:textId="77777777" w:rsidR="00082454" w:rsidRPr="004566A6" w:rsidRDefault="00000000">
            <w:pPr>
              <w:spacing w:after="0" w:line="240" w:lineRule="auto"/>
              <w:rPr>
                <w:noProof/>
                <w:lang w:val="ro-RO"/>
              </w:rPr>
            </w:pPr>
            <w:r w:rsidRPr="004566A6">
              <w:rPr>
                <w:rFonts w:eastAsia="Arial"/>
                <w:noProof/>
                <w:sz w:val="15"/>
                <w:lang w:val="ro-RO"/>
              </w:rPr>
              <w:t>Pericole și riscuri</w:t>
            </w:r>
          </w:p>
        </w:tc>
        <w:tc>
          <w:tcPr>
            <w:tcW w:w="3855" w:type="dxa"/>
            <w:tcMar>
              <w:top w:w="60" w:type="dxa"/>
              <w:left w:w="70" w:type="dxa"/>
              <w:bottom w:w="60" w:type="dxa"/>
              <w:right w:w="70" w:type="dxa"/>
            </w:tcMar>
            <w:vAlign w:val="center"/>
          </w:tcPr>
          <w:p w14:paraId="08024EA8" w14:textId="77777777" w:rsidR="00082454" w:rsidRPr="004566A6" w:rsidRDefault="00000000">
            <w:pPr>
              <w:spacing w:after="0" w:line="240" w:lineRule="auto"/>
              <w:rPr>
                <w:noProof/>
                <w:lang w:val="ro-RO"/>
              </w:rPr>
            </w:pPr>
            <w:r w:rsidRPr="004566A6">
              <w:rPr>
                <w:rFonts w:eastAsia="Arial"/>
                <w:noProof/>
                <w:sz w:val="15"/>
                <w:lang w:val="ro-RO"/>
              </w:rPr>
              <w:t>Inventare, evaluări, analize de sarcină și registre.</w:t>
            </w:r>
          </w:p>
        </w:tc>
        <w:tc>
          <w:tcPr>
            <w:tcW w:w="3231" w:type="dxa"/>
            <w:tcMar>
              <w:top w:w="60" w:type="dxa"/>
              <w:left w:w="70" w:type="dxa"/>
              <w:bottom w:w="60" w:type="dxa"/>
              <w:right w:w="70" w:type="dxa"/>
            </w:tcMar>
            <w:vAlign w:val="center"/>
          </w:tcPr>
          <w:p w14:paraId="5B904843" w14:textId="77777777" w:rsidR="00082454" w:rsidRPr="004566A6" w:rsidRDefault="00000000">
            <w:pPr>
              <w:spacing w:after="0" w:line="240" w:lineRule="auto"/>
              <w:rPr>
                <w:noProof/>
                <w:lang w:val="ro-RO"/>
              </w:rPr>
            </w:pPr>
            <w:r w:rsidRPr="004566A6">
              <w:rPr>
                <w:rFonts w:eastAsia="Arial"/>
                <w:noProof/>
                <w:sz w:val="15"/>
                <w:lang w:val="ro-RO"/>
              </w:rPr>
              <w:t>Observații, măsurări, rapoarte, near miss și condiții reale.</w:t>
            </w:r>
          </w:p>
        </w:tc>
      </w:tr>
      <w:tr w:rsidR="00082454" w:rsidRPr="004566A6" w14:paraId="1EF0B40E" w14:textId="77777777">
        <w:trPr>
          <w:cantSplit/>
          <w:jc w:val="center"/>
        </w:trPr>
        <w:tc>
          <w:tcPr>
            <w:tcW w:w="2777" w:type="dxa"/>
            <w:shd w:val="clear" w:color="auto" w:fill="FAFAFA"/>
            <w:tcMar>
              <w:top w:w="60" w:type="dxa"/>
              <w:left w:w="70" w:type="dxa"/>
              <w:bottom w:w="60" w:type="dxa"/>
              <w:right w:w="70" w:type="dxa"/>
            </w:tcMar>
            <w:vAlign w:val="center"/>
          </w:tcPr>
          <w:p w14:paraId="7E7B5B07" w14:textId="77777777" w:rsidR="00082454" w:rsidRPr="004566A6" w:rsidRDefault="00000000">
            <w:pPr>
              <w:spacing w:after="0" w:line="240" w:lineRule="auto"/>
              <w:rPr>
                <w:noProof/>
                <w:lang w:val="ro-RO"/>
              </w:rPr>
            </w:pPr>
            <w:r w:rsidRPr="004566A6">
              <w:rPr>
                <w:rFonts w:eastAsia="Arial"/>
                <w:noProof/>
                <w:sz w:val="15"/>
                <w:lang w:val="ro-RO"/>
              </w:rPr>
              <w:t>Conformare</w:t>
            </w:r>
          </w:p>
        </w:tc>
        <w:tc>
          <w:tcPr>
            <w:tcW w:w="3855" w:type="dxa"/>
            <w:shd w:val="clear" w:color="auto" w:fill="FAFAFA"/>
            <w:tcMar>
              <w:top w:w="60" w:type="dxa"/>
              <w:left w:w="70" w:type="dxa"/>
              <w:bottom w:w="60" w:type="dxa"/>
              <w:right w:w="70" w:type="dxa"/>
            </w:tcMar>
            <w:vAlign w:val="center"/>
          </w:tcPr>
          <w:p w14:paraId="5D601C32" w14:textId="77777777" w:rsidR="00082454" w:rsidRPr="004566A6" w:rsidRDefault="00000000">
            <w:pPr>
              <w:spacing w:after="0" w:line="240" w:lineRule="auto"/>
              <w:rPr>
                <w:noProof/>
                <w:lang w:val="ro-RO"/>
              </w:rPr>
            </w:pPr>
            <w:r w:rsidRPr="004566A6">
              <w:rPr>
                <w:rFonts w:eastAsia="Arial"/>
                <w:noProof/>
                <w:sz w:val="15"/>
                <w:lang w:val="ro-RO"/>
              </w:rPr>
              <w:t>Registru legal, autorizații, evaluări și planuri.</w:t>
            </w:r>
          </w:p>
        </w:tc>
        <w:tc>
          <w:tcPr>
            <w:tcW w:w="3231" w:type="dxa"/>
            <w:shd w:val="clear" w:color="auto" w:fill="FAFAFA"/>
            <w:tcMar>
              <w:top w:w="60" w:type="dxa"/>
              <w:left w:w="70" w:type="dxa"/>
              <w:bottom w:w="60" w:type="dxa"/>
              <w:right w:w="70" w:type="dxa"/>
            </w:tcMar>
            <w:vAlign w:val="center"/>
          </w:tcPr>
          <w:p w14:paraId="4B267F5B" w14:textId="77777777" w:rsidR="00082454" w:rsidRPr="004566A6" w:rsidRDefault="00000000">
            <w:pPr>
              <w:spacing w:after="0" w:line="240" w:lineRule="auto"/>
              <w:rPr>
                <w:noProof/>
                <w:lang w:val="ro-RO"/>
              </w:rPr>
            </w:pPr>
            <w:r w:rsidRPr="004566A6">
              <w:rPr>
                <w:rFonts w:eastAsia="Arial"/>
                <w:noProof/>
                <w:sz w:val="15"/>
                <w:lang w:val="ro-RO"/>
              </w:rPr>
              <w:t>Inspecții, examene, raportări, autorizări și corespondență.</w:t>
            </w:r>
          </w:p>
        </w:tc>
      </w:tr>
      <w:tr w:rsidR="00082454" w:rsidRPr="004566A6" w14:paraId="29DEB1CF" w14:textId="77777777">
        <w:trPr>
          <w:cantSplit/>
          <w:jc w:val="center"/>
        </w:trPr>
        <w:tc>
          <w:tcPr>
            <w:tcW w:w="2777" w:type="dxa"/>
            <w:tcMar>
              <w:top w:w="60" w:type="dxa"/>
              <w:left w:w="70" w:type="dxa"/>
              <w:bottom w:w="60" w:type="dxa"/>
              <w:right w:w="70" w:type="dxa"/>
            </w:tcMar>
            <w:vAlign w:val="center"/>
          </w:tcPr>
          <w:p w14:paraId="13384971" w14:textId="77777777" w:rsidR="00082454" w:rsidRPr="004566A6" w:rsidRDefault="00000000">
            <w:pPr>
              <w:spacing w:after="0" w:line="240" w:lineRule="auto"/>
              <w:rPr>
                <w:noProof/>
                <w:lang w:val="ro-RO"/>
              </w:rPr>
            </w:pPr>
            <w:r w:rsidRPr="004566A6">
              <w:rPr>
                <w:rFonts w:eastAsia="Arial"/>
                <w:noProof/>
                <w:sz w:val="15"/>
                <w:lang w:val="ro-RO"/>
              </w:rPr>
              <w:t>Control operațional</w:t>
            </w:r>
          </w:p>
        </w:tc>
        <w:tc>
          <w:tcPr>
            <w:tcW w:w="3855" w:type="dxa"/>
            <w:tcMar>
              <w:top w:w="60" w:type="dxa"/>
              <w:left w:w="70" w:type="dxa"/>
              <w:bottom w:w="60" w:type="dxa"/>
              <w:right w:w="70" w:type="dxa"/>
            </w:tcMar>
            <w:vAlign w:val="center"/>
          </w:tcPr>
          <w:p w14:paraId="71662B0C" w14:textId="77777777" w:rsidR="00082454" w:rsidRPr="004566A6" w:rsidRDefault="00000000">
            <w:pPr>
              <w:spacing w:after="0" w:line="240" w:lineRule="auto"/>
              <w:rPr>
                <w:noProof/>
                <w:lang w:val="ro-RO"/>
              </w:rPr>
            </w:pPr>
            <w:r w:rsidRPr="004566A6">
              <w:rPr>
                <w:rFonts w:eastAsia="Arial"/>
                <w:noProof/>
                <w:sz w:val="15"/>
                <w:lang w:val="ro-RO"/>
              </w:rPr>
              <w:t>Instrucțiuni, permise, LOTO, planuri, cerințe contractanți.</w:t>
            </w:r>
          </w:p>
        </w:tc>
        <w:tc>
          <w:tcPr>
            <w:tcW w:w="3231" w:type="dxa"/>
            <w:tcMar>
              <w:top w:w="60" w:type="dxa"/>
              <w:left w:w="70" w:type="dxa"/>
              <w:bottom w:w="60" w:type="dxa"/>
              <w:right w:w="70" w:type="dxa"/>
            </w:tcMar>
            <w:vAlign w:val="center"/>
          </w:tcPr>
          <w:p w14:paraId="778E51A2" w14:textId="77777777" w:rsidR="00082454" w:rsidRPr="004566A6" w:rsidRDefault="00000000">
            <w:pPr>
              <w:spacing w:after="0" w:line="240" w:lineRule="auto"/>
              <w:rPr>
                <w:noProof/>
                <w:lang w:val="ro-RO"/>
              </w:rPr>
            </w:pPr>
            <w:r w:rsidRPr="004566A6">
              <w:rPr>
                <w:rFonts w:eastAsia="Arial"/>
                <w:noProof/>
                <w:sz w:val="15"/>
                <w:lang w:val="ro-RO"/>
              </w:rPr>
              <w:t>Protecții, bariere, comportamente, supraveghere și reacții la abatere.</w:t>
            </w:r>
          </w:p>
        </w:tc>
      </w:tr>
      <w:tr w:rsidR="00082454" w:rsidRPr="004566A6" w14:paraId="7ECA0342" w14:textId="77777777">
        <w:trPr>
          <w:cantSplit/>
          <w:jc w:val="center"/>
        </w:trPr>
        <w:tc>
          <w:tcPr>
            <w:tcW w:w="2777" w:type="dxa"/>
            <w:shd w:val="clear" w:color="auto" w:fill="FAFAFA"/>
            <w:tcMar>
              <w:top w:w="60" w:type="dxa"/>
              <w:left w:w="70" w:type="dxa"/>
              <w:bottom w:w="60" w:type="dxa"/>
              <w:right w:w="70" w:type="dxa"/>
            </w:tcMar>
            <w:vAlign w:val="center"/>
          </w:tcPr>
          <w:p w14:paraId="5F5812B6" w14:textId="77777777" w:rsidR="00082454" w:rsidRPr="004566A6" w:rsidRDefault="00000000">
            <w:pPr>
              <w:spacing w:after="0" w:line="240" w:lineRule="auto"/>
              <w:rPr>
                <w:noProof/>
                <w:lang w:val="ro-RO"/>
              </w:rPr>
            </w:pPr>
            <w:r w:rsidRPr="004566A6">
              <w:rPr>
                <w:rFonts w:eastAsia="Arial"/>
                <w:noProof/>
                <w:sz w:val="15"/>
                <w:lang w:val="ro-RO"/>
              </w:rPr>
              <w:t>Competență</w:t>
            </w:r>
          </w:p>
        </w:tc>
        <w:tc>
          <w:tcPr>
            <w:tcW w:w="3855" w:type="dxa"/>
            <w:shd w:val="clear" w:color="auto" w:fill="FAFAFA"/>
            <w:tcMar>
              <w:top w:w="60" w:type="dxa"/>
              <w:left w:w="70" w:type="dxa"/>
              <w:bottom w:w="60" w:type="dxa"/>
              <w:right w:w="70" w:type="dxa"/>
            </w:tcMar>
            <w:vAlign w:val="center"/>
          </w:tcPr>
          <w:p w14:paraId="50D2B904" w14:textId="77777777" w:rsidR="00082454" w:rsidRPr="004566A6" w:rsidRDefault="00000000">
            <w:pPr>
              <w:spacing w:after="0" w:line="240" w:lineRule="auto"/>
              <w:rPr>
                <w:noProof/>
                <w:lang w:val="ro-RO"/>
              </w:rPr>
            </w:pPr>
            <w:r w:rsidRPr="004566A6">
              <w:rPr>
                <w:rFonts w:eastAsia="Arial"/>
                <w:noProof/>
                <w:sz w:val="15"/>
                <w:lang w:val="ro-RO"/>
              </w:rPr>
              <w:t>Matrice, programe, autorizări și evaluări.</w:t>
            </w:r>
          </w:p>
        </w:tc>
        <w:tc>
          <w:tcPr>
            <w:tcW w:w="3231" w:type="dxa"/>
            <w:shd w:val="clear" w:color="auto" w:fill="FAFAFA"/>
            <w:tcMar>
              <w:top w:w="60" w:type="dxa"/>
              <w:left w:w="70" w:type="dxa"/>
              <w:bottom w:w="60" w:type="dxa"/>
              <w:right w:w="70" w:type="dxa"/>
            </w:tcMar>
            <w:vAlign w:val="center"/>
          </w:tcPr>
          <w:p w14:paraId="3F10B3AE" w14:textId="77777777" w:rsidR="00082454" w:rsidRPr="004566A6" w:rsidRDefault="00000000">
            <w:pPr>
              <w:spacing w:after="0" w:line="240" w:lineRule="auto"/>
              <w:rPr>
                <w:noProof/>
                <w:lang w:val="ro-RO"/>
              </w:rPr>
            </w:pPr>
            <w:r w:rsidRPr="004566A6">
              <w:rPr>
                <w:rFonts w:eastAsia="Arial"/>
                <w:noProof/>
                <w:sz w:val="15"/>
                <w:lang w:val="ro-RO"/>
              </w:rPr>
              <w:t>Demonstrații practice, interviuri, reautorizări și observații.</w:t>
            </w:r>
          </w:p>
        </w:tc>
      </w:tr>
      <w:tr w:rsidR="00082454" w:rsidRPr="004566A6" w14:paraId="5456FA1B" w14:textId="77777777">
        <w:trPr>
          <w:cantSplit/>
          <w:jc w:val="center"/>
        </w:trPr>
        <w:tc>
          <w:tcPr>
            <w:tcW w:w="2777" w:type="dxa"/>
            <w:tcMar>
              <w:top w:w="60" w:type="dxa"/>
              <w:left w:w="70" w:type="dxa"/>
              <w:bottom w:w="60" w:type="dxa"/>
              <w:right w:w="70" w:type="dxa"/>
            </w:tcMar>
            <w:vAlign w:val="center"/>
          </w:tcPr>
          <w:p w14:paraId="26EBEE25" w14:textId="77777777" w:rsidR="00082454" w:rsidRPr="004566A6" w:rsidRDefault="00000000">
            <w:pPr>
              <w:spacing w:after="0" w:line="240" w:lineRule="auto"/>
              <w:rPr>
                <w:noProof/>
                <w:lang w:val="ro-RO"/>
              </w:rPr>
            </w:pPr>
            <w:r w:rsidRPr="004566A6">
              <w:rPr>
                <w:rFonts w:eastAsia="Arial"/>
                <w:noProof/>
                <w:sz w:val="15"/>
                <w:lang w:val="ro-RO"/>
              </w:rPr>
              <w:t>Urgențe</w:t>
            </w:r>
          </w:p>
        </w:tc>
        <w:tc>
          <w:tcPr>
            <w:tcW w:w="3855" w:type="dxa"/>
            <w:tcMar>
              <w:top w:w="60" w:type="dxa"/>
              <w:left w:w="70" w:type="dxa"/>
              <w:bottom w:w="60" w:type="dxa"/>
              <w:right w:w="70" w:type="dxa"/>
            </w:tcMar>
            <w:vAlign w:val="center"/>
          </w:tcPr>
          <w:p w14:paraId="441BBBF6" w14:textId="77777777" w:rsidR="00082454" w:rsidRPr="004566A6" w:rsidRDefault="00000000">
            <w:pPr>
              <w:spacing w:after="0" w:line="240" w:lineRule="auto"/>
              <w:rPr>
                <w:noProof/>
                <w:lang w:val="ro-RO"/>
              </w:rPr>
            </w:pPr>
            <w:r w:rsidRPr="004566A6">
              <w:rPr>
                <w:rFonts w:eastAsia="Arial"/>
                <w:noProof/>
                <w:sz w:val="15"/>
                <w:lang w:val="ro-RO"/>
              </w:rPr>
              <w:t>Planuri, scenarii, contacte, hărți și rapoarte de exercițiu.</w:t>
            </w:r>
          </w:p>
        </w:tc>
        <w:tc>
          <w:tcPr>
            <w:tcW w:w="3231" w:type="dxa"/>
            <w:tcMar>
              <w:top w:w="60" w:type="dxa"/>
              <w:left w:w="70" w:type="dxa"/>
              <w:bottom w:w="60" w:type="dxa"/>
              <w:right w:w="70" w:type="dxa"/>
            </w:tcMar>
            <w:vAlign w:val="center"/>
          </w:tcPr>
          <w:p w14:paraId="7706A0E2" w14:textId="77777777" w:rsidR="00082454" w:rsidRPr="004566A6" w:rsidRDefault="00000000">
            <w:pPr>
              <w:spacing w:after="0" w:line="240" w:lineRule="auto"/>
              <w:rPr>
                <w:noProof/>
                <w:lang w:val="ro-RO"/>
              </w:rPr>
            </w:pPr>
            <w:r w:rsidRPr="004566A6">
              <w:rPr>
                <w:rFonts w:eastAsia="Arial"/>
                <w:noProof/>
                <w:sz w:val="15"/>
                <w:lang w:val="ro-RO"/>
              </w:rPr>
              <w:t>Echipamente, alarmare, exerciții, timpi și lecții.</w:t>
            </w:r>
          </w:p>
        </w:tc>
      </w:tr>
      <w:tr w:rsidR="00082454" w:rsidRPr="004566A6" w14:paraId="4C8881EB" w14:textId="77777777">
        <w:trPr>
          <w:cantSplit/>
          <w:jc w:val="center"/>
        </w:trPr>
        <w:tc>
          <w:tcPr>
            <w:tcW w:w="2777" w:type="dxa"/>
            <w:shd w:val="clear" w:color="auto" w:fill="FAFAFA"/>
            <w:tcMar>
              <w:top w:w="60" w:type="dxa"/>
              <w:left w:w="70" w:type="dxa"/>
              <w:bottom w:w="60" w:type="dxa"/>
              <w:right w:w="70" w:type="dxa"/>
            </w:tcMar>
            <w:vAlign w:val="center"/>
          </w:tcPr>
          <w:p w14:paraId="27C5CF54" w14:textId="77777777" w:rsidR="00082454" w:rsidRPr="004566A6" w:rsidRDefault="00000000">
            <w:pPr>
              <w:spacing w:after="0" w:line="240" w:lineRule="auto"/>
              <w:rPr>
                <w:noProof/>
                <w:lang w:val="ro-RO"/>
              </w:rPr>
            </w:pPr>
            <w:r w:rsidRPr="004566A6">
              <w:rPr>
                <w:rFonts w:eastAsia="Arial"/>
                <w:noProof/>
                <w:sz w:val="15"/>
                <w:lang w:val="ro-RO"/>
              </w:rPr>
              <w:t>Monitorizare și sănătate</w:t>
            </w:r>
          </w:p>
        </w:tc>
        <w:tc>
          <w:tcPr>
            <w:tcW w:w="3855" w:type="dxa"/>
            <w:shd w:val="clear" w:color="auto" w:fill="FAFAFA"/>
            <w:tcMar>
              <w:top w:w="60" w:type="dxa"/>
              <w:left w:w="70" w:type="dxa"/>
              <w:bottom w:w="60" w:type="dxa"/>
              <w:right w:w="70" w:type="dxa"/>
            </w:tcMar>
            <w:vAlign w:val="center"/>
          </w:tcPr>
          <w:p w14:paraId="6AAF841B" w14:textId="77777777" w:rsidR="00082454" w:rsidRPr="004566A6" w:rsidRDefault="00000000">
            <w:pPr>
              <w:spacing w:after="0" w:line="240" w:lineRule="auto"/>
              <w:rPr>
                <w:noProof/>
                <w:lang w:val="ro-RO"/>
              </w:rPr>
            </w:pPr>
            <w:r w:rsidRPr="004566A6">
              <w:rPr>
                <w:rFonts w:eastAsia="Arial"/>
                <w:noProof/>
                <w:sz w:val="15"/>
                <w:lang w:val="ro-RO"/>
              </w:rPr>
              <w:t>Plan de măsurare, indicatori, supraveghere medicală și calibrare.</w:t>
            </w:r>
          </w:p>
        </w:tc>
        <w:tc>
          <w:tcPr>
            <w:tcW w:w="3231" w:type="dxa"/>
            <w:shd w:val="clear" w:color="auto" w:fill="FAFAFA"/>
            <w:tcMar>
              <w:top w:w="60" w:type="dxa"/>
              <w:left w:w="70" w:type="dxa"/>
              <w:bottom w:w="60" w:type="dxa"/>
              <w:right w:w="70" w:type="dxa"/>
            </w:tcMar>
            <w:vAlign w:val="center"/>
          </w:tcPr>
          <w:p w14:paraId="6A6C01A8" w14:textId="77777777" w:rsidR="00082454" w:rsidRPr="004566A6" w:rsidRDefault="00000000">
            <w:pPr>
              <w:spacing w:after="0" w:line="240" w:lineRule="auto"/>
              <w:rPr>
                <w:noProof/>
                <w:lang w:val="ro-RO"/>
              </w:rPr>
            </w:pPr>
            <w:r w:rsidRPr="004566A6">
              <w:rPr>
                <w:rFonts w:eastAsia="Arial"/>
                <w:noProof/>
                <w:sz w:val="15"/>
                <w:lang w:val="ro-RO"/>
              </w:rPr>
              <w:t>Tendințe, expuneri, restricții, acțiuni și confidențialitate.</w:t>
            </w:r>
          </w:p>
        </w:tc>
      </w:tr>
      <w:tr w:rsidR="00082454" w:rsidRPr="004566A6" w14:paraId="312DEBBA" w14:textId="77777777">
        <w:trPr>
          <w:cantSplit/>
          <w:jc w:val="center"/>
        </w:trPr>
        <w:tc>
          <w:tcPr>
            <w:tcW w:w="2777" w:type="dxa"/>
            <w:tcMar>
              <w:top w:w="60" w:type="dxa"/>
              <w:left w:w="70" w:type="dxa"/>
              <w:bottom w:w="60" w:type="dxa"/>
              <w:right w:w="70" w:type="dxa"/>
            </w:tcMar>
            <w:vAlign w:val="center"/>
          </w:tcPr>
          <w:p w14:paraId="2BECDFD3" w14:textId="77777777" w:rsidR="00082454" w:rsidRPr="004566A6" w:rsidRDefault="00000000">
            <w:pPr>
              <w:spacing w:after="0" w:line="240" w:lineRule="auto"/>
              <w:rPr>
                <w:noProof/>
                <w:lang w:val="ro-RO"/>
              </w:rPr>
            </w:pPr>
            <w:r w:rsidRPr="004566A6">
              <w:rPr>
                <w:rFonts w:eastAsia="Arial"/>
                <w:noProof/>
                <w:sz w:val="15"/>
                <w:lang w:val="ro-RO"/>
              </w:rPr>
              <w:t>Incidente și îmbunătățire</w:t>
            </w:r>
          </w:p>
        </w:tc>
        <w:tc>
          <w:tcPr>
            <w:tcW w:w="3855" w:type="dxa"/>
            <w:tcMar>
              <w:top w:w="60" w:type="dxa"/>
              <w:left w:w="70" w:type="dxa"/>
              <w:bottom w:w="60" w:type="dxa"/>
              <w:right w:w="70" w:type="dxa"/>
            </w:tcMar>
            <w:vAlign w:val="center"/>
          </w:tcPr>
          <w:p w14:paraId="3953781F" w14:textId="77777777" w:rsidR="00082454" w:rsidRPr="004566A6" w:rsidRDefault="00000000">
            <w:pPr>
              <w:spacing w:after="0" w:line="240" w:lineRule="auto"/>
              <w:rPr>
                <w:noProof/>
                <w:lang w:val="ro-RO"/>
              </w:rPr>
            </w:pPr>
            <w:r w:rsidRPr="004566A6">
              <w:rPr>
                <w:rFonts w:eastAsia="Arial"/>
                <w:noProof/>
                <w:sz w:val="15"/>
                <w:lang w:val="ro-RO"/>
              </w:rPr>
              <w:t>Rapoarte, investigații, cauze și acțiuni corective.</w:t>
            </w:r>
          </w:p>
        </w:tc>
        <w:tc>
          <w:tcPr>
            <w:tcW w:w="3231" w:type="dxa"/>
            <w:tcMar>
              <w:top w:w="60" w:type="dxa"/>
              <w:left w:w="70" w:type="dxa"/>
              <w:bottom w:w="60" w:type="dxa"/>
              <w:right w:w="70" w:type="dxa"/>
            </w:tcMar>
            <w:vAlign w:val="center"/>
          </w:tcPr>
          <w:p w14:paraId="52340844" w14:textId="77777777" w:rsidR="00082454" w:rsidRPr="004566A6" w:rsidRDefault="00000000">
            <w:pPr>
              <w:spacing w:after="0" w:line="240" w:lineRule="auto"/>
              <w:rPr>
                <w:noProof/>
                <w:lang w:val="ro-RO"/>
              </w:rPr>
            </w:pPr>
            <w:r w:rsidRPr="004566A6">
              <w:rPr>
                <w:rFonts w:eastAsia="Arial"/>
                <w:noProof/>
                <w:sz w:val="15"/>
                <w:lang w:val="ro-RO"/>
              </w:rPr>
              <w:t>Participare, ierarhia controalelor, verificări și reducerea repetării.</w:t>
            </w:r>
          </w:p>
        </w:tc>
      </w:tr>
      <w:tr w:rsidR="00082454" w:rsidRPr="004566A6" w14:paraId="0720B09A" w14:textId="77777777">
        <w:trPr>
          <w:cantSplit/>
          <w:jc w:val="center"/>
        </w:trPr>
        <w:tc>
          <w:tcPr>
            <w:tcW w:w="2777" w:type="dxa"/>
            <w:shd w:val="clear" w:color="auto" w:fill="FAFAFA"/>
            <w:tcMar>
              <w:top w:w="60" w:type="dxa"/>
              <w:left w:w="70" w:type="dxa"/>
              <w:bottom w:w="60" w:type="dxa"/>
              <w:right w:w="70" w:type="dxa"/>
            </w:tcMar>
            <w:vAlign w:val="center"/>
          </w:tcPr>
          <w:p w14:paraId="49B8FBF0" w14:textId="77777777" w:rsidR="00082454" w:rsidRPr="004566A6" w:rsidRDefault="00000000">
            <w:pPr>
              <w:spacing w:after="0" w:line="240" w:lineRule="auto"/>
              <w:rPr>
                <w:noProof/>
                <w:lang w:val="ro-RO"/>
              </w:rPr>
            </w:pPr>
            <w:r w:rsidRPr="004566A6">
              <w:rPr>
                <w:rFonts w:eastAsia="Arial"/>
                <w:noProof/>
                <w:sz w:val="15"/>
                <w:lang w:val="ro-RO"/>
              </w:rPr>
              <w:t>Audit și analiză</w:t>
            </w:r>
          </w:p>
        </w:tc>
        <w:tc>
          <w:tcPr>
            <w:tcW w:w="3855" w:type="dxa"/>
            <w:shd w:val="clear" w:color="auto" w:fill="FAFAFA"/>
            <w:tcMar>
              <w:top w:w="60" w:type="dxa"/>
              <w:left w:w="70" w:type="dxa"/>
              <w:bottom w:w="60" w:type="dxa"/>
              <w:right w:w="70" w:type="dxa"/>
            </w:tcMar>
            <w:vAlign w:val="center"/>
          </w:tcPr>
          <w:p w14:paraId="58A5F6F6" w14:textId="77777777" w:rsidR="00082454" w:rsidRPr="004566A6" w:rsidRDefault="00000000">
            <w:pPr>
              <w:spacing w:after="0" w:line="240" w:lineRule="auto"/>
              <w:rPr>
                <w:noProof/>
                <w:lang w:val="ro-RO"/>
              </w:rPr>
            </w:pPr>
            <w:r w:rsidRPr="004566A6">
              <w:rPr>
                <w:rFonts w:eastAsia="Arial"/>
                <w:noProof/>
                <w:sz w:val="15"/>
                <w:lang w:val="ro-RO"/>
              </w:rPr>
              <w:t>Program, planuri, rapoarte și minute de analiză.</w:t>
            </w:r>
          </w:p>
        </w:tc>
        <w:tc>
          <w:tcPr>
            <w:tcW w:w="3231" w:type="dxa"/>
            <w:shd w:val="clear" w:color="auto" w:fill="FAFAFA"/>
            <w:tcMar>
              <w:top w:w="60" w:type="dxa"/>
              <w:left w:w="70" w:type="dxa"/>
              <w:bottom w:w="60" w:type="dxa"/>
              <w:right w:w="70" w:type="dxa"/>
            </w:tcMar>
            <w:vAlign w:val="center"/>
          </w:tcPr>
          <w:p w14:paraId="72000DDC" w14:textId="77777777" w:rsidR="00082454" w:rsidRPr="004566A6" w:rsidRDefault="00000000">
            <w:pPr>
              <w:spacing w:after="0" w:line="240" w:lineRule="auto"/>
              <w:rPr>
                <w:noProof/>
                <w:lang w:val="ro-RO"/>
              </w:rPr>
            </w:pPr>
            <w:r w:rsidRPr="004566A6">
              <w:rPr>
                <w:rFonts w:eastAsia="Arial"/>
                <w:noProof/>
                <w:sz w:val="15"/>
                <w:lang w:val="ro-RO"/>
              </w:rPr>
              <w:t>Eșantioane, interviuri, acțiuni și decizii de resurse.</w:t>
            </w:r>
          </w:p>
        </w:tc>
      </w:tr>
    </w:tbl>
    <w:p w14:paraId="0C23CB35" w14:textId="77777777" w:rsidR="00082454" w:rsidRPr="004566A6" w:rsidRDefault="00000000">
      <w:pPr>
        <w:pStyle w:val="Heading2"/>
        <w:rPr>
          <w:noProof/>
          <w:lang w:val="ro-RO"/>
        </w:rPr>
      </w:pPr>
      <w:r w:rsidRPr="004566A6">
        <w:rPr>
          <w:noProof/>
          <w:lang w:val="ro-RO"/>
        </w:rPr>
        <w:t>Glosar scurt</w:t>
      </w:r>
    </w:p>
    <w:p w14:paraId="543759C3" w14:textId="77777777" w:rsidR="00082454" w:rsidRPr="004566A6" w:rsidRDefault="00000000">
      <w:pPr>
        <w:spacing w:after="40"/>
        <w:rPr>
          <w:noProof/>
          <w:lang w:val="ro-RO"/>
        </w:rPr>
      </w:pPr>
      <w:r w:rsidRPr="004566A6">
        <w:rPr>
          <w:b/>
          <w:noProof/>
          <w:lang w:val="ro-RO"/>
        </w:rPr>
        <w:t xml:space="preserve">Pericol: </w:t>
      </w:r>
      <w:r w:rsidRPr="004566A6">
        <w:rPr>
          <w:noProof/>
          <w:lang w:val="ro-RO"/>
        </w:rPr>
        <w:t>sursă cu potențial de a provoca vătămare sau afectarea sănătății.</w:t>
      </w:r>
    </w:p>
    <w:p w14:paraId="6A7B7FCE" w14:textId="77777777" w:rsidR="00082454" w:rsidRPr="004566A6" w:rsidRDefault="00000000">
      <w:pPr>
        <w:spacing w:after="40"/>
        <w:rPr>
          <w:noProof/>
          <w:lang w:val="ro-RO"/>
        </w:rPr>
      </w:pPr>
      <w:r w:rsidRPr="004566A6">
        <w:rPr>
          <w:b/>
          <w:noProof/>
          <w:lang w:val="ro-RO"/>
        </w:rPr>
        <w:t xml:space="preserve">Risc SSM: </w:t>
      </w:r>
      <w:r w:rsidRPr="004566A6">
        <w:rPr>
          <w:noProof/>
          <w:lang w:val="ro-RO"/>
        </w:rPr>
        <w:t>combinație între probabilitatea producerii unui eveniment/expoziții periculoase și severitatea consecinței.</w:t>
      </w:r>
    </w:p>
    <w:p w14:paraId="1EE2E63E" w14:textId="77777777" w:rsidR="00082454" w:rsidRPr="004566A6" w:rsidRDefault="00000000">
      <w:pPr>
        <w:spacing w:after="40"/>
        <w:rPr>
          <w:noProof/>
          <w:lang w:val="ro-RO"/>
        </w:rPr>
      </w:pPr>
      <w:r w:rsidRPr="004566A6">
        <w:rPr>
          <w:b/>
          <w:noProof/>
          <w:lang w:val="ro-RO"/>
        </w:rPr>
        <w:t xml:space="preserve">Oportunitate SSM: </w:t>
      </w:r>
      <w:r w:rsidRPr="004566A6">
        <w:rPr>
          <w:noProof/>
          <w:lang w:val="ro-RO"/>
        </w:rPr>
        <w:t>circumstanță sau set de circumstanțe care poate conduce la îmbunătățirea performanței SSM.</w:t>
      </w:r>
    </w:p>
    <w:p w14:paraId="01A79B4A" w14:textId="77777777" w:rsidR="00082454" w:rsidRPr="004566A6" w:rsidRDefault="00000000">
      <w:pPr>
        <w:spacing w:after="40"/>
        <w:rPr>
          <w:noProof/>
          <w:lang w:val="ro-RO"/>
        </w:rPr>
      </w:pPr>
      <w:r w:rsidRPr="004566A6">
        <w:rPr>
          <w:b/>
          <w:noProof/>
          <w:lang w:val="ro-RO"/>
        </w:rPr>
        <w:t xml:space="preserve">Lucrător: </w:t>
      </w:r>
      <w:r w:rsidRPr="004566A6">
        <w:rPr>
          <w:noProof/>
          <w:lang w:val="ro-RO"/>
        </w:rPr>
        <w:t>persoană care desfășoară muncă sau activități legate de muncă aflate sub controlul organizației.</w:t>
      </w:r>
    </w:p>
    <w:p w14:paraId="15FD134B" w14:textId="77777777" w:rsidR="00082454" w:rsidRPr="004566A6" w:rsidRDefault="00000000">
      <w:pPr>
        <w:spacing w:after="40"/>
        <w:rPr>
          <w:noProof/>
          <w:lang w:val="ro-RO"/>
        </w:rPr>
      </w:pPr>
      <w:r w:rsidRPr="004566A6">
        <w:rPr>
          <w:b/>
          <w:noProof/>
          <w:lang w:val="ro-RO"/>
        </w:rPr>
        <w:t xml:space="preserve">Incident: </w:t>
      </w:r>
      <w:r w:rsidRPr="004566A6">
        <w:rPr>
          <w:noProof/>
          <w:lang w:val="ro-RO"/>
        </w:rPr>
        <w:t>eveniment rezultat din muncă sau produs în timpul muncii care a condus ori ar fi putut conduce la vătămare sau afectarea sănătății.</w:t>
      </w:r>
    </w:p>
    <w:p w14:paraId="28D9DA92" w14:textId="77777777" w:rsidR="00082454" w:rsidRPr="004566A6" w:rsidRDefault="00000000">
      <w:pPr>
        <w:spacing w:after="40"/>
        <w:rPr>
          <w:noProof/>
          <w:lang w:val="ro-RO"/>
        </w:rPr>
      </w:pPr>
      <w:r w:rsidRPr="004566A6">
        <w:rPr>
          <w:b/>
          <w:noProof/>
          <w:lang w:val="ro-RO"/>
        </w:rPr>
        <w:t xml:space="preserve">Ierarhia controalelor: </w:t>
      </w:r>
      <w:r w:rsidRPr="004566A6">
        <w:rPr>
          <w:noProof/>
          <w:lang w:val="ro-RO"/>
        </w:rPr>
        <w:t>ordinea preferată a măsurilor: eliminare, substituire, controale inginerești, reorganizare/administrative și, la final, echipament individual de protecție.</w:t>
      </w:r>
    </w:p>
    <w:p w14:paraId="48A2EC77" w14:textId="77777777" w:rsidR="00082454" w:rsidRPr="004566A6" w:rsidRDefault="00000000">
      <w:pPr>
        <w:spacing w:after="40"/>
        <w:rPr>
          <w:noProof/>
          <w:lang w:val="ro-RO"/>
        </w:rPr>
      </w:pPr>
      <w:r w:rsidRPr="004566A6">
        <w:rPr>
          <w:b/>
          <w:noProof/>
          <w:lang w:val="ro-RO"/>
        </w:rPr>
        <w:lastRenderedPageBreak/>
        <w:t xml:space="preserve">SSM: </w:t>
      </w:r>
      <w:r w:rsidRPr="004566A6">
        <w:rPr>
          <w:noProof/>
          <w:lang w:val="ro-RO"/>
        </w:rPr>
        <w:t>sănătate și securitate în muncă.</w:t>
      </w:r>
    </w:p>
    <w:p w14:paraId="2D56761F" w14:textId="77777777" w:rsidR="00082454" w:rsidRPr="004566A6" w:rsidRDefault="00000000">
      <w:pPr>
        <w:pStyle w:val="Heading2"/>
        <w:rPr>
          <w:noProof/>
          <w:lang w:val="ro-RO"/>
        </w:rPr>
      </w:pPr>
      <w:r w:rsidRPr="004566A6">
        <w:rPr>
          <w:noProof/>
          <w:lang w:val="ro-RO"/>
        </w:rPr>
        <w:t>Note privind ediția standardului</w:t>
      </w:r>
    </w:p>
    <w:p w14:paraId="68FE602C" w14:textId="77777777" w:rsidR="00082454" w:rsidRPr="004566A6" w:rsidRDefault="00000000">
      <w:pPr>
        <w:rPr>
          <w:noProof/>
          <w:lang w:val="ro-RO"/>
        </w:rPr>
      </w:pPr>
      <w:r w:rsidRPr="004566A6">
        <w:rPr>
          <w:noProof/>
          <w:lang w:val="ro-RO"/>
        </w:rPr>
        <w:t>Baza utilizată este ISO 45001:2018, ediția 1, împreună cu Amendamentul 1:2024 privind schimbările climatice. La data versiunii documentului, revizuirea ISO 45001 se afla în stadiul Draft International Standard (DIS), cu votul deschis până la 9 august 2026. Proiectul nu este o cerință aplicabilă și nu a fost utilizat ca bază normativă.</w:t>
      </w:r>
    </w:p>
    <w:p w14:paraId="01BC5AD2" w14:textId="77777777" w:rsidR="00082454" w:rsidRPr="004566A6" w:rsidRDefault="00000000">
      <w:pPr>
        <w:spacing w:before="80"/>
        <w:rPr>
          <w:noProof/>
          <w:lang w:val="ro-RO"/>
        </w:rPr>
      </w:pPr>
      <w:r w:rsidRPr="004566A6">
        <w:rPr>
          <w:b/>
          <w:noProof/>
          <w:lang w:val="ro-RO"/>
        </w:rPr>
        <w:t xml:space="preserve">Referințe publice: </w:t>
      </w:r>
      <w:r w:rsidRPr="004566A6">
        <w:rPr>
          <w:noProof/>
          <w:lang w:val="ro-RO"/>
        </w:rPr>
        <w:t>International Organization for Standardization (ISO) - paginile oficiale ISO 45001:2018, ISO 45001:2018/Amd 1:2024, ghidul public „ISO 45001 explained” și comunicarea ISO/TC 283 privind stadiul DIS din 18 iunie 2026.</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082454" w:rsidRPr="004566A6" w14:paraId="5AB66D89" w14:textId="77777777">
        <w:trPr>
          <w:cantSplit/>
          <w:jc w:val="center"/>
        </w:trPr>
        <w:tc>
          <w:tcPr>
            <w:tcW w:w="566" w:type="dxa"/>
            <w:shd w:val="clear" w:color="auto" w:fill="D71920"/>
            <w:tcMar>
              <w:top w:w="60" w:type="dxa"/>
              <w:left w:w="70" w:type="dxa"/>
              <w:bottom w:w="60" w:type="dxa"/>
              <w:right w:w="70" w:type="dxa"/>
            </w:tcMar>
            <w:vAlign w:val="center"/>
          </w:tcPr>
          <w:p w14:paraId="31F4CDCE" w14:textId="77777777" w:rsidR="00082454" w:rsidRPr="004566A6" w:rsidRDefault="00000000">
            <w:pPr>
              <w:spacing w:after="0" w:line="240" w:lineRule="auto"/>
              <w:jc w:val="center"/>
              <w:rPr>
                <w:noProof/>
                <w:lang w:val="ro-RO"/>
              </w:rPr>
            </w:pPr>
            <w:r w:rsidRPr="004566A6">
              <w:rPr>
                <w:rFonts w:eastAsia="Arial"/>
                <w:b/>
                <w:noProof/>
                <w:color w:val="FFFFFF"/>
                <w:sz w:val="30"/>
                <w:lang w:val="ro-RO"/>
              </w:rPr>
              <w:t>!</w:t>
            </w:r>
          </w:p>
        </w:tc>
        <w:tc>
          <w:tcPr>
            <w:tcW w:w="9297" w:type="dxa"/>
            <w:shd w:val="clear" w:color="auto" w:fill="FCEBEC"/>
          </w:tcPr>
          <w:p w14:paraId="1788356D" w14:textId="77777777" w:rsidR="00082454" w:rsidRPr="004566A6" w:rsidRDefault="00000000">
            <w:pPr>
              <w:spacing w:after="40"/>
              <w:rPr>
                <w:noProof/>
                <w:lang w:val="ro-RO"/>
              </w:rPr>
            </w:pPr>
            <w:r w:rsidRPr="004566A6">
              <w:rPr>
                <w:rFonts w:eastAsia="Arial"/>
                <w:b/>
                <w:noProof/>
                <w:color w:val="D71920"/>
                <w:lang w:val="ro-RO"/>
              </w:rPr>
              <w:t>LIMITAREA DOCUMENTULUI</w:t>
            </w:r>
          </w:p>
          <w:p w14:paraId="5F765C0E" w14:textId="77777777" w:rsidR="00082454" w:rsidRPr="004566A6" w:rsidRDefault="00000000">
            <w:pPr>
              <w:spacing w:after="0" w:line="252" w:lineRule="auto"/>
              <w:rPr>
                <w:noProof/>
                <w:lang w:val="ro-RO"/>
              </w:rPr>
            </w:pPr>
            <w:r w:rsidRPr="004566A6">
              <w:rPr>
                <w:rFonts w:eastAsia="Arial"/>
                <w:noProof/>
                <w:sz w:val="16"/>
                <w:lang w:val="ro-RO"/>
              </w:rPr>
              <w:t>Acest material este un instrument de orientare și autoevaluare. Nu reproduce standardul, nu constituie interpretare oficială și nu garantează certificarea. Pentru aplicare, consultați ediția oficială, legislația relevantă și, după caz, specialiști competenți.</w:t>
            </w:r>
          </w:p>
        </w:tc>
      </w:tr>
    </w:tbl>
    <w:p w14:paraId="2395028E" w14:textId="77777777" w:rsidR="00082454" w:rsidRPr="004566A6" w:rsidRDefault="00082454">
      <w:pPr>
        <w:spacing w:after="0"/>
        <w:rPr>
          <w:noProof/>
          <w:lang w:val="ro-RO"/>
        </w:rPr>
      </w:pPr>
    </w:p>
    <w:p w14:paraId="268FB6A3" w14:textId="6A07F683" w:rsidR="00082454" w:rsidRPr="004566A6" w:rsidRDefault="00082454">
      <w:pPr>
        <w:spacing w:before="240"/>
        <w:jc w:val="center"/>
        <w:rPr>
          <w:noProof/>
          <w:lang w:val="ro-RO"/>
        </w:rPr>
      </w:pPr>
    </w:p>
    <w:sectPr w:rsidR="00082454" w:rsidRPr="004566A6" w:rsidSect="00034616">
      <w:headerReference w:type="default" r:id="rId12"/>
      <w:footerReference w:type="default" r:id="rId13"/>
      <w:pgSz w:w="11906" w:h="16838"/>
      <w:pgMar w:top="907" w:right="1020" w:bottom="850" w:left="10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B4C7" w14:textId="77777777" w:rsidR="00F566BF" w:rsidRDefault="00F566BF">
      <w:pPr>
        <w:spacing w:after="0" w:line="240" w:lineRule="auto"/>
      </w:pPr>
      <w:r>
        <w:separator/>
      </w:r>
    </w:p>
  </w:endnote>
  <w:endnote w:type="continuationSeparator" w:id="0">
    <w:p w14:paraId="5B3A3EBC" w14:textId="77777777" w:rsidR="00F566BF" w:rsidRDefault="00F56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649A" w14:textId="77777777" w:rsidR="00082454" w:rsidRPr="004566A6" w:rsidRDefault="00082454">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082454" w:rsidRPr="004566A6" w14:paraId="67223D27" w14:textId="77777777">
      <w:trPr>
        <w:jc w:val="center"/>
      </w:trPr>
      <w:tc>
        <w:tcPr>
          <w:tcW w:w="3968" w:type="dxa"/>
          <w:tcMar>
            <w:top w:w="60" w:type="dxa"/>
            <w:left w:w="70" w:type="dxa"/>
            <w:bottom w:w="60" w:type="dxa"/>
            <w:right w:w="70" w:type="dxa"/>
          </w:tcMar>
          <w:vAlign w:val="center"/>
        </w:tcPr>
        <w:p w14:paraId="454A47EE" w14:textId="77777777" w:rsidR="00082454" w:rsidRPr="004566A6" w:rsidRDefault="00000000">
          <w:pPr>
            <w:spacing w:after="0" w:line="240" w:lineRule="auto"/>
            <w:rPr>
              <w:noProof/>
              <w:lang w:val="ro-RO"/>
            </w:rPr>
          </w:pPr>
          <w:r w:rsidRPr="004566A6">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4DB64316" w14:textId="77777777" w:rsidR="00082454" w:rsidRPr="004566A6" w:rsidRDefault="00000000">
          <w:pPr>
            <w:spacing w:after="0" w:line="240" w:lineRule="auto"/>
            <w:jc w:val="center"/>
            <w:rPr>
              <w:noProof/>
              <w:lang w:val="ro-RO"/>
            </w:rPr>
          </w:pPr>
          <w:r w:rsidRPr="004566A6">
            <w:rPr>
              <w:rFonts w:eastAsia="Arial"/>
              <w:noProof/>
              <w:color w:val="666666"/>
              <w:sz w:val="14"/>
              <w:lang w:val="ro-RO"/>
            </w:rPr>
            <w:t>ISO 45001:2018 + Amd 1:2024</w:t>
          </w:r>
        </w:p>
      </w:tc>
      <w:tc>
        <w:tcPr>
          <w:tcW w:w="1360" w:type="dxa"/>
        </w:tcPr>
        <w:p w14:paraId="643883B9" w14:textId="77777777" w:rsidR="00082454" w:rsidRPr="004566A6" w:rsidRDefault="00000000">
          <w:pPr>
            <w:jc w:val="right"/>
            <w:rPr>
              <w:noProof/>
              <w:lang w:val="ro-RO"/>
            </w:rPr>
          </w:pPr>
          <w:r w:rsidRPr="004566A6">
            <w:rPr>
              <w:rFonts w:eastAsia="Arial"/>
              <w:noProof/>
              <w:color w:val="666666"/>
              <w:sz w:val="14"/>
              <w:lang w:val="ro-RO"/>
            </w:rPr>
            <w:t xml:space="preserve">Pagina </w:t>
          </w:r>
          <w:r w:rsidRPr="004566A6">
            <w:rPr>
              <w:noProof/>
              <w:lang w:val="ro-RO"/>
            </w:rPr>
            <w:fldChar w:fldCharType="begin"/>
          </w:r>
          <w:r w:rsidRPr="004566A6">
            <w:rPr>
              <w:noProof/>
              <w:lang w:val="ro-RO"/>
            </w:rPr>
            <w:instrText xml:space="preserve"> PAGE </w:instrText>
          </w:r>
          <w:r w:rsidRPr="004566A6">
            <w:rPr>
              <w:noProof/>
              <w:lang w:val="ro-RO"/>
            </w:rPr>
            <w:fldChar w:fldCharType="separate"/>
          </w:r>
          <w:r w:rsidRPr="004566A6">
            <w:rPr>
              <w:noProof/>
              <w:lang w:val="ro-RO"/>
            </w:rPr>
            <w:t>1</w:t>
          </w:r>
          <w:r w:rsidRPr="004566A6">
            <w:rPr>
              <w:noProof/>
              <w:lang w:val="ro-RO"/>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13C8" w14:textId="77777777" w:rsidR="00082454" w:rsidRPr="004566A6" w:rsidRDefault="00082454">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669"/>
      <w:gridCol w:w="6236"/>
      <w:gridCol w:w="1757"/>
    </w:tblGrid>
    <w:tr w:rsidR="00082454" w:rsidRPr="004566A6" w14:paraId="0905E15B" w14:textId="77777777">
      <w:trPr>
        <w:jc w:val="center"/>
      </w:trPr>
      <w:tc>
        <w:tcPr>
          <w:tcW w:w="5669" w:type="dxa"/>
          <w:tcMar>
            <w:top w:w="60" w:type="dxa"/>
            <w:left w:w="70" w:type="dxa"/>
            <w:bottom w:w="60" w:type="dxa"/>
            <w:right w:w="70" w:type="dxa"/>
          </w:tcMar>
          <w:vAlign w:val="center"/>
        </w:tcPr>
        <w:p w14:paraId="569EECAC" w14:textId="77777777" w:rsidR="00082454" w:rsidRPr="004566A6" w:rsidRDefault="00000000">
          <w:pPr>
            <w:spacing w:after="0" w:line="240" w:lineRule="auto"/>
            <w:rPr>
              <w:noProof/>
              <w:lang w:val="ro-RO"/>
            </w:rPr>
          </w:pPr>
          <w:r w:rsidRPr="004566A6">
            <w:rPr>
              <w:rFonts w:eastAsia="Arial"/>
              <w:noProof/>
              <w:color w:val="666666"/>
              <w:sz w:val="14"/>
              <w:lang w:val="ro-RO"/>
            </w:rPr>
            <w:t>CERTIFY  |  Calitate. Încredere. Performanță.</w:t>
          </w:r>
        </w:p>
      </w:tc>
      <w:tc>
        <w:tcPr>
          <w:tcW w:w="6236" w:type="dxa"/>
          <w:tcMar>
            <w:top w:w="60" w:type="dxa"/>
            <w:left w:w="70" w:type="dxa"/>
            <w:bottom w:w="60" w:type="dxa"/>
            <w:right w:w="70" w:type="dxa"/>
          </w:tcMar>
          <w:vAlign w:val="center"/>
        </w:tcPr>
        <w:p w14:paraId="29EA56A1" w14:textId="77777777" w:rsidR="00082454" w:rsidRPr="004566A6" w:rsidRDefault="00000000">
          <w:pPr>
            <w:spacing w:after="0" w:line="240" w:lineRule="auto"/>
            <w:jc w:val="center"/>
            <w:rPr>
              <w:noProof/>
              <w:lang w:val="ro-RO"/>
            </w:rPr>
          </w:pPr>
          <w:r w:rsidRPr="004566A6">
            <w:rPr>
              <w:rFonts w:eastAsia="Arial"/>
              <w:noProof/>
              <w:color w:val="666666"/>
              <w:sz w:val="14"/>
              <w:lang w:val="ro-RO"/>
            </w:rPr>
            <w:t>ISO 45001:2018 + Amd 1:2024</w:t>
          </w:r>
        </w:p>
      </w:tc>
      <w:tc>
        <w:tcPr>
          <w:tcW w:w="1757" w:type="dxa"/>
        </w:tcPr>
        <w:p w14:paraId="1E0A37A8" w14:textId="77777777" w:rsidR="00082454" w:rsidRPr="004566A6" w:rsidRDefault="00000000">
          <w:pPr>
            <w:jc w:val="right"/>
            <w:rPr>
              <w:noProof/>
              <w:lang w:val="ro-RO"/>
            </w:rPr>
          </w:pPr>
          <w:r w:rsidRPr="004566A6">
            <w:rPr>
              <w:rFonts w:eastAsia="Arial"/>
              <w:noProof/>
              <w:color w:val="666666"/>
              <w:sz w:val="14"/>
              <w:lang w:val="ro-RO"/>
            </w:rPr>
            <w:t xml:space="preserve">Pagina </w:t>
          </w:r>
          <w:r w:rsidRPr="004566A6">
            <w:rPr>
              <w:noProof/>
              <w:lang w:val="ro-RO"/>
            </w:rPr>
            <w:fldChar w:fldCharType="begin"/>
          </w:r>
          <w:r w:rsidRPr="004566A6">
            <w:rPr>
              <w:noProof/>
              <w:lang w:val="ro-RO"/>
            </w:rPr>
            <w:instrText xml:space="preserve"> PAGE </w:instrText>
          </w:r>
          <w:r w:rsidRPr="004566A6">
            <w:rPr>
              <w:noProof/>
              <w:lang w:val="ro-RO"/>
            </w:rPr>
            <w:fldChar w:fldCharType="separate"/>
          </w:r>
          <w:r w:rsidRPr="004566A6">
            <w:rPr>
              <w:noProof/>
              <w:lang w:val="ro-RO"/>
            </w:rPr>
            <w:t>1</w:t>
          </w:r>
          <w:r w:rsidRPr="004566A6">
            <w:rPr>
              <w:noProof/>
              <w:lang w:val="ro-RO"/>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709D" w14:textId="77777777" w:rsidR="00082454" w:rsidRDefault="00082454">
    <w:pPr>
      <w:pStyle w:val="Foot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082454" w14:paraId="066F8591" w14:textId="77777777">
      <w:trPr>
        <w:jc w:val="center"/>
      </w:trPr>
      <w:tc>
        <w:tcPr>
          <w:tcW w:w="3968" w:type="dxa"/>
          <w:tcMar>
            <w:top w:w="60" w:type="dxa"/>
            <w:left w:w="70" w:type="dxa"/>
            <w:bottom w:w="60" w:type="dxa"/>
            <w:right w:w="70" w:type="dxa"/>
          </w:tcMar>
          <w:vAlign w:val="center"/>
        </w:tcPr>
        <w:p w14:paraId="4880070F" w14:textId="77777777" w:rsidR="00082454" w:rsidRDefault="00000000">
          <w:pPr>
            <w:spacing w:after="0" w:line="240" w:lineRule="auto"/>
          </w:pPr>
          <w:r>
            <w:rPr>
              <w:rFonts w:eastAsia="Arial"/>
              <w:color w:val="666666"/>
              <w:sz w:val="14"/>
            </w:rPr>
            <w:t>CERTIFY  |  Calitate. Încredere. Performanță.</w:t>
          </w:r>
        </w:p>
      </w:tc>
      <w:tc>
        <w:tcPr>
          <w:tcW w:w="4535" w:type="dxa"/>
          <w:tcMar>
            <w:top w:w="60" w:type="dxa"/>
            <w:left w:w="70" w:type="dxa"/>
            <w:bottom w:w="60" w:type="dxa"/>
            <w:right w:w="70" w:type="dxa"/>
          </w:tcMar>
          <w:vAlign w:val="center"/>
        </w:tcPr>
        <w:p w14:paraId="729BA3FC" w14:textId="77777777" w:rsidR="00082454" w:rsidRDefault="00000000">
          <w:pPr>
            <w:spacing w:after="0" w:line="240" w:lineRule="auto"/>
            <w:jc w:val="center"/>
          </w:pPr>
          <w:r>
            <w:rPr>
              <w:rFonts w:eastAsia="Arial"/>
              <w:color w:val="666666"/>
              <w:sz w:val="14"/>
            </w:rPr>
            <w:t>ISO 45001:2018 + Amd 1:2024</w:t>
          </w:r>
        </w:p>
      </w:tc>
      <w:tc>
        <w:tcPr>
          <w:tcW w:w="1360" w:type="dxa"/>
        </w:tcPr>
        <w:p w14:paraId="57EEFD12" w14:textId="77777777" w:rsidR="00082454" w:rsidRDefault="00000000">
          <w:pPr>
            <w:jc w:val="right"/>
          </w:pPr>
          <w:r>
            <w:rPr>
              <w:rFonts w:eastAsia="Arial"/>
              <w:color w:val="666666"/>
              <w:sz w:val="14"/>
            </w:rPr>
            <w:t xml:space="preserve">Pagina </w:t>
          </w:r>
          <w:r>
            <w:fldChar w:fldCharType="begin"/>
          </w:r>
          <w:r>
            <w:instrText xml:space="preserve"> PAGE </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8811" w14:textId="77777777" w:rsidR="00F566BF" w:rsidRDefault="00F566BF">
      <w:pPr>
        <w:spacing w:after="0" w:line="240" w:lineRule="auto"/>
      </w:pPr>
      <w:r>
        <w:separator/>
      </w:r>
    </w:p>
  </w:footnote>
  <w:footnote w:type="continuationSeparator" w:id="0">
    <w:p w14:paraId="716E2D5B" w14:textId="77777777" w:rsidR="00F566BF" w:rsidRDefault="00F56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6560" w14:textId="79C85291" w:rsidR="00082454" w:rsidRPr="004566A6" w:rsidRDefault="00000000">
    <w:pPr>
      <w:pStyle w:val="Header"/>
      <w:pBdr>
        <w:bottom w:val="single" w:sz="8" w:space="4" w:color="D71920"/>
      </w:pBdr>
      <w:rPr>
        <w:noProof/>
        <w:lang w:val="ro-RO"/>
      </w:rPr>
    </w:pPr>
    <w:r w:rsidRPr="004566A6">
      <w:rPr>
        <w:rFonts w:eastAsia="Arial"/>
        <w:b/>
        <w:noProof/>
        <w:color w:val="D71920"/>
        <w:sz w:val="21"/>
        <w:lang w:val="ro-RO"/>
      </w:rPr>
      <w:t>C</w:t>
    </w:r>
    <w:r w:rsidR="004566A6" w:rsidRPr="004566A6">
      <w:rPr>
        <w:rFonts w:eastAsia="Arial"/>
        <w:b/>
        <w:noProof/>
        <w:color w:val="D71920"/>
        <w:sz w:val="21"/>
        <w:lang w:val="ro-RO"/>
      </w:rPr>
      <w:t>ertify</w:t>
    </w:r>
    <w:r w:rsidRPr="004566A6">
      <w:rPr>
        <w:rFonts w:eastAsia="Arial"/>
        <w:noProof/>
        <w:color w:val="666666"/>
        <w:sz w:val="16"/>
        <w:lang w:val="ro-RO"/>
      </w:rPr>
      <w:t xml:space="preserve">  |  CHECKLIST IMPLEMENTARE ISO 45001:2018 + Amd 1:2024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B4B1" w14:textId="50D08194" w:rsidR="00082454" w:rsidRPr="004566A6" w:rsidRDefault="00000000">
    <w:pPr>
      <w:pStyle w:val="Header"/>
      <w:pBdr>
        <w:bottom w:val="single" w:sz="8" w:space="4" w:color="D71920"/>
      </w:pBdr>
      <w:rPr>
        <w:noProof/>
        <w:lang w:val="ro-RO"/>
      </w:rPr>
    </w:pPr>
    <w:r w:rsidRPr="004566A6">
      <w:rPr>
        <w:rFonts w:eastAsia="Arial"/>
        <w:b/>
        <w:noProof/>
        <w:color w:val="D71920"/>
        <w:sz w:val="21"/>
        <w:lang w:val="ro-RO"/>
      </w:rPr>
      <w:t>C</w:t>
    </w:r>
    <w:r w:rsidR="004566A6">
      <w:rPr>
        <w:rFonts w:eastAsia="Arial"/>
        <w:b/>
        <w:noProof/>
        <w:color w:val="D71920"/>
        <w:sz w:val="21"/>
        <w:lang w:val="ro-RO"/>
      </w:rPr>
      <w:t>ertify</w:t>
    </w:r>
    <w:r w:rsidRPr="004566A6">
      <w:rPr>
        <w:rFonts w:eastAsia="Arial"/>
        <w:noProof/>
        <w:color w:val="666666"/>
        <w:sz w:val="16"/>
        <w:lang w:val="ro-RO"/>
      </w:rPr>
      <w:t xml:space="preserve">  |  CHECKLIST IMPLEMENTARE ISO 45001:2018 + Amd 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236B" w14:textId="77777777" w:rsidR="00082454" w:rsidRDefault="00000000">
    <w:pPr>
      <w:pStyle w:val="Header"/>
      <w:pBdr>
        <w:bottom w:val="single" w:sz="8" w:space="4" w:color="D71920"/>
      </w:pBdr>
    </w:pPr>
    <w:r>
      <w:rPr>
        <w:rFonts w:eastAsia="Arial"/>
        <w:b/>
        <w:color w:val="D71920"/>
        <w:sz w:val="21"/>
      </w:rPr>
      <w:t>CERTIFY</w:t>
    </w:r>
    <w:r>
      <w:rPr>
        <w:rFonts w:eastAsia="Arial"/>
        <w:color w:val="666666"/>
        <w:sz w:val="16"/>
      </w:rPr>
      <w:t xml:space="preserve">  |  CHECKLIST IMPLEMENTARE ISO 45001:2018 + </w:t>
    </w:r>
    <w:r>
      <w:rPr>
        <w:rFonts w:eastAsia="Arial"/>
        <w:color w:val="666666"/>
        <w:sz w:val="16"/>
      </w:rPr>
      <w:t>Amd 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9488776">
    <w:abstractNumId w:val="8"/>
  </w:num>
  <w:num w:numId="2" w16cid:durableId="1170482647">
    <w:abstractNumId w:val="6"/>
  </w:num>
  <w:num w:numId="3" w16cid:durableId="696809725">
    <w:abstractNumId w:val="5"/>
  </w:num>
  <w:num w:numId="4" w16cid:durableId="567347357">
    <w:abstractNumId w:val="4"/>
  </w:num>
  <w:num w:numId="5" w16cid:durableId="567152200">
    <w:abstractNumId w:val="7"/>
  </w:num>
  <w:num w:numId="6" w16cid:durableId="1634215799">
    <w:abstractNumId w:val="3"/>
  </w:num>
  <w:num w:numId="7" w16cid:durableId="382755657">
    <w:abstractNumId w:val="2"/>
  </w:num>
  <w:num w:numId="8" w16cid:durableId="419377557">
    <w:abstractNumId w:val="1"/>
  </w:num>
  <w:num w:numId="9" w16cid:durableId="570390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454"/>
    <w:rsid w:val="0015074B"/>
    <w:rsid w:val="00245FA7"/>
    <w:rsid w:val="002763DC"/>
    <w:rsid w:val="0029639D"/>
    <w:rsid w:val="00326F90"/>
    <w:rsid w:val="004566A6"/>
    <w:rsid w:val="00810EE5"/>
    <w:rsid w:val="00907B5C"/>
    <w:rsid w:val="00AA1D8D"/>
    <w:rsid w:val="00B47730"/>
    <w:rsid w:val="00CB0664"/>
    <w:rsid w:val="00F566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E5C177"/>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3"/>
      <w:szCs w:val="26"/>
    </w:rPr>
  </w:style>
  <w:style w:type="paragraph" w:styleId="Heading3">
    <w:name w:val="heading 3"/>
    <w:basedOn w:val="Normal"/>
    <w:next w:val="Normal"/>
    <w:link w:val="Heading3Char"/>
    <w:uiPriority w:val="9"/>
    <w:unhideWhenUsed/>
    <w:qFormat/>
    <w:rsid w:val="00FC693F"/>
    <w:pPr>
      <w:keepNext/>
      <w:keepLines/>
      <w:spacing w:before="120"/>
      <w:outlineLvl w:val="2"/>
    </w:pPr>
    <w:rPr>
      <w:rFonts w:asciiTheme="majorHAnsi" w:eastAsiaTheme="majorEastAsia" w:hAnsiTheme="majorHAnsi" w:cstheme="majorBidi"/>
      <w:b/>
      <w:bCs/>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D719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5376</Words>
  <Characters>30648</Characters>
  <Application>Microsoft Office Word</Application>
  <DocSecurity>0</DocSecurity>
  <Lines>255</Lines>
  <Paragraphs>71</Paragraphs>
  <ScaleCrop>false</ScaleCrop>
  <Manager/>
  <Company/>
  <LinksUpToDate>false</LinksUpToDate>
  <CharactersWithSpaces>35953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2026-07-24T09:16:00Z</dcterms:created>
  <dcterms:modified xsi:type="dcterms:W3CDTF">2026-07-24T09:16:00Z</dcterms:modified>
  <cp:category/>
</cp:coreProperties>
</file>