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BB75" w14:textId="77777777" w:rsidR="008C77F8" w:rsidRDefault="00000000">
      <w:pPr>
        <w:spacing w:after="400"/>
      </w:pPr>
      <w:r>
        <w:rPr>
          <w:b/>
          <w:color w:val="D71920"/>
          <w:sz w:val="20"/>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8C77F8" w14:paraId="12B4BD63" w14:textId="77777777">
        <w:tc>
          <w:tcPr>
            <w:tcW w:w="2381" w:type="dxa"/>
            <w:shd w:val="clear" w:color="auto" w:fill="D71920"/>
            <w:tcMar>
              <w:top w:w="75" w:type="dxa"/>
              <w:left w:w="85" w:type="dxa"/>
              <w:bottom w:w="75" w:type="dxa"/>
              <w:right w:w="85" w:type="dxa"/>
            </w:tcMar>
            <w:vAlign w:val="center"/>
          </w:tcPr>
          <w:p w14:paraId="75CB48CC" w14:textId="77777777" w:rsidR="008C77F8" w:rsidRDefault="00000000">
            <w:pPr>
              <w:spacing w:after="0" w:line="240" w:lineRule="auto"/>
              <w:jc w:val="center"/>
            </w:pPr>
            <w:r>
              <w:rPr>
                <w:b/>
                <w:color w:val="FFFFFF"/>
                <w:sz w:val="22"/>
              </w:rPr>
              <w:t>MODEL</w:t>
            </w:r>
          </w:p>
        </w:tc>
      </w:tr>
    </w:tbl>
    <w:p w14:paraId="3AD23B6F" w14:textId="77777777" w:rsidR="008C77F8" w:rsidRDefault="008C77F8">
      <w:pPr>
        <w:spacing w:after="120"/>
      </w:pPr>
    </w:p>
    <w:p w14:paraId="2E3EDB34" w14:textId="77777777" w:rsidR="008C77F8" w:rsidRDefault="00000000">
      <w:pPr>
        <w:spacing w:after="40"/>
      </w:pPr>
      <w:r>
        <w:rPr>
          <w:b/>
          <w:sz w:val="56"/>
        </w:rPr>
        <w:t>Obiective SSM</w:t>
      </w:r>
    </w:p>
    <w:p w14:paraId="3C6C377A" w14:textId="77777777" w:rsidR="008C77F8" w:rsidRDefault="00000000">
      <w:pPr>
        <w:spacing w:after="140"/>
      </w:pPr>
      <w:r>
        <w:rPr>
          <w:b/>
          <w:color w:val="D71920"/>
          <w:sz w:val="64"/>
        </w:rPr>
        <w:t>ISO 45001</w:t>
      </w:r>
    </w:p>
    <w:p w14:paraId="1E991824" w14:textId="77777777" w:rsidR="008C77F8" w:rsidRDefault="00000000">
      <w:pPr>
        <w:spacing w:after="320"/>
      </w:pPr>
      <w:r>
        <w:rPr>
          <w:color w:val="666666"/>
          <w:sz w:val="26"/>
        </w:rPr>
        <w:t>Instrument complet pentru selectare, formulare, planificare, monitorizare și evaluare</w:t>
      </w:r>
    </w:p>
    <w:p w14:paraId="723FE83A" w14:textId="77777777" w:rsidR="008C77F8" w:rsidRDefault="008C77F8">
      <w:pPr>
        <w:pBdr>
          <w:bottom w:val="single" w:sz="18" w:space="1" w:color="D71920"/>
        </w:pBdr>
        <w:spacing w:after="12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C77F8" w14:paraId="0B9DFE31" w14:textId="77777777">
        <w:trPr>
          <w:jc w:val="center"/>
        </w:trPr>
        <w:tc>
          <w:tcPr>
            <w:tcW w:w="2721" w:type="dxa"/>
            <w:shd w:val="clear" w:color="auto" w:fill="F3F4F5"/>
            <w:tcMar>
              <w:top w:w="75" w:type="dxa"/>
              <w:left w:w="85" w:type="dxa"/>
              <w:bottom w:w="75" w:type="dxa"/>
              <w:right w:w="85" w:type="dxa"/>
            </w:tcMar>
            <w:vAlign w:val="center"/>
          </w:tcPr>
          <w:p w14:paraId="18BD0065" w14:textId="77777777" w:rsidR="008C77F8" w:rsidRDefault="00000000">
            <w:pPr>
              <w:spacing w:after="0" w:line="240" w:lineRule="auto"/>
            </w:pPr>
            <w:r>
              <w:rPr>
                <w:b/>
                <w:sz w:val="16"/>
              </w:rPr>
              <w:t>BAZĂ DE LUCRU</w:t>
            </w:r>
          </w:p>
        </w:tc>
        <w:tc>
          <w:tcPr>
            <w:tcW w:w="7200" w:type="dxa"/>
            <w:shd w:val="clear" w:color="auto" w:fill="FFFFFF"/>
            <w:tcMar>
              <w:top w:w="75" w:type="dxa"/>
              <w:left w:w="85" w:type="dxa"/>
              <w:bottom w:w="75" w:type="dxa"/>
              <w:right w:w="85" w:type="dxa"/>
            </w:tcMar>
            <w:vAlign w:val="center"/>
          </w:tcPr>
          <w:p w14:paraId="25C4D7F8" w14:textId="77777777" w:rsidR="008C77F8" w:rsidRDefault="00000000">
            <w:pPr>
              <w:spacing w:after="0" w:line="240" w:lineRule="auto"/>
            </w:pPr>
            <w:r>
              <w:t>ISO 45001:2018 + ISO 45001:2018/Amd 1:2024</w:t>
            </w:r>
          </w:p>
        </w:tc>
      </w:tr>
      <w:tr w:rsidR="008C77F8" w:rsidRPr="00823051" w14:paraId="2A26A5A9" w14:textId="77777777">
        <w:trPr>
          <w:jc w:val="center"/>
        </w:trPr>
        <w:tc>
          <w:tcPr>
            <w:tcW w:w="2721" w:type="dxa"/>
            <w:shd w:val="clear" w:color="auto" w:fill="F3F4F5"/>
            <w:tcMar>
              <w:top w:w="75" w:type="dxa"/>
              <w:left w:w="85" w:type="dxa"/>
              <w:bottom w:w="75" w:type="dxa"/>
              <w:right w:w="85" w:type="dxa"/>
            </w:tcMar>
            <w:vAlign w:val="center"/>
          </w:tcPr>
          <w:p w14:paraId="472D6103" w14:textId="77777777" w:rsidR="008C77F8" w:rsidRDefault="00000000">
            <w:pPr>
              <w:spacing w:after="0" w:line="240" w:lineRule="auto"/>
            </w:pPr>
            <w:r>
              <w:rPr>
                <w:b/>
                <w:sz w:val="16"/>
              </w:rPr>
              <w:t>UTILIZARE</w:t>
            </w:r>
          </w:p>
        </w:tc>
        <w:tc>
          <w:tcPr>
            <w:tcW w:w="7200" w:type="dxa"/>
            <w:shd w:val="clear" w:color="auto" w:fill="FFFFFF"/>
            <w:tcMar>
              <w:top w:w="75" w:type="dxa"/>
              <w:left w:w="85" w:type="dxa"/>
              <w:bottom w:w="75" w:type="dxa"/>
              <w:right w:w="85" w:type="dxa"/>
            </w:tcMar>
            <w:vAlign w:val="center"/>
          </w:tcPr>
          <w:p w14:paraId="32EF874F" w14:textId="77777777" w:rsidR="008C77F8" w:rsidRPr="00823051" w:rsidRDefault="00000000">
            <w:pPr>
              <w:spacing w:after="0" w:line="240" w:lineRule="auto"/>
              <w:rPr>
                <w:lang w:val="fr-FR"/>
              </w:rPr>
            </w:pPr>
            <w:r w:rsidRPr="00823051">
              <w:rPr>
                <w:lang w:val="fr-FR"/>
              </w:rPr>
              <w:t>Organizații din orice industrie și de orice dimensiune</w:t>
            </w:r>
          </w:p>
        </w:tc>
      </w:tr>
      <w:tr w:rsidR="008C77F8" w:rsidRPr="00823051" w14:paraId="33253A17" w14:textId="77777777">
        <w:trPr>
          <w:jc w:val="center"/>
        </w:trPr>
        <w:tc>
          <w:tcPr>
            <w:tcW w:w="2721" w:type="dxa"/>
            <w:shd w:val="clear" w:color="auto" w:fill="F3F4F5"/>
            <w:tcMar>
              <w:top w:w="75" w:type="dxa"/>
              <w:left w:w="85" w:type="dxa"/>
              <w:bottom w:w="75" w:type="dxa"/>
              <w:right w:w="85" w:type="dxa"/>
            </w:tcMar>
            <w:vAlign w:val="center"/>
          </w:tcPr>
          <w:p w14:paraId="27AE1492" w14:textId="77777777" w:rsidR="008C77F8" w:rsidRDefault="00000000">
            <w:pPr>
              <w:spacing w:after="0" w:line="240" w:lineRule="auto"/>
            </w:pPr>
            <w:r>
              <w:rPr>
                <w:b/>
                <w:sz w:val="16"/>
              </w:rPr>
              <w:t>CONȚINUT</w:t>
            </w:r>
          </w:p>
        </w:tc>
        <w:tc>
          <w:tcPr>
            <w:tcW w:w="7200" w:type="dxa"/>
            <w:shd w:val="clear" w:color="auto" w:fill="FFFFFF"/>
            <w:tcMar>
              <w:top w:w="75" w:type="dxa"/>
              <w:left w:w="85" w:type="dxa"/>
              <w:bottom w:w="75" w:type="dxa"/>
              <w:right w:w="85" w:type="dxa"/>
            </w:tcMar>
            <w:vAlign w:val="center"/>
          </w:tcPr>
          <w:p w14:paraId="5C57E626" w14:textId="77777777" w:rsidR="008C77F8" w:rsidRPr="00823051" w:rsidRDefault="00000000">
            <w:pPr>
              <w:spacing w:after="0" w:line="240" w:lineRule="auto"/>
              <w:rPr>
                <w:lang w:val="fr-FR"/>
              </w:rPr>
            </w:pPr>
            <w:r w:rsidRPr="00823051">
              <w:rPr>
                <w:lang w:val="fr-FR"/>
              </w:rPr>
              <w:t>Model necompletat + exemplu completat + bibliotecă de obiective și KPI</w:t>
            </w:r>
          </w:p>
        </w:tc>
      </w:tr>
      <w:tr w:rsidR="008C77F8" w14:paraId="45024B9F" w14:textId="77777777">
        <w:trPr>
          <w:jc w:val="center"/>
        </w:trPr>
        <w:tc>
          <w:tcPr>
            <w:tcW w:w="2721" w:type="dxa"/>
            <w:shd w:val="clear" w:color="auto" w:fill="F3F4F5"/>
            <w:tcMar>
              <w:top w:w="75" w:type="dxa"/>
              <w:left w:w="85" w:type="dxa"/>
              <w:bottom w:w="75" w:type="dxa"/>
              <w:right w:w="85" w:type="dxa"/>
            </w:tcMar>
            <w:vAlign w:val="center"/>
          </w:tcPr>
          <w:p w14:paraId="3632489E" w14:textId="77777777" w:rsidR="008C77F8" w:rsidRDefault="00000000">
            <w:pPr>
              <w:spacing w:after="0" w:line="240" w:lineRule="auto"/>
            </w:pPr>
            <w:r>
              <w:rPr>
                <w:b/>
                <w:sz w:val="16"/>
              </w:rPr>
              <w:t>EDIȚIE DOCUMENT</w:t>
            </w:r>
          </w:p>
        </w:tc>
        <w:tc>
          <w:tcPr>
            <w:tcW w:w="7200" w:type="dxa"/>
            <w:shd w:val="clear" w:color="auto" w:fill="FFFFFF"/>
            <w:tcMar>
              <w:top w:w="75" w:type="dxa"/>
              <w:left w:w="85" w:type="dxa"/>
              <w:bottom w:w="75" w:type="dxa"/>
              <w:right w:w="85" w:type="dxa"/>
            </w:tcMar>
            <w:vAlign w:val="center"/>
          </w:tcPr>
          <w:p w14:paraId="42189B15" w14:textId="77777777" w:rsidR="008C77F8" w:rsidRDefault="00000000">
            <w:pPr>
              <w:spacing w:after="0" w:line="240" w:lineRule="auto"/>
            </w:pPr>
            <w:r>
              <w:t>Certify | iulie 2026</w:t>
            </w:r>
          </w:p>
        </w:tc>
      </w:tr>
    </w:tbl>
    <w:p w14:paraId="041BE82F" w14:textId="77777777" w:rsidR="008C77F8" w:rsidRDefault="008C77F8">
      <w:pPr>
        <w:spacing w:after="16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rsidRPr="00823051" w14:paraId="0080CBA8" w14:textId="77777777">
        <w:trPr>
          <w:jc w:val="center"/>
        </w:trPr>
        <w:tc>
          <w:tcPr>
            <w:tcW w:w="567" w:type="dxa"/>
            <w:shd w:val="clear" w:color="auto" w:fill="D71920"/>
            <w:tcMar>
              <w:top w:w="75" w:type="dxa"/>
              <w:left w:w="85" w:type="dxa"/>
              <w:bottom w:w="75" w:type="dxa"/>
              <w:right w:w="85" w:type="dxa"/>
            </w:tcMar>
            <w:vAlign w:val="center"/>
          </w:tcPr>
          <w:p w14:paraId="3DA7093F" w14:textId="77777777" w:rsidR="008C77F8" w:rsidRDefault="00000000">
            <w:pPr>
              <w:spacing w:after="0" w:line="240" w:lineRule="auto"/>
              <w:jc w:val="center"/>
            </w:pPr>
            <w:r>
              <w:rPr>
                <w:b/>
                <w:color w:val="FFFFFF"/>
                <w:sz w:val="30"/>
              </w:rPr>
              <w:t>i</w:t>
            </w:r>
          </w:p>
        </w:tc>
        <w:tc>
          <w:tcPr>
            <w:tcW w:w="9354" w:type="dxa"/>
            <w:shd w:val="clear" w:color="auto" w:fill="FCEBEC"/>
          </w:tcPr>
          <w:p w14:paraId="4C1A9C3D" w14:textId="77777777" w:rsidR="008C77F8" w:rsidRPr="00823051" w:rsidRDefault="00000000">
            <w:pPr>
              <w:spacing w:after="40"/>
              <w:rPr>
                <w:lang w:val="fr-FR"/>
              </w:rPr>
            </w:pPr>
            <w:r w:rsidRPr="00823051">
              <w:rPr>
                <w:b/>
                <w:color w:val="D71920"/>
                <w:lang w:val="fr-FR"/>
              </w:rPr>
              <w:t>DOCUMENT ADAPTABIL</w:t>
            </w:r>
          </w:p>
          <w:p w14:paraId="33E8AEA5" w14:textId="77777777" w:rsidR="008C77F8" w:rsidRPr="00823051" w:rsidRDefault="00000000">
            <w:pPr>
              <w:spacing w:after="0" w:line="252" w:lineRule="auto"/>
              <w:rPr>
                <w:lang w:val="fr-FR"/>
              </w:rPr>
            </w:pPr>
            <w:r w:rsidRPr="00823051">
              <w:rPr>
                <w:sz w:val="17"/>
                <w:lang w:val="fr-FR"/>
              </w:rPr>
              <w:t>Exemplele și țintele sunt orientative. Organizația trebuie să aleagă obiective relevante pentru politica SSM, pericole, riscuri și oportunități, cerințe legale, consultarea lucrătorilor și performanța reală. Obiectivele nu trebuie să încurajeze ascunderea incidentelor, reducerea raportării sau transferul riscului către contractanți.</w:t>
            </w:r>
          </w:p>
        </w:tc>
      </w:tr>
    </w:tbl>
    <w:p w14:paraId="6811AC18" w14:textId="77777777" w:rsidR="008C77F8" w:rsidRPr="00823051" w:rsidRDefault="008C77F8">
      <w:pPr>
        <w:spacing w:after="0"/>
        <w:rPr>
          <w:lang w:val="fr-FR"/>
        </w:rPr>
      </w:pPr>
    </w:p>
    <w:p w14:paraId="0903FA2D" w14:textId="77777777" w:rsidR="008C77F8" w:rsidRDefault="00000000">
      <w:pPr>
        <w:spacing w:before="200"/>
        <w:jc w:val="center"/>
      </w:pPr>
      <w:r>
        <w:rPr>
          <w:b/>
          <w:color w:val="D71920"/>
          <w:sz w:val="20"/>
        </w:rPr>
        <w:t>PREVENȚIE. PARTICIPARE. MUNCĂ SIGURĂ.</w:t>
      </w:r>
    </w:p>
    <w:p w14:paraId="78A14D09" w14:textId="77777777" w:rsidR="008C77F8"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47B4773D" w14:textId="77777777">
        <w:trPr>
          <w:jc w:val="center"/>
        </w:trPr>
        <w:tc>
          <w:tcPr>
            <w:tcW w:w="1020" w:type="dxa"/>
            <w:shd w:val="clear" w:color="auto" w:fill="D71920"/>
            <w:tcMar>
              <w:top w:w="75" w:type="dxa"/>
              <w:left w:w="85" w:type="dxa"/>
              <w:bottom w:w="75" w:type="dxa"/>
              <w:right w:w="85" w:type="dxa"/>
            </w:tcMar>
            <w:vAlign w:val="center"/>
          </w:tcPr>
          <w:p w14:paraId="5F15576A" w14:textId="77777777" w:rsidR="008C77F8" w:rsidRDefault="00000000">
            <w:pPr>
              <w:spacing w:after="0" w:line="240" w:lineRule="auto"/>
              <w:jc w:val="center"/>
            </w:pPr>
            <w:r>
              <w:rPr>
                <w:b/>
                <w:color w:val="FFFFFF"/>
                <w:sz w:val="34"/>
              </w:rPr>
              <w:lastRenderedPageBreak/>
              <w:t>1</w:t>
            </w:r>
          </w:p>
        </w:tc>
        <w:tc>
          <w:tcPr>
            <w:tcW w:w="8901" w:type="dxa"/>
            <w:shd w:val="clear" w:color="auto" w:fill="F3F4F5"/>
          </w:tcPr>
          <w:p w14:paraId="50C7752B" w14:textId="77777777" w:rsidR="008C77F8" w:rsidRPr="00823051" w:rsidRDefault="00000000">
            <w:pPr>
              <w:spacing w:after="20"/>
              <w:rPr>
                <w:lang w:val="fr-FR"/>
              </w:rPr>
            </w:pPr>
            <w:r w:rsidRPr="00823051">
              <w:rPr>
                <w:b/>
                <w:sz w:val="28"/>
                <w:lang w:val="fr-FR"/>
              </w:rPr>
              <w:t>Cum se utilizează modelul</w:t>
            </w:r>
          </w:p>
          <w:p w14:paraId="0EE6CF89" w14:textId="77777777" w:rsidR="008C77F8" w:rsidRPr="00823051" w:rsidRDefault="00000000">
            <w:pPr>
              <w:spacing w:after="0"/>
              <w:rPr>
                <w:lang w:val="fr-FR"/>
              </w:rPr>
            </w:pPr>
            <w:r w:rsidRPr="00823051">
              <w:rPr>
                <w:color w:val="666666"/>
                <w:sz w:val="16"/>
                <w:lang w:val="fr-FR"/>
              </w:rPr>
              <w:t>De la pericole și consultarea lucrătorilor la reducerea demonstrabilă a riscului</w:t>
            </w:r>
          </w:p>
        </w:tc>
      </w:tr>
    </w:tbl>
    <w:p w14:paraId="714F2909" w14:textId="77777777" w:rsidR="008C77F8" w:rsidRPr="00823051" w:rsidRDefault="008C77F8">
      <w:pPr>
        <w:spacing w:after="0"/>
        <w:rPr>
          <w:lang w:val="fr-FR"/>
        </w:rPr>
      </w:pPr>
    </w:p>
    <w:p w14:paraId="04E64239" w14:textId="77777777" w:rsidR="008C77F8" w:rsidRPr="00823051" w:rsidRDefault="00000000">
      <w:pPr>
        <w:spacing w:line="259" w:lineRule="auto"/>
        <w:rPr>
          <w:lang w:val="fr-FR"/>
        </w:rPr>
      </w:pPr>
      <w:r w:rsidRPr="00823051">
        <w:rPr>
          <w:lang w:val="fr-FR"/>
        </w:rPr>
        <w:t>Scop. Acest document ajută organizația să transforme prioritățile de sănătate și securitate în muncă în obiective clare, să planifice măsuri conform ierarhiei controalelor și să evalueze efectul asupra riscurilor și performanței SSM.</w:t>
      </w:r>
    </w:p>
    <w:p w14:paraId="1087333E" w14:textId="77777777" w:rsidR="008C77F8" w:rsidRDefault="00000000">
      <w:pPr>
        <w:pStyle w:val="Heading2"/>
      </w:pPr>
      <w:r>
        <w:t>Flux recomandat de lucru</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551"/>
        <w:gridCol w:w="6520"/>
      </w:tblGrid>
      <w:tr w:rsidR="008C77F8" w14:paraId="563C8FB7" w14:textId="77777777">
        <w:trPr>
          <w:tblHeader/>
          <w:jc w:val="center"/>
        </w:trPr>
        <w:tc>
          <w:tcPr>
            <w:tcW w:w="850" w:type="dxa"/>
            <w:shd w:val="clear" w:color="auto" w:fill="D71920"/>
            <w:tcMar>
              <w:top w:w="75" w:type="dxa"/>
              <w:left w:w="85" w:type="dxa"/>
              <w:bottom w:w="75" w:type="dxa"/>
              <w:right w:w="85" w:type="dxa"/>
            </w:tcMar>
            <w:vAlign w:val="center"/>
          </w:tcPr>
          <w:p w14:paraId="2DC57D48" w14:textId="77777777" w:rsidR="008C77F8" w:rsidRDefault="00000000">
            <w:pPr>
              <w:spacing w:after="0" w:line="240" w:lineRule="auto"/>
              <w:jc w:val="center"/>
            </w:pPr>
            <w:r>
              <w:rPr>
                <w:b/>
                <w:color w:val="FFFFFF"/>
                <w:sz w:val="16"/>
              </w:rPr>
              <w:t>PAS</w:t>
            </w:r>
          </w:p>
        </w:tc>
        <w:tc>
          <w:tcPr>
            <w:tcW w:w="2551" w:type="dxa"/>
            <w:shd w:val="clear" w:color="auto" w:fill="D71920"/>
            <w:tcMar>
              <w:top w:w="75" w:type="dxa"/>
              <w:left w:w="85" w:type="dxa"/>
              <w:bottom w:w="75" w:type="dxa"/>
              <w:right w:w="85" w:type="dxa"/>
            </w:tcMar>
            <w:vAlign w:val="center"/>
          </w:tcPr>
          <w:p w14:paraId="0C640FFF" w14:textId="77777777" w:rsidR="008C77F8" w:rsidRDefault="00000000">
            <w:pPr>
              <w:spacing w:after="0" w:line="240" w:lineRule="auto"/>
              <w:jc w:val="center"/>
            </w:pPr>
            <w:r>
              <w:rPr>
                <w:b/>
                <w:color w:val="FFFFFF"/>
                <w:sz w:val="16"/>
              </w:rPr>
              <w:t>ACTIVITATE</w:t>
            </w:r>
          </w:p>
        </w:tc>
        <w:tc>
          <w:tcPr>
            <w:tcW w:w="6520" w:type="dxa"/>
            <w:shd w:val="clear" w:color="auto" w:fill="D71920"/>
            <w:tcMar>
              <w:top w:w="75" w:type="dxa"/>
              <w:left w:w="85" w:type="dxa"/>
              <w:bottom w:w="75" w:type="dxa"/>
              <w:right w:w="85" w:type="dxa"/>
            </w:tcMar>
            <w:vAlign w:val="center"/>
          </w:tcPr>
          <w:p w14:paraId="75C65F22" w14:textId="77777777" w:rsidR="008C77F8" w:rsidRDefault="00000000">
            <w:pPr>
              <w:spacing w:after="0" w:line="240" w:lineRule="auto"/>
              <w:jc w:val="center"/>
            </w:pPr>
            <w:r>
              <w:rPr>
                <w:b/>
                <w:color w:val="FFFFFF"/>
                <w:sz w:val="16"/>
              </w:rPr>
              <w:t>REZULTAT AȘTEPTAT</w:t>
            </w:r>
          </w:p>
        </w:tc>
      </w:tr>
      <w:tr w:rsidR="008C77F8" w14:paraId="5F2CD387" w14:textId="77777777">
        <w:trPr>
          <w:cantSplit/>
          <w:jc w:val="center"/>
        </w:trPr>
        <w:tc>
          <w:tcPr>
            <w:tcW w:w="850" w:type="dxa"/>
            <w:shd w:val="clear" w:color="auto" w:fill="FFFFFF"/>
            <w:tcMar>
              <w:top w:w="75" w:type="dxa"/>
              <w:left w:w="85" w:type="dxa"/>
              <w:bottom w:w="75" w:type="dxa"/>
              <w:right w:w="85" w:type="dxa"/>
            </w:tcMar>
            <w:vAlign w:val="center"/>
          </w:tcPr>
          <w:p w14:paraId="6C623CC4" w14:textId="77777777" w:rsidR="008C77F8" w:rsidRDefault="00000000">
            <w:pPr>
              <w:spacing w:after="0" w:line="240" w:lineRule="auto"/>
              <w:jc w:val="center"/>
            </w:pPr>
            <w:r>
              <w:rPr>
                <w:sz w:val="16"/>
              </w:rPr>
              <w:t>1</w:t>
            </w:r>
          </w:p>
        </w:tc>
        <w:tc>
          <w:tcPr>
            <w:tcW w:w="2551" w:type="dxa"/>
            <w:shd w:val="clear" w:color="auto" w:fill="FFFFFF"/>
            <w:tcMar>
              <w:top w:w="75" w:type="dxa"/>
              <w:left w:w="85" w:type="dxa"/>
              <w:bottom w:w="75" w:type="dxa"/>
              <w:right w:w="85" w:type="dxa"/>
            </w:tcMar>
            <w:vAlign w:val="center"/>
          </w:tcPr>
          <w:p w14:paraId="0FC20A84" w14:textId="77777777" w:rsidR="008C77F8" w:rsidRDefault="00000000">
            <w:pPr>
              <w:spacing w:after="0" w:line="240" w:lineRule="auto"/>
            </w:pPr>
            <w:r>
              <w:rPr>
                <w:sz w:val="16"/>
              </w:rPr>
              <w:t>Selectați prioritățile</w:t>
            </w:r>
          </w:p>
        </w:tc>
        <w:tc>
          <w:tcPr>
            <w:tcW w:w="6520" w:type="dxa"/>
            <w:shd w:val="clear" w:color="auto" w:fill="FFFFFF"/>
            <w:tcMar>
              <w:top w:w="75" w:type="dxa"/>
              <w:left w:w="85" w:type="dxa"/>
              <w:bottom w:w="75" w:type="dxa"/>
              <w:right w:w="85" w:type="dxa"/>
            </w:tcMar>
            <w:vAlign w:val="center"/>
          </w:tcPr>
          <w:p w14:paraId="221A1F3B" w14:textId="77777777" w:rsidR="008C77F8" w:rsidRDefault="00000000">
            <w:pPr>
              <w:spacing w:after="0" w:line="240" w:lineRule="auto"/>
            </w:pPr>
            <w:r>
              <w:rPr>
                <w:sz w:val="16"/>
              </w:rPr>
              <w:t>Porniți de la pericole, evaluarea riscurilor, cerințe legale, consultarea lucrătorilor, incidente, neconformități, schimbări, contractanți, sănătate ocupațională și oportunități de îmbunătățire.</w:t>
            </w:r>
          </w:p>
        </w:tc>
      </w:tr>
      <w:tr w:rsidR="008C77F8" w14:paraId="55804198" w14:textId="77777777">
        <w:trPr>
          <w:cantSplit/>
          <w:jc w:val="center"/>
        </w:trPr>
        <w:tc>
          <w:tcPr>
            <w:tcW w:w="850" w:type="dxa"/>
            <w:shd w:val="clear" w:color="auto" w:fill="FAFAFA"/>
            <w:tcMar>
              <w:top w:w="75" w:type="dxa"/>
              <w:left w:w="85" w:type="dxa"/>
              <w:bottom w:w="75" w:type="dxa"/>
              <w:right w:w="85" w:type="dxa"/>
            </w:tcMar>
            <w:vAlign w:val="center"/>
          </w:tcPr>
          <w:p w14:paraId="55BBCB9E" w14:textId="77777777" w:rsidR="008C77F8" w:rsidRDefault="00000000">
            <w:pPr>
              <w:spacing w:after="0" w:line="240" w:lineRule="auto"/>
              <w:jc w:val="center"/>
            </w:pPr>
            <w:r>
              <w:rPr>
                <w:sz w:val="16"/>
              </w:rPr>
              <w:t>2</w:t>
            </w:r>
          </w:p>
        </w:tc>
        <w:tc>
          <w:tcPr>
            <w:tcW w:w="2551" w:type="dxa"/>
            <w:shd w:val="clear" w:color="auto" w:fill="FAFAFA"/>
            <w:tcMar>
              <w:top w:w="75" w:type="dxa"/>
              <w:left w:w="85" w:type="dxa"/>
              <w:bottom w:w="75" w:type="dxa"/>
              <w:right w:w="85" w:type="dxa"/>
            </w:tcMar>
            <w:vAlign w:val="center"/>
          </w:tcPr>
          <w:p w14:paraId="207F439E" w14:textId="77777777" w:rsidR="008C77F8" w:rsidRDefault="00000000">
            <w:pPr>
              <w:spacing w:after="0" w:line="240" w:lineRule="auto"/>
            </w:pPr>
            <w:r>
              <w:rPr>
                <w:sz w:val="16"/>
              </w:rPr>
              <w:t>Formulați obiectivul</w:t>
            </w:r>
          </w:p>
        </w:tc>
        <w:tc>
          <w:tcPr>
            <w:tcW w:w="6520" w:type="dxa"/>
            <w:shd w:val="clear" w:color="auto" w:fill="FAFAFA"/>
            <w:tcMar>
              <w:top w:w="75" w:type="dxa"/>
              <w:left w:w="85" w:type="dxa"/>
              <w:bottom w:w="75" w:type="dxa"/>
              <w:right w:w="85" w:type="dxa"/>
            </w:tcMar>
            <w:vAlign w:val="center"/>
          </w:tcPr>
          <w:p w14:paraId="4D51C85C" w14:textId="77777777" w:rsidR="008C77F8" w:rsidRDefault="00000000">
            <w:pPr>
              <w:spacing w:after="0" w:line="240" w:lineRule="auto"/>
            </w:pPr>
            <w:r>
              <w:rPr>
                <w:sz w:val="16"/>
              </w:rPr>
              <w:t>Precizați rezultatul, indicatorul, baza de referință, ținta, termenul și domeniul de aplicare.</w:t>
            </w:r>
          </w:p>
        </w:tc>
      </w:tr>
      <w:tr w:rsidR="008C77F8" w14:paraId="072D2ECD" w14:textId="77777777">
        <w:trPr>
          <w:cantSplit/>
          <w:jc w:val="center"/>
        </w:trPr>
        <w:tc>
          <w:tcPr>
            <w:tcW w:w="850" w:type="dxa"/>
            <w:shd w:val="clear" w:color="auto" w:fill="FFFFFF"/>
            <w:tcMar>
              <w:top w:w="75" w:type="dxa"/>
              <w:left w:w="85" w:type="dxa"/>
              <w:bottom w:w="75" w:type="dxa"/>
              <w:right w:w="85" w:type="dxa"/>
            </w:tcMar>
            <w:vAlign w:val="center"/>
          </w:tcPr>
          <w:p w14:paraId="34614BB2" w14:textId="77777777" w:rsidR="008C77F8" w:rsidRDefault="00000000">
            <w:pPr>
              <w:spacing w:after="0" w:line="240" w:lineRule="auto"/>
              <w:jc w:val="center"/>
            </w:pPr>
            <w:r>
              <w:rPr>
                <w:sz w:val="16"/>
              </w:rPr>
              <w:t>3</w:t>
            </w:r>
          </w:p>
        </w:tc>
        <w:tc>
          <w:tcPr>
            <w:tcW w:w="2551" w:type="dxa"/>
            <w:shd w:val="clear" w:color="auto" w:fill="FFFFFF"/>
            <w:tcMar>
              <w:top w:w="75" w:type="dxa"/>
              <w:left w:w="85" w:type="dxa"/>
              <w:bottom w:w="75" w:type="dxa"/>
              <w:right w:w="85" w:type="dxa"/>
            </w:tcMar>
            <w:vAlign w:val="center"/>
          </w:tcPr>
          <w:p w14:paraId="13A1BF96" w14:textId="77777777" w:rsidR="008C77F8" w:rsidRDefault="00000000">
            <w:pPr>
              <w:spacing w:after="0" w:line="240" w:lineRule="auto"/>
            </w:pPr>
            <w:r>
              <w:rPr>
                <w:sz w:val="16"/>
              </w:rPr>
              <w:t>Planificați realizarea</w:t>
            </w:r>
          </w:p>
        </w:tc>
        <w:tc>
          <w:tcPr>
            <w:tcW w:w="6520" w:type="dxa"/>
            <w:shd w:val="clear" w:color="auto" w:fill="FFFFFF"/>
            <w:tcMar>
              <w:top w:w="75" w:type="dxa"/>
              <w:left w:w="85" w:type="dxa"/>
              <w:bottom w:w="75" w:type="dxa"/>
              <w:right w:w="85" w:type="dxa"/>
            </w:tcMar>
            <w:vAlign w:val="center"/>
          </w:tcPr>
          <w:p w14:paraId="3F3FA1C1" w14:textId="77777777" w:rsidR="008C77F8" w:rsidRDefault="00000000">
            <w:pPr>
              <w:spacing w:after="0" w:line="240" w:lineRule="auto"/>
            </w:pPr>
            <w:r>
              <w:rPr>
                <w:sz w:val="16"/>
              </w:rPr>
              <w:t>Stabiliți măsuri conform ierarhiei controalelor, resurse, responsabil, termene, consultarea lucrătorilor, criterii de eficacitate și controlul schimbărilor.</w:t>
            </w:r>
          </w:p>
        </w:tc>
      </w:tr>
      <w:tr w:rsidR="008C77F8" w14:paraId="73B5D5A3" w14:textId="77777777">
        <w:trPr>
          <w:cantSplit/>
          <w:jc w:val="center"/>
        </w:trPr>
        <w:tc>
          <w:tcPr>
            <w:tcW w:w="850" w:type="dxa"/>
            <w:shd w:val="clear" w:color="auto" w:fill="FAFAFA"/>
            <w:tcMar>
              <w:top w:w="75" w:type="dxa"/>
              <w:left w:w="85" w:type="dxa"/>
              <w:bottom w:w="75" w:type="dxa"/>
              <w:right w:w="85" w:type="dxa"/>
            </w:tcMar>
            <w:vAlign w:val="center"/>
          </w:tcPr>
          <w:p w14:paraId="6B691F19" w14:textId="77777777" w:rsidR="008C77F8" w:rsidRDefault="00000000">
            <w:pPr>
              <w:spacing w:after="0" w:line="240" w:lineRule="auto"/>
              <w:jc w:val="center"/>
            </w:pPr>
            <w:r>
              <w:rPr>
                <w:sz w:val="16"/>
              </w:rPr>
              <w:t>4</w:t>
            </w:r>
          </w:p>
        </w:tc>
        <w:tc>
          <w:tcPr>
            <w:tcW w:w="2551" w:type="dxa"/>
            <w:shd w:val="clear" w:color="auto" w:fill="FAFAFA"/>
            <w:tcMar>
              <w:top w:w="75" w:type="dxa"/>
              <w:left w:w="85" w:type="dxa"/>
              <w:bottom w:w="75" w:type="dxa"/>
              <w:right w:w="85" w:type="dxa"/>
            </w:tcMar>
            <w:vAlign w:val="center"/>
          </w:tcPr>
          <w:p w14:paraId="3ADAFDDD" w14:textId="77777777" w:rsidR="008C77F8" w:rsidRDefault="00000000">
            <w:pPr>
              <w:spacing w:after="0" w:line="240" w:lineRule="auto"/>
            </w:pPr>
            <w:r>
              <w:rPr>
                <w:sz w:val="16"/>
              </w:rPr>
              <w:t>Monitorizați</w:t>
            </w:r>
          </w:p>
        </w:tc>
        <w:tc>
          <w:tcPr>
            <w:tcW w:w="6520" w:type="dxa"/>
            <w:shd w:val="clear" w:color="auto" w:fill="FAFAFA"/>
            <w:tcMar>
              <w:top w:w="75" w:type="dxa"/>
              <w:left w:w="85" w:type="dxa"/>
              <w:bottom w:w="75" w:type="dxa"/>
              <w:right w:w="85" w:type="dxa"/>
            </w:tcMar>
            <w:vAlign w:val="center"/>
          </w:tcPr>
          <w:p w14:paraId="7E49E3D1" w14:textId="77777777" w:rsidR="008C77F8" w:rsidRDefault="00000000">
            <w:pPr>
              <w:spacing w:after="0" w:line="240" w:lineRule="auto"/>
            </w:pPr>
            <w:r w:rsidRPr="00823051">
              <w:rPr>
                <w:sz w:val="16"/>
                <w:lang w:val="fr-FR"/>
              </w:rPr>
              <w:t xml:space="preserve">Colectați și validați datele la frecvența stabilită. </w:t>
            </w:r>
            <w:r>
              <w:rPr>
                <w:sz w:val="16"/>
              </w:rPr>
              <w:t>Analizați atât rezultatul, cât și progresul acțiunilor.</w:t>
            </w:r>
          </w:p>
        </w:tc>
      </w:tr>
      <w:tr w:rsidR="008C77F8" w14:paraId="5015528F" w14:textId="77777777">
        <w:trPr>
          <w:cantSplit/>
          <w:jc w:val="center"/>
        </w:trPr>
        <w:tc>
          <w:tcPr>
            <w:tcW w:w="850" w:type="dxa"/>
            <w:shd w:val="clear" w:color="auto" w:fill="FFFFFF"/>
            <w:tcMar>
              <w:top w:w="75" w:type="dxa"/>
              <w:left w:w="85" w:type="dxa"/>
              <w:bottom w:w="75" w:type="dxa"/>
              <w:right w:w="85" w:type="dxa"/>
            </w:tcMar>
            <w:vAlign w:val="center"/>
          </w:tcPr>
          <w:p w14:paraId="21D1D337" w14:textId="77777777" w:rsidR="008C77F8" w:rsidRDefault="00000000">
            <w:pPr>
              <w:spacing w:after="0" w:line="240" w:lineRule="auto"/>
              <w:jc w:val="center"/>
            </w:pPr>
            <w:r>
              <w:rPr>
                <w:sz w:val="16"/>
              </w:rPr>
              <w:t>5</w:t>
            </w:r>
          </w:p>
        </w:tc>
        <w:tc>
          <w:tcPr>
            <w:tcW w:w="2551" w:type="dxa"/>
            <w:shd w:val="clear" w:color="auto" w:fill="FFFFFF"/>
            <w:tcMar>
              <w:top w:w="75" w:type="dxa"/>
              <w:left w:w="85" w:type="dxa"/>
              <w:bottom w:w="75" w:type="dxa"/>
              <w:right w:w="85" w:type="dxa"/>
            </w:tcMar>
            <w:vAlign w:val="center"/>
          </w:tcPr>
          <w:p w14:paraId="09A0A858" w14:textId="77777777" w:rsidR="008C77F8" w:rsidRDefault="00000000">
            <w:pPr>
              <w:spacing w:after="0" w:line="240" w:lineRule="auto"/>
            </w:pPr>
            <w:r>
              <w:rPr>
                <w:sz w:val="16"/>
              </w:rPr>
              <w:t>Decideți și actualizați</w:t>
            </w:r>
          </w:p>
        </w:tc>
        <w:tc>
          <w:tcPr>
            <w:tcW w:w="6520" w:type="dxa"/>
            <w:shd w:val="clear" w:color="auto" w:fill="FFFFFF"/>
            <w:tcMar>
              <w:top w:w="75" w:type="dxa"/>
              <w:left w:w="85" w:type="dxa"/>
              <w:bottom w:w="75" w:type="dxa"/>
              <w:right w:w="85" w:type="dxa"/>
            </w:tcMar>
            <w:vAlign w:val="center"/>
          </w:tcPr>
          <w:p w14:paraId="7366F6C1" w14:textId="77777777" w:rsidR="008C77F8" w:rsidRDefault="00000000">
            <w:pPr>
              <w:spacing w:after="0" w:line="240" w:lineRule="auto"/>
            </w:pPr>
            <w:r>
              <w:rPr>
                <w:sz w:val="16"/>
              </w:rPr>
              <w:t>La abatere, analizați cauzele și eficacitatea măsurilor. Actualizați obiectivul când contextul, riscurile sau cerințele se schimbă.</w:t>
            </w:r>
          </w:p>
        </w:tc>
      </w:tr>
    </w:tbl>
    <w:p w14:paraId="5D0D08F2" w14:textId="77777777" w:rsidR="008C77F8" w:rsidRDefault="008C77F8">
      <w:pPr>
        <w:spacing w:after="20"/>
      </w:pPr>
    </w:p>
    <w:p w14:paraId="581D1350" w14:textId="77777777" w:rsidR="008C77F8" w:rsidRDefault="00000000">
      <w:pPr>
        <w:pStyle w:val="Heading2"/>
      </w:pPr>
      <w:r>
        <w:t>Ce trebuie să poată demonstra organizația</w:t>
      </w:r>
    </w:p>
    <w:p w14:paraId="6E7AD760" w14:textId="77777777" w:rsidR="008C77F8" w:rsidRPr="00823051" w:rsidRDefault="00000000">
      <w:pPr>
        <w:pStyle w:val="ListBullet"/>
        <w:spacing w:after="40"/>
        <w:ind w:left="283" w:hanging="170"/>
        <w:rPr>
          <w:lang w:val="fr-FR"/>
        </w:rPr>
      </w:pPr>
      <w:r w:rsidRPr="00823051">
        <w:rPr>
          <w:lang w:val="fr-FR"/>
        </w:rPr>
        <w:t>Obiectivele sunt coerente cu politica SSM și cu angajamentul de prevenire a accidentării și îmbolnăvirii.</w:t>
      </w:r>
    </w:p>
    <w:p w14:paraId="79A56C9E" w14:textId="77777777" w:rsidR="008C77F8" w:rsidRDefault="00000000">
      <w:pPr>
        <w:pStyle w:val="ListBullet"/>
        <w:spacing w:after="40"/>
        <w:ind w:left="283" w:hanging="170"/>
      </w:pPr>
      <w:r>
        <w:t>Prioritățile sunt legate de pericole, riscuri și oportunități, cerințe legale și consultarea lucrătorilor.</w:t>
      </w:r>
    </w:p>
    <w:p w14:paraId="5A44D538" w14:textId="77777777" w:rsidR="008C77F8" w:rsidRDefault="00000000">
      <w:pPr>
        <w:pStyle w:val="ListBullet"/>
        <w:spacing w:after="40"/>
        <w:ind w:left="283" w:hanging="170"/>
      </w:pPr>
      <w:r>
        <w:t>Măsurile urmăresc eliminarea pericolelor și reducerea riscurilor conform ierarhiei controalelor.</w:t>
      </w:r>
    </w:p>
    <w:p w14:paraId="1DB4ADDF" w14:textId="77777777" w:rsidR="008C77F8" w:rsidRPr="00823051" w:rsidRDefault="00000000">
      <w:pPr>
        <w:pStyle w:val="ListBullet"/>
        <w:spacing w:after="40"/>
        <w:ind w:left="283" w:hanging="170"/>
        <w:rPr>
          <w:lang w:val="fr-FR"/>
        </w:rPr>
      </w:pPr>
      <w:r w:rsidRPr="00823051">
        <w:rPr>
          <w:lang w:val="fr-FR"/>
        </w:rPr>
        <w:t>Indicatorii combină măsuri preventive cu rezultate și nu descurajează raportarea.</w:t>
      </w:r>
    </w:p>
    <w:p w14:paraId="377F0666" w14:textId="77777777" w:rsidR="008C77F8" w:rsidRPr="00823051" w:rsidRDefault="00000000">
      <w:pPr>
        <w:pStyle w:val="ListBullet"/>
        <w:spacing w:after="40"/>
        <w:ind w:left="283" w:hanging="170"/>
        <w:rPr>
          <w:lang w:val="fr-FR"/>
        </w:rPr>
      </w:pPr>
      <w:r w:rsidRPr="00823051">
        <w:rPr>
          <w:lang w:val="fr-FR"/>
        </w:rPr>
        <w:t>Există responsabili, resurse, termene, metode de monitorizare și criterii de eficacitate.</w:t>
      </w:r>
    </w:p>
    <w:p w14:paraId="1F254E59" w14:textId="77777777" w:rsidR="008C77F8" w:rsidRPr="00823051" w:rsidRDefault="00000000">
      <w:pPr>
        <w:pStyle w:val="ListBullet"/>
        <w:spacing w:after="40"/>
        <w:ind w:left="283" w:hanging="170"/>
        <w:rPr>
          <w:lang w:val="fr-FR"/>
        </w:rPr>
      </w:pPr>
      <w:r w:rsidRPr="00823051">
        <w:rPr>
          <w:lang w:val="fr-FR"/>
        </w:rPr>
        <w:t>Lucrătorii și reprezentanții lor sunt consultați și participă la planificare, implementare și revizuire, după caz.</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14:paraId="371DC1FB" w14:textId="77777777">
        <w:trPr>
          <w:jc w:val="center"/>
        </w:trPr>
        <w:tc>
          <w:tcPr>
            <w:tcW w:w="567" w:type="dxa"/>
            <w:shd w:val="clear" w:color="auto" w:fill="D71920"/>
            <w:tcMar>
              <w:top w:w="75" w:type="dxa"/>
              <w:left w:w="85" w:type="dxa"/>
              <w:bottom w:w="75" w:type="dxa"/>
              <w:right w:w="85" w:type="dxa"/>
            </w:tcMar>
            <w:vAlign w:val="center"/>
          </w:tcPr>
          <w:p w14:paraId="753B7742" w14:textId="77777777" w:rsidR="008C77F8" w:rsidRDefault="00000000">
            <w:pPr>
              <w:spacing w:after="0" w:line="240" w:lineRule="auto"/>
              <w:jc w:val="center"/>
            </w:pPr>
            <w:r>
              <w:rPr>
                <w:b/>
                <w:color w:val="FFFFFF"/>
                <w:sz w:val="30"/>
              </w:rPr>
              <w:t>!</w:t>
            </w:r>
          </w:p>
        </w:tc>
        <w:tc>
          <w:tcPr>
            <w:tcW w:w="9354" w:type="dxa"/>
            <w:shd w:val="clear" w:color="auto" w:fill="FCEBEC"/>
          </w:tcPr>
          <w:p w14:paraId="055B1165" w14:textId="77777777" w:rsidR="008C77F8" w:rsidRDefault="00000000">
            <w:pPr>
              <w:spacing w:after="40"/>
            </w:pPr>
            <w:r>
              <w:rPr>
                <w:b/>
                <w:color w:val="D71920"/>
              </w:rPr>
              <w:t>BAZA NORMATIVĂ</w:t>
            </w:r>
          </w:p>
          <w:p w14:paraId="11B71142" w14:textId="77777777" w:rsidR="008C77F8" w:rsidRDefault="00000000">
            <w:pPr>
              <w:spacing w:after="0" w:line="252" w:lineRule="auto"/>
            </w:pPr>
            <w:r>
              <w:rPr>
                <w:sz w:val="17"/>
              </w:rPr>
              <w:t>Modelul este aliniat ISO 45001:2018 și Amendamentului 1:2024 privind schimbările climatice. În iulie 2026, revizuirea ISO 45001 se află la stadiul de proiect DIS; proiectul nu este tratat în acest document ca cerință aplicabilă.</w:t>
            </w:r>
          </w:p>
        </w:tc>
      </w:tr>
    </w:tbl>
    <w:p w14:paraId="0BA78C15" w14:textId="77777777" w:rsidR="008C77F8" w:rsidRDefault="008C77F8">
      <w:pPr>
        <w:spacing w:after="0"/>
      </w:pPr>
    </w:p>
    <w:p w14:paraId="35B5C990" w14:textId="77777777" w:rsidR="008C77F8" w:rsidRDefault="00000000">
      <w:pPr>
        <w:pStyle w:val="Heading2"/>
      </w:pPr>
      <w:r>
        <w:t>Formula orientativă într-o singură propoziție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1984"/>
        <w:gridCol w:w="1984"/>
        <w:gridCol w:w="1984"/>
        <w:gridCol w:w="1984"/>
      </w:tblGrid>
      <w:tr w:rsidR="008C77F8" w:rsidRPr="00823051" w14:paraId="1AEB48DF" w14:textId="77777777">
        <w:trPr>
          <w:jc w:val="center"/>
        </w:trPr>
        <w:tc>
          <w:tcPr>
            <w:tcW w:w="1984" w:type="dxa"/>
            <w:shd w:val="clear" w:color="auto" w:fill="F3F4F5"/>
          </w:tcPr>
          <w:p w14:paraId="1A025B2D" w14:textId="77777777" w:rsidR="008C77F8" w:rsidRDefault="00000000">
            <w:pPr>
              <w:spacing w:after="40"/>
              <w:jc w:val="center"/>
            </w:pPr>
            <w:r>
              <w:rPr>
                <w:b/>
                <w:color w:val="D71920"/>
                <w:sz w:val="16"/>
              </w:rPr>
              <w:t>VERB</w:t>
            </w:r>
          </w:p>
          <w:p w14:paraId="67709A39" w14:textId="77777777" w:rsidR="008C77F8" w:rsidRDefault="00000000">
            <w:pPr>
              <w:spacing w:after="0"/>
              <w:jc w:val="center"/>
            </w:pPr>
            <w:r>
              <w:rPr>
                <w:sz w:val="14"/>
              </w:rPr>
              <w:t>Reducerea / creșterea / eliminarea / menținerea</w:t>
            </w:r>
          </w:p>
        </w:tc>
        <w:tc>
          <w:tcPr>
            <w:tcW w:w="1984" w:type="dxa"/>
            <w:shd w:val="clear" w:color="auto" w:fill="FCEBEC"/>
          </w:tcPr>
          <w:p w14:paraId="65D9647B" w14:textId="77777777" w:rsidR="008C77F8" w:rsidRPr="00823051" w:rsidRDefault="00000000">
            <w:pPr>
              <w:spacing w:after="40"/>
              <w:jc w:val="center"/>
              <w:rPr>
                <w:lang w:val="fr-FR"/>
              </w:rPr>
            </w:pPr>
            <w:r w:rsidRPr="00823051">
              <w:rPr>
                <w:b/>
                <w:color w:val="D71920"/>
                <w:sz w:val="16"/>
                <w:lang w:val="fr-FR"/>
              </w:rPr>
              <w:t>REZULTAT</w:t>
            </w:r>
          </w:p>
          <w:p w14:paraId="5FF0B27A" w14:textId="77777777" w:rsidR="008C77F8" w:rsidRPr="00823051" w:rsidRDefault="00000000">
            <w:pPr>
              <w:spacing w:after="0"/>
              <w:jc w:val="center"/>
              <w:rPr>
                <w:lang w:val="fr-FR"/>
              </w:rPr>
            </w:pPr>
            <w:r w:rsidRPr="00823051">
              <w:rPr>
                <w:sz w:val="14"/>
                <w:lang w:val="fr-FR"/>
              </w:rPr>
              <w:t>a expunerii, riscului sau performanței SSM prioritare</w:t>
            </w:r>
          </w:p>
        </w:tc>
        <w:tc>
          <w:tcPr>
            <w:tcW w:w="1984" w:type="dxa"/>
            <w:shd w:val="clear" w:color="auto" w:fill="F3F4F5"/>
          </w:tcPr>
          <w:p w14:paraId="2FFBCC76" w14:textId="77777777" w:rsidR="008C77F8" w:rsidRDefault="00000000">
            <w:pPr>
              <w:spacing w:after="40"/>
              <w:jc w:val="center"/>
            </w:pPr>
            <w:r>
              <w:rPr>
                <w:b/>
                <w:color w:val="D71920"/>
                <w:sz w:val="16"/>
              </w:rPr>
              <w:t>INDICATOR</w:t>
            </w:r>
          </w:p>
          <w:p w14:paraId="69DF920C" w14:textId="77777777" w:rsidR="008C77F8" w:rsidRDefault="00000000">
            <w:pPr>
              <w:spacing w:after="0"/>
              <w:jc w:val="center"/>
            </w:pPr>
            <w:r>
              <w:rPr>
                <w:sz w:val="14"/>
              </w:rPr>
              <w:t>măsurat printr-un KPI definit</w:t>
            </w:r>
          </w:p>
        </w:tc>
        <w:tc>
          <w:tcPr>
            <w:tcW w:w="1984" w:type="dxa"/>
            <w:shd w:val="clear" w:color="auto" w:fill="FCEBEC"/>
          </w:tcPr>
          <w:p w14:paraId="40F2C5A1" w14:textId="77777777" w:rsidR="008C77F8" w:rsidRPr="00823051" w:rsidRDefault="00000000">
            <w:pPr>
              <w:spacing w:after="40"/>
              <w:jc w:val="center"/>
              <w:rPr>
                <w:lang w:val="fr-FR"/>
              </w:rPr>
            </w:pPr>
            <w:r w:rsidRPr="00823051">
              <w:rPr>
                <w:b/>
                <w:color w:val="D71920"/>
                <w:sz w:val="16"/>
                <w:lang w:val="fr-FR"/>
              </w:rPr>
              <w:t>ȚINTĂ</w:t>
            </w:r>
          </w:p>
          <w:p w14:paraId="3C948136" w14:textId="77777777" w:rsidR="008C77F8" w:rsidRPr="00823051" w:rsidRDefault="00000000">
            <w:pPr>
              <w:spacing w:after="0"/>
              <w:jc w:val="center"/>
              <w:rPr>
                <w:lang w:val="fr-FR"/>
              </w:rPr>
            </w:pPr>
            <w:r w:rsidRPr="00823051">
              <w:rPr>
                <w:sz w:val="14"/>
                <w:lang w:val="fr-FR"/>
              </w:rPr>
              <w:t>de la baza X la valoarea Y</w:t>
            </w:r>
          </w:p>
        </w:tc>
        <w:tc>
          <w:tcPr>
            <w:tcW w:w="1984" w:type="dxa"/>
            <w:shd w:val="clear" w:color="auto" w:fill="F3F4F5"/>
          </w:tcPr>
          <w:p w14:paraId="282DD8A6" w14:textId="77777777" w:rsidR="008C77F8" w:rsidRPr="00823051" w:rsidRDefault="00000000">
            <w:pPr>
              <w:spacing w:after="40"/>
              <w:jc w:val="center"/>
              <w:rPr>
                <w:lang w:val="fr-FR"/>
              </w:rPr>
            </w:pPr>
            <w:r w:rsidRPr="00823051">
              <w:rPr>
                <w:b/>
                <w:color w:val="D71920"/>
                <w:sz w:val="16"/>
                <w:lang w:val="fr-FR"/>
              </w:rPr>
              <w:t>TERMEN + DOMENIU</w:t>
            </w:r>
          </w:p>
          <w:p w14:paraId="01DD1E97" w14:textId="77777777" w:rsidR="008C77F8" w:rsidRPr="00823051" w:rsidRDefault="00000000">
            <w:pPr>
              <w:spacing w:after="0"/>
              <w:jc w:val="center"/>
              <w:rPr>
                <w:lang w:val="fr-FR"/>
              </w:rPr>
            </w:pPr>
            <w:r w:rsidRPr="00823051">
              <w:rPr>
                <w:sz w:val="14"/>
                <w:lang w:val="fr-FR"/>
              </w:rPr>
              <w:t>până la data Z, în aria vizată</w:t>
            </w:r>
          </w:p>
        </w:tc>
      </w:tr>
    </w:tbl>
    <w:p w14:paraId="4F574777" w14:textId="77777777" w:rsidR="008C77F8" w:rsidRPr="00823051" w:rsidRDefault="00000000">
      <w:pPr>
        <w:spacing w:line="259" w:lineRule="auto"/>
        <w:rPr>
          <w:lang w:val="fr-FR"/>
        </w:rPr>
      </w:pPr>
      <w:r w:rsidRPr="00823051">
        <w:rPr>
          <w:b/>
          <w:lang w:val="fr-FR"/>
        </w:rPr>
        <w:t>Exemplu:</w:t>
      </w:r>
      <w:r w:rsidRPr="00823051">
        <w:rPr>
          <w:lang w:val="fr-FR"/>
        </w:rPr>
        <w:t xml:space="preserve"> Reducerea proporției sarcinilor de manipulare manuală evaluate cu risc ridicat de la 38% la maximum 10% până la 31 decembrie 2027, prin eliminare, mecanizare și reproiectare, pentru activitățile selectate.</w:t>
      </w:r>
    </w:p>
    <w:p w14:paraId="625D7067" w14:textId="77777777" w:rsidR="008C77F8" w:rsidRPr="00823051" w:rsidRDefault="00000000">
      <w:pPr>
        <w:rPr>
          <w:lang w:val="fr-FR"/>
        </w:rPr>
      </w:pPr>
      <w:r w:rsidRPr="00823051">
        <w:rPr>
          <w:lang w:val="fr-FR"/>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2EF5AEDE" w14:textId="77777777">
        <w:trPr>
          <w:jc w:val="center"/>
        </w:trPr>
        <w:tc>
          <w:tcPr>
            <w:tcW w:w="1020" w:type="dxa"/>
            <w:shd w:val="clear" w:color="auto" w:fill="D71920"/>
            <w:tcMar>
              <w:top w:w="75" w:type="dxa"/>
              <w:left w:w="85" w:type="dxa"/>
              <w:bottom w:w="75" w:type="dxa"/>
              <w:right w:w="85" w:type="dxa"/>
            </w:tcMar>
            <w:vAlign w:val="center"/>
          </w:tcPr>
          <w:p w14:paraId="35AE06E5" w14:textId="77777777" w:rsidR="008C77F8" w:rsidRDefault="00000000">
            <w:pPr>
              <w:spacing w:after="0" w:line="240" w:lineRule="auto"/>
              <w:jc w:val="center"/>
            </w:pPr>
            <w:r>
              <w:rPr>
                <w:b/>
                <w:color w:val="FFFFFF"/>
                <w:sz w:val="34"/>
              </w:rPr>
              <w:lastRenderedPageBreak/>
              <w:t>2</w:t>
            </w:r>
          </w:p>
        </w:tc>
        <w:tc>
          <w:tcPr>
            <w:tcW w:w="8901" w:type="dxa"/>
            <w:shd w:val="clear" w:color="auto" w:fill="F3F4F5"/>
          </w:tcPr>
          <w:p w14:paraId="704B531C" w14:textId="77777777" w:rsidR="008C77F8" w:rsidRPr="00823051" w:rsidRDefault="00000000">
            <w:pPr>
              <w:spacing w:after="20"/>
              <w:rPr>
                <w:lang w:val="fr-FR"/>
              </w:rPr>
            </w:pPr>
            <w:r w:rsidRPr="00823051">
              <w:rPr>
                <w:b/>
                <w:sz w:val="28"/>
                <w:lang w:val="fr-FR"/>
              </w:rPr>
              <w:t>Selectarea obiectivelor potrivite</w:t>
            </w:r>
          </w:p>
          <w:p w14:paraId="14C043CC" w14:textId="77777777" w:rsidR="008C77F8" w:rsidRPr="00823051" w:rsidRDefault="00000000">
            <w:pPr>
              <w:spacing w:after="0"/>
              <w:rPr>
                <w:lang w:val="fr-FR"/>
              </w:rPr>
            </w:pPr>
            <w:r w:rsidRPr="00823051">
              <w:rPr>
                <w:color w:val="666666"/>
                <w:sz w:val="16"/>
                <w:lang w:val="fr-FR"/>
              </w:rPr>
              <w:t>Obiective puține, relevante și susținute de date sunt mai utile decât o listă lungă și formală</w:t>
            </w:r>
          </w:p>
        </w:tc>
      </w:tr>
    </w:tbl>
    <w:p w14:paraId="2242589C" w14:textId="77777777" w:rsidR="008C77F8" w:rsidRPr="00823051" w:rsidRDefault="008C77F8">
      <w:pPr>
        <w:spacing w:after="0"/>
        <w:rPr>
          <w:lang w:val="fr-FR"/>
        </w:rPr>
      </w:pPr>
    </w:p>
    <w:p w14:paraId="664E29F8" w14:textId="77777777" w:rsidR="008C77F8" w:rsidRDefault="00000000">
      <w:pPr>
        <w:pStyle w:val="Heading2"/>
      </w:pPr>
      <w:r>
        <w:t>Surse de intrare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4082"/>
        <w:gridCol w:w="3458"/>
      </w:tblGrid>
      <w:tr w:rsidR="008C77F8" w14:paraId="02BE5896" w14:textId="77777777">
        <w:trPr>
          <w:tblHeader/>
          <w:jc w:val="center"/>
        </w:trPr>
        <w:tc>
          <w:tcPr>
            <w:tcW w:w="2381" w:type="dxa"/>
            <w:shd w:val="clear" w:color="auto" w:fill="D71920"/>
            <w:tcMar>
              <w:top w:w="75" w:type="dxa"/>
              <w:left w:w="85" w:type="dxa"/>
              <w:bottom w:w="75" w:type="dxa"/>
              <w:right w:w="85" w:type="dxa"/>
            </w:tcMar>
            <w:vAlign w:val="center"/>
          </w:tcPr>
          <w:p w14:paraId="5FACEC01" w14:textId="77777777" w:rsidR="008C77F8" w:rsidRDefault="00000000">
            <w:pPr>
              <w:spacing w:after="0" w:line="240" w:lineRule="auto"/>
              <w:jc w:val="center"/>
            </w:pPr>
            <w:r>
              <w:rPr>
                <w:b/>
                <w:color w:val="FFFFFF"/>
                <w:sz w:val="15"/>
              </w:rPr>
              <w:t>SURSA</w:t>
            </w:r>
          </w:p>
        </w:tc>
        <w:tc>
          <w:tcPr>
            <w:tcW w:w="4082" w:type="dxa"/>
            <w:shd w:val="clear" w:color="auto" w:fill="D71920"/>
            <w:tcMar>
              <w:top w:w="75" w:type="dxa"/>
              <w:left w:w="85" w:type="dxa"/>
              <w:bottom w:w="75" w:type="dxa"/>
              <w:right w:w="85" w:type="dxa"/>
            </w:tcMar>
            <w:vAlign w:val="center"/>
          </w:tcPr>
          <w:p w14:paraId="07E6C533" w14:textId="77777777" w:rsidR="008C77F8" w:rsidRDefault="00000000">
            <w:pPr>
              <w:spacing w:after="0" w:line="240" w:lineRule="auto"/>
              <w:jc w:val="center"/>
            </w:pPr>
            <w:r>
              <w:rPr>
                <w:b/>
                <w:color w:val="FFFFFF"/>
                <w:sz w:val="15"/>
              </w:rPr>
              <w:t>EXEMPLE DE INFORMAȚII</w:t>
            </w:r>
          </w:p>
        </w:tc>
        <w:tc>
          <w:tcPr>
            <w:tcW w:w="3458" w:type="dxa"/>
            <w:shd w:val="clear" w:color="auto" w:fill="D71920"/>
            <w:tcMar>
              <w:top w:w="75" w:type="dxa"/>
              <w:left w:w="85" w:type="dxa"/>
              <w:bottom w:w="75" w:type="dxa"/>
              <w:right w:w="85" w:type="dxa"/>
            </w:tcMar>
            <w:vAlign w:val="center"/>
          </w:tcPr>
          <w:p w14:paraId="3B27D90B" w14:textId="77777777" w:rsidR="008C77F8" w:rsidRDefault="00000000">
            <w:pPr>
              <w:spacing w:after="0" w:line="240" w:lineRule="auto"/>
              <w:jc w:val="center"/>
            </w:pPr>
            <w:r>
              <w:rPr>
                <w:b/>
                <w:color w:val="FFFFFF"/>
                <w:sz w:val="15"/>
              </w:rPr>
              <w:t>ÎNTREBARE DE SELECȚIE</w:t>
            </w:r>
          </w:p>
        </w:tc>
      </w:tr>
      <w:tr w:rsidR="008C77F8" w14:paraId="56763428" w14:textId="77777777">
        <w:trPr>
          <w:cantSplit/>
          <w:jc w:val="center"/>
        </w:trPr>
        <w:tc>
          <w:tcPr>
            <w:tcW w:w="2381" w:type="dxa"/>
            <w:shd w:val="clear" w:color="auto" w:fill="FFFFFF"/>
            <w:tcMar>
              <w:top w:w="75" w:type="dxa"/>
              <w:left w:w="85" w:type="dxa"/>
              <w:bottom w:w="75" w:type="dxa"/>
              <w:right w:w="85" w:type="dxa"/>
            </w:tcMar>
            <w:vAlign w:val="center"/>
          </w:tcPr>
          <w:p w14:paraId="5B5920F2" w14:textId="77777777" w:rsidR="008C77F8" w:rsidRDefault="00000000">
            <w:pPr>
              <w:spacing w:after="0" w:line="240" w:lineRule="auto"/>
            </w:pPr>
            <w:r>
              <w:rPr>
                <w:sz w:val="15"/>
              </w:rPr>
              <w:t>Politica și strategia</w:t>
            </w:r>
          </w:p>
        </w:tc>
        <w:tc>
          <w:tcPr>
            <w:tcW w:w="4082" w:type="dxa"/>
            <w:shd w:val="clear" w:color="auto" w:fill="FFFFFF"/>
            <w:tcMar>
              <w:top w:w="75" w:type="dxa"/>
              <w:left w:w="85" w:type="dxa"/>
              <w:bottom w:w="75" w:type="dxa"/>
              <w:right w:w="85" w:type="dxa"/>
            </w:tcMar>
            <w:vAlign w:val="center"/>
          </w:tcPr>
          <w:p w14:paraId="0551D570" w14:textId="77777777" w:rsidR="008C77F8" w:rsidRDefault="00000000">
            <w:pPr>
              <w:spacing w:after="0" w:line="240" w:lineRule="auto"/>
            </w:pPr>
            <w:r>
              <w:rPr>
                <w:sz w:val="15"/>
              </w:rPr>
              <w:t>Prevenirea accidentării și îmbolnăvirii, conformare, participare, îmbunătățire și integrare în procese.</w:t>
            </w:r>
          </w:p>
        </w:tc>
        <w:tc>
          <w:tcPr>
            <w:tcW w:w="3458" w:type="dxa"/>
            <w:shd w:val="clear" w:color="auto" w:fill="FFFFFF"/>
            <w:tcMar>
              <w:top w:w="75" w:type="dxa"/>
              <w:left w:w="85" w:type="dxa"/>
              <w:bottom w:w="75" w:type="dxa"/>
              <w:right w:w="85" w:type="dxa"/>
            </w:tcMar>
            <w:vAlign w:val="center"/>
          </w:tcPr>
          <w:p w14:paraId="2F75D4EC" w14:textId="77777777" w:rsidR="008C77F8" w:rsidRDefault="00000000">
            <w:pPr>
              <w:spacing w:after="0" w:line="240" w:lineRule="auto"/>
            </w:pPr>
            <w:r>
              <w:rPr>
                <w:sz w:val="15"/>
              </w:rPr>
              <w:t>Ce rezultat ar demonstra aplicarea concretă a angajamentelor?</w:t>
            </w:r>
          </w:p>
        </w:tc>
      </w:tr>
      <w:tr w:rsidR="008C77F8" w:rsidRPr="00823051" w14:paraId="3C7FCD2E" w14:textId="77777777">
        <w:trPr>
          <w:cantSplit/>
          <w:jc w:val="center"/>
        </w:trPr>
        <w:tc>
          <w:tcPr>
            <w:tcW w:w="2381" w:type="dxa"/>
            <w:shd w:val="clear" w:color="auto" w:fill="FAFAFA"/>
            <w:tcMar>
              <w:top w:w="75" w:type="dxa"/>
              <w:left w:w="85" w:type="dxa"/>
              <w:bottom w:w="75" w:type="dxa"/>
              <w:right w:w="85" w:type="dxa"/>
            </w:tcMar>
            <w:vAlign w:val="center"/>
          </w:tcPr>
          <w:p w14:paraId="0FBBB4E1" w14:textId="77777777" w:rsidR="008C77F8" w:rsidRDefault="00000000">
            <w:pPr>
              <w:spacing w:after="0" w:line="240" w:lineRule="auto"/>
            </w:pPr>
            <w:r>
              <w:rPr>
                <w:sz w:val="15"/>
              </w:rPr>
              <w:t>Pericole și riscuri</w:t>
            </w:r>
          </w:p>
        </w:tc>
        <w:tc>
          <w:tcPr>
            <w:tcW w:w="4082" w:type="dxa"/>
            <w:shd w:val="clear" w:color="auto" w:fill="FAFAFA"/>
            <w:tcMar>
              <w:top w:w="75" w:type="dxa"/>
              <w:left w:w="85" w:type="dxa"/>
              <w:bottom w:w="75" w:type="dxa"/>
              <w:right w:w="85" w:type="dxa"/>
            </w:tcMar>
            <w:vAlign w:val="center"/>
          </w:tcPr>
          <w:p w14:paraId="2F16E71E" w14:textId="77777777" w:rsidR="008C77F8" w:rsidRPr="00823051" w:rsidRDefault="00000000">
            <w:pPr>
              <w:spacing w:after="0" w:line="240" w:lineRule="auto"/>
              <w:rPr>
                <w:lang w:val="fr-FR"/>
              </w:rPr>
            </w:pPr>
            <w:r w:rsidRPr="00823051">
              <w:rPr>
                <w:sz w:val="15"/>
                <w:lang w:val="fr-FR"/>
              </w:rPr>
              <w:t>Expuneri fizice, chimice, biologice, ergonomice, psihosociale; echipamente, trafic, lucru la înălțime.</w:t>
            </w:r>
          </w:p>
        </w:tc>
        <w:tc>
          <w:tcPr>
            <w:tcW w:w="3458" w:type="dxa"/>
            <w:shd w:val="clear" w:color="auto" w:fill="FAFAFA"/>
            <w:tcMar>
              <w:top w:w="75" w:type="dxa"/>
              <w:left w:w="85" w:type="dxa"/>
              <w:bottom w:w="75" w:type="dxa"/>
              <w:right w:w="85" w:type="dxa"/>
            </w:tcMar>
            <w:vAlign w:val="center"/>
          </w:tcPr>
          <w:p w14:paraId="1CAD3966" w14:textId="77777777" w:rsidR="008C77F8" w:rsidRPr="00823051" w:rsidRDefault="00000000">
            <w:pPr>
              <w:spacing w:after="0" w:line="240" w:lineRule="auto"/>
              <w:rPr>
                <w:lang w:val="fr-FR"/>
              </w:rPr>
            </w:pPr>
            <w:r w:rsidRPr="00823051">
              <w:rPr>
                <w:sz w:val="15"/>
                <w:lang w:val="fr-FR"/>
              </w:rPr>
              <w:t>Care risc semnificativ poate fi eliminat sau redus la sursă?</w:t>
            </w:r>
          </w:p>
        </w:tc>
      </w:tr>
      <w:tr w:rsidR="008C77F8" w:rsidRPr="00823051" w14:paraId="27D865E4" w14:textId="77777777">
        <w:trPr>
          <w:cantSplit/>
          <w:jc w:val="center"/>
        </w:trPr>
        <w:tc>
          <w:tcPr>
            <w:tcW w:w="2381" w:type="dxa"/>
            <w:shd w:val="clear" w:color="auto" w:fill="FFFFFF"/>
            <w:tcMar>
              <w:top w:w="75" w:type="dxa"/>
              <w:left w:w="85" w:type="dxa"/>
              <w:bottom w:w="75" w:type="dxa"/>
              <w:right w:w="85" w:type="dxa"/>
            </w:tcMar>
            <w:vAlign w:val="center"/>
          </w:tcPr>
          <w:p w14:paraId="0DEF305C" w14:textId="77777777" w:rsidR="008C77F8" w:rsidRDefault="00000000">
            <w:pPr>
              <w:spacing w:after="0" w:line="240" w:lineRule="auto"/>
            </w:pPr>
            <w:r>
              <w:rPr>
                <w:sz w:val="15"/>
              </w:rPr>
              <w:t>Cerințe legale și alte cerințe</w:t>
            </w:r>
          </w:p>
        </w:tc>
        <w:tc>
          <w:tcPr>
            <w:tcW w:w="4082" w:type="dxa"/>
            <w:shd w:val="clear" w:color="auto" w:fill="FFFFFF"/>
            <w:tcMar>
              <w:top w:w="75" w:type="dxa"/>
              <w:left w:w="85" w:type="dxa"/>
              <w:bottom w:w="75" w:type="dxa"/>
              <w:right w:w="85" w:type="dxa"/>
            </w:tcMar>
            <w:vAlign w:val="center"/>
          </w:tcPr>
          <w:p w14:paraId="2C1EFA50" w14:textId="77777777" w:rsidR="008C77F8" w:rsidRDefault="00000000">
            <w:pPr>
              <w:spacing w:after="0" w:line="240" w:lineRule="auto"/>
            </w:pPr>
            <w:r>
              <w:rPr>
                <w:sz w:val="15"/>
              </w:rPr>
              <w:t>Autorizații, controale, supraveghere medicală, instruire, limite de expunere, cerințe contractuale.</w:t>
            </w:r>
          </w:p>
        </w:tc>
        <w:tc>
          <w:tcPr>
            <w:tcW w:w="3458" w:type="dxa"/>
            <w:shd w:val="clear" w:color="auto" w:fill="FFFFFF"/>
            <w:tcMar>
              <w:top w:w="75" w:type="dxa"/>
              <w:left w:w="85" w:type="dxa"/>
              <w:bottom w:w="75" w:type="dxa"/>
              <w:right w:w="85" w:type="dxa"/>
            </w:tcMar>
            <w:vAlign w:val="center"/>
          </w:tcPr>
          <w:p w14:paraId="3B758E14" w14:textId="77777777" w:rsidR="008C77F8" w:rsidRPr="00823051" w:rsidRDefault="00000000">
            <w:pPr>
              <w:spacing w:after="0" w:line="240" w:lineRule="auto"/>
              <w:rPr>
                <w:lang w:val="fr-FR"/>
              </w:rPr>
            </w:pPr>
            <w:r w:rsidRPr="00823051">
              <w:rPr>
                <w:sz w:val="15"/>
                <w:lang w:val="fr-FR"/>
              </w:rPr>
              <w:t>Unde există risc de neconformare sau control insuficient?</w:t>
            </w:r>
          </w:p>
        </w:tc>
      </w:tr>
      <w:tr w:rsidR="008C77F8" w:rsidRPr="00823051" w14:paraId="0653665C" w14:textId="77777777">
        <w:trPr>
          <w:cantSplit/>
          <w:jc w:val="center"/>
        </w:trPr>
        <w:tc>
          <w:tcPr>
            <w:tcW w:w="2381" w:type="dxa"/>
            <w:shd w:val="clear" w:color="auto" w:fill="FAFAFA"/>
            <w:tcMar>
              <w:top w:w="75" w:type="dxa"/>
              <w:left w:w="85" w:type="dxa"/>
              <w:bottom w:w="75" w:type="dxa"/>
              <w:right w:w="85" w:type="dxa"/>
            </w:tcMar>
            <w:vAlign w:val="center"/>
          </w:tcPr>
          <w:p w14:paraId="33C9A063" w14:textId="77777777" w:rsidR="008C77F8" w:rsidRDefault="00000000">
            <w:pPr>
              <w:spacing w:after="0" w:line="240" w:lineRule="auto"/>
            </w:pPr>
            <w:r>
              <w:rPr>
                <w:sz w:val="15"/>
              </w:rPr>
              <w:t>Lucrători și participare</w:t>
            </w:r>
          </w:p>
        </w:tc>
        <w:tc>
          <w:tcPr>
            <w:tcW w:w="4082" w:type="dxa"/>
            <w:shd w:val="clear" w:color="auto" w:fill="FAFAFA"/>
            <w:tcMar>
              <w:top w:w="75" w:type="dxa"/>
              <w:left w:w="85" w:type="dxa"/>
              <w:bottom w:w="75" w:type="dxa"/>
              <w:right w:w="85" w:type="dxa"/>
            </w:tcMar>
            <w:vAlign w:val="center"/>
          </w:tcPr>
          <w:p w14:paraId="591AD785" w14:textId="77777777" w:rsidR="008C77F8" w:rsidRPr="00823051" w:rsidRDefault="00000000">
            <w:pPr>
              <w:spacing w:after="0" w:line="240" w:lineRule="auto"/>
              <w:rPr>
                <w:lang w:val="fr-FR"/>
              </w:rPr>
            </w:pPr>
            <w:r w:rsidRPr="00823051">
              <w:rPr>
                <w:sz w:val="15"/>
                <w:lang w:val="fr-FR"/>
              </w:rPr>
              <w:t>Sesizări, observații, comitete, grupuri vulnerabile, bariere de raportare, schimbări propuse.</w:t>
            </w:r>
          </w:p>
        </w:tc>
        <w:tc>
          <w:tcPr>
            <w:tcW w:w="3458" w:type="dxa"/>
            <w:shd w:val="clear" w:color="auto" w:fill="FAFAFA"/>
            <w:tcMar>
              <w:top w:w="75" w:type="dxa"/>
              <w:left w:w="85" w:type="dxa"/>
              <w:bottom w:w="75" w:type="dxa"/>
              <w:right w:w="85" w:type="dxa"/>
            </w:tcMar>
            <w:vAlign w:val="center"/>
          </w:tcPr>
          <w:p w14:paraId="75CAF62F" w14:textId="77777777" w:rsidR="008C77F8" w:rsidRPr="00823051" w:rsidRDefault="00000000">
            <w:pPr>
              <w:spacing w:after="0" w:line="240" w:lineRule="auto"/>
              <w:rPr>
                <w:lang w:val="fr-FR"/>
              </w:rPr>
            </w:pPr>
            <w:r w:rsidRPr="00823051">
              <w:rPr>
                <w:sz w:val="15"/>
                <w:lang w:val="fr-FR"/>
              </w:rPr>
              <w:t>Ce problemă este confirmată de experiența lucrătorilor?</w:t>
            </w:r>
          </w:p>
        </w:tc>
      </w:tr>
      <w:tr w:rsidR="008C77F8" w14:paraId="4BA80345" w14:textId="77777777">
        <w:trPr>
          <w:cantSplit/>
          <w:jc w:val="center"/>
        </w:trPr>
        <w:tc>
          <w:tcPr>
            <w:tcW w:w="2381" w:type="dxa"/>
            <w:shd w:val="clear" w:color="auto" w:fill="FFFFFF"/>
            <w:tcMar>
              <w:top w:w="75" w:type="dxa"/>
              <w:left w:w="85" w:type="dxa"/>
              <w:bottom w:w="75" w:type="dxa"/>
              <w:right w:w="85" w:type="dxa"/>
            </w:tcMar>
            <w:vAlign w:val="center"/>
          </w:tcPr>
          <w:p w14:paraId="488A7F82" w14:textId="77777777" w:rsidR="008C77F8" w:rsidRDefault="00000000">
            <w:pPr>
              <w:spacing w:after="0" w:line="240" w:lineRule="auto"/>
            </w:pPr>
            <w:r>
              <w:rPr>
                <w:sz w:val="15"/>
              </w:rPr>
              <w:t>Incidente și performanță</w:t>
            </w:r>
          </w:p>
        </w:tc>
        <w:tc>
          <w:tcPr>
            <w:tcW w:w="4082" w:type="dxa"/>
            <w:shd w:val="clear" w:color="auto" w:fill="FFFFFF"/>
            <w:tcMar>
              <w:top w:w="75" w:type="dxa"/>
              <w:left w:w="85" w:type="dxa"/>
              <w:bottom w:w="75" w:type="dxa"/>
              <w:right w:w="85" w:type="dxa"/>
            </w:tcMar>
            <w:vAlign w:val="center"/>
          </w:tcPr>
          <w:p w14:paraId="044A7EE3" w14:textId="77777777" w:rsidR="008C77F8" w:rsidRPr="00823051" w:rsidRDefault="00000000">
            <w:pPr>
              <w:spacing w:after="0" w:line="240" w:lineRule="auto"/>
              <w:rPr>
                <w:lang w:val="fr-FR"/>
              </w:rPr>
            </w:pPr>
            <w:r w:rsidRPr="00823051">
              <w:rPr>
                <w:sz w:val="15"/>
                <w:lang w:val="fr-FR"/>
              </w:rPr>
              <w:t>Accidente, îmbolnăviri, evenimente periculoase, aproape-accidente, audituri și acțiuni restante.</w:t>
            </w:r>
          </w:p>
        </w:tc>
        <w:tc>
          <w:tcPr>
            <w:tcW w:w="3458" w:type="dxa"/>
            <w:shd w:val="clear" w:color="auto" w:fill="FFFFFF"/>
            <w:tcMar>
              <w:top w:w="75" w:type="dxa"/>
              <w:left w:w="85" w:type="dxa"/>
              <w:bottom w:w="75" w:type="dxa"/>
              <w:right w:w="85" w:type="dxa"/>
            </w:tcMar>
            <w:vAlign w:val="center"/>
          </w:tcPr>
          <w:p w14:paraId="38F28A14" w14:textId="77777777" w:rsidR="008C77F8" w:rsidRDefault="00000000">
            <w:pPr>
              <w:spacing w:after="0" w:line="240" w:lineRule="auto"/>
            </w:pPr>
            <w:r>
              <w:rPr>
                <w:sz w:val="15"/>
              </w:rPr>
              <w:t>Ce cauză sistemică sau control critic necesită un obiectiv?</w:t>
            </w:r>
          </w:p>
        </w:tc>
      </w:tr>
      <w:tr w:rsidR="008C77F8" w:rsidRPr="00823051" w14:paraId="45DBDFF6" w14:textId="77777777">
        <w:trPr>
          <w:cantSplit/>
          <w:jc w:val="center"/>
        </w:trPr>
        <w:tc>
          <w:tcPr>
            <w:tcW w:w="2381" w:type="dxa"/>
            <w:shd w:val="clear" w:color="auto" w:fill="FAFAFA"/>
            <w:tcMar>
              <w:top w:w="75" w:type="dxa"/>
              <w:left w:w="85" w:type="dxa"/>
              <w:bottom w:w="75" w:type="dxa"/>
              <w:right w:w="85" w:type="dxa"/>
            </w:tcMar>
            <w:vAlign w:val="center"/>
          </w:tcPr>
          <w:p w14:paraId="07925E63" w14:textId="77777777" w:rsidR="008C77F8" w:rsidRDefault="00000000">
            <w:pPr>
              <w:spacing w:after="0" w:line="240" w:lineRule="auto"/>
            </w:pPr>
            <w:r>
              <w:rPr>
                <w:sz w:val="15"/>
              </w:rPr>
              <w:t>Schimbări și contractanți</w:t>
            </w:r>
          </w:p>
        </w:tc>
        <w:tc>
          <w:tcPr>
            <w:tcW w:w="4082" w:type="dxa"/>
            <w:shd w:val="clear" w:color="auto" w:fill="FAFAFA"/>
            <w:tcMar>
              <w:top w:w="75" w:type="dxa"/>
              <w:left w:w="85" w:type="dxa"/>
              <w:bottom w:w="75" w:type="dxa"/>
              <w:right w:w="85" w:type="dxa"/>
            </w:tcMar>
            <w:vAlign w:val="center"/>
          </w:tcPr>
          <w:p w14:paraId="153BBA29" w14:textId="77777777" w:rsidR="008C77F8" w:rsidRDefault="00000000">
            <w:pPr>
              <w:spacing w:after="0" w:line="240" w:lineRule="auto"/>
            </w:pPr>
            <w:r>
              <w:rPr>
                <w:sz w:val="15"/>
              </w:rPr>
              <w:t>Procese noi, tehnologii, reorganizare, climă, program, externalizare și lucrări temporare.</w:t>
            </w:r>
          </w:p>
        </w:tc>
        <w:tc>
          <w:tcPr>
            <w:tcW w:w="3458" w:type="dxa"/>
            <w:shd w:val="clear" w:color="auto" w:fill="FAFAFA"/>
            <w:tcMar>
              <w:top w:w="75" w:type="dxa"/>
              <w:left w:w="85" w:type="dxa"/>
              <w:bottom w:w="75" w:type="dxa"/>
              <w:right w:w="85" w:type="dxa"/>
            </w:tcMar>
            <w:vAlign w:val="center"/>
          </w:tcPr>
          <w:p w14:paraId="2F61613B" w14:textId="77777777" w:rsidR="008C77F8" w:rsidRPr="00823051" w:rsidRDefault="00000000">
            <w:pPr>
              <w:spacing w:after="0" w:line="240" w:lineRule="auto"/>
              <w:rPr>
                <w:lang w:val="fr-FR"/>
              </w:rPr>
            </w:pPr>
            <w:r w:rsidRPr="00823051">
              <w:rPr>
                <w:sz w:val="15"/>
                <w:lang w:val="fr-FR"/>
              </w:rPr>
              <w:t>Ce risc nou sau transferat trebuie prevenit înainte de schimbare?</w:t>
            </w:r>
          </w:p>
        </w:tc>
      </w:tr>
    </w:tbl>
    <w:p w14:paraId="1F2BBDCE" w14:textId="77777777" w:rsidR="008C77F8" w:rsidRPr="00823051" w:rsidRDefault="008C77F8">
      <w:pPr>
        <w:spacing w:after="20"/>
        <w:rPr>
          <w:lang w:val="fr-FR"/>
        </w:rPr>
      </w:pPr>
    </w:p>
    <w:p w14:paraId="6C1D4EB7" w14:textId="77777777" w:rsidR="008C77F8" w:rsidRPr="00823051" w:rsidRDefault="00000000">
      <w:pPr>
        <w:pStyle w:val="Heading2"/>
        <w:rPr>
          <w:lang w:val="fr-FR"/>
        </w:rPr>
      </w:pPr>
      <w:r w:rsidRPr="00823051">
        <w:rPr>
          <w:lang w:val="fr-FR"/>
        </w:rPr>
        <w:t>Matrice de prioritizare</w:t>
      </w:r>
    </w:p>
    <w:p w14:paraId="3B61BC3D" w14:textId="77777777" w:rsidR="008C77F8" w:rsidRPr="00823051" w:rsidRDefault="00000000">
      <w:pPr>
        <w:spacing w:line="259" w:lineRule="auto"/>
        <w:rPr>
          <w:lang w:val="fr-FR"/>
        </w:rPr>
      </w:pPr>
      <w:r w:rsidRPr="00823051">
        <w:rPr>
          <w:lang w:val="fr-FR"/>
        </w:rPr>
        <w:t>Acordați fiecărui obiectiv candidat un scor de la 1 la 5. Selectați obiectivele cu impact ridicat și fezabilitate rezonabilă; documentați motivele pentru amânarea unei priorități importante.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402"/>
        <w:gridCol w:w="3231"/>
        <w:gridCol w:w="3288"/>
      </w:tblGrid>
      <w:tr w:rsidR="008C77F8" w14:paraId="4F1C9F0A" w14:textId="77777777">
        <w:trPr>
          <w:tblHeader/>
          <w:jc w:val="center"/>
        </w:trPr>
        <w:tc>
          <w:tcPr>
            <w:tcW w:w="3402" w:type="dxa"/>
            <w:shd w:val="clear" w:color="auto" w:fill="D71920"/>
            <w:tcMar>
              <w:top w:w="75" w:type="dxa"/>
              <w:left w:w="85" w:type="dxa"/>
              <w:bottom w:w="75" w:type="dxa"/>
              <w:right w:w="85" w:type="dxa"/>
            </w:tcMar>
            <w:vAlign w:val="center"/>
          </w:tcPr>
          <w:p w14:paraId="2F7F5072" w14:textId="77777777" w:rsidR="008C77F8" w:rsidRDefault="00000000">
            <w:pPr>
              <w:spacing w:after="0" w:line="240" w:lineRule="auto"/>
              <w:jc w:val="center"/>
            </w:pPr>
            <w:r>
              <w:rPr>
                <w:b/>
                <w:color w:val="FFFFFF"/>
                <w:sz w:val="16"/>
              </w:rPr>
              <w:t>CRITERIU</w:t>
            </w:r>
          </w:p>
        </w:tc>
        <w:tc>
          <w:tcPr>
            <w:tcW w:w="3231" w:type="dxa"/>
            <w:shd w:val="clear" w:color="auto" w:fill="D71920"/>
            <w:tcMar>
              <w:top w:w="75" w:type="dxa"/>
              <w:left w:w="85" w:type="dxa"/>
              <w:bottom w:w="75" w:type="dxa"/>
              <w:right w:w="85" w:type="dxa"/>
            </w:tcMar>
            <w:vAlign w:val="center"/>
          </w:tcPr>
          <w:p w14:paraId="423DE88D" w14:textId="77777777" w:rsidR="008C77F8" w:rsidRDefault="00000000">
            <w:pPr>
              <w:spacing w:after="0" w:line="240" w:lineRule="auto"/>
              <w:jc w:val="center"/>
            </w:pPr>
            <w:r>
              <w:rPr>
                <w:b/>
                <w:color w:val="FFFFFF"/>
                <w:sz w:val="16"/>
              </w:rPr>
              <w:t>SCOR 1</w:t>
            </w:r>
          </w:p>
        </w:tc>
        <w:tc>
          <w:tcPr>
            <w:tcW w:w="3288" w:type="dxa"/>
            <w:shd w:val="clear" w:color="auto" w:fill="D71920"/>
            <w:tcMar>
              <w:top w:w="75" w:type="dxa"/>
              <w:left w:w="85" w:type="dxa"/>
              <w:bottom w:w="75" w:type="dxa"/>
              <w:right w:w="85" w:type="dxa"/>
            </w:tcMar>
            <w:vAlign w:val="center"/>
          </w:tcPr>
          <w:p w14:paraId="5C0F3978" w14:textId="77777777" w:rsidR="008C77F8" w:rsidRDefault="00000000">
            <w:pPr>
              <w:spacing w:after="0" w:line="240" w:lineRule="auto"/>
              <w:jc w:val="center"/>
            </w:pPr>
            <w:r>
              <w:rPr>
                <w:b/>
                <w:color w:val="FFFFFF"/>
                <w:sz w:val="16"/>
              </w:rPr>
              <w:t>SCOR 5</w:t>
            </w:r>
          </w:p>
        </w:tc>
      </w:tr>
      <w:tr w:rsidR="008C77F8" w14:paraId="3E7B56DE" w14:textId="77777777">
        <w:trPr>
          <w:cantSplit/>
          <w:jc w:val="center"/>
        </w:trPr>
        <w:tc>
          <w:tcPr>
            <w:tcW w:w="3402" w:type="dxa"/>
            <w:shd w:val="clear" w:color="auto" w:fill="FFFFFF"/>
            <w:tcMar>
              <w:top w:w="75" w:type="dxa"/>
              <w:left w:w="85" w:type="dxa"/>
              <w:bottom w:w="75" w:type="dxa"/>
              <w:right w:w="85" w:type="dxa"/>
            </w:tcMar>
            <w:vAlign w:val="center"/>
          </w:tcPr>
          <w:p w14:paraId="180E126F" w14:textId="77777777" w:rsidR="008C77F8" w:rsidRDefault="00000000">
            <w:pPr>
              <w:spacing w:after="0" w:line="240" w:lineRule="auto"/>
            </w:pPr>
            <w:r>
              <w:rPr>
                <w:sz w:val="16"/>
              </w:rPr>
              <w:t>Severitate și expunere</w:t>
            </w:r>
          </w:p>
        </w:tc>
        <w:tc>
          <w:tcPr>
            <w:tcW w:w="3231" w:type="dxa"/>
            <w:shd w:val="clear" w:color="auto" w:fill="FFFFFF"/>
            <w:tcMar>
              <w:top w:w="75" w:type="dxa"/>
              <w:left w:w="85" w:type="dxa"/>
              <w:bottom w:w="75" w:type="dxa"/>
              <w:right w:w="85" w:type="dxa"/>
            </w:tcMar>
            <w:vAlign w:val="center"/>
          </w:tcPr>
          <w:p w14:paraId="6EE5F0F5" w14:textId="77777777" w:rsidR="008C77F8" w:rsidRDefault="00000000">
            <w:pPr>
              <w:spacing w:after="0" w:line="240" w:lineRule="auto"/>
            </w:pPr>
            <w:r>
              <w:rPr>
                <w:sz w:val="16"/>
              </w:rPr>
              <w:t>1 = consecință minoră</w:t>
            </w:r>
          </w:p>
        </w:tc>
        <w:tc>
          <w:tcPr>
            <w:tcW w:w="3288" w:type="dxa"/>
            <w:shd w:val="clear" w:color="auto" w:fill="FFFFFF"/>
            <w:tcMar>
              <w:top w:w="75" w:type="dxa"/>
              <w:left w:w="85" w:type="dxa"/>
              <w:bottom w:w="75" w:type="dxa"/>
              <w:right w:w="85" w:type="dxa"/>
            </w:tcMar>
            <w:vAlign w:val="center"/>
          </w:tcPr>
          <w:p w14:paraId="0659CF88" w14:textId="77777777" w:rsidR="008C77F8" w:rsidRDefault="00000000">
            <w:pPr>
              <w:spacing w:after="0" w:line="240" w:lineRule="auto"/>
            </w:pPr>
            <w:r>
              <w:rPr>
                <w:sz w:val="16"/>
              </w:rPr>
              <w:t>5 = potențial fatal / boală gravă</w:t>
            </w:r>
          </w:p>
        </w:tc>
      </w:tr>
      <w:tr w:rsidR="008C77F8" w:rsidRPr="00823051" w14:paraId="07CE2E02" w14:textId="77777777">
        <w:trPr>
          <w:cantSplit/>
          <w:jc w:val="center"/>
        </w:trPr>
        <w:tc>
          <w:tcPr>
            <w:tcW w:w="3402" w:type="dxa"/>
            <w:shd w:val="clear" w:color="auto" w:fill="FAFAFA"/>
            <w:tcMar>
              <w:top w:w="75" w:type="dxa"/>
              <w:left w:w="85" w:type="dxa"/>
              <w:bottom w:w="75" w:type="dxa"/>
              <w:right w:w="85" w:type="dxa"/>
            </w:tcMar>
            <w:vAlign w:val="center"/>
          </w:tcPr>
          <w:p w14:paraId="1CC060E9" w14:textId="77777777" w:rsidR="008C77F8" w:rsidRDefault="00000000">
            <w:pPr>
              <w:spacing w:after="0" w:line="240" w:lineRule="auto"/>
            </w:pPr>
            <w:r>
              <w:rPr>
                <w:sz w:val="16"/>
              </w:rPr>
              <w:t>Conformare legală</w:t>
            </w:r>
          </w:p>
        </w:tc>
        <w:tc>
          <w:tcPr>
            <w:tcW w:w="3231" w:type="dxa"/>
            <w:shd w:val="clear" w:color="auto" w:fill="FAFAFA"/>
            <w:tcMar>
              <w:top w:w="75" w:type="dxa"/>
              <w:left w:w="85" w:type="dxa"/>
              <w:bottom w:w="75" w:type="dxa"/>
              <w:right w:w="85" w:type="dxa"/>
            </w:tcMar>
            <w:vAlign w:val="center"/>
          </w:tcPr>
          <w:p w14:paraId="1B529174" w14:textId="77777777" w:rsidR="008C77F8" w:rsidRDefault="00000000">
            <w:pPr>
              <w:spacing w:after="0" w:line="240" w:lineRule="auto"/>
            </w:pPr>
            <w:r>
              <w:rPr>
                <w:sz w:val="16"/>
              </w:rPr>
              <w:t>1 = fără legătură directă</w:t>
            </w:r>
          </w:p>
        </w:tc>
        <w:tc>
          <w:tcPr>
            <w:tcW w:w="3288" w:type="dxa"/>
            <w:shd w:val="clear" w:color="auto" w:fill="FAFAFA"/>
            <w:tcMar>
              <w:top w:w="75" w:type="dxa"/>
              <w:left w:w="85" w:type="dxa"/>
              <w:bottom w:w="75" w:type="dxa"/>
              <w:right w:w="85" w:type="dxa"/>
            </w:tcMar>
            <w:vAlign w:val="center"/>
          </w:tcPr>
          <w:p w14:paraId="49A2DB91" w14:textId="77777777" w:rsidR="008C77F8" w:rsidRPr="00823051" w:rsidRDefault="00000000">
            <w:pPr>
              <w:spacing w:after="0" w:line="240" w:lineRule="auto"/>
              <w:rPr>
                <w:lang w:val="fr-FR"/>
              </w:rPr>
            </w:pPr>
            <w:r w:rsidRPr="00823051">
              <w:rPr>
                <w:sz w:val="16"/>
                <w:lang w:val="fr-FR"/>
              </w:rPr>
              <w:t>5 = cerință critică / risc de neconformare</w:t>
            </w:r>
          </w:p>
        </w:tc>
      </w:tr>
      <w:tr w:rsidR="008C77F8" w:rsidRPr="00823051" w14:paraId="225F3120" w14:textId="77777777">
        <w:trPr>
          <w:cantSplit/>
          <w:jc w:val="center"/>
        </w:trPr>
        <w:tc>
          <w:tcPr>
            <w:tcW w:w="3402" w:type="dxa"/>
            <w:shd w:val="clear" w:color="auto" w:fill="FFFFFF"/>
            <w:tcMar>
              <w:top w:w="75" w:type="dxa"/>
              <w:left w:w="85" w:type="dxa"/>
              <w:bottom w:w="75" w:type="dxa"/>
              <w:right w:w="85" w:type="dxa"/>
            </w:tcMar>
            <w:vAlign w:val="center"/>
          </w:tcPr>
          <w:p w14:paraId="0BC7BE86" w14:textId="77777777" w:rsidR="008C77F8" w:rsidRDefault="00000000">
            <w:pPr>
              <w:spacing w:after="0" w:line="240" w:lineRule="auto"/>
            </w:pPr>
            <w:r>
              <w:rPr>
                <w:sz w:val="16"/>
              </w:rPr>
              <w:t>Număr / vulnerabilitate persoane</w:t>
            </w:r>
          </w:p>
        </w:tc>
        <w:tc>
          <w:tcPr>
            <w:tcW w:w="3231" w:type="dxa"/>
            <w:shd w:val="clear" w:color="auto" w:fill="FFFFFF"/>
            <w:tcMar>
              <w:top w:w="75" w:type="dxa"/>
              <w:left w:w="85" w:type="dxa"/>
              <w:bottom w:w="75" w:type="dxa"/>
              <w:right w:w="85" w:type="dxa"/>
            </w:tcMar>
            <w:vAlign w:val="center"/>
          </w:tcPr>
          <w:p w14:paraId="08E4CC36" w14:textId="77777777" w:rsidR="008C77F8" w:rsidRDefault="00000000">
            <w:pPr>
              <w:spacing w:after="0" w:line="240" w:lineRule="auto"/>
            </w:pPr>
            <w:r>
              <w:rPr>
                <w:sz w:val="16"/>
              </w:rPr>
              <w:t>1 = expunere rară</w:t>
            </w:r>
          </w:p>
        </w:tc>
        <w:tc>
          <w:tcPr>
            <w:tcW w:w="3288" w:type="dxa"/>
            <w:shd w:val="clear" w:color="auto" w:fill="FFFFFF"/>
            <w:tcMar>
              <w:top w:w="75" w:type="dxa"/>
              <w:left w:w="85" w:type="dxa"/>
              <w:bottom w:w="75" w:type="dxa"/>
              <w:right w:w="85" w:type="dxa"/>
            </w:tcMar>
            <w:vAlign w:val="center"/>
          </w:tcPr>
          <w:p w14:paraId="4C7AE991" w14:textId="77777777" w:rsidR="008C77F8" w:rsidRPr="00823051" w:rsidRDefault="00000000">
            <w:pPr>
              <w:spacing w:after="0" w:line="240" w:lineRule="auto"/>
              <w:rPr>
                <w:lang w:val="de-DE"/>
              </w:rPr>
            </w:pPr>
            <w:r w:rsidRPr="00823051">
              <w:rPr>
                <w:sz w:val="16"/>
                <w:lang w:val="de-DE"/>
              </w:rPr>
              <w:t>5 = expunere largă sau grup vulnerabil</w:t>
            </w:r>
          </w:p>
        </w:tc>
      </w:tr>
      <w:tr w:rsidR="008C77F8" w:rsidRPr="00823051" w14:paraId="6C582622" w14:textId="77777777">
        <w:trPr>
          <w:cantSplit/>
          <w:jc w:val="center"/>
        </w:trPr>
        <w:tc>
          <w:tcPr>
            <w:tcW w:w="3402" w:type="dxa"/>
            <w:shd w:val="clear" w:color="auto" w:fill="FAFAFA"/>
            <w:tcMar>
              <w:top w:w="75" w:type="dxa"/>
              <w:left w:w="85" w:type="dxa"/>
              <w:bottom w:w="75" w:type="dxa"/>
              <w:right w:w="85" w:type="dxa"/>
            </w:tcMar>
            <w:vAlign w:val="center"/>
          </w:tcPr>
          <w:p w14:paraId="38EC5D1C" w14:textId="77777777" w:rsidR="008C77F8" w:rsidRDefault="00000000">
            <w:pPr>
              <w:spacing w:after="0" w:line="240" w:lineRule="auto"/>
            </w:pPr>
            <w:r>
              <w:rPr>
                <w:sz w:val="16"/>
              </w:rPr>
              <w:t>Eficacitatea controalelor</w:t>
            </w:r>
          </w:p>
        </w:tc>
        <w:tc>
          <w:tcPr>
            <w:tcW w:w="3231" w:type="dxa"/>
            <w:shd w:val="clear" w:color="auto" w:fill="FAFAFA"/>
            <w:tcMar>
              <w:top w:w="75" w:type="dxa"/>
              <w:left w:w="85" w:type="dxa"/>
              <w:bottom w:w="75" w:type="dxa"/>
              <w:right w:w="85" w:type="dxa"/>
            </w:tcMar>
            <w:vAlign w:val="center"/>
          </w:tcPr>
          <w:p w14:paraId="5EBCD5C2" w14:textId="77777777" w:rsidR="008C77F8" w:rsidRDefault="00000000">
            <w:pPr>
              <w:spacing w:after="0" w:line="240" w:lineRule="auto"/>
            </w:pPr>
            <w:r>
              <w:rPr>
                <w:sz w:val="16"/>
              </w:rPr>
              <w:t>1 = controale robuste</w:t>
            </w:r>
          </w:p>
        </w:tc>
        <w:tc>
          <w:tcPr>
            <w:tcW w:w="3288" w:type="dxa"/>
            <w:shd w:val="clear" w:color="auto" w:fill="FAFAFA"/>
            <w:tcMar>
              <w:top w:w="75" w:type="dxa"/>
              <w:left w:w="85" w:type="dxa"/>
              <w:bottom w:w="75" w:type="dxa"/>
              <w:right w:w="85" w:type="dxa"/>
            </w:tcMar>
            <w:vAlign w:val="center"/>
          </w:tcPr>
          <w:p w14:paraId="0D616479" w14:textId="77777777" w:rsidR="008C77F8" w:rsidRPr="00823051" w:rsidRDefault="00000000">
            <w:pPr>
              <w:spacing w:after="0" w:line="240" w:lineRule="auto"/>
              <w:rPr>
                <w:lang w:val="fr-FR"/>
              </w:rPr>
            </w:pPr>
            <w:r w:rsidRPr="00823051">
              <w:rPr>
                <w:sz w:val="16"/>
                <w:lang w:val="fr-FR"/>
              </w:rPr>
              <w:t>5 = control lipsă / dependent de comportament</w:t>
            </w:r>
          </w:p>
        </w:tc>
      </w:tr>
      <w:tr w:rsidR="008C77F8" w14:paraId="13419ADE" w14:textId="77777777">
        <w:trPr>
          <w:cantSplit/>
          <w:jc w:val="center"/>
        </w:trPr>
        <w:tc>
          <w:tcPr>
            <w:tcW w:w="3402" w:type="dxa"/>
            <w:shd w:val="clear" w:color="auto" w:fill="FFFFFF"/>
            <w:tcMar>
              <w:top w:w="75" w:type="dxa"/>
              <w:left w:w="85" w:type="dxa"/>
              <w:bottom w:w="75" w:type="dxa"/>
              <w:right w:w="85" w:type="dxa"/>
            </w:tcMar>
            <w:vAlign w:val="center"/>
          </w:tcPr>
          <w:p w14:paraId="0CBBDEB1" w14:textId="77777777" w:rsidR="008C77F8" w:rsidRDefault="00000000">
            <w:pPr>
              <w:spacing w:after="0" w:line="240" w:lineRule="auto"/>
            </w:pPr>
            <w:r>
              <w:rPr>
                <w:sz w:val="16"/>
              </w:rPr>
              <w:t>Fezabilitate și ierarhie</w:t>
            </w:r>
          </w:p>
        </w:tc>
        <w:tc>
          <w:tcPr>
            <w:tcW w:w="3231" w:type="dxa"/>
            <w:shd w:val="clear" w:color="auto" w:fill="FFFFFF"/>
            <w:tcMar>
              <w:top w:w="75" w:type="dxa"/>
              <w:left w:w="85" w:type="dxa"/>
              <w:bottom w:w="75" w:type="dxa"/>
              <w:right w:w="85" w:type="dxa"/>
            </w:tcMar>
            <w:vAlign w:val="center"/>
          </w:tcPr>
          <w:p w14:paraId="1E5AD4FD" w14:textId="77777777" w:rsidR="008C77F8" w:rsidRDefault="00000000">
            <w:pPr>
              <w:spacing w:after="0" w:line="240" w:lineRule="auto"/>
            </w:pPr>
            <w:r>
              <w:rPr>
                <w:sz w:val="16"/>
              </w:rPr>
              <w:t>1 = influență redusă</w:t>
            </w:r>
          </w:p>
        </w:tc>
        <w:tc>
          <w:tcPr>
            <w:tcW w:w="3288" w:type="dxa"/>
            <w:shd w:val="clear" w:color="auto" w:fill="FFFFFF"/>
            <w:tcMar>
              <w:top w:w="75" w:type="dxa"/>
              <w:left w:w="85" w:type="dxa"/>
              <w:bottom w:w="75" w:type="dxa"/>
              <w:right w:w="85" w:type="dxa"/>
            </w:tcMar>
            <w:vAlign w:val="center"/>
          </w:tcPr>
          <w:p w14:paraId="1DA9B997" w14:textId="77777777" w:rsidR="008C77F8" w:rsidRDefault="00000000">
            <w:pPr>
              <w:spacing w:after="0" w:line="240" w:lineRule="auto"/>
            </w:pPr>
            <w:r>
              <w:rPr>
                <w:sz w:val="16"/>
              </w:rPr>
              <w:t>5 = eliminare / control tehnic realist</w:t>
            </w:r>
          </w:p>
        </w:tc>
      </w:tr>
      <w:tr w:rsidR="008C77F8" w14:paraId="133B7C71" w14:textId="77777777">
        <w:trPr>
          <w:cantSplit/>
          <w:jc w:val="center"/>
        </w:trPr>
        <w:tc>
          <w:tcPr>
            <w:tcW w:w="3402" w:type="dxa"/>
            <w:shd w:val="clear" w:color="auto" w:fill="FAFAFA"/>
            <w:tcMar>
              <w:top w:w="75" w:type="dxa"/>
              <w:left w:w="85" w:type="dxa"/>
              <w:bottom w:w="75" w:type="dxa"/>
              <w:right w:w="85" w:type="dxa"/>
            </w:tcMar>
            <w:vAlign w:val="center"/>
          </w:tcPr>
          <w:p w14:paraId="56DEF54A" w14:textId="77777777" w:rsidR="008C77F8" w:rsidRDefault="00000000">
            <w:pPr>
              <w:spacing w:after="0" w:line="240" w:lineRule="auto"/>
            </w:pPr>
            <w:r>
              <w:rPr>
                <w:sz w:val="16"/>
              </w:rPr>
              <w:t>Calitatea datelor</w:t>
            </w:r>
          </w:p>
        </w:tc>
        <w:tc>
          <w:tcPr>
            <w:tcW w:w="3231" w:type="dxa"/>
            <w:shd w:val="clear" w:color="auto" w:fill="FAFAFA"/>
            <w:tcMar>
              <w:top w:w="75" w:type="dxa"/>
              <w:left w:w="85" w:type="dxa"/>
              <w:bottom w:w="75" w:type="dxa"/>
              <w:right w:w="85" w:type="dxa"/>
            </w:tcMar>
            <w:vAlign w:val="center"/>
          </w:tcPr>
          <w:p w14:paraId="4274EC07" w14:textId="77777777" w:rsidR="008C77F8" w:rsidRDefault="00000000">
            <w:pPr>
              <w:spacing w:after="0" w:line="240" w:lineRule="auto"/>
            </w:pPr>
            <w:r>
              <w:rPr>
                <w:sz w:val="16"/>
              </w:rPr>
              <w:t>1 = date nesigure</w:t>
            </w:r>
          </w:p>
        </w:tc>
        <w:tc>
          <w:tcPr>
            <w:tcW w:w="3288" w:type="dxa"/>
            <w:shd w:val="clear" w:color="auto" w:fill="FAFAFA"/>
            <w:tcMar>
              <w:top w:w="75" w:type="dxa"/>
              <w:left w:w="85" w:type="dxa"/>
              <w:bottom w:w="75" w:type="dxa"/>
              <w:right w:w="85" w:type="dxa"/>
            </w:tcMar>
            <w:vAlign w:val="center"/>
          </w:tcPr>
          <w:p w14:paraId="1A8FA1B6" w14:textId="77777777" w:rsidR="008C77F8" w:rsidRDefault="00000000">
            <w:pPr>
              <w:spacing w:after="0" w:line="240" w:lineRule="auto"/>
            </w:pPr>
            <w:r>
              <w:rPr>
                <w:sz w:val="16"/>
              </w:rPr>
              <w:t>5 = evaluări și surse fiabile</w:t>
            </w:r>
          </w:p>
        </w:tc>
      </w:tr>
    </w:tbl>
    <w:p w14:paraId="6C21ACCD" w14:textId="77777777" w:rsidR="008C77F8" w:rsidRDefault="008C77F8">
      <w:pPr>
        <w:spacing w:after="2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685"/>
        <w:gridCol w:w="1020"/>
        <w:gridCol w:w="1020"/>
        <w:gridCol w:w="1020"/>
        <w:gridCol w:w="907"/>
        <w:gridCol w:w="907"/>
        <w:gridCol w:w="794"/>
        <w:gridCol w:w="1134"/>
      </w:tblGrid>
      <w:tr w:rsidR="008C77F8" w14:paraId="6305EBDD" w14:textId="77777777">
        <w:trPr>
          <w:tblHeader/>
          <w:jc w:val="center"/>
        </w:trPr>
        <w:tc>
          <w:tcPr>
            <w:tcW w:w="567" w:type="dxa"/>
            <w:shd w:val="clear" w:color="auto" w:fill="D71920"/>
            <w:tcMar>
              <w:top w:w="75" w:type="dxa"/>
              <w:left w:w="85" w:type="dxa"/>
              <w:bottom w:w="75" w:type="dxa"/>
              <w:right w:w="85" w:type="dxa"/>
            </w:tcMar>
            <w:vAlign w:val="center"/>
          </w:tcPr>
          <w:p w14:paraId="62EF25B0" w14:textId="77777777" w:rsidR="008C77F8" w:rsidRDefault="00000000">
            <w:pPr>
              <w:spacing w:after="0" w:line="240" w:lineRule="auto"/>
              <w:jc w:val="center"/>
            </w:pPr>
            <w:r>
              <w:rPr>
                <w:b/>
                <w:color w:val="FFFFFF"/>
                <w:sz w:val="14"/>
              </w:rPr>
              <w:t>#</w:t>
            </w:r>
          </w:p>
        </w:tc>
        <w:tc>
          <w:tcPr>
            <w:tcW w:w="3685" w:type="dxa"/>
            <w:shd w:val="clear" w:color="auto" w:fill="D71920"/>
            <w:tcMar>
              <w:top w:w="75" w:type="dxa"/>
              <w:left w:w="85" w:type="dxa"/>
              <w:bottom w:w="75" w:type="dxa"/>
              <w:right w:w="85" w:type="dxa"/>
            </w:tcMar>
            <w:vAlign w:val="center"/>
          </w:tcPr>
          <w:p w14:paraId="0B85BC77" w14:textId="77777777" w:rsidR="008C77F8" w:rsidRDefault="00000000">
            <w:pPr>
              <w:spacing w:after="0" w:line="240" w:lineRule="auto"/>
              <w:jc w:val="center"/>
            </w:pPr>
            <w:r>
              <w:rPr>
                <w:b/>
                <w:color w:val="FFFFFF"/>
                <w:sz w:val="14"/>
              </w:rPr>
              <w:t>OBIECTIV CANDIDAT</w:t>
            </w:r>
          </w:p>
        </w:tc>
        <w:tc>
          <w:tcPr>
            <w:tcW w:w="1020" w:type="dxa"/>
            <w:shd w:val="clear" w:color="auto" w:fill="D71920"/>
            <w:tcMar>
              <w:top w:w="75" w:type="dxa"/>
              <w:left w:w="85" w:type="dxa"/>
              <w:bottom w:w="75" w:type="dxa"/>
              <w:right w:w="85" w:type="dxa"/>
            </w:tcMar>
            <w:vAlign w:val="center"/>
          </w:tcPr>
          <w:p w14:paraId="249BC772" w14:textId="77777777" w:rsidR="008C77F8" w:rsidRDefault="00000000">
            <w:pPr>
              <w:spacing w:after="0" w:line="240" w:lineRule="auto"/>
              <w:jc w:val="center"/>
            </w:pPr>
            <w:r>
              <w:rPr>
                <w:b/>
                <w:color w:val="FFFFFF"/>
                <w:sz w:val="14"/>
              </w:rPr>
              <w:t>SEVER.</w:t>
            </w:r>
          </w:p>
        </w:tc>
        <w:tc>
          <w:tcPr>
            <w:tcW w:w="1020" w:type="dxa"/>
            <w:shd w:val="clear" w:color="auto" w:fill="D71920"/>
            <w:tcMar>
              <w:top w:w="75" w:type="dxa"/>
              <w:left w:w="85" w:type="dxa"/>
              <w:bottom w:w="75" w:type="dxa"/>
              <w:right w:w="85" w:type="dxa"/>
            </w:tcMar>
            <w:vAlign w:val="center"/>
          </w:tcPr>
          <w:p w14:paraId="073F2C52" w14:textId="77777777" w:rsidR="008C77F8" w:rsidRDefault="00000000">
            <w:pPr>
              <w:spacing w:after="0" w:line="240" w:lineRule="auto"/>
              <w:jc w:val="center"/>
            </w:pPr>
            <w:r>
              <w:rPr>
                <w:b/>
                <w:color w:val="FFFFFF"/>
                <w:sz w:val="14"/>
              </w:rPr>
              <w:t>LEGAL</w:t>
            </w:r>
          </w:p>
        </w:tc>
        <w:tc>
          <w:tcPr>
            <w:tcW w:w="1020" w:type="dxa"/>
            <w:shd w:val="clear" w:color="auto" w:fill="D71920"/>
            <w:tcMar>
              <w:top w:w="75" w:type="dxa"/>
              <w:left w:w="85" w:type="dxa"/>
              <w:bottom w:w="75" w:type="dxa"/>
              <w:right w:w="85" w:type="dxa"/>
            </w:tcMar>
            <w:vAlign w:val="center"/>
          </w:tcPr>
          <w:p w14:paraId="1D93F958" w14:textId="77777777" w:rsidR="008C77F8" w:rsidRDefault="00000000">
            <w:pPr>
              <w:spacing w:after="0" w:line="240" w:lineRule="auto"/>
              <w:jc w:val="center"/>
            </w:pPr>
            <w:r>
              <w:rPr>
                <w:b/>
                <w:color w:val="FFFFFF"/>
                <w:sz w:val="14"/>
              </w:rPr>
              <w:t>EXPUN.</w:t>
            </w:r>
          </w:p>
        </w:tc>
        <w:tc>
          <w:tcPr>
            <w:tcW w:w="907" w:type="dxa"/>
            <w:shd w:val="clear" w:color="auto" w:fill="D71920"/>
            <w:tcMar>
              <w:top w:w="75" w:type="dxa"/>
              <w:left w:w="85" w:type="dxa"/>
              <w:bottom w:w="75" w:type="dxa"/>
              <w:right w:w="85" w:type="dxa"/>
            </w:tcMar>
            <w:vAlign w:val="center"/>
          </w:tcPr>
          <w:p w14:paraId="50D1573F" w14:textId="77777777" w:rsidR="008C77F8" w:rsidRDefault="00000000">
            <w:pPr>
              <w:spacing w:after="0" w:line="240" w:lineRule="auto"/>
              <w:jc w:val="center"/>
            </w:pPr>
            <w:r>
              <w:rPr>
                <w:b/>
                <w:color w:val="FFFFFF"/>
                <w:sz w:val="14"/>
              </w:rPr>
              <w:t>CONTROL</w:t>
            </w:r>
          </w:p>
        </w:tc>
        <w:tc>
          <w:tcPr>
            <w:tcW w:w="907" w:type="dxa"/>
            <w:shd w:val="clear" w:color="auto" w:fill="D71920"/>
            <w:tcMar>
              <w:top w:w="75" w:type="dxa"/>
              <w:left w:w="85" w:type="dxa"/>
              <w:bottom w:w="75" w:type="dxa"/>
              <w:right w:w="85" w:type="dxa"/>
            </w:tcMar>
            <w:vAlign w:val="center"/>
          </w:tcPr>
          <w:p w14:paraId="0A0CE129" w14:textId="77777777" w:rsidR="008C77F8" w:rsidRDefault="00000000">
            <w:pPr>
              <w:spacing w:after="0" w:line="240" w:lineRule="auto"/>
              <w:jc w:val="center"/>
            </w:pPr>
            <w:r>
              <w:rPr>
                <w:b/>
                <w:color w:val="FFFFFF"/>
                <w:sz w:val="14"/>
              </w:rPr>
              <w:t>FEZAB.</w:t>
            </w:r>
          </w:p>
        </w:tc>
        <w:tc>
          <w:tcPr>
            <w:tcW w:w="794" w:type="dxa"/>
            <w:shd w:val="clear" w:color="auto" w:fill="D71920"/>
            <w:tcMar>
              <w:top w:w="75" w:type="dxa"/>
              <w:left w:w="85" w:type="dxa"/>
              <w:bottom w:w="75" w:type="dxa"/>
              <w:right w:w="85" w:type="dxa"/>
            </w:tcMar>
            <w:vAlign w:val="center"/>
          </w:tcPr>
          <w:p w14:paraId="2B268A22" w14:textId="77777777" w:rsidR="008C77F8" w:rsidRDefault="00000000">
            <w:pPr>
              <w:spacing w:after="0" w:line="240" w:lineRule="auto"/>
              <w:jc w:val="center"/>
            </w:pPr>
            <w:r>
              <w:rPr>
                <w:b/>
                <w:color w:val="FFFFFF"/>
                <w:sz w:val="14"/>
              </w:rPr>
              <w:t>DATE</w:t>
            </w:r>
          </w:p>
        </w:tc>
        <w:tc>
          <w:tcPr>
            <w:tcW w:w="1134" w:type="dxa"/>
            <w:shd w:val="clear" w:color="auto" w:fill="D71920"/>
            <w:tcMar>
              <w:top w:w="75" w:type="dxa"/>
              <w:left w:w="85" w:type="dxa"/>
              <w:bottom w:w="75" w:type="dxa"/>
              <w:right w:w="85" w:type="dxa"/>
            </w:tcMar>
            <w:vAlign w:val="center"/>
          </w:tcPr>
          <w:p w14:paraId="008E0296" w14:textId="77777777" w:rsidR="008C77F8" w:rsidRDefault="00000000">
            <w:pPr>
              <w:spacing w:after="0" w:line="240" w:lineRule="auto"/>
              <w:jc w:val="center"/>
            </w:pPr>
            <w:r>
              <w:rPr>
                <w:b/>
                <w:color w:val="FFFFFF"/>
                <w:sz w:val="14"/>
              </w:rPr>
              <w:t>TOTAL / 30</w:t>
            </w:r>
          </w:p>
        </w:tc>
      </w:tr>
      <w:tr w:rsidR="008C77F8" w14:paraId="34929CDD" w14:textId="77777777">
        <w:trPr>
          <w:cantSplit/>
          <w:jc w:val="center"/>
        </w:trPr>
        <w:tc>
          <w:tcPr>
            <w:tcW w:w="567" w:type="dxa"/>
            <w:shd w:val="clear" w:color="auto" w:fill="FFFFFF"/>
            <w:tcMar>
              <w:top w:w="75" w:type="dxa"/>
              <w:left w:w="85" w:type="dxa"/>
              <w:bottom w:w="75" w:type="dxa"/>
              <w:right w:w="85" w:type="dxa"/>
            </w:tcMar>
            <w:vAlign w:val="center"/>
          </w:tcPr>
          <w:p w14:paraId="7536600A" w14:textId="77777777" w:rsidR="008C77F8" w:rsidRDefault="00000000">
            <w:pPr>
              <w:spacing w:after="0" w:line="240" w:lineRule="auto"/>
              <w:jc w:val="center"/>
            </w:pPr>
            <w:r>
              <w:rPr>
                <w:sz w:val="15"/>
              </w:rPr>
              <w:t>1</w:t>
            </w:r>
          </w:p>
        </w:tc>
        <w:tc>
          <w:tcPr>
            <w:tcW w:w="3685" w:type="dxa"/>
            <w:shd w:val="clear" w:color="auto" w:fill="FFFFFF"/>
            <w:tcMar>
              <w:top w:w="75" w:type="dxa"/>
              <w:left w:w="85" w:type="dxa"/>
              <w:bottom w:w="75" w:type="dxa"/>
              <w:right w:w="85" w:type="dxa"/>
            </w:tcMar>
            <w:vAlign w:val="center"/>
          </w:tcPr>
          <w:p w14:paraId="420F545F" w14:textId="77777777" w:rsidR="008C77F8" w:rsidRDefault="008C77F8">
            <w:pPr>
              <w:spacing w:after="0" w:line="240" w:lineRule="auto"/>
            </w:pPr>
          </w:p>
        </w:tc>
        <w:tc>
          <w:tcPr>
            <w:tcW w:w="1020" w:type="dxa"/>
            <w:shd w:val="clear" w:color="auto" w:fill="FFFFFF"/>
            <w:tcMar>
              <w:top w:w="75" w:type="dxa"/>
              <w:left w:w="85" w:type="dxa"/>
              <w:bottom w:w="75" w:type="dxa"/>
              <w:right w:w="85" w:type="dxa"/>
            </w:tcMar>
            <w:vAlign w:val="center"/>
          </w:tcPr>
          <w:p w14:paraId="61249A59"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5442405E"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0CAC2F8B"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44A88F5C"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1190882D" w14:textId="77777777" w:rsidR="008C77F8" w:rsidRDefault="008C77F8">
            <w:pPr>
              <w:spacing w:after="0" w:line="240" w:lineRule="auto"/>
              <w:jc w:val="center"/>
            </w:pPr>
          </w:p>
        </w:tc>
        <w:tc>
          <w:tcPr>
            <w:tcW w:w="794" w:type="dxa"/>
            <w:shd w:val="clear" w:color="auto" w:fill="FFFFFF"/>
            <w:tcMar>
              <w:top w:w="75" w:type="dxa"/>
              <w:left w:w="85" w:type="dxa"/>
              <w:bottom w:w="75" w:type="dxa"/>
              <w:right w:w="85" w:type="dxa"/>
            </w:tcMar>
            <w:vAlign w:val="center"/>
          </w:tcPr>
          <w:p w14:paraId="70C4F253" w14:textId="77777777" w:rsidR="008C77F8" w:rsidRDefault="008C77F8">
            <w:pPr>
              <w:spacing w:after="0" w:line="240" w:lineRule="auto"/>
              <w:jc w:val="center"/>
            </w:pPr>
          </w:p>
        </w:tc>
        <w:tc>
          <w:tcPr>
            <w:tcW w:w="1134" w:type="dxa"/>
            <w:shd w:val="clear" w:color="auto" w:fill="FFFFFF"/>
            <w:tcMar>
              <w:top w:w="75" w:type="dxa"/>
              <w:left w:w="85" w:type="dxa"/>
              <w:bottom w:w="75" w:type="dxa"/>
              <w:right w:w="85" w:type="dxa"/>
            </w:tcMar>
            <w:vAlign w:val="center"/>
          </w:tcPr>
          <w:p w14:paraId="4E913B09" w14:textId="77777777" w:rsidR="008C77F8" w:rsidRDefault="008C77F8">
            <w:pPr>
              <w:spacing w:after="0" w:line="240" w:lineRule="auto"/>
              <w:jc w:val="center"/>
            </w:pPr>
          </w:p>
        </w:tc>
      </w:tr>
      <w:tr w:rsidR="008C77F8" w14:paraId="051A38A2" w14:textId="77777777">
        <w:trPr>
          <w:cantSplit/>
          <w:jc w:val="center"/>
        </w:trPr>
        <w:tc>
          <w:tcPr>
            <w:tcW w:w="567" w:type="dxa"/>
            <w:shd w:val="clear" w:color="auto" w:fill="FAFAFA"/>
            <w:tcMar>
              <w:top w:w="75" w:type="dxa"/>
              <w:left w:w="85" w:type="dxa"/>
              <w:bottom w:w="75" w:type="dxa"/>
              <w:right w:w="85" w:type="dxa"/>
            </w:tcMar>
            <w:vAlign w:val="center"/>
          </w:tcPr>
          <w:p w14:paraId="7798A6E5" w14:textId="77777777" w:rsidR="008C77F8" w:rsidRDefault="00000000">
            <w:pPr>
              <w:spacing w:after="0" w:line="240" w:lineRule="auto"/>
              <w:jc w:val="center"/>
            </w:pPr>
            <w:r>
              <w:rPr>
                <w:sz w:val="15"/>
              </w:rPr>
              <w:t>2</w:t>
            </w:r>
          </w:p>
        </w:tc>
        <w:tc>
          <w:tcPr>
            <w:tcW w:w="3685" w:type="dxa"/>
            <w:shd w:val="clear" w:color="auto" w:fill="FAFAFA"/>
            <w:tcMar>
              <w:top w:w="75" w:type="dxa"/>
              <w:left w:w="85" w:type="dxa"/>
              <w:bottom w:w="75" w:type="dxa"/>
              <w:right w:w="85" w:type="dxa"/>
            </w:tcMar>
            <w:vAlign w:val="center"/>
          </w:tcPr>
          <w:p w14:paraId="36478C83" w14:textId="77777777" w:rsidR="008C77F8" w:rsidRDefault="008C77F8">
            <w:pPr>
              <w:spacing w:after="0" w:line="240" w:lineRule="auto"/>
            </w:pPr>
          </w:p>
        </w:tc>
        <w:tc>
          <w:tcPr>
            <w:tcW w:w="1020" w:type="dxa"/>
            <w:shd w:val="clear" w:color="auto" w:fill="FAFAFA"/>
            <w:tcMar>
              <w:top w:w="75" w:type="dxa"/>
              <w:left w:w="85" w:type="dxa"/>
              <w:bottom w:w="75" w:type="dxa"/>
              <w:right w:w="85" w:type="dxa"/>
            </w:tcMar>
            <w:vAlign w:val="center"/>
          </w:tcPr>
          <w:p w14:paraId="71E65807"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2CCBE79A"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2580B785"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560D221C"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50E2803C" w14:textId="77777777" w:rsidR="008C77F8" w:rsidRDefault="008C77F8">
            <w:pPr>
              <w:spacing w:after="0" w:line="240" w:lineRule="auto"/>
              <w:jc w:val="center"/>
            </w:pPr>
          </w:p>
        </w:tc>
        <w:tc>
          <w:tcPr>
            <w:tcW w:w="794" w:type="dxa"/>
            <w:shd w:val="clear" w:color="auto" w:fill="FAFAFA"/>
            <w:tcMar>
              <w:top w:w="75" w:type="dxa"/>
              <w:left w:w="85" w:type="dxa"/>
              <w:bottom w:w="75" w:type="dxa"/>
              <w:right w:w="85" w:type="dxa"/>
            </w:tcMar>
            <w:vAlign w:val="center"/>
          </w:tcPr>
          <w:p w14:paraId="1C5E6580" w14:textId="77777777" w:rsidR="008C77F8" w:rsidRDefault="008C77F8">
            <w:pPr>
              <w:spacing w:after="0" w:line="240" w:lineRule="auto"/>
              <w:jc w:val="center"/>
            </w:pPr>
          </w:p>
        </w:tc>
        <w:tc>
          <w:tcPr>
            <w:tcW w:w="1134" w:type="dxa"/>
            <w:shd w:val="clear" w:color="auto" w:fill="FAFAFA"/>
            <w:tcMar>
              <w:top w:w="75" w:type="dxa"/>
              <w:left w:w="85" w:type="dxa"/>
              <w:bottom w:w="75" w:type="dxa"/>
              <w:right w:w="85" w:type="dxa"/>
            </w:tcMar>
            <w:vAlign w:val="center"/>
          </w:tcPr>
          <w:p w14:paraId="6C68A1F6" w14:textId="77777777" w:rsidR="008C77F8" w:rsidRDefault="008C77F8">
            <w:pPr>
              <w:spacing w:after="0" w:line="240" w:lineRule="auto"/>
              <w:jc w:val="center"/>
            </w:pPr>
          </w:p>
        </w:tc>
      </w:tr>
      <w:tr w:rsidR="008C77F8" w14:paraId="4C07F3C4" w14:textId="77777777">
        <w:trPr>
          <w:cantSplit/>
          <w:jc w:val="center"/>
        </w:trPr>
        <w:tc>
          <w:tcPr>
            <w:tcW w:w="567" w:type="dxa"/>
            <w:shd w:val="clear" w:color="auto" w:fill="FFFFFF"/>
            <w:tcMar>
              <w:top w:w="75" w:type="dxa"/>
              <w:left w:w="85" w:type="dxa"/>
              <w:bottom w:w="75" w:type="dxa"/>
              <w:right w:w="85" w:type="dxa"/>
            </w:tcMar>
            <w:vAlign w:val="center"/>
          </w:tcPr>
          <w:p w14:paraId="59FB3F72" w14:textId="77777777" w:rsidR="008C77F8" w:rsidRDefault="00000000">
            <w:pPr>
              <w:spacing w:after="0" w:line="240" w:lineRule="auto"/>
              <w:jc w:val="center"/>
            </w:pPr>
            <w:r>
              <w:rPr>
                <w:sz w:val="15"/>
              </w:rPr>
              <w:t>3</w:t>
            </w:r>
          </w:p>
        </w:tc>
        <w:tc>
          <w:tcPr>
            <w:tcW w:w="3685" w:type="dxa"/>
            <w:shd w:val="clear" w:color="auto" w:fill="FFFFFF"/>
            <w:tcMar>
              <w:top w:w="75" w:type="dxa"/>
              <w:left w:w="85" w:type="dxa"/>
              <w:bottom w:w="75" w:type="dxa"/>
              <w:right w:w="85" w:type="dxa"/>
            </w:tcMar>
            <w:vAlign w:val="center"/>
          </w:tcPr>
          <w:p w14:paraId="16BDD2C8" w14:textId="77777777" w:rsidR="008C77F8" w:rsidRDefault="008C77F8">
            <w:pPr>
              <w:spacing w:after="0" w:line="240" w:lineRule="auto"/>
            </w:pPr>
          </w:p>
        </w:tc>
        <w:tc>
          <w:tcPr>
            <w:tcW w:w="1020" w:type="dxa"/>
            <w:shd w:val="clear" w:color="auto" w:fill="FFFFFF"/>
            <w:tcMar>
              <w:top w:w="75" w:type="dxa"/>
              <w:left w:w="85" w:type="dxa"/>
              <w:bottom w:w="75" w:type="dxa"/>
              <w:right w:w="85" w:type="dxa"/>
            </w:tcMar>
            <w:vAlign w:val="center"/>
          </w:tcPr>
          <w:p w14:paraId="0B4BF862"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7C848424"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02CE504B"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3FEB006C"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357C0B66" w14:textId="77777777" w:rsidR="008C77F8" w:rsidRDefault="008C77F8">
            <w:pPr>
              <w:spacing w:after="0" w:line="240" w:lineRule="auto"/>
              <w:jc w:val="center"/>
            </w:pPr>
          </w:p>
        </w:tc>
        <w:tc>
          <w:tcPr>
            <w:tcW w:w="794" w:type="dxa"/>
            <w:shd w:val="clear" w:color="auto" w:fill="FFFFFF"/>
            <w:tcMar>
              <w:top w:w="75" w:type="dxa"/>
              <w:left w:w="85" w:type="dxa"/>
              <w:bottom w:w="75" w:type="dxa"/>
              <w:right w:w="85" w:type="dxa"/>
            </w:tcMar>
            <w:vAlign w:val="center"/>
          </w:tcPr>
          <w:p w14:paraId="72CE2291" w14:textId="77777777" w:rsidR="008C77F8" w:rsidRDefault="008C77F8">
            <w:pPr>
              <w:spacing w:after="0" w:line="240" w:lineRule="auto"/>
              <w:jc w:val="center"/>
            </w:pPr>
          </w:p>
        </w:tc>
        <w:tc>
          <w:tcPr>
            <w:tcW w:w="1134" w:type="dxa"/>
            <w:shd w:val="clear" w:color="auto" w:fill="FFFFFF"/>
            <w:tcMar>
              <w:top w:w="75" w:type="dxa"/>
              <w:left w:w="85" w:type="dxa"/>
              <w:bottom w:w="75" w:type="dxa"/>
              <w:right w:w="85" w:type="dxa"/>
            </w:tcMar>
            <w:vAlign w:val="center"/>
          </w:tcPr>
          <w:p w14:paraId="6910FEB2" w14:textId="77777777" w:rsidR="008C77F8" w:rsidRDefault="008C77F8">
            <w:pPr>
              <w:spacing w:after="0" w:line="240" w:lineRule="auto"/>
              <w:jc w:val="center"/>
            </w:pPr>
          </w:p>
        </w:tc>
      </w:tr>
      <w:tr w:rsidR="008C77F8" w14:paraId="56F31E2B" w14:textId="77777777">
        <w:trPr>
          <w:cantSplit/>
          <w:jc w:val="center"/>
        </w:trPr>
        <w:tc>
          <w:tcPr>
            <w:tcW w:w="567" w:type="dxa"/>
            <w:shd w:val="clear" w:color="auto" w:fill="FAFAFA"/>
            <w:tcMar>
              <w:top w:w="75" w:type="dxa"/>
              <w:left w:w="85" w:type="dxa"/>
              <w:bottom w:w="75" w:type="dxa"/>
              <w:right w:w="85" w:type="dxa"/>
            </w:tcMar>
            <w:vAlign w:val="center"/>
          </w:tcPr>
          <w:p w14:paraId="681F7EC4" w14:textId="77777777" w:rsidR="008C77F8" w:rsidRDefault="00000000">
            <w:pPr>
              <w:spacing w:after="0" w:line="240" w:lineRule="auto"/>
              <w:jc w:val="center"/>
            </w:pPr>
            <w:r>
              <w:rPr>
                <w:sz w:val="15"/>
              </w:rPr>
              <w:t>4</w:t>
            </w:r>
          </w:p>
        </w:tc>
        <w:tc>
          <w:tcPr>
            <w:tcW w:w="3685" w:type="dxa"/>
            <w:shd w:val="clear" w:color="auto" w:fill="FAFAFA"/>
            <w:tcMar>
              <w:top w:w="75" w:type="dxa"/>
              <w:left w:w="85" w:type="dxa"/>
              <w:bottom w:w="75" w:type="dxa"/>
              <w:right w:w="85" w:type="dxa"/>
            </w:tcMar>
            <w:vAlign w:val="center"/>
          </w:tcPr>
          <w:p w14:paraId="1B4F19DE" w14:textId="77777777" w:rsidR="008C77F8" w:rsidRDefault="008C77F8">
            <w:pPr>
              <w:spacing w:after="0" w:line="240" w:lineRule="auto"/>
            </w:pPr>
          </w:p>
        </w:tc>
        <w:tc>
          <w:tcPr>
            <w:tcW w:w="1020" w:type="dxa"/>
            <w:shd w:val="clear" w:color="auto" w:fill="FAFAFA"/>
            <w:tcMar>
              <w:top w:w="75" w:type="dxa"/>
              <w:left w:w="85" w:type="dxa"/>
              <w:bottom w:w="75" w:type="dxa"/>
              <w:right w:w="85" w:type="dxa"/>
            </w:tcMar>
            <w:vAlign w:val="center"/>
          </w:tcPr>
          <w:p w14:paraId="44A02C5F"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4FD3005E"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6CC1F767"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683D21C7"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0C45B6C6" w14:textId="77777777" w:rsidR="008C77F8" w:rsidRDefault="008C77F8">
            <w:pPr>
              <w:spacing w:after="0" w:line="240" w:lineRule="auto"/>
              <w:jc w:val="center"/>
            </w:pPr>
          </w:p>
        </w:tc>
        <w:tc>
          <w:tcPr>
            <w:tcW w:w="794" w:type="dxa"/>
            <w:shd w:val="clear" w:color="auto" w:fill="FAFAFA"/>
            <w:tcMar>
              <w:top w:w="75" w:type="dxa"/>
              <w:left w:w="85" w:type="dxa"/>
              <w:bottom w:w="75" w:type="dxa"/>
              <w:right w:w="85" w:type="dxa"/>
            </w:tcMar>
            <w:vAlign w:val="center"/>
          </w:tcPr>
          <w:p w14:paraId="6981777C" w14:textId="77777777" w:rsidR="008C77F8" w:rsidRDefault="008C77F8">
            <w:pPr>
              <w:spacing w:after="0" w:line="240" w:lineRule="auto"/>
              <w:jc w:val="center"/>
            </w:pPr>
          </w:p>
        </w:tc>
        <w:tc>
          <w:tcPr>
            <w:tcW w:w="1134" w:type="dxa"/>
            <w:shd w:val="clear" w:color="auto" w:fill="FAFAFA"/>
            <w:tcMar>
              <w:top w:w="75" w:type="dxa"/>
              <w:left w:w="85" w:type="dxa"/>
              <w:bottom w:w="75" w:type="dxa"/>
              <w:right w:w="85" w:type="dxa"/>
            </w:tcMar>
            <w:vAlign w:val="center"/>
          </w:tcPr>
          <w:p w14:paraId="26D1BAAC" w14:textId="77777777" w:rsidR="008C77F8" w:rsidRDefault="008C77F8">
            <w:pPr>
              <w:spacing w:after="0" w:line="240" w:lineRule="auto"/>
              <w:jc w:val="center"/>
            </w:pPr>
          </w:p>
        </w:tc>
      </w:tr>
      <w:tr w:rsidR="008C77F8" w14:paraId="27F6344A" w14:textId="77777777">
        <w:trPr>
          <w:cantSplit/>
          <w:jc w:val="center"/>
        </w:trPr>
        <w:tc>
          <w:tcPr>
            <w:tcW w:w="567" w:type="dxa"/>
            <w:shd w:val="clear" w:color="auto" w:fill="FFFFFF"/>
            <w:tcMar>
              <w:top w:w="75" w:type="dxa"/>
              <w:left w:w="85" w:type="dxa"/>
              <w:bottom w:w="75" w:type="dxa"/>
              <w:right w:w="85" w:type="dxa"/>
            </w:tcMar>
            <w:vAlign w:val="center"/>
          </w:tcPr>
          <w:p w14:paraId="47D92E9D" w14:textId="77777777" w:rsidR="008C77F8" w:rsidRDefault="00000000">
            <w:pPr>
              <w:spacing w:after="0" w:line="240" w:lineRule="auto"/>
              <w:jc w:val="center"/>
            </w:pPr>
            <w:r>
              <w:rPr>
                <w:sz w:val="15"/>
              </w:rPr>
              <w:t>5</w:t>
            </w:r>
          </w:p>
        </w:tc>
        <w:tc>
          <w:tcPr>
            <w:tcW w:w="3685" w:type="dxa"/>
            <w:shd w:val="clear" w:color="auto" w:fill="FFFFFF"/>
            <w:tcMar>
              <w:top w:w="75" w:type="dxa"/>
              <w:left w:w="85" w:type="dxa"/>
              <w:bottom w:w="75" w:type="dxa"/>
              <w:right w:w="85" w:type="dxa"/>
            </w:tcMar>
            <w:vAlign w:val="center"/>
          </w:tcPr>
          <w:p w14:paraId="71DE1273" w14:textId="77777777" w:rsidR="008C77F8" w:rsidRDefault="008C77F8">
            <w:pPr>
              <w:spacing w:after="0" w:line="240" w:lineRule="auto"/>
            </w:pPr>
          </w:p>
        </w:tc>
        <w:tc>
          <w:tcPr>
            <w:tcW w:w="1020" w:type="dxa"/>
            <w:shd w:val="clear" w:color="auto" w:fill="FFFFFF"/>
            <w:tcMar>
              <w:top w:w="75" w:type="dxa"/>
              <w:left w:w="85" w:type="dxa"/>
              <w:bottom w:w="75" w:type="dxa"/>
              <w:right w:w="85" w:type="dxa"/>
            </w:tcMar>
            <w:vAlign w:val="center"/>
          </w:tcPr>
          <w:p w14:paraId="6F76C8AD"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3AFD7B46"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296F11F6"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2510C291" w14:textId="77777777" w:rsidR="008C77F8" w:rsidRDefault="008C77F8">
            <w:pPr>
              <w:spacing w:after="0" w:line="240" w:lineRule="auto"/>
              <w:jc w:val="center"/>
            </w:pPr>
          </w:p>
        </w:tc>
        <w:tc>
          <w:tcPr>
            <w:tcW w:w="907" w:type="dxa"/>
            <w:shd w:val="clear" w:color="auto" w:fill="FFFFFF"/>
            <w:tcMar>
              <w:top w:w="75" w:type="dxa"/>
              <w:left w:w="85" w:type="dxa"/>
              <w:bottom w:w="75" w:type="dxa"/>
              <w:right w:w="85" w:type="dxa"/>
            </w:tcMar>
            <w:vAlign w:val="center"/>
          </w:tcPr>
          <w:p w14:paraId="0F04F0FF" w14:textId="77777777" w:rsidR="008C77F8" w:rsidRDefault="008C77F8">
            <w:pPr>
              <w:spacing w:after="0" w:line="240" w:lineRule="auto"/>
              <w:jc w:val="center"/>
            </w:pPr>
          </w:p>
        </w:tc>
        <w:tc>
          <w:tcPr>
            <w:tcW w:w="794" w:type="dxa"/>
            <w:shd w:val="clear" w:color="auto" w:fill="FFFFFF"/>
            <w:tcMar>
              <w:top w:w="75" w:type="dxa"/>
              <w:left w:w="85" w:type="dxa"/>
              <w:bottom w:w="75" w:type="dxa"/>
              <w:right w:w="85" w:type="dxa"/>
            </w:tcMar>
            <w:vAlign w:val="center"/>
          </w:tcPr>
          <w:p w14:paraId="4B9E2294" w14:textId="77777777" w:rsidR="008C77F8" w:rsidRDefault="008C77F8">
            <w:pPr>
              <w:spacing w:after="0" w:line="240" w:lineRule="auto"/>
              <w:jc w:val="center"/>
            </w:pPr>
          </w:p>
        </w:tc>
        <w:tc>
          <w:tcPr>
            <w:tcW w:w="1134" w:type="dxa"/>
            <w:shd w:val="clear" w:color="auto" w:fill="FFFFFF"/>
            <w:tcMar>
              <w:top w:w="75" w:type="dxa"/>
              <w:left w:w="85" w:type="dxa"/>
              <w:bottom w:w="75" w:type="dxa"/>
              <w:right w:w="85" w:type="dxa"/>
            </w:tcMar>
            <w:vAlign w:val="center"/>
          </w:tcPr>
          <w:p w14:paraId="0CA16D99" w14:textId="77777777" w:rsidR="008C77F8" w:rsidRDefault="008C77F8">
            <w:pPr>
              <w:spacing w:after="0" w:line="240" w:lineRule="auto"/>
              <w:jc w:val="center"/>
            </w:pPr>
          </w:p>
        </w:tc>
      </w:tr>
      <w:tr w:rsidR="008C77F8" w14:paraId="5C4B328A" w14:textId="77777777">
        <w:trPr>
          <w:cantSplit/>
          <w:jc w:val="center"/>
        </w:trPr>
        <w:tc>
          <w:tcPr>
            <w:tcW w:w="567" w:type="dxa"/>
            <w:shd w:val="clear" w:color="auto" w:fill="FAFAFA"/>
            <w:tcMar>
              <w:top w:w="75" w:type="dxa"/>
              <w:left w:w="85" w:type="dxa"/>
              <w:bottom w:w="75" w:type="dxa"/>
              <w:right w:w="85" w:type="dxa"/>
            </w:tcMar>
            <w:vAlign w:val="center"/>
          </w:tcPr>
          <w:p w14:paraId="2B40CD15" w14:textId="77777777" w:rsidR="008C77F8" w:rsidRDefault="00000000">
            <w:pPr>
              <w:spacing w:after="0" w:line="240" w:lineRule="auto"/>
              <w:jc w:val="center"/>
            </w:pPr>
            <w:r>
              <w:rPr>
                <w:sz w:val="15"/>
              </w:rPr>
              <w:t>6</w:t>
            </w:r>
          </w:p>
        </w:tc>
        <w:tc>
          <w:tcPr>
            <w:tcW w:w="3685" w:type="dxa"/>
            <w:shd w:val="clear" w:color="auto" w:fill="FAFAFA"/>
            <w:tcMar>
              <w:top w:w="75" w:type="dxa"/>
              <w:left w:w="85" w:type="dxa"/>
              <w:bottom w:w="75" w:type="dxa"/>
              <w:right w:w="85" w:type="dxa"/>
            </w:tcMar>
            <w:vAlign w:val="center"/>
          </w:tcPr>
          <w:p w14:paraId="70085C11" w14:textId="77777777" w:rsidR="008C77F8" w:rsidRDefault="008C77F8">
            <w:pPr>
              <w:spacing w:after="0" w:line="240" w:lineRule="auto"/>
            </w:pPr>
          </w:p>
        </w:tc>
        <w:tc>
          <w:tcPr>
            <w:tcW w:w="1020" w:type="dxa"/>
            <w:shd w:val="clear" w:color="auto" w:fill="FAFAFA"/>
            <w:tcMar>
              <w:top w:w="75" w:type="dxa"/>
              <w:left w:w="85" w:type="dxa"/>
              <w:bottom w:w="75" w:type="dxa"/>
              <w:right w:w="85" w:type="dxa"/>
            </w:tcMar>
            <w:vAlign w:val="center"/>
          </w:tcPr>
          <w:p w14:paraId="0BC0F649"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04B4F69C"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2D6578F8"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28DE81B6" w14:textId="77777777" w:rsidR="008C77F8" w:rsidRDefault="008C77F8">
            <w:pPr>
              <w:spacing w:after="0" w:line="240" w:lineRule="auto"/>
              <w:jc w:val="center"/>
            </w:pPr>
          </w:p>
        </w:tc>
        <w:tc>
          <w:tcPr>
            <w:tcW w:w="907" w:type="dxa"/>
            <w:shd w:val="clear" w:color="auto" w:fill="FAFAFA"/>
            <w:tcMar>
              <w:top w:w="75" w:type="dxa"/>
              <w:left w:w="85" w:type="dxa"/>
              <w:bottom w:w="75" w:type="dxa"/>
              <w:right w:w="85" w:type="dxa"/>
            </w:tcMar>
            <w:vAlign w:val="center"/>
          </w:tcPr>
          <w:p w14:paraId="7B22DEC2" w14:textId="77777777" w:rsidR="008C77F8" w:rsidRDefault="008C77F8">
            <w:pPr>
              <w:spacing w:after="0" w:line="240" w:lineRule="auto"/>
              <w:jc w:val="center"/>
            </w:pPr>
          </w:p>
        </w:tc>
        <w:tc>
          <w:tcPr>
            <w:tcW w:w="794" w:type="dxa"/>
            <w:shd w:val="clear" w:color="auto" w:fill="FAFAFA"/>
            <w:tcMar>
              <w:top w:w="75" w:type="dxa"/>
              <w:left w:w="85" w:type="dxa"/>
              <w:bottom w:w="75" w:type="dxa"/>
              <w:right w:w="85" w:type="dxa"/>
            </w:tcMar>
            <w:vAlign w:val="center"/>
          </w:tcPr>
          <w:p w14:paraId="03C8A8CC" w14:textId="77777777" w:rsidR="008C77F8" w:rsidRDefault="008C77F8">
            <w:pPr>
              <w:spacing w:after="0" w:line="240" w:lineRule="auto"/>
              <w:jc w:val="center"/>
            </w:pPr>
          </w:p>
        </w:tc>
        <w:tc>
          <w:tcPr>
            <w:tcW w:w="1134" w:type="dxa"/>
            <w:shd w:val="clear" w:color="auto" w:fill="FAFAFA"/>
            <w:tcMar>
              <w:top w:w="75" w:type="dxa"/>
              <w:left w:w="85" w:type="dxa"/>
              <w:bottom w:w="75" w:type="dxa"/>
              <w:right w:w="85" w:type="dxa"/>
            </w:tcMar>
            <w:vAlign w:val="center"/>
          </w:tcPr>
          <w:p w14:paraId="44005860" w14:textId="77777777" w:rsidR="008C77F8" w:rsidRDefault="008C77F8">
            <w:pPr>
              <w:spacing w:after="0" w:line="240" w:lineRule="auto"/>
              <w:jc w:val="center"/>
            </w:pPr>
          </w:p>
        </w:tc>
      </w:tr>
    </w:tbl>
    <w:p w14:paraId="4BDEC5E7" w14:textId="77777777" w:rsidR="008C77F8" w:rsidRDefault="008C77F8">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rsidRPr="00823051" w14:paraId="217E9223" w14:textId="77777777">
        <w:trPr>
          <w:jc w:val="center"/>
        </w:trPr>
        <w:tc>
          <w:tcPr>
            <w:tcW w:w="567" w:type="dxa"/>
            <w:shd w:val="clear" w:color="auto" w:fill="D71920"/>
            <w:tcMar>
              <w:top w:w="75" w:type="dxa"/>
              <w:left w:w="85" w:type="dxa"/>
              <w:bottom w:w="75" w:type="dxa"/>
              <w:right w:w="85" w:type="dxa"/>
            </w:tcMar>
            <w:vAlign w:val="center"/>
          </w:tcPr>
          <w:p w14:paraId="3C5B0CBB" w14:textId="77777777" w:rsidR="008C77F8" w:rsidRDefault="00000000">
            <w:pPr>
              <w:spacing w:after="0" w:line="240" w:lineRule="auto"/>
              <w:jc w:val="center"/>
            </w:pPr>
            <w:r>
              <w:rPr>
                <w:b/>
                <w:color w:val="FFFFFF"/>
                <w:sz w:val="30"/>
              </w:rPr>
              <w:t>i</w:t>
            </w:r>
          </w:p>
        </w:tc>
        <w:tc>
          <w:tcPr>
            <w:tcW w:w="9354" w:type="dxa"/>
            <w:shd w:val="clear" w:color="auto" w:fill="FCEBEC"/>
          </w:tcPr>
          <w:p w14:paraId="0C04254C" w14:textId="77777777" w:rsidR="008C77F8" w:rsidRPr="00823051" w:rsidRDefault="00000000">
            <w:pPr>
              <w:spacing w:after="40"/>
              <w:rPr>
                <w:lang w:val="fr-FR"/>
              </w:rPr>
            </w:pPr>
            <w:r w:rsidRPr="00823051">
              <w:rPr>
                <w:b/>
                <w:color w:val="D71920"/>
                <w:lang w:val="fr-FR"/>
              </w:rPr>
              <w:t>RECOMANDARE DE CONSULTANT</w:t>
            </w:r>
          </w:p>
          <w:p w14:paraId="16179367" w14:textId="77777777" w:rsidR="008C77F8" w:rsidRPr="00823051" w:rsidRDefault="00000000">
            <w:pPr>
              <w:spacing w:after="0" w:line="252" w:lineRule="auto"/>
              <w:rPr>
                <w:lang w:val="fr-FR"/>
              </w:rPr>
            </w:pPr>
            <w:r w:rsidRPr="00823051">
              <w:rPr>
                <w:sz w:val="17"/>
                <w:lang w:val="fr-FR"/>
              </w:rPr>
              <w:t>Prioritizați riscurile și controalele critice, nu doar indicatorii ușor de numărat. Un obiectiv bun schimbă condițiile de muncă sau capacitatea de prevenire. „Zero accidente” poate fi o aspirație, dar nu este suficient ca obiectiv operațional și poate crea presiune pentru neraportare dacă este legat de recompense.</w:t>
            </w:r>
          </w:p>
        </w:tc>
      </w:tr>
    </w:tbl>
    <w:p w14:paraId="0FB919A4" w14:textId="77777777" w:rsidR="008C77F8" w:rsidRPr="00823051" w:rsidRDefault="008C77F8">
      <w:pPr>
        <w:spacing w:after="0"/>
        <w:rPr>
          <w:lang w:val="fr-FR"/>
        </w:rPr>
      </w:pPr>
    </w:p>
    <w:p w14:paraId="4B1962A6" w14:textId="77777777" w:rsidR="008C77F8" w:rsidRPr="00823051" w:rsidRDefault="00000000">
      <w:pPr>
        <w:pStyle w:val="Heading2"/>
        <w:rPr>
          <w:lang w:val="fr-FR"/>
        </w:rPr>
      </w:pPr>
      <w:r w:rsidRPr="00823051">
        <w:rPr>
          <w:lang w:val="fr-FR"/>
        </w:rPr>
        <w:t>Test de calitate înainte de aprobare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8C77F8" w14:paraId="475C89B8" w14:textId="77777777">
        <w:trPr>
          <w:tblHeader/>
          <w:jc w:val="center"/>
        </w:trPr>
        <w:tc>
          <w:tcPr>
            <w:tcW w:w="1020" w:type="dxa"/>
            <w:shd w:val="clear" w:color="auto" w:fill="D71920"/>
            <w:tcMar>
              <w:top w:w="75" w:type="dxa"/>
              <w:left w:w="85" w:type="dxa"/>
              <w:bottom w:w="75" w:type="dxa"/>
              <w:right w:w="85" w:type="dxa"/>
            </w:tcMar>
            <w:vAlign w:val="center"/>
          </w:tcPr>
          <w:p w14:paraId="27EA4B61" w14:textId="77777777" w:rsidR="008C77F8" w:rsidRDefault="00000000">
            <w:pPr>
              <w:spacing w:after="0" w:line="240" w:lineRule="auto"/>
              <w:jc w:val="center"/>
            </w:pPr>
            <w:r>
              <w:rPr>
                <w:b/>
                <w:color w:val="FFFFFF"/>
                <w:sz w:val="16"/>
              </w:rPr>
              <w:t>OK</w:t>
            </w:r>
          </w:p>
        </w:tc>
        <w:tc>
          <w:tcPr>
            <w:tcW w:w="8901" w:type="dxa"/>
            <w:shd w:val="clear" w:color="auto" w:fill="D71920"/>
            <w:tcMar>
              <w:top w:w="75" w:type="dxa"/>
              <w:left w:w="85" w:type="dxa"/>
              <w:bottom w:w="75" w:type="dxa"/>
              <w:right w:w="85" w:type="dxa"/>
            </w:tcMar>
            <w:vAlign w:val="center"/>
          </w:tcPr>
          <w:p w14:paraId="625A903E" w14:textId="77777777" w:rsidR="008C77F8" w:rsidRDefault="00000000">
            <w:pPr>
              <w:spacing w:after="0" w:line="240" w:lineRule="auto"/>
              <w:jc w:val="center"/>
            </w:pPr>
            <w:r>
              <w:rPr>
                <w:b/>
                <w:color w:val="FFFFFF"/>
                <w:sz w:val="16"/>
              </w:rPr>
              <w:t>ÎNTREBARE</w:t>
            </w:r>
          </w:p>
        </w:tc>
      </w:tr>
      <w:tr w:rsidR="008C77F8" w14:paraId="66807334" w14:textId="77777777">
        <w:trPr>
          <w:cantSplit/>
          <w:jc w:val="center"/>
        </w:trPr>
        <w:tc>
          <w:tcPr>
            <w:tcW w:w="1020" w:type="dxa"/>
            <w:shd w:val="clear" w:color="auto" w:fill="FFFFFF"/>
            <w:tcMar>
              <w:top w:w="75" w:type="dxa"/>
              <w:left w:w="85" w:type="dxa"/>
              <w:bottom w:w="75" w:type="dxa"/>
              <w:right w:w="85" w:type="dxa"/>
            </w:tcMar>
            <w:vAlign w:val="center"/>
          </w:tcPr>
          <w:p w14:paraId="441C2099" w14:textId="77777777" w:rsidR="008C77F8" w:rsidRDefault="00000000">
            <w:pPr>
              <w:spacing w:after="0" w:line="240" w:lineRule="auto"/>
              <w:jc w:val="center"/>
            </w:pPr>
            <w:r>
              <w:rPr>
                <w:sz w:val="17"/>
              </w:rPr>
              <w:t>[ ]</w:t>
            </w:r>
          </w:p>
        </w:tc>
        <w:tc>
          <w:tcPr>
            <w:tcW w:w="8901" w:type="dxa"/>
            <w:shd w:val="clear" w:color="auto" w:fill="FFFFFF"/>
            <w:tcMar>
              <w:top w:w="75" w:type="dxa"/>
              <w:left w:w="85" w:type="dxa"/>
              <w:bottom w:w="75" w:type="dxa"/>
              <w:right w:w="85" w:type="dxa"/>
            </w:tcMar>
            <w:vAlign w:val="center"/>
          </w:tcPr>
          <w:p w14:paraId="061B75BC" w14:textId="77777777" w:rsidR="008C77F8" w:rsidRDefault="00000000">
            <w:pPr>
              <w:spacing w:after="0" w:line="240" w:lineRule="auto"/>
            </w:pPr>
            <w:r>
              <w:rPr>
                <w:sz w:val="17"/>
              </w:rPr>
              <w:t>Este clar pericolul, expunerea sau performanța SSM care trebuie îmbunătățită?</w:t>
            </w:r>
          </w:p>
        </w:tc>
      </w:tr>
      <w:tr w:rsidR="008C77F8" w:rsidRPr="00823051" w14:paraId="58D0E159" w14:textId="77777777">
        <w:trPr>
          <w:cantSplit/>
          <w:jc w:val="center"/>
        </w:trPr>
        <w:tc>
          <w:tcPr>
            <w:tcW w:w="1020" w:type="dxa"/>
            <w:shd w:val="clear" w:color="auto" w:fill="FAFAFA"/>
            <w:tcMar>
              <w:top w:w="75" w:type="dxa"/>
              <w:left w:w="85" w:type="dxa"/>
              <w:bottom w:w="75" w:type="dxa"/>
              <w:right w:w="85" w:type="dxa"/>
            </w:tcMar>
            <w:vAlign w:val="center"/>
          </w:tcPr>
          <w:p w14:paraId="68D07DC9" w14:textId="77777777" w:rsidR="008C77F8" w:rsidRDefault="00000000">
            <w:pPr>
              <w:spacing w:after="0" w:line="240" w:lineRule="auto"/>
              <w:jc w:val="center"/>
            </w:pPr>
            <w:r>
              <w:rPr>
                <w:sz w:val="17"/>
              </w:rPr>
              <w:t>[ ]</w:t>
            </w:r>
          </w:p>
        </w:tc>
        <w:tc>
          <w:tcPr>
            <w:tcW w:w="8901" w:type="dxa"/>
            <w:shd w:val="clear" w:color="auto" w:fill="FAFAFA"/>
            <w:tcMar>
              <w:top w:w="75" w:type="dxa"/>
              <w:left w:w="85" w:type="dxa"/>
              <w:bottom w:w="75" w:type="dxa"/>
              <w:right w:w="85" w:type="dxa"/>
            </w:tcMar>
            <w:vAlign w:val="center"/>
          </w:tcPr>
          <w:p w14:paraId="21767771" w14:textId="77777777" w:rsidR="008C77F8" w:rsidRPr="00823051" w:rsidRDefault="00000000">
            <w:pPr>
              <w:spacing w:after="0" w:line="240" w:lineRule="auto"/>
              <w:rPr>
                <w:lang w:val="fr-FR"/>
              </w:rPr>
            </w:pPr>
            <w:r w:rsidRPr="00823051">
              <w:rPr>
                <w:sz w:val="17"/>
                <w:lang w:val="fr-FR"/>
              </w:rPr>
              <w:t>Măsurile propuse respectă ierarhia controalelor și nu se bazează exclusiv pe EIP sau instruire?</w:t>
            </w:r>
          </w:p>
        </w:tc>
      </w:tr>
      <w:tr w:rsidR="008C77F8" w:rsidRPr="00823051" w14:paraId="51CC0194" w14:textId="77777777">
        <w:trPr>
          <w:cantSplit/>
          <w:jc w:val="center"/>
        </w:trPr>
        <w:tc>
          <w:tcPr>
            <w:tcW w:w="1020" w:type="dxa"/>
            <w:shd w:val="clear" w:color="auto" w:fill="FFFFFF"/>
            <w:tcMar>
              <w:top w:w="75" w:type="dxa"/>
              <w:left w:w="85" w:type="dxa"/>
              <w:bottom w:w="75" w:type="dxa"/>
              <w:right w:w="85" w:type="dxa"/>
            </w:tcMar>
            <w:vAlign w:val="center"/>
          </w:tcPr>
          <w:p w14:paraId="6061EF1E" w14:textId="77777777" w:rsidR="008C77F8" w:rsidRDefault="00000000">
            <w:pPr>
              <w:spacing w:after="0" w:line="240" w:lineRule="auto"/>
              <w:jc w:val="center"/>
            </w:pPr>
            <w:r>
              <w:rPr>
                <w:sz w:val="17"/>
              </w:rPr>
              <w:lastRenderedPageBreak/>
              <w:t>[ ]</w:t>
            </w:r>
          </w:p>
        </w:tc>
        <w:tc>
          <w:tcPr>
            <w:tcW w:w="8901" w:type="dxa"/>
            <w:shd w:val="clear" w:color="auto" w:fill="FFFFFF"/>
            <w:tcMar>
              <w:top w:w="75" w:type="dxa"/>
              <w:left w:w="85" w:type="dxa"/>
              <w:bottom w:w="75" w:type="dxa"/>
              <w:right w:w="85" w:type="dxa"/>
            </w:tcMar>
            <w:vAlign w:val="center"/>
          </w:tcPr>
          <w:p w14:paraId="281F3F4C" w14:textId="77777777" w:rsidR="008C77F8" w:rsidRPr="00823051" w:rsidRDefault="00000000">
            <w:pPr>
              <w:spacing w:after="0" w:line="240" w:lineRule="auto"/>
              <w:rPr>
                <w:lang w:val="fr-FR"/>
              </w:rPr>
            </w:pPr>
            <w:r w:rsidRPr="00823051">
              <w:rPr>
                <w:sz w:val="17"/>
                <w:lang w:val="fr-FR"/>
              </w:rPr>
              <w:t>Lucrătorii relevanți au fost consultați, inclusiv cei temporari și contractanții?</w:t>
            </w:r>
          </w:p>
        </w:tc>
      </w:tr>
      <w:tr w:rsidR="008C77F8" w14:paraId="3C7BA24F" w14:textId="77777777">
        <w:trPr>
          <w:cantSplit/>
          <w:jc w:val="center"/>
        </w:trPr>
        <w:tc>
          <w:tcPr>
            <w:tcW w:w="1020" w:type="dxa"/>
            <w:shd w:val="clear" w:color="auto" w:fill="FAFAFA"/>
            <w:tcMar>
              <w:top w:w="75" w:type="dxa"/>
              <w:left w:w="85" w:type="dxa"/>
              <w:bottom w:w="75" w:type="dxa"/>
              <w:right w:w="85" w:type="dxa"/>
            </w:tcMar>
            <w:vAlign w:val="center"/>
          </w:tcPr>
          <w:p w14:paraId="1A6562BC" w14:textId="77777777" w:rsidR="008C77F8" w:rsidRDefault="00000000">
            <w:pPr>
              <w:spacing w:after="0" w:line="240" w:lineRule="auto"/>
              <w:jc w:val="center"/>
            </w:pPr>
            <w:r>
              <w:rPr>
                <w:sz w:val="17"/>
              </w:rPr>
              <w:t>[ ]</w:t>
            </w:r>
          </w:p>
        </w:tc>
        <w:tc>
          <w:tcPr>
            <w:tcW w:w="8901" w:type="dxa"/>
            <w:shd w:val="clear" w:color="auto" w:fill="FAFAFA"/>
            <w:tcMar>
              <w:top w:w="75" w:type="dxa"/>
              <w:left w:w="85" w:type="dxa"/>
              <w:bottom w:w="75" w:type="dxa"/>
              <w:right w:w="85" w:type="dxa"/>
            </w:tcMar>
            <w:vAlign w:val="center"/>
          </w:tcPr>
          <w:p w14:paraId="3E898337" w14:textId="77777777" w:rsidR="008C77F8" w:rsidRDefault="00000000">
            <w:pPr>
              <w:spacing w:after="0" w:line="240" w:lineRule="auto"/>
            </w:pPr>
            <w:r>
              <w:rPr>
                <w:sz w:val="17"/>
              </w:rPr>
              <w:t>Indicatorul combină progresul preventiv cu rezultatul și nu penalizează raportarea?</w:t>
            </w:r>
          </w:p>
        </w:tc>
      </w:tr>
      <w:tr w:rsidR="008C77F8" w14:paraId="6D7963FD" w14:textId="77777777">
        <w:trPr>
          <w:cantSplit/>
          <w:jc w:val="center"/>
        </w:trPr>
        <w:tc>
          <w:tcPr>
            <w:tcW w:w="1020" w:type="dxa"/>
            <w:shd w:val="clear" w:color="auto" w:fill="FFFFFF"/>
            <w:tcMar>
              <w:top w:w="75" w:type="dxa"/>
              <w:left w:w="85" w:type="dxa"/>
              <w:bottom w:w="75" w:type="dxa"/>
              <w:right w:w="85" w:type="dxa"/>
            </w:tcMar>
            <w:vAlign w:val="center"/>
          </w:tcPr>
          <w:p w14:paraId="6E0E758E" w14:textId="77777777" w:rsidR="008C77F8" w:rsidRDefault="00000000">
            <w:pPr>
              <w:spacing w:after="0" w:line="240" w:lineRule="auto"/>
              <w:jc w:val="center"/>
            </w:pPr>
            <w:r>
              <w:rPr>
                <w:sz w:val="17"/>
              </w:rPr>
              <w:t>[ ]</w:t>
            </w:r>
          </w:p>
        </w:tc>
        <w:tc>
          <w:tcPr>
            <w:tcW w:w="8901" w:type="dxa"/>
            <w:shd w:val="clear" w:color="auto" w:fill="FFFFFF"/>
            <w:tcMar>
              <w:top w:w="75" w:type="dxa"/>
              <w:left w:w="85" w:type="dxa"/>
              <w:bottom w:w="75" w:type="dxa"/>
              <w:right w:w="85" w:type="dxa"/>
            </w:tcMar>
            <w:vAlign w:val="center"/>
          </w:tcPr>
          <w:p w14:paraId="3BC0C604" w14:textId="77777777" w:rsidR="008C77F8" w:rsidRDefault="00000000">
            <w:pPr>
              <w:spacing w:after="0" w:line="240" w:lineRule="auto"/>
            </w:pPr>
            <w:r>
              <w:rPr>
                <w:sz w:val="17"/>
              </w:rPr>
              <w:t>Baza de referință, populația, perioada și criteriile de clasificare sunt clare?</w:t>
            </w:r>
          </w:p>
        </w:tc>
      </w:tr>
      <w:tr w:rsidR="008C77F8" w14:paraId="7920C11A" w14:textId="77777777">
        <w:trPr>
          <w:cantSplit/>
          <w:jc w:val="center"/>
        </w:trPr>
        <w:tc>
          <w:tcPr>
            <w:tcW w:w="1020" w:type="dxa"/>
            <w:shd w:val="clear" w:color="auto" w:fill="FAFAFA"/>
            <w:tcMar>
              <w:top w:w="75" w:type="dxa"/>
              <w:left w:w="85" w:type="dxa"/>
              <w:bottom w:w="75" w:type="dxa"/>
              <w:right w:w="85" w:type="dxa"/>
            </w:tcMar>
            <w:vAlign w:val="center"/>
          </w:tcPr>
          <w:p w14:paraId="64FDC743" w14:textId="77777777" w:rsidR="008C77F8" w:rsidRDefault="00000000">
            <w:pPr>
              <w:spacing w:after="0" w:line="240" w:lineRule="auto"/>
              <w:jc w:val="center"/>
            </w:pPr>
            <w:r>
              <w:rPr>
                <w:sz w:val="17"/>
              </w:rPr>
              <w:t>[ ]</w:t>
            </w:r>
          </w:p>
        </w:tc>
        <w:tc>
          <w:tcPr>
            <w:tcW w:w="8901" w:type="dxa"/>
            <w:shd w:val="clear" w:color="auto" w:fill="FAFAFA"/>
            <w:tcMar>
              <w:top w:w="75" w:type="dxa"/>
              <w:left w:w="85" w:type="dxa"/>
              <w:bottom w:w="75" w:type="dxa"/>
              <w:right w:w="85" w:type="dxa"/>
            </w:tcMar>
            <w:vAlign w:val="center"/>
          </w:tcPr>
          <w:p w14:paraId="76D233F9" w14:textId="77777777" w:rsidR="008C77F8" w:rsidRDefault="00000000">
            <w:pPr>
              <w:spacing w:after="0" w:line="240" w:lineRule="auto"/>
            </w:pPr>
            <w:r>
              <w:rPr>
                <w:sz w:val="17"/>
              </w:rPr>
              <w:t>Sunt stabilite responsabilități, resurse, termene și verificarea eficacității?</w:t>
            </w:r>
          </w:p>
        </w:tc>
      </w:tr>
      <w:tr w:rsidR="008C77F8" w:rsidRPr="00823051" w14:paraId="046DE099" w14:textId="77777777">
        <w:trPr>
          <w:cantSplit/>
          <w:jc w:val="center"/>
        </w:trPr>
        <w:tc>
          <w:tcPr>
            <w:tcW w:w="1020" w:type="dxa"/>
            <w:shd w:val="clear" w:color="auto" w:fill="FFFFFF"/>
            <w:tcMar>
              <w:top w:w="75" w:type="dxa"/>
              <w:left w:w="85" w:type="dxa"/>
              <w:bottom w:w="75" w:type="dxa"/>
              <w:right w:w="85" w:type="dxa"/>
            </w:tcMar>
            <w:vAlign w:val="center"/>
          </w:tcPr>
          <w:p w14:paraId="789D0724" w14:textId="77777777" w:rsidR="008C77F8" w:rsidRDefault="00000000">
            <w:pPr>
              <w:spacing w:after="0" w:line="240" w:lineRule="auto"/>
              <w:jc w:val="center"/>
            </w:pPr>
            <w:r>
              <w:rPr>
                <w:sz w:val="17"/>
              </w:rPr>
              <w:t>[ ]</w:t>
            </w:r>
          </w:p>
        </w:tc>
        <w:tc>
          <w:tcPr>
            <w:tcW w:w="8901" w:type="dxa"/>
            <w:shd w:val="clear" w:color="auto" w:fill="FFFFFF"/>
            <w:tcMar>
              <w:top w:w="75" w:type="dxa"/>
              <w:left w:w="85" w:type="dxa"/>
              <w:bottom w:w="75" w:type="dxa"/>
              <w:right w:w="85" w:type="dxa"/>
            </w:tcMar>
            <w:vAlign w:val="center"/>
          </w:tcPr>
          <w:p w14:paraId="3B27E44B" w14:textId="77777777" w:rsidR="008C77F8" w:rsidRPr="00823051" w:rsidRDefault="00000000">
            <w:pPr>
              <w:spacing w:after="0" w:line="240" w:lineRule="auto"/>
              <w:rPr>
                <w:lang w:val="fr-FR"/>
              </w:rPr>
            </w:pPr>
            <w:r w:rsidRPr="00823051">
              <w:rPr>
                <w:sz w:val="17"/>
                <w:lang w:val="fr-FR"/>
              </w:rPr>
              <w:t>Au fost evaluate efectele schimbărilor și riscurile transferate către alte activități sau persoane?</w:t>
            </w:r>
          </w:p>
        </w:tc>
      </w:tr>
    </w:tbl>
    <w:p w14:paraId="064E0EC6" w14:textId="77777777" w:rsidR="008C77F8" w:rsidRPr="00823051" w:rsidRDefault="008C77F8">
      <w:pPr>
        <w:spacing w:after="20"/>
        <w:rPr>
          <w:lang w:val="fr-FR"/>
        </w:rPr>
      </w:pPr>
    </w:p>
    <w:p w14:paraId="7B997673" w14:textId="77777777" w:rsidR="008C77F8" w:rsidRDefault="00000000">
      <w:pPr>
        <w:pStyle w:val="Heading2"/>
      </w:pPr>
      <w:r>
        <w:t>Roluri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948"/>
        <w:gridCol w:w="6973"/>
      </w:tblGrid>
      <w:tr w:rsidR="008C77F8" w14:paraId="76CA2978" w14:textId="77777777">
        <w:trPr>
          <w:tblHeader/>
          <w:jc w:val="center"/>
        </w:trPr>
        <w:tc>
          <w:tcPr>
            <w:tcW w:w="2948" w:type="dxa"/>
            <w:shd w:val="clear" w:color="auto" w:fill="D71920"/>
            <w:tcMar>
              <w:top w:w="75" w:type="dxa"/>
              <w:left w:w="85" w:type="dxa"/>
              <w:bottom w:w="75" w:type="dxa"/>
              <w:right w:w="85" w:type="dxa"/>
            </w:tcMar>
            <w:vAlign w:val="center"/>
          </w:tcPr>
          <w:p w14:paraId="496226A4" w14:textId="77777777" w:rsidR="008C77F8" w:rsidRDefault="00000000">
            <w:pPr>
              <w:spacing w:after="0" w:line="240" w:lineRule="auto"/>
              <w:jc w:val="center"/>
            </w:pPr>
            <w:r>
              <w:rPr>
                <w:b/>
                <w:color w:val="FFFFFF"/>
                <w:sz w:val="15"/>
              </w:rPr>
              <w:t>ROL</w:t>
            </w:r>
          </w:p>
        </w:tc>
        <w:tc>
          <w:tcPr>
            <w:tcW w:w="6973" w:type="dxa"/>
            <w:shd w:val="clear" w:color="auto" w:fill="D71920"/>
            <w:tcMar>
              <w:top w:w="75" w:type="dxa"/>
              <w:left w:w="85" w:type="dxa"/>
              <w:bottom w:w="75" w:type="dxa"/>
              <w:right w:w="85" w:type="dxa"/>
            </w:tcMar>
            <w:vAlign w:val="center"/>
          </w:tcPr>
          <w:p w14:paraId="55714E00" w14:textId="77777777" w:rsidR="008C77F8" w:rsidRDefault="00000000">
            <w:pPr>
              <w:spacing w:after="0" w:line="240" w:lineRule="auto"/>
              <w:jc w:val="center"/>
            </w:pPr>
            <w:r>
              <w:rPr>
                <w:b/>
                <w:color w:val="FFFFFF"/>
                <w:sz w:val="15"/>
              </w:rPr>
              <w:t>RESPONSABILITATE</w:t>
            </w:r>
          </w:p>
        </w:tc>
      </w:tr>
      <w:tr w:rsidR="008C77F8" w14:paraId="07616170" w14:textId="77777777">
        <w:trPr>
          <w:cantSplit/>
          <w:jc w:val="center"/>
        </w:trPr>
        <w:tc>
          <w:tcPr>
            <w:tcW w:w="2948" w:type="dxa"/>
            <w:shd w:val="clear" w:color="auto" w:fill="FFFFFF"/>
            <w:tcMar>
              <w:top w:w="75" w:type="dxa"/>
              <w:left w:w="85" w:type="dxa"/>
              <w:bottom w:w="75" w:type="dxa"/>
              <w:right w:w="85" w:type="dxa"/>
            </w:tcMar>
            <w:vAlign w:val="center"/>
          </w:tcPr>
          <w:p w14:paraId="44A5C7C5" w14:textId="77777777" w:rsidR="008C77F8" w:rsidRDefault="00000000">
            <w:pPr>
              <w:spacing w:after="0" w:line="240" w:lineRule="auto"/>
            </w:pPr>
            <w:r>
              <w:rPr>
                <w:sz w:val="15"/>
              </w:rPr>
              <w:t>Conducerea / sponsorul</w:t>
            </w:r>
          </w:p>
        </w:tc>
        <w:tc>
          <w:tcPr>
            <w:tcW w:w="6973" w:type="dxa"/>
            <w:shd w:val="clear" w:color="auto" w:fill="FFFFFF"/>
            <w:tcMar>
              <w:top w:w="75" w:type="dxa"/>
              <w:left w:w="85" w:type="dxa"/>
              <w:bottom w:w="75" w:type="dxa"/>
              <w:right w:w="85" w:type="dxa"/>
            </w:tcMar>
            <w:vAlign w:val="center"/>
          </w:tcPr>
          <w:p w14:paraId="26EDAF0E" w14:textId="77777777" w:rsidR="008C77F8" w:rsidRDefault="00000000">
            <w:pPr>
              <w:spacing w:after="0" w:line="240" w:lineRule="auto"/>
            </w:pPr>
            <w:r>
              <w:rPr>
                <w:sz w:val="15"/>
              </w:rPr>
              <w:t>Aprobă prioritățile și resursele; înlătură barierele și asigură integrarea măsurilor în operațiuni.</w:t>
            </w:r>
          </w:p>
        </w:tc>
      </w:tr>
      <w:tr w:rsidR="008C77F8" w14:paraId="63E06E7B" w14:textId="77777777">
        <w:trPr>
          <w:cantSplit/>
          <w:jc w:val="center"/>
        </w:trPr>
        <w:tc>
          <w:tcPr>
            <w:tcW w:w="2948" w:type="dxa"/>
            <w:shd w:val="clear" w:color="auto" w:fill="FAFAFA"/>
            <w:tcMar>
              <w:top w:w="75" w:type="dxa"/>
              <w:left w:w="85" w:type="dxa"/>
              <w:bottom w:w="75" w:type="dxa"/>
              <w:right w:w="85" w:type="dxa"/>
            </w:tcMar>
            <w:vAlign w:val="center"/>
          </w:tcPr>
          <w:p w14:paraId="3DE3C5C0" w14:textId="77777777" w:rsidR="008C77F8" w:rsidRDefault="00000000">
            <w:pPr>
              <w:spacing w:after="0" w:line="240" w:lineRule="auto"/>
            </w:pPr>
            <w:r>
              <w:rPr>
                <w:sz w:val="15"/>
              </w:rPr>
              <w:t>Responsabilul obiectivului</w:t>
            </w:r>
          </w:p>
        </w:tc>
        <w:tc>
          <w:tcPr>
            <w:tcW w:w="6973" w:type="dxa"/>
            <w:shd w:val="clear" w:color="auto" w:fill="FAFAFA"/>
            <w:tcMar>
              <w:top w:w="75" w:type="dxa"/>
              <w:left w:w="85" w:type="dxa"/>
              <w:bottom w:w="75" w:type="dxa"/>
              <w:right w:w="85" w:type="dxa"/>
            </w:tcMar>
            <w:vAlign w:val="center"/>
          </w:tcPr>
          <w:p w14:paraId="66263C33" w14:textId="77777777" w:rsidR="008C77F8" w:rsidRDefault="00000000">
            <w:pPr>
              <w:spacing w:after="0" w:line="240" w:lineRule="auto"/>
            </w:pPr>
            <w:r>
              <w:rPr>
                <w:sz w:val="15"/>
              </w:rPr>
              <w:t>Coordonează planul, urmărește acțiunile și analizează rezultatele și riscurile reziduale.</w:t>
            </w:r>
          </w:p>
        </w:tc>
      </w:tr>
      <w:tr w:rsidR="008C77F8" w14:paraId="6CD1212B" w14:textId="77777777">
        <w:trPr>
          <w:cantSplit/>
          <w:jc w:val="center"/>
        </w:trPr>
        <w:tc>
          <w:tcPr>
            <w:tcW w:w="2948" w:type="dxa"/>
            <w:shd w:val="clear" w:color="auto" w:fill="FFFFFF"/>
            <w:tcMar>
              <w:top w:w="75" w:type="dxa"/>
              <w:left w:w="85" w:type="dxa"/>
              <w:bottom w:w="75" w:type="dxa"/>
              <w:right w:w="85" w:type="dxa"/>
            </w:tcMar>
            <w:vAlign w:val="center"/>
          </w:tcPr>
          <w:p w14:paraId="33FB4B7C" w14:textId="77777777" w:rsidR="008C77F8" w:rsidRDefault="00000000">
            <w:pPr>
              <w:spacing w:after="0" w:line="240" w:lineRule="auto"/>
            </w:pPr>
            <w:r>
              <w:rPr>
                <w:sz w:val="15"/>
              </w:rPr>
              <w:t>Lucrători / reprezentanți</w:t>
            </w:r>
          </w:p>
        </w:tc>
        <w:tc>
          <w:tcPr>
            <w:tcW w:w="6973" w:type="dxa"/>
            <w:shd w:val="clear" w:color="auto" w:fill="FFFFFF"/>
            <w:tcMar>
              <w:top w:w="75" w:type="dxa"/>
              <w:left w:w="85" w:type="dxa"/>
              <w:bottom w:w="75" w:type="dxa"/>
              <w:right w:w="85" w:type="dxa"/>
            </w:tcMar>
            <w:vAlign w:val="center"/>
          </w:tcPr>
          <w:p w14:paraId="4A8BB5FA" w14:textId="77777777" w:rsidR="008C77F8" w:rsidRDefault="00000000">
            <w:pPr>
              <w:spacing w:after="0" w:line="240" w:lineRule="auto"/>
            </w:pPr>
            <w:r>
              <w:rPr>
                <w:sz w:val="15"/>
              </w:rPr>
              <w:t>Participă la identificarea problemelor, alegerea măsurilor și verificarea eficacității în practică.</w:t>
            </w:r>
          </w:p>
        </w:tc>
      </w:tr>
      <w:tr w:rsidR="008C77F8" w14:paraId="711155BE" w14:textId="77777777">
        <w:trPr>
          <w:cantSplit/>
          <w:jc w:val="center"/>
        </w:trPr>
        <w:tc>
          <w:tcPr>
            <w:tcW w:w="2948" w:type="dxa"/>
            <w:shd w:val="clear" w:color="auto" w:fill="FAFAFA"/>
            <w:tcMar>
              <w:top w:w="75" w:type="dxa"/>
              <w:left w:w="85" w:type="dxa"/>
              <w:bottom w:w="75" w:type="dxa"/>
              <w:right w:w="85" w:type="dxa"/>
            </w:tcMar>
            <w:vAlign w:val="center"/>
          </w:tcPr>
          <w:p w14:paraId="2DF2574C" w14:textId="77777777" w:rsidR="008C77F8" w:rsidRDefault="00000000">
            <w:pPr>
              <w:spacing w:after="0" w:line="240" w:lineRule="auto"/>
            </w:pPr>
            <w:r>
              <w:rPr>
                <w:sz w:val="15"/>
              </w:rPr>
              <w:t>Responsabilul SSM</w:t>
            </w:r>
          </w:p>
        </w:tc>
        <w:tc>
          <w:tcPr>
            <w:tcW w:w="6973" w:type="dxa"/>
            <w:shd w:val="clear" w:color="auto" w:fill="FAFAFA"/>
            <w:tcMar>
              <w:top w:w="75" w:type="dxa"/>
              <w:left w:w="85" w:type="dxa"/>
              <w:bottom w:w="75" w:type="dxa"/>
              <w:right w:w="85" w:type="dxa"/>
            </w:tcMar>
            <w:vAlign w:val="center"/>
          </w:tcPr>
          <w:p w14:paraId="450BCF02" w14:textId="77777777" w:rsidR="008C77F8" w:rsidRDefault="00000000">
            <w:pPr>
              <w:spacing w:after="0" w:line="240" w:lineRule="auto"/>
            </w:pPr>
            <w:r>
              <w:rPr>
                <w:sz w:val="15"/>
              </w:rPr>
              <w:t>Asigură coerența metodei, legătura cu riscurile, cerințele legale și raportarea.</w:t>
            </w:r>
          </w:p>
        </w:tc>
      </w:tr>
      <w:tr w:rsidR="008C77F8" w14:paraId="0FCF28F7" w14:textId="77777777">
        <w:trPr>
          <w:cantSplit/>
          <w:jc w:val="center"/>
        </w:trPr>
        <w:tc>
          <w:tcPr>
            <w:tcW w:w="2948" w:type="dxa"/>
            <w:shd w:val="clear" w:color="auto" w:fill="FFFFFF"/>
            <w:tcMar>
              <w:top w:w="75" w:type="dxa"/>
              <w:left w:w="85" w:type="dxa"/>
              <w:bottom w:w="75" w:type="dxa"/>
              <w:right w:w="85" w:type="dxa"/>
            </w:tcMar>
            <w:vAlign w:val="center"/>
          </w:tcPr>
          <w:p w14:paraId="411347F2" w14:textId="77777777" w:rsidR="008C77F8" w:rsidRDefault="00000000">
            <w:pPr>
              <w:spacing w:after="0" w:line="240" w:lineRule="auto"/>
            </w:pPr>
            <w:r>
              <w:rPr>
                <w:sz w:val="15"/>
              </w:rPr>
              <w:t>Proprietari procese / contractanți</w:t>
            </w:r>
          </w:p>
        </w:tc>
        <w:tc>
          <w:tcPr>
            <w:tcW w:w="6973" w:type="dxa"/>
            <w:shd w:val="clear" w:color="auto" w:fill="FFFFFF"/>
            <w:tcMar>
              <w:top w:w="75" w:type="dxa"/>
              <w:left w:w="85" w:type="dxa"/>
              <w:bottom w:w="75" w:type="dxa"/>
              <w:right w:w="85" w:type="dxa"/>
            </w:tcMar>
            <w:vAlign w:val="center"/>
          </w:tcPr>
          <w:p w14:paraId="1BBBD460" w14:textId="77777777" w:rsidR="008C77F8" w:rsidRDefault="00000000">
            <w:pPr>
              <w:spacing w:after="0" w:line="240" w:lineRule="auto"/>
            </w:pPr>
            <w:r>
              <w:rPr>
                <w:sz w:val="15"/>
              </w:rPr>
              <w:t>Implementează controalele, gestionează schimbările și furnizează dovezi privind funcționarea.</w:t>
            </w:r>
          </w:p>
        </w:tc>
      </w:tr>
    </w:tbl>
    <w:p w14:paraId="19634727" w14:textId="77777777" w:rsidR="008C77F8" w:rsidRDefault="008C77F8">
      <w:pPr>
        <w:spacing w:after="20"/>
      </w:pPr>
    </w:p>
    <w:p w14:paraId="10AD5838" w14:textId="77777777" w:rsidR="008C77F8" w:rsidRDefault="00000000">
      <w:pPr>
        <w:pStyle w:val="Heading2"/>
      </w:pPr>
      <w:r>
        <w:t>Aprobarea setului anual de obiective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969"/>
        <w:gridCol w:w="1417"/>
        <w:gridCol w:w="2551"/>
      </w:tblGrid>
      <w:tr w:rsidR="008C77F8" w14:paraId="52FFD4CB" w14:textId="77777777">
        <w:trPr>
          <w:tblHeader/>
          <w:jc w:val="center"/>
        </w:trPr>
        <w:tc>
          <w:tcPr>
            <w:tcW w:w="1984" w:type="dxa"/>
            <w:shd w:val="clear" w:color="auto" w:fill="D71920"/>
            <w:tcMar>
              <w:top w:w="75" w:type="dxa"/>
              <w:left w:w="85" w:type="dxa"/>
              <w:bottom w:w="75" w:type="dxa"/>
              <w:right w:w="85" w:type="dxa"/>
            </w:tcMar>
            <w:vAlign w:val="center"/>
          </w:tcPr>
          <w:p w14:paraId="651E26E5" w14:textId="77777777" w:rsidR="008C77F8" w:rsidRDefault="00000000">
            <w:pPr>
              <w:spacing w:after="0" w:line="240" w:lineRule="auto"/>
              <w:jc w:val="center"/>
            </w:pPr>
            <w:r>
              <w:rPr>
                <w:b/>
                <w:color w:val="FFFFFF"/>
                <w:sz w:val="15"/>
              </w:rPr>
              <w:t>ROL</w:t>
            </w:r>
          </w:p>
        </w:tc>
        <w:tc>
          <w:tcPr>
            <w:tcW w:w="3969" w:type="dxa"/>
            <w:shd w:val="clear" w:color="auto" w:fill="D71920"/>
            <w:tcMar>
              <w:top w:w="75" w:type="dxa"/>
              <w:left w:w="85" w:type="dxa"/>
              <w:bottom w:w="75" w:type="dxa"/>
              <w:right w:w="85" w:type="dxa"/>
            </w:tcMar>
            <w:vAlign w:val="center"/>
          </w:tcPr>
          <w:p w14:paraId="50C71521" w14:textId="77777777" w:rsidR="008C77F8" w:rsidRDefault="00000000">
            <w:pPr>
              <w:spacing w:after="0" w:line="240" w:lineRule="auto"/>
              <w:jc w:val="center"/>
            </w:pPr>
            <w:r>
              <w:rPr>
                <w:b/>
                <w:color w:val="FFFFFF"/>
                <w:sz w:val="15"/>
              </w:rPr>
              <w:t>NUME / SEMNĂTURĂ</w:t>
            </w:r>
          </w:p>
        </w:tc>
        <w:tc>
          <w:tcPr>
            <w:tcW w:w="1417" w:type="dxa"/>
            <w:shd w:val="clear" w:color="auto" w:fill="D71920"/>
            <w:tcMar>
              <w:top w:w="75" w:type="dxa"/>
              <w:left w:w="85" w:type="dxa"/>
              <w:bottom w:w="75" w:type="dxa"/>
              <w:right w:w="85" w:type="dxa"/>
            </w:tcMar>
            <w:vAlign w:val="center"/>
          </w:tcPr>
          <w:p w14:paraId="00826916" w14:textId="77777777" w:rsidR="008C77F8" w:rsidRDefault="00000000">
            <w:pPr>
              <w:spacing w:after="0" w:line="240" w:lineRule="auto"/>
              <w:jc w:val="center"/>
            </w:pPr>
            <w:r>
              <w:rPr>
                <w:b/>
                <w:color w:val="FFFFFF"/>
                <w:sz w:val="15"/>
              </w:rPr>
              <w:t>CÂMP</w:t>
            </w:r>
          </w:p>
        </w:tc>
        <w:tc>
          <w:tcPr>
            <w:tcW w:w="2551" w:type="dxa"/>
            <w:shd w:val="clear" w:color="auto" w:fill="D71920"/>
            <w:tcMar>
              <w:top w:w="75" w:type="dxa"/>
              <w:left w:w="85" w:type="dxa"/>
              <w:bottom w:w="75" w:type="dxa"/>
              <w:right w:w="85" w:type="dxa"/>
            </w:tcMar>
            <w:vAlign w:val="center"/>
          </w:tcPr>
          <w:p w14:paraId="26061928" w14:textId="77777777" w:rsidR="008C77F8" w:rsidRDefault="00000000">
            <w:pPr>
              <w:spacing w:after="0" w:line="240" w:lineRule="auto"/>
              <w:jc w:val="center"/>
            </w:pPr>
            <w:r>
              <w:rPr>
                <w:b/>
                <w:color w:val="FFFFFF"/>
                <w:sz w:val="15"/>
              </w:rPr>
              <w:t>COMPLETARE</w:t>
            </w:r>
          </w:p>
        </w:tc>
      </w:tr>
      <w:tr w:rsidR="008C77F8" w14:paraId="10F3BBAF" w14:textId="77777777">
        <w:trPr>
          <w:cantSplit/>
          <w:jc w:val="center"/>
        </w:trPr>
        <w:tc>
          <w:tcPr>
            <w:tcW w:w="1984" w:type="dxa"/>
            <w:shd w:val="clear" w:color="auto" w:fill="FFFFFF"/>
            <w:tcMar>
              <w:top w:w="75" w:type="dxa"/>
              <w:left w:w="85" w:type="dxa"/>
              <w:bottom w:w="75" w:type="dxa"/>
              <w:right w:w="85" w:type="dxa"/>
            </w:tcMar>
            <w:vAlign w:val="center"/>
          </w:tcPr>
          <w:p w14:paraId="3B935D1B" w14:textId="77777777" w:rsidR="008C77F8" w:rsidRDefault="00000000">
            <w:pPr>
              <w:spacing w:after="0" w:line="240" w:lineRule="auto"/>
            </w:pPr>
            <w:r>
              <w:rPr>
                <w:sz w:val="16"/>
              </w:rPr>
              <w:t>Propus de</w:t>
            </w:r>
          </w:p>
        </w:tc>
        <w:tc>
          <w:tcPr>
            <w:tcW w:w="3969" w:type="dxa"/>
            <w:shd w:val="clear" w:color="auto" w:fill="FFFFFF"/>
            <w:tcMar>
              <w:top w:w="75" w:type="dxa"/>
              <w:left w:w="85" w:type="dxa"/>
              <w:bottom w:w="75" w:type="dxa"/>
              <w:right w:w="85" w:type="dxa"/>
            </w:tcMar>
            <w:vAlign w:val="center"/>
          </w:tcPr>
          <w:p w14:paraId="1F679F71" w14:textId="77777777" w:rsidR="008C77F8" w:rsidRDefault="00000000">
            <w:pPr>
              <w:spacing w:after="0" w:line="240" w:lineRule="auto"/>
            </w:pPr>
            <w:r>
              <w:rPr>
                <w:sz w:val="16"/>
              </w:rPr>
              <w:t>________________________</w:t>
            </w:r>
          </w:p>
        </w:tc>
        <w:tc>
          <w:tcPr>
            <w:tcW w:w="1417" w:type="dxa"/>
            <w:shd w:val="clear" w:color="auto" w:fill="FFFFFF"/>
            <w:tcMar>
              <w:top w:w="75" w:type="dxa"/>
              <w:left w:w="85" w:type="dxa"/>
              <w:bottom w:w="75" w:type="dxa"/>
              <w:right w:w="85" w:type="dxa"/>
            </w:tcMar>
            <w:vAlign w:val="center"/>
          </w:tcPr>
          <w:p w14:paraId="655C623A" w14:textId="77777777" w:rsidR="008C77F8" w:rsidRDefault="00000000">
            <w:pPr>
              <w:spacing w:after="0" w:line="240" w:lineRule="auto"/>
            </w:pPr>
            <w:r>
              <w:rPr>
                <w:sz w:val="16"/>
              </w:rPr>
              <w:t>Data</w:t>
            </w:r>
          </w:p>
        </w:tc>
        <w:tc>
          <w:tcPr>
            <w:tcW w:w="2551" w:type="dxa"/>
            <w:shd w:val="clear" w:color="auto" w:fill="FFFFFF"/>
            <w:tcMar>
              <w:top w:w="75" w:type="dxa"/>
              <w:left w:w="85" w:type="dxa"/>
              <w:bottom w:w="75" w:type="dxa"/>
              <w:right w:w="85" w:type="dxa"/>
            </w:tcMar>
            <w:vAlign w:val="center"/>
          </w:tcPr>
          <w:p w14:paraId="24314368" w14:textId="77777777" w:rsidR="008C77F8" w:rsidRDefault="00000000">
            <w:pPr>
              <w:spacing w:after="0" w:line="240" w:lineRule="auto"/>
            </w:pPr>
            <w:r>
              <w:rPr>
                <w:sz w:val="16"/>
              </w:rPr>
              <w:t>____________</w:t>
            </w:r>
          </w:p>
        </w:tc>
      </w:tr>
      <w:tr w:rsidR="008C77F8" w14:paraId="17EDDBC2" w14:textId="77777777">
        <w:trPr>
          <w:cantSplit/>
          <w:jc w:val="center"/>
        </w:trPr>
        <w:tc>
          <w:tcPr>
            <w:tcW w:w="1984" w:type="dxa"/>
            <w:shd w:val="clear" w:color="auto" w:fill="FAFAFA"/>
            <w:tcMar>
              <w:top w:w="75" w:type="dxa"/>
              <w:left w:w="85" w:type="dxa"/>
              <w:bottom w:w="75" w:type="dxa"/>
              <w:right w:w="85" w:type="dxa"/>
            </w:tcMar>
            <w:vAlign w:val="center"/>
          </w:tcPr>
          <w:p w14:paraId="7173E650" w14:textId="77777777" w:rsidR="008C77F8" w:rsidRDefault="00000000">
            <w:pPr>
              <w:spacing w:after="0" w:line="240" w:lineRule="auto"/>
            </w:pPr>
            <w:r>
              <w:rPr>
                <w:sz w:val="16"/>
              </w:rPr>
              <w:t>Revizuit de</w:t>
            </w:r>
          </w:p>
        </w:tc>
        <w:tc>
          <w:tcPr>
            <w:tcW w:w="3969" w:type="dxa"/>
            <w:shd w:val="clear" w:color="auto" w:fill="FAFAFA"/>
            <w:tcMar>
              <w:top w:w="75" w:type="dxa"/>
              <w:left w:w="85" w:type="dxa"/>
              <w:bottom w:w="75" w:type="dxa"/>
              <w:right w:w="85" w:type="dxa"/>
            </w:tcMar>
            <w:vAlign w:val="center"/>
          </w:tcPr>
          <w:p w14:paraId="06577EAE" w14:textId="77777777" w:rsidR="008C77F8" w:rsidRDefault="00000000">
            <w:pPr>
              <w:spacing w:after="0" w:line="240" w:lineRule="auto"/>
            </w:pPr>
            <w:r>
              <w:rPr>
                <w:sz w:val="16"/>
              </w:rPr>
              <w:t>________________________</w:t>
            </w:r>
          </w:p>
        </w:tc>
        <w:tc>
          <w:tcPr>
            <w:tcW w:w="1417" w:type="dxa"/>
            <w:shd w:val="clear" w:color="auto" w:fill="FAFAFA"/>
            <w:tcMar>
              <w:top w:w="75" w:type="dxa"/>
              <w:left w:w="85" w:type="dxa"/>
              <w:bottom w:w="75" w:type="dxa"/>
              <w:right w:w="85" w:type="dxa"/>
            </w:tcMar>
            <w:vAlign w:val="center"/>
          </w:tcPr>
          <w:p w14:paraId="65A3972D" w14:textId="77777777" w:rsidR="008C77F8" w:rsidRDefault="00000000">
            <w:pPr>
              <w:spacing w:after="0" w:line="240" w:lineRule="auto"/>
            </w:pPr>
            <w:r>
              <w:rPr>
                <w:sz w:val="16"/>
              </w:rPr>
              <w:t>Data</w:t>
            </w:r>
          </w:p>
        </w:tc>
        <w:tc>
          <w:tcPr>
            <w:tcW w:w="2551" w:type="dxa"/>
            <w:shd w:val="clear" w:color="auto" w:fill="FAFAFA"/>
            <w:tcMar>
              <w:top w:w="75" w:type="dxa"/>
              <w:left w:w="85" w:type="dxa"/>
              <w:bottom w:w="75" w:type="dxa"/>
              <w:right w:w="85" w:type="dxa"/>
            </w:tcMar>
            <w:vAlign w:val="center"/>
          </w:tcPr>
          <w:p w14:paraId="4FEB7B81" w14:textId="77777777" w:rsidR="008C77F8" w:rsidRDefault="00000000">
            <w:pPr>
              <w:spacing w:after="0" w:line="240" w:lineRule="auto"/>
            </w:pPr>
            <w:r>
              <w:rPr>
                <w:sz w:val="16"/>
              </w:rPr>
              <w:t>____________</w:t>
            </w:r>
          </w:p>
        </w:tc>
      </w:tr>
      <w:tr w:rsidR="008C77F8" w14:paraId="3D5D58E5" w14:textId="77777777">
        <w:trPr>
          <w:cantSplit/>
          <w:jc w:val="center"/>
        </w:trPr>
        <w:tc>
          <w:tcPr>
            <w:tcW w:w="1984" w:type="dxa"/>
            <w:shd w:val="clear" w:color="auto" w:fill="FFFFFF"/>
            <w:tcMar>
              <w:top w:w="75" w:type="dxa"/>
              <w:left w:w="85" w:type="dxa"/>
              <w:bottom w:w="75" w:type="dxa"/>
              <w:right w:w="85" w:type="dxa"/>
            </w:tcMar>
            <w:vAlign w:val="center"/>
          </w:tcPr>
          <w:p w14:paraId="1B14576D" w14:textId="77777777" w:rsidR="008C77F8" w:rsidRDefault="00000000">
            <w:pPr>
              <w:spacing w:after="0" w:line="240" w:lineRule="auto"/>
            </w:pPr>
            <w:r>
              <w:rPr>
                <w:sz w:val="16"/>
              </w:rPr>
              <w:t>Aprobat de</w:t>
            </w:r>
          </w:p>
        </w:tc>
        <w:tc>
          <w:tcPr>
            <w:tcW w:w="3969" w:type="dxa"/>
            <w:shd w:val="clear" w:color="auto" w:fill="FFFFFF"/>
            <w:tcMar>
              <w:top w:w="75" w:type="dxa"/>
              <w:left w:w="85" w:type="dxa"/>
              <w:bottom w:w="75" w:type="dxa"/>
              <w:right w:w="85" w:type="dxa"/>
            </w:tcMar>
            <w:vAlign w:val="center"/>
          </w:tcPr>
          <w:p w14:paraId="766AC20B" w14:textId="77777777" w:rsidR="008C77F8" w:rsidRDefault="00000000">
            <w:pPr>
              <w:spacing w:after="0" w:line="240" w:lineRule="auto"/>
            </w:pPr>
            <w:r>
              <w:rPr>
                <w:sz w:val="16"/>
              </w:rPr>
              <w:t>________________________</w:t>
            </w:r>
          </w:p>
        </w:tc>
        <w:tc>
          <w:tcPr>
            <w:tcW w:w="1417" w:type="dxa"/>
            <w:shd w:val="clear" w:color="auto" w:fill="FFFFFF"/>
            <w:tcMar>
              <w:top w:w="75" w:type="dxa"/>
              <w:left w:w="85" w:type="dxa"/>
              <w:bottom w:w="75" w:type="dxa"/>
              <w:right w:w="85" w:type="dxa"/>
            </w:tcMar>
            <w:vAlign w:val="center"/>
          </w:tcPr>
          <w:p w14:paraId="78A30AD7" w14:textId="77777777" w:rsidR="008C77F8" w:rsidRDefault="00000000">
            <w:pPr>
              <w:spacing w:after="0" w:line="240" w:lineRule="auto"/>
            </w:pPr>
            <w:r>
              <w:rPr>
                <w:sz w:val="16"/>
              </w:rPr>
              <w:t>Data</w:t>
            </w:r>
          </w:p>
        </w:tc>
        <w:tc>
          <w:tcPr>
            <w:tcW w:w="2551" w:type="dxa"/>
            <w:shd w:val="clear" w:color="auto" w:fill="FFFFFF"/>
            <w:tcMar>
              <w:top w:w="75" w:type="dxa"/>
              <w:left w:w="85" w:type="dxa"/>
              <w:bottom w:w="75" w:type="dxa"/>
              <w:right w:w="85" w:type="dxa"/>
            </w:tcMar>
            <w:vAlign w:val="center"/>
          </w:tcPr>
          <w:p w14:paraId="21E3DB36" w14:textId="77777777" w:rsidR="008C77F8" w:rsidRDefault="00000000">
            <w:pPr>
              <w:spacing w:after="0" w:line="240" w:lineRule="auto"/>
            </w:pPr>
            <w:r>
              <w:rPr>
                <w:sz w:val="16"/>
              </w:rPr>
              <w:t>____________</w:t>
            </w:r>
          </w:p>
        </w:tc>
      </w:tr>
    </w:tbl>
    <w:p w14:paraId="41281E76" w14:textId="77777777" w:rsidR="008C77F8" w:rsidRDefault="008C77F8">
      <w:pPr>
        <w:spacing w:after="20"/>
      </w:pPr>
    </w:p>
    <w:p w14:paraId="3B256378" w14:textId="77777777" w:rsidR="008C77F8"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14:paraId="40505245" w14:textId="77777777">
        <w:trPr>
          <w:jc w:val="center"/>
        </w:trPr>
        <w:tc>
          <w:tcPr>
            <w:tcW w:w="1020" w:type="dxa"/>
            <w:shd w:val="clear" w:color="auto" w:fill="D71920"/>
            <w:tcMar>
              <w:top w:w="75" w:type="dxa"/>
              <w:left w:w="85" w:type="dxa"/>
              <w:bottom w:w="75" w:type="dxa"/>
              <w:right w:w="85" w:type="dxa"/>
            </w:tcMar>
            <w:vAlign w:val="center"/>
          </w:tcPr>
          <w:p w14:paraId="2465BAD4" w14:textId="77777777" w:rsidR="008C77F8" w:rsidRDefault="00000000">
            <w:pPr>
              <w:spacing w:after="0" w:line="240" w:lineRule="auto"/>
              <w:jc w:val="center"/>
            </w:pPr>
            <w:r>
              <w:rPr>
                <w:b/>
                <w:color w:val="FFFFFF"/>
                <w:sz w:val="34"/>
              </w:rPr>
              <w:lastRenderedPageBreak/>
              <w:t>3</w:t>
            </w:r>
          </w:p>
        </w:tc>
        <w:tc>
          <w:tcPr>
            <w:tcW w:w="8901" w:type="dxa"/>
            <w:shd w:val="clear" w:color="auto" w:fill="F3F4F5"/>
          </w:tcPr>
          <w:p w14:paraId="6DBD0E63" w14:textId="77777777" w:rsidR="008C77F8" w:rsidRDefault="00000000">
            <w:pPr>
              <w:spacing w:after="20"/>
            </w:pPr>
            <w:r>
              <w:rPr>
                <w:b/>
                <w:sz w:val="28"/>
              </w:rPr>
              <w:t>Registrul anual al obiectivelor</w:t>
            </w:r>
          </w:p>
          <w:p w14:paraId="08DDCEB9" w14:textId="77777777" w:rsidR="008C77F8" w:rsidRDefault="00000000">
            <w:pPr>
              <w:spacing w:after="0"/>
            </w:pPr>
            <w:r>
              <w:rPr>
                <w:color w:val="666666"/>
                <w:sz w:val="16"/>
              </w:rPr>
              <w:t>Centralizați obiectivele aprobate și statusul lor într-o singură imagine de management</w:t>
            </w:r>
          </w:p>
        </w:tc>
      </w:tr>
    </w:tbl>
    <w:p w14:paraId="6470EA58" w14:textId="77777777" w:rsidR="008C77F8" w:rsidRDefault="008C77F8">
      <w:pPr>
        <w:spacing w:after="0"/>
      </w:pPr>
    </w:p>
    <w:p w14:paraId="5ADB2488" w14:textId="77777777" w:rsidR="008C77F8" w:rsidRDefault="00000000">
      <w:pPr>
        <w:spacing w:line="259" w:lineRule="auto"/>
      </w:pPr>
      <w:r>
        <w:t>Completați aceeași identificare în ambele tabele. Pentru obiectivele complexe, utilizați și Fișa individuală din secțiunea 5.</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2438"/>
        <w:gridCol w:w="2098"/>
        <w:gridCol w:w="964"/>
        <w:gridCol w:w="964"/>
        <w:gridCol w:w="1134"/>
        <w:gridCol w:w="1644"/>
      </w:tblGrid>
      <w:tr w:rsidR="008C77F8" w14:paraId="7AC76317" w14:textId="77777777">
        <w:trPr>
          <w:tblHeader/>
          <w:jc w:val="center"/>
        </w:trPr>
        <w:tc>
          <w:tcPr>
            <w:tcW w:w="680" w:type="dxa"/>
            <w:shd w:val="clear" w:color="auto" w:fill="D71920"/>
            <w:tcMar>
              <w:top w:w="75" w:type="dxa"/>
              <w:left w:w="85" w:type="dxa"/>
              <w:bottom w:w="75" w:type="dxa"/>
              <w:right w:w="85" w:type="dxa"/>
            </w:tcMar>
            <w:vAlign w:val="center"/>
          </w:tcPr>
          <w:p w14:paraId="24156B32" w14:textId="77777777" w:rsidR="008C77F8" w:rsidRDefault="00000000">
            <w:pPr>
              <w:spacing w:after="0" w:line="240" w:lineRule="auto"/>
              <w:jc w:val="center"/>
            </w:pPr>
            <w:r>
              <w:rPr>
                <w:b/>
                <w:color w:val="FFFFFF"/>
                <w:sz w:val="13"/>
              </w:rPr>
              <w:t>ID</w:t>
            </w:r>
          </w:p>
        </w:tc>
        <w:tc>
          <w:tcPr>
            <w:tcW w:w="2438" w:type="dxa"/>
            <w:shd w:val="clear" w:color="auto" w:fill="D71920"/>
            <w:tcMar>
              <w:top w:w="75" w:type="dxa"/>
              <w:left w:w="85" w:type="dxa"/>
              <w:bottom w:w="75" w:type="dxa"/>
              <w:right w:w="85" w:type="dxa"/>
            </w:tcMar>
            <w:vAlign w:val="center"/>
          </w:tcPr>
          <w:p w14:paraId="64BE2551" w14:textId="77777777" w:rsidR="008C77F8" w:rsidRDefault="00000000">
            <w:pPr>
              <w:spacing w:after="0" w:line="240" w:lineRule="auto"/>
              <w:jc w:val="center"/>
            </w:pPr>
            <w:r>
              <w:rPr>
                <w:b/>
                <w:color w:val="FFFFFF"/>
                <w:sz w:val="13"/>
              </w:rPr>
              <w:t>OBIECTIV / REZULTAT</w:t>
            </w:r>
          </w:p>
        </w:tc>
        <w:tc>
          <w:tcPr>
            <w:tcW w:w="2098" w:type="dxa"/>
            <w:shd w:val="clear" w:color="auto" w:fill="D71920"/>
            <w:tcMar>
              <w:top w:w="75" w:type="dxa"/>
              <w:left w:w="85" w:type="dxa"/>
              <w:bottom w:w="75" w:type="dxa"/>
              <w:right w:w="85" w:type="dxa"/>
            </w:tcMar>
            <w:vAlign w:val="center"/>
          </w:tcPr>
          <w:p w14:paraId="6DAA918E" w14:textId="77777777" w:rsidR="008C77F8" w:rsidRDefault="00000000">
            <w:pPr>
              <w:spacing w:after="0" w:line="240" w:lineRule="auto"/>
              <w:jc w:val="center"/>
            </w:pPr>
            <w:r>
              <w:rPr>
                <w:b/>
                <w:color w:val="FFFFFF"/>
                <w:sz w:val="13"/>
              </w:rPr>
              <w:t>KPI + FORMULĂ</w:t>
            </w:r>
          </w:p>
        </w:tc>
        <w:tc>
          <w:tcPr>
            <w:tcW w:w="964" w:type="dxa"/>
            <w:shd w:val="clear" w:color="auto" w:fill="D71920"/>
            <w:tcMar>
              <w:top w:w="75" w:type="dxa"/>
              <w:left w:w="85" w:type="dxa"/>
              <w:bottom w:w="75" w:type="dxa"/>
              <w:right w:w="85" w:type="dxa"/>
            </w:tcMar>
            <w:vAlign w:val="center"/>
          </w:tcPr>
          <w:p w14:paraId="439EDB76" w14:textId="77777777" w:rsidR="008C77F8" w:rsidRDefault="00000000">
            <w:pPr>
              <w:spacing w:after="0" w:line="240" w:lineRule="auto"/>
              <w:jc w:val="center"/>
            </w:pPr>
            <w:r>
              <w:rPr>
                <w:b/>
                <w:color w:val="FFFFFF"/>
                <w:sz w:val="13"/>
              </w:rPr>
              <w:t>BAZĂ</w:t>
            </w:r>
          </w:p>
        </w:tc>
        <w:tc>
          <w:tcPr>
            <w:tcW w:w="964" w:type="dxa"/>
            <w:shd w:val="clear" w:color="auto" w:fill="D71920"/>
            <w:tcMar>
              <w:top w:w="75" w:type="dxa"/>
              <w:left w:w="85" w:type="dxa"/>
              <w:bottom w:w="75" w:type="dxa"/>
              <w:right w:w="85" w:type="dxa"/>
            </w:tcMar>
            <w:vAlign w:val="center"/>
          </w:tcPr>
          <w:p w14:paraId="405626D8" w14:textId="77777777" w:rsidR="008C77F8" w:rsidRDefault="00000000">
            <w:pPr>
              <w:spacing w:after="0" w:line="240" w:lineRule="auto"/>
              <w:jc w:val="center"/>
            </w:pPr>
            <w:r>
              <w:rPr>
                <w:b/>
                <w:color w:val="FFFFFF"/>
                <w:sz w:val="13"/>
              </w:rPr>
              <w:t>ȚINTĂ</w:t>
            </w:r>
          </w:p>
        </w:tc>
        <w:tc>
          <w:tcPr>
            <w:tcW w:w="1134" w:type="dxa"/>
            <w:shd w:val="clear" w:color="auto" w:fill="D71920"/>
            <w:tcMar>
              <w:top w:w="75" w:type="dxa"/>
              <w:left w:w="85" w:type="dxa"/>
              <w:bottom w:w="75" w:type="dxa"/>
              <w:right w:w="85" w:type="dxa"/>
            </w:tcMar>
            <w:vAlign w:val="center"/>
          </w:tcPr>
          <w:p w14:paraId="441CF24D" w14:textId="77777777" w:rsidR="008C77F8" w:rsidRDefault="00000000">
            <w:pPr>
              <w:spacing w:after="0" w:line="240" w:lineRule="auto"/>
              <w:jc w:val="center"/>
            </w:pPr>
            <w:r>
              <w:rPr>
                <w:b/>
                <w:color w:val="FFFFFF"/>
                <w:sz w:val="13"/>
              </w:rPr>
              <w:t>TERMEN</w:t>
            </w:r>
          </w:p>
        </w:tc>
        <w:tc>
          <w:tcPr>
            <w:tcW w:w="1644" w:type="dxa"/>
            <w:shd w:val="clear" w:color="auto" w:fill="D71920"/>
            <w:tcMar>
              <w:top w:w="75" w:type="dxa"/>
              <w:left w:w="85" w:type="dxa"/>
              <w:bottom w:w="75" w:type="dxa"/>
              <w:right w:w="85" w:type="dxa"/>
            </w:tcMar>
            <w:vAlign w:val="center"/>
          </w:tcPr>
          <w:p w14:paraId="258858E7" w14:textId="77777777" w:rsidR="008C77F8" w:rsidRDefault="00000000">
            <w:pPr>
              <w:spacing w:after="0" w:line="240" w:lineRule="auto"/>
              <w:jc w:val="center"/>
            </w:pPr>
            <w:r>
              <w:rPr>
                <w:b/>
                <w:color w:val="FFFFFF"/>
                <w:sz w:val="13"/>
              </w:rPr>
              <w:t>RESP.</w:t>
            </w:r>
          </w:p>
        </w:tc>
      </w:tr>
      <w:tr w:rsidR="008C77F8" w14:paraId="29F9A9A0" w14:textId="77777777">
        <w:trPr>
          <w:cantSplit/>
          <w:jc w:val="center"/>
        </w:trPr>
        <w:tc>
          <w:tcPr>
            <w:tcW w:w="680" w:type="dxa"/>
            <w:shd w:val="clear" w:color="auto" w:fill="FFFFFF"/>
            <w:tcMar>
              <w:top w:w="75" w:type="dxa"/>
              <w:left w:w="85" w:type="dxa"/>
              <w:bottom w:w="75" w:type="dxa"/>
              <w:right w:w="85" w:type="dxa"/>
            </w:tcMar>
            <w:vAlign w:val="center"/>
          </w:tcPr>
          <w:p w14:paraId="4E316D01" w14:textId="77777777" w:rsidR="008C77F8" w:rsidRDefault="00000000">
            <w:pPr>
              <w:spacing w:after="0" w:line="240" w:lineRule="auto"/>
              <w:jc w:val="center"/>
            </w:pPr>
            <w:r>
              <w:rPr>
                <w:sz w:val="14"/>
              </w:rPr>
              <w:t>O-01</w:t>
            </w:r>
          </w:p>
        </w:tc>
        <w:tc>
          <w:tcPr>
            <w:tcW w:w="2438" w:type="dxa"/>
            <w:shd w:val="clear" w:color="auto" w:fill="FFFFFF"/>
            <w:tcMar>
              <w:top w:w="75" w:type="dxa"/>
              <w:left w:w="85" w:type="dxa"/>
              <w:bottom w:w="75" w:type="dxa"/>
              <w:right w:w="85" w:type="dxa"/>
            </w:tcMar>
            <w:vAlign w:val="center"/>
          </w:tcPr>
          <w:p w14:paraId="592F9EBF" w14:textId="77777777" w:rsidR="008C77F8" w:rsidRDefault="008C77F8">
            <w:pPr>
              <w:spacing w:after="0" w:line="240" w:lineRule="auto"/>
            </w:pPr>
          </w:p>
        </w:tc>
        <w:tc>
          <w:tcPr>
            <w:tcW w:w="2098" w:type="dxa"/>
            <w:shd w:val="clear" w:color="auto" w:fill="FFFFFF"/>
            <w:tcMar>
              <w:top w:w="75" w:type="dxa"/>
              <w:left w:w="85" w:type="dxa"/>
              <w:bottom w:w="75" w:type="dxa"/>
              <w:right w:w="85" w:type="dxa"/>
            </w:tcMar>
            <w:vAlign w:val="center"/>
          </w:tcPr>
          <w:p w14:paraId="12E9E7FF"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3275D69D"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6DB7089E"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21D28F75"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25D6514C" w14:textId="77777777" w:rsidR="008C77F8" w:rsidRDefault="008C77F8">
            <w:pPr>
              <w:spacing w:after="0" w:line="240" w:lineRule="auto"/>
            </w:pPr>
          </w:p>
        </w:tc>
      </w:tr>
      <w:tr w:rsidR="008C77F8" w14:paraId="1EDD1EFA" w14:textId="77777777">
        <w:trPr>
          <w:cantSplit/>
          <w:jc w:val="center"/>
        </w:trPr>
        <w:tc>
          <w:tcPr>
            <w:tcW w:w="680" w:type="dxa"/>
            <w:shd w:val="clear" w:color="auto" w:fill="FAFAFA"/>
            <w:tcMar>
              <w:top w:w="75" w:type="dxa"/>
              <w:left w:w="85" w:type="dxa"/>
              <w:bottom w:w="75" w:type="dxa"/>
              <w:right w:w="85" w:type="dxa"/>
            </w:tcMar>
            <w:vAlign w:val="center"/>
          </w:tcPr>
          <w:p w14:paraId="69ED30DF" w14:textId="77777777" w:rsidR="008C77F8" w:rsidRDefault="00000000">
            <w:pPr>
              <w:spacing w:after="0" w:line="240" w:lineRule="auto"/>
              <w:jc w:val="center"/>
            </w:pPr>
            <w:r>
              <w:rPr>
                <w:sz w:val="14"/>
              </w:rPr>
              <w:t>O-02</w:t>
            </w:r>
          </w:p>
        </w:tc>
        <w:tc>
          <w:tcPr>
            <w:tcW w:w="2438" w:type="dxa"/>
            <w:shd w:val="clear" w:color="auto" w:fill="FAFAFA"/>
            <w:tcMar>
              <w:top w:w="75" w:type="dxa"/>
              <w:left w:w="85" w:type="dxa"/>
              <w:bottom w:w="75" w:type="dxa"/>
              <w:right w:w="85" w:type="dxa"/>
            </w:tcMar>
            <w:vAlign w:val="center"/>
          </w:tcPr>
          <w:p w14:paraId="4B78BB5E" w14:textId="77777777" w:rsidR="008C77F8" w:rsidRDefault="008C77F8">
            <w:pPr>
              <w:spacing w:after="0" w:line="240" w:lineRule="auto"/>
            </w:pPr>
          </w:p>
        </w:tc>
        <w:tc>
          <w:tcPr>
            <w:tcW w:w="2098" w:type="dxa"/>
            <w:shd w:val="clear" w:color="auto" w:fill="FAFAFA"/>
            <w:tcMar>
              <w:top w:w="75" w:type="dxa"/>
              <w:left w:w="85" w:type="dxa"/>
              <w:bottom w:w="75" w:type="dxa"/>
              <w:right w:w="85" w:type="dxa"/>
            </w:tcMar>
            <w:vAlign w:val="center"/>
          </w:tcPr>
          <w:p w14:paraId="71B8F59D"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5FB37A86"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03705581"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078CDBC8"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41D837AF" w14:textId="77777777" w:rsidR="008C77F8" w:rsidRDefault="008C77F8">
            <w:pPr>
              <w:spacing w:after="0" w:line="240" w:lineRule="auto"/>
            </w:pPr>
          </w:p>
        </w:tc>
      </w:tr>
      <w:tr w:rsidR="008C77F8" w14:paraId="2A8FF02C" w14:textId="77777777">
        <w:trPr>
          <w:cantSplit/>
          <w:jc w:val="center"/>
        </w:trPr>
        <w:tc>
          <w:tcPr>
            <w:tcW w:w="680" w:type="dxa"/>
            <w:shd w:val="clear" w:color="auto" w:fill="FFFFFF"/>
            <w:tcMar>
              <w:top w:w="75" w:type="dxa"/>
              <w:left w:w="85" w:type="dxa"/>
              <w:bottom w:w="75" w:type="dxa"/>
              <w:right w:w="85" w:type="dxa"/>
            </w:tcMar>
            <w:vAlign w:val="center"/>
          </w:tcPr>
          <w:p w14:paraId="23FA0D9A" w14:textId="77777777" w:rsidR="008C77F8" w:rsidRDefault="00000000">
            <w:pPr>
              <w:spacing w:after="0" w:line="240" w:lineRule="auto"/>
              <w:jc w:val="center"/>
            </w:pPr>
            <w:r>
              <w:rPr>
                <w:sz w:val="14"/>
              </w:rPr>
              <w:t>O-03</w:t>
            </w:r>
          </w:p>
        </w:tc>
        <w:tc>
          <w:tcPr>
            <w:tcW w:w="2438" w:type="dxa"/>
            <w:shd w:val="clear" w:color="auto" w:fill="FFFFFF"/>
            <w:tcMar>
              <w:top w:w="75" w:type="dxa"/>
              <w:left w:w="85" w:type="dxa"/>
              <w:bottom w:w="75" w:type="dxa"/>
              <w:right w:w="85" w:type="dxa"/>
            </w:tcMar>
            <w:vAlign w:val="center"/>
          </w:tcPr>
          <w:p w14:paraId="4AE889F0" w14:textId="77777777" w:rsidR="008C77F8" w:rsidRDefault="008C77F8">
            <w:pPr>
              <w:spacing w:after="0" w:line="240" w:lineRule="auto"/>
            </w:pPr>
          </w:p>
        </w:tc>
        <w:tc>
          <w:tcPr>
            <w:tcW w:w="2098" w:type="dxa"/>
            <w:shd w:val="clear" w:color="auto" w:fill="FFFFFF"/>
            <w:tcMar>
              <w:top w:w="75" w:type="dxa"/>
              <w:left w:w="85" w:type="dxa"/>
              <w:bottom w:w="75" w:type="dxa"/>
              <w:right w:w="85" w:type="dxa"/>
            </w:tcMar>
            <w:vAlign w:val="center"/>
          </w:tcPr>
          <w:p w14:paraId="5600907B"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6EB3A5C8"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7CEBE775"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011B72D0"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15103A0E" w14:textId="77777777" w:rsidR="008C77F8" w:rsidRDefault="008C77F8">
            <w:pPr>
              <w:spacing w:after="0" w:line="240" w:lineRule="auto"/>
            </w:pPr>
          </w:p>
        </w:tc>
      </w:tr>
      <w:tr w:rsidR="008C77F8" w14:paraId="29BF80A1" w14:textId="77777777">
        <w:trPr>
          <w:cantSplit/>
          <w:jc w:val="center"/>
        </w:trPr>
        <w:tc>
          <w:tcPr>
            <w:tcW w:w="680" w:type="dxa"/>
            <w:shd w:val="clear" w:color="auto" w:fill="FAFAFA"/>
            <w:tcMar>
              <w:top w:w="75" w:type="dxa"/>
              <w:left w:w="85" w:type="dxa"/>
              <w:bottom w:w="75" w:type="dxa"/>
              <w:right w:w="85" w:type="dxa"/>
            </w:tcMar>
            <w:vAlign w:val="center"/>
          </w:tcPr>
          <w:p w14:paraId="6EFD9917" w14:textId="77777777" w:rsidR="008C77F8" w:rsidRDefault="00000000">
            <w:pPr>
              <w:spacing w:after="0" w:line="240" w:lineRule="auto"/>
              <w:jc w:val="center"/>
            </w:pPr>
            <w:r>
              <w:rPr>
                <w:sz w:val="14"/>
              </w:rPr>
              <w:t>O-04</w:t>
            </w:r>
          </w:p>
        </w:tc>
        <w:tc>
          <w:tcPr>
            <w:tcW w:w="2438" w:type="dxa"/>
            <w:shd w:val="clear" w:color="auto" w:fill="FAFAFA"/>
            <w:tcMar>
              <w:top w:w="75" w:type="dxa"/>
              <w:left w:w="85" w:type="dxa"/>
              <w:bottom w:w="75" w:type="dxa"/>
              <w:right w:w="85" w:type="dxa"/>
            </w:tcMar>
            <w:vAlign w:val="center"/>
          </w:tcPr>
          <w:p w14:paraId="11E70C65" w14:textId="77777777" w:rsidR="008C77F8" w:rsidRDefault="008C77F8">
            <w:pPr>
              <w:spacing w:after="0" w:line="240" w:lineRule="auto"/>
            </w:pPr>
          </w:p>
        </w:tc>
        <w:tc>
          <w:tcPr>
            <w:tcW w:w="2098" w:type="dxa"/>
            <w:shd w:val="clear" w:color="auto" w:fill="FAFAFA"/>
            <w:tcMar>
              <w:top w:w="75" w:type="dxa"/>
              <w:left w:w="85" w:type="dxa"/>
              <w:bottom w:w="75" w:type="dxa"/>
              <w:right w:w="85" w:type="dxa"/>
            </w:tcMar>
            <w:vAlign w:val="center"/>
          </w:tcPr>
          <w:p w14:paraId="67D33251"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2C3E2D09"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6852836A"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40886ED9"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4D113F8A" w14:textId="77777777" w:rsidR="008C77F8" w:rsidRDefault="008C77F8">
            <w:pPr>
              <w:spacing w:after="0" w:line="240" w:lineRule="auto"/>
            </w:pPr>
          </w:p>
        </w:tc>
      </w:tr>
      <w:tr w:rsidR="008C77F8" w14:paraId="0A1F8E99" w14:textId="77777777">
        <w:trPr>
          <w:cantSplit/>
          <w:jc w:val="center"/>
        </w:trPr>
        <w:tc>
          <w:tcPr>
            <w:tcW w:w="680" w:type="dxa"/>
            <w:shd w:val="clear" w:color="auto" w:fill="FFFFFF"/>
            <w:tcMar>
              <w:top w:w="75" w:type="dxa"/>
              <w:left w:w="85" w:type="dxa"/>
              <w:bottom w:w="75" w:type="dxa"/>
              <w:right w:w="85" w:type="dxa"/>
            </w:tcMar>
            <w:vAlign w:val="center"/>
          </w:tcPr>
          <w:p w14:paraId="32B65EC1" w14:textId="77777777" w:rsidR="008C77F8" w:rsidRDefault="00000000">
            <w:pPr>
              <w:spacing w:after="0" w:line="240" w:lineRule="auto"/>
              <w:jc w:val="center"/>
            </w:pPr>
            <w:r>
              <w:rPr>
                <w:sz w:val="14"/>
              </w:rPr>
              <w:t>O-05</w:t>
            </w:r>
          </w:p>
        </w:tc>
        <w:tc>
          <w:tcPr>
            <w:tcW w:w="2438" w:type="dxa"/>
            <w:shd w:val="clear" w:color="auto" w:fill="FFFFFF"/>
            <w:tcMar>
              <w:top w:w="75" w:type="dxa"/>
              <w:left w:w="85" w:type="dxa"/>
              <w:bottom w:w="75" w:type="dxa"/>
              <w:right w:w="85" w:type="dxa"/>
            </w:tcMar>
            <w:vAlign w:val="center"/>
          </w:tcPr>
          <w:p w14:paraId="195DE9C8" w14:textId="77777777" w:rsidR="008C77F8" w:rsidRDefault="008C77F8">
            <w:pPr>
              <w:spacing w:after="0" w:line="240" w:lineRule="auto"/>
            </w:pPr>
          </w:p>
        </w:tc>
        <w:tc>
          <w:tcPr>
            <w:tcW w:w="2098" w:type="dxa"/>
            <w:shd w:val="clear" w:color="auto" w:fill="FFFFFF"/>
            <w:tcMar>
              <w:top w:w="75" w:type="dxa"/>
              <w:left w:w="85" w:type="dxa"/>
              <w:bottom w:w="75" w:type="dxa"/>
              <w:right w:w="85" w:type="dxa"/>
            </w:tcMar>
            <w:vAlign w:val="center"/>
          </w:tcPr>
          <w:p w14:paraId="42DE6510"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68D7F49F"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3FD0617C"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3838B733"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72D9019B" w14:textId="77777777" w:rsidR="008C77F8" w:rsidRDefault="008C77F8">
            <w:pPr>
              <w:spacing w:after="0" w:line="240" w:lineRule="auto"/>
            </w:pPr>
          </w:p>
        </w:tc>
      </w:tr>
      <w:tr w:rsidR="008C77F8" w14:paraId="1E15F4D6" w14:textId="77777777">
        <w:trPr>
          <w:cantSplit/>
          <w:jc w:val="center"/>
        </w:trPr>
        <w:tc>
          <w:tcPr>
            <w:tcW w:w="680" w:type="dxa"/>
            <w:shd w:val="clear" w:color="auto" w:fill="FAFAFA"/>
            <w:tcMar>
              <w:top w:w="75" w:type="dxa"/>
              <w:left w:w="85" w:type="dxa"/>
              <w:bottom w:w="75" w:type="dxa"/>
              <w:right w:w="85" w:type="dxa"/>
            </w:tcMar>
            <w:vAlign w:val="center"/>
          </w:tcPr>
          <w:p w14:paraId="77AE3DA6" w14:textId="77777777" w:rsidR="008C77F8" w:rsidRDefault="00000000">
            <w:pPr>
              <w:spacing w:after="0" w:line="240" w:lineRule="auto"/>
              <w:jc w:val="center"/>
            </w:pPr>
            <w:r>
              <w:rPr>
                <w:sz w:val="14"/>
              </w:rPr>
              <w:t>O-06</w:t>
            </w:r>
          </w:p>
        </w:tc>
        <w:tc>
          <w:tcPr>
            <w:tcW w:w="2438" w:type="dxa"/>
            <w:shd w:val="clear" w:color="auto" w:fill="FAFAFA"/>
            <w:tcMar>
              <w:top w:w="75" w:type="dxa"/>
              <w:left w:w="85" w:type="dxa"/>
              <w:bottom w:w="75" w:type="dxa"/>
              <w:right w:w="85" w:type="dxa"/>
            </w:tcMar>
            <w:vAlign w:val="center"/>
          </w:tcPr>
          <w:p w14:paraId="728000BD" w14:textId="77777777" w:rsidR="008C77F8" w:rsidRDefault="008C77F8">
            <w:pPr>
              <w:spacing w:after="0" w:line="240" w:lineRule="auto"/>
            </w:pPr>
          </w:p>
        </w:tc>
        <w:tc>
          <w:tcPr>
            <w:tcW w:w="2098" w:type="dxa"/>
            <w:shd w:val="clear" w:color="auto" w:fill="FAFAFA"/>
            <w:tcMar>
              <w:top w:w="75" w:type="dxa"/>
              <w:left w:w="85" w:type="dxa"/>
              <w:bottom w:w="75" w:type="dxa"/>
              <w:right w:w="85" w:type="dxa"/>
            </w:tcMar>
            <w:vAlign w:val="center"/>
          </w:tcPr>
          <w:p w14:paraId="33A9412E"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7F36588D"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62F00711"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2D4BFC1B"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571364FC" w14:textId="77777777" w:rsidR="008C77F8" w:rsidRDefault="008C77F8">
            <w:pPr>
              <w:spacing w:after="0" w:line="240" w:lineRule="auto"/>
            </w:pPr>
          </w:p>
        </w:tc>
      </w:tr>
      <w:tr w:rsidR="008C77F8" w14:paraId="1F3B5569" w14:textId="77777777">
        <w:trPr>
          <w:cantSplit/>
          <w:jc w:val="center"/>
        </w:trPr>
        <w:tc>
          <w:tcPr>
            <w:tcW w:w="680" w:type="dxa"/>
            <w:shd w:val="clear" w:color="auto" w:fill="FFFFFF"/>
            <w:tcMar>
              <w:top w:w="75" w:type="dxa"/>
              <w:left w:w="85" w:type="dxa"/>
              <w:bottom w:w="75" w:type="dxa"/>
              <w:right w:w="85" w:type="dxa"/>
            </w:tcMar>
            <w:vAlign w:val="center"/>
          </w:tcPr>
          <w:p w14:paraId="4B5E6EB0" w14:textId="77777777" w:rsidR="008C77F8" w:rsidRDefault="00000000">
            <w:pPr>
              <w:spacing w:after="0" w:line="240" w:lineRule="auto"/>
              <w:jc w:val="center"/>
            </w:pPr>
            <w:r>
              <w:rPr>
                <w:sz w:val="14"/>
              </w:rPr>
              <w:t>O-07</w:t>
            </w:r>
          </w:p>
        </w:tc>
        <w:tc>
          <w:tcPr>
            <w:tcW w:w="2438" w:type="dxa"/>
            <w:shd w:val="clear" w:color="auto" w:fill="FFFFFF"/>
            <w:tcMar>
              <w:top w:w="75" w:type="dxa"/>
              <w:left w:w="85" w:type="dxa"/>
              <w:bottom w:w="75" w:type="dxa"/>
              <w:right w:w="85" w:type="dxa"/>
            </w:tcMar>
            <w:vAlign w:val="center"/>
          </w:tcPr>
          <w:p w14:paraId="00C93194" w14:textId="77777777" w:rsidR="008C77F8" w:rsidRDefault="008C77F8">
            <w:pPr>
              <w:spacing w:after="0" w:line="240" w:lineRule="auto"/>
            </w:pPr>
          </w:p>
        </w:tc>
        <w:tc>
          <w:tcPr>
            <w:tcW w:w="2098" w:type="dxa"/>
            <w:shd w:val="clear" w:color="auto" w:fill="FFFFFF"/>
            <w:tcMar>
              <w:top w:w="75" w:type="dxa"/>
              <w:left w:w="85" w:type="dxa"/>
              <w:bottom w:w="75" w:type="dxa"/>
              <w:right w:w="85" w:type="dxa"/>
            </w:tcMar>
            <w:vAlign w:val="center"/>
          </w:tcPr>
          <w:p w14:paraId="417FB3DC"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5B23E87F" w14:textId="77777777" w:rsidR="008C77F8" w:rsidRDefault="008C77F8">
            <w:pPr>
              <w:spacing w:after="0" w:line="240" w:lineRule="auto"/>
            </w:pPr>
          </w:p>
        </w:tc>
        <w:tc>
          <w:tcPr>
            <w:tcW w:w="964" w:type="dxa"/>
            <w:shd w:val="clear" w:color="auto" w:fill="FFFFFF"/>
            <w:tcMar>
              <w:top w:w="75" w:type="dxa"/>
              <w:left w:w="85" w:type="dxa"/>
              <w:bottom w:w="75" w:type="dxa"/>
              <w:right w:w="85" w:type="dxa"/>
            </w:tcMar>
            <w:vAlign w:val="center"/>
          </w:tcPr>
          <w:p w14:paraId="0B9B32D2"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5BF95E3B"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08A0E344" w14:textId="77777777" w:rsidR="008C77F8" w:rsidRDefault="008C77F8">
            <w:pPr>
              <w:spacing w:after="0" w:line="240" w:lineRule="auto"/>
            </w:pPr>
          </w:p>
        </w:tc>
      </w:tr>
      <w:tr w:rsidR="008C77F8" w14:paraId="1EFBA54B" w14:textId="77777777">
        <w:trPr>
          <w:cantSplit/>
          <w:jc w:val="center"/>
        </w:trPr>
        <w:tc>
          <w:tcPr>
            <w:tcW w:w="680" w:type="dxa"/>
            <w:shd w:val="clear" w:color="auto" w:fill="FAFAFA"/>
            <w:tcMar>
              <w:top w:w="75" w:type="dxa"/>
              <w:left w:w="85" w:type="dxa"/>
              <w:bottom w:w="75" w:type="dxa"/>
              <w:right w:w="85" w:type="dxa"/>
            </w:tcMar>
            <w:vAlign w:val="center"/>
          </w:tcPr>
          <w:p w14:paraId="42486F57" w14:textId="77777777" w:rsidR="008C77F8" w:rsidRDefault="00000000">
            <w:pPr>
              <w:spacing w:after="0" w:line="240" w:lineRule="auto"/>
              <w:jc w:val="center"/>
            </w:pPr>
            <w:r>
              <w:rPr>
                <w:sz w:val="14"/>
              </w:rPr>
              <w:t>O-08</w:t>
            </w:r>
          </w:p>
        </w:tc>
        <w:tc>
          <w:tcPr>
            <w:tcW w:w="2438" w:type="dxa"/>
            <w:shd w:val="clear" w:color="auto" w:fill="FAFAFA"/>
            <w:tcMar>
              <w:top w:w="75" w:type="dxa"/>
              <w:left w:w="85" w:type="dxa"/>
              <w:bottom w:w="75" w:type="dxa"/>
              <w:right w:w="85" w:type="dxa"/>
            </w:tcMar>
            <w:vAlign w:val="center"/>
          </w:tcPr>
          <w:p w14:paraId="6FE44068" w14:textId="77777777" w:rsidR="008C77F8" w:rsidRDefault="008C77F8">
            <w:pPr>
              <w:spacing w:after="0" w:line="240" w:lineRule="auto"/>
            </w:pPr>
          </w:p>
        </w:tc>
        <w:tc>
          <w:tcPr>
            <w:tcW w:w="2098" w:type="dxa"/>
            <w:shd w:val="clear" w:color="auto" w:fill="FAFAFA"/>
            <w:tcMar>
              <w:top w:w="75" w:type="dxa"/>
              <w:left w:w="85" w:type="dxa"/>
              <w:bottom w:w="75" w:type="dxa"/>
              <w:right w:w="85" w:type="dxa"/>
            </w:tcMar>
            <w:vAlign w:val="center"/>
          </w:tcPr>
          <w:p w14:paraId="2287D3E3"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4FD879EA" w14:textId="77777777" w:rsidR="008C77F8" w:rsidRDefault="008C77F8">
            <w:pPr>
              <w:spacing w:after="0" w:line="240" w:lineRule="auto"/>
            </w:pPr>
          </w:p>
        </w:tc>
        <w:tc>
          <w:tcPr>
            <w:tcW w:w="964" w:type="dxa"/>
            <w:shd w:val="clear" w:color="auto" w:fill="FAFAFA"/>
            <w:tcMar>
              <w:top w:w="75" w:type="dxa"/>
              <w:left w:w="85" w:type="dxa"/>
              <w:bottom w:w="75" w:type="dxa"/>
              <w:right w:w="85" w:type="dxa"/>
            </w:tcMar>
            <w:vAlign w:val="center"/>
          </w:tcPr>
          <w:p w14:paraId="3EC9E6AA"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62A2EDBC"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1F87274E" w14:textId="77777777" w:rsidR="008C77F8" w:rsidRDefault="008C77F8">
            <w:pPr>
              <w:spacing w:after="0" w:line="240" w:lineRule="auto"/>
            </w:pPr>
          </w:p>
        </w:tc>
      </w:tr>
    </w:tbl>
    <w:p w14:paraId="3700EC70" w14:textId="77777777" w:rsidR="008C77F8" w:rsidRDefault="008C77F8">
      <w:pPr>
        <w:spacing w:after="20"/>
      </w:pPr>
    </w:p>
    <w:p w14:paraId="397B5563" w14:textId="77777777" w:rsidR="008C77F8" w:rsidRDefault="00000000">
      <w:pPr>
        <w:pStyle w:val="Heading2"/>
      </w:pPr>
      <w:r>
        <w:t>Plan, monitorizare și decizie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1531"/>
        <w:gridCol w:w="3572"/>
        <w:gridCol w:w="1134"/>
        <w:gridCol w:w="3005"/>
      </w:tblGrid>
      <w:tr w:rsidR="008C77F8" w14:paraId="0DEC7797" w14:textId="77777777">
        <w:trPr>
          <w:tblHeader/>
          <w:jc w:val="center"/>
        </w:trPr>
        <w:tc>
          <w:tcPr>
            <w:tcW w:w="680" w:type="dxa"/>
            <w:shd w:val="clear" w:color="auto" w:fill="D71920"/>
            <w:tcMar>
              <w:top w:w="75" w:type="dxa"/>
              <w:left w:w="85" w:type="dxa"/>
              <w:bottom w:w="75" w:type="dxa"/>
              <w:right w:w="85" w:type="dxa"/>
            </w:tcMar>
            <w:vAlign w:val="center"/>
          </w:tcPr>
          <w:p w14:paraId="4B87827E" w14:textId="77777777" w:rsidR="008C77F8" w:rsidRDefault="00000000">
            <w:pPr>
              <w:spacing w:after="0" w:line="240" w:lineRule="auto"/>
              <w:jc w:val="center"/>
            </w:pPr>
            <w:r>
              <w:rPr>
                <w:b/>
                <w:color w:val="FFFFFF"/>
                <w:sz w:val="14"/>
              </w:rPr>
              <w:t>ID</w:t>
            </w:r>
          </w:p>
        </w:tc>
        <w:tc>
          <w:tcPr>
            <w:tcW w:w="1531" w:type="dxa"/>
            <w:shd w:val="clear" w:color="auto" w:fill="D71920"/>
            <w:tcMar>
              <w:top w:w="75" w:type="dxa"/>
              <w:left w:w="85" w:type="dxa"/>
              <w:bottom w:w="75" w:type="dxa"/>
              <w:right w:w="85" w:type="dxa"/>
            </w:tcMar>
            <w:vAlign w:val="center"/>
          </w:tcPr>
          <w:p w14:paraId="28A5F936" w14:textId="77777777" w:rsidR="008C77F8" w:rsidRDefault="00000000">
            <w:pPr>
              <w:spacing w:after="0" w:line="240" w:lineRule="auto"/>
              <w:jc w:val="center"/>
            </w:pPr>
            <w:r>
              <w:rPr>
                <w:b/>
                <w:color w:val="FFFFFF"/>
                <w:sz w:val="14"/>
              </w:rPr>
              <w:t>FRECVENȚĂ</w:t>
            </w:r>
          </w:p>
        </w:tc>
        <w:tc>
          <w:tcPr>
            <w:tcW w:w="3572" w:type="dxa"/>
            <w:shd w:val="clear" w:color="auto" w:fill="D71920"/>
            <w:tcMar>
              <w:top w:w="75" w:type="dxa"/>
              <w:left w:w="85" w:type="dxa"/>
              <w:bottom w:w="75" w:type="dxa"/>
              <w:right w:w="85" w:type="dxa"/>
            </w:tcMar>
            <w:vAlign w:val="center"/>
          </w:tcPr>
          <w:p w14:paraId="02565381" w14:textId="77777777" w:rsidR="008C77F8" w:rsidRDefault="00000000">
            <w:pPr>
              <w:spacing w:after="0" w:line="240" w:lineRule="auto"/>
              <w:jc w:val="center"/>
            </w:pPr>
            <w:r>
              <w:rPr>
                <w:b/>
                <w:color w:val="FFFFFF"/>
                <w:sz w:val="14"/>
              </w:rPr>
              <w:t>ACȚIUNI-CHEIE</w:t>
            </w:r>
          </w:p>
        </w:tc>
        <w:tc>
          <w:tcPr>
            <w:tcW w:w="1134" w:type="dxa"/>
            <w:shd w:val="clear" w:color="auto" w:fill="D71920"/>
            <w:tcMar>
              <w:top w:w="75" w:type="dxa"/>
              <w:left w:w="85" w:type="dxa"/>
              <w:bottom w:w="75" w:type="dxa"/>
              <w:right w:w="85" w:type="dxa"/>
            </w:tcMar>
            <w:vAlign w:val="center"/>
          </w:tcPr>
          <w:p w14:paraId="44CE28E5" w14:textId="77777777" w:rsidR="008C77F8" w:rsidRDefault="00000000">
            <w:pPr>
              <w:spacing w:after="0" w:line="240" w:lineRule="auto"/>
              <w:jc w:val="center"/>
            </w:pPr>
            <w:r>
              <w:rPr>
                <w:b/>
                <w:color w:val="FFFFFF"/>
                <w:sz w:val="14"/>
              </w:rPr>
              <w:t>STATUS</w:t>
            </w:r>
          </w:p>
        </w:tc>
        <w:tc>
          <w:tcPr>
            <w:tcW w:w="3005" w:type="dxa"/>
            <w:shd w:val="clear" w:color="auto" w:fill="D71920"/>
            <w:tcMar>
              <w:top w:w="75" w:type="dxa"/>
              <w:left w:w="85" w:type="dxa"/>
              <w:bottom w:w="75" w:type="dxa"/>
              <w:right w:w="85" w:type="dxa"/>
            </w:tcMar>
            <w:vAlign w:val="center"/>
          </w:tcPr>
          <w:p w14:paraId="3403B967" w14:textId="77777777" w:rsidR="008C77F8" w:rsidRDefault="00000000">
            <w:pPr>
              <w:spacing w:after="0" w:line="240" w:lineRule="auto"/>
              <w:jc w:val="center"/>
            </w:pPr>
            <w:r>
              <w:rPr>
                <w:b/>
                <w:color w:val="FFFFFF"/>
                <w:sz w:val="14"/>
              </w:rPr>
              <w:t>REZULTAT / DECIZIE</w:t>
            </w:r>
          </w:p>
        </w:tc>
      </w:tr>
      <w:tr w:rsidR="008C77F8" w14:paraId="14942F06" w14:textId="77777777">
        <w:trPr>
          <w:cantSplit/>
          <w:jc w:val="center"/>
        </w:trPr>
        <w:tc>
          <w:tcPr>
            <w:tcW w:w="680" w:type="dxa"/>
            <w:shd w:val="clear" w:color="auto" w:fill="FFFFFF"/>
            <w:tcMar>
              <w:top w:w="75" w:type="dxa"/>
              <w:left w:w="85" w:type="dxa"/>
              <w:bottom w:w="75" w:type="dxa"/>
              <w:right w:w="85" w:type="dxa"/>
            </w:tcMar>
            <w:vAlign w:val="center"/>
          </w:tcPr>
          <w:p w14:paraId="43B4A729" w14:textId="77777777" w:rsidR="008C77F8" w:rsidRDefault="00000000">
            <w:pPr>
              <w:spacing w:after="0" w:line="240" w:lineRule="auto"/>
              <w:jc w:val="center"/>
            </w:pPr>
            <w:r>
              <w:rPr>
                <w:sz w:val="14"/>
              </w:rPr>
              <w:t>O-01</w:t>
            </w:r>
          </w:p>
        </w:tc>
        <w:tc>
          <w:tcPr>
            <w:tcW w:w="1531" w:type="dxa"/>
            <w:shd w:val="clear" w:color="auto" w:fill="FFFFFF"/>
            <w:tcMar>
              <w:top w:w="75" w:type="dxa"/>
              <w:left w:w="85" w:type="dxa"/>
              <w:bottom w:w="75" w:type="dxa"/>
              <w:right w:w="85" w:type="dxa"/>
            </w:tcMar>
            <w:vAlign w:val="center"/>
          </w:tcPr>
          <w:p w14:paraId="047D986E" w14:textId="77777777" w:rsidR="008C77F8" w:rsidRDefault="008C77F8">
            <w:pPr>
              <w:spacing w:after="0" w:line="240" w:lineRule="auto"/>
            </w:pPr>
          </w:p>
        </w:tc>
        <w:tc>
          <w:tcPr>
            <w:tcW w:w="3572" w:type="dxa"/>
            <w:shd w:val="clear" w:color="auto" w:fill="FFFFFF"/>
            <w:tcMar>
              <w:top w:w="75" w:type="dxa"/>
              <w:left w:w="85" w:type="dxa"/>
              <w:bottom w:w="75" w:type="dxa"/>
              <w:right w:w="85" w:type="dxa"/>
            </w:tcMar>
            <w:vAlign w:val="center"/>
          </w:tcPr>
          <w:p w14:paraId="614D60D7"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708910BD" w14:textId="77777777" w:rsidR="008C77F8" w:rsidRDefault="00000000">
            <w:pPr>
              <w:spacing w:after="0" w:line="240" w:lineRule="auto"/>
              <w:jc w:val="center"/>
            </w:pPr>
            <w:r>
              <w:rPr>
                <w:sz w:val="14"/>
              </w:rPr>
              <w:t>G/A/R</w:t>
            </w:r>
          </w:p>
        </w:tc>
        <w:tc>
          <w:tcPr>
            <w:tcW w:w="3005" w:type="dxa"/>
            <w:shd w:val="clear" w:color="auto" w:fill="FFFFFF"/>
            <w:tcMar>
              <w:top w:w="75" w:type="dxa"/>
              <w:left w:w="85" w:type="dxa"/>
              <w:bottom w:w="75" w:type="dxa"/>
              <w:right w:w="85" w:type="dxa"/>
            </w:tcMar>
            <w:vAlign w:val="center"/>
          </w:tcPr>
          <w:p w14:paraId="55540D6F" w14:textId="77777777" w:rsidR="008C77F8" w:rsidRDefault="008C77F8">
            <w:pPr>
              <w:spacing w:after="0" w:line="240" w:lineRule="auto"/>
            </w:pPr>
          </w:p>
        </w:tc>
      </w:tr>
      <w:tr w:rsidR="008C77F8" w14:paraId="43AACCAF" w14:textId="77777777">
        <w:trPr>
          <w:cantSplit/>
          <w:jc w:val="center"/>
        </w:trPr>
        <w:tc>
          <w:tcPr>
            <w:tcW w:w="680" w:type="dxa"/>
            <w:shd w:val="clear" w:color="auto" w:fill="FAFAFA"/>
            <w:tcMar>
              <w:top w:w="75" w:type="dxa"/>
              <w:left w:w="85" w:type="dxa"/>
              <w:bottom w:w="75" w:type="dxa"/>
              <w:right w:w="85" w:type="dxa"/>
            </w:tcMar>
            <w:vAlign w:val="center"/>
          </w:tcPr>
          <w:p w14:paraId="13DCA88A" w14:textId="77777777" w:rsidR="008C77F8" w:rsidRDefault="00000000">
            <w:pPr>
              <w:spacing w:after="0" w:line="240" w:lineRule="auto"/>
              <w:jc w:val="center"/>
            </w:pPr>
            <w:r>
              <w:rPr>
                <w:sz w:val="14"/>
              </w:rPr>
              <w:t>O-02</w:t>
            </w:r>
          </w:p>
        </w:tc>
        <w:tc>
          <w:tcPr>
            <w:tcW w:w="1531" w:type="dxa"/>
            <w:shd w:val="clear" w:color="auto" w:fill="FAFAFA"/>
            <w:tcMar>
              <w:top w:w="75" w:type="dxa"/>
              <w:left w:w="85" w:type="dxa"/>
              <w:bottom w:w="75" w:type="dxa"/>
              <w:right w:w="85" w:type="dxa"/>
            </w:tcMar>
            <w:vAlign w:val="center"/>
          </w:tcPr>
          <w:p w14:paraId="133A61D2" w14:textId="77777777" w:rsidR="008C77F8" w:rsidRDefault="008C77F8">
            <w:pPr>
              <w:spacing w:after="0" w:line="240" w:lineRule="auto"/>
            </w:pPr>
          </w:p>
        </w:tc>
        <w:tc>
          <w:tcPr>
            <w:tcW w:w="3572" w:type="dxa"/>
            <w:shd w:val="clear" w:color="auto" w:fill="FAFAFA"/>
            <w:tcMar>
              <w:top w:w="75" w:type="dxa"/>
              <w:left w:w="85" w:type="dxa"/>
              <w:bottom w:w="75" w:type="dxa"/>
              <w:right w:w="85" w:type="dxa"/>
            </w:tcMar>
            <w:vAlign w:val="center"/>
          </w:tcPr>
          <w:p w14:paraId="41C764CB"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19729FBB" w14:textId="77777777" w:rsidR="008C77F8" w:rsidRDefault="00000000">
            <w:pPr>
              <w:spacing w:after="0" w:line="240" w:lineRule="auto"/>
              <w:jc w:val="center"/>
            </w:pPr>
            <w:r>
              <w:rPr>
                <w:sz w:val="14"/>
              </w:rPr>
              <w:t>G/A/R</w:t>
            </w:r>
          </w:p>
        </w:tc>
        <w:tc>
          <w:tcPr>
            <w:tcW w:w="3005" w:type="dxa"/>
            <w:shd w:val="clear" w:color="auto" w:fill="FAFAFA"/>
            <w:tcMar>
              <w:top w:w="75" w:type="dxa"/>
              <w:left w:w="85" w:type="dxa"/>
              <w:bottom w:w="75" w:type="dxa"/>
              <w:right w:w="85" w:type="dxa"/>
            </w:tcMar>
            <w:vAlign w:val="center"/>
          </w:tcPr>
          <w:p w14:paraId="5D66968F" w14:textId="77777777" w:rsidR="008C77F8" w:rsidRDefault="008C77F8">
            <w:pPr>
              <w:spacing w:after="0" w:line="240" w:lineRule="auto"/>
            </w:pPr>
          </w:p>
        </w:tc>
      </w:tr>
      <w:tr w:rsidR="008C77F8" w14:paraId="7D9B872E" w14:textId="77777777">
        <w:trPr>
          <w:cantSplit/>
          <w:jc w:val="center"/>
        </w:trPr>
        <w:tc>
          <w:tcPr>
            <w:tcW w:w="680" w:type="dxa"/>
            <w:shd w:val="clear" w:color="auto" w:fill="FFFFFF"/>
            <w:tcMar>
              <w:top w:w="75" w:type="dxa"/>
              <w:left w:w="85" w:type="dxa"/>
              <w:bottom w:w="75" w:type="dxa"/>
              <w:right w:w="85" w:type="dxa"/>
            </w:tcMar>
            <w:vAlign w:val="center"/>
          </w:tcPr>
          <w:p w14:paraId="0A7B1C29" w14:textId="77777777" w:rsidR="008C77F8" w:rsidRDefault="00000000">
            <w:pPr>
              <w:spacing w:after="0" w:line="240" w:lineRule="auto"/>
              <w:jc w:val="center"/>
            </w:pPr>
            <w:r>
              <w:rPr>
                <w:sz w:val="14"/>
              </w:rPr>
              <w:t>O-03</w:t>
            </w:r>
          </w:p>
        </w:tc>
        <w:tc>
          <w:tcPr>
            <w:tcW w:w="1531" w:type="dxa"/>
            <w:shd w:val="clear" w:color="auto" w:fill="FFFFFF"/>
            <w:tcMar>
              <w:top w:w="75" w:type="dxa"/>
              <w:left w:w="85" w:type="dxa"/>
              <w:bottom w:w="75" w:type="dxa"/>
              <w:right w:w="85" w:type="dxa"/>
            </w:tcMar>
            <w:vAlign w:val="center"/>
          </w:tcPr>
          <w:p w14:paraId="2FF4086B" w14:textId="77777777" w:rsidR="008C77F8" w:rsidRDefault="008C77F8">
            <w:pPr>
              <w:spacing w:after="0" w:line="240" w:lineRule="auto"/>
            </w:pPr>
          </w:p>
        </w:tc>
        <w:tc>
          <w:tcPr>
            <w:tcW w:w="3572" w:type="dxa"/>
            <w:shd w:val="clear" w:color="auto" w:fill="FFFFFF"/>
            <w:tcMar>
              <w:top w:w="75" w:type="dxa"/>
              <w:left w:w="85" w:type="dxa"/>
              <w:bottom w:w="75" w:type="dxa"/>
              <w:right w:w="85" w:type="dxa"/>
            </w:tcMar>
            <w:vAlign w:val="center"/>
          </w:tcPr>
          <w:p w14:paraId="3FF3BB33"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04617490" w14:textId="77777777" w:rsidR="008C77F8" w:rsidRDefault="00000000">
            <w:pPr>
              <w:spacing w:after="0" w:line="240" w:lineRule="auto"/>
              <w:jc w:val="center"/>
            </w:pPr>
            <w:r>
              <w:rPr>
                <w:sz w:val="14"/>
              </w:rPr>
              <w:t>G/A/R</w:t>
            </w:r>
          </w:p>
        </w:tc>
        <w:tc>
          <w:tcPr>
            <w:tcW w:w="3005" w:type="dxa"/>
            <w:shd w:val="clear" w:color="auto" w:fill="FFFFFF"/>
            <w:tcMar>
              <w:top w:w="75" w:type="dxa"/>
              <w:left w:w="85" w:type="dxa"/>
              <w:bottom w:w="75" w:type="dxa"/>
              <w:right w:w="85" w:type="dxa"/>
            </w:tcMar>
            <w:vAlign w:val="center"/>
          </w:tcPr>
          <w:p w14:paraId="29C17468" w14:textId="77777777" w:rsidR="008C77F8" w:rsidRDefault="008C77F8">
            <w:pPr>
              <w:spacing w:after="0" w:line="240" w:lineRule="auto"/>
            </w:pPr>
          </w:p>
        </w:tc>
      </w:tr>
      <w:tr w:rsidR="008C77F8" w14:paraId="6E1C0921" w14:textId="77777777">
        <w:trPr>
          <w:cantSplit/>
          <w:jc w:val="center"/>
        </w:trPr>
        <w:tc>
          <w:tcPr>
            <w:tcW w:w="680" w:type="dxa"/>
            <w:shd w:val="clear" w:color="auto" w:fill="FAFAFA"/>
            <w:tcMar>
              <w:top w:w="75" w:type="dxa"/>
              <w:left w:w="85" w:type="dxa"/>
              <w:bottom w:w="75" w:type="dxa"/>
              <w:right w:w="85" w:type="dxa"/>
            </w:tcMar>
            <w:vAlign w:val="center"/>
          </w:tcPr>
          <w:p w14:paraId="529DE1E7" w14:textId="77777777" w:rsidR="008C77F8" w:rsidRDefault="00000000">
            <w:pPr>
              <w:spacing w:after="0" w:line="240" w:lineRule="auto"/>
              <w:jc w:val="center"/>
            </w:pPr>
            <w:r>
              <w:rPr>
                <w:sz w:val="14"/>
              </w:rPr>
              <w:t>O-04</w:t>
            </w:r>
          </w:p>
        </w:tc>
        <w:tc>
          <w:tcPr>
            <w:tcW w:w="1531" w:type="dxa"/>
            <w:shd w:val="clear" w:color="auto" w:fill="FAFAFA"/>
            <w:tcMar>
              <w:top w:w="75" w:type="dxa"/>
              <w:left w:w="85" w:type="dxa"/>
              <w:bottom w:w="75" w:type="dxa"/>
              <w:right w:w="85" w:type="dxa"/>
            </w:tcMar>
            <w:vAlign w:val="center"/>
          </w:tcPr>
          <w:p w14:paraId="0DF02DDE" w14:textId="77777777" w:rsidR="008C77F8" w:rsidRDefault="008C77F8">
            <w:pPr>
              <w:spacing w:after="0" w:line="240" w:lineRule="auto"/>
            </w:pPr>
          </w:p>
        </w:tc>
        <w:tc>
          <w:tcPr>
            <w:tcW w:w="3572" w:type="dxa"/>
            <w:shd w:val="clear" w:color="auto" w:fill="FAFAFA"/>
            <w:tcMar>
              <w:top w:w="75" w:type="dxa"/>
              <w:left w:w="85" w:type="dxa"/>
              <w:bottom w:w="75" w:type="dxa"/>
              <w:right w:w="85" w:type="dxa"/>
            </w:tcMar>
            <w:vAlign w:val="center"/>
          </w:tcPr>
          <w:p w14:paraId="521C540C"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23D12541" w14:textId="77777777" w:rsidR="008C77F8" w:rsidRDefault="00000000">
            <w:pPr>
              <w:spacing w:after="0" w:line="240" w:lineRule="auto"/>
              <w:jc w:val="center"/>
            </w:pPr>
            <w:r>
              <w:rPr>
                <w:sz w:val="14"/>
              </w:rPr>
              <w:t>G/A/R</w:t>
            </w:r>
          </w:p>
        </w:tc>
        <w:tc>
          <w:tcPr>
            <w:tcW w:w="3005" w:type="dxa"/>
            <w:shd w:val="clear" w:color="auto" w:fill="FAFAFA"/>
            <w:tcMar>
              <w:top w:w="75" w:type="dxa"/>
              <w:left w:w="85" w:type="dxa"/>
              <w:bottom w:w="75" w:type="dxa"/>
              <w:right w:w="85" w:type="dxa"/>
            </w:tcMar>
            <w:vAlign w:val="center"/>
          </w:tcPr>
          <w:p w14:paraId="298F00BD" w14:textId="77777777" w:rsidR="008C77F8" w:rsidRDefault="008C77F8">
            <w:pPr>
              <w:spacing w:after="0" w:line="240" w:lineRule="auto"/>
            </w:pPr>
          </w:p>
        </w:tc>
      </w:tr>
      <w:tr w:rsidR="008C77F8" w14:paraId="6AC79A5C" w14:textId="77777777">
        <w:trPr>
          <w:cantSplit/>
          <w:jc w:val="center"/>
        </w:trPr>
        <w:tc>
          <w:tcPr>
            <w:tcW w:w="680" w:type="dxa"/>
            <w:shd w:val="clear" w:color="auto" w:fill="FFFFFF"/>
            <w:tcMar>
              <w:top w:w="75" w:type="dxa"/>
              <w:left w:w="85" w:type="dxa"/>
              <w:bottom w:w="75" w:type="dxa"/>
              <w:right w:w="85" w:type="dxa"/>
            </w:tcMar>
            <w:vAlign w:val="center"/>
          </w:tcPr>
          <w:p w14:paraId="44973937" w14:textId="77777777" w:rsidR="008C77F8" w:rsidRDefault="00000000">
            <w:pPr>
              <w:spacing w:after="0" w:line="240" w:lineRule="auto"/>
              <w:jc w:val="center"/>
            </w:pPr>
            <w:r>
              <w:rPr>
                <w:sz w:val="14"/>
              </w:rPr>
              <w:t>O-05</w:t>
            </w:r>
          </w:p>
        </w:tc>
        <w:tc>
          <w:tcPr>
            <w:tcW w:w="1531" w:type="dxa"/>
            <w:shd w:val="clear" w:color="auto" w:fill="FFFFFF"/>
            <w:tcMar>
              <w:top w:w="75" w:type="dxa"/>
              <w:left w:w="85" w:type="dxa"/>
              <w:bottom w:w="75" w:type="dxa"/>
              <w:right w:w="85" w:type="dxa"/>
            </w:tcMar>
            <w:vAlign w:val="center"/>
          </w:tcPr>
          <w:p w14:paraId="787AC121" w14:textId="77777777" w:rsidR="008C77F8" w:rsidRDefault="008C77F8">
            <w:pPr>
              <w:spacing w:after="0" w:line="240" w:lineRule="auto"/>
            </w:pPr>
          </w:p>
        </w:tc>
        <w:tc>
          <w:tcPr>
            <w:tcW w:w="3572" w:type="dxa"/>
            <w:shd w:val="clear" w:color="auto" w:fill="FFFFFF"/>
            <w:tcMar>
              <w:top w:w="75" w:type="dxa"/>
              <w:left w:w="85" w:type="dxa"/>
              <w:bottom w:w="75" w:type="dxa"/>
              <w:right w:w="85" w:type="dxa"/>
            </w:tcMar>
            <w:vAlign w:val="center"/>
          </w:tcPr>
          <w:p w14:paraId="184FFA23"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4F3BE0F6" w14:textId="77777777" w:rsidR="008C77F8" w:rsidRDefault="00000000">
            <w:pPr>
              <w:spacing w:after="0" w:line="240" w:lineRule="auto"/>
              <w:jc w:val="center"/>
            </w:pPr>
            <w:r>
              <w:rPr>
                <w:sz w:val="14"/>
              </w:rPr>
              <w:t>G/A/R</w:t>
            </w:r>
          </w:p>
        </w:tc>
        <w:tc>
          <w:tcPr>
            <w:tcW w:w="3005" w:type="dxa"/>
            <w:shd w:val="clear" w:color="auto" w:fill="FFFFFF"/>
            <w:tcMar>
              <w:top w:w="75" w:type="dxa"/>
              <w:left w:w="85" w:type="dxa"/>
              <w:bottom w:w="75" w:type="dxa"/>
              <w:right w:w="85" w:type="dxa"/>
            </w:tcMar>
            <w:vAlign w:val="center"/>
          </w:tcPr>
          <w:p w14:paraId="47322BD0" w14:textId="77777777" w:rsidR="008C77F8" w:rsidRDefault="008C77F8">
            <w:pPr>
              <w:spacing w:after="0" w:line="240" w:lineRule="auto"/>
            </w:pPr>
          </w:p>
        </w:tc>
      </w:tr>
      <w:tr w:rsidR="008C77F8" w14:paraId="5F8F117A" w14:textId="77777777">
        <w:trPr>
          <w:cantSplit/>
          <w:jc w:val="center"/>
        </w:trPr>
        <w:tc>
          <w:tcPr>
            <w:tcW w:w="680" w:type="dxa"/>
            <w:shd w:val="clear" w:color="auto" w:fill="FAFAFA"/>
            <w:tcMar>
              <w:top w:w="75" w:type="dxa"/>
              <w:left w:w="85" w:type="dxa"/>
              <w:bottom w:w="75" w:type="dxa"/>
              <w:right w:w="85" w:type="dxa"/>
            </w:tcMar>
            <w:vAlign w:val="center"/>
          </w:tcPr>
          <w:p w14:paraId="0679A66C" w14:textId="77777777" w:rsidR="008C77F8" w:rsidRDefault="00000000">
            <w:pPr>
              <w:spacing w:after="0" w:line="240" w:lineRule="auto"/>
              <w:jc w:val="center"/>
            </w:pPr>
            <w:r>
              <w:rPr>
                <w:sz w:val="14"/>
              </w:rPr>
              <w:t>O-06</w:t>
            </w:r>
          </w:p>
        </w:tc>
        <w:tc>
          <w:tcPr>
            <w:tcW w:w="1531" w:type="dxa"/>
            <w:shd w:val="clear" w:color="auto" w:fill="FAFAFA"/>
            <w:tcMar>
              <w:top w:w="75" w:type="dxa"/>
              <w:left w:w="85" w:type="dxa"/>
              <w:bottom w:w="75" w:type="dxa"/>
              <w:right w:w="85" w:type="dxa"/>
            </w:tcMar>
            <w:vAlign w:val="center"/>
          </w:tcPr>
          <w:p w14:paraId="03F23F66" w14:textId="77777777" w:rsidR="008C77F8" w:rsidRDefault="008C77F8">
            <w:pPr>
              <w:spacing w:after="0" w:line="240" w:lineRule="auto"/>
            </w:pPr>
          </w:p>
        </w:tc>
        <w:tc>
          <w:tcPr>
            <w:tcW w:w="3572" w:type="dxa"/>
            <w:shd w:val="clear" w:color="auto" w:fill="FAFAFA"/>
            <w:tcMar>
              <w:top w:w="75" w:type="dxa"/>
              <w:left w:w="85" w:type="dxa"/>
              <w:bottom w:w="75" w:type="dxa"/>
              <w:right w:w="85" w:type="dxa"/>
            </w:tcMar>
            <w:vAlign w:val="center"/>
          </w:tcPr>
          <w:p w14:paraId="7F76EE70"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10A63C58" w14:textId="77777777" w:rsidR="008C77F8" w:rsidRDefault="00000000">
            <w:pPr>
              <w:spacing w:after="0" w:line="240" w:lineRule="auto"/>
              <w:jc w:val="center"/>
            </w:pPr>
            <w:r>
              <w:rPr>
                <w:sz w:val="14"/>
              </w:rPr>
              <w:t>G/A/R</w:t>
            </w:r>
          </w:p>
        </w:tc>
        <w:tc>
          <w:tcPr>
            <w:tcW w:w="3005" w:type="dxa"/>
            <w:shd w:val="clear" w:color="auto" w:fill="FAFAFA"/>
            <w:tcMar>
              <w:top w:w="75" w:type="dxa"/>
              <w:left w:w="85" w:type="dxa"/>
              <w:bottom w:w="75" w:type="dxa"/>
              <w:right w:w="85" w:type="dxa"/>
            </w:tcMar>
            <w:vAlign w:val="center"/>
          </w:tcPr>
          <w:p w14:paraId="5465C6F9" w14:textId="77777777" w:rsidR="008C77F8" w:rsidRDefault="008C77F8">
            <w:pPr>
              <w:spacing w:after="0" w:line="240" w:lineRule="auto"/>
            </w:pPr>
          </w:p>
        </w:tc>
      </w:tr>
      <w:tr w:rsidR="008C77F8" w14:paraId="21EC4381" w14:textId="77777777">
        <w:trPr>
          <w:cantSplit/>
          <w:jc w:val="center"/>
        </w:trPr>
        <w:tc>
          <w:tcPr>
            <w:tcW w:w="680" w:type="dxa"/>
            <w:shd w:val="clear" w:color="auto" w:fill="FFFFFF"/>
            <w:tcMar>
              <w:top w:w="75" w:type="dxa"/>
              <w:left w:w="85" w:type="dxa"/>
              <w:bottom w:w="75" w:type="dxa"/>
              <w:right w:w="85" w:type="dxa"/>
            </w:tcMar>
            <w:vAlign w:val="center"/>
          </w:tcPr>
          <w:p w14:paraId="0E9E590E" w14:textId="77777777" w:rsidR="008C77F8" w:rsidRDefault="00000000">
            <w:pPr>
              <w:spacing w:after="0" w:line="240" w:lineRule="auto"/>
              <w:jc w:val="center"/>
            </w:pPr>
            <w:r>
              <w:rPr>
                <w:sz w:val="14"/>
              </w:rPr>
              <w:t>O-07</w:t>
            </w:r>
          </w:p>
        </w:tc>
        <w:tc>
          <w:tcPr>
            <w:tcW w:w="1531" w:type="dxa"/>
            <w:shd w:val="clear" w:color="auto" w:fill="FFFFFF"/>
            <w:tcMar>
              <w:top w:w="75" w:type="dxa"/>
              <w:left w:w="85" w:type="dxa"/>
              <w:bottom w:w="75" w:type="dxa"/>
              <w:right w:w="85" w:type="dxa"/>
            </w:tcMar>
            <w:vAlign w:val="center"/>
          </w:tcPr>
          <w:p w14:paraId="6BCB187E" w14:textId="77777777" w:rsidR="008C77F8" w:rsidRDefault="008C77F8">
            <w:pPr>
              <w:spacing w:after="0" w:line="240" w:lineRule="auto"/>
            </w:pPr>
          </w:p>
        </w:tc>
        <w:tc>
          <w:tcPr>
            <w:tcW w:w="3572" w:type="dxa"/>
            <w:shd w:val="clear" w:color="auto" w:fill="FFFFFF"/>
            <w:tcMar>
              <w:top w:w="75" w:type="dxa"/>
              <w:left w:w="85" w:type="dxa"/>
              <w:bottom w:w="75" w:type="dxa"/>
              <w:right w:w="85" w:type="dxa"/>
            </w:tcMar>
            <w:vAlign w:val="center"/>
          </w:tcPr>
          <w:p w14:paraId="697792A1"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2B412A3E" w14:textId="77777777" w:rsidR="008C77F8" w:rsidRDefault="00000000">
            <w:pPr>
              <w:spacing w:after="0" w:line="240" w:lineRule="auto"/>
              <w:jc w:val="center"/>
            </w:pPr>
            <w:r>
              <w:rPr>
                <w:sz w:val="14"/>
              </w:rPr>
              <w:t>G/A/R</w:t>
            </w:r>
          </w:p>
        </w:tc>
        <w:tc>
          <w:tcPr>
            <w:tcW w:w="3005" w:type="dxa"/>
            <w:shd w:val="clear" w:color="auto" w:fill="FFFFFF"/>
            <w:tcMar>
              <w:top w:w="75" w:type="dxa"/>
              <w:left w:w="85" w:type="dxa"/>
              <w:bottom w:w="75" w:type="dxa"/>
              <w:right w:w="85" w:type="dxa"/>
            </w:tcMar>
            <w:vAlign w:val="center"/>
          </w:tcPr>
          <w:p w14:paraId="7DFE5ABF" w14:textId="77777777" w:rsidR="008C77F8" w:rsidRDefault="008C77F8">
            <w:pPr>
              <w:spacing w:after="0" w:line="240" w:lineRule="auto"/>
            </w:pPr>
          </w:p>
        </w:tc>
      </w:tr>
      <w:tr w:rsidR="008C77F8" w14:paraId="216C3602" w14:textId="77777777">
        <w:trPr>
          <w:cantSplit/>
          <w:jc w:val="center"/>
        </w:trPr>
        <w:tc>
          <w:tcPr>
            <w:tcW w:w="680" w:type="dxa"/>
            <w:shd w:val="clear" w:color="auto" w:fill="FAFAFA"/>
            <w:tcMar>
              <w:top w:w="75" w:type="dxa"/>
              <w:left w:w="85" w:type="dxa"/>
              <w:bottom w:w="75" w:type="dxa"/>
              <w:right w:w="85" w:type="dxa"/>
            </w:tcMar>
            <w:vAlign w:val="center"/>
          </w:tcPr>
          <w:p w14:paraId="7FE677E9" w14:textId="77777777" w:rsidR="008C77F8" w:rsidRDefault="00000000">
            <w:pPr>
              <w:spacing w:after="0" w:line="240" w:lineRule="auto"/>
              <w:jc w:val="center"/>
            </w:pPr>
            <w:r>
              <w:rPr>
                <w:sz w:val="14"/>
              </w:rPr>
              <w:t>O-08</w:t>
            </w:r>
          </w:p>
        </w:tc>
        <w:tc>
          <w:tcPr>
            <w:tcW w:w="1531" w:type="dxa"/>
            <w:shd w:val="clear" w:color="auto" w:fill="FAFAFA"/>
            <w:tcMar>
              <w:top w:w="75" w:type="dxa"/>
              <w:left w:w="85" w:type="dxa"/>
              <w:bottom w:w="75" w:type="dxa"/>
              <w:right w:w="85" w:type="dxa"/>
            </w:tcMar>
            <w:vAlign w:val="center"/>
          </w:tcPr>
          <w:p w14:paraId="479333DC" w14:textId="77777777" w:rsidR="008C77F8" w:rsidRDefault="008C77F8">
            <w:pPr>
              <w:spacing w:after="0" w:line="240" w:lineRule="auto"/>
            </w:pPr>
          </w:p>
        </w:tc>
        <w:tc>
          <w:tcPr>
            <w:tcW w:w="3572" w:type="dxa"/>
            <w:shd w:val="clear" w:color="auto" w:fill="FAFAFA"/>
            <w:tcMar>
              <w:top w:w="75" w:type="dxa"/>
              <w:left w:w="85" w:type="dxa"/>
              <w:bottom w:w="75" w:type="dxa"/>
              <w:right w:w="85" w:type="dxa"/>
            </w:tcMar>
            <w:vAlign w:val="center"/>
          </w:tcPr>
          <w:p w14:paraId="75394F78"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32AA928D" w14:textId="77777777" w:rsidR="008C77F8" w:rsidRDefault="00000000">
            <w:pPr>
              <w:spacing w:after="0" w:line="240" w:lineRule="auto"/>
              <w:jc w:val="center"/>
            </w:pPr>
            <w:r>
              <w:rPr>
                <w:sz w:val="14"/>
              </w:rPr>
              <w:t>G/A/R</w:t>
            </w:r>
          </w:p>
        </w:tc>
        <w:tc>
          <w:tcPr>
            <w:tcW w:w="3005" w:type="dxa"/>
            <w:shd w:val="clear" w:color="auto" w:fill="FAFAFA"/>
            <w:tcMar>
              <w:top w:w="75" w:type="dxa"/>
              <w:left w:w="85" w:type="dxa"/>
              <w:bottom w:w="75" w:type="dxa"/>
              <w:right w:w="85" w:type="dxa"/>
            </w:tcMar>
            <w:vAlign w:val="center"/>
          </w:tcPr>
          <w:p w14:paraId="54C4EAB0" w14:textId="77777777" w:rsidR="008C77F8" w:rsidRDefault="008C77F8">
            <w:pPr>
              <w:spacing w:after="0" w:line="240" w:lineRule="auto"/>
            </w:pPr>
          </w:p>
        </w:tc>
      </w:tr>
    </w:tbl>
    <w:p w14:paraId="4F60BCEC" w14:textId="77777777" w:rsidR="008C77F8" w:rsidRDefault="008C77F8">
      <w:pPr>
        <w:spacing w:after="2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701"/>
        <w:gridCol w:w="5102"/>
        <w:gridCol w:w="3118"/>
      </w:tblGrid>
      <w:tr w:rsidR="008C77F8" w14:paraId="2BF55071" w14:textId="77777777">
        <w:trPr>
          <w:tblHeader/>
          <w:jc w:val="center"/>
        </w:trPr>
        <w:tc>
          <w:tcPr>
            <w:tcW w:w="1701" w:type="dxa"/>
            <w:shd w:val="clear" w:color="auto" w:fill="D71920"/>
            <w:tcMar>
              <w:top w:w="75" w:type="dxa"/>
              <w:left w:w="85" w:type="dxa"/>
              <w:bottom w:w="75" w:type="dxa"/>
              <w:right w:w="85" w:type="dxa"/>
            </w:tcMar>
            <w:vAlign w:val="center"/>
          </w:tcPr>
          <w:p w14:paraId="4D3C8D8A" w14:textId="77777777" w:rsidR="008C77F8" w:rsidRDefault="00000000">
            <w:pPr>
              <w:spacing w:after="0" w:line="240" w:lineRule="auto"/>
              <w:jc w:val="center"/>
            </w:pPr>
            <w:r>
              <w:rPr>
                <w:b/>
                <w:color w:val="FFFFFF"/>
                <w:sz w:val="15"/>
              </w:rPr>
              <w:t>STATUS</w:t>
            </w:r>
          </w:p>
        </w:tc>
        <w:tc>
          <w:tcPr>
            <w:tcW w:w="5102" w:type="dxa"/>
            <w:shd w:val="clear" w:color="auto" w:fill="D71920"/>
            <w:tcMar>
              <w:top w:w="75" w:type="dxa"/>
              <w:left w:w="85" w:type="dxa"/>
              <w:bottom w:w="75" w:type="dxa"/>
              <w:right w:w="85" w:type="dxa"/>
            </w:tcMar>
            <w:vAlign w:val="center"/>
          </w:tcPr>
          <w:p w14:paraId="270EBEE0" w14:textId="77777777" w:rsidR="008C77F8" w:rsidRDefault="00000000">
            <w:pPr>
              <w:spacing w:after="0" w:line="240" w:lineRule="auto"/>
              <w:jc w:val="center"/>
            </w:pPr>
            <w:r>
              <w:rPr>
                <w:b/>
                <w:color w:val="FFFFFF"/>
                <w:sz w:val="15"/>
              </w:rPr>
              <w:t>CRITERIU</w:t>
            </w:r>
          </w:p>
        </w:tc>
        <w:tc>
          <w:tcPr>
            <w:tcW w:w="3118" w:type="dxa"/>
            <w:shd w:val="clear" w:color="auto" w:fill="D71920"/>
            <w:tcMar>
              <w:top w:w="75" w:type="dxa"/>
              <w:left w:w="85" w:type="dxa"/>
              <w:bottom w:w="75" w:type="dxa"/>
              <w:right w:w="85" w:type="dxa"/>
            </w:tcMar>
            <w:vAlign w:val="center"/>
          </w:tcPr>
          <w:p w14:paraId="7BBD65BF" w14:textId="77777777" w:rsidR="008C77F8" w:rsidRDefault="00000000">
            <w:pPr>
              <w:spacing w:after="0" w:line="240" w:lineRule="auto"/>
              <w:jc w:val="center"/>
            </w:pPr>
            <w:r>
              <w:rPr>
                <w:b/>
                <w:color w:val="FFFFFF"/>
                <w:sz w:val="15"/>
              </w:rPr>
              <w:t>ACȚIUNE MANAGERIALĂ</w:t>
            </w:r>
          </w:p>
        </w:tc>
      </w:tr>
      <w:tr w:rsidR="008C77F8" w14:paraId="33727C71" w14:textId="77777777">
        <w:trPr>
          <w:cantSplit/>
          <w:jc w:val="center"/>
        </w:trPr>
        <w:tc>
          <w:tcPr>
            <w:tcW w:w="1701" w:type="dxa"/>
            <w:shd w:val="clear" w:color="auto" w:fill="FFFFFF"/>
            <w:tcMar>
              <w:top w:w="75" w:type="dxa"/>
              <w:left w:w="85" w:type="dxa"/>
              <w:bottom w:w="75" w:type="dxa"/>
              <w:right w:w="85" w:type="dxa"/>
            </w:tcMar>
            <w:vAlign w:val="center"/>
          </w:tcPr>
          <w:p w14:paraId="7D1BC2DC" w14:textId="77777777" w:rsidR="008C77F8" w:rsidRDefault="00000000">
            <w:pPr>
              <w:spacing w:after="0" w:line="240" w:lineRule="auto"/>
            </w:pPr>
            <w:r>
              <w:rPr>
                <w:sz w:val="15"/>
              </w:rPr>
              <w:t>VERDE</w:t>
            </w:r>
          </w:p>
        </w:tc>
        <w:tc>
          <w:tcPr>
            <w:tcW w:w="5102" w:type="dxa"/>
            <w:shd w:val="clear" w:color="auto" w:fill="FFFFFF"/>
            <w:tcMar>
              <w:top w:w="75" w:type="dxa"/>
              <w:left w:w="85" w:type="dxa"/>
              <w:bottom w:w="75" w:type="dxa"/>
              <w:right w:w="85" w:type="dxa"/>
            </w:tcMar>
            <w:vAlign w:val="center"/>
          </w:tcPr>
          <w:p w14:paraId="2D0F5A86" w14:textId="77777777" w:rsidR="008C77F8" w:rsidRPr="00823051" w:rsidRDefault="00000000">
            <w:pPr>
              <w:spacing w:after="0" w:line="240" w:lineRule="auto"/>
              <w:rPr>
                <w:lang w:val="fr-FR"/>
              </w:rPr>
            </w:pPr>
            <w:r w:rsidRPr="00823051">
              <w:rPr>
                <w:sz w:val="15"/>
                <w:lang w:val="fr-FR"/>
              </w:rPr>
              <w:t>Rezultatul curent este la țintă sau traiectoria confirmă atingerea la termen.</w:t>
            </w:r>
          </w:p>
        </w:tc>
        <w:tc>
          <w:tcPr>
            <w:tcW w:w="3118" w:type="dxa"/>
            <w:shd w:val="clear" w:color="auto" w:fill="FFFFFF"/>
            <w:tcMar>
              <w:top w:w="75" w:type="dxa"/>
              <w:left w:w="85" w:type="dxa"/>
              <w:bottom w:w="75" w:type="dxa"/>
              <w:right w:w="85" w:type="dxa"/>
            </w:tcMar>
            <w:vAlign w:val="center"/>
          </w:tcPr>
          <w:p w14:paraId="41109009" w14:textId="77777777" w:rsidR="008C77F8" w:rsidRDefault="00000000">
            <w:pPr>
              <w:spacing w:after="0" w:line="240" w:lineRule="auto"/>
            </w:pPr>
            <w:r>
              <w:rPr>
                <w:sz w:val="15"/>
              </w:rPr>
              <w:t>Continuați și verificați sustenabilitatea.</w:t>
            </w:r>
          </w:p>
        </w:tc>
      </w:tr>
      <w:tr w:rsidR="008C77F8" w:rsidRPr="00823051" w14:paraId="7726BCB7" w14:textId="77777777">
        <w:trPr>
          <w:cantSplit/>
          <w:jc w:val="center"/>
        </w:trPr>
        <w:tc>
          <w:tcPr>
            <w:tcW w:w="1701" w:type="dxa"/>
            <w:shd w:val="clear" w:color="auto" w:fill="FAFAFA"/>
            <w:tcMar>
              <w:top w:w="75" w:type="dxa"/>
              <w:left w:w="85" w:type="dxa"/>
              <w:bottom w:w="75" w:type="dxa"/>
              <w:right w:w="85" w:type="dxa"/>
            </w:tcMar>
            <w:vAlign w:val="center"/>
          </w:tcPr>
          <w:p w14:paraId="4A1CC65A" w14:textId="77777777" w:rsidR="008C77F8" w:rsidRDefault="00000000">
            <w:pPr>
              <w:spacing w:after="0" w:line="240" w:lineRule="auto"/>
            </w:pPr>
            <w:r>
              <w:rPr>
                <w:sz w:val="15"/>
              </w:rPr>
              <w:t>GALBEN</w:t>
            </w:r>
          </w:p>
        </w:tc>
        <w:tc>
          <w:tcPr>
            <w:tcW w:w="5102" w:type="dxa"/>
            <w:shd w:val="clear" w:color="auto" w:fill="FAFAFA"/>
            <w:tcMar>
              <w:top w:w="75" w:type="dxa"/>
              <w:left w:w="85" w:type="dxa"/>
              <w:bottom w:w="75" w:type="dxa"/>
              <w:right w:w="85" w:type="dxa"/>
            </w:tcMar>
            <w:vAlign w:val="center"/>
          </w:tcPr>
          <w:p w14:paraId="4CF25997" w14:textId="77777777" w:rsidR="008C77F8" w:rsidRDefault="00000000">
            <w:pPr>
              <w:spacing w:after="0" w:line="240" w:lineRule="auto"/>
            </w:pPr>
            <w:r>
              <w:rPr>
                <w:sz w:val="15"/>
              </w:rPr>
              <w:t>Există abatere sau risc, dar recuperarea este realistă cu măsuri definite.</w:t>
            </w:r>
          </w:p>
        </w:tc>
        <w:tc>
          <w:tcPr>
            <w:tcW w:w="3118" w:type="dxa"/>
            <w:shd w:val="clear" w:color="auto" w:fill="FAFAFA"/>
            <w:tcMar>
              <w:top w:w="75" w:type="dxa"/>
              <w:left w:w="85" w:type="dxa"/>
              <w:bottom w:w="75" w:type="dxa"/>
              <w:right w:w="85" w:type="dxa"/>
            </w:tcMar>
            <w:vAlign w:val="center"/>
          </w:tcPr>
          <w:p w14:paraId="0863C91B" w14:textId="77777777" w:rsidR="008C77F8" w:rsidRPr="00823051" w:rsidRDefault="00000000">
            <w:pPr>
              <w:spacing w:after="0" w:line="240" w:lineRule="auto"/>
              <w:rPr>
                <w:lang w:val="fr-FR"/>
              </w:rPr>
            </w:pPr>
            <w:r w:rsidRPr="00823051">
              <w:rPr>
                <w:sz w:val="15"/>
                <w:lang w:val="fr-FR"/>
              </w:rPr>
              <w:t>Stabiliți acțiuni și termen de revenire.</w:t>
            </w:r>
          </w:p>
        </w:tc>
      </w:tr>
      <w:tr w:rsidR="008C77F8" w:rsidRPr="00823051" w14:paraId="56655EEB" w14:textId="77777777">
        <w:trPr>
          <w:cantSplit/>
          <w:jc w:val="center"/>
        </w:trPr>
        <w:tc>
          <w:tcPr>
            <w:tcW w:w="1701" w:type="dxa"/>
            <w:shd w:val="clear" w:color="auto" w:fill="FFFFFF"/>
            <w:tcMar>
              <w:top w:w="75" w:type="dxa"/>
              <w:left w:w="85" w:type="dxa"/>
              <w:bottom w:w="75" w:type="dxa"/>
              <w:right w:w="85" w:type="dxa"/>
            </w:tcMar>
            <w:vAlign w:val="center"/>
          </w:tcPr>
          <w:p w14:paraId="2422A341" w14:textId="77777777" w:rsidR="008C77F8" w:rsidRDefault="00000000">
            <w:pPr>
              <w:spacing w:after="0" w:line="240" w:lineRule="auto"/>
            </w:pPr>
            <w:r>
              <w:rPr>
                <w:sz w:val="15"/>
              </w:rPr>
              <w:t>ROȘU</w:t>
            </w:r>
          </w:p>
        </w:tc>
        <w:tc>
          <w:tcPr>
            <w:tcW w:w="5102" w:type="dxa"/>
            <w:shd w:val="clear" w:color="auto" w:fill="FFFFFF"/>
            <w:tcMar>
              <w:top w:w="75" w:type="dxa"/>
              <w:left w:w="85" w:type="dxa"/>
              <w:bottom w:w="75" w:type="dxa"/>
              <w:right w:w="85" w:type="dxa"/>
            </w:tcMar>
            <w:vAlign w:val="center"/>
          </w:tcPr>
          <w:p w14:paraId="5FDDC84E" w14:textId="77777777" w:rsidR="008C77F8" w:rsidRPr="00823051" w:rsidRDefault="00000000">
            <w:pPr>
              <w:spacing w:after="0" w:line="240" w:lineRule="auto"/>
              <w:rPr>
                <w:lang w:val="fr-FR"/>
              </w:rPr>
            </w:pPr>
            <w:r w:rsidRPr="00823051">
              <w:rPr>
                <w:sz w:val="15"/>
                <w:lang w:val="fr-FR"/>
              </w:rPr>
              <w:t>Ținta este ratată, trendul este nefavorabil ori datele sunt insuficiente.</w:t>
            </w:r>
          </w:p>
        </w:tc>
        <w:tc>
          <w:tcPr>
            <w:tcW w:w="3118" w:type="dxa"/>
            <w:shd w:val="clear" w:color="auto" w:fill="FFFFFF"/>
            <w:tcMar>
              <w:top w:w="75" w:type="dxa"/>
              <w:left w:w="85" w:type="dxa"/>
              <w:bottom w:w="75" w:type="dxa"/>
              <w:right w:w="85" w:type="dxa"/>
            </w:tcMar>
            <w:vAlign w:val="center"/>
          </w:tcPr>
          <w:p w14:paraId="5A5A546A" w14:textId="77777777" w:rsidR="008C77F8" w:rsidRPr="00823051" w:rsidRDefault="00000000">
            <w:pPr>
              <w:spacing w:after="0" w:line="240" w:lineRule="auto"/>
              <w:rPr>
                <w:lang w:val="fr-FR"/>
              </w:rPr>
            </w:pPr>
            <w:r w:rsidRPr="00823051">
              <w:rPr>
                <w:sz w:val="15"/>
                <w:lang w:val="fr-FR"/>
              </w:rPr>
              <w:t>Analizați cauza; escaladați și decideți resurse sau schimbări.</w:t>
            </w:r>
          </w:p>
        </w:tc>
      </w:tr>
      <w:tr w:rsidR="008C77F8" w14:paraId="05D8E4E9" w14:textId="77777777">
        <w:trPr>
          <w:cantSplit/>
          <w:jc w:val="center"/>
        </w:trPr>
        <w:tc>
          <w:tcPr>
            <w:tcW w:w="1701" w:type="dxa"/>
            <w:shd w:val="clear" w:color="auto" w:fill="FAFAFA"/>
            <w:tcMar>
              <w:top w:w="75" w:type="dxa"/>
              <w:left w:w="85" w:type="dxa"/>
              <w:bottom w:w="75" w:type="dxa"/>
              <w:right w:w="85" w:type="dxa"/>
            </w:tcMar>
            <w:vAlign w:val="center"/>
          </w:tcPr>
          <w:p w14:paraId="09F7333E" w14:textId="77777777" w:rsidR="008C77F8" w:rsidRDefault="00000000">
            <w:pPr>
              <w:spacing w:after="0" w:line="240" w:lineRule="auto"/>
            </w:pPr>
            <w:r>
              <w:rPr>
                <w:sz w:val="15"/>
              </w:rPr>
              <w:t>GRI</w:t>
            </w:r>
          </w:p>
        </w:tc>
        <w:tc>
          <w:tcPr>
            <w:tcW w:w="5102" w:type="dxa"/>
            <w:shd w:val="clear" w:color="auto" w:fill="FAFAFA"/>
            <w:tcMar>
              <w:top w:w="75" w:type="dxa"/>
              <w:left w:w="85" w:type="dxa"/>
              <w:bottom w:w="75" w:type="dxa"/>
              <w:right w:w="85" w:type="dxa"/>
            </w:tcMar>
            <w:vAlign w:val="center"/>
          </w:tcPr>
          <w:p w14:paraId="6B758B24" w14:textId="77777777" w:rsidR="008C77F8" w:rsidRDefault="00000000">
            <w:pPr>
              <w:spacing w:after="0" w:line="240" w:lineRule="auto"/>
            </w:pPr>
            <w:r>
              <w:rPr>
                <w:sz w:val="15"/>
              </w:rPr>
              <w:t>Obiectiv neînceput, suspendat ori date nevalidate.</w:t>
            </w:r>
          </w:p>
        </w:tc>
        <w:tc>
          <w:tcPr>
            <w:tcW w:w="3118" w:type="dxa"/>
            <w:shd w:val="clear" w:color="auto" w:fill="FAFAFA"/>
            <w:tcMar>
              <w:top w:w="75" w:type="dxa"/>
              <w:left w:w="85" w:type="dxa"/>
              <w:bottom w:w="75" w:type="dxa"/>
              <w:right w:w="85" w:type="dxa"/>
            </w:tcMar>
            <w:vAlign w:val="center"/>
          </w:tcPr>
          <w:p w14:paraId="1767D812" w14:textId="77777777" w:rsidR="008C77F8" w:rsidRDefault="00000000">
            <w:pPr>
              <w:spacing w:after="0" w:line="240" w:lineRule="auto"/>
            </w:pPr>
            <w:r>
              <w:rPr>
                <w:sz w:val="15"/>
              </w:rPr>
              <w:t>Clarificați motivul și data următoarei decizii.</w:t>
            </w:r>
          </w:p>
        </w:tc>
      </w:tr>
    </w:tbl>
    <w:p w14:paraId="6CD28539" w14:textId="77777777" w:rsidR="008C77F8" w:rsidRDefault="008C77F8">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14:paraId="67EAE3FD" w14:textId="77777777">
        <w:trPr>
          <w:jc w:val="center"/>
        </w:trPr>
        <w:tc>
          <w:tcPr>
            <w:tcW w:w="567" w:type="dxa"/>
            <w:shd w:val="clear" w:color="auto" w:fill="D71920"/>
            <w:tcMar>
              <w:top w:w="75" w:type="dxa"/>
              <w:left w:w="85" w:type="dxa"/>
              <w:bottom w:w="75" w:type="dxa"/>
              <w:right w:w="85" w:type="dxa"/>
            </w:tcMar>
            <w:vAlign w:val="center"/>
          </w:tcPr>
          <w:p w14:paraId="634DDFF4" w14:textId="77777777" w:rsidR="008C77F8" w:rsidRDefault="00000000">
            <w:pPr>
              <w:spacing w:after="0" w:line="240" w:lineRule="auto"/>
              <w:jc w:val="center"/>
            </w:pPr>
            <w:r>
              <w:rPr>
                <w:b/>
                <w:color w:val="FFFFFF"/>
                <w:sz w:val="30"/>
              </w:rPr>
              <w:t>!</w:t>
            </w:r>
          </w:p>
        </w:tc>
        <w:tc>
          <w:tcPr>
            <w:tcW w:w="9354" w:type="dxa"/>
            <w:shd w:val="clear" w:color="auto" w:fill="FCEBEC"/>
          </w:tcPr>
          <w:p w14:paraId="3D958468" w14:textId="77777777" w:rsidR="008C77F8" w:rsidRDefault="00000000">
            <w:pPr>
              <w:spacing w:after="40"/>
            </w:pPr>
            <w:r>
              <w:rPr>
                <w:b/>
                <w:color w:val="D71920"/>
              </w:rPr>
              <w:t>CONTROLUL DATELOR</w:t>
            </w:r>
          </w:p>
          <w:p w14:paraId="2C0571C9" w14:textId="77777777" w:rsidR="008C77F8" w:rsidRDefault="00000000">
            <w:pPr>
              <w:spacing w:after="0" w:line="252" w:lineRule="auto"/>
            </w:pPr>
            <w:r>
              <w:rPr>
                <w:sz w:val="17"/>
              </w:rPr>
              <w:t>Definiți populația expusă, orele lucrate, criteriile de clasificare, sursele, perioadele și excluderile. Mențineți consecvența definițiilor pentru incidente și aproape-accidente. O creștere a raportării poate arăta o cultură mai bună, nu neapărat performanță mai slabă; interpretați contextul.</w:t>
            </w:r>
          </w:p>
        </w:tc>
      </w:tr>
    </w:tbl>
    <w:p w14:paraId="3939550D" w14:textId="77777777" w:rsidR="008C77F8" w:rsidRDefault="008C77F8">
      <w:pPr>
        <w:spacing w:after="0"/>
      </w:pPr>
    </w:p>
    <w:p w14:paraId="67809C07" w14:textId="77777777" w:rsidR="008C77F8"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513214EA" w14:textId="77777777">
        <w:trPr>
          <w:jc w:val="center"/>
        </w:trPr>
        <w:tc>
          <w:tcPr>
            <w:tcW w:w="1020" w:type="dxa"/>
            <w:shd w:val="clear" w:color="auto" w:fill="D71920"/>
            <w:tcMar>
              <w:top w:w="75" w:type="dxa"/>
              <w:left w:w="85" w:type="dxa"/>
              <w:bottom w:w="75" w:type="dxa"/>
              <w:right w:w="85" w:type="dxa"/>
            </w:tcMar>
            <w:vAlign w:val="center"/>
          </w:tcPr>
          <w:p w14:paraId="4BEE9D3F" w14:textId="77777777" w:rsidR="008C77F8" w:rsidRDefault="00000000">
            <w:pPr>
              <w:spacing w:after="0" w:line="240" w:lineRule="auto"/>
              <w:jc w:val="center"/>
            </w:pPr>
            <w:r>
              <w:rPr>
                <w:b/>
                <w:color w:val="FFFFFF"/>
                <w:sz w:val="34"/>
              </w:rPr>
              <w:lastRenderedPageBreak/>
              <w:t>4</w:t>
            </w:r>
          </w:p>
        </w:tc>
        <w:tc>
          <w:tcPr>
            <w:tcW w:w="8901" w:type="dxa"/>
            <w:shd w:val="clear" w:color="auto" w:fill="F3F4F5"/>
          </w:tcPr>
          <w:p w14:paraId="1C135886" w14:textId="77777777" w:rsidR="008C77F8" w:rsidRPr="00823051" w:rsidRDefault="00000000">
            <w:pPr>
              <w:spacing w:after="20"/>
              <w:rPr>
                <w:lang w:val="fr-FR"/>
              </w:rPr>
            </w:pPr>
            <w:r w:rsidRPr="00823051">
              <w:rPr>
                <w:b/>
                <w:sz w:val="28"/>
                <w:lang w:val="fr-FR"/>
              </w:rPr>
              <w:t>Bibliotecă de obiective și indicatori</w:t>
            </w:r>
          </w:p>
          <w:p w14:paraId="2D37CFF7" w14:textId="77777777" w:rsidR="008C77F8" w:rsidRPr="00823051" w:rsidRDefault="00000000">
            <w:pPr>
              <w:spacing w:after="0"/>
              <w:rPr>
                <w:lang w:val="fr-FR"/>
              </w:rPr>
            </w:pPr>
            <w:r w:rsidRPr="00823051">
              <w:rPr>
                <w:color w:val="666666"/>
                <w:sz w:val="16"/>
                <w:lang w:val="fr-FR"/>
              </w:rPr>
              <w:t>Exemple adaptabile; selectați numai domeniile relevante pentru contextul organizației</w:t>
            </w:r>
          </w:p>
        </w:tc>
      </w:tr>
    </w:tbl>
    <w:p w14:paraId="09593B37" w14:textId="77777777" w:rsidR="008C77F8" w:rsidRPr="00823051" w:rsidRDefault="008C77F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644"/>
        <w:gridCol w:w="2381"/>
        <w:gridCol w:w="3231"/>
        <w:gridCol w:w="2665"/>
      </w:tblGrid>
      <w:tr w:rsidR="008C77F8" w14:paraId="1DBACF77" w14:textId="77777777">
        <w:trPr>
          <w:tblHeader/>
          <w:jc w:val="center"/>
        </w:trPr>
        <w:tc>
          <w:tcPr>
            <w:tcW w:w="1644" w:type="dxa"/>
            <w:shd w:val="clear" w:color="auto" w:fill="D71920"/>
            <w:tcMar>
              <w:top w:w="75" w:type="dxa"/>
              <w:left w:w="85" w:type="dxa"/>
              <w:bottom w:w="75" w:type="dxa"/>
              <w:right w:w="85" w:type="dxa"/>
            </w:tcMar>
            <w:vAlign w:val="center"/>
          </w:tcPr>
          <w:p w14:paraId="3F41572A" w14:textId="77777777" w:rsidR="008C77F8" w:rsidRDefault="00000000">
            <w:pPr>
              <w:spacing w:after="0" w:line="240" w:lineRule="auto"/>
              <w:jc w:val="center"/>
            </w:pPr>
            <w:r>
              <w:rPr>
                <w:b/>
                <w:color w:val="FFFFFF"/>
                <w:sz w:val="13"/>
              </w:rPr>
              <w:t>DOMENIU</w:t>
            </w:r>
          </w:p>
        </w:tc>
        <w:tc>
          <w:tcPr>
            <w:tcW w:w="2381" w:type="dxa"/>
            <w:shd w:val="clear" w:color="auto" w:fill="D71920"/>
            <w:tcMar>
              <w:top w:w="75" w:type="dxa"/>
              <w:left w:w="85" w:type="dxa"/>
              <w:bottom w:w="75" w:type="dxa"/>
              <w:right w:w="85" w:type="dxa"/>
            </w:tcMar>
            <w:vAlign w:val="center"/>
          </w:tcPr>
          <w:p w14:paraId="48B9CA36" w14:textId="77777777" w:rsidR="008C77F8" w:rsidRDefault="00000000">
            <w:pPr>
              <w:spacing w:after="0" w:line="240" w:lineRule="auto"/>
              <w:jc w:val="center"/>
            </w:pPr>
            <w:r>
              <w:rPr>
                <w:b/>
                <w:color w:val="FFFFFF"/>
                <w:sz w:val="13"/>
              </w:rPr>
              <w:t>DIRECȚIE DE OBIECTIV</w:t>
            </w:r>
          </w:p>
        </w:tc>
        <w:tc>
          <w:tcPr>
            <w:tcW w:w="3231" w:type="dxa"/>
            <w:shd w:val="clear" w:color="auto" w:fill="D71920"/>
            <w:tcMar>
              <w:top w:w="75" w:type="dxa"/>
              <w:left w:w="85" w:type="dxa"/>
              <w:bottom w:w="75" w:type="dxa"/>
              <w:right w:w="85" w:type="dxa"/>
            </w:tcMar>
            <w:vAlign w:val="center"/>
          </w:tcPr>
          <w:p w14:paraId="1A8F5F4C" w14:textId="77777777" w:rsidR="008C77F8" w:rsidRDefault="00000000">
            <w:pPr>
              <w:spacing w:after="0" w:line="240" w:lineRule="auto"/>
              <w:jc w:val="center"/>
            </w:pPr>
            <w:r>
              <w:rPr>
                <w:b/>
                <w:color w:val="FFFFFF"/>
                <w:sz w:val="13"/>
              </w:rPr>
              <w:t>INDICATORI / SURSE</w:t>
            </w:r>
          </w:p>
        </w:tc>
        <w:tc>
          <w:tcPr>
            <w:tcW w:w="2665" w:type="dxa"/>
            <w:shd w:val="clear" w:color="auto" w:fill="D71920"/>
            <w:tcMar>
              <w:top w:w="75" w:type="dxa"/>
              <w:left w:w="85" w:type="dxa"/>
              <w:bottom w:w="75" w:type="dxa"/>
              <w:right w:w="85" w:type="dxa"/>
            </w:tcMar>
            <w:vAlign w:val="center"/>
          </w:tcPr>
          <w:p w14:paraId="0947ACBF" w14:textId="77777777" w:rsidR="008C77F8" w:rsidRDefault="00000000">
            <w:pPr>
              <w:spacing w:after="0" w:line="240" w:lineRule="auto"/>
              <w:jc w:val="center"/>
            </w:pPr>
            <w:r>
              <w:rPr>
                <w:b/>
                <w:color w:val="FFFFFF"/>
                <w:sz w:val="13"/>
              </w:rPr>
              <w:t>PRECAUȚIE</w:t>
            </w:r>
          </w:p>
        </w:tc>
      </w:tr>
      <w:tr w:rsidR="008C77F8" w14:paraId="0D9FDADB" w14:textId="77777777">
        <w:trPr>
          <w:cantSplit/>
          <w:jc w:val="center"/>
        </w:trPr>
        <w:tc>
          <w:tcPr>
            <w:tcW w:w="1644" w:type="dxa"/>
            <w:shd w:val="clear" w:color="auto" w:fill="FFFFFF"/>
            <w:tcMar>
              <w:top w:w="75" w:type="dxa"/>
              <w:left w:w="85" w:type="dxa"/>
              <w:bottom w:w="75" w:type="dxa"/>
              <w:right w:w="85" w:type="dxa"/>
            </w:tcMar>
            <w:vAlign w:val="center"/>
          </w:tcPr>
          <w:p w14:paraId="22B5C4ED" w14:textId="77777777" w:rsidR="008C77F8" w:rsidRDefault="00000000">
            <w:pPr>
              <w:spacing w:after="0" w:line="240" w:lineRule="auto"/>
            </w:pPr>
            <w:r>
              <w:rPr>
                <w:sz w:val="13"/>
              </w:rPr>
              <w:t>Riscuri critice</w:t>
            </w:r>
          </w:p>
        </w:tc>
        <w:tc>
          <w:tcPr>
            <w:tcW w:w="2381" w:type="dxa"/>
            <w:shd w:val="clear" w:color="auto" w:fill="FFFFFF"/>
            <w:tcMar>
              <w:top w:w="75" w:type="dxa"/>
              <w:left w:w="85" w:type="dxa"/>
              <w:bottom w:w="75" w:type="dxa"/>
              <w:right w:w="85" w:type="dxa"/>
            </w:tcMar>
            <w:vAlign w:val="center"/>
          </w:tcPr>
          <w:p w14:paraId="32507085" w14:textId="77777777" w:rsidR="008C77F8" w:rsidRDefault="00000000">
            <w:pPr>
              <w:spacing w:after="0" w:line="240" w:lineRule="auto"/>
            </w:pPr>
            <w:r>
              <w:rPr>
                <w:sz w:val="13"/>
              </w:rPr>
              <w:t>Eliminarea sau reducerea expunerii la pericole cu potențial grav</w:t>
            </w:r>
          </w:p>
        </w:tc>
        <w:tc>
          <w:tcPr>
            <w:tcW w:w="3231" w:type="dxa"/>
            <w:shd w:val="clear" w:color="auto" w:fill="FFFFFF"/>
            <w:tcMar>
              <w:top w:w="75" w:type="dxa"/>
              <w:left w:w="85" w:type="dxa"/>
              <w:bottom w:w="75" w:type="dxa"/>
              <w:right w:w="85" w:type="dxa"/>
            </w:tcMar>
            <w:vAlign w:val="center"/>
          </w:tcPr>
          <w:p w14:paraId="52F96F8A" w14:textId="77777777" w:rsidR="008C77F8" w:rsidRDefault="00000000">
            <w:pPr>
              <w:spacing w:after="0" w:line="240" w:lineRule="auto"/>
            </w:pPr>
            <w:r>
              <w:rPr>
                <w:sz w:val="13"/>
              </w:rPr>
              <w:t>% controale critice verificate; nr. expuneri; risc rezidual.</w:t>
            </w:r>
          </w:p>
        </w:tc>
        <w:tc>
          <w:tcPr>
            <w:tcW w:w="2665" w:type="dxa"/>
            <w:shd w:val="clear" w:color="auto" w:fill="FFFFFF"/>
            <w:tcMar>
              <w:top w:w="75" w:type="dxa"/>
              <w:left w:w="85" w:type="dxa"/>
              <w:bottom w:w="75" w:type="dxa"/>
              <w:right w:w="85" w:type="dxa"/>
            </w:tcMar>
            <w:vAlign w:val="center"/>
          </w:tcPr>
          <w:p w14:paraId="4638D713" w14:textId="77777777" w:rsidR="008C77F8" w:rsidRDefault="00000000">
            <w:pPr>
              <w:spacing w:after="0" w:line="240" w:lineRule="auto"/>
            </w:pPr>
            <w:r>
              <w:rPr>
                <w:sz w:val="13"/>
              </w:rPr>
              <w:t>Nu înlocuiți eliminarea cu instruire / EIP fără justificare.</w:t>
            </w:r>
          </w:p>
        </w:tc>
      </w:tr>
      <w:tr w:rsidR="008C77F8" w14:paraId="6870B287" w14:textId="77777777">
        <w:trPr>
          <w:cantSplit/>
          <w:jc w:val="center"/>
        </w:trPr>
        <w:tc>
          <w:tcPr>
            <w:tcW w:w="1644" w:type="dxa"/>
            <w:shd w:val="clear" w:color="auto" w:fill="FAFAFA"/>
            <w:tcMar>
              <w:top w:w="75" w:type="dxa"/>
              <w:left w:w="85" w:type="dxa"/>
              <w:bottom w:w="75" w:type="dxa"/>
              <w:right w:w="85" w:type="dxa"/>
            </w:tcMar>
            <w:vAlign w:val="center"/>
          </w:tcPr>
          <w:p w14:paraId="489BCD10" w14:textId="77777777" w:rsidR="008C77F8" w:rsidRDefault="00000000">
            <w:pPr>
              <w:spacing w:after="0" w:line="240" w:lineRule="auto"/>
            </w:pPr>
            <w:r>
              <w:rPr>
                <w:sz w:val="13"/>
              </w:rPr>
              <w:t>Utilaje</w:t>
            </w:r>
          </w:p>
        </w:tc>
        <w:tc>
          <w:tcPr>
            <w:tcW w:w="2381" w:type="dxa"/>
            <w:shd w:val="clear" w:color="auto" w:fill="FAFAFA"/>
            <w:tcMar>
              <w:top w:w="75" w:type="dxa"/>
              <w:left w:w="85" w:type="dxa"/>
              <w:bottom w:w="75" w:type="dxa"/>
              <w:right w:w="85" w:type="dxa"/>
            </w:tcMar>
            <w:vAlign w:val="center"/>
          </w:tcPr>
          <w:p w14:paraId="1C16BFEC" w14:textId="77777777" w:rsidR="008C77F8" w:rsidRDefault="00000000">
            <w:pPr>
              <w:spacing w:after="0" w:line="240" w:lineRule="auto"/>
            </w:pPr>
            <w:r>
              <w:rPr>
                <w:sz w:val="13"/>
              </w:rPr>
              <w:t>Creșterea integrității protecțiilor și izolării energiei</w:t>
            </w:r>
          </w:p>
        </w:tc>
        <w:tc>
          <w:tcPr>
            <w:tcW w:w="3231" w:type="dxa"/>
            <w:shd w:val="clear" w:color="auto" w:fill="FAFAFA"/>
            <w:tcMar>
              <w:top w:w="75" w:type="dxa"/>
              <w:left w:w="85" w:type="dxa"/>
              <w:bottom w:w="75" w:type="dxa"/>
              <w:right w:w="85" w:type="dxa"/>
            </w:tcMar>
            <w:vAlign w:val="center"/>
          </w:tcPr>
          <w:p w14:paraId="2FCD83CC" w14:textId="77777777" w:rsidR="008C77F8" w:rsidRPr="00823051" w:rsidRDefault="00000000">
            <w:pPr>
              <w:spacing w:after="0" w:line="240" w:lineRule="auto"/>
              <w:rPr>
                <w:lang w:val="fr-FR"/>
              </w:rPr>
            </w:pPr>
            <w:r w:rsidRPr="00823051">
              <w:rPr>
                <w:sz w:val="13"/>
                <w:lang w:val="fr-FR"/>
              </w:rPr>
              <w:t>% echipamente conforme; defecte critice; verificări LOTO.</w:t>
            </w:r>
          </w:p>
        </w:tc>
        <w:tc>
          <w:tcPr>
            <w:tcW w:w="2665" w:type="dxa"/>
            <w:shd w:val="clear" w:color="auto" w:fill="FAFAFA"/>
            <w:tcMar>
              <w:top w:w="75" w:type="dxa"/>
              <w:left w:w="85" w:type="dxa"/>
              <w:bottom w:w="75" w:type="dxa"/>
              <w:right w:w="85" w:type="dxa"/>
            </w:tcMar>
            <w:vAlign w:val="center"/>
          </w:tcPr>
          <w:p w14:paraId="7A45F263" w14:textId="77777777" w:rsidR="008C77F8" w:rsidRDefault="00000000">
            <w:pPr>
              <w:spacing w:after="0" w:line="240" w:lineRule="auto"/>
            </w:pPr>
            <w:r>
              <w:rPr>
                <w:sz w:val="13"/>
              </w:rPr>
              <w:t>Numărul verificărilor nu dovedește funcționarea în practică.</w:t>
            </w:r>
          </w:p>
        </w:tc>
      </w:tr>
      <w:tr w:rsidR="008C77F8" w14:paraId="7104B75B" w14:textId="77777777">
        <w:trPr>
          <w:cantSplit/>
          <w:jc w:val="center"/>
        </w:trPr>
        <w:tc>
          <w:tcPr>
            <w:tcW w:w="1644" w:type="dxa"/>
            <w:shd w:val="clear" w:color="auto" w:fill="FFFFFF"/>
            <w:tcMar>
              <w:top w:w="75" w:type="dxa"/>
              <w:left w:w="85" w:type="dxa"/>
              <w:bottom w:w="75" w:type="dxa"/>
              <w:right w:w="85" w:type="dxa"/>
            </w:tcMar>
            <w:vAlign w:val="center"/>
          </w:tcPr>
          <w:p w14:paraId="467DDAE8" w14:textId="77777777" w:rsidR="008C77F8" w:rsidRDefault="00000000">
            <w:pPr>
              <w:spacing w:after="0" w:line="240" w:lineRule="auto"/>
            </w:pPr>
            <w:r>
              <w:rPr>
                <w:sz w:val="13"/>
              </w:rPr>
              <w:t>Lucru la înălțime</w:t>
            </w:r>
          </w:p>
        </w:tc>
        <w:tc>
          <w:tcPr>
            <w:tcW w:w="2381" w:type="dxa"/>
            <w:shd w:val="clear" w:color="auto" w:fill="FFFFFF"/>
            <w:tcMar>
              <w:top w:w="75" w:type="dxa"/>
              <w:left w:w="85" w:type="dxa"/>
              <w:bottom w:w="75" w:type="dxa"/>
              <w:right w:w="85" w:type="dxa"/>
            </w:tcMar>
            <w:vAlign w:val="center"/>
          </w:tcPr>
          <w:p w14:paraId="6543C567" w14:textId="77777777" w:rsidR="008C77F8" w:rsidRDefault="00000000">
            <w:pPr>
              <w:spacing w:after="0" w:line="240" w:lineRule="auto"/>
            </w:pPr>
            <w:r>
              <w:rPr>
                <w:sz w:val="13"/>
              </w:rPr>
              <w:t>Eliminarea lucrului la înălțime și controlul căderilor</w:t>
            </w:r>
          </w:p>
        </w:tc>
        <w:tc>
          <w:tcPr>
            <w:tcW w:w="3231" w:type="dxa"/>
            <w:shd w:val="clear" w:color="auto" w:fill="FFFFFF"/>
            <w:tcMar>
              <w:top w:w="75" w:type="dxa"/>
              <w:left w:w="85" w:type="dxa"/>
              <w:bottom w:w="75" w:type="dxa"/>
              <w:right w:w="85" w:type="dxa"/>
            </w:tcMar>
            <w:vAlign w:val="center"/>
          </w:tcPr>
          <w:p w14:paraId="73F8F96D" w14:textId="77777777" w:rsidR="008C77F8" w:rsidRPr="00823051" w:rsidRDefault="00000000">
            <w:pPr>
              <w:spacing w:after="0" w:line="240" w:lineRule="auto"/>
              <w:rPr>
                <w:lang w:val="fr-FR"/>
              </w:rPr>
            </w:pPr>
            <w:r w:rsidRPr="00823051">
              <w:rPr>
                <w:sz w:val="13"/>
                <w:lang w:val="fr-FR"/>
              </w:rPr>
              <w:t>nr. sarcini eliminate; % platforme conforme; expuneri.</w:t>
            </w:r>
          </w:p>
        </w:tc>
        <w:tc>
          <w:tcPr>
            <w:tcW w:w="2665" w:type="dxa"/>
            <w:shd w:val="clear" w:color="auto" w:fill="FFFFFF"/>
            <w:tcMar>
              <w:top w:w="75" w:type="dxa"/>
              <w:left w:w="85" w:type="dxa"/>
              <w:bottom w:w="75" w:type="dxa"/>
              <w:right w:w="85" w:type="dxa"/>
            </w:tcMar>
            <w:vAlign w:val="center"/>
          </w:tcPr>
          <w:p w14:paraId="3185B1DA" w14:textId="77777777" w:rsidR="008C77F8" w:rsidRDefault="00000000">
            <w:pPr>
              <w:spacing w:after="0" w:line="240" w:lineRule="auto"/>
            </w:pPr>
            <w:r>
              <w:rPr>
                <w:sz w:val="13"/>
              </w:rPr>
              <w:t>Evitați ținte bazate doar pe purtarea hamului.</w:t>
            </w:r>
          </w:p>
        </w:tc>
      </w:tr>
      <w:tr w:rsidR="008C77F8" w:rsidRPr="00823051" w14:paraId="6C92990C" w14:textId="77777777">
        <w:trPr>
          <w:cantSplit/>
          <w:jc w:val="center"/>
        </w:trPr>
        <w:tc>
          <w:tcPr>
            <w:tcW w:w="1644" w:type="dxa"/>
            <w:shd w:val="clear" w:color="auto" w:fill="FAFAFA"/>
            <w:tcMar>
              <w:top w:w="75" w:type="dxa"/>
              <w:left w:w="85" w:type="dxa"/>
              <w:bottom w:w="75" w:type="dxa"/>
              <w:right w:w="85" w:type="dxa"/>
            </w:tcMar>
            <w:vAlign w:val="center"/>
          </w:tcPr>
          <w:p w14:paraId="5CFB22FB" w14:textId="77777777" w:rsidR="008C77F8" w:rsidRDefault="00000000">
            <w:pPr>
              <w:spacing w:after="0" w:line="240" w:lineRule="auto"/>
            </w:pPr>
            <w:r>
              <w:rPr>
                <w:sz w:val="13"/>
              </w:rPr>
              <w:t>Ergonomie</w:t>
            </w:r>
          </w:p>
        </w:tc>
        <w:tc>
          <w:tcPr>
            <w:tcW w:w="2381" w:type="dxa"/>
            <w:shd w:val="clear" w:color="auto" w:fill="FAFAFA"/>
            <w:tcMar>
              <w:top w:w="75" w:type="dxa"/>
              <w:left w:w="85" w:type="dxa"/>
              <w:bottom w:w="75" w:type="dxa"/>
              <w:right w:w="85" w:type="dxa"/>
            </w:tcMar>
            <w:vAlign w:val="center"/>
          </w:tcPr>
          <w:p w14:paraId="2979DA04" w14:textId="77777777" w:rsidR="008C77F8" w:rsidRDefault="00000000">
            <w:pPr>
              <w:spacing w:after="0" w:line="240" w:lineRule="auto"/>
            </w:pPr>
            <w:r>
              <w:rPr>
                <w:sz w:val="13"/>
              </w:rPr>
              <w:t>Reducerea riscului de suprasolicitare</w:t>
            </w:r>
          </w:p>
        </w:tc>
        <w:tc>
          <w:tcPr>
            <w:tcW w:w="3231" w:type="dxa"/>
            <w:shd w:val="clear" w:color="auto" w:fill="FAFAFA"/>
            <w:tcMar>
              <w:top w:w="75" w:type="dxa"/>
              <w:left w:w="85" w:type="dxa"/>
              <w:bottom w:w="75" w:type="dxa"/>
              <w:right w:w="85" w:type="dxa"/>
            </w:tcMar>
            <w:vAlign w:val="center"/>
          </w:tcPr>
          <w:p w14:paraId="42AD9555" w14:textId="77777777" w:rsidR="008C77F8" w:rsidRDefault="00000000">
            <w:pPr>
              <w:spacing w:after="0" w:line="240" w:lineRule="auto"/>
            </w:pPr>
            <w:r>
              <w:rPr>
                <w:sz w:val="13"/>
              </w:rPr>
              <w:t>% sarcini risc ridicat; scor ergonomic; simptome; absențe.</w:t>
            </w:r>
          </w:p>
        </w:tc>
        <w:tc>
          <w:tcPr>
            <w:tcW w:w="2665" w:type="dxa"/>
            <w:shd w:val="clear" w:color="auto" w:fill="FAFAFA"/>
            <w:tcMar>
              <w:top w:w="75" w:type="dxa"/>
              <w:left w:w="85" w:type="dxa"/>
              <w:bottom w:w="75" w:type="dxa"/>
              <w:right w:w="85" w:type="dxa"/>
            </w:tcMar>
            <w:vAlign w:val="center"/>
          </w:tcPr>
          <w:p w14:paraId="1846BB78" w14:textId="77777777" w:rsidR="008C77F8" w:rsidRPr="00823051" w:rsidRDefault="00000000">
            <w:pPr>
              <w:spacing w:after="0" w:line="240" w:lineRule="auto"/>
              <w:rPr>
                <w:lang w:val="fr-FR"/>
              </w:rPr>
            </w:pPr>
            <w:r w:rsidRPr="00823051">
              <w:rPr>
                <w:sz w:val="13"/>
                <w:lang w:val="fr-FR"/>
              </w:rPr>
              <w:t>Instruirea de ridicare nu înlocuiește reproiectarea sarcinii.</w:t>
            </w:r>
          </w:p>
        </w:tc>
      </w:tr>
      <w:tr w:rsidR="008C77F8" w:rsidRPr="00823051" w14:paraId="1FF25124" w14:textId="77777777">
        <w:trPr>
          <w:cantSplit/>
          <w:jc w:val="center"/>
        </w:trPr>
        <w:tc>
          <w:tcPr>
            <w:tcW w:w="1644" w:type="dxa"/>
            <w:shd w:val="clear" w:color="auto" w:fill="FFFFFF"/>
            <w:tcMar>
              <w:top w:w="75" w:type="dxa"/>
              <w:left w:w="85" w:type="dxa"/>
              <w:bottom w:w="75" w:type="dxa"/>
              <w:right w:w="85" w:type="dxa"/>
            </w:tcMar>
            <w:vAlign w:val="center"/>
          </w:tcPr>
          <w:p w14:paraId="4F0652E0" w14:textId="77777777" w:rsidR="008C77F8" w:rsidRDefault="00000000">
            <w:pPr>
              <w:spacing w:after="0" w:line="240" w:lineRule="auto"/>
            </w:pPr>
            <w:r>
              <w:rPr>
                <w:sz w:val="13"/>
              </w:rPr>
              <w:t>Substanțe</w:t>
            </w:r>
          </w:p>
        </w:tc>
        <w:tc>
          <w:tcPr>
            <w:tcW w:w="2381" w:type="dxa"/>
            <w:shd w:val="clear" w:color="auto" w:fill="FFFFFF"/>
            <w:tcMar>
              <w:top w:w="75" w:type="dxa"/>
              <w:left w:w="85" w:type="dxa"/>
              <w:bottom w:w="75" w:type="dxa"/>
              <w:right w:w="85" w:type="dxa"/>
            </w:tcMar>
            <w:vAlign w:val="center"/>
          </w:tcPr>
          <w:p w14:paraId="40A63C68" w14:textId="77777777" w:rsidR="008C77F8" w:rsidRDefault="00000000">
            <w:pPr>
              <w:spacing w:after="0" w:line="240" w:lineRule="auto"/>
            </w:pPr>
            <w:r>
              <w:rPr>
                <w:sz w:val="13"/>
              </w:rPr>
              <w:t>Reducerea expunerii și înlocuirea substanțelor periculoase</w:t>
            </w:r>
          </w:p>
        </w:tc>
        <w:tc>
          <w:tcPr>
            <w:tcW w:w="3231" w:type="dxa"/>
            <w:shd w:val="clear" w:color="auto" w:fill="FFFFFF"/>
            <w:tcMar>
              <w:top w:w="75" w:type="dxa"/>
              <w:left w:w="85" w:type="dxa"/>
              <w:bottom w:w="75" w:type="dxa"/>
              <w:right w:w="85" w:type="dxa"/>
            </w:tcMar>
            <w:vAlign w:val="center"/>
          </w:tcPr>
          <w:p w14:paraId="4468443D" w14:textId="77777777" w:rsidR="008C77F8" w:rsidRDefault="00000000">
            <w:pPr>
              <w:spacing w:after="0" w:line="240" w:lineRule="auto"/>
            </w:pPr>
            <w:r>
              <w:rPr>
                <w:sz w:val="13"/>
              </w:rPr>
              <w:t>expunere măsurată; nr. substituții; % sisteme închise.</w:t>
            </w:r>
          </w:p>
        </w:tc>
        <w:tc>
          <w:tcPr>
            <w:tcW w:w="2665" w:type="dxa"/>
            <w:shd w:val="clear" w:color="auto" w:fill="FFFFFF"/>
            <w:tcMar>
              <w:top w:w="75" w:type="dxa"/>
              <w:left w:w="85" w:type="dxa"/>
              <w:bottom w:w="75" w:type="dxa"/>
              <w:right w:w="85" w:type="dxa"/>
            </w:tcMar>
            <w:vAlign w:val="center"/>
          </w:tcPr>
          <w:p w14:paraId="6F0EA58F" w14:textId="77777777" w:rsidR="008C77F8" w:rsidRPr="00823051" w:rsidRDefault="00000000">
            <w:pPr>
              <w:spacing w:after="0" w:line="240" w:lineRule="auto"/>
              <w:rPr>
                <w:lang w:val="fr-FR"/>
              </w:rPr>
            </w:pPr>
            <w:r w:rsidRPr="00823051">
              <w:rPr>
                <w:sz w:val="13"/>
                <w:lang w:val="fr-FR"/>
              </w:rPr>
              <w:t>Fișa de securitate și EIP nu sunt singure controale.</w:t>
            </w:r>
          </w:p>
        </w:tc>
      </w:tr>
      <w:tr w:rsidR="008C77F8" w14:paraId="1F6DD09C" w14:textId="77777777">
        <w:trPr>
          <w:cantSplit/>
          <w:jc w:val="center"/>
        </w:trPr>
        <w:tc>
          <w:tcPr>
            <w:tcW w:w="1644" w:type="dxa"/>
            <w:shd w:val="clear" w:color="auto" w:fill="FAFAFA"/>
            <w:tcMar>
              <w:top w:w="75" w:type="dxa"/>
              <w:left w:w="85" w:type="dxa"/>
              <w:bottom w:w="75" w:type="dxa"/>
              <w:right w:w="85" w:type="dxa"/>
            </w:tcMar>
            <w:vAlign w:val="center"/>
          </w:tcPr>
          <w:p w14:paraId="2E1FA506" w14:textId="77777777" w:rsidR="008C77F8" w:rsidRDefault="00000000">
            <w:pPr>
              <w:spacing w:after="0" w:line="240" w:lineRule="auto"/>
            </w:pPr>
            <w:r>
              <w:rPr>
                <w:sz w:val="13"/>
              </w:rPr>
              <w:t>Trafic intern</w:t>
            </w:r>
          </w:p>
        </w:tc>
        <w:tc>
          <w:tcPr>
            <w:tcW w:w="2381" w:type="dxa"/>
            <w:shd w:val="clear" w:color="auto" w:fill="FAFAFA"/>
            <w:tcMar>
              <w:top w:w="75" w:type="dxa"/>
              <w:left w:w="85" w:type="dxa"/>
              <w:bottom w:w="75" w:type="dxa"/>
              <w:right w:w="85" w:type="dxa"/>
            </w:tcMar>
            <w:vAlign w:val="center"/>
          </w:tcPr>
          <w:p w14:paraId="0F0AB3F2" w14:textId="77777777" w:rsidR="008C77F8" w:rsidRDefault="00000000">
            <w:pPr>
              <w:spacing w:after="0" w:line="240" w:lineRule="auto"/>
            </w:pPr>
            <w:r>
              <w:rPr>
                <w:sz w:val="13"/>
              </w:rPr>
              <w:t>Reducerea interacțiunilor persoană-vehicul</w:t>
            </w:r>
          </w:p>
        </w:tc>
        <w:tc>
          <w:tcPr>
            <w:tcW w:w="3231" w:type="dxa"/>
            <w:shd w:val="clear" w:color="auto" w:fill="FAFAFA"/>
            <w:tcMar>
              <w:top w:w="75" w:type="dxa"/>
              <w:left w:w="85" w:type="dxa"/>
              <w:bottom w:w="75" w:type="dxa"/>
              <w:right w:w="85" w:type="dxa"/>
            </w:tcMar>
            <w:vAlign w:val="center"/>
          </w:tcPr>
          <w:p w14:paraId="28A5F972" w14:textId="77777777" w:rsidR="008C77F8" w:rsidRDefault="00000000">
            <w:pPr>
              <w:spacing w:after="0" w:line="240" w:lineRule="auto"/>
            </w:pPr>
            <w:r>
              <w:rPr>
                <w:sz w:val="13"/>
              </w:rPr>
              <w:t>nr. puncte conflict; verificări separare; evenimente.</w:t>
            </w:r>
          </w:p>
        </w:tc>
        <w:tc>
          <w:tcPr>
            <w:tcW w:w="2665" w:type="dxa"/>
            <w:shd w:val="clear" w:color="auto" w:fill="FAFAFA"/>
            <w:tcMar>
              <w:top w:w="75" w:type="dxa"/>
              <w:left w:w="85" w:type="dxa"/>
              <w:bottom w:w="75" w:type="dxa"/>
              <w:right w:w="85" w:type="dxa"/>
            </w:tcMar>
            <w:vAlign w:val="center"/>
          </w:tcPr>
          <w:p w14:paraId="025F5C8A" w14:textId="77777777" w:rsidR="008C77F8" w:rsidRDefault="00000000">
            <w:pPr>
              <w:spacing w:after="0" w:line="240" w:lineRule="auto"/>
            </w:pPr>
            <w:r>
              <w:rPr>
                <w:sz w:val="13"/>
              </w:rPr>
              <w:t>Nu folosiți doar numărul accidentelor ca indicator.</w:t>
            </w:r>
          </w:p>
        </w:tc>
      </w:tr>
      <w:tr w:rsidR="008C77F8" w14:paraId="398880EF" w14:textId="77777777">
        <w:trPr>
          <w:cantSplit/>
          <w:jc w:val="center"/>
        </w:trPr>
        <w:tc>
          <w:tcPr>
            <w:tcW w:w="1644" w:type="dxa"/>
            <w:shd w:val="clear" w:color="auto" w:fill="FFFFFF"/>
            <w:tcMar>
              <w:top w:w="75" w:type="dxa"/>
              <w:left w:w="85" w:type="dxa"/>
              <w:bottom w:w="75" w:type="dxa"/>
              <w:right w:w="85" w:type="dxa"/>
            </w:tcMar>
            <w:vAlign w:val="center"/>
          </w:tcPr>
          <w:p w14:paraId="52E8A62C" w14:textId="77777777" w:rsidR="008C77F8" w:rsidRDefault="00000000">
            <w:pPr>
              <w:spacing w:after="0" w:line="240" w:lineRule="auto"/>
            </w:pPr>
            <w:r>
              <w:rPr>
                <w:sz w:val="13"/>
              </w:rPr>
              <w:t>Contractanți</w:t>
            </w:r>
          </w:p>
        </w:tc>
        <w:tc>
          <w:tcPr>
            <w:tcW w:w="2381" w:type="dxa"/>
            <w:shd w:val="clear" w:color="auto" w:fill="FFFFFF"/>
            <w:tcMar>
              <w:top w:w="75" w:type="dxa"/>
              <w:left w:w="85" w:type="dxa"/>
              <w:bottom w:w="75" w:type="dxa"/>
              <w:right w:w="85" w:type="dxa"/>
            </w:tcMar>
            <w:vAlign w:val="center"/>
          </w:tcPr>
          <w:p w14:paraId="423BCAFD" w14:textId="77777777" w:rsidR="008C77F8" w:rsidRDefault="00000000">
            <w:pPr>
              <w:spacing w:after="0" w:line="240" w:lineRule="auto"/>
            </w:pPr>
            <w:r>
              <w:rPr>
                <w:sz w:val="13"/>
              </w:rPr>
              <w:t>Creșterea controlului SSM al lucrărilor externalizate</w:t>
            </w:r>
          </w:p>
        </w:tc>
        <w:tc>
          <w:tcPr>
            <w:tcW w:w="3231" w:type="dxa"/>
            <w:shd w:val="clear" w:color="auto" w:fill="FFFFFF"/>
            <w:tcMar>
              <w:top w:w="75" w:type="dxa"/>
              <w:left w:w="85" w:type="dxa"/>
              <w:bottom w:w="75" w:type="dxa"/>
              <w:right w:w="85" w:type="dxa"/>
            </w:tcMar>
            <w:vAlign w:val="center"/>
          </w:tcPr>
          <w:p w14:paraId="0AE7200F" w14:textId="77777777" w:rsidR="008C77F8" w:rsidRPr="00823051" w:rsidRDefault="00000000">
            <w:pPr>
              <w:spacing w:after="0" w:line="240" w:lineRule="auto"/>
              <w:rPr>
                <w:lang w:val="fr-FR"/>
              </w:rPr>
            </w:pPr>
            <w:r w:rsidRPr="00823051">
              <w:rPr>
                <w:sz w:val="13"/>
                <w:lang w:val="fr-FR"/>
              </w:rPr>
              <w:t>% planuri validate; controale critice; constatări repetate.</w:t>
            </w:r>
          </w:p>
        </w:tc>
        <w:tc>
          <w:tcPr>
            <w:tcW w:w="2665" w:type="dxa"/>
            <w:shd w:val="clear" w:color="auto" w:fill="FFFFFF"/>
            <w:tcMar>
              <w:top w:w="75" w:type="dxa"/>
              <w:left w:w="85" w:type="dxa"/>
              <w:bottom w:w="75" w:type="dxa"/>
              <w:right w:w="85" w:type="dxa"/>
            </w:tcMar>
            <w:vAlign w:val="center"/>
          </w:tcPr>
          <w:p w14:paraId="5FC59240" w14:textId="77777777" w:rsidR="008C77F8" w:rsidRDefault="00000000">
            <w:pPr>
              <w:spacing w:after="0" w:line="240" w:lineRule="auto"/>
            </w:pPr>
            <w:r>
              <w:rPr>
                <w:sz w:val="13"/>
              </w:rPr>
              <w:t>Nu transferați responsabilitatea prin contract fără verificare.</w:t>
            </w:r>
          </w:p>
        </w:tc>
      </w:tr>
      <w:tr w:rsidR="008C77F8" w14:paraId="6AE52FFF" w14:textId="77777777">
        <w:trPr>
          <w:cantSplit/>
          <w:jc w:val="center"/>
        </w:trPr>
        <w:tc>
          <w:tcPr>
            <w:tcW w:w="1644" w:type="dxa"/>
            <w:shd w:val="clear" w:color="auto" w:fill="FAFAFA"/>
            <w:tcMar>
              <w:top w:w="75" w:type="dxa"/>
              <w:left w:w="85" w:type="dxa"/>
              <w:bottom w:w="75" w:type="dxa"/>
              <w:right w:w="85" w:type="dxa"/>
            </w:tcMar>
            <w:vAlign w:val="center"/>
          </w:tcPr>
          <w:p w14:paraId="44C728F1" w14:textId="77777777" w:rsidR="008C77F8" w:rsidRDefault="00000000">
            <w:pPr>
              <w:spacing w:after="0" w:line="240" w:lineRule="auto"/>
            </w:pPr>
            <w:r>
              <w:rPr>
                <w:sz w:val="13"/>
              </w:rPr>
              <w:t>Participare</w:t>
            </w:r>
          </w:p>
        </w:tc>
        <w:tc>
          <w:tcPr>
            <w:tcW w:w="2381" w:type="dxa"/>
            <w:shd w:val="clear" w:color="auto" w:fill="FAFAFA"/>
            <w:tcMar>
              <w:top w:w="75" w:type="dxa"/>
              <w:left w:w="85" w:type="dxa"/>
              <w:bottom w:w="75" w:type="dxa"/>
              <w:right w:w="85" w:type="dxa"/>
            </w:tcMar>
            <w:vAlign w:val="center"/>
          </w:tcPr>
          <w:p w14:paraId="277A7068" w14:textId="77777777" w:rsidR="008C77F8" w:rsidRDefault="00000000">
            <w:pPr>
              <w:spacing w:after="0" w:line="240" w:lineRule="auto"/>
            </w:pPr>
            <w:r>
              <w:rPr>
                <w:sz w:val="13"/>
              </w:rPr>
              <w:t>Creșterea participării lucrătorilor la deciziile SSM</w:t>
            </w:r>
          </w:p>
        </w:tc>
        <w:tc>
          <w:tcPr>
            <w:tcW w:w="3231" w:type="dxa"/>
            <w:shd w:val="clear" w:color="auto" w:fill="FAFAFA"/>
            <w:tcMar>
              <w:top w:w="75" w:type="dxa"/>
              <w:left w:w="85" w:type="dxa"/>
              <w:bottom w:w="75" w:type="dxa"/>
              <w:right w:w="85" w:type="dxa"/>
            </w:tcMar>
            <w:vAlign w:val="center"/>
          </w:tcPr>
          <w:p w14:paraId="1F370ADE" w14:textId="77777777" w:rsidR="008C77F8" w:rsidRDefault="00000000">
            <w:pPr>
              <w:spacing w:after="0" w:line="240" w:lineRule="auto"/>
            </w:pPr>
            <w:r>
              <w:rPr>
                <w:sz w:val="13"/>
              </w:rPr>
              <w:t>% propuneri evaluate; timp răspuns; reprezentare.</w:t>
            </w:r>
          </w:p>
        </w:tc>
        <w:tc>
          <w:tcPr>
            <w:tcW w:w="2665" w:type="dxa"/>
            <w:shd w:val="clear" w:color="auto" w:fill="FAFAFA"/>
            <w:tcMar>
              <w:top w:w="75" w:type="dxa"/>
              <w:left w:w="85" w:type="dxa"/>
              <w:bottom w:w="75" w:type="dxa"/>
              <w:right w:w="85" w:type="dxa"/>
            </w:tcMar>
            <w:vAlign w:val="center"/>
          </w:tcPr>
          <w:p w14:paraId="1DA8AC42" w14:textId="77777777" w:rsidR="008C77F8" w:rsidRDefault="00000000">
            <w:pPr>
              <w:spacing w:after="0" w:line="240" w:lineRule="auto"/>
            </w:pPr>
            <w:r>
              <w:rPr>
                <w:sz w:val="13"/>
              </w:rPr>
              <w:t>Numărul sugestiilor poate scădea după rezolvarea problemelor; analizați calitatea.</w:t>
            </w:r>
          </w:p>
        </w:tc>
      </w:tr>
      <w:tr w:rsidR="008C77F8" w14:paraId="6C5474D7" w14:textId="77777777">
        <w:trPr>
          <w:cantSplit/>
          <w:jc w:val="center"/>
        </w:trPr>
        <w:tc>
          <w:tcPr>
            <w:tcW w:w="1644" w:type="dxa"/>
            <w:shd w:val="clear" w:color="auto" w:fill="FFFFFF"/>
            <w:tcMar>
              <w:top w:w="75" w:type="dxa"/>
              <w:left w:w="85" w:type="dxa"/>
              <w:bottom w:w="75" w:type="dxa"/>
              <w:right w:w="85" w:type="dxa"/>
            </w:tcMar>
            <w:vAlign w:val="center"/>
          </w:tcPr>
          <w:p w14:paraId="756F4989" w14:textId="77777777" w:rsidR="008C77F8" w:rsidRDefault="00000000">
            <w:pPr>
              <w:spacing w:after="0" w:line="240" w:lineRule="auto"/>
            </w:pPr>
            <w:r>
              <w:rPr>
                <w:sz w:val="13"/>
              </w:rPr>
              <w:t>Raportare</w:t>
            </w:r>
          </w:p>
        </w:tc>
        <w:tc>
          <w:tcPr>
            <w:tcW w:w="2381" w:type="dxa"/>
            <w:shd w:val="clear" w:color="auto" w:fill="FFFFFF"/>
            <w:tcMar>
              <w:top w:w="75" w:type="dxa"/>
              <w:left w:w="85" w:type="dxa"/>
              <w:bottom w:w="75" w:type="dxa"/>
              <w:right w:w="85" w:type="dxa"/>
            </w:tcMar>
            <w:vAlign w:val="center"/>
          </w:tcPr>
          <w:p w14:paraId="49650F5F" w14:textId="77777777" w:rsidR="008C77F8" w:rsidRDefault="00000000">
            <w:pPr>
              <w:spacing w:after="0" w:line="240" w:lineRule="auto"/>
            </w:pPr>
            <w:r>
              <w:rPr>
                <w:sz w:val="13"/>
              </w:rPr>
              <w:t>Creșterea raportării timpurii și învățării</w:t>
            </w:r>
          </w:p>
        </w:tc>
        <w:tc>
          <w:tcPr>
            <w:tcW w:w="3231" w:type="dxa"/>
            <w:shd w:val="clear" w:color="auto" w:fill="FFFFFF"/>
            <w:tcMar>
              <w:top w:w="75" w:type="dxa"/>
              <w:left w:w="85" w:type="dxa"/>
              <w:bottom w:w="75" w:type="dxa"/>
              <w:right w:w="85" w:type="dxa"/>
            </w:tcMar>
            <w:vAlign w:val="center"/>
          </w:tcPr>
          <w:p w14:paraId="450B7A11" w14:textId="77777777" w:rsidR="008C77F8" w:rsidRDefault="00000000">
            <w:pPr>
              <w:spacing w:after="0" w:line="240" w:lineRule="auto"/>
            </w:pPr>
            <w:r>
              <w:rPr>
                <w:sz w:val="13"/>
              </w:rPr>
              <w:t>rata aproape-accidentelor; timp analiză; acțiuni eficace.</w:t>
            </w:r>
          </w:p>
        </w:tc>
        <w:tc>
          <w:tcPr>
            <w:tcW w:w="2665" w:type="dxa"/>
            <w:shd w:val="clear" w:color="auto" w:fill="FFFFFF"/>
            <w:tcMar>
              <w:top w:w="75" w:type="dxa"/>
              <w:left w:w="85" w:type="dxa"/>
              <w:bottom w:w="75" w:type="dxa"/>
              <w:right w:w="85" w:type="dxa"/>
            </w:tcMar>
            <w:vAlign w:val="center"/>
          </w:tcPr>
          <w:p w14:paraId="6456ADBF" w14:textId="77777777" w:rsidR="008C77F8" w:rsidRDefault="00000000">
            <w:pPr>
              <w:spacing w:after="0" w:line="240" w:lineRule="auto"/>
            </w:pPr>
            <w:r>
              <w:rPr>
                <w:sz w:val="13"/>
              </w:rPr>
              <w:t>Nu recompensați scăderea raportării. Protejați raportarea fără teamă.</w:t>
            </w:r>
          </w:p>
        </w:tc>
      </w:tr>
      <w:tr w:rsidR="008C77F8" w14:paraId="480DD55E" w14:textId="77777777">
        <w:trPr>
          <w:cantSplit/>
          <w:jc w:val="center"/>
        </w:trPr>
        <w:tc>
          <w:tcPr>
            <w:tcW w:w="1644" w:type="dxa"/>
            <w:shd w:val="clear" w:color="auto" w:fill="FAFAFA"/>
            <w:tcMar>
              <w:top w:w="75" w:type="dxa"/>
              <w:left w:w="85" w:type="dxa"/>
              <w:bottom w:w="75" w:type="dxa"/>
              <w:right w:w="85" w:type="dxa"/>
            </w:tcMar>
            <w:vAlign w:val="center"/>
          </w:tcPr>
          <w:p w14:paraId="7F1350FD" w14:textId="77777777" w:rsidR="008C77F8" w:rsidRDefault="00000000">
            <w:pPr>
              <w:spacing w:after="0" w:line="240" w:lineRule="auto"/>
            </w:pPr>
            <w:r>
              <w:rPr>
                <w:sz w:val="13"/>
              </w:rPr>
              <w:t>Sănătate ocupațională</w:t>
            </w:r>
          </w:p>
        </w:tc>
        <w:tc>
          <w:tcPr>
            <w:tcW w:w="2381" w:type="dxa"/>
            <w:shd w:val="clear" w:color="auto" w:fill="FAFAFA"/>
            <w:tcMar>
              <w:top w:w="75" w:type="dxa"/>
              <w:left w:w="85" w:type="dxa"/>
              <w:bottom w:w="75" w:type="dxa"/>
              <w:right w:w="85" w:type="dxa"/>
            </w:tcMar>
            <w:vAlign w:val="center"/>
          </w:tcPr>
          <w:p w14:paraId="231707E7" w14:textId="77777777" w:rsidR="008C77F8" w:rsidRDefault="00000000">
            <w:pPr>
              <w:spacing w:after="0" w:line="240" w:lineRule="auto"/>
            </w:pPr>
            <w:r>
              <w:rPr>
                <w:sz w:val="13"/>
              </w:rPr>
              <w:t>Reducerea expunerilor și intervenție timpurie</w:t>
            </w:r>
          </w:p>
        </w:tc>
        <w:tc>
          <w:tcPr>
            <w:tcW w:w="3231" w:type="dxa"/>
            <w:shd w:val="clear" w:color="auto" w:fill="FAFAFA"/>
            <w:tcMar>
              <w:top w:w="75" w:type="dxa"/>
              <w:left w:w="85" w:type="dxa"/>
              <w:bottom w:w="75" w:type="dxa"/>
              <w:right w:w="85" w:type="dxa"/>
            </w:tcMar>
            <w:vAlign w:val="center"/>
          </w:tcPr>
          <w:p w14:paraId="4596E47C" w14:textId="77777777" w:rsidR="008C77F8" w:rsidRDefault="00000000">
            <w:pPr>
              <w:spacing w:after="0" w:line="240" w:lineRule="auto"/>
            </w:pPr>
            <w:r>
              <w:rPr>
                <w:sz w:val="13"/>
              </w:rPr>
              <w:t>rezultate agregate; % măsuri implementate; tendințe.</w:t>
            </w:r>
          </w:p>
        </w:tc>
        <w:tc>
          <w:tcPr>
            <w:tcW w:w="2665" w:type="dxa"/>
            <w:shd w:val="clear" w:color="auto" w:fill="FAFAFA"/>
            <w:tcMar>
              <w:top w:w="75" w:type="dxa"/>
              <w:left w:w="85" w:type="dxa"/>
              <w:bottom w:w="75" w:type="dxa"/>
              <w:right w:w="85" w:type="dxa"/>
            </w:tcMar>
            <w:vAlign w:val="center"/>
          </w:tcPr>
          <w:p w14:paraId="48C85265" w14:textId="77777777" w:rsidR="008C77F8" w:rsidRDefault="00000000">
            <w:pPr>
              <w:spacing w:after="0" w:line="240" w:lineRule="auto"/>
            </w:pPr>
            <w:r>
              <w:rPr>
                <w:sz w:val="13"/>
              </w:rPr>
              <w:t>Protejați confidențialitatea și evitați obiective discriminatorii.</w:t>
            </w:r>
          </w:p>
        </w:tc>
      </w:tr>
      <w:tr w:rsidR="008C77F8" w:rsidRPr="00823051" w14:paraId="27706063" w14:textId="77777777">
        <w:trPr>
          <w:cantSplit/>
          <w:jc w:val="center"/>
        </w:trPr>
        <w:tc>
          <w:tcPr>
            <w:tcW w:w="1644" w:type="dxa"/>
            <w:shd w:val="clear" w:color="auto" w:fill="FFFFFF"/>
            <w:tcMar>
              <w:top w:w="75" w:type="dxa"/>
              <w:left w:w="85" w:type="dxa"/>
              <w:bottom w:w="75" w:type="dxa"/>
              <w:right w:w="85" w:type="dxa"/>
            </w:tcMar>
            <w:vAlign w:val="center"/>
          </w:tcPr>
          <w:p w14:paraId="55BF4778" w14:textId="77777777" w:rsidR="008C77F8" w:rsidRDefault="00000000">
            <w:pPr>
              <w:spacing w:after="0" w:line="240" w:lineRule="auto"/>
            </w:pPr>
            <w:r>
              <w:rPr>
                <w:sz w:val="13"/>
              </w:rPr>
              <w:t>Psihosocial</w:t>
            </w:r>
          </w:p>
        </w:tc>
        <w:tc>
          <w:tcPr>
            <w:tcW w:w="2381" w:type="dxa"/>
            <w:shd w:val="clear" w:color="auto" w:fill="FFFFFF"/>
            <w:tcMar>
              <w:top w:w="75" w:type="dxa"/>
              <w:left w:w="85" w:type="dxa"/>
              <w:bottom w:w="75" w:type="dxa"/>
              <w:right w:w="85" w:type="dxa"/>
            </w:tcMar>
            <w:vAlign w:val="center"/>
          </w:tcPr>
          <w:p w14:paraId="2625BC02" w14:textId="77777777" w:rsidR="008C77F8" w:rsidRDefault="00000000">
            <w:pPr>
              <w:spacing w:after="0" w:line="240" w:lineRule="auto"/>
            </w:pPr>
            <w:r>
              <w:rPr>
                <w:sz w:val="13"/>
              </w:rPr>
              <w:t>Reducerea factorilor organizaționali nocivi</w:t>
            </w:r>
          </w:p>
        </w:tc>
        <w:tc>
          <w:tcPr>
            <w:tcW w:w="3231" w:type="dxa"/>
            <w:shd w:val="clear" w:color="auto" w:fill="FFFFFF"/>
            <w:tcMar>
              <w:top w:w="75" w:type="dxa"/>
              <w:left w:w="85" w:type="dxa"/>
              <w:bottom w:w="75" w:type="dxa"/>
              <w:right w:w="85" w:type="dxa"/>
            </w:tcMar>
            <w:vAlign w:val="center"/>
          </w:tcPr>
          <w:p w14:paraId="10AA6468" w14:textId="77777777" w:rsidR="008C77F8" w:rsidRDefault="00000000">
            <w:pPr>
              <w:spacing w:after="0" w:line="240" w:lineRule="auto"/>
            </w:pPr>
            <w:r>
              <w:rPr>
                <w:sz w:val="13"/>
              </w:rPr>
              <w:t>indicatori volum muncă, control, sprijin; sondaje; acțiuni.</w:t>
            </w:r>
          </w:p>
        </w:tc>
        <w:tc>
          <w:tcPr>
            <w:tcW w:w="2665" w:type="dxa"/>
            <w:shd w:val="clear" w:color="auto" w:fill="FFFFFF"/>
            <w:tcMar>
              <w:top w:w="75" w:type="dxa"/>
              <w:left w:w="85" w:type="dxa"/>
              <w:bottom w:w="75" w:type="dxa"/>
              <w:right w:w="85" w:type="dxa"/>
            </w:tcMar>
            <w:vAlign w:val="center"/>
          </w:tcPr>
          <w:p w14:paraId="73DAAECA" w14:textId="77777777" w:rsidR="008C77F8" w:rsidRPr="00823051" w:rsidRDefault="00000000">
            <w:pPr>
              <w:spacing w:after="0" w:line="240" w:lineRule="auto"/>
              <w:rPr>
                <w:lang w:val="fr-FR"/>
              </w:rPr>
            </w:pPr>
            <w:r w:rsidRPr="00823051">
              <w:rPr>
                <w:sz w:val="13"/>
                <w:lang w:val="fr-FR"/>
              </w:rPr>
              <w:t>Nu transformați problema organizațională într-o obligație de reziliență individuală.</w:t>
            </w:r>
          </w:p>
        </w:tc>
      </w:tr>
      <w:tr w:rsidR="008C77F8" w:rsidRPr="00823051" w14:paraId="6833A7D5" w14:textId="77777777">
        <w:trPr>
          <w:cantSplit/>
          <w:jc w:val="center"/>
        </w:trPr>
        <w:tc>
          <w:tcPr>
            <w:tcW w:w="1644" w:type="dxa"/>
            <w:shd w:val="clear" w:color="auto" w:fill="FAFAFA"/>
            <w:tcMar>
              <w:top w:w="75" w:type="dxa"/>
              <w:left w:w="85" w:type="dxa"/>
              <w:bottom w:w="75" w:type="dxa"/>
              <w:right w:w="85" w:type="dxa"/>
            </w:tcMar>
            <w:vAlign w:val="center"/>
          </w:tcPr>
          <w:p w14:paraId="1D2E8A1D" w14:textId="77777777" w:rsidR="008C77F8" w:rsidRDefault="00000000">
            <w:pPr>
              <w:spacing w:after="0" w:line="240" w:lineRule="auto"/>
            </w:pPr>
            <w:r>
              <w:rPr>
                <w:sz w:val="13"/>
              </w:rPr>
              <w:t>Urgențe</w:t>
            </w:r>
          </w:p>
        </w:tc>
        <w:tc>
          <w:tcPr>
            <w:tcW w:w="2381" w:type="dxa"/>
            <w:shd w:val="clear" w:color="auto" w:fill="FAFAFA"/>
            <w:tcMar>
              <w:top w:w="75" w:type="dxa"/>
              <w:left w:w="85" w:type="dxa"/>
              <w:bottom w:w="75" w:type="dxa"/>
              <w:right w:w="85" w:type="dxa"/>
            </w:tcMar>
            <w:vAlign w:val="center"/>
          </w:tcPr>
          <w:p w14:paraId="1D752D57" w14:textId="77777777" w:rsidR="008C77F8" w:rsidRDefault="00000000">
            <w:pPr>
              <w:spacing w:after="0" w:line="240" w:lineRule="auto"/>
            </w:pPr>
            <w:r>
              <w:rPr>
                <w:sz w:val="13"/>
              </w:rPr>
              <w:t>Creșterea capacității de răspuns</w:t>
            </w:r>
          </w:p>
        </w:tc>
        <w:tc>
          <w:tcPr>
            <w:tcW w:w="3231" w:type="dxa"/>
            <w:shd w:val="clear" w:color="auto" w:fill="FAFAFA"/>
            <w:tcMar>
              <w:top w:w="75" w:type="dxa"/>
              <w:left w:w="85" w:type="dxa"/>
              <w:bottom w:w="75" w:type="dxa"/>
              <w:right w:w="85" w:type="dxa"/>
            </w:tcMar>
            <w:vAlign w:val="center"/>
          </w:tcPr>
          <w:p w14:paraId="33591BED" w14:textId="77777777" w:rsidR="008C77F8" w:rsidRPr="00823051" w:rsidRDefault="00000000">
            <w:pPr>
              <w:spacing w:after="0" w:line="240" w:lineRule="auto"/>
              <w:rPr>
                <w:lang w:val="fr-FR"/>
              </w:rPr>
            </w:pPr>
            <w:r w:rsidRPr="00823051">
              <w:rPr>
                <w:sz w:val="13"/>
                <w:lang w:val="fr-FR"/>
              </w:rPr>
              <w:t>timp răspuns; % acțiuni din exerciții; disponibilitate echipamente.</w:t>
            </w:r>
          </w:p>
        </w:tc>
        <w:tc>
          <w:tcPr>
            <w:tcW w:w="2665" w:type="dxa"/>
            <w:shd w:val="clear" w:color="auto" w:fill="FAFAFA"/>
            <w:tcMar>
              <w:top w:w="75" w:type="dxa"/>
              <w:left w:w="85" w:type="dxa"/>
              <w:bottom w:w="75" w:type="dxa"/>
              <w:right w:w="85" w:type="dxa"/>
            </w:tcMar>
            <w:vAlign w:val="center"/>
          </w:tcPr>
          <w:p w14:paraId="7C912B36" w14:textId="77777777" w:rsidR="008C77F8" w:rsidRPr="00823051" w:rsidRDefault="00000000">
            <w:pPr>
              <w:spacing w:after="0" w:line="240" w:lineRule="auto"/>
              <w:rPr>
                <w:lang w:val="fr-FR"/>
              </w:rPr>
            </w:pPr>
            <w:r w:rsidRPr="00823051">
              <w:rPr>
                <w:sz w:val="13"/>
                <w:lang w:val="fr-FR"/>
              </w:rPr>
              <w:t>Exercițiul efectuat nu înseamnă automat răspuns eficace.</w:t>
            </w:r>
          </w:p>
        </w:tc>
      </w:tr>
    </w:tbl>
    <w:p w14:paraId="20BA81E7" w14:textId="77777777" w:rsidR="008C77F8" w:rsidRPr="00823051" w:rsidRDefault="008C77F8">
      <w:pPr>
        <w:spacing w:after="20"/>
        <w:rPr>
          <w:lang w:val="fr-FR"/>
        </w:rPr>
      </w:pPr>
    </w:p>
    <w:p w14:paraId="2E16477F" w14:textId="77777777" w:rsidR="008C77F8" w:rsidRDefault="00000000">
      <w:pPr>
        <w:pStyle w:val="Heading2"/>
      </w:pPr>
      <w:r>
        <w:t>Exemple de formulare completă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7937"/>
      </w:tblGrid>
      <w:tr w:rsidR="008C77F8" w14:paraId="5AF6FF80" w14:textId="77777777">
        <w:trPr>
          <w:tblHeader/>
          <w:jc w:val="center"/>
        </w:trPr>
        <w:tc>
          <w:tcPr>
            <w:tcW w:w="1984" w:type="dxa"/>
            <w:shd w:val="clear" w:color="auto" w:fill="D71920"/>
            <w:tcMar>
              <w:top w:w="75" w:type="dxa"/>
              <w:left w:w="85" w:type="dxa"/>
              <w:bottom w:w="75" w:type="dxa"/>
              <w:right w:w="85" w:type="dxa"/>
            </w:tcMar>
            <w:vAlign w:val="center"/>
          </w:tcPr>
          <w:p w14:paraId="27C19F0A" w14:textId="77777777" w:rsidR="008C77F8" w:rsidRDefault="00000000">
            <w:pPr>
              <w:spacing w:after="0" w:line="240" w:lineRule="auto"/>
              <w:jc w:val="center"/>
            </w:pPr>
            <w:r>
              <w:rPr>
                <w:b/>
                <w:color w:val="FFFFFF"/>
                <w:sz w:val="15"/>
              </w:rPr>
              <w:t>TEMĂ</w:t>
            </w:r>
          </w:p>
        </w:tc>
        <w:tc>
          <w:tcPr>
            <w:tcW w:w="7937" w:type="dxa"/>
            <w:shd w:val="clear" w:color="auto" w:fill="D71920"/>
            <w:tcMar>
              <w:top w:w="75" w:type="dxa"/>
              <w:left w:w="85" w:type="dxa"/>
              <w:bottom w:w="75" w:type="dxa"/>
              <w:right w:w="85" w:type="dxa"/>
            </w:tcMar>
            <w:vAlign w:val="center"/>
          </w:tcPr>
          <w:p w14:paraId="49FF1C8C" w14:textId="77777777" w:rsidR="008C77F8" w:rsidRDefault="00000000">
            <w:pPr>
              <w:spacing w:after="0" w:line="240" w:lineRule="auto"/>
              <w:jc w:val="center"/>
            </w:pPr>
            <w:r>
              <w:rPr>
                <w:b/>
                <w:color w:val="FFFFFF"/>
                <w:sz w:val="15"/>
              </w:rPr>
              <w:t>FORMULARE</w:t>
            </w:r>
          </w:p>
        </w:tc>
      </w:tr>
      <w:tr w:rsidR="008C77F8" w:rsidRPr="00823051" w14:paraId="585013DA" w14:textId="77777777">
        <w:trPr>
          <w:cantSplit/>
          <w:jc w:val="center"/>
        </w:trPr>
        <w:tc>
          <w:tcPr>
            <w:tcW w:w="1984" w:type="dxa"/>
            <w:shd w:val="clear" w:color="auto" w:fill="FFFFFF"/>
            <w:tcMar>
              <w:top w:w="75" w:type="dxa"/>
              <w:left w:w="85" w:type="dxa"/>
              <w:bottom w:w="75" w:type="dxa"/>
              <w:right w:w="85" w:type="dxa"/>
            </w:tcMar>
            <w:vAlign w:val="center"/>
          </w:tcPr>
          <w:p w14:paraId="50B4A6C5" w14:textId="77777777" w:rsidR="008C77F8" w:rsidRDefault="00000000">
            <w:pPr>
              <w:spacing w:after="0" w:line="240" w:lineRule="auto"/>
            </w:pPr>
            <w:r>
              <w:rPr>
                <w:sz w:val="15"/>
              </w:rPr>
              <w:t>Ergonomie</w:t>
            </w:r>
          </w:p>
        </w:tc>
        <w:tc>
          <w:tcPr>
            <w:tcW w:w="7937" w:type="dxa"/>
            <w:shd w:val="clear" w:color="auto" w:fill="FFFFFF"/>
            <w:tcMar>
              <w:top w:w="75" w:type="dxa"/>
              <w:left w:w="85" w:type="dxa"/>
              <w:bottom w:w="75" w:type="dxa"/>
              <w:right w:w="85" w:type="dxa"/>
            </w:tcMar>
            <w:vAlign w:val="center"/>
          </w:tcPr>
          <w:p w14:paraId="3D6EA22B" w14:textId="77777777" w:rsidR="008C77F8" w:rsidRPr="00823051" w:rsidRDefault="00000000">
            <w:pPr>
              <w:spacing w:after="0" w:line="240" w:lineRule="auto"/>
              <w:rPr>
                <w:lang w:val="fr-FR"/>
              </w:rPr>
            </w:pPr>
            <w:r w:rsidRPr="00823051">
              <w:rPr>
                <w:sz w:val="15"/>
                <w:lang w:val="fr-FR"/>
              </w:rPr>
              <w:t>Reducerea proporției sarcinilor de manipulare manuală cu risc ridicat de la 38% la maximum 10% până la 31.12.2027, prin eliminare, mecanizare și reproiectare.</w:t>
            </w:r>
          </w:p>
        </w:tc>
      </w:tr>
      <w:tr w:rsidR="008C77F8" w:rsidRPr="00823051" w14:paraId="0E368742" w14:textId="77777777">
        <w:trPr>
          <w:cantSplit/>
          <w:jc w:val="center"/>
        </w:trPr>
        <w:tc>
          <w:tcPr>
            <w:tcW w:w="1984" w:type="dxa"/>
            <w:shd w:val="clear" w:color="auto" w:fill="FAFAFA"/>
            <w:tcMar>
              <w:top w:w="75" w:type="dxa"/>
              <w:left w:w="85" w:type="dxa"/>
              <w:bottom w:w="75" w:type="dxa"/>
              <w:right w:w="85" w:type="dxa"/>
            </w:tcMar>
            <w:vAlign w:val="center"/>
          </w:tcPr>
          <w:p w14:paraId="13166FEF" w14:textId="77777777" w:rsidR="008C77F8" w:rsidRDefault="00000000">
            <w:pPr>
              <w:spacing w:after="0" w:line="240" w:lineRule="auto"/>
            </w:pPr>
            <w:r>
              <w:rPr>
                <w:sz w:val="15"/>
              </w:rPr>
              <w:t>Utilaje</w:t>
            </w:r>
          </w:p>
        </w:tc>
        <w:tc>
          <w:tcPr>
            <w:tcW w:w="7937" w:type="dxa"/>
            <w:shd w:val="clear" w:color="auto" w:fill="FAFAFA"/>
            <w:tcMar>
              <w:top w:w="75" w:type="dxa"/>
              <w:left w:w="85" w:type="dxa"/>
              <w:bottom w:w="75" w:type="dxa"/>
              <w:right w:w="85" w:type="dxa"/>
            </w:tcMar>
            <w:vAlign w:val="center"/>
          </w:tcPr>
          <w:p w14:paraId="5ED0E037" w14:textId="77777777" w:rsidR="008C77F8" w:rsidRPr="00823051" w:rsidRDefault="00000000">
            <w:pPr>
              <w:spacing w:after="0" w:line="240" w:lineRule="auto"/>
              <w:rPr>
                <w:lang w:val="fr-FR"/>
              </w:rPr>
            </w:pPr>
            <w:r w:rsidRPr="00823051">
              <w:rPr>
                <w:sz w:val="15"/>
                <w:lang w:val="fr-FR"/>
              </w:rPr>
              <w:t>Aducerea la conformitate și verificarea eficacității protecțiilor pentru 100% dintre cele 24 de echipamente critice până la 30.09.2027, fără derogări necontrolate.</w:t>
            </w:r>
          </w:p>
        </w:tc>
      </w:tr>
      <w:tr w:rsidR="008C77F8" w:rsidRPr="00823051" w14:paraId="6C582C78" w14:textId="77777777">
        <w:trPr>
          <w:cantSplit/>
          <w:jc w:val="center"/>
        </w:trPr>
        <w:tc>
          <w:tcPr>
            <w:tcW w:w="1984" w:type="dxa"/>
            <w:shd w:val="clear" w:color="auto" w:fill="FFFFFF"/>
            <w:tcMar>
              <w:top w:w="75" w:type="dxa"/>
              <w:left w:w="85" w:type="dxa"/>
              <w:bottom w:w="75" w:type="dxa"/>
              <w:right w:w="85" w:type="dxa"/>
            </w:tcMar>
            <w:vAlign w:val="center"/>
          </w:tcPr>
          <w:p w14:paraId="5CEFAA51" w14:textId="77777777" w:rsidR="008C77F8" w:rsidRDefault="00000000">
            <w:pPr>
              <w:spacing w:after="0" w:line="240" w:lineRule="auto"/>
            </w:pPr>
            <w:r>
              <w:rPr>
                <w:sz w:val="15"/>
              </w:rPr>
              <w:t>Participare</w:t>
            </w:r>
          </w:p>
        </w:tc>
        <w:tc>
          <w:tcPr>
            <w:tcW w:w="7937" w:type="dxa"/>
            <w:shd w:val="clear" w:color="auto" w:fill="FFFFFF"/>
            <w:tcMar>
              <w:top w:w="75" w:type="dxa"/>
              <w:left w:w="85" w:type="dxa"/>
              <w:bottom w:w="75" w:type="dxa"/>
              <w:right w:w="85" w:type="dxa"/>
            </w:tcMar>
            <w:vAlign w:val="center"/>
          </w:tcPr>
          <w:p w14:paraId="7165E03B" w14:textId="77777777" w:rsidR="008C77F8" w:rsidRPr="00823051" w:rsidRDefault="00000000">
            <w:pPr>
              <w:spacing w:after="0" w:line="240" w:lineRule="auto"/>
              <w:rPr>
                <w:lang w:val="fr-FR"/>
              </w:rPr>
            </w:pPr>
            <w:r w:rsidRPr="00823051">
              <w:rPr>
                <w:sz w:val="15"/>
                <w:lang w:val="fr-FR"/>
              </w:rPr>
              <w:t>Reducerea timpului median de răspuns la sesizările SSM ale lucrătorilor de la 28 la maximum 10 zile până la 30.06.2027, menținând consultarea documentată.</w:t>
            </w:r>
          </w:p>
        </w:tc>
      </w:tr>
      <w:tr w:rsidR="008C77F8" w14:paraId="4FDBAF39" w14:textId="77777777">
        <w:trPr>
          <w:cantSplit/>
          <w:jc w:val="center"/>
        </w:trPr>
        <w:tc>
          <w:tcPr>
            <w:tcW w:w="1984" w:type="dxa"/>
            <w:shd w:val="clear" w:color="auto" w:fill="FAFAFA"/>
            <w:tcMar>
              <w:top w:w="75" w:type="dxa"/>
              <w:left w:w="85" w:type="dxa"/>
              <w:bottom w:w="75" w:type="dxa"/>
              <w:right w:w="85" w:type="dxa"/>
            </w:tcMar>
            <w:vAlign w:val="center"/>
          </w:tcPr>
          <w:p w14:paraId="0DAEED4F" w14:textId="77777777" w:rsidR="008C77F8" w:rsidRDefault="00000000">
            <w:pPr>
              <w:spacing w:after="0" w:line="240" w:lineRule="auto"/>
            </w:pPr>
            <w:r>
              <w:rPr>
                <w:sz w:val="15"/>
              </w:rPr>
              <w:t>Contractanți</w:t>
            </w:r>
          </w:p>
        </w:tc>
        <w:tc>
          <w:tcPr>
            <w:tcW w:w="7937" w:type="dxa"/>
            <w:shd w:val="clear" w:color="auto" w:fill="FAFAFA"/>
            <w:tcMar>
              <w:top w:w="75" w:type="dxa"/>
              <w:left w:w="85" w:type="dxa"/>
              <w:bottom w:w="75" w:type="dxa"/>
              <w:right w:w="85" w:type="dxa"/>
            </w:tcMar>
            <w:vAlign w:val="center"/>
          </w:tcPr>
          <w:p w14:paraId="0AD2B0F7" w14:textId="77777777" w:rsidR="008C77F8" w:rsidRDefault="00000000">
            <w:pPr>
              <w:spacing w:after="0" w:line="240" w:lineRule="auto"/>
            </w:pPr>
            <w:r>
              <w:rPr>
                <w:sz w:val="15"/>
              </w:rPr>
              <w:t>Verificarea înaintea începerii lucrării a controalelor critice pentru 100% dintre activitățile contractate cu risc ridicat până la 31.03.2027 și eliminarea începerilor fără autorizare.</w:t>
            </w:r>
          </w:p>
        </w:tc>
      </w:tr>
    </w:tbl>
    <w:p w14:paraId="39DE0017" w14:textId="77777777" w:rsidR="008C77F8" w:rsidRDefault="008C77F8">
      <w:pPr>
        <w:spacing w:after="20"/>
      </w:pPr>
    </w:p>
    <w:p w14:paraId="14B638CB" w14:textId="77777777" w:rsidR="008C77F8"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7C56BD05" w14:textId="77777777">
        <w:trPr>
          <w:jc w:val="center"/>
        </w:trPr>
        <w:tc>
          <w:tcPr>
            <w:tcW w:w="1020" w:type="dxa"/>
            <w:shd w:val="clear" w:color="auto" w:fill="D71920"/>
            <w:tcMar>
              <w:top w:w="75" w:type="dxa"/>
              <w:left w:w="85" w:type="dxa"/>
              <w:bottom w:w="75" w:type="dxa"/>
              <w:right w:w="85" w:type="dxa"/>
            </w:tcMar>
            <w:vAlign w:val="center"/>
          </w:tcPr>
          <w:p w14:paraId="2DAD6D55" w14:textId="77777777" w:rsidR="008C77F8" w:rsidRDefault="00000000">
            <w:pPr>
              <w:spacing w:after="0" w:line="240" w:lineRule="auto"/>
              <w:jc w:val="center"/>
            </w:pPr>
            <w:r>
              <w:rPr>
                <w:b/>
                <w:color w:val="FFFFFF"/>
                <w:sz w:val="34"/>
              </w:rPr>
              <w:lastRenderedPageBreak/>
              <w:t>4B</w:t>
            </w:r>
          </w:p>
        </w:tc>
        <w:tc>
          <w:tcPr>
            <w:tcW w:w="8901" w:type="dxa"/>
            <w:shd w:val="clear" w:color="auto" w:fill="F3F4F5"/>
          </w:tcPr>
          <w:p w14:paraId="71482872" w14:textId="77777777" w:rsidR="008C77F8" w:rsidRPr="00823051" w:rsidRDefault="00000000">
            <w:pPr>
              <w:spacing w:after="20"/>
              <w:rPr>
                <w:lang w:val="fr-FR"/>
              </w:rPr>
            </w:pPr>
            <w:r w:rsidRPr="00823051">
              <w:rPr>
                <w:b/>
                <w:sz w:val="28"/>
                <w:lang w:val="fr-FR"/>
              </w:rPr>
              <w:t>Proiectarea indicatorilor</w:t>
            </w:r>
          </w:p>
          <w:p w14:paraId="7844A40F" w14:textId="77777777" w:rsidR="008C77F8" w:rsidRPr="00823051" w:rsidRDefault="00000000">
            <w:pPr>
              <w:spacing w:after="0"/>
              <w:rPr>
                <w:lang w:val="fr-FR"/>
              </w:rPr>
            </w:pPr>
            <w:r w:rsidRPr="00823051">
              <w:rPr>
                <w:color w:val="666666"/>
                <w:sz w:val="16"/>
                <w:lang w:val="fr-FR"/>
              </w:rPr>
              <w:t>Indicatorul trebuie să conducă la decizii corecte, nu doar la un procent ușor de raportat</w:t>
            </w:r>
          </w:p>
        </w:tc>
      </w:tr>
    </w:tbl>
    <w:p w14:paraId="269E6679" w14:textId="77777777" w:rsidR="008C77F8" w:rsidRPr="00823051" w:rsidRDefault="008C77F8">
      <w:pPr>
        <w:spacing w:after="0"/>
        <w:rPr>
          <w:lang w:val="fr-FR"/>
        </w:rPr>
      </w:pPr>
    </w:p>
    <w:p w14:paraId="25CDFAF6" w14:textId="77777777" w:rsidR="008C77F8" w:rsidRDefault="00000000">
      <w:pPr>
        <w:pStyle w:val="Heading2"/>
      </w:pPr>
      <w:r>
        <w:t>Fișa tehnică a indicatorului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288"/>
        <w:gridCol w:w="6633"/>
      </w:tblGrid>
      <w:tr w:rsidR="008C77F8" w14:paraId="20F8C470" w14:textId="77777777">
        <w:trPr>
          <w:tblHeader/>
          <w:jc w:val="center"/>
        </w:trPr>
        <w:tc>
          <w:tcPr>
            <w:tcW w:w="3288" w:type="dxa"/>
            <w:shd w:val="clear" w:color="auto" w:fill="D71920"/>
            <w:tcMar>
              <w:top w:w="75" w:type="dxa"/>
              <w:left w:w="85" w:type="dxa"/>
              <w:bottom w:w="75" w:type="dxa"/>
              <w:right w:w="85" w:type="dxa"/>
            </w:tcMar>
            <w:vAlign w:val="center"/>
          </w:tcPr>
          <w:p w14:paraId="6A218263" w14:textId="77777777" w:rsidR="008C77F8" w:rsidRDefault="00000000">
            <w:pPr>
              <w:spacing w:after="0" w:line="240" w:lineRule="auto"/>
              <w:jc w:val="center"/>
            </w:pPr>
            <w:r>
              <w:rPr>
                <w:b/>
                <w:color w:val="FFFFFF"/>
                <w:sz w:val="16"/>
              </w:rPr>
              <w:t>ELEMENT</w:t>
            </w:r>
          </w:p>
        </w:tc>
        <w:tc>
          <w:tcPr>
            <w:tcW w:w="6633" w:type="dxa"/>
            <w:shd w:val="clear" w:color="auto" w:fill="D71920"/>
            <w:tcMar>
              <w:top w:w="75" w:type="dxa"/>
              <w:left w:w="85" w:type="dxa"/>
              <w:bottom w:w="75" w:type="dxa"/>
              <w:right w:w="85" w:type="dxa"/>
            </w:tcMar>
            <w:vAlign w:val="center"/>
          </w:tcPr>
          <w:p w14:paraId="2293F3B2" w14:textId="77777777" w:rsidR="008C77F8" w:rsidRDefault="00000000">
            <w:pPr>
              <w:spacing w:after="0" w:line="240" w:lineRule="auto"/>
              <w:jc w:val="center"/>
            </w:pPr>
            <w:r>
              <w:rPr>
                <w:b/>
                <w:color w:val="FFFFFF"/>
                <w:sz w:val="16"/>
              </w:rPr>
              <w:t>COMPLETARE</w:t>
            </w:r>
          </w:p>
        </w:tc>
      </w:tr>
      <w:tr w:rsidR="008C77F8" w14:paraId="39D71E97" w14:textId="77777777">
        <w:trPr>
          <w:cantSplit/>
          <w:jc w:val="center"/>
        </w:trPr>
        <w:tc>
          <w:tcPr>
            <w:tcW w:w="3288" w:type="dxa"/>
            <w:shd w:val="clear" w:color="auto" w:fill="FFFFFF"/>
            <w:tcMar>
              <w:top w:w="75" w:type="dxa"/>
              <w:left w:w="85" w:type="dxa"/>
              <w:bottom w:w="75" w:type="dxa"/>
              <w:right w:w="85" w:type="dxa"/>
            </w:tcMar>
            <w:vAlign w:val="center"/>
          </w:tcPr>
          <w:p w14:paraId="0294CF30" w14:textId="77777777" w:rsidR="008C77F8" w:rsidRDefault="00000000">
            <w:pPr>
              <w:spacing w:after="0" w:line="240" w:lineRule="auto"/>
            </w:pPr>
            <w:r>
              <w:rPr>
                <w:sz w:val="16"/>
              </w:rPr>
              <w:t>Denumire și scop</w:t>
            </w:r>
          </w:p>
        </w:tc>
        <w:tc>
          <w:tcPr>
            <w:tcW w:w="6633" w:type="dxa"/>
            <w:shd w:val="clear" w:color="auto" w:fill="FFFFFF"/>
            <w:tcMar>
              <w:top w:w="75" w:type="dxa"/>
              <w:left w:w="85" w:type="dxa"/>
              <w:bottom w:w="75" w:type="dxa"/>
              <w:right w:w="85" w:type="dxa"/>
            </w:tcMar>
            <w:vAlign w:val="center"/>
          </w:tcPr>
          <w:p w14:paraId="21DD1764" w14:textId="77777777" w:rsidR="008C77F8" w:rsidRDefault="008C77F8">
            <w:pPr>
              <w:spacing w:after="0" w:line="240" w:lineRule="auto"/>
            </w:pPr>
          </w:p>
        </w:tc>
      </w:tr>
      <w:tr w:rsidR="008C77F8" w14:paraId="2CBF1397" w14:textId="77777777">
        <w:trPr>
          <w:cantSplit/>
          <w:jc w:val="center"/>
        </w:trPr>
        <w:tc>
          <w:tcPr>
            <w:tcW w:w="3288" w:type="dxa"/>
            <w:shd w:val="clear" w:color="auto" w:fill="FAFAFA"/>
            <w:tcMar>
              <w:top w:w="75" w:type="dxa"/>
              <w:left w:w="85" w:type="dxa"/>
              <w:bottom w:w="75" w:type="dxa"/>
              <w:right w:w="85" w:type="dxa"/>
            </w:tcMar>
            <w:vAlign w:val="center"/>
          </w:tcPr>
          <w:p w14:paraId="0CBD475F" w14:textId="77777777" w:rsidR="008C77F8" w:rsidRDefault="00000000">
            <w:pPr>
              <w:spacing w:after="0" w:line="240" w:lineRule="auto"/>
            </w:pPr>
            <w:r>
              <w:rPr>
                <w:sz w:val="16"/>
              </w:rPr>
              <w:t>Pericol / risc / oportunitate asociată</w:t>
            </w:r>
          </w:p>
        </w:tc>
        <w:tc>
          <w:tcPr>
            <w:tcW w:w="6633" w:type="dxa"/>
            <w:shd w:val="clear" w:color="auto" w:fill="FAFAFA"/>
            <w:tcMar>
              <w:top w:w="75" w:type="dxa"/>
              <w:left w:w="85" w:type="dxa"/>
              <w:bottom w:w="75" w:type="dxa"/>
              <w:right w:w="85" w:type="dxa"/>
            </w:tcMar>
            <w:vAlign w:val="center"/>
          </w:tcPr>
          <w:p w14:paraId="5467CA0C" w14:textId="77777777" w:rsidR="008C77F8" w:rsidRDefault="008C77F8">
            <w:pPr>
              <w:spacing w:after="0" w:line="240" w:lineRule="auto"/>
            </w:pPr>
          </w:p>
        </w:tc>
      </w:tr>
      <w:tr w:rsidR="008C77F8" w14:paraId="0FA8DB6C" w14:textId="77777777">
        <w:trPr>
          <w:cantSplit/>
          <w:jc w:val="center"/>
        </w:trPr>
        <w:tc>
          <w:tcPr>
            <w:tcW w:w="3288" w:type="dxa"/>
            <w:shd w:val="clear" w:color="auto" w:fill="FFFFFF"/>
            <w:tcMar>
              <w:top w:w="75" w:type="dxa"/>
              <w:left w:w="85" w:type="dxa"/>
              <w:bottom w:w="75" w:type="dxa"/>
              <w:right w:w="85" w:type="dxa"/>
            </w:tcMar>
            <w:vAlign w:val="center"/>
          </w:tcPr>
          <w:p w14:paraId="395F4A8B" w14:textId="77777777" w:rsidR="008C77F8" w:rsidRDefault="00000000">
            <w:pPr>
              <w:spacing w:after="0" w:line="240" w:lineRule="auto"/>
            </w:pPr>
            <w:r>
              <w:rPr>
                <w:sz w:val="16"/>
              </w:rPr>
              <w:t>Populație și activități acoperite</w:t>
            </w:r>
          </w:p>
        </w:tc>
        <w:tc>
          <w:tcPr>
            <w:tcW w:w="6633" w:type="dxa"/>
            <w:shd w:val="clear" w:color="auto" w:fill="FFFFFF"/>
            <w:tcMar>
              <w:top w:w="75" w:type="dxa"/>
              <w:left w:w="85" w:type="dxa"/>
              <w:bottom w:w="75" w:type="dxa"/>
              <w:right w:w="85" w:type="dxa"/>
            </w:tcMar>
            <w:vAlign w:val="center"/>
          </w:tcPr>
          <w:p w14:paraId="17BB834D" w14:textId="77777777" w:rsidR="008C77F8" w:rsidRDefault="008C77F8">
            <w:pPr>
              <w:spacing w:after="0" w:line="240" w:lineRule="auto"/>
            </w:pPr>
          </w:p>
        </w:tc>
      </w:tr>
      <w:tr w:rsidR="008C77F8" w14:paraId="3BF55CB4" w14:textId="77777777">
        <w:trPr>
          <w:cantSplit/>
          <w:jc w:val="center"/>
        </w:trPr>
        <w:tc>
          <w:tcPr>
            <w:tcW w:w="3288" w:type="dxa"/>
            <w:shd w:val="clear" w:color="auto" w:fill="FAFAFA"/>
            <w:tcMar>
              <w:top w:w="75" w:type="dxa"/>
              <w:left w:w="85" w:type="dxa"/>
              <w:bottom w:w="75" w:type="dxa"/>
              <w:right w:w="85" w:type="dxa"/>
            </w:tcMar>
            <w:vAlign w:val="center"/>
          </w:tcPr>
          <w:p w14:paraId="5BF6656C" w14:textId="77777777" w:rsidR="008C77F8" w:rsidRDefault="00000000">
            <w:pPr>
              <w:spacing w:after="0" w:line="240" w:lineRule="auto"/>
            </w:pPr>
            <w:r>
              <w:rPr>
                <w:sz w:val="16"/>
              </w:rPr>
              <w:t>Indicator preventiv principal</w:t>
            </w:r>
          </w:p>
        </w:tc>
        <w:tc>
          <w:tcPr>
            <w:tcW w:w="6633" w:type="dxa"/>
            <w:shd w:val="clear" w:color="auto" w:fill="FAFAFA"/>
            <w:tcMar>
              <w:top w:w="75" w:type="dxa"/>
              <w:left w:w="85" w:type="dxa"/>
              <w:bottom w:w="75" w:type="dxa"/>
              <w:right w:w="85" w:type="dxa"/>
            </w:tcMar>
            <w:vAlign w:val="center"/>
          </w:tcPr>
          <w:p w14:paraId="169DBA00" w14:textId="77777777" w:rsidR="008C77F8" w:rsidRDefault="008C77F8">
            <w:pPr>
              <w:spacing w:after="0" w:line="240" w:lineRule="auto"/>
            </w:pPr>
          </w:p>
        </w:tc>
      </w:tr>
      <w:tr w:rsidR="008C77F8" w14:paraId="1A3605D8" w14:textId="77777777">
        <w:trPr>
          <w:cantSplit/>
          <w:jc w:val="center"/>
        </w:trPr>
        <w:tc>
          <w:tcPr>
            <w:tcW w:w="3288" w:type="dxa"/>
            <w:shd w:val="clear" w:color="auto" w:fill="FFFFFF"/>
            <w:tcMar>
              <w:top w:w="75" w:type="dxa"/>
              <w:left w:w="85" w:type="dxa"/>
              <w:bottom w:w="75" w:type="dxa"/>
              <w:right w:w="85" w:type="dxa"/>
            </w:tcMar>
            <w:vAlign w:val="center"/>
          </w:tcPr>
          <w:p w14:paraId="4EF242E7" w14:textId="77777777" w:rsidR="008C77F8" w:rsidRDefault="00000000">
            <w:pPr>
              <w:spacing w:after="0" w:line="240" w:lineRule="auto"/>
            </w:pPr>
            <w:r>
              <w:rPr>
                <w:sz w:val="16"/>
              </w:rPr>
              <w:t>Indicator de rezultat</w:t>
            </w:r>
          </w:p>
        </w:tc>
        <w:tc>
          <w:tcPr>
            <w:tcW w:w="6633" w:type="dxa"/>
            <w:shd w:val="clear" w:color="auto" w:fill="FFFFFF"/>
            <w:tcMar>
              <w:top w:w="75" w:type="dxa"/>
              <w:left w:w="85" w:type="dxa"/>
              <w:bottom w:w="75" w:type="dxa"/>
              <w:right w:w="85" w:type="dxa"/>
            </w:tcMar>
            <w:vAlign w:val="center"/>
          </w:tcPr>
          <w:p w14:paraId="3EFD65C5" w14:textId="77777777" w:rsidR="008C77F8" w:rsidRDefault="008C77F8">
            <w:pPr>
              <w:spacing w:after="0" w:line="240" w:lineRule="auto"/>
            </w:pPr>
          </w:p>
        </w:tc>
      </w:tr>
      <w:tr w:rsidR="008C77F8" w:rsidRPr="00823051" w14:paraId="2ABCA10B" w14:textId="77777777">
        <w:trPr>
          <w:cantSplit/>
          <w:jc w:val="center"/>
        </w:trPr>
        <w:tc>
          <w:tcPr>
            <w:tcW w:w="3288" w:type="dxa"/>
            <w:shd w:val="clear" w:color="auto" w:fill="FAFAFA"/>
            <w:tcMar>
              <w:top w:w="75" w:type="dxa"/>
              <w:left w:w="85" w:type="dxa"/>
              <w:bottom w:w="75" w:type="dxa"/>
              <w:right w:w="85" w:type="dxa"/>
            </w:tcMar>
            <w:vAlign w:val="center"/>
          </w:tcPr>
          <w:p w14:paraId="258AE9B1" w14:textId="77777777" w:rsidR="008C77F8" w:rsidRPr="00823051" w:rsidRDefault="00000000">
            <w:pPr>
              <w:spacing w:after="0" w:line="240" w:lineRule="auto"/>
              <w:rPr>
                <w:lang w:val="fr-FR"/>
              </w:rPr>
            </w:pPr>
            <w:r w:rsidRPr="00823051">
              <w:rPr>
                <w:sz w:val="16"/>
                <w:lang w:val="fr-FR"/>
              </w:rPr>
              <w:t>Formula și criterii de clasificare</w:t>
            </w:r>
          </w:p>
        </w:tc>
        <w:tc>
          <w:tcPr>
            <w:tcW w:w="6633" w:type="dxa"/>
            <w:shd w:val="clear" w:color="auto" w:fill="FAFAFA"/>
            <w:tcMar>
              <w:top w:w="75" w:type="dxa"/>
              <w:left w:w="85" w:type="dxa"/>
              <w:bottom w:w="75" w:type="dxa"/>
              <w:right w:w="85" w:type="dxa"/>
            </w:tcMar>
            <w:vAlign w:val="center"/>
          </w:tcPr>
          <w:p w14:paraId="5D33E3F2" w14:textId="77777777" w:rsidR="008C77F8" w:rsidRPr="00823051" w:rsidRDefault="008C77F8">
            <w:pPr>
              <w:spacing w:after="0" w:line="240" w:lineRule="auto"/>
              <w:rPr>
                <w:lang w:val="fr-FR"/>
              </w:rPr>
            </w:pPr>
          </w:p>
        </w:tc>
      </w:tr>
      <w:tr w:rsidR="008C77F8" w14:paraId="44094CA0" w14:textId="77777777">
        <w:trPr>
          <w:cantSplit/>
          <w:jc w:val="center"/>
        </w:trPr>
        <w:tc>
          <w:tcPr>
            <w:tcW w:w="3288" w:type="dxa"/>
            <w:shd w:val="clear" w:color="auto" w:fill="FFFFFF"/>
            <w:tcMar>
              <w:top w:w="75" w:type="dxa"/>
              <w:left w:w="85" w:type="dxa"/>
              <w:bottom w:w="75" w:type="dxa"/>
              <w:right w:w="85" w:type="dxa"/>
            </w:tcMar>
            <w:vAlign w:val="center"/>
          </w:tcPr>
          <w:p w14:paraId="217AEC94" w14:textId="77777777" w:rsidR="008C77F8" w:rsidRDefault="00000000">
            <w:pPr>
              <w:spacing w:after="0" w:line="240" w:lineRule="auto"/>
            </w:pPr>
            <w:r>
              <w:rPr>
                <w:sz w:val="16"/>
              </w:rPr>
              <w:t>Sursa datelor și confidențialitate</w:t>
            </w:r>
          </w:p>
        </w:tc>
        <w:tc>
          <w:tcPr>
            <w:tcW w:w="6633" w:type="dxa"/>
            <w:shd w:val="clear" w:color="auto" w:fill="FFFFFF"/>
            <w:tcMar>
              <w:top w:w="75" w:type="dxa"/>
              <w:left w:w="85" w:type="dxa"/>
              <w:bottom w:w="75" w:type="dxa"/>
              <w:right w:w="85" w:type="dxa"/>
            </w:tcMar>
            <w:vAlign w:val="center"/>
          </w:tcPr>
          <w:p w14:paraId="03D2AB7B" w14:textId="77777777" w:rsidR="008C77F8" w:rsidRDefault="008C77F8">
            <w:pPr>
              <w:spacing w:after="0" w:line="240" w:lineRule="auto"/>
            </w:pPr>
          </w:p>
        </w:tc>
      </w:tr>
      <w:tr w:rsidR="008C77F8" w14:paraId="7EAA786C" w14:textId="77777777">
        <w:trPr>
          <w:cantSplit/>
          <w:jc w:val="center"/>
        </w:trPr>
        <w:tc>
          <w:tcPr>
            <w:tcW w:w="3288" w:type="dxa"/>
            <w:shd w:val="clear" w:color="auto" w:fill="FAFAFA"/>
            <w:tcMar>
              <w:top w:w="75" w:type="dxa"/>
              <w:left w:w="85" w:type="dxa"/>
              <w:bottom w:w="75" w:type="dxa"/>
              <w:right w:w="85" w:type="dxa"/>
            </w:tcMar>
            <w:vAlign w:val="center"/>
          </w:tcPr>
          <w:p w14:paraId="33CD5FC8" w14:textId="77777777" w:rsidR="008C77F8" w:rsidRDefault="00000000">
            <w:pPr>
              <w:spacing w:after="0" w:line="240" w:lineRule="auto"/>
            </w:pPr>
            <w:r>
              <w:rPr>
                <w:sz w:val="16"/>
              </w:rPr>
              <w:t>Frecvență și responsabil</w:t>
            </w:r>
          </w:p>
        </w:tc>
        <w:tc>
          <w:tcPr>
            <w:tcW w:w="6633" w:type="dxa"/>
            <w:shd w:val="clear" w:color="auto" w:fill="FAFAFA"/>
            <w:tcMar>
              <w:top w:w="75" w:type="dxa"/>
              <w:left w:w="85" w:type="dxa"/>
              <w:bottom w:w="75" w:type="dxa"/>
              <w:right w:w="85" w:type="dxa"/>
            </w:tcMar>
            <w:vAlign w:val="center"/>
          </w:tcPr>
          <w:p w14:paraId="68E04456" w14:textId="77777777" w:rsidR="008C77F8" w:rsidRDefault="008C77F8">
            <w:pPr>
              <w:spacing w:after="0" w:line="240" w:lineRule="auto"/>
            </w:pPr>
          </w:p>
        </w:tc>
      </w:tr>
      <w:tr w:rsidR="008C77F8" w14:paraId="6B5F8CF4" w14:textId="77777777">
        <w:trPr>
          <w:cantSplit/>
          <w:jc w:val="center"/>
        </w:trPr>
        <w:tc>
          <w:tcPr>
            <w:tcW w:w="3288" w:type="dxa"/>
            <w:shd w:val="clear" w:color="auto" w:fill="FFFFFF"/>
            <w:tcMar>
              <w:top w:w="75" w:type="dxa"/>
              <w:left w:w="85" w:type="dxa"/>
              <w:bottom w:w="75" w:type="dxa"/>
              <w:right w:w="85" w:type="dxa"/>
            </w:tcMar>
            <w:vAlign w:val="center"/>
          </w:tcPr>
          <w:p w14:paraId="6CDAB7A0" w14:textId="77777777" w:rsidR="008C77F8" w:rsidRDefault="00000000">
            <w:pPr>
              <w:spacing w:after="0" w:line="240" w:lineRule="auto"/>
            </w:pPr>
            <w:r>
              <w:rPr>
                <w:sz w:val="16"/>
              </w:rPr>
              <w:t>Baza de referință</w:t>
            </w:r>
          </w:p>
        </w:tc>
        <w:tc>
          <w:tcPr>
            <w:tcW w:w="6633" w:type="dxa"/>
            <w:shd w:val="clear" w:color="auto" w:fill="FFFFFF"/>
            <w:tcMar>
              <w:top w:w="75" w:type="dxa"/>
              <w:left w:w="85" w:type="dxa"/>
              <w:bottom w:w="75" w:type="dxa"/>
              <w:right w:w="85" w:type="dxa"/>
            </w:tcMar>
            <w:vAlign w:val="center"/>
          </w:tcPr>
          <w:p w14:paraId="1DC360A6" w14:textId="77777777" w:rsidR="008C77F8" w:rsidRDefault="008C77F8">
            <w:pPr>
              <w:spacing w:after="0" w:line="240" w:lineRule="auto"/>
            </w:pPr>
          </w:p>
        </w:tc>
      </w:tr>
      <w:tr w:rsidR="008C77F8" w14:paraId="2385C261" w14:textId="77777777">
        <w:trPr>
          <w:cantSplit/>
          <w:jc w:val="center"/>
        </w:trPr>
        <w:tc>
          <w:tcPr>
            <w:tcW w:w="3288" w:type="dxa"/>
            <w:shd w:val="clear" w:color="auto" w:fill="FAFAFA"/>
            <w:tcMar>
              <w:top w:w="75" w:type="dxa"/>
              <w:left w:w="85" w:type="dxa"/>
              <w:bottom w:w="75" w:type="dxa"/>
              <w:right w:w="85" w:type="dxa"/>
            </w:tcMar>
            <w:vAlign w:val="center"/>
          </w:tcPr>
          <w:p w14:paraId="4BAF65E0" w14:textId="77777777" w:rsidR="008C77F8" w:rsidRDefault="00000000">
            <w:pPr>
              <w:spacing w:after="0" w:line="240" w:lineRule="auto"/>
            </w:pPr>
            <w:r>
              <w:rPr>
                <w:sz w:val="16"/>
              </w:rPr>
              <w:t>Țintă și praguri</w:t>
            </w:r>
          </w:p>
        </w:tc>
        <w:tc>
          <w:tcPr>
            <w:tcW w:w="6633" w:type="dxa"/>
            <w:shd w:val="clear" w:color="auto" w:fill="FAFAFA"/>
            <w:tcMar>
              <w:top w:w="75" w:type="dxa"/>
              <w:left w:w="85" w:type="dxa"/>
              <w:bottom w:w="75" w:type="dxa"/>
              <w:right w:w="85" w:type="dxa"/>
            </w:tcMar>
            <w:vAlign w:val="center"/>
          </w:tcPr>
          <w:p w14:paraId="22E41852" w14:textId="77777777" w:rsidR="008C77F8" w:rsidRDefault="008C77F8">
            <w:pPr>
              <w:spacing w:after="0" w:line="240" w:lineRule="auto"/>
            </w:pPr>
          </w:p>
        </w:tc>
      </w:tr>
      <w:tr w:rsidR="008C77F8" w14:paraId="559DB969" w14:textId="77777777">
        <w:trPr>
          <w:cantSplit/>
          <w:jc w:val="center"/>
        </w:trPr>
        <w:tc>
          <w:tcPr>
            <w:tcW w:w="3288" w:type="dxa"/>
            <w:shd w:val="clear" w:color="auto" w:fill="FFFFFF"/>
            <w:tcMar>
              <w:top w:w="75" w:type="dxa"/>
              <w:left w:w="85" w:type="dxa"/>
              <w:bottom w:w="75" w:type="dxa"/>
              <w:right w:w="85" w:type="dxa"/>
            </w:tcMar>
            <w:vAlign w:val="center"/>
          </w:tcPr>
          <w:p w14:paraId="5D7ECCBE" w14:textId="77777777" w:rsidR="008C77F8" w:rsidRDefault="00000000">
            <w:pPr>
              <w:spacing w:after="0" w:line="240" w:lineRule="auto"/>
            </w:pPr>
            <w:r>
              <w:rPr>
                <w:sz w:val="16"/>
              </w:rPr>
              <w:t>Consultarea lucrătorilor</w:t>
            </w:r>
          </w:p>
        </w:tc>
        <w:tc>
          <w:tcPr>
            <w:tcW w:w="6633" w:type="dxa"/>
            <w:shd w:val="clear" w:color="auto" w:fill="FFFFFF"/>
            <w:tcMar>
              <w:top w:w="75" w:type="dxa"/>
              <w:left w:w="85" w:type="dxa"/>
              <w:bottom w:w="75" w:type="dxa"/>
              <w:right w:w="85" w:type="dxa"/>
            </w:tcMar>
            <w:vAlign w:val="center"/>
          </w:tcPr>
          <w:p w14:paraId="64817621" w14:textId="77777777" w:rsidR="008C77F8" w:rsidRDefault="008C77F8">
            <w:pPr>
              <w:spacing w:after="0" w:line="240" w:lineRule="auto"/>
            </w:pPr>
          </w:p>
        </w:tc>
      </w:tr>
      <w:tr w:rsidR="008C77F8" w14:paraId="46AC56EB" w14:textId="77777777">
        <w:trPr>
          <w:cantSplit/>
          <w:jc w:val="center"/>
        </w:trPr>
        <w:tc>
          <w:tcPr>
            <w:tcW w:w="3288" w:type="dxa"/>
            <w:shd w:val="clear" w:color="auto" w:fill="FAFAFA"/>
            <w:tcMar>
              <w:top w:w="75" w:type="dxa"/>
              <w:left w:w="85" w:type="dxa"/>
              <w:bottom w:w="75" w:type="dxa"/>
              <w:right w:w="85" w:type="dxa"/>
            </w:tcMar>
            <w:vAlign w:val="center"/>
          </w:tcPr>
          <w:p w14:paraId="1EDEE0CA" w14:textId="77777777" w:rsidR="008C77F8" w:rsidRDefault="00000000">
            <w:pPr>
              <w:spacing w:after="0" w:line="240" w:lineRule="auto"/>
            </w:pPr>
            <w:r>
              <w:rPr>
                <w:sz w:val="16"/>
              </w:rPr>
              <w:t>Metoda de verificare a eficacității</w:t>
            </w:r>
          </w:p>
        </w:tc>
        <w:tc>
          <w:tcPr>
            <w:tcW w:w="6633" w:type="dxa"/>
            <w:shd w:val="clear" w:color="auto" w:fill="FAFAFA"/>
            <w:tcMar>
              <w:top w:w="75" w:type="dxa"/>
              <w:left w:w="85" w:type="dxa"/>
              <w:bottom w:w="75" w:type="dxa"/>
              <w:right w:w="85" w:type="dxa"/>
            </w:tcMar>
            <w:vAlign w:val="center"/>
          </w:tcPr>
          <w:p w14:paraId="67627195" w14:textId="77777777" w:rsidR="008C77F8" w:rsidRDefault="008C77F8">
            <w:pPr>
              <w:spacing w:after="0" w:line="240" w:lineRule="auto"/>
            </w:pPr>
          </w:p>
        </w:tc>
      </w:tr>
      <w:tr w:rsidR="008C77F8" w14:paraId="4E34FE13" w14:textId="77777777">
        <w:trPr>
          <w:cantSplit/>
          <w:jc w:val="center"/>
        </w:trPr>
        <w:tc>
          <w:tcPr>
            <w:tcW w:w="3288" w:type="dxa"/>
            <w:shd w:val="clear" w:color="auto" w:fill="FFFFFF"/>
            <w:tcMar>
              <w:top w:w="75" w:type="dxa"/>
              <w:left w:w="85" w:type="dxa"/>
              <w:bottom w:w="75" w:type="dxa"/>
              <w:right w:w="85" w:type="dxa"/>
            </w:tcMar>
            <w:vAlign w:val="center"/>
          </w:tcPr>
          <w:p w14:paraId="5C8F3D87" w14:textId="77777777" w:rsidR="008C77F8" w:rsidRDefault="00000000">
            <w:pPr>
              <w:spacing w:after="0" w:line="240" w:lineRule="auto"/>
            </w:pPr>
            <w:r>
              <w:rPr>
                <w:sz w:val="16"/>
              </w:rPr>
              <w:t>Risc rezidual / efecte nedorite</w:t>
            </w:r>
          </w:p>
        </w:tc>
        <w:tc>
          <w:tcPr>
            <w:tcW w:w="6633" w:type="dxa"/>
            <w:shd w:val="clear" w:color="auto" w:fill="FFFFFF"/>
            <w:tcMar>
              <w:top w:w="75" w:type="dxa"/>
              <w:left w:w="85" w:type="dxa"/>
              <w:bottom w:w="75" w:type="dxa"/>
              <w:right w:w="85" w:type="dxa"/>
            </w:tcMar>
            <w:vAlign w:val="center"/>
          </w:tcPr>
          <w:p w14:paraId="7E383ACE" w14:textId="77777777" w:rsidR="008C77F8" w:rsidRDefault="008C77F8">
            <w:pPr>
              <w:spacing w:after="0" w:line="240" w:lineRule="auto"/>
            </w:pPr>
          </w:p>
        </w:tc>
      </w:tr>
    </w:tbl>
    <w:p w14:paraId="620407E0" w14:textId="77777777" w:rsidR="008C77F8" w:rsidRDefault="008C77F8">
      <w:pPr>
        <w:spacing w:after="20"/>
      </w:pPr>
    </w:p>
    <w:p w14:paraId="4FAF0892" w14:textId="77777777" w:rsidR="008C77F8" w:rsidRPr="00823051" w:rsidRDefault="00000000">
      <w:pPr>
        <w:pStyle w:val="Heading2"/>
        <w:rPr>
          <w:lang w:val="fr-FR"/>
        </w:rPr>
      </w:pPr>
      <w:r w:rsidRPr="00823051">
        <w:rPr>
          <w:lang w:val="fr-FR"/>
        </w:rPr>
        <w:t>Combinați indicatori preventivi și indicatori de rezultat</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3402"/>
        <w:gridCol w:w="4082"/>
      </w:tblGrid>
      <w:tr w:rsidR="008C77F8" w14:paraId="75899000" w14:textId="77777777">
        <w:trPr>
          <w:tblHeader/>
          <w:jc w:val="center"/>
        </w:trPr>
        <w:tc>
          <w:tcPr>
            <w:tcW w:w="2438" w:type="dxa"/>
            <w:shd w:val="clear" w:color="auto" w:fill="D71920"/>
            <w:tcMar>
              <w:top w:w="75" w:type="dxa"/>
              <w:left w:w="85" w:type="dxa"/>
              <w:bottom w:w="75" w:type="dxa"/>
              <w:right w:w="85" w:type="dxa"/>
            </w:tcMar>
            <w:vAlign w:val="center"/>
          </w:tcPr>
          <w:p w14:paraId="08E8ADF9" w14:textId="77777777" w:rsidR="008C77F8" w:rsidRDefault="00000000">
            <w:pPr>
              <w:spacing w:after="0" w:line="240" w:lineRule="auto"/>
              <w:jc w:val="center"/>
            </w:pPr>
            <w:r>
              <w:rPr>
                <w:b/>
                <w:color w:val="FFFFFF"/>
                <w:sz w:val="15"/>
              </w:rPr>
              <w:t>DOMENIU</w:t>
            </w:r>
          </w:p>
        </w:tc>
        <w:tc>
          <w:tcPr>
            <w:tcW w:w="3402" w:type="dxa"/>
            <w:shd w:val="clear" w:color="auto" w:fill="D71920"/>
            <w:tcMar>
              <w:top w:w="75" w:type="dxa"/>
              <w:left w:w="85" w:type="dxa"/>
              <w:bottom w:w="75" w:type="dxa"/>
              <w:right w:w="85" w:type="dxa"/>
            </w:tcMar>
            <w:vAlign w:val="center"/>
          </w:tcPr>
          <w:p w14:paraId="6166D045" w14:textId="77777777" w:rsidR="008C77F8" w:rsidRDefault="00000000">
            <w:pPr>
              <w:spacing w:after="0" w:line="240" w:lineRule="auto"/>
              <w:jc w:val="center"/>
            </w:pPr>
            <w:r>
              <w:rPr>
                <w:b/>
                <w:color w:val="FFFFFF"/>
                <w:sz w:val="15"/>
              </w:rPr>
              <w:t>INDICATOR PREVENTIV</w:t>
            </w:r>
          </w:p>
        </w:tc>
        <w:tc>
          <w:tcPr>
            <w:tcW w:w="4082" w:type="dxa"/>
            <w:shd w:val="clear" w:color="auto" w:fill="D71920"/>
            <w:tcMar>
              <w:top w:w="75" w:type="dxa"/>
              <w:left w:w="85" w:type="dxa"/>
              <w:bottom w:w="75" w:type="dxa"/>
              <w:right w:w="85" w:type="dxa"/>
            </w:tcMar>
            <w:vAlign w:val="center"/>
          </w:tcPr>
          <w:p w14:paraId="4050C45A" w14:textId="77777777" w:rsidR="008C77F8" w:rsidRDefault="00000000">
            <w:pPr>
              <w:spacing w:after="0" w:line="240" w:lineRule="auto"/>
              <w:jc w:val="center"/>
            </w:pPr>
            <w:r>
              <w:rPr>
                <w:b/>
                <w:color w:val="FFFFFF"/>
                <w:sz w:val="15"/>
              </w:rPr>
              <w:t>INDICATOR DE REZULTAT / EFECT</w:t>
            </w:r>
          </w:p>
        </w:tc>
      </w:tr>
      <w:tr w:rsidR="008C77F8" w14:paraId="2C1F5B60" w14:textId="77777777">
        <w:trPr>
          <w:cantSplit/>
          <w:jc w:val="center"/>
        </w:trPr>
        <w:tc>
          <w:tcPr>
            <w:tcW w:w="2438" w:type="dxa"/>
            <w:shd w:val="clear" w:color="auto" w:fill="FFFFFF"/>
            <w:tcMar>
              <w:top w:w="75" w:type="dxa"/>
              <w:left w:w="85" w:type="dxa"/>
              <w:bottom w:w="75" w:type="dxa"/>
              <w:right w:w="85" w:type="dxa"/>
            </w:tcMar>
            <w:vAlign w:val="center"/>
          </w:tcPr>
          <w:p w14:paraId="39665200" w14:textId="77777777" w:rsidR="008C77F8" w:rsidRDefault="00000000">
            <w:pPr>
              <w:spacing w:after="0" w:line="240" w:lineRule="auto"/>
            </w:pPr>
            <w:r>
              <w:rPr>
                <w:sz w:val="15"/>
              </w:rPr>
              <w:t>Riscuri critice</w:t>
            </w:r>
          </w:p>
        </w:tc>
        <w:tc>
          <w:tcPr>
            <w:tcW w:w="3402" w:type="dxa"/>
            <w:shd w:val="clear" w:color="auto" w:fill="FFFFFF"/>
            <w:tcMar>
              <w:top w:w="75" w:type="dxa"/>
              <w:left w:w="85" w:type="dxa"/>
              <w:bottom w:w="75" w:type="dxa"/>
              <w:right w:w="85" w:type="dxa"/>
            </w:tcMar>
            <w:vAlign w:val="center"/>
          </w:tcPr>
          <w:p w14:paraId="2564A989" w14:textId="77777777" w:rsidR="008C77F8" w:rsidRDefault="00000000">
            <w:pPr>
              <w:spacing w:after="0" w:line="240" w:lineRule="auto"/>
            </w:pPr>
            <w:r>
              <w:rPr>
                <w:sz w:val="15"/>
              </w:rPr>
              <w:t>% controale critice verificate în teren; defecte remediate</w:t>
            </w:r>
          </w:p>
        </w:tc>
        <w:tc>
          <w:tcPr>
            <w:tcW w:w="4082" w:type="dxa"/>
            <w:shd w:val="clear" w:color="auto" w:fill="FFFFFF"/>
            <w:tcMar>
              <w:top w:w="75" w:type="dxa"/>
              <w:left w:w="85" w:type="dxa"/>
              <w:bottom w:w="75" w:type="dxa"/>
              <w:right w:w="85" w:type="dxa"/>
            </w:tcMar>
            <w:vAlign w:val="center"/>
          </w:tcPr>
          <w:p w14:paraId="21C8B6F3" w14:textId="77777777" w:rsidR="008C77F8" w:rsidRDefault="00000000">
            <w:pPr>
              <w:spacing w:after="0" w:line="240" w:lineRule="auto"/>
            </w:pPr>
            <w:r>
              <w:rPr>
                <w:sz w:val="15"/>
              </w:rPr>
              <w:t>expuneri necontrolate; evenimente cu potențial grav</w:t>
            </w:r>
          </w:p>
        </w:tc>
      </w:tr>
      <w:tr w:rsidR="008C77F8" w14:paraId="14A1C3FC" w14:textId="77777777">
        <w:trPr>
          <w:cantSplit/>
          <w:jc w:val="center"/>
        </w:trPr>
        <w:tc>
          <w:tcPr>
            <w:tcW w:w="2438" w:type="dxa"/>
            <w:shd w:val="clear" w:color="auto" w:fill="FAFAFA"/>
            <w:tcMar>
              <w:top w:w="75" w:type="dxa"/>
              <w:left w:w="85" w:type="dxa"/>
              <w:bottom w:w="75" w:type="dxa"/>
              <w:right w:w="85" w:type="dxa"/>
            </w:tcMar>
            <w:vAlign w:val="center"/>
          </w:tcPr>
          <w:p w14:paraId="4A013636" w14:textId="77777777" w:rsidR="008C77F8" w:rsidRDefault="00000000">
            <w:pPr>
              <w:spacing w:after="0" w:line="240" w:lineRule="auto"/>
            </w:pPr>
            <w:r>
              <w:rPr>
                <w:sz w:val="15"/>
              </w:rPr>
              <w:t>Ergonomie</w:t>
            </w:r>
          </w:p>
        </w:tc>
        <w:tc>
          <w:tcPr>
            <w:tcW w:w="3402" w:type="dxa"/>
            <w:shd w:val="clear" w:color="auto" w:fill="FAFAFA"/>
            <w:tcMar>
              <w:top w:w="75" w:type="dxa"/>
              <w:left w:w="85" w:type="dxa"/>
              <w:bottom w:w="75" w:type="dxa"/>
              <w:right w:w="85" w:type="dxa"/>
            </w:tcMar>
            <w:vAlign w:val="center"/>
          </w:tcPr>
          <w:p w14:paraId="2B898245" w14:textId="77777777" w:rsidR="008C77F8" w:rsidRDefault="00000000">
            <w:pPr>
              <w:spacing w:after="0" w:line="240" w:lineRule="auto"/>
            </w:pPr>
            <w:r>
              <w:rPr>
                <w:sz w:val="15"/>
              </w:rPr>
              <w:t>% sarcini reproiectate; utilizarea ajutoarelor mecanice</w:t>
            </w:r>
          </w:p>
        </w:tc>
        <w:tc>
          <w:tcPr>
            <w:tcW w:w="4082" w:type="dxa"/>
            <w:shd w:val="clear" w:color="auto" w:fill="FAFAFA"/>
            <w:tcMar>
              <w:top w:w="75" w:type="dxa"/>
              <w:left w:w="85" w:type="dxa"/>
              <w:bottom w:w="75" w:type="dxa"/>
              <w:right w:w="85" w:type="dxa"/>
            </w:tcMar>
            <w:vAlign w:val="center"/>
          </w:tcPr>
          <w:p w14:paraId="555763F0" w14:textId="77777777" w:rsidR="008C77F8" w:rsidRDefault="00000000">
            <w:pPr>
              <w:spacing w:after="0" w:line="240" w:lineRule="auto"/>
            </w:pPr>
            <w:r>
              <w:rPr>
                <w:sz w:val="15"/>
              </w:rPr>
              <w:t>scor risc rezidual; simptome / cazuri agregate</w:t>
            </w:r>
          </w:p>
        </w:tc>
      </w:tr>
      <w:tr w:rsidR="008C77F8" w14:paraId="5655FF7C" w14:textId="77777777">
        <w:trPr>
          <w:cantSplit/>
          <w:jc w:val="center"/>
        </w:trPr>
        <w:tc>
          <w:tcPr>
            <w:tcW w:w="2438" w:type="dxa"/>
            <w:shd w:val="clear" w:color="auto" w:fill="FFFFFF"/>
            <w:tcMar>
              <w:top w:w="75" w:type="dxa"/>
              <w:left w:w="85" w:type="dxa"/>
              <w:bottom w:w="75" w:type="dxa"/>
              <w:right w:w="85" w:type="dxa"/>
            </w:tcMar>
            <w:vAlign w:val="center"/>
          </w:tcPr>
          <w:p w14:paraId="1CE84D33" w14:textId="77777777" w:rsidR="008C77F8" w:rsidRDefault="00000000">
            <w:pPr>
              <w:spacing w:after="0" w:line="240" w:lineRule="auto"/>
            </w:pPr>
            <w:r>
              <w:rPr>
                <w:sz w:val="15"/>
              </w:rPr>
              <w:t>Raportare</w:t>
            </w:r>
          </w:p>
        </w:tc>
        <w:tc>
          <w:tcPr>
            <w:tcW w:w="3402" w:type="dxa"/>
            <w:shd w:val="clear" w:color="auto" w:fill="FFFFFF"/>
            <w:tcMar>
              <w:top w:w="75" w:type="dxa"/>
              <w:left w:w="85" w:type="dxa"/>
              <w:bottom w:w="75" w:type="dxa"/>
              <w:right w:w="85" w:type="dxa"/>
            </w:tcMar>
            <w:vAlign w:val="center"/>
          </w:tcPr>
          <w:p w14:paraId="16E66F47" w14:textId="77777777" w:rsidR="008C77F8" w:rsidRPr="00823051" w:rsidRDefault="00000000">
            <w:pPr>
              <w:spacing w:after="0" w:line="240" w:lineRule="auto"/>
              <w:rPr>
                <w:lang w:val="fr-FR"/>
              </w:rPr>
            </w:pPr>
            <w:r w:rsidRPr="00823051">
              <w:rPr>
                <w:sz w:val="15"/>
                <w:lang w:val="fr-FR"/>
              </w:rPr>
              <w:t>rata de raportare și timpul de analiză</w:t>
            </w:r>
          </w:p>
        </w:tc>
        <w:tc>
          <w:tcPr>
            <w:tcW w:w="4082" w:type="dxa"/>
            <w:shd w:val="clear" w:color="auto" w:fill="FFFFFF"/>
            <w:tcMar>
              <w:top w:w="75" w:type="dxa"/>
              <w:left w:w="85" w:type="dxa"/>
              <w:bottom w:w="75" w:type="dxa"/>
              <w:right w:w="85" w:type="dxa"/>
            </w:tcMar>
            <w:vAlign w:val="center"/>
          </w:tcPr>
          <w:p w14:paraId="2147B0CA" w14:textId="77777777" w:rsidR="008C77F8" w:rsidRDefault="00000000">
            <w:pPr>
              <w:spacing w:after="0" w:line="240" w:lineRule="auto"/>
            </w:pPr>
            <w:r>
              <w:rPr>
                <w:sz w:val="15"/>
              </w:rPr>
              <w:t>recurență; severitatea evenimentelor; eficacitatea acțiunilor</w:t>
            </w:r>
          </w:p>
        </w:tc>
      </w:tr>
      <w:tr w:rsidR="008C77F8" w:rsidRPr="00823051" w14:paraId="2865FFBF" w14:textId="77777777">
        <w:trPr>
          <w:cantSplit/>
          <w:jc w:val="center"/>
        </w:trPr>
        <w:tc>
          <w:tcPr>
            <w:tcW w:w="2438" w:type="dxa"/>
            <w:shd w:val="clear" w:color="auto" w:fill="FAFAFA"/>
            <w:tcMar>
              <w:top w:w="75" w:type="dxa"/>
              <w:left w:w="85" w:type="dxa"/>
              <w:bottom w:w="75" w:type="dxa"/>
              <w:right w:w="85" w:type="dxa"/>
            </w:tcMar>
            <w:vAlign w:val="center"/>
          </w:tcPr>
          <w:p w14:paraId="3C372A8A" w14:textId="77777777" w:rsidR="008C77F8" w:rsidRDefault="00000000">
            <w:pPr>
              <w:spacing w:after="0" w:line="240" w:lineRule="auto"/>
            </w:pPr>
            <w:r>
              <w:rPr>
                <w:sz w:val="15"/>
              </w:rPr>
              <w:t>Competență</w:t>
            </w:r>
          </w:p>
        </w:tc>
        <w:tc>
          <w:tcPr>
            <w:tcW w:w="3402" w:type="dxa"/>
            <w:shd w:val="clear" w:color="auto" w:fill="FAFAFA"/>
            <w:tcMar>
              <w:top w:w="75" w:type="dxa"/>
              <w:left w:w="85" w:type="dxa"/>
              <w:bottom w:w="75" w:type="dxa"/>
              <w:right w:w="85" w:type="dxa"/>
            </w:tcMar>
            <w:vAlign w:val="center"/>
          </w:tcPr>
          <w:p w14:paraId="2B67B897" w14:textId="77777777" w:rsidR="008C77F8" w:rsidRDefault="00000000">
            <w:pPr>
              <w:spacing w:after="0" w:line="240" w:lineRule="auto"/>
            </w:pPr>
            <w:r>
              <w:rPr>
                <w:sz w:val="15"/>
              </w:rPr>
              <w:t>% demonstrații practice reușite; autorizări valide</w:t>
            </w:r>
          </w:p>
        </w:tc>
        <w:tc>
          <w:tcPr>
            <w:tcW w:w="4082" w:type="dxa"/>
            <w:shd w:val="clear" w:color="auto" w:fill="FAFAFA"/>
            <w:tcMar>
              <w:top w:w="75" w:type="dxa"/>
              <w:left w:w="85" w:type="dxa"/>
              <w:bottom w:w="75" w:type="dxa"/>
              <w:right w:w="85" w:type="dxa"/>
            </w:tcMar>
            <w:vAlign w:val="center"/>
          </w:tcPr>
          <w:p w14:paraId="45214522" w14:textId="77777777" w:rsidR="008C77F8" w:rsidRPr="00823051" w:rsidRDefault="00000000">
            <w:pPr>
              <w:spacing w:after="0" w:line="240" w:lineRule="auto"/>
              <w:rPr>
                <w:lang w:val="fr-FR"/>
              </w:rPr>
            </w:pPr>
            <w:r w:rsidRPr="00823051">
              <w:rPr>
                <w:sz w:val="15"/>
                <w:lang w:val="fr-FR"/>
              </w:rPr>
              <w:t>erori critice observate; incidente asociate sarcinii</w:t>
            </w:r>
          </w:p>
        </w:tc>
      </w:tr>
      <w:tr w:rsidR="008C77F8" w:rsidRPr="00823051" w14:paraId="0CA1CD9A" w14:textId="77777777">
        <w:trPr>
          <w:cantSplit/>
          <w:jc w:val="center"/>
        </w:trPr>
        <w:tc>
          <w:tcPr>
            <w:tcW w:w="2438" w:type="dxa"/>
            <w:shd w:val="clear" w:color="auto" w:fill="FFFFFF"/>
            <w:tcMar>
              <w:top w:w="75" w:type="dxa"/>
              <w:left w:w="85" w:type="dxa"/>
              <w:bottom w:w="75" w:type="dxa"/>
              <w:right w:w="85" w:type="dxa"/>
            </w:tcMar>
            <w:vAlign w:val="center"/>
          </w:tcPr>
          <w:p w14:paraId="6C11066B" w14:textId="77777777" w:rsidR="008C77F8" w:rsidRDefault="00000000">
            <w:pPr>
              <w:spacing w:after="0" w:line="240" w:lineRule="auto"/>
            </w:pPr>
            <w:r>
              <w:rPr>
                <w:sz w:val="15"/>
              </w:rPr>
              <w:t>Contractanți</w:t>
            </w:r>
          </w:p>
        </w:tc>
        <w:tc>
          <w:tcPr>
            <w:tcW w:w="3402" w:type="dxa"/>
            <w:shd w:val="clear" w:color="auto" w:fill="FFFFFF"/>
            <w:tcMar>
              <w:top w:w="75" w:type="dxa"/>
              <w:left w:w="85" w:type="dxa"/>
              <w:bottom w:w="75" w:type="dxa"/>
              <w:right w:w="85" w:type="dxa"/>
            </w:tcMar>
            <w:vAlign w:val="center"/>
          </w:tcPr>
          <w:p w14:paraId="64303460" w14:textId="77777777" w:rsidR="008C77F8" w:rsidRPr="00823051" w:rsidRDefault="00000000">
            <w:pPr>
              <w:spacing w:after="0" w:line="240" w:lineRule="auto"/>
              <w:rPr>
                <w:lang w:val="fr-FR"/>
              </w:rPr>
            </w:pPr>
            <w:r w:rsidRPr="00823051">
              <w:rPr>
                <w:sz w:val="15"/>
                <w:lang w:val="fr-FR"/>
              </w:rPr>
              <w:t>% controale validate înainte de lucru; opriri preventive</w:t>
            </w:r>
          </w:p>
        </w:tc>
        <w:tc>
          <w:tcPr>
            <w:tcW w:w="4082" w:type="dxa"/>
            <w:shd w:val="clear" w:color="auto" w:fill="FFFFFF"/>
            <w:tcMar>
              <w:top w:w="75" w:type="dxa"/>
              <w:left w:w="85" w:type="dxa"/>
              <w:bottom w:w="75" w:type="dxa"/>
              <w:right w:w="85" w:type="dxa"/>
            </w:tcMar>
            <w:vAlign w:val="center"/>
          </w:tcPr>
          <w:p w14:paraId="28562A4E" w14:textId="77777777" w:rsidR="008C77F8" w:rsidRPr="00823051" w:rsidRDefault="00000000">
            <w:pPr>
              <w:spacing w:after="0" w:line="240" w:lineRule="auto"/>
              <w:rPr>
                <w:lang w:val="fr-FR"/>
              </w:rPr>
            </w:pPr>
            <w:r w:rsidRPr="00823051">
              <w:rPr>
                <w:sz w:val="15"/>
                <w:lang w:val="fr-FR"/>
              </w:rPr>
              <w:t>încălcări critice; evenimente; recurență pe contractant</w:t>
            </w:r>
          </w:p>
        </w:tc>
      </w:tr>
      <w:tr w:rsidR="008C77F8" w:rsidRPr="00823051" w14:paraId="5BA21672" w14:textId="77777777">
        <w:trPr>
          <w:cantSplit/>
          <w:jc w:val="center"/>
        </w:trPr>
        <w:tc>
          <w:tcPr>
            <w:tcW w:w="2438" w:type="dxa"/>
            <w:shd w:val="clear" w:color="auto" w:fill="FAFAFA"/>
            <w:tcMar>
              <w:top w:w="75" w:type="dxa"/>
              <w:left w:w="85" w:type="dxa"/>
              <w:bottom w:w="75" w:type="dxa"/>
              <w:right w:w="85" w:type="dxa"/>
            </w:tcMar>
            <w:vAlign w:val="center"/>
          </w:tcPr>
          <w:p w14:paraId="36594990" w14:textId="77777777" w:rsidR="008C77F8" w:rsidRDefault="00000000">
            <w:pPr>
              <w:spacing w:after="0" w:line="240" w:lineRule="auto"/>
            </w:pPr>
            <w:r>
              <w:rPr>
                <w:sz w:val="15"/>
              </w:rPr>
              <w:t>Urgențe</w:t>
            </w:r>
          </w:p>
        </w:tc>
        <w:tc>
          <w:tcPr>
            <w:tcW w:w="3402" w:type="dxa"/>
            <w:shd w:val="clear" w:color="auto" w:fill="FAFAFA"/>
            <w:tcMar>
              <w:top w:w="75" w:type="dxa"/>
              <w:left w:w="85" w:type="dxa"/>
              <w:bottom w:w="75" w:type="dxa"/>
              <w:right w:w="85" w:type="dxa"/>
            </w:tcMar>
            <w:vAlign w:val="center"/>
          </w:tcPr>
          <w:p w14:paraId="1A67F122" w14:textId="77777777" w:rsidR="008C77F8" w:rsidRPr="00823051" w:rsidRDefault="00000000">
            <w:pPr>
              <w:spacing w:after="0" w:line="240" w:lineRule="auto"/>
              <w:rPr>
                <w:lang w:val="fr-FR"/>
              </w:rPr>
            </w:pPr>
            <w:r w:rsidRPr="00823051">
              <w:rPr>
                <w:sz w:val="15"/>
                <w:lang w:val="fr-FR"/>
              </w:rPr>
              <w:t>% acțiuni din exerciții închise și verificate</w:t>
            </w:r>
          </w:p>
        </w:tc>
        <w:tc>
          <w:tcPr>
            <w:tcW w:w="4082" w:type="dxa"/>
            <w:shd w:val="clear" w:color="auto" w:fill="FAFAFA"/>
            <w:tcMar>
              <w:top w:w="75" w:type="dxa"/>
              <w:left w:w="85" w:type="dxa"/>
              <w:bottom w:w="75" w:type="dxa"/>
              <w:right w:w="85" w:type="dxa"/>
            </w:tcMar>
            <w:vAlign w:val="center"/>
          </w:tcPr>
          <w:p w14:paraId="209A5455" w14:textId="77777777" w:rsidR="008C77F8" w:rsidRPr="00823051" w:rsidRDefault="00000000">
            <w:pPr>
              <w:spacing w:after="0" w:line="240" w:lineRule="auto"/>
              <w:rPr>
                <w:lang w:val="fr-FR"/>
              </w:rPr>
            </w:pPr>
            <w:r w:rsidRPr="00823051">
              <w:rPr>
                <w:sz w:val="15"/>
                <w:lang w:val="fr-FR"/>
              </w:rPr>
              <w:t>timp răspuns; deficiențe funcționale în exercițiu / eveniment</w:t>
            </w:r>
          </w:p>
        </w:tc>
      </w:tr>
    </w:tbl>
    <w:p w14:paraId="7443FDE2" w14:textId="77777777" w:rsidR="008C77F8" w:rsidRPr="00823051" w:rsidRDefault="008C77F8">
      <w:pPr>
        <w:spacing w:after="20"/>
        <w:rPr>
          <w:lang w:val="fr-FR"/>
        </w:rPr>
      </w:pPr>
    </w:p>
    <w:p w14:paraId="6F6FCB92" w14:textId="77777777" w:rsidR="008C77F8" w:rsidRDefault="00000000">
      <w:pPr>
        <w:pStyle w:val="Heading2"/>
      </w:pPr>
      <w:r>
        <w:t>Reguli de interpretare</w:t>
      </w:r>
    </w:p>
    <w:p w14:paraId="2EE1A5A3" w14:textId="77777777" w:rsidR="008C77F8" w:rsidRDefault="00000000">
      <w:pPr>
        <w:pStyle w:val="ListBullet"/>
        <w:spacing w:after="40"/>
        <w:ind w:left="283" w:hanging="170"/>
      </w:pPr>
      <w:r>
        <w:t>Analizați indicatorii preventivi înaintea apariției evenimentelor; absența accidentelor nu dovedește că riscul este controlat.</w:t>
      </w:r>
    </w:p>
    <w:p w14:paraId="219C32F6" w14:textId="77777777" w:rsidR="008C77F8" w:rsidRDefault="00000000">
      <w:pPr>
        <w:pStyle w:val="ListBullet"/>
        <w:spacing w:after="40"/>
        <w:ind w:left="283" w:hanging="170"/>
      </w:pPr>
      <w:r>
        <w:t>Folosiți rate cu numitor adecvat când comparați perioade sau locații, dar păstrați și numerele absolute și severitatea.</w:t>
      </w:r>
    </w:p>
    <w:p w14:paraId="005BCB8E" w14:textId="77777777" w:rsidR="008C77F8" w:rsidRDefault="00000000">
      <w:pPr>
        <w:pStyle w:val="ListBullet"/>
        <w:spacing w:after="40"/>
        <w:ind w:left="283" w:hanging="170"/>
      </w:pPr>
      <w:r>
        <w:t>Interpretați creșterea raportării aproape-accidentelor împreună cu timpul de răspuns și calitatea acțiunilor; poate indica încredere mai mare.</w:t>
      </w:r>
    </w:p>
    <w:p w14:paraId="5C9CC54D" w14:textId="77777777" w:rsidR="008C77F8" w:rsidRDefault="00000000">
      <w:pPr>
        <w:pStyle w:val="ListBullet"/>
        <w:spacing w:after="40"/>
        <w:ind w:left="283" w:hanging="170"/>
      </w:pPr>
      <w:r>
        <w:t>Segmentați datele pentru activități, schimburi, contractanți și grupuri vulnerabile, protejând confidențialitatea.</w:t>
      </w:r>
    </w:p>
    <w:p w14:paraId="0549F617" w14:textId="77777777" w:rsidR="008C77F8" w:rsidRDefault="00000000">
      <w:pPr>
        <w:pStyle w:val="ListBullet"/>
        <w:spacing w:after="40"/>
        <w:ind w:left="283" w:hanging="170"/>
      </w:pPr>
      <w:r>
        <w:t>Verificați controalele în condiții reale și după schimbări; documentele și instruirea singure nu demonstrează eficacitatea.</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14:paraId="1F1F5C38" w14:textId="77777777">
        <w:trPr>
          <w:jc w:val="center"/>
        </w:trPr>
        <w:tc>
          <w:tcPr>
            <w:tcW w:w="567" w:type="dxa"/>
            <w:shd w:val="clear" w:color="auto" w:fill="D71920"/>
            <w:tcMar>
              <w:top w:w="75" w:type="dxa"/>
              <w:left w:w="85" w:type="dxa"/>
              <w:bottom w:w="75" w:type="dxa"/>
              <w:right w:w="85" w:type="dxa"/>
            </w:tcMar>
            <w:vAlign w:val="center"/>
          </w:tcPr>
          <w:p w14:paraId="01728D6D" w14:textId="77777777" w:rsidR="008C77F8" w:rsidRDefault="00000000">
            <w:pPr>
              <w:spacing w:after="0" w:line="240" w:lineRule="auto"/>
              <w:jc w:val="center"/>
            </w:pPr>
            <w:r>
              <w:rPr>
                <w:b/>
                <w:color w:val="FFFFFF"/>
                <w:sz w:val="30"/>
              </w:rPr>
              <w:t>!</w:t>
            </w:r>
          </w:p>
        </w:tc>
        <w:tc>
          <w:tcPr>
            <w:tcW w:w="9354" w:type="dxa"/>
            <w:shd w:val="clear" w:color="auto" w:fill="FCEBEC"/>
          </w:tcPr>
          <w:p w14:paraId="22A84380" w14:textId="77777777" w:rsidR="008C77F8" w:rsidRDefault="00000000">
            <w:pPr>
              <w:spacing w:after="40"/>
            </w:pPr>
            <w:r>
              <w:rPr>
                <w:b/>
                <w:color w:val="D71920"/>
              </w:rPr>
              <w:t>ATENȚIE LA EFECTE NEDORITE</w:t>
            </w:r>
          </w:p>
          <w:p w14:paraId="2C32421F" w14:textId="77777777" w:rsidR="008C77F8" w:rsidRDefault="00000000">
            <w:pPr>
              <w:spacing w:after="0" w:line="252" w:lineRule="auto"/>
            </w:pPr>
            <w:r>
              <w:rPr>
                <w:sz w:val="17"/>
              </w:rPr>
              <w:t>Legarea bonusurilor de „zero incidente”, reducerea numărului de sesizări sau închiderea rapidă a acțiunilor poate stimula neraportarea și închiderea superficială. Folosiți indicatori echilibrați și protejați raportarea de bună-credință.</w:t>
            </w:r>
          </w:p>
        </w:tc>
      </w:tr>
    </w:tbl>
    <w:p w14:paraId="11218DFA" w14:textId="77777777" w:rsidR="008C77F8" w:rsidRDefault="008C77F8">
      <w:pPr>
        <w:spacing w:after="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2E1DD994" w14:textId="77777777">
        <w:trPr>
          <w:jc w:val="center"/>
        </w:trPr>
        <w:tc>
          <w:tcPr>
            <w:tcW w:w="1020" w:type="dxa"/>
            <w:shd w:val="clear" w:color="auto" w:fill="D71920"/>
            <w:tcMar>
              <w:top w:w="75" w:type="dxa"/>
              <w:left w:w="85" w:type="dxa"/>
              <w:bottom w:w="75" w:type="dxa"/>
              <w:right w:w="85" w:type="dxa"/>
            </w:tcMar>
            <w:vAlign w:val="center"/>
          </w:tcPr>
          <w:p w14:paraId="4F505F70" w14:textId="77777777" w:rsidR="008C77F8" w:rsidRDefault="00000000">
            <w:pPr>
              <w:spacing w:after="0" w:line="240" w:lineRule="auto"/>
              <w:jc w:val="center"/>
            </w:pPr>
            <w:r>
              <w:rPr>
                <w:b/>
                <w:color w:val="FFFFFF"/>
                <w:sz w:val="34"/>
              </w:rPr>
              <w:t>5</w:t>
            </w:r>
          </w:p>
        </w:tc>
        <w:tc>
          <w:tcPr>
            <w:tcW w:w="8901" w:type="dxa"/>
            <w:shd w:val="clear" w:color="auto" w:fill="F3F4F5"/>
          </w:tcPr>
          <w:p w14:paraId="596A22F1" w14:textId="77777777" w:rsidR="008C77F8" w:rsidRPr="00823051" w:rsidRDefault="00000000">
            <w:pPr>
              <w:spacing w:after="20"/>
              <w:rPr>
                <w:lang w:val="fr-FR"/>
              </w:rPr>
            </w:pPr>
            <w:r w:rsidRPr="00823051">
              <w:rPr>
                <w:b/>
                <w:sz w:val="28"/>
                <w:lang w:val="fr-FR"/>
              </w:rPr>
              <w:t>Fișa individuală a obiectivului</w:t>
            </w:r>
          </w:p>
          <w:p w14:paraId="57CB5236" w14:textId="77777777" w:rsidR="008C77F8" w:rsidRPr="00823051" w:rsidRDefault="00000000">
            <w:pPr>
              <w:spacing w:after="0"/>
              <w:rPr>
                <w:lang w:val="fr-FR"/>
              </w:rPr>
            </w:pPr>
            <w:r w:rsidRPr="00823051">
              <w:rPr>
                <w:color w:val="666666"/>
                <w:sz w:val="16"/>
                <w:lang w:val="fr-FR"/>
              </w:rPr>
              <w:t>Folosiți fișa când obiectivul implică mai multe acțiuni, riscuri, niveluri de monitorizare sau părți responsabile</w:t>
            </w:r>
          </w:p>
        </w:tc>
      </w:tr>
    </w:tbl>
    <w:p w14:paraId="4A30D530" w14:textId="77777777" w:rsidR="008C77F8" w:rsidRPr="00823051" w:rsidRDefault="008C77F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855"/>
        <w:gridCol w:w="1587"/>
        <w:gridCol w:w="2494"/>
      </w:tblGrid>
      <w:tr w:rsidR="008C77F8" w14:paraId="3B6824C4" w14:textId="77777777">
        <w:trPr>
          <w:tblHeader/>
          <w:jc w:val="center"/>
        </w:trPr>
        <w:tc>
          <w:tcPr>
            <w:tcW w:w="1984" w:type="dxa"/>
            <w:shd w:val="clear" w:color="auto" w:fill="D71920"/>
            <w:tcMar>
              <w:top w:w="75" w:type="dxa"/>
              <w:left w:w="85" w:type="dxa"/>
              <w:bottom w:w="75" w:type="dxa"/>
              <w:right w:w="85" w:type="dxa"/>
            </w:tcMar>
            <w:vAlign w:val="center"/>
          </w:tcPr>
          <w:p w14:paraId="4E6F64C8" w14:textId="77777777" w:rsidR="008C77F8" w:rsidRDefault="00000000">
            <w:pPr>
              <w:spacing w:after="0" w:line="240" w:lineRule="auto"/>
              <w:jc w:val="center"/>
            </w:pPr>
            <w:r>
              <w:rPr>
                <w:b/>
                <w:color w:val="FFFFFF"/>
                <w:sz w:val="15"/>
              </w:rPr>
              <w:lastRenderedPageBreak/>
              <w:t>CÂMP</w:t>
            </w:r>
          </w:p>
        </w:tc>
        <w:tc>
          <w:tcPr>
            <w:tcW w:w="3855" w:type="dxa"/>
            <w:shd w:val="clear" w:color="auto" w:fill="D71920"/>
            <w:tcMar>
              <w:top w:w="75" w:type="dxa"/>
              <w:left w:w="85" w:type="dxa"/>
              <w:bottom w:w="75" w:type="dxa"/>
              <w:right w:w="85" w:type="dxa"/>
            </w:tcMar>
            <w:vAlign w:val="center"/>
          </w:tcPr>
          <w:p w14:paraId="227A3E66" w14:textId="77777777" w:rsidR="008C77F8" w:rsidRDefault="00000000">
            <w:pPr>
              <w:spacing w:after="0" w:line="240" w:lineRule="auto"/>
              <w:jc w:val="center"/>
            </w:pPr>
            <w:r>
              <w:rPr>
                <w:b/>
                <w:color w:val="FFFFFF"/>
                <w:sz w:val="15"/>
              </w:rPr>
              <w:t>COMPLETARE</w:t>
            </w:r>
          </w:p>
        </w:tc>
        <w:tc>
          <w:tcPr>
            <w:tcW w:w="1587" w:type="dxa"/>
            <w:shd w:val="clear" w:color="auto" w:fill="D71920"/>
            <w:tcMar>
              <w:top w:w="75" w:type="dxa"/>
              <w:left w:w="85" w:type="dxa"/>
              <w:bottom w:w="75" w:type="dxa"/>
              <w:right w:w="85" w:type="dxa"/>
            </w:tcMar>
            <w:vAlign w:val="center"/>
          </w:tcPr>
          <w:p w14:paraId="46B89E8E" w14:textId="77777777" w:rsidR="008C77F8" w:rsidRDefault="00000000">
            <w:pPr>
              <w:spacing w:after="0" w:line="240" w:lineRule="auto"/>
              <w:jc w:val="center"/>
            </w:pPr>
            <w:r>
              <w:rPr>
                <w:b/>
                <w:color w:val="FFFFFF"/>
                <w:sz w:val="15"/>
              </w:rPr>
              <w:t>CÂMP</w:t>
            </w:r>
          </w:p>
        </w:tc>
        <w:tc>
          <w:tcPr>
            <w:tcW w:w="2494" w:type="dxa"/>
            <w:shd w:val="clear" w:color="auto" w:fill="D71920"/>
            <w:tcMar>
              <w:top w:w="75" w:type="dxa"/>
              <w:left w:w="85" w:type="dxa"/>
              <w:bottom w:w="75" w:type="dxa"/>
              <w:right w:w="85" w:type="dxa"/>
            </w:tcMar>
            <w:vAlign w:val="center"/>
          </w:tcPr>
          <w:p w14:paraId="33A77CB6" w14:textId="77777777" w:rsidR="008C77F8" w:rsidRDefault="00000000">
            <w:pPr>
              <w:spacing w:after="0" w:line="240" w:lineRule="auto"/>
              <w:jc w:val="center"/>
            </w:pPr>
            <w:r>
              <w:rPr>
                <w:b/>
                <w:color w:val="FFFFFF"/>
                <w:sz w:val="15"/>
              </w:rPr>
              <w:t>COMPLETARE</w:t>
            </w:r>
          </w:p>
        </w:tc>
      </w:tr>
      <w:tr w:rsidR="008C77F8" w14:paraId="4C417BCD" w14:textId="77777777">
        <w:trPr>
          <w:cantSplit/>
          <w:jc w:val="center"/>
        </w:trPr>
        <w:tc>
          <w:tcPr>
            <w:tcW w:w="1984" w:type="dxa"/>
            <w:shd w:val="clear" w:color="auto" w:fill="FFFFFF"/>
            <w:tcMar>
              <w:top w:w="75" w:type="dxa"/>
              <w:left w:w="85" w:type="dxa"/>
              <w:bottom w:w="75" w:type="dxa"/>
              <w:right w:w="85" w:type="dxa"/>
            </w:tcMar>
            <w:vAlign w:val="center"/>
          </w:tcPr>
          <w:p w14:paraId="25573418" w14:textId="77777777" w:rsidR="008C77F8" w:rsidRDefault="00000000">
            <w:pPr>
              <w:spacing w:after="0" w:line="240" w:lineRule="auto"/>
            </w:pPr>
            <w:r>
              <w:rPr>
                <w:sz w:val="16"/>
              </w:rPr>
              <w:t>Cod obiectiv</w:t>
            </w:r>
          </w:p>
        </w:tc>
        <w:tc>
          <w:tcPr>
            <w:tcW w:w="3855" w:type="dxa"/>
            <w:shd w:val="clear" w:color="auto" w:fill="FFFFFF"/>
            <w:tcMar>
              <w:top w:w="75" w:type="dxa"/>
              <w:left w:w="85" w:type="dxa"/>
              <w:bottom w:w="75" w:type="dxa"/>
              <w:right w:w="85" w:type="dxa"/>
            </w:tcMar>
            <w:vAlign w:val="center"/>
          </w:tcPr>
          <w:p w14:paraId="1D763BBC" w14:textId="77777777" w:rsidR="008C77F8" w:rsidRDefault="00000000">
            <w:pPr>
              <w:spacing w:after="0" w:line="240" w:lineRule="auto"/>
            </w:pPr>
            <w:r>
              <w:rPr>
                <w:sz w:val="16"/>
              </w:rPr>
              <w:t>_____________________</w:t>
            </w:r>
          </w:p>
        </w:tc>
        <w:tc>
          <w:tcPr>
            <w:tcW w:w="1587" w:type="dxa"/>
            <w:shd w:val="clear" w:color="auto" w:fill="FFFFFF"/>
            <w:tcMar>
              <w:top w:w="75" w:type="dxa"/>
              <w:left w:w="85" w:type="dxa"/>
              <w:bottom w:w="75" w:type="dxa"/>
              <w:right w:w="85" w:type="dxa"/>
            </w:tcMar>
            <w:vAlign w:val="center"/>
          </w:tcPr>
          <w:p w14:paraId="5BDE6BEB" w14:textId="77777777" w:rsidR="008C77F8" w:rsidRDefault="00000000">
            <w:pPr>
              <w:spacing w:after="0" w:line="240" w:lineRule="auto"/>
            </w:pPr>
            <w:r>
              <w:rPr>
                <w:sz w:val="16"/>
              </w:rPr>
              <w:t>Perioadă</w:t>
            </w:r>
          </w:p>
        </w:tc>
        <w:tc>
          <w:tcPr>
            <w:tcW w:w="2494" w:type="dxa"/>
            <w:shd w:val="clear" w:color="auto" w:fill="FFFFFF"/>
            <w:tcMar>
              <w:top w:w="75" w:type="dxa"/>
              <w:left w:w="85" w:type="dxa"/>
              <w:bottom w:w="75" w:type="dxa"/>
              <w:right w:w="85" w:type="dxa"/>
            </w:tcMar>
            <w:vAlign w:val="center"/>
          </w:tcPr>
          <w:p w14:paraId="7EDF014A" w14:textId="77777777" w:rsidR="008C77F8" w:rsidRDefault="00000000">
            <w:pPr>
              <w:spacing w:after="0" w:line="240" w:lineRule="auto"/>
            </w:pPr>
            <w:r>
              <w:rPr>
                <w:sz w:val="16"/>
              </w:rPr>
              <w:t>_____________________</w:t>
            </w:r>
          </w:p>
        </w:tc>
      </w:tr>
      <w:tr w:rsidR="008C77F8" w14:paraId="32920F58" w14:textId="77777777">
        <w:trPr>
          <w:cantSplit/>
          <w:jc w:val="center"/>
        </w:trPr>
        <w:tc>
          <w:tcPr>
            <w:tcW w:w="1984" w:type="dxa"/>
            <w:shd w:val="clear" w:color="auto" w:fill="FAFAFA"/>
            <w:tcMar>
              <w:top w:w="75" w:type="dxa"/>
              <w:left w:w="85" w:type="dxa"/>
              <w:bottom w:w="75" w:type="dxa"/>
              <w:right w:w="85" w:type="dxa"/>
            </w:tcMar>
            <w:vAlign w:val="center"/>
          </w:tcPr>
          <w:p w14:paraId="0737547F" w14:textId="77777777" w:rsidR="008C77F8" w:rsidRDefault="00000000">
            <w:pPr>
              <w:spacing w:after="0" w:line="240" w:lineRule="auto"/>
            </w:pPr>
            <w:r>
              <w:rPr>
                <w:sz w:val="16"/>
              </w:rPr>
              <w:t>Titlu scurt</w:t>
            </w:r>
          </w:p>
        </w:tc>
        <w:tc>
          <w:tcPr>
            <w:tcW w:w="3855" w:type="dxa"/>
            <w:shd w:val="clear" w:color="auto" w:fill="FAFAFA"/>
            <w:tcMar>
              <w:top w:w="75" w:type="dxa"/>
              <w:left w:w="85" w:type="dxa"/>
              <w:bottom w:w="75" w:type="dxa"/>
              <w:right w:w="85" w:type="dxa"/>
            </w:tcMar>
            <w:vAlign w:val="center"/>
          </w:tcPr>
          <w:p w14:paraId="70B14AA0" w14:textId="77777777" w:rsidR="008C77F8" w:rsidRDefault="00000000">
            <w:pPr>
              <w:spacing w:after="0" w:line="240" w:lineRule="auto"/>
            </w:pPr>
            <w:r>
              <w:rPr>
                <w:sz w:val="16"/>
              </w:rPr>
              <w:t>________________________________</w:t>
            </w:r>
          </w:p>
        </w:tc>
        <w:tc>
          <w:tcPr>
            <w:tcW w:w="1587" w:type="dxa"/>
            <w:shd w:val="clear" w:color="auto" w:fill="FAFAFA"/>
            <w:tcMar>
              <w:top w:w="75" w:type="dxa"/>
              <w:left w:w="85" w:type="dxa"/>
              <w:bottom w:w="75" w:type="dxa"/>
              <w:right w:w="85" w:type="dxa"/>
            </w:tcMar>
            <w:vAlign w:val="center"/>
          </w:tcPr>
          <w:p w14:paraId="5C88C8B2" w14:textId="77777777" w:rsidR="008C77F8" w:rsidRDefault="00000000">
            <w:pPr>
              <w:spacing w:after="0" w:line="240" w:lineRule="auto"/>
            </w:pPr>
            <w:r>
              <w:rPr>
                <w:sz w:val="16"/>
              </w:rPr>
              <w:t>Sponsor</w:t>
            </w:r>
          </w:p>
        </w:tc>
        <w:tc>
          <w:tcPr>
            <w:tcW w:w="2494" w:type="dxa"/>
            <w:shd w:val="clear" w:color="auto" w:fill="FAFAFA"/>
            <w:tcMar>
              <w:top w:w="75" w:type="dxa"/>
              <w:left w:w="85" w:type="dxa"/>
              <w:bottom w:w="75" w:type="dxa"/>
              <w:right w:w="85" w:type="dxa"/>
            </w:tcMar>
            <w:vAlign w:val="center"/>
          </w:tcPr>
          <w:p w14:paraId="06883626" w14:textId="77777777" w:rsidR="008C77F8" w:rsidRDefault="00000000">
            <w:pPr>
              <w:spacing w:after="0" w:line="240" w:lineRule="auto"/>
            </w:pPr>
            <w:r>
              <w:rPr>
                <w:sz w:val="16"/>
              </w:rPr>
              <w:t>_____________________</w:t>
            </w:r>
          </w:p>
        </w:tc>
      </w:tr>
      <w:tr w:rsidR="008C77F8" w14:paraId="7431F298" w14:textId="77777777">
        <w:trPr>
          <w:cantSplit/>
          <w:jc w:val="center"/>
        </w:trPr>
        <w:tc>
          <w:tcPr>
            <w:tcW w:w="1984" w:type="dxa"/>
            <w:shd w:val="clear" w:color="auto" w:fill="FFFFFF"/>
            <w:tcMar>
              <w:top w:w="75" w:type="dxa"/>
              <w:left w:w="85" w:type="dxa"/>
              <w:bottom w:w="75" w:type="dxa"/>
              <w:right w:w="85" w:type="dxa"/>
            </w:tcMar>
            <w:vAlign w:val="center"/>
          </w:tcPr>
          <w:p w14:paraId="28637E02" w14:textId="77777777" w:rsidR="008C77F8" w:rsidRDefault="00000000">
            <w:pPr>
              <w:spacing w:after="0" w:line="240" w:lineRule="auto"/>
            </w:pPr>
            <w:r>
              <w:rPr>
                <w:sz w:val="16"/>
              </w:rPr>
              <w:t>Proces / locație</w:t>
            </w:r>
          </w:p>
        </w:tc>
        <w:tc>
          <w:tcPr>
            <w:tcW w:w="3855" w:type="dxa"/>
            <w:shd w:val="clear" w:color="auto" w:fill="FFFFFF"/>
            <w:tcMar>
              <w:top w:w="75" w:type="dxa"/>
              <w:left w:w="85" w:type="dxa"/>
              <w:bottom w:w="75" w:type="dxa"/>
              <w:right w:w="85" w:type="dxa"/>
            </w:tcMar>
            <w:vAlign w:val="center"/>
          </w:tcPr>
          <w:p w14:paraId="0BE5E0CE" w14:textId="77777777" w:rsidR="008C77F8" w:rsidRDefault="00000000">
            <w:pPr>
              <w:spacing w:after="0" w:line="240" w:lineRule="auto"/>
            </w:pPr>
            <w:r>
              <w:rPr>
                <w:sz w:val="16"/>
              </w:rPr>
              <w:t>________________________________</w:t>
            </w:r>
          </w:p>
        </w:tc>
        <w:tc>
          <w:tcPr>
            <w:tcW w:w="1587" w:type="dxa"/>
            <w:shd w:val="clear" w:color="auto" w:fill="FFFFFF"/>
            <w:tcMar>
              <w:top w:w="75" w:type="dxa"/>
              <w:left w:w="85" w:type="dxa"/>
              <w:bottom w:w="75" w:type="dxa"/>
              <w:right w:w="85" w:type="dxa"/>
            </w:tcMar>
            <w:vAlign w:val="center"/>
          </w:tcPr>
          <w:p w14:paraId="0CEDFCA8" w14:textId="77777777" w:rsidR="008C77F8" w:rsidRDefault="00000000">
            <w:pPr>
              <w:spacing w:after="0" w:line="240" w:lineRule="auto"/>
            </w:pPr>
            <w:r>
              <w:rPr>
                <w:sz w:val="16"/>
              </w:rPr>
              <w:t>Responsabil</w:t>
            </w:r>
          </w:p>
        </w:tc>
        <w:tc>
          <w:tcPr>
            <w:tcW w:w="2494" w:type="dxa"/>
            <w:shd w:val="clear" w:color="auto" w:fill="FFFFFF"/>
            <w:tcMar>
              <w:top w:w="75" w:type="dxa"/>
              <w:left w:w="85" w:type="dxa"/>
              <w:bottom w:w="75" w:type="dxa"/>
              <w:right w:w="85" w:type="dxa"/>
            </w:tcMar>
            <w:vAlign w:val="center"/>
          </w:tcPr>
          <w:p w14:paraId="210266E4" w14:textId="77777777" w:rsidR="008C77F8" w:rsidRDefault="00000000">
            <w:pPr>
              <w:spacing w:after="0" w:line="240" w:lineRule="auto"/>
            </w:pPr>
            <w:r>
              <w:rPr>
                <w:sz w:val="16"/>
              </w:rPr>
              <w:t>_____________________</w:t>
            </w:r>
          </w:p>
        </w:tc>
      </w:tr>
      <w:tr w:rsidR="008C77F8" w14:paraId="4C4D5581" w14:textId="77777777">
        <w:trPr>
          <w:cantSplit/>
          <w:jc w:val="center"/>
        </w:trPr>
        <w:tc>
          <w:tcPr>
            <w:tcW w:w="1984" w:type="dxa"/>
            <w:shd w:val="clear" w:color="auto" w:fill="FAFAFA"/>
            <w:tcMar>
              <w:top w:w="75" w:type="dxa"/>
              <w:left w:w="85" w:type="dxa"/>
              <w:bottom w:w="75" w:type="dxa"/>
              <w:right w:w="85" w:type="dxa"/>
            </w:tcMar>
            <w:vAlign w:val="center"/>
          </w:tcPr>
          <w:p w14:paraId="3B34B325" w14:textId="77777777" w:rsidR="008C77F8" w:rsidRDefault="00000000">
            <w:pPr>
              <w:spacing w:after="0" w:line="240" w:lineRule="auto"/>
            </w:pPr>
            <w:r>
              <w:rPr>
                <w:sz w:val="16"/>
              </w:rPr>
              <w:t>Legătura cu politica</w:t>
            </w:r>
          </w:p>
        </w:tc>
        <w:tc>
          <w:tcPr>
            <w:tcW w:w="3855" w:type="dxa"/>
            <w:shd w:val="clear" w:color="auto" w:fill="FAFAFA"/>
            <w:tcMar>
              <w:top w:w="75" w:type="dxa"/>
              <w:left w:w="85" w:type="dxa"/>
              <w:bottom w:w="75" w:type="dxa"/>
              <w:right w:w="85" w:type="dxa"/>
            </w:tcMar>
            <w:vAlign w:val="center"/>
          </w:tcPr>
          <w:p w14:paraId="6FC96B14" w14:textId="77777777" w:rsidR="008C77F8" w:rsidRDefault="00000000">
            <w:pPr>
              <w:spacing w:after="0" w:line="240" w:lineRule="auto"/>
            </w:pPr>
            <w:r>
              <w:rPr>
                <w:sz w:val="16"/>
              </w:rPr>
              <w:t>________________________________</w:t>
            </w:r>
          </w:p>
        </w:tc>
        <w:tc>
          <w:tcPr>
            <w:tcW w:w="1587" w:type="dxa"/>
            <w:shd w:val="clear" w:color="auto" w:fill="FAFAFA"/>
            <w:tcMar>
              <w:top w:w="75" w:type="dxa"/>
              <w:left w:w="85" w:type="dxa"/>
              <w:bottom w:w="75" w:type="dxa"/>
              <w:right w:w="85" w:type="dxa"/>
            </w:tcMar>
            <w:vAlign w:val="center"/>
          </w:tcPr>
          <w:p w14:paraId="1D1DD9E6" w14:textId="77777777" w:rsidR="008C77F8" w:rsidRDefault="00000000">
            <w:pPr>
              <w:spacing w:after="0" w:line="240" w:lineRule="auto"/>
            </w:pPr>
            <w:r>
              <w:rPr>
                <w:sz w:val="16"/>
              </w:rPr>
              <w:t>Aprobat de</w:t>
            </w:r>
          </w:p>
        </w:tc>
        <w:tc>
          <w:tcPr>
            <w:tcW w:w="2494" w:type="dxa"/>
            <w:shd w:val="clear" w:color="auto" w:fill="FAFAFA"/>
            <w:tcMar>
              <w:top w:w="75" w:type="dxa"/>
              <w:left w:w="85" w:type="dxa"/>
              <w:bottom w:w="75" w:type="dxa"/>
              <w:right w:w="85" w:type="dxa"/>
            </w:tcMar>
            <w:vAlign w:val="center"/>
          </w:tcPr>
          <w:p w14:paraId="1D3D1B4F" w14:textId="77777777" w:rsidR="008C77F8" w:rsidRDefault="00000000">
            <w:pPr>
              <w:spacing w:after="0" w:line="240" w:lineRule="auto"/>
            </w:pPr>
            <w:r>
              <w:rPr>
                <w:sz w:val="16"/>
              </w:rPr>
              <w:t>_____________________</w:t>
            </w:r>
          </w:p>
        </w:tc>
      </w:tr>
    </w:tbl>
    <w:p w14:paraId="4DD60B5B" w14:textId="77777777" w:rsidR="008C77F8" w:rsidRDefault="008C77F8">
      <w:pPr>
        <w:spacing w:after="20"/>
      </w:pPr>
    </w:p>
    <w:p w14:paraId="277E8591" w14:textId="77777777" w:rsidR="008C77F8" w:rsidRDefault="00000000">
      <w:pPr>
        <w:pStyle w:val="Heading2"/>
      </w:pPr>
      <w:r>
        <w:t>A. Formularea și justificarea</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C77F8" w14:paraId="7C77C13F" w14:textId="77777777">
        <w:trPr>
          <w:tblHeader/>
          <w:jc w:val="center"/>
        </w:trPr>
        <w:tc>
          <w:tcPr>
            <w:tcW w:w="3118" w:type="dxa"/>
            <w:shd w:val="clear" w:color="auto" w:fill="D71920"/>
            <w:tcMar>
              <w:top w:w="75" w:type="dxa"/>
              <w:left w:w="85" w:type="dxa"/>
              <w:bottom w:w="75" w:type="dxa"/>
              <w:right w:w="85" w:type="dxa"/>
            </w:tcMar>
            <w:vAlign w:val="center"/>
          </w:tcPr>
          <w:p w14:paraId="3BD6C78B" w14:textId="77777777" w:rsidR="008C77F8" w:rsidRDefault="00000000">
            <w:pPr>
              <w:spacing w:after="0" w:line="240" w:lineRule="auto"/>
              <w:jc w:val="center"/>
            </w:pPr>
            <w:r>
              <w:rPr>
                <w:b/>
                <w:color w:val="FFFFFF"/>
                <w:sz w:val="15"/>
              </w:rPr>
              <w:t>ELEMENT</w:t>
            </w:r>
          </w:p>
        </w:tc>
        <w:tc>
          <w:tcPr>
            <w:tcW w:w="6803" w:type="dxa"/>
            <w:shd w:val="clear" w:color="auto" w:fill="D71920"/>
            <w:tcMar>
              <w:top w:w="75" w:type="dxa"/>
              <w:left w:w="85" w:type="dxa"/>
              <w:bottom w:w="75" w:type="dxa"/>
              <w:right w:w="85" w:type="dxa"/>
            </w:tcMar>
            <w:vAlign w:val="center"/>
          </w:tcPr>
          <w:p w14:paraId="39B1FE5B" w14:textId="77777777" w:rsidR="008C77F8" w:rsidRDefault="00000000">
            <w:pPr>
              <w:spacing w:after="0" w:line="240" w:lineRule="auto"/>
              <w:jc w:val="center"/>
            </w:pPr>
            <w:r>
              <w:rPr>
                <w:b/>
                <w:color w:val="FFFFFF"/>
                <w:sz w:val="15"/>
              </w:rPr>
              <w:t>COMPLETARE</w:t>
            </w:r>
          </w:p>
        </w:tc>
      </w:tr>
      <w:tr w:rsidR="008C77F8" w14:paraId="77CAD5A1" w14:textId="77777777">
        <w:trPr>
          <w:cantSplit/>
          <w:jc w:val="center"/>
        </w:trPr>
        <w:tc>
          <w:tcPr>
            <w:tcW w:w="3118" w:type="dxa"/>
            <w:shd w:val="clear" w:color="auto" w:fill="FFFFFF"/>
            <w:tcMar>
              <w:top w:w="75" w:type="dxa"/>
              <w:left w:w="85" w:type="dxa"/>
              <w:bottom w:w="75" w:type="dxa"/>
              <w:right w:w="85" w:type="dxa"/>
            </w:tcMar>
            <w:vAlign w:val="center"/>
          </w:tcPr>
          <w:p w14:paraId="193D8613" w14:textId="77777777" w:rsidR="008C77F8" w:rsidRDefault="00000000">
            <w:pPr>
              <w:spacing w:after="0" w:line="240" w:lineRule="auto"/>
            </w:pPr>
            <w:r>
              <w:rPr>
                <w:sz w:val="15"/>
              </w:rPr>
              <w:t>Obiectiv formulat complet</w:t>
            </w:r>
          </w:p>
        </w:tc>
        <w:tc>
          <w:tcPr>
            <w:tcW w:w="6803" w:type="dxa"/>
            <w:shd w:val="clear" w:color="auto" w:fill="FFFFFF"/>
            <w:tcMar>
              <w:top w:w="75" w:type="dxa"/>
              <w:left w:w="85" w:type="dxa"/>
              <w:bottom w:w="75" w:type="dxa"/>
              <w:right w:w="85" w:type="dxa"/>
            </w:tcMar>
            <w:vAlign w:val="center"/>
          </w:tcPr>
          <w:p w14:paraId="684D47DD"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17984D2F" w14:textId="77777777">
        <w:trPr>
          <w:cantSplit/>
          <w:jc w:val="center"/>
        </w:trPr>
        <w:tc>
          <w:tcPr>
            <w:tcW w:w="3118" w:type="dxa"/>
            <w:shd w:val="clear" w:color="auto" w:fill="FAFAFA"/>
            <w:tcMar>
              <w:top w:w="75" w:type="dxa"/>
              <w:left w:w="85" w:type="dxa"/>
              <w:bottom w:w="75" w:type="dxa"/>
              <w:right w:w="85" w:type="dxa"/>
            </w:tcMar>
            <w:vAlign w:val="center"/>
          </w:tcPr>
          <w:p w14:paraId="3B72745B" w14:textId="77777777" w:rsidR="008C77F8" w:rsidRDefault="00000000">
            <w:pPr>
              <w:spacing w:after="0" w:line="240" w:lineRule="auto"/>
            </w:pPr>
            <w:r>
              <w:rPr>
                <w:sz w:val="15"/>
              </w:rPr>
              <w:t>Pericol / risc / oportunitate și justificare</w:t>
            </w:r>
          </w:p>
        </w:tc>
        <w:tc>
          <w:tcPr>
            <w:tcW w:w="6803" w:type="dxa"/>
            <w:shd w:val="clear" w:color="auto" w:fill="FAFAFA"/>
            <w:tcMar>
              <w:top w:w="75" w:type="dxa"/>
              <w:left w:w="85" w:type="dxa"/>
              <w:bottom w:w="75" w:type="dxa"/>
              <w:right w:w="85" w:type="dxa"/>
            </w:tcMar>
            <w:vAlign w:val="center"/>
          </w:tcPr>
          <w:p w14:paraId="30E68C12"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447053E4" w14:textId="77777777">
        <w:trPr>
          <w:cantSplit/>
          <w:jc w:val="center"/>
        </w:trPr>
        <w:tc>
          <w:tcPr>
            <w:tcW w:w="3118" w:type="dxa"/>
            <w:shd w:val="clear" w:color="auto" w:fill="FFFFFF"/>
            <w:tcMar>
              <w:top w:w="75" w:type="dxa"/>
              <w:left w:w="85" w:type="dxa"/>
              <w:bottom w:w="75" w:type="dxa"/>
              <w:right w:w="85" w:type="dxa"/>
            </w:tcMar>
            <w:vAlign w:val="center"/>
          </w:tcPr>
          <w:p w14:paraId="48D5B1DB" w14:textId="77777777" w:rsidR="008C77F8" w:rsidRDefault="00000000">
            <w:pPr>
              <w:spacing w:after="0" w:line="240" w:lineRule="auto"/>
            </w:pPr>
            <w:r>
              <w:rPr>
                <w:sz w:val="15"/>
              </w:rPr>
              <w:t>Cerințe legale și alte cerințe</w:t>
            </w:r>
          </w:p>
        </w:tc>
        <w:tc>
          <w:tcPr>
            <w:tcW w:w="6803" w:type="dxa"/>
            <w:shd w:val="clear" w:color="auto" w:fill="FFFFFF"/>
            <w:tcMar>
              <w:top w:w="75" w:type="dxa"/>
              <w:left w:w="85" w:type="dxa"/>
              <w:bottom w:w="75" w:type="dxa"/>
              <w:right w:w="85" w:type="dxa"/>
            </w:tcMar>
            <w:vAlign w:val="center"/>
          </w:tcPr>
          <w:p w14:paraId="4914F7B9"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4E7C91A6" w14:textId="77777777">
        <w:trPr>
          <w:cantSplit/>
          <w:jc w:val="center"/>
        </w:trPr>
        <w:tc>
          <w:tcPr>
            <w:tcW w:w="3118" w:type="dxa"/>
            <w:shd w:val="clear" w:color="auto" w:fill="FAFAFA"/>
            <w:tcMar>
              <w:top w:w="75" w:type="dxa"/>
              <w:left w:w="85" w:type="dxa"/>
              <w:bottom w:w="75" w:type="dxa"/>
              <w:right w:w="85" w:type="dxa"/>
            </w:tcMar>
            <w:vAlign w:val="center"/>
          </w:tcPr>
          <w:p w14:paraId="244F29F2" w14:textId="77777777" w:rsidR="008C77F8" w:rsidRPr="00823051" w:rsidRDefault="00000000">
            <w:pPr>
              <w:spacing w:after="0" w:line="240" w:lineRule="auto"/>
              <w:rPr>
                <w:lang w:val="fr-FR"/>
              </w:rPr>
            </w:pPr>
            <w:r w:rsidRPr="00823051">
              <w:rPr>
                <w:sz w:val="15"/>
                <w:lang w:val="fr-FR"/>
              </w:rPr>
              <w:t>Lucrători / grupuri expuse și consultare</w:t>
            </w:r>
          </w:p>
        </w:tc>
        <w:tc>
          <w:tcPr>
            <w:tcW w:w="6803" w:type="dxa"/>
            <w:shd w:val="clear" w:color="auto" w:fill="FAFAFA"/>
            <w:tcMar>
              <w:top w:w="75" w:type="dxa"/>
              <w:left w:w="85" w:type="dxa"/>
              <w:bottom w:w="75" w:type="dxa"/>
              <w:right w:w="85" w:type="dxa"/>
            </w:tcMar>
            <w:vAlign w:val="center"/>
          </w:tcPr>
          <w:p w14:paraId="0C08F3C5"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36C2F377" w14:textId="77777777">
        <w:trPr>
          <w:cantSplit/>
          <w:jc w:val="center"/>
        </w:trPr>
        <w:tc>
          <w:tcPr>
            <w:tcW w:w="3118" w:type="dxa"/>
            <w:shd w:val="clear" w:color="auto" w:fill="FFFFFF"/>
            <w:tcMar>
              <w:top w:w="75" w:type="dxa"/>
              <w:left w:w="85" w:type="dxa"/>
              <w:bottom w:w="75" w:type="dxa"/>
              <w:right w:w="85" w:type="dxa"/>
            </w:tcMar>
            <w:vAlign w:val="center"/>
          </w:tcPr>
          <w:p w14:paraId="1BEC7947" w14:textId="77777777" w:rsidR="008C77F8" w:rsidRPr="00823051" w:rsidRDefault="00000000">
            <w:pPr>
              <w:spacing w:after="0" w:line="240" w:lineRule="auto"/>
              <w:rPr>
                <w:lang w:val="fr-FR"/>
              </w:rPr>
            </w:pPr>
            <w:r w:rsidRPr="00823051">
              <w:rPr>
                <w:sz w:val="15"/>
                <w:lang w:val="fr-FR"/>
              </w:rPr>
              <w:t>Controale existente și limitele lor</w:t>
            </w:r>
          </w:p>
        </w:tc>
        <w:tc>
          <w:tcPr>
            <w:tcW w:w="6803" w:type="dxa"/>
            <w:shd w:val="clear" w:color="auto" w:fill="FFFFFF"/>
            <w:tcMar>
              <w:top w:w="75" w:type="dxa"/>
              <w:left w:w="85" w:type="dxa"/>
              <w:bottom w:w="75" w:type="dxa"/>
              <w:right w:w="85" w:type="dxa"/>
            </w:tcMar>
            <w:vAlign w:val="center"/>
          </w:tcPr>
          <w:p w14:paraId="59F568D1"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43C7DDB1" w14:textId="77777777">
        <w:trPr>
          <w:cantSplit/>
          <w:jc w:val="center"/>
        </w:trPr>
        <w:tc>
          <w:tcPr>
            <w:tcW w:w="3118" w:type="dxa"/>
            <w:shd w:val="clear" w:color="auto" w:fill="FAFAFA"/>
            <w:tcMar>
              <w:top w:w="75" w:type="dxa"/>
              <w:left w:w="85" w:type="dxa"/>
              <w:bottom w:w="75" w:type="dxa"/>
              <w:right w:w="85" w:type="dxa"/>
            </w:tcMar>
            <w:vAlign w:val="center"/>
          </w:tcPr>
          <w:p w14:paraId="7002F864" w14:textId="77777777" w:rsidR="008C77F8" w:rsidRDefault="00000000">
            <w:pPr>
              <w:spacing w:after="0" w:line="240" w:lineRule="auto"/>
            </w:pPr>
            <w:r>
              <w:rPr>
                <w:sz w:val="15"/>
              </w:rPr>
              <w:t>Ierarhia măsurilor propuse</w:t>
            </w:r>
          </w:p>
        </w:tc>
        <w:tc>
          <w:tcPr>
            <w:tcW w:w="6803" w:type="dxa"/>
            <w:shd w:val="clear" w:color="auto" w:fill="FAFAFA"/>
            <w:tcMar>
              <w:top w:w="75" w:type="dxa"/>
              <w:left w:w="85" w:type="dxa"/>
              <w:bottom w:w="75" w:type="dxa"/>
              <w:right w:w="85" w:type="dxa"/>
            </w:tcMar>
            <w:vAlign w:val="center"/>
          </w:tcPr>
          <w:p w14:paraId="3CFFFE34"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56B965F8" w14:textId="77777777">
        <w:trPr>
          <w:cantSplit/>
          <w:jc w:val="center"/>
        </w:trPr>
        <w:tc>
          <w:tcPr>
            <w:tcW w:w="3118" w:type="dxa"/>
            <w:shd w:val="clear" w:color="auto" w:fill="FFFFFF"/>
            <w:tcMar>
              <w:top w:w="75" w:type="dxa"/>
              <w:left w:w="85" w:type="dxa"/>
              <w:bottom w:w="75" w:type="dxa"/>
              <w:right w:w="85" w:type="dxa"/>
            </w:tcMar>
            <w:vAlign w:val="center"/>
          </w:tcPr>
          <w:p w14:paraId="6590B01B" w14:textId="77777777" w:rsidR="008C77F8" w:rsidRPr="00823051" w:rsidRDefault="00000000">
            <w:pPr>
              <w:spacing w:after="0" w:line="240" w:lineRule="auto"/>
              <w:rPr>
                <w:lang w:val="fr-FR"/>
              </w:rPr>
            </w:pPr>
            <w:r w:rsidRPr="00823051">
              <w:rPr>
                <w:sz w:val="15"/>
                <w:lang w:val="fr-FR"/>
              </w:rPr>
              <w:t>Riscuri dacă obiectivul nu este atins</w:t>
            </w:r>
          </w:p>
        </w:tc>
        <w:tc>
          <w:tcPr>
            <w:tcW w:w="6803" w:type="dxa"/>
            <w:shd w:val="clear" w:color="auto" w:fill="FFFFFF"/>
            <w:tcMar>
              <w:top w:w="75" w:type="dxa"/>
              <w:left w:w="85" w:type="dxa"/>
              <w:bottom w:w="75" w:type="dxa"/>
              <w:right w:w="85" w:type="dxa"/>
            </w:tcMar>
            <w:vAlign w:val="center"/>
          </w:tcPr>
          <w:p w14:paraId="7AC0EFB8"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r w:rsidR="008C77F8" w14:paraId="64AA1D69" w14:textId="77777777">
        <w:trPr>
          <w:cantSplit/>
          <w:jc w:val="center"/>
        </w:trPr>
        <w:tc>
          <w:tcPr>
            <w:tcW w:w="3118" w:type="dxa"/>
            <w:shd w:val="clear" w:color="auto" w:fill="FAFAFA"/>
            <w:tcMar>
              <w:top w:w="75" w:type="dxa"/>
              <w:left w:w="85" w:type="dxa"/>
              <w:bottom w:w="75" w:type="dxa"/>
              <w:right w:w="85" w:type="dxa"/>
            </w:tcMar>
            <w:vAlign w:val="center"/>
          </w:tcPr>
          <w:p w14:paraId="2189CC50" w14:textId="77777777" w:rsidR="008C77F8" w:rsidRDefault="00000000">
            <w:pPr>
              <w:spacing w:after="0" w:line="240" w:lineRule="auto"/>
            </w:pPr>
            <w:r>
              <w:rPr>
                <w:sz w:val="15"/>
              </w:rPr>
              <w:t>Riscuri transferate / schimbări de gestionat</w:t>
            </w:r>
          </w:p>
        </w:tc>
        <w:tc>
          <w:tcPr>
            <w:tcW w:w="6803" w:type="dxa"/>
            <w:shd w:val="clear" w:color="auto" w:fill="FAFAFA"/>
            <w:tcMar>
              <w:top w:w="75" w:type="dxa"/>
              <w:left w:w="85" w:type="dxa"/>
              <w:bottom w:w="75" w:type="dxa"/>
              <w:right w:w="85" w:type="dxa"/>
            </w:tcMar>
            <w:vAlign w:val="center"/>
          </w:tcPr>
          <w:p w14:paraId="3E6FDE26" w14:textId="77777777" w:rsidR="008C77F8" w:rsidRDefault="00000000">
            <w:pPr>
              <w:spacing w:after="0" w:line="240" w:lineRule="auto"/>
            </w:pPr>
            <w:r>
              <w:rPr>
                <w:sz w:val="15"/>
              </w:rPr>
              <w:t>________________________________________________________________________________</w:t>
            </w:r>
            <w:r>
              <w:rPr>
                <w:sz w:val="15"/>
              </w:rPr>
              <w:br/>
              <w:t>________________________________________________________________________________</w:t>
            </w:r>
          </w:p>
        </w:tc>
      </w:tr>
    </w:tbl>
    <w:p w14:paraId="6D373B87" w14:textId="77777777" w:rsidR="008C77F8" w:rsidRDefault="008C77F8">
      <w:pPr>
        <w:spacing w:after="20"/>
      </w:pPr>
    </w:p>
    <w:p w14:paraId="7AF3A9F1" w14:textId="77777777" w:rsidR="008C77F8" w:rsidRDefault="00000000">
      <w:pPr>
        <w:pStyle w:val="Heading2"/>
      </w:pPr>
      <w:r>
        <w:t>B. Indicator și criterii de evaluare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C77F8" w14:paraId="40F5CFDB" w14:textId="77777777">
        <w:trPr>
          <w:tblHeader/>
          <w:jc w:val="center"/>
        </w:trPr>
        <w:tc>
          <w:tcPr>
            <w:tcW w:w="3118" w:type="dxa"/>
            <w:shd w:val="clear" w:color="auto" w:fill="D71920"/>
            <w:tcMar>
              <w:top w:w="75" w:type="dxa"/>
              <w:left w:w="85" w:type="dxa"/>
              <w:bottom w:w="75" w:type="dxa"/>
              <w:right w:w="85" w:type="dxa"/>
            </w:tcMar>
            <w:vAlign w:val="center"/>
          </w:tcPr>
          <w:p w14:paraId="70CB8526" w14:textId="77777777" w:rsidR="008C77F8" w:rsidRDefault="00000000">
            <w:pPr>
              <w:spacing w:after="0" w:line="240" w:lineRule="auto"/>
              <w:jc w:val="center"/>
            </w:pPr>
            <w:r>
              <w:rPr>
                <w:b/>
                <w:color w:val="FFFFFF"/>
                <w:sz w:val="15"/>
              </w:rPr>
              <w:t>ELEMENT</w:t>
            </w:r>
          </w:p>
        </w:tc>
        <w:tc>
          <w:tcPr>
            <w:tcW w:w="6803" w:type="dxa"/>
            <w:shd w:val="clear" w:color="auto" w:fill="D71920"/>
            <w:tcMar>
              <w:top w:w="75" w:type="dxa"/>
              <w:left w:w="85" w:type="dxa"/>
              <w:bottom w:w="75" w:type="dxa"/>
              <w:right w:w="85" w:type="dxa"/>
            </w:tcMar>
            <w:vAlign w:val="center"/>
          </w:tcPr>
          <w:p w14:paraId="4ABFF3B9" w14:textId="77777777" w:rsidR="008C77F8" w:rsidRDefault="00000000">
            <w:pPr>
              <w:spacing w:after="0" w:line="240" w:lineRule="auto"/>
              <w:jc w:val="center"/>
            </w:pPr>
            <w:r>
              <w:rPr>
                <w:b/>
                <w:color w:val="FFFFFF"/>
                <w:sz w:val="15"/>
              </w:rPr>
              <w:t>COMPLETARE</w:t>
            </w:r>
          </w:p>
        </w:tc>
      </w:tr>
      <w:tr w:rsidR="008C77F8" w14:paraId="34AD4242" w14:textId="77777777">
        <w:trPr>
          <w:cantSplit/>
          <w:jc w:val="center"/>
        </w:trPr>
        <w:tc>
          <w:tcPr>
            <w:tcW w:w="3118" w:type="dxa"/>
            <w:shd w:val="clear" w:color="auto" w:fill="FFFFFF"/>
            <w:tcMar>
              <w:top w:w="75" w:type="dxa"/>
              <w:left w:w="85" w:type="dxa"/>
              <w:bottom w:w="75" w:type="dxa"/>
              <w:right w:w="85" w:type="dxa"/>
            </w:tcMar>
            <w:vAlign w:val="center"/>
          </w:tcPr>
          <w:p w14:paraId="3133E19F" w14:textId="77777777" w:rsidR="008C77F8" w:rsidRDefault="00000000">
            <w:pPr>
              <w:spacing w:after="0" w:line="240" w:lineRule="auto"/>
            </w:pPr>
            <w:r>
              <w:rPr>
                <w:sz w:val="15"/>
              </w:rPr>
              <w:t>Indicator preventiv principal</w:t>
            </w:r>
          </w:p>
        </w:tc>
        <w:tc>
          <w:tcPr>
            <w:tcW w:w="6803" w:type="dxa"/>
            <w:shd w:val="clear" w:color="auto" w:fill="FFFFFF"/>
            <w:tcMar>
              <w:top w:w="75" w:type="dxa"/>
              <w:left w:w="85" w:type="dxa"/>
              <w:bottom w:w="75" w:type="dxa"/>
              <w:right w:w="85" w:type="dxa"/>
            </w:tcMar>
            <w:vAlign w:val="center"/>
          </w:tcPr>
          <w:p w14:paraId="2E635B2B" w14:textId="77777777" w:rsidR="008C77F8" w:rsidRDefault="008C77F8">
            <w:pPr>
              <w:spacing w:after="0" w:line="240" w:lineRule="auto"/>
            </w:pPr>
          </w:p>
        </w:tc>
      </w:tr>
      <w:tr w:rsidR="008C77F8" w14:paraId="3A34FE90" w14:textId="77777777">
        <w:trPr>
          <w:cantSplit/>
          <w:jc w:val="center"/>
        </w:trPr>
        <w:tc>
          <w:tcPr>
            <w:tcW w:w="3118" w:type="dxa"/>
            <w:shd w:val="clear" w:color="auto" w:fill="FAFAFA"/>
            <w:tcMar>
              <w:top w:w="75" w:type="dxa"/>
              <w:left w:w="85" w:type="dxa"/>
              <w:bottom w:w="75" w:type="dxa"/>
              <w:right w:w="85" w:type="dxa"/>
            </w:tcMar>
            <w:vAlign w:val="center"/>
          </w:tcPr>
          <w:p w14:paraId="75D3BC4F" w14:textId="77777777" w:rsidR="008C77F8" w:rsidRDefault="00000000">
            <w:pPr>
              <w:spacing w:after="0" w:line="240" w:lineRule="auto"/>
            </w:pPr>
            <w:r>
              <w:rPr>
                <w:sz w:val="15"/>
              </w:rPr>
              <w:t>Indicator de rezultat</w:t>
            </w:r>
          </w:p>
        </w:tc>
        <w:tc>
          <w:tcPr>
            <w:tcW w:w="6803" w:type="dxa"/>
            <w:shd w:val="clear" w:color="auto" w:fill="FAFAFA"/>
            <w:tcMar>
              <w:top w:w="75" w:type="dxa"/>
              <w:left w:w="85" w:type="dxa"/>
              <w:bottom w:w="75" w:type="dxa"/>
              <w:right w:w="85" w:type="dxa"/>
            </w:tcMar>
            <w:vAlign w:val="center"/>
          </w:tcPr>
          <w:p w14:paraId="56EC16D6" w14:textId="77777777" w:rsidR="008C77F8" w:rsidRDefault="008C77F8">
            <w:pPr>
              <w:spacing w:after="0" w:line="240" w:lineRule="auto"/>
            </w:pPr>
          </w:p>
        </w:tc>
      </w:tr>
      <w:tr w:rsidR="008C77F8" w14:paraId="6CF8EC48" w14:textId="77777777">
        <w:trPr>
          <w:cantSplit/>
          <w:jc w:val="center"/>
        </w:trPr>
        <w:tc>
          <w:tcPr>
            <w:tcW w:w="3118" w:type="dxa"/>
            <w:shd w:val="clear" w:color="auto" w:fill="FFFFFF"/>
            <w:tcMar>
              <w:top w:w="75" w:type="dxa"/>
              <w:left w:w="85" w:type="dxa"/>
              <w:bottom w:w="75" w:type="dxa"/>
              <w:right w:w="85" w:type="dxa"/>
            </w:tcMar>
            <w:vAlign w:val="center"/>
          </w:tcPr>
          <w:p w14:paraId="1E16A698" w14:textId="77777777" w:rsidR="008C77F8" w:rsidRDefault="00000000">
            <w:pPr>
              <w:spacing w:after="0" w:line="240" w:lineRule="auto"/>
            </w:pPr>
            <w:r>
              <w:rPr>
                <w:sz w:val="15"/>
              </w:rPr>
              <w:t>Definiție și formulă</w:t>
            </w:r>
          </w:p>
        </w:tc>
        <w:tc>
          <w:tcPr>
            <w:tcW w:w="6803" w:type="dxa"/>
            <w:shd w:val="clear" w:color="auto" w:fill="FFFFFF"/>
            <w:tcMar>
              <w:top w:w="75" w:type="dxa"/>
              <w:left w:w="85" w:type="dxa"/>
              <w:bottom w:w="75" w:type="dxa"/>
              <w:right w:w="85" w:type="dxa"/>
            </w:tcMar>
            <w:vAlign w:val="center"/>
          </w:tcPr>
          <w:p w14:paraId="6601C53F" w14:textId="77777777" w:rsidR="008C77F8" w:rsidRDefault="008C77F8">
            <w:pPr>
              <w:spacing w:after="0" w:line="240" w:lineRule="auto"/>
            </w:pPr>
          </w:p>
        </w:tc>
      </w:tr>
      <w:tr w:rsidR="008C77F8" w14:paraId="0DE4F2EB" w14:textId="77777777">
        <w:trPr>
          <w:cantSplit/>
          <w:jc w:val="center"/>
        </w:trPr>
        <w:tc>
          <w:tcPr>
            <w:tcW w:w="3118" w:type="dxa"/>
            <w:shd w:val="clear" w:color="auto" w:fill="FAFAFA"/>
            <w:tcMar>
              <w:top w:w="75" w:type="dxa"/>
              <w:left w:w="85" w:type="dxa"/>
              <w:bottom w:w="75" w:type="dxa"/>
              <w:right w:w="85" w:type="dxa"/>
            </w:tcMar>
            <w:vAlign w:val="center"/>
          </w:tcPr>
          <w:p w14:paraId="248D83AA" w14:textId="77777777" w:rsidR="008C77F8" w:rsidRDefault="00000000">
            <w:pPr>
              <w:spacing w:after="0" w:line="240" w:lineRule="auto"/>
            </w:pPr>
            <w:r>
              <w:rPr>
                <w:sz w:val="15"/>
              </w:rPr>
              <w:t>Populație / ore / activități incluse</w:t>
            </w:r>
          </w:p>
        </w:tc>
        <w:tc>
          <w:tcPr>
            <w:tcW w:w="6803" w:type="dxa"/>
            <w:shd w:val="clear" w:color="auto" w:fill="FAFAFA"/>
            <w:tcMar>
              <w:top w:w="75" w:type="dxa"/>
              <w:left w:w="85" w:type="dxa"/>
              <w:bottom w:w="75" w:type="dxa"/>
              <w:right w:w="85" w:type="dxa"/>
            </w:tcMar>
            <w:vAlign w:val="center"/>
          </w:tcPr>
          <w:p w14:paraId="6400CDD3" w14:textId="77777777" w:rsidR="008C77F8" w:rsidRDefault="008C77F8">
            <w:pPr>
              <w:spacing w:after="0" w:line="240" w:lineRule="auto"/>
            </w:pPr>
          </w:p>
        </w:tc>
      </w:tr>
      <w:tr w:rsidR="008C77F8" w14:paraId="29D456EA" w14:textId="77777777">
        <w:trPr>
          <w:cantSplit/>
          <w:jc w:val="center"/>
        </w:trPr>
        <w:tc>
          <w:tcPr>
            <w:tcW w:w="3118" w:type="dxa"/>
            <w:shd w:val="clear" w:color="auto" w:fill="FFFFFF"/>
            <w:tcMar>
              <w:top w:w="75" w:type="dxa"/>
              <w:left w:w="85" w:type="dxa"/>
              <w:bottom w:w="75" w:type="dxa"/>
              <w:right w:w="85" w:type="dxa"/>
            </w:tcMar>
            <w:vAlign w:val="center"/>
          </w:tcPr>
          <w:p w14:paraId="2347DDFD" w14:textId="77777777" w:rsidR="008C77F8" w:rsidRDefault="00000000">
            <w:pPr>
              <w:spacing w:after="0" w:line="240" w:lineRule="auto"/>
            </w:pPr>
            <w:r>
              <w:rPr>
                <w:sz w:val="15"/>
              </w:rPr>
              <w:t>Sursa datelor și confidențialitate</w:t>
            </w:r>
          </w:p>
        </w:tc>
        <w:tc>
          <w:tcPr>
            <w:tcW w:w="6803" w:type="dxa"/>
            <w:shd w:val="clear" w:color="auto" w:fill="FFFFFF"/>
            <w:tcMar>
              <w:top w:w="75" w:type="dxa"/>
              <w:left w:w="85" w:type="dxa"/>
              <w:bottom w:w="75" w:type="dxa"/>
              <w:right w:w="85" w:type="dxa"/>
            </w:tcMar>
            <w:vAlign w:val="center"/>
          </w:tcPr>
          <w:p w14:paraId="171C0ABB" w14:textId="77777777" w:rsidR="008C77F8" w:rsidRDefault="008C77F8">
            <w:pPr>
              <w:spacing w:after="0" w:line="240" w:lineRule="auto"/>
            </w:pPr>
          </w:p>
        </w:tc>
      </w:tr>
      <w:tr w:rsidR="008C77F8" w14:paraId="0C65407D" w14:textId="77777777">
        <w:trPr>
          <w:cantSplit/>
          <w:jc w:val="center"/>
        </w:trPr>
        <w:tc>
          <w:tcPr>
            <w:tcW w:w="3118" w:type="dxa"/>
            <w:shd w:val="clear" w:color="auto" w:fill="FAFAFA"/>
            <w:tcMar>
              <w:top w:w="75" w:type="dxa"/>
              <w:left w:w="85" w:type="dxa"/>
              <w:bottom w:w="75" w:type="dxa"/>
              <w:right w:w="85" w:type="dxa"/>
            </w:tcMar>
            <w:vAlign w:val="center"/>
          </w:tcPr>
          <w:p w14:paraId="52172493" w14:textId="77777777" w:rsidR="008C77F8" w:rsidRDefault="00000000">
            <w:pPr>
              <w:spacing w:after="0" w:line="240" w:lineRule="auto"/>
            </w:pPr>
            <w:r>
              <w:rPr>
                <w:sz w:val="15"/>
              </w:rPr>
              <w:t>Responsabil date</w:t>
            </w:r>
          </w:p>
        </w:tc>
        <w:tc>
          <w:tcPr>
            <w:tcW w:w="6803" w:type="dxa"/>
            <w:shd w:val="clear" w:color="auto" w:fill="FAFAFA"/>
            <w:tcMar>
              <w:top w:w="75" w:type="dxa"/>
              <w:left w:w="85" w:type="dxa"/>
              <w:bottom w:w="75" w:type="dxa"/>
              <w:right w:w="85" w:type="dxa"/>
            </w:tcMar>
            <w:vAlign w:val="center"/>
          </w:tcPr>
          <w:p w14:paraId="5CE305E0" w14:textId="77777777" w:rsidR="008C77F8" w:rsidRDefault="008C77F8">
            <w:pPr>
              <w:spacing w:after="0" w:line="240" w:lineRule="auto"/>
            </w:pPr>
          </w:p>
        </w:tc>
      </w:tr>
      <w:tr w:rsidR="008C77F8" w14:paraId="1C853C3C" w14:textId="77777777">
        <w:trPr>
          <w:cantSplit/>
          <w:jc w:val="center"/>
        </w:trPr>
        <w:tc>
          <w:tcPr>
            <w:tcW w:w="3118" w:type="dxa"/>
            <w:shd w:val="clear" w:color="auto" w:fill="FFFFFF"/>
            <w:tcMar>
              <w:top w:w="75" w:type="dxa"/>
              <w:left w:w="85" w:type="dxa"/>
              <w:bottom w:w="75" w:type="dxa"/>
              <w:right w:w="85" w:type="dxa"/>
            </w:tcMar>
            <w:vAlign w:val="center"/>
          </w:tcPr>
          <w:p w14:paraId="2367B448" w14:textId="77777777" w:rsidR="008C77F8" w:rsidRDefault="00000000">
            <w:pPr>
              <w:spacing w:after="0" w:line="240" w:lineRule="auto"/>
            </w:pPr>
            <w:r>
              <w:rPr>
                <w:sz w:val="15"/>
              </w:rPr>
              <w:t>Baza de referință</w:t>
            </w:r>
          </w:p>
        </w:tc>
        <w:tc>
          <w:tcPr>
            <w:tcW w:w="6803" w:type="dxa"/>
            <w:shd w:val="clear" w:color="auto" w:fill="FFFFFF"/>
            <w:tcMar>
              <w:top w:w="75" w:type="dxa"/>
              <w:left w:w="85" w:type="dxa"/>
              <w:bottom w:w="75" w:type="dxa"/>
              <w:right w:w="85" w:type="dxa"/>
            </w:tcMar>
            <w:vAlign w:val="center"/>
          </w:tcPr>
          <w:p w14:paraId="5C7C02D3" w14:textId="77777777" w:rsidR="008C77F8" w:rsidRDefault="008C77F8">
            <w:pPr>
              <w:spacing w:after="0" w:line="240" w:lineRule="auto"/>
            </w:pPr>
          </w:p>
        </w:tc>
      </w:tr>
      <w:tr w:rsidR="008C77F8" w14:paraId="26D4626C" w14:textId="77777777">
        <w:trPr>
          <w:cantSplit/>
          <w:jc w:val="center"/>
        </w:trPr>
        <w:tc>
          <w:tcPr>
            <w:tcW w:w="3118" w:type="dxa"/>
            <w:shd w:val="clear" w:color="auto" w:fill="FAFAFA"/>
            <w:tcMar>
              <w:top w:w="75" w:type="dxa"/>
              <w:left w:w="85" w:type="dxa"/>
              <w:bottom w:w="75" w:type="dxa"/>
              <w:right w:w="85" w:type="dxa"/>
            </w:tcMar>
            <w:vAlign w:val="center"/>
          </w:tcPr>
          <w:p w14:paraId="3E648CA2" w14:textId="77777777" w:rsidR="008C77F8" w:rsidRDefault="00000000">
            <w:pPr>
              <w:spacing w:after="0" w:line="240" w:lineRule="auto"/>
            </w:pPr>
            <w:r>
              <w:rPr>
                <w:sz w:val="15"/>
              </w:rPr>
              <w:t>Țintă finală și intermediară</w:t>
            </w:r>
          </w:p>
        </w:tc>
        <w:tc>
          <w:tcPr>
            <w:tcW w:w="6803" w:type="dxa"/>
            <w:shd w:val="clear" w:color="auto" w:fill="FAFAFA"/>
            <w:tcMar>
              <w:top w:w="75" w:type="dxa"/>
              <w:left w:w="85" w:type="dxa"/>
              <w:bottom w:w="75" w:type="dxa"/>
              <w:right w:w="85" w:type="dxa"/>
            </w:tcMar>
            <w:vAlign w:val="center"/>
          </w:tcPr>
          <w:p w14:paraId="3273FD97" w14:textId="77777777" w:rsidR="008C77F8" w:rsidRDefault="008C77F8">
            <w:pPr>
              <w:spacing w:after="0" w:line="240" w:lineRule="auto"/>
            </w:pPr>
          </w:p>
        </w:tc>
      </w:tr>
      <w:tr w:rsidR="008C77F8" w14:paraId="51DAEAA1" w14:textId="77777777">
        <w:trPr>
          <w:cantSplit/>
          <w:jc w:val="center"/>
        </w:trPr>
        <w:tc>
          <w:tcPr>
            <w:tcW w:w="3118" w:type="dxa"/>
            <w:shd w:val="clear" w:color="auto" w:fill="FFFFFF"/>
            <w:tcMar>
              <w:top w:w="75" w:type="dxa"/>
              <w:left w:w="85" w:type="dxa"/>
              <w:bottom w:w="75" w:type="dxa"/>
              <w:right w:w="85" w:type="dxa"/>
            </w:tcMar>
            <w:vAlign w:val="center"/>
          </w:tcPr>
          <w:p w14:paraId="3CD09789" w14:textId="77777777" w:rsidR="008C77F8" w:rsidRDefault="00000000">
            <w:pPr>
              <w:spacing w:after="0" w:line="240" w:lineRule="auto"/>
            </w:pPr>
            <w:r>
              <w:rPr>
                <w:sz w:val="15"/>
              </w:rPr>
              <w:t>Prag galben / roșu</w:t>
            </w:r>
          </w:p>
        </w:tc>
        <w:tc>
          <w:tcPr>
            <w:tcW w:w="6803" w:type="dxa"/>
            <w:shd w:val="clear" w:color="auto" w:fill="FFFFFF"/>
            <w:tcMar>
              <w:top w:w="75" w:type="dxa"/>
              <w:left w:w="85" w:type="dxa"/>
              <w:bottom w:w="75" w:type="dxa"/>
              <w:right w:w="85" w:type="dxa"/>
            </w:tcMar>
            <w:vAlign w:val="center"/>
          </w:tcPr>
          <w:p w14:paraId="2952357E" w14:textId="77777777" w:rsidR="008C77F8" w:rsidRDefault="008C77F8">
            <w:pPr>
              <w:spacing w:after="0" w:line="240" w:lineRule="auto"/>
            </w:pPr>
          </w:p>
        </w:tc>
      </w:tr>
      <w:tr w:rsidR="008C77F8" w14:paraId="7EAAA200" w14:textId="77777777">
        <w:trPr>
          <w:cantSplit/>
          <w:jc w:val="center"/>
        </w:trPr>
        <w:tc>
          <w:tcPr>
            <w:tcW w:w="3118" w:type="dxa"/>
            <w:shd w:val="clear" w:color="auto" w:fill="FAFAFA"/>
            <w:tcMar>
              <w:top w:w="75" w:type="dxa"/>
              <w:left w:w="85" w:type="dxa"/>
              <w:bottom w:w="75" w:type="dxa"/>
              <w:right w:w="85" w:type="dxa"/>
            </w:tcMar>
            <w:vAlign w:val="center"/>
          </w:tcPr>
          <w:p w14:paraId="566803BF" w14:textId="77777777" w:rsidR="008C77F8" w:rsidRDefault="00000000">
            <w:pPr>
              <w:spacing w:after="0" w:line="240" w:lineRule="auto"/>
            </w:pPr>
            <w:r>
              <w:rPr>
                <w:sz w:val="15"/>
              </w:rPr>
              <w:t>Frecvență monitorizare</w:t>
            </w:r>
          </w:p>
        </w:tc>
        <w:tc>
          <w:tcPr>
            <w:tcW w:w="6803" w:type="dxa"/>
            <w:shd w:val="clear" w:color="auto" w:fill="FAFAFA"/>
            <w:tcMar>
              <w:top w:w="75" w:type="dxa"/>
              <w:left w:w="85" w:type="dxa"/>
              <w:bottom w:w="75" w:type="dxa"/>
              <w:right w:w="85" w:type="dxa"/>
            </w:tcMar>
            <w:vAlign w:val="center"/>
          </w:tcPr>
          <w:p w14:paraId="6F648762" w14:textId="77777777" w:rsidR="008C77F8" w:rsidRDefault="008C77F8">
            <w:pPr>
              <w:spacing w:after="0" w:line="240" w:lineRule="auto"/>
            </w:pPr>
          </w:p>
        </w:tc>
      </w:tr>
      <w:tr w:rsidR="008C77F8" w:rsidRPr="00823051" w14:paraId="0D94FE75" w14:textId="77777777">
        <w:trPr>
          <w:cantSplit/>
          <w:jc w:val="center"/>
        </w:trPr>
        <w:tc>
          <w:tcPr>
            <w:tcW w:w="3118" w:type="dxa"/>
            <w:shd w:val="clear" w:color="auto" w:fill="FFFFFF"/>
            <w:tcMar>
              <w:top w:w="75" w:type="dxa"/>
              <w:left w:w="85" w:type="dxa"/>
              <w:bottom w:w="75" w:type="dxa"/>
              <w:right w:w="85" w:type="dxa"/>
            </w:tcMar>
            <w:vAlign w:val="center"/>
          </w:tcPr>
          <w:p w14:paraId="7315CD50" w14:textId="77777777" w:rsidR="008C77F8" w:rsidRPr="00823051" w:rsidRDefault="00000000">
            <w:pPr>
              <w:spacing w:after="0" w:line="240" w:lineRule="auto"/>
              <w:rPr>
                <w:lang w:val="fr-FR"/>
              </w:rPr>
            </w:pPr>
            <w:r w:rsidRPr="00823051">
              <w:rPr>
                <w:sz w:val="15"/>
                <w:lang w:val="fr-FR"/>
              </w:rPr>
              <w:t>Metoda de consultare a lucrătorilor</w:t>
            </w:r>
          </w:p>
        </w:tc>
        <w:tc>
          <w:tcPr>
            <w:tcW w:w="6803" w:type="dxa"/>
            <w:shd w:val="clear" w:color="auto" w:fill="FFFFFF"/>
            <w:tcMar>
              <w:top w:w="75" w:type="dxa"/>
              <w:left w:w="85" w:type="dxa"/>
              <w:bottom w:w="75" w:type="dxa"/>
              <w:right w:w="85" w:type="dxa"/>
            </w:tcMar>
            <w:vAlign w:val="center"/>
          </w:tcPr>
          <w:p w14:paraId="267264E2" w14:textId="77777777" w:rsidR="008C77F8" w:rsidRPr="00823051" w:rsidRDefault="008C77F8">
            <w:pPr>
              <w:spacing w:after="0" w:line="240" w:lineRule="auto"/>
              <w:rPr>
                <w:lang w:val="fr-FR"/>
              </w:rPr>
            </w:pPr>
          </w:p>
        </w:tc>
      </w:tr>
      <w:tr w:rsidR="008C77F8" w14:paraId="5D655ACF" w14:textId="77777777">
        <w:trPr>
          <w:cantSplit/>
          <w:jc w:val="center"/>
        </w:trPr>
        <w:tc>
          <w:tcPr>
            <w:tcW w:w="3118" w:type="dxa"/>
            <w:shd w:val="clear" w:color="auto" w:fill="FAFAFA"/>
            <w:tcMar>
              <w:top w:w="75" w:type="dxa"/>
              <w:left w:w="85" w:type="dxa"/>
              <w:bottom w:w="75" w:type="dxa"/>
              <w:right w:w="85" w:type="dxa"/>
            </w:tcMar>
            <w:vAlign w:val="center"/>
          </w:tcPr>
          <w:p w14:paraId="27F28581" w14:textId="77777777" w:rsidR="008C77F8" w:rsidRDefault="00000000">
            <w:pPr>
              <w:spacing w:after="0" w:line="240" w:lineRule="auto"/>
            </w:pPr>
            <w:r>
              <w:rPr>
                <w:sz w:val="15"/>
              </w:rPr>
              <w:lastRenderedPageBreak/>
              <w:t>Metoda de verificare a eficacității</w:t>
            </w:r>
          </w:p>
        </w:tc>
        <w:tc>
          <w:tcPr>
            <w:tcW w:w="6803" w:type="dxa"/>
            <w:shd w:val="clear" w:color="auto" w:fill="FAFAFA"/>
            <w:tcMar>
              <w:top w:w="75" w:type="dxa"/>
              <w:left w:w="85" w:type="dxa"/>
              <w:bottom w:w="75" w:type="dxa"/>
              <w:right w:w="85" w:type="dxa"/>
            </w:tcMar>
            <w:vAlign w:val="center"/>
          </w:tcPr>
          <w:p w14:paraId="1DF865C8" w14:textId="77777777" w:rsidR="008C77F8" w:rsidRDefault="008C77F8">
            <w:pPr>
              <w:spacing w:after="0" w:line="240" w:lineRule="auto"/>
            </w:pPr>
          </w:p>
        </w:tc>
      </w:tr>
    </w:tbl>
    <w:p w14:paraId="14599709" w14:textId="77777777" w:rsidR="008C77F8" w:rsidRDefault="008C77F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6F520B61" w14:textId="77777777">
        <w:trPr>
          <w:jc w:val="center"/>
        </w:trPr>
        <w:tc>
          <w:tcPr>
            <w:tcW w:w="1020" w:type="dxa"/>
            <w:shd w:val="clear" w:color="auto" w:fill="D71920"/>
            <w:tcMar>
              <w:top w:w="75" w:type="dxa"/>
              <w:left w:w="85" w:type="dxa"/>
              <w:bottom w:w="75" w:type="dxa"/>
              <w:right w:w="85" w:type="dxa"/>
            </w:tcMar>
            <w:vAlign w:val="center"/>
          </w:tcPr>
          <w:p w14:paraId="4C03F3F5" w14:textId="77777777" w:rsidR="008C77F8" w:rsidRDefault="00000000">
            <w:pPr>
              <w:spacing w:after="0" w:line="240" w:lineRule="auto"/>
              <w:jc w:val="center"/>
            </w:pPr>
            <w:r>
              <w:rPr>
                <w:b/>
                <w:color w:val="FFFFFF"/>
                <w:sz w:val="34"/>
              </w:rPr>
              <w:t>5B</w:t>
            </w:r>
          </w:p>
        </w:tc>
        <w:tc>
          <w:tcPr>
            <w:tcW w:w="8901" w:type="dxa"/>
            <w:shd w:val="clear" w:color="auto" w:fill="F3F4F5"/>
          </w:tcPr>
          <w:p w14:paraId="4EB2E6FA" w14:textId="77777777" w:rsidR="008C77F8" w:rsidRPr="00823051" w:rsidRDefault="00000000">
            <w:pPr>
              <w:spacing w:after="20"/>
              <w:rPr>
                <w:lang w:val="fr-FR"/>
              </w:rPr>
            </w:pPr>
            <w:r w:rsidRPr="00823051">
              <w:rPr>
                <w:b/>
                <w:sz w:val="28"/>
                <w:lang w:val="fr-FR"/>
              </w:rPr>
              <w:t>Planul de realizare și monitorizare</w:t>
            </w:r>
          </w:p>
          <w:p w14:paraId="4053F104" w14:textId="77777777" w:rsidR="008C77F8" w:rsidRPr="00823051" w:rsidRDefault="00000000">
            <w:pPr>
              <w:spacing w:after="0"/>
              <w:rPr>
                <w:lang w:val="fr-FR"/>
              </w:rPr>
            </w:pPr>
            <w:r w:rsidRPr="00823051">
              <w:rPr>
                <w:color w:val="666666"/>
                <w:sz w:val="16"/>
                <w:lang w:val="fr-FR"/>
              </w:rPr>
              <w:t>Transformați ținta într-un plan executabil, cu resurse, responsabilități și criterii de verificare</w:t>
            </w:r>
          </w:p>
        </w:tc>
      </w:tr>
    </w:tbl>
    <w:p w14:paraId="398B7BC7" w14:textId="77777777" w:rsidR="008C77F8" w:rsidRPr="00823051" w:rsidRDefault="008C77F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288"/>
        <w:gridCol w:w="1474"/>
        <w:gridCol w:w="1361"/>
        <w:gridCol w:w="1134"/>
        <w:gridCol w:w="1644"/>
        <w:gridCol w:w="510"/>
      </w:tblGrid>
      <w:tr w:rsidR="008C77F8" w14:paraId="78FF9180" w14:textId="77777777">
        <w:trPr>
          <w:tblHeader/>
          <w:jc w:val="center"/>
        </w:trPr>
        <w:tc>
          <w:tcPr>
            <w:tcW w:w="510" w:type="dxa"/>
            <w:shd w:val="clear" w:color="auto" w:fill="D71920"/>
            <w:tcMar>
              <w:top w:w="75" w:type="dxa"/>
              <w:left w:w="85" w:type="dxa"/>
              <w:bottom w:w="75" w:type="dxa"/>
              <w:right w:w="85" w:type="dxa"/>
            </w:tcMar>
            <w:vAlign w:val="center"/>
          </w:tcPr>
          <w:p w14:paraId="37185EBB" w14:textId="77777777" w:rsidR="008C77F8" w:rsidRDefault="00000000">
            <w:pPr>
              <w:spacing w:after="0" w:line="240" w:lineRule="auto"/>
              <w:jc w:val="center"/>
            </w:pPr>
            <w:r>
              <w:rPr>
                <w:b/>
                <w:color w:val="FFFFFF"/>
                <w:sz w:val="14"/>
              </w:rPr>
              <w:t>#</w:t>
            </w:r>
          </w:p>
        </w:tc>
        <w:tc>
          <w:tcPr>
            <w:tcW w:w="3288" w:type="dxa"/>
            <w:shd w:val="clear" w:color="auto" w:fill="D71920"/>
            <w:tcMar>
              <w:top w:w="75" w:type="dxa"/>
              <w:left w:w="85" w:type="dxa"/>
              <w:bottom w:w="75" w:type="dxa"/>
              <w:right w:w="85" w:type="dxa"/>
            </w:tcMar>
            <w:vAlign w:val="center"/>
          </w:tcPr>
          <w:p w14:paraId="3CF6F2D1" w14:textId="77777777" w:rsidR="008C77F8" w:rsidRDefault="00000000">
            <w:pPr>
              <w:spacing w:after="0" w:line="240" w:lineRule="auto"/>
              <w:jc w:val="center"/>
            </w:pPr>
            <w:r>
              <w:rPr>
                <w:b/>
                <w:color w:val="FFFFFF"/>
                <w:sz w:val="14"/>
              </w:rPr>
              <w:t>ACȚIUNE / LIVRABIL</w:t>
            </w:r>
          </w:p>
        </w:tc>
        <w:tc>
          <w:tcPr>
            <w:tcW w:w="1474" w:type="dxa"/>
            <w:shd w:val="clear" w:color="auto" w:fill="D71920"/>
            <w:tcMar>
              <w:top w:w="75" w:type="dxa"/>
              <w:left w:w="85" w:type="dxa"/>
              <w:bottom w:w="75" w:type="dxa"/>
              <w:right w:w="85" w:type="dxa"/>
            </w:tcMar>
            <w:vAlign w:val="center"/>
          </w:tcPr>
          <w:p w14:paraId="68CE0F52" w14:textId="77777777" w:rsidR="008C77F8" w:rsidRDefault="00000000">
            <w:pPr>
              <w:spacing w:after="0" w:line="240" w:lineRule="auto"/>
              <w:jc w:val="center"/>
            </w:pPr>
            <w:r>
              <w:rPr>
                <w:b/>
                <w:color w:val="FFFFFF"/>
                <w:sz w:val="14"/>
              </w:rPr>
              <w:t>RESPONSABIL</w:t>
            </w:r>
          </w:p>
        </w:tc>
        <w:tc>
          <w:tcPr>
            <w:tcW w:w="1361" w:type="dxa"/>
            <w:shd w:val="clear" w:color="auto" w:fill="D71920"/>
            <w:tcMar>
              <w:top w:w="75" w:type="dxa"/>
              <w:left w:w="85" w:type="dxa"/>
              <w:bottom w:w="75" w:type="dxa"/>
              <w:right w:w="85" w:type="dxa"/>
            </w:tcMar>
            <w:vAlign w:val="center"/>
          </w:tcPr>
          <w:p w14:paraId="442E9CFF" w14:textId="77777777" w:rsidR="008C77F8" w:rsidRDefault="00000000">
            <w:pPr>
              <w:spacing w:after="0" w:line="240" w:lineRule="auto"/>
              <w:jc w:val="center"/>
            </w:pPr>
            <w:r>
              <w:rPr>
                <w:b/>
                <w:color w:val="FFFFFF"/>
                <w:sz w:val="14"/>
              </w:rPr>
              <w:t>RESURSE</w:t>
            </w:r>
          </w:p>
        </w:tc>
        <w:tc>
          <w:tcPr>
            <w:tcW w:w="1134" w:type="dxa"/>
            <w:shd w:val="clear" w:color="auto" w:fill="D71920"/>
            <w:tcMar>
              <w:top w:w="75" w:type="dxa"/>
              <w:left w:w="85" w:type="dxa"/>
              <w:bottom w:w="75" w:type="dxa"/>
              <w:right w:w="85" w:type="dxa"/>
            </w:tcMar>
            <w:vAlign w:val="center"/>
          </w:tcPr>
          <w:p w14:paraId="4B49C52B" w14:textId="77777777" w:rsidR="008C77F8" w:rsidRDefault="00000000">
            <w:pPr>
              <w:spacing w:after="0" w:line="240" w:lineRule="auto"/>
              <w:jc w:val="center"/>
            </w:pPr>
            <w:r>
              <w:rPr>
                <w:b/>
                <w:color w:val="FFFFFF"/>
                <w:sz w:val="14"/>
              </w:rPr>
              <w:t>TERMEN</w:t>
            </w:r>
          </w:p>
        </w:tc>
        <w:tc>
          <w:tcPr>
            <w:tcW w:w="1644" w:type="dxa"/>
            <w:shd w:val="clear" w:color="auto" w:fill="D71920"/>
            <w:tcMar>
              <w:top w:w="75" w:type="dxa"/>
              <w:left w:w="85" w:type="dxa"/>
              <w:bottom w:w="75" w:type="dxa"/>
              <w:right w:w="85" w:type="dxa"/>
            </w:tcMar>
            <w:vAlign w:val="center"/>
          </w:tcPr>
          <w:p w14:paraId="681DD6FD" w14:textId="77777777" w:rsidR="008C77F8" w:rsidRDefault="00000000">
            <w:pPr>
              <w:spacing w:after="0" w:line="240" w:lineRule="auto"/>
              <w:jc w:val="center"/>
            </w:pPr>
            <w:r>
              <w:rPr>
                <w:b/>
                <w:color w:val="FFFFFF"/>
                <w:sz w:val="14"/>
              </w:rPr>
              <w:t>DOVADĂ / CRITERIU</w:t>
            </w:r>
          </w:p>
        </w:tc>
        <w:tc>
          <w:tcPr>
            <w:tcW w:w="510" w:type="dxa"/>
            <w:shd w:val="clear" w:color="auto" w:fill="D71920"/>
            <w:tcMar>
              <w:top w:w="75" w:type="dxa"/>
              <w:left w:w="85" w:type="dxa"/>
              <w:bottom w:w="75" w:type="dxa"/>
              <w:right w:w="85" w:type="dxa"/>
            </w:tcMar>
            <w:vAlign w:val="center"/>
          </w:tcPr>
          <w:p w14:paraId="5BCD95FA" w14:textId="77777777" w:rsidR="008C77F8" w:rsidRDefault="00000000">
            <w:pPr>
              <w:spacing w:after="0" w:line="240" w:lineRule="auto"/>
              <w:jc w:val="center"/>
            </w:pPr>
            <w:r>
              <w:rPr>
                <w:b/>
                <w:color w:val="FFFFFF"/>
                <w:sz w:val="14"/>
              </w:rPr>
              <w:t>STATUS</w:t>
            </w:r>
          </w:p>
        </w:tc>
      </w:tr>
      <w:tr w:rsidR="008C77F8" w14:paraId="40C52710" w14:textId="77777777">
        <w:trPr>
          <w:cantSplit/>
          <w:jc w:val="center"/>
        </w:trPr>
        <w:tc>
          <w:tcPr>
            <w:tcW w:w="510" w:type="dxa"/>
            <w:shd w:val="clear" w:color="auto" w:fill="FFFFFF"/>
            <w:tcMar>
              <w:top w:w="75" w:type="dxa"/>
              <w:left w:w="85" w:type="dxa"/>
              <w:bottom w:w="75" w:type="dxa"/>
              <w:right w:w="85" w:type="dxa"/>
            </w:tcMar>
            <w:vAlign w:val="center"/>
          </w:tcPr>
          <w:p w14:paraId="7F7DDB19" w14:textId="77777777" w:rsidR="008C77F8" w:rsidRDefault="00000000">
            <w:pPr>
              <w:spacing w:after="0" w:line="240" w:lineRule="auto"/>
              <w:jc w:val="center"/>
            </w:pPr>
            <w:r>
              <w:rPr>
                <w:sz w:val="14"/>
              </w:rPr>
              <w:t>1</w:t>
            </w:r>
          </w:p>
        </w:tc>
        <w:tc>
          <w:tcPr>
            <w:tcW w:w="3288" w:type="dxa"/>
            <w:shd w:val="clear" w:color="auto" w:fill="FFFFFF"/>
            <w:tcMar>
              <w:top w:w="75" w:type="dxa"/>
              <w:left w:w="85" w:type="dxa"/>
              <w:bottom w:w="75" w:type="dxa"/>
              <w:right w:w="85" w:type="dxa"/>
            </w:tcMar>
            <w:vAlign w:val="center"/>
          </w:tcPr>
          <w:p w14:paraId="1A4B5B2D" w14:textId="77777777" w:rsidR="008C77F8" w:rsidRDefault="008C77F8">
            <w:pPr>
              <w:spacing w:after="0" w:line="240" w:lineRule="auto"/>
            </w:pPr>
          </w:p>
        </w:tc>
        <w:tc>
          <w:tcPr>
            <w:tcW w:w="1474" w:type="dxa"/>
            <w:shd w:val="clear" w:color="auto" w:fill="FFFFFF"/>
            <w:tcMar>
              <w:top w:w="75" w:type="dxa"/>
              <w:left w:w="85" w:type="dxa"/>
              <w:bottom w:w="75" w:type="dxa"/>
              <w:right w:w="85" w:type="dxa"/>
            </w:tcMar>
            <w:vAlign w:val="center"/>
          </w:tcPr>
          <w:p w14:paraId="57F58205" w14:textId="77777777" w:rsidR="008C77F8" w:rsidRDefault="008C77F8">
            <w:pPr>
              <w:spacing w:after="0" w:line="240" w:lineRule="auto"/>
            </w:pPr>
          </w:p>
        </w:tc>
        <w:tc>
          <w:tcPr>
            <w:tcW w:w="1361" w:type="dxa"/>
            <w:shd w:val="clear" w:color="auto" w:fill="FFFFFF"/>
            <w:tcMar>
              <w:top w:w="75" w:type="dxa"/>
              <w:left w:w="85" w:type="dxa"/>
              <w:bottom w:w="75" w:type="dxa"/>
              <w:right w:w="85" w:type="dxa"/>
            </w:tcMar>
            <w:vAlign w:val="center"/>
          </w:tcPr>
          <w:p w14:paraId="0089EE42"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468617CB"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214B9AF8" w14:textId="77777777" w:rsidR="008C77F8" w:rsidRDefault="008C77F8">
            <w:pPr>
              <w:spacing w:after="0" w:line="240" w:lineRule="auto"/>
            </w:pPr>
          </w:p>
        </w:tc>
        <w:tc>
          <w:tcPr>
            <w:tcW w:w="510" w:type="dxa"/>
            <w:shd w:val="clear" w:color="auto" w:fill="FFFFFF"/>
            <w:tcMar>
              <w:top w:w="75" w:type="dxa"/>
              <w:left w:w="85" w:type="dxa"/>
              <w:bottom w:w="75" w:type="dxa"/>
              <w:right w:w="85" w:type="dxa"/>
            </w:tcMar>
            <w:vAlign w:val="center"/>
          </w:tcPr>
          <w:p w14:paraId="6C84E153" w14:textId="77777777" w:rsidR="008C77F8" w:rsidRDefault="008C77F8">
            <w:pPr>
              <w:spacing w:after="0" w:line="240" w:lineRule="auto"/>
              <w:jc w:val="center"/>
            </w:pPr>
          </w:p>
        </w:tc>
      </w:tr>
      <w:tr w:rsidR="008C77F8" w14:paraId="1E885890" w14:textId="77777777">
        <w:trPr>
          <w:cantSplit/>
          <w:jc w:val="center"/>
        </w:trPr>
        <w:tc>
          <w:tcPr>
            <w:tcW w:w="510" w:type="dxa"/>
            <w:shd w:val="clear" w:color="auto" w:fill="FAFAFA"/>
            <w:tcMar>
              <w:top w:w="75" w:type="dxa"/>
              <w:left w:w="85" w:type="dxa"/>
              <w:bottom w:w="75" w:type="dxa"/>
              <w:right w:w="85" w:type="dxa"/>
            </w:tcMar>
            <w:vAlign w:val="center"/>
          </w:tcPr>
          <w:p w14:paraId="667858AB" w14:textId="77777777" w:rsidR="008C77F8" w:rsidRDefault="00000000">
            <w:pPr>
              <w:spacing w:after="0" w:line="240" w:lineRule="auto"/>
              <w:jc w:val="center"/>
            </w:pPr>
            <w:r>
              <w:rPr>
                <w:sz w:val="14"/>
              </w:rPr>
              <w:t>2</w:t>
            </w:r>
          </w:p>
        </w:tc>
        <w:tc>
          <w:tcPr>
            <w:tcW w:w="3288" w:type="dxa"/>
            <w:shd w:val="clear" w:color="auto" w:fill="FAFAFA"/>
            <w:tcMar>
              <w:top w:w="75" w:type="dxa"/>
              <w:left w:w="85" w:type="dxa"/>
              <w:bottom w:w="75" w:type="dxa"/>
              <w:right w:w="85" w:type="dxa"/>
            </w:tcMar>
            <w:vAlign w:val="center"/>
          </w:tcPr>
          <w:p w14:paraId="31EE7961" w14:textId="77777777" w:rsidR="008C77F8" w:rsidRDefault="008C77F8">
            <w:pPr>
              <w:spacing w:after="0" w:line="240" w:lineRule="auto"/>
            </w:pPr>
          </w:p>
        </w:tc>
        <w:tc>
          <w:tcPr>
            <w:tcW w:w="1474" w:type="dxa"/>
            <w:shd w:val="clear" w:color="auto" w:fill="FAFAFA"/>
            <w:tcMar>
              <w:top w:w="75" w:type="dxa"/>
              <w:left w:w="85" w:type="dxa"/>
              <w:bottom w:w="75" w:type="dxa"/>
              <w:right w:w="85" w:type="dxa"/>
            </w:tcMar>
            <w:vAlign w:val="center"/>
          </w:tcPr>
          <w:p w14:paraId="24B34F3D" w14:textId="77777777" w:rsidR="008C77F8" w:rsidRDefault="008C77F8">
            <w:pPr>
              <w:spacing w:after="0" w:line="240" w:lineRule="auto"/>
            </w:pPr>
          </w:p>
        </w:tc>
        <w:tc>
          <w:tcPr>
            <w:tcW w:w="1361" w:type="dxa"/>
            <w:shd w:val="clear" w:color="auto" w:fill="FAFAFA"/>
            <w:tcMar>
              <w:top w:w="75" w:type="dxa"/>
              <w:left w:w="85" w:type="dxa"/>
              <w:bottom w:w="75" w:type="dxa"/>
              <w:right w:w="85" w:type="dxa"/>
            </w:tcMar>
            <w:vAlign w:val="center"/>
          </w:tcPr>
          <w:p w14:paraId="0DF39834"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5522A97A"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2DCC9C11" w14:textId="77777777" w:rsidR="008C77F8" w:rsidRDefault="008C77F8">
            <w:pPr>
              <w:spacing w:after="0" w:line="240" w:lineRule="auto"/>
            </w:pPr>
          </w:p>
        </w:tc>
        <w:tc>
          <w:tcPr>
            <w:tcW w:w="510" w:type="dxa"/>
            <w:shd w:val="clear" w:color="auto" w:fill="FAFAFA"/>
            <w:tcMar>
              <w:top w:w="75" w:type="dxa"/>
              <w:left w:w="85" w:type="dxa"/>
              <w:bottom w:w="75" w:type="dxa"/>
              <w:right w:w="85" w:type="dxa"/>
            </w:tcMar>
            <w:vAlign w:val="center"/>
          </w:tcPr>
          <w:p w14:paraId="1D8BFD7D" w14:textId="77777777" w:rsidR="008C77F8" w:rsidRDefault="008C77F8">
            <w:pPr>
              <w:spacing w:after="0" w:line="240" w:lineRule="auto"/>
              <w:jc w:val="center"/>
            </w:pPr>
          </w:p>
        </w:tc>
      </w:tr>
      <w:tr w:rsidR="008C77F8" w14:paraId="22ED2C2E" w14:textId="77777777">
        <w:trPr>
          <w:cantSplit/>
          <w:jc w:val="center"/>
        </w:trPr>
        <w:tc>
          <w:tcPr>
            <w:tcW w:w="510" w:type="dxa"/>
            <w:shd w:val="clear" w:color="auto" w:fill="FFFFFF"/>
            <w:tcMar>
              <w:top w:w="75" w:type="dxa"/>
              <w:left w:w="85" w:type="dxa"/>
              <w:bottom w:w="75" w:type="dxa"/>
              <w:right w:w="85" w:type="dxa"/>
            </w:tcMar>
            <w:vAlign w:val="center"/>
          </w:tcPr>
          <w:p w14:paraId="6FBA4FF8" w14:textId="77777777" w:rsidR="008C77F8" w:rsidRDefault="00000000">
            <w:pPr>
              <w:spacing w:after="0" w:line="240" w:lineRule="auto"/>
              <w:jc w:val="center"/>
            </w:pPr>
            <w:r>
              <w:rPr>
                <w:sz w:val="14"/>
              </w:rPr>
              <w:t>3</w:t>
            </w:r>
          </w:p>
        </w:tc>
        <w:tc>
          <w:tcPr>
            <w:tcW w:w="3288" w:type="dxa"/>
            <w:shd w:val="clear" w:color="auto" w:fill="FFFFFF"/>
            <w:tcMar>
              <w:top w:w="75" w:type="dxa"/>
              <w:left w:w="85" w:type="dxa"/>
              <w:bottom w:w="75" w:type="dxa"/>
              <w:right w:w="85" w:type="dxa"/>
            </w:tcMar>
            <w:vAlign w:val="center"/>
          </w:tcPr>
          <w:p w14:paraId="599ADE1E" w14:textId="77777777" w:rsidR="008C77F8" w:rsidRDefault="008C77F8">
            <w:pPr>
              <w:spacing w:after="0" w:line="240" w:lineRule="auto"/>
            </w:pPr>
          </w:p>
        </w:tc>
        <w:tc>
          <w:tcPr>
            <w:tcW w:w="1474" w:type="dxa"/>
            <w:shd w:val="clear" w:color="auto" w:fill="FFFFFF"/>
            <w:tcMar>
              <w:top w:w="75" w:type="dxa"/>
              <w:left w:w="85" w:type="dxa"/>
              <w:bottom w:w="75" w:type="dxa"/>
              <w:right w:w="85" w:type="dxa"/>
            </w:tcMar>
            <w:vAlign w:val="center"/>
          </w:tcPr>
          <w:p w14:paraId="25481D03" w14:textId="77777777" w:rsidR="008C77F8" w:rsidRDefault="008C77F8">
            <w:pPr>
              <w:spacing w:after="0" w:line="240" w:lineRule="auto"/>
            </w:pPr>
          </w:p>
        </w:tc>
        <w:tc>
          <w:tcPr>
            <w:tcW w:w="1361" w:type="dxa"/>
            <w:shd w:val="clear" w:color="auto" w:fill="FFFFFF"/>
            <w:tcMar>
              <w:top w:w="75" w:type="dxa"/>
              <w:left w:w="85" w:type="dxa"/>
              <w:bottom w:w="75" w:type="dxa"/>
              <w:right w:w="85" w:type="dxa"/>
            </w:tcMar>
            <w:vAlign w:val="center"/>
          </w:tcPr>
          <w:p w14:paraId="5A8DB615"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098F341A"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55CE6F35" w14:textId="77777777" w:rsidR="008C77F8" w:rsidRDefault="008C77F8">
            <w:pPr>
              <w:spacing w:after="0" w:line="240" w:lineRule="auto"/>
            </w:pPr>
          </w:p>
        </w:tc>
        <w:tc>
          <w:tcPr>
            <w:tcW w:w="510" w:type="dxa"/>
            <w:shd w:val="clear" w:color="auto" w:fill="FFFFFF"/>
            <w:tcMar>
              <w:top w:w="75" w:type="dxa"/>
              <w:left w:w="85" w:type="dxa"/>
              <w:bottom w:w="75" w:type="dxa"/>
              <w:right w:w="85" w:type="dxa"/>
            </w:tcMar>
            <w:vAlign w:val="center"/>
          </w:tcPr>
          <w:p w14:paraId="6B8D3312" w14:textId="77777777" w:rsidR="008C77F8" w:rsidRDefault="008C77F8">
            <w:pPr>
              <w:spacing w:after="0" w:line="240" w:lineRule="auto"/>
              <w:jc w:val="center"/>
            </w:pPr>
          </w:p>
        </w:tc>
      </w:tr>
      <w:tr w:rsidR="008C77F8" w14:paraId="103FCB2C" w14:textId="77777777">
        <w:trPr>
          <w:cantSplit/>
          <w:jc w:val="center"/>
        </w:trPr>
        <w:tc>
          <w:tcPr>
            <w:tcW w:w="510" w:type="dxa"/>
            <w:shd w:val="clear" w:color="auto" w:fill="FAFAFA"/>
            <w:tcMar>
              <w:top w:w="75" w:type="dxa"/>
              <w:left w:w="85" w:type="dxa"/>
              <w:bottom w:w="75" w:type="dxa"/>
              <w:right w:w="85" w:type="dxa"/>
            </w:tcMar>
            <w:vAlign w:val="center"/>
          </w:tcPr>
          <w:p w14:paraId="7FC4B740" w14:textId="77777777" w:rsidR="008C77F8" w:rsidRDefault="00000000">
            <w:pPr>
              <w:spacing w:after="0" w:line="240" w:lineRule="auto"/>
              <w:jc w:val="center"/>
            </w:pPr>
            <w:r>
              <w:rPr>
                <w:sz w:val="14"/>
              </w:rPr>
              <w:t>4</w:t>
            </w:r>
          </w:p>
        </w:tc>
        <w:tc>
          <w:tcPr>
            <w:tcW w:w="3288" w:type="dxa"/>
            <w:shd w:val="clear" w:color="auto" w:fill="FAFAFA"/>
            <w:tcMar>
              <w:top w:w="75" w:type="dxa"/>
              <w:left w:w="85" w:type="dxa"/>
              <w:bottom w:w="75" w:type="dxa"/>
              <w:right w:w="85" w:type="dxa"/>
            </w:tcMar>
            <w:vAlign w:val="center"/>
          </w:tcPr>
          <w:p w14:paraId="38B70A96" w14:textId="77777777" w:rsidR="008C77F8" w:rsidRDefault="008C77F8">
            <w:pPr>
              <w:spacing w:after="0" w:line="240" w:lineRule="auto"/>
            </w:pPr>
          </w:p>
        </w:tc>
        <w:tc>
          <w:tcPr>
            <w:tcW w:w="1474" w:type="dxa"/>
            <w:shd w:val="clear" w:color="auto" w:fill="FAFAFA"/>
            <w:tcMar>
              <w:top w:w="75" w:type="dxa"/>
              <w:left w:w="85" w:type="dxa"/>
              <w:bottom w:w="75" w:type="dxa"/>
              <w:right w:w="85" w:type="dxa"/>
            </w:tcMar>
            <w:vAlign w:val="center"/>
          </w:tcPr>
          <w:p w14:paraId="611DEB8A" w14:textId="77777777" w:rsidR="008C77F8" w:rsidRDefault="008C77F8">
            <w:pPr>
              <w:spacing w:after="0" w:line="240" w:lineRule="auto"/>
            </w:pPr>
          </w:p>
        </w:tc>
        <w:tc>
          <w:tcPr>
            <w:tcW w:w="1361" w:type="dxa"/>
            <w:shd w:val="clear" w:color="auto" w:fill="FAFAFA"/>
            <w:tcMar>
              <w:top w:w="75" w:type="dxa"/>
              <w:left w:w="85" w:type="dxa"/>
              <w:bottom w:w="75" w:type="dxa"/>
              <w:right w:w="85" w:type="dxa"/>
            </w:tcMar>
            <w:vAlign w:val="center"/>
          </w:tcPr>
          <w:p w14:paraId="53E1FF2C"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2007265C"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4D575610" w14:textId="77777777" w:rsidR="008C77F8" w:rsidRDefault="008C77F8">
            <w:pPr>
              <w:spacing w:after="0" w:line="240" w:lineRule="auto"/>
            </w:pPr>
          </w:p>
        </w:tc>
        <w:tc>
          <w:tcPr>
            <w:tcW w:w="510" w:type="dxa"/>
            <w:shd w:val="clear" w:color="auto" w:fill="FAFAFA"/>
            <w:tcMar>
              <w:top w:w="75" w:type="dxa"/>
              <w:left w:w="85" w:type="dxa"/>
              <w:bottom w:w="75" w:type="dxa"/>
              <w:right w:w="85" w:type="dxa"/>
            </w:tcMar>
            <w:vAlign w:val="center"/>
          </w:tcPr>
          <w:p w14:paraId="2A8D77F5" w14:textId="77777777" w:rsidR="008C77F8" w:rsidRDefault="008C77F8">
            <w:pPr>
              <w:spacing w:after="0" w:line="240" w:lineRule="auto"/>
              <w:jc w:val="center"/>
            </w:pPr>
          </w:p>
        </w:tc>
      </w:tr>
      <w:tr w:rsidR="008C77F8" w14:paraId="13428CFB" w14:textId="77777777">
        <w:trPr>
          <w:cantSplit/>
          <w:jc w:val="center"/>
        </w:trPr>
        <w:tc>
          <w:tcPr>
            <w:tcW w:w="510" w:type="dxa"/>
            <w:shd w:val="clear" w:color="auto" w:fill="FFFFFF"/>
            <w:tcMar>
              <w:top w:w="75" w:type="dxa"/>
              <w:left w:w="85" w:type="dxa"/>
              <w:bottom w:w="75" w:type="dxa"/>
              <w:right w:w="85" w:type="dxa"/>
            </w:tcMar>
            <w:vAlign w:val="center"/>
          </w:tcPr>
          <w:p w14:paraId="7A62104D" w14:textId="77777777" w:rsidR="008C77F8" w:rsidRDefault="00000000">
            <w:pPr>
              <w:spacing w:after="0" w:line="240" w:lineRule="auto"/>
              <w:jc w:val="center"/>
            </w:pPr>
            <w:r>
              <w:rPr>
                <w:sz w:val="14"/>
              </w:rPr>
              <w:t>5</w:t>
            </w:r>
          </w:p>
        </w:tc>
        <w:tc>
          <w:tcPr>
            <w:tcW w:w="3288" w:type="dxa"/>
            <w:shd w:val="clear" w:color="auto" w:fill="FFFFFF"/>
            <w:tcMar>
              <w:top w:w="75" w:type="dxa"/>
              <w:left w:w="85" w:type="dxa"/>
              <w:bottom w:w="75" w:type="dxa"/>
              <w:right w:w="85" w:type="dxa"/>
            </w:tcMar>
            <w:vAlign w:val="center"/>
          </w:tcPr>
          <w:p w14:paraId="1F185874" w14:textId="77777777" w:rsidR="008C77F8" w:rsidRDefault="008C77F8">
            <w:pPr>
              <w:spacing w:after="0" w:line="240" w:lineRule="auto"/>
            </w:pPr>
          </w:p>
        </w:tc>
        <w:tc>
          <w:tcPr>
            <w:tcW w:w="1474" w:type="dxa"/>
            <w:shd w:val="clear" w:color="auto" w:fill="FFFFFF"/>
            <w:tcMar>
              <w:top w:w="75" w:type="dxa"/>
              <w:left w:w="85" w:type="dxa"/>
              <w:bottom w:w="75" w:type="dxa"/>
              <w:right w:w="85" w:type="dxa"/>
            </w:tcMar>
            <w:vAlign w:val="center"/>
          </w:tcPr>
          <w:p w14:paraId="040624FF" w14:textId="77777777" w:rsidR="008C77F8" w:rsidRDefault="008C77F8">
            <w:pPr>
              <w:spacing w:after="0" w:line="240" w:lineRule="auto"/>
            </w:pPr>
          </w:p>
        </w:tc>
        <w:tc>
          <w:tcPr>
            <w:tcW w:w="1361" w:type="dxa"/>
            <w:shd w:val="clear" w:color="auto" w:fill="FFFFFF"/>
            <w:tcMar>
              <w:top w:w="75" w:type="dxa"/>
              <w:left w:w="85" w:type="dxa"/>
              <w:bottom w:w="75" w:type="dxa"/>
              <w:right w:w="85" w:type="dxa"/>
            </w:tcMar>
            <w:vAlign w:val="center"/>
          </w:tcPr>
          <w:p w14:paraId="7AC60FB8"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1B55F1D1"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4B2AAF06" w14:textId="77777777" w:rsidR="008C77F8" w:rsidRDefault="008C77F8">
            <w:pPr>
              <w:spacing w:after="0" w:line="240" w:lineRule="auto"/>
            </w:pPr>
          </w:p>
        </w:tc>
        <w:tc>
          <w:tcPr>
            <w:tcW w:w="510" w:type="dxa"/>
            <w:shd w:val="clear" w:color="auto" w:fill="FFFFFF"/>
            <w:tcMar>
              <w:top w:w="75" w:type="dxa"/>
              <w:left w:w="85" w:type="dxa"/>
              <w:bottom w:w="75" w:type="dxa"/>
              <w:right w:w="85" w:type="dxa"/>
            </w:tcMar>
            <w:vAlign w:val="center"/>
          </w:tcPr>
          <w:p w14:paraId="3F8959B0" w14:textId="77777777" w:rsidR="008C77F8" w:rsidRDefault="008C77F8">
            <w:pPr>
              <w:spacing w:after="0" w:line="240" w:lineRule="auto"/>
              <w:jc w:val="center"/>
            </w:pPr>
          </w:p>
        </w:tc>
      </w:tr>
      <w:tr w:rsidR="008C77F8" w14:paraId="6F3E2F55" w14:textId="77777777">
        <w:trPr>
          <w:cantSplit/>
          <w:jc w:val="center"/>
        </w:trPr>
        <w:tc>
          <w:tcPr>
            <w:tcW w:w="510" w:type="dxa"/>
            <w:shd w:val="clear" w:color="auto" w:fill="FAFAFA"/>
            <w:tcMar>
              <w:top w:w="75" w:type="dxa"/>
              <w:left w:w="85" w:type="dxa"/>
              <w:bottom w:w="75" w:type="dxa"/>
              <w:right w:w="85" w:type="dxa"/>
            </w:tcMar>
            <w:vAlign w:val="center"/>
          </w:tcPr>
          <w:p w14:paraId="7B273D11" w14:textId="77777777" w:rsidR="008C77F8" w:rsidRDefault="00000000">
            <w:pPr>
              <w:spacing w:after="0" w:line="240" w:lineRule="auto"/>
              <w:jc w:val="center"/>
            </w:pPr>
            <w:r>
              <w:rPr>
                <w:sz w:val="14"/>
              </w:rPr>
              <w:t>6</w:t>
            </w:r>
          </w:p>
        </w:tc>
        <w:tc>
          <w:tcPr>
            <w:tcW w:w="3288" w:type="dxa"/>
            <w:shd w:val="clear" w:color="auto" w:fill="FAFAFA"/>
            <w:tcMar>
              <w:top w:w="75" w:type="dxa"/>
              <w:left w:w="85" w:type="dxa"/>
              <w:bottom w:w="75" w:type="dxa"/>
              <w:right w:w="85" w:type="dxa"/>
            </w:tcMar>
            <w:vAlign w:val="center"/>
          </w:tcPr>
          <w:p w14:paraId="2B5EA4BF" w14:textId="77777777" w:rsidR="008C77F8" w:rsidRDefault="008C77F8">
            <w:pPr>
              <w:spacing w:after="0" w:line="240" w:lineRule="auto"/>
            </w:pPr>
          </w:p>
        </w:tc>
        <w:tc>
          <w:tcPr>
            <w:tcW w:w="1474" w:type="dxa"/>
            <w:shd w:val="clear" w:color="auto" w:fill="FAFAFA"/>
            <w:tcMar>
              <w:top w:w="75" w:type="dxa"/>
              <w:left w:w="85" w:type="dxa"/>
              <w:bottom w:w="75" w:type="dxa"/>
              <w:right w:w="85" w:type="dxa"/>
            </w:tcMar>
            <w:vAlign w:val="center"/>
          </w:tcPr>
          <w:p w14:paraId="68E2F8B1" w14:textId="77777777" w:rsidR="008C77F8" w:rsidRDefault="008C77F8">
            <w:pPr>
              <w:spacing w:after="0" w:line="240" w:lineRule="auto"/>
            </w:pPr>
          </w:p>
        </w:tc>
        <w:tc>
          <w:tcPr>
            <w:tcW w:w="1361" w:type="dxa"/>
            <w:shd w:val="clear" w:color="auto" w:fill="FAFAFA"/>
            <w:tcMar>
              <w:top w:w="75" w:type="dxa"/>
              <w:left w:w="85" w:type="dxa"/>
              <w:bottom w:w="75" w:type="dxa"/>
              <w:right w:w="85" w:type="dxa"/>
            </w:tcMar>
            <w:vAlign w:val="center"/>
          </w:tcPr>
          <w:p w14:paraId="666B9F2D"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49C66B5F"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5C11F62C" w14:textId="77777777" w:rsidR="008C77F8" w:rsidRDefault="008C77F8">
            <w:pPr>
              <w:spacing w:after="0" w:line="240" w:lineRule="auto"/>
            </w:pPr>
          </w:p>
        </w:tc>
        <w:tc>
          <w:tcPr>
            <w:tcW w:w="510" w:type="dxa"/>
            <w:shd w:val="clear" w:color="auto" w:fill="FAFAFA"/>
            <w:tcMar>
              <w:top w:w="75" w:type="dxa"/>
              <w:left w:w="85" w:type="dxa"/>
              <w:bottom w:w="75" w:type="dxa"/>
              <w:right w:w="85" w:type="dxa"/>
            </w:tcMar>
            <w:vAlign w:val="center"/>
          </w:tcPr>
          <w:p w14:paraId="381DEDF2" w14:textId="77777777" w:rsidR="008C77F8" w:rsidRDefault="008C77F8">
            <w:pPr>
              <w:spacing w:after="0" w:line="240" w:lineRule="auto"/>
              <w:jc w:val="center"/>
            </w:pPr>
          </w:p>
        </w:tc>
      </w:tr>
    </w:tbl>
    <w:p w14:paraId="3FAAC897" w14:textId="77777777" w:rsidR="008C77F8" w:rsidRDefault="008C77F8">
      <w:pPr>
        <w:spacing w:after="20"/>
      </w:pPr>
    </w:p>
    <w:p w14:paraId="15DE1450" w14:textId="77777777" w:rsidR="008C77F8" w:rsidRDefault="00000000">
      <w:pPr>
        <w:pStyle w:val="Heading2"/>
      </w:pPr>
      <w:r>
        <w:t>Riscuri, dependențe și măsuri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118"/>
        <w:gridCol w:w="1020"/>
        <w:gridCol w:w="1020"/>
        <w:gridCol w:w="3118"/>
        <w:gridCol w:w="1134"/>
      </w:tblGrid>
      <w:tr w:rsidR="008C77F8" w14:paraId="411C42C6" w14:textId="77777777">
        <w:trPr>
          <w:tblHeader/>
          <w:jc w:val="center"/>
        </w:trPr>
        <w:tc>
          <w:tcPr>
            <w:tcW w:w="510" w:type="dxa"/>
            <w:shd w:val="clear" w:color="auto" w:fill="D71920"/>
            <w:tcMar>
              <w:top w:w="75" w:type="dxa"/>
              <w:left w:w="85" w:type="dxa"/>
              <w:bottom w:w="75" w:type="dxa"/>
              <w:right w:w="85" w:type="dxa"/>
            </w:tcMar>
            <w:vAlign w:val="center"/>
          </w:tcPr>
          <w:p w14:paraId="03BDF12C" w14:textId="77777777" w:rsidR="008C77F8" w:rsidRDefault="00000000">
            <w:pPr>
              <w:spacing w:after="0" w:line="240" w:lineRule="auto"/>
              <w:jc w:val="center"/>
            </w:pPr>
            <w:r>
              <w:rPr>
                <w:b/>
                <w:color w:val="FFFFFF"/>
                <w:sz w:val="14"/>
              </w:rPr>
              <w:t>#</w:t>
            </w:r>
          </w:p>
        </w:tc>
        <w:tc>
          <w:tcPr>
            <w:tcW w:w="3118" w:type="dxa"/>
            <w:shd w:val="clear" w:color="auto" w:fill="D71920"/>
            <w:tcMar>
              <w:top w:w="75" w:type="dxa"/>
              <w:left w:w="85" w:type="dxa"/>
              <w:bottom w:w="75" w:type="dxa"/>
              <w:right w:w="85" w:type="dxa"/>
            </w:tcMar>
            <w:vAlign w:val="center"/>
          </w:tcPr>
          <w:p w14:paraId="28D9C9A0" w14:textId="77777777" w:rsidR="008C77F8" w:rsidRDefault="00000000">
            <w:pPr>
              <w:spacing w:after="0" w:line="240" w:lineRule="auto"/>
              <w:jc w:val="center"/>
            </w:pPr>
            <w:r>
              <w:rPr>
                <w:b/>
                <w:color w:val="FFFFFF"/>
                <w:sz w:val="14"/>
              </w:rPr>
              <w:t>RISC / DEPENDENȚĂ</w:t>
            </w:r>
          </w:p>
        </w:tc>
        <w:tc>
          <w:tcPr>
            <w:tcW w:w="1020" w:type="dxa"/>
            <w:shd w:val="clear" w:color="auto" w:fill="D71920"/>
            <w:tcMar>
              <w:top w:w="75" w:type="dxa"/>
              <w:left w:w="85" w:type="dxa"/>
              <w:bottom w:w="75" w:type="dxa"/>
              <w:right w:w="85" w:type="dxa"/>
            </w:tcMar>
            <w:vAlign w:val="center"/>
          </w:tcPr>
          <w:p w14:paraId="4618D225" w14:textId="77777777" w:rsidR="008C77F8" w:rsidRDefault="00000000">
            <w:pPr>
              <w:spacing w:after="0" w:line="240" w:lineRule="auto"/>
              <w:jc w:val="center"/>
            </w:pPr>
            <w:r>
              <w:rPr>
                <w:b/>
                <w:color w:val="FFFFFF"/>
                <w:sz w:val="14"/>
              </w:rPr>
              <w:t>PROB.</w:t>
            </w:r>
          </w:p>
        </w:tc>
        <w:tc>
          <w:tcPr>
            <w:tcW w:w="1020" w:type="dxa"/>
            <w:shd w:val="clear" w:color="auto" w:fill="D71920"/>
            <w:tcMar>
              <w:top w:w="75" w:type="dxa"/>
              <w:left w:w="85" w:type="dxa"/>
              <w:bottom w:w="75" w:type="dxa"/>
              <w:right w:w="85" w:type="dxa"/>
            </w:tcMar>
            <w:vAlign w:val="center"/>
          </w:tcPr>
          <w:p w14:paraId="4142B92C" w14:textId="77777777" w:rsidR="008C77F8" w:rsidRDefault="00000000">
            <w:pPr>
              <w:spacing w:after="0" w:line="240" w:lineRule="auto"/>
              <w:jc w:val="center"/>
            </w:pPr>
            <w:r>
              <w:rPr>
                <w:b/>
                <w:color w:val="FFFFFF"/>
                <w:sz w:val="14"/>
              </w:rPr>
              <w:t>IMPACT</w:t>
            </w:r>
          </w:p>
        </w:tc>
        <w:tc>
          <w:tcPr>
            <w:tcW w:w="3118" w:type="dxa"/>
            <w:shd w:val="clear" w:color="auto" w:fill="D71920"/>
            <w:tcMar>
              <w:top w:w="75" w:type="dxa"/>
              <w:left w:w="85" w:type="dxa"/>
              <w:bottom w:w="75" w:type="dxa"/>
              <w:right w:w="85" w:type="dxa"/>
            </w:tcMar>
            <w:vAlign w:val="center"/>
          </w:tcPr>
          <w:p w14:paraId="37C69DC2" w14:textId="77777777" w:rsidR="008C77F8" w:rsidRDefault="00000000">
            <w:pPr>
              <w:spacing w:after="0" w:line="240" w:lineRule="auto"/>
              <w:jc w:val="center"/>
            </w:pPr>
            <w:r>
              <w:rPr>
                <w:b/>
                <w:color w:val="FFFFFF"/>
                <w:sz w:val="14"/>
              </w:rPr>
              <w:t>MĂSURĂ / CONTINGENȚĂ</w:t>
            </w:r>
          </w:p>
        </w:tc>
        <w:tc>
          <w:tcPr>
            <w:tcW w:w="1134" w:type="dxa"/>
            <w:shd w:val="clear" w:color="auto" w:fill="D71920"/>
            <w:tcMar>
              <w:top w:w="75" w:type="dxa"/>
              <w:left w:w="85" w:type="dxa"/>
              <w:bottom w:w="75" w:type="dxa"/>
              <w:right w:w="85" w:type="dxa"/>
            </w:tcMar>
            <w:vAlign w:val="center"/>
          </w:tcPr>
          <w:p w14:paraId="599EEDF9" w14:textId="77777777" w:rsidR="008C77F8" w:rsidRDefault="00000000">
            <w:pPr>
              <w:spacing w:after="0" w:line="240" w:lineRule="auto"/>
              <w:jc w:val="center"/>
            </w:pPr>
            <w:r>
              <w:rPr>
                <w:b/>
                <w:color w:val="FFFFFF"/>
                <w:sz w:val="14"/>
              </w:rPr>
              <w:t>RESP.</w:t>
            </w:r>
          </w:p>
        </w:tc>
      </w:tr>
      <w:tr w:rsidR="008C77F8" w14:paraId="5B129918" w14:textId="77777777">
        <w:trPr>
          <w:cantSplit/>
          <w:jc w:val="center"/>
        </w:trPr>
        <w:tc>
          <w:tcPr>
            <w:tcW w:w="510" w:type="dxa"/>
            <w:shd w:val="clear" w:color="auto" w:fill="FFFFFF"/>
            <w:tcMar>
              <w:top w:w="75" w:type="dxa"/>
              <w:left w:w="85" w:type="dxa"/>
              <w:bottom w:w="75" w:type="dxa"/>
              <w:right w:w="85" w:type="dxa"/>
            </w:tcMar>
            <w:vAlign w:val="center"/>
          </w:tcPr>
          <w:p w14:paraId="743A6D2F" w14:textId="77777777" w:rsidR="008C77F8" w:rsidRDefault="00000000">
            <w:pPr>
              <w:spacing w:after="0" w:line="240" w:lineRule="auto"/>
              <w:jc w:val="center"/>
            </w:pPr>
            <w:r>
              <w:rPr>
                <w:sz w:val="15"/>
              </w:rPr>
              <w:t>1</w:t>
            </w:r>
          </w:p>
        </w:tc>
        <w:tc>
          <w:tcPr>
            <w:tcW w:w="3118" w:type="dxa"/>
            <w:shd w:val="clear" w:color="auto" w:fill="FFFFFF"/>
            <w:tcMar>
              <w:top w:w="75" w:type="dxa"/>
              <w:left w:w="85" w:type="dxa"/>
              <w:bottom w:w="75" w:type="dxa"/>
              <w:right w:w="85" w:type="dxa"/>
            </w:tcMar>
            <w:vAlign w:val="center"/>
          </w:tcPr>
          <w:p w14:paraId="007B9A51" w14:textId="77777777" w:rsidR="008C77F8" w:rsidRDefault="008C77F8">
            <w:pPr>
              <w:spacing w:after="0" w:line="240" w:lineRule="auto"/>
            </w:pPr>
          </w:p>
        </w:tc>
        <w:tc>
          <w:tcPr>
            <w:tcW w:w="1020" w:type="dxa"/>
            <w:shd w:val="clear" w:color="auto" w:fill="FFFFFF"/>
            <w:tcMar>
              <w:top w:w="75" w:type="dxa"/>
              <w:left w:w="85" w:type="dxa"/>
              <w:bottom w:w="75" w:type="dxa"/>
              <w:right w:w="85" w:type="dxa"/>
            </w:tcMar>
            <w:vAlign w:val="center"/>
          </w:tcPr>
          <w:p w14:paraId="20DBBAD1"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289AAFE8" w14:textId="77777777" w:rsidR="008C77F8" w:rsidRDefault="008C77F8">
            <w:pPr>
              <w:spacing w:after="0" w:line="240" w:lineRule="auto"/>
              <w:jc w:val="center"/>
            </w:pPr>
          </w:p>
        </w:tc>
        <w:tc>
          <w:tcPr>
            <w:tcW w:w="3118" w:type="dxa"/>
            <w:shd w:val="clear" w:color="auto" w:fill="FFFFFF"/>
            <w:tcMar>
              <w:top w:w="75" w:type="dxa"/>
              <w:left w:w="85" w:type="dxa"/>
              <w:bottom w:w="75" w:type="dxa"/>
              <w:right w:w="85" w:type="dxa"/>
            </w:tcMar>
            <w:vAlign w:val="center"/>
          </w:tcPr>
          <w:p w14:paraId="515B1D4D"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2F7FF624" w14:textId="77777777" w:rsidR="008C77F8" w:rsidRDefault="008C77F8">
            <w:pPr>
              <w:spacing w:after="0" w:line="240" w:lineRule="auto"/>
            </w:pPr>
          </w:p>
        </w:tc>
      </w:tr>
      <w:tr w:rsidR="008C77F8" w14:paraId="4285CD58" w14:textId="77777777">
        <w:trPr>
          <w:cantSplit/>
          <w:jc w:val="center"/>
        </w:trPr>
        <w:tc>
          <w:tcPr>
            <w:tcW w:w="510" w:type="dxa"/>
            <w:shd w:val="clear" w:color="auto" w:fill="FAFAFA"/>
            <w:tcMar>
              <w:top w:w="75" w:type="dxa"/>
              <w:left w:w="85" w:type="dxa"/>
              <w:bottom w:w="75" w:type="dxa"/>
              <w:right w:w="85" w:type="dxa"/>
            </w:tcMar>
            <w:vAlign w:val="center"/>
          </w:tcPr>
          <w:p w14:paraId="73881BA3" w14:textId="77777777" w:rsidR="008C77F8" w:rsidRDefault="00000000">
            <w:pPr>
              <w:spacing w:after="0" w:line="240" w:lineRule="auto"/>
              <w:jc w:val="center"/>
            </w:pPr>
            <w:r>
              <w:rPr>
                <w:sz w:val="15"/>
              </w:rPr>
              <w:t>2</w:t>
            </w:r>
          </w:p>
        </w:tc>
        <w:tc>
          <w:tcPr>
            <w:tcW w:w="3118" w:type="dxa"/>
            <w:shd w:val="clear" w:color="auto" w:fill="FAFAFA"/>
            <w:tcMar>
              <w:top w:w="75" w:type="dxa"/>
              <w:left w:w="85" w:type="dxa"/>
              <w:bottom w:w="75" w:type="dxa"/>
              <w:right w:w="85" w:type="dxa"/>
            </w:tcMar>
            <w:vAlign w:val="center"/>
          </w:tcPr>
          <w:p w14:paraId="479927F6" w14:textId="77777777" w:rsidR="008C77F8" w:rsidRDefault="008C77F8">
            <w:pPr>
              <w:spacing w:after="0" w:line="240" w:lineRule="auto"/>
            </w:pPr>
          </w:p>
        </w:tc>
        <w:tc>
          <w:tcPr>
            <w:tcW w:w="1020" w:type="dxa"/>
            <w:shd w:val="clear" w:color="auto" w:fill="FAFAFA"/>
            <w:tcMar>
              <w:top w:w="75" w:type="dxa"/>
              <w:left w:w="85" w:type="dxa"/>
              <w:bottom w:w="75" w:type="dxa"/>
              <w:right w:w="85" w:type="dxa"/>
            </w:tcMar>
            <w:vAlign w:val="center"/>
          </w:tcPr>
          <w:p w14:paraId="599EE9FF"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4083CF7A" w14:textId="77777777" w:rsidR="008C77F8" w:rsidRDefault="008C77F8">
            <w:pPr>
              <w:spacing w:after="0" w:line="240" w:lineRule="auto"/>
              <w:jc w:val="center"/>
            </w:pPr>
          </w:p>
        </w:tc>
        <w:tc>
          <w:tcPr>
            <w:tcW w:w="3118" w:type="dxa"/>
            <w:shd w:val="clear" w:color="auto" w:fill="FAFAFA"/>
            <w:tcMar>
              <w:top w:w="75" w:type="dxa"/>
              <w:left w:w="85" w:type="dxa"/>
              <w:bottom w:w="75" w:type="dxa"/>
              <w:right w:w="85" w:type="dxa"/>
            </w:tcMar>
            <w:vAlign w:val="center"/>
          </w:tcPr>
          <w:p w14:paraId="1BBB4E1E"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7BB0A3B8" w14:textId="77777777" w:rsidR="008C77F8" w:rsidRDefault="008C77F8">
            <w:pPr>
              <w:spacing w:after="0" w:line="240" w:lineRule="auto"/>
            </w:pPr>
          </w:p>
        </w:tc>
      </w:tr>
      <w:tr w:rsidR="008C77F8" w14:paraId="6C09ED29" w14:textId="77777777">
        <w:trPr>
          <w:cantSplit/>
          <w:jc w:val="center"/>
        </w:trPr>
        <w:tc>
          <w:tcPr>
            <w:tcW w:w="510" w:type="dxa"/>
            <w:shd w:val="clear" w:color="auto" w:fill="FFFFFF"/>
            <w:tcMar>
              <w:top w:w="75" w:type="dxa"/>
              <w:left w:w="85" w:type="dxa"/>
              <w:bottom w:w="75" w:type="dxa"/>
              <w:right w:w="85" w:type="dxa"/>
            </w:tcMar>
            <w:vAlign w:val="center"/>
          </w:tcPr>
          <w:p w14:paraId="22237A6B" w14:textId="77777777" w:rsidR="008C77F8" w:rsidRDefault="00000000">
            <w:pPr>
              <w:spacing w:after="0" w:line="240" w:lineRule="auto"/>
              <w:jc w:val="center"/>
            </w:pPr>
            <w:r>
              <w:rPr>
                <w:sz w:val="15"/>
              </w:rPr>
              <w:t>3</w:t>
            </w:r>
          </w:p>
        </w:tc>
        <w:tc>
          <w:tcPr>
            <w:tcW w:w="3118" w:type="dxa"/>
            <w:shd w:val="clear" w:color="auto" w:fill="FFFFFF"/>
            <w:tcMar>
              <w:top w:w="75" w:type="dxa"/>
              <w:left w:w="85" w:type="dxa"/>
              <w:bottom w:w="75" w:type="dxa"/>
              <w:right w:w="85" w:type="dxa"/>
            </w:tcMar>
            <w:vAlign w:val="center"/>
          </w:tcPr>
          <w:p w14:paraId="461C1F5B" w14:textId="77777777" w:rsidR="008C77F8" w:rsidRDefault="008C77F8">
            <w:pPr>
              <w:spacing w:after="0" w:line="240" w:lineRule="auto"/>
            </w:pPr>
          </w:p>
        </w:tc>
        <w:tc>
          <w:tcPr>
            <w:tcW w:w="1020" w:type="dxa"/>
            <w:shd w:val="clear" w:color="auto" w:fill="FFFFFF"/>
            <w:tcMar>
              <w:top w:w="75" w:type="dxa"/>
              <w:left w:w="85" w:type="dxa"/>
              <w:bottom w:w="75" w:type="dxa"/>
              <w:right w:w="85" w:type="dxa"/>
            </w:tcMar>
            <w:vAlign w:val="center"/>
          </w:tcPr>
          <w:p w14:paraId="3FEBC0A6" w14:textId="77777777" w:rsidR="008C77F8" w:rsidRDefault="008C77F8">
            <w:pPr>
              <w:spacing w:after="0" w:line="240" w:lineRule="auto"/>
              <w:jc w:val="center"/>
            </w:pPr>
          </w:p>
        </w:tc>
        <w:tc>
          <w:tcPr>
            <w:tcW w:w="1020" w:type="dxa"/>
            <w:shd w:val="clear" w:color="auto" w:fill="FFFFFF"/>
            <w:tcMar>
              <w:top w:w="75" w:type="dxa"/>
              <w:left w:w="85" w:type="dxa"/>
              <w:bottom w:w="75" w:type="dxa"/>
              <w:right w:w="85" w:type="dxa"/>
            </w:tcMar>
            <w:vAlign w:val="center"/>
          </w:tcPr>
          <w:p w14:paraId="524A6AEF" w14:textId="77777777" w:rsidR="008C77F8" w:rsidRDefault="008C77F8">
            <w:pPr>
              <w:spacing w:after="0" w:line="240" w:lineRule="auto"/>
              <w:jc w:val="center"/>
            </w:pPr>
          </w:p>
        </w:tc>
        <w:tc>
          <w:tcPr>
            <w:tcW w:w="3118" w:type="dxa"/>
            <w:shd w:val="clear" w:color="auto" w:fill="FFFFFF"/>
            <w:tcMar>
              <w:top w:w="75" w:type="dxa"/>
              <w:left w:w="85" w:type="dxa"/>
              <w:bottom w:w="75" w:type="dxa"/>
              <w:right w:w="85" w:type="dxa"/>
            </w:tcMar>
            <w:vAlign w:val="center"/>
          </w:tcPr>
          <w:p w14:paraId="0BF5295F" w14:textId="77777777" w:rsidR="008C77F8" w:rsidRDefault="008C77F8">
            <w:pPr>
              <w:spacing w:after="0" w:line="240" w:lineRule="auto"/>
            </w:pPr>
          </w:p>
        </w:tc>
        <w:tc>
          <w:tcPr>
            <w:tcW w:w="1134" w:type="dxa"/>
            <w:shd w:val="clear" w:color="auto" w:fill="FFFFFF"/>
            <w:tcMar>
              <w:top w:w="75" w:type="dxa"/>
              <w:left w:w="85" w:type="dxa"/>
              <w:bottom w:w="75" w:type="dxa"/>
              <w:right w:w="85" w:type="dxa"/>
            </w:tcMar>
            <w:vAlign w:val="center"/>
          </w:tcPr>
          <w:p w14:paraId="5740CD1E" w14:textId="77777777" w:rsidR="008C77F8" w:rsidRDefault="008C77F8">
            <w:pPr>
              <w:spacing w:after="0" w:line="240" w:lineRule="auto"/>
            </w:pPr>
          </w:p>
        </w:tc>
      </w:tr>
      <w:tr w:rsidR="008C77F8" w14:paraId="3260EEC4" w14:textId="77777777">
        <w:trPr>
          <w:cantSplit/>
          <w:jc w:val="center"/>
        </w:trPr>
        <w:tc>
          <w:tcPr>
            <w:tcW w:w="510" w:type="dxa"/>
            <w:shd w:val="clear" w:color="auto" w:fill="FAFAFA"/>
            <w:tcMar>
              <w:top w:w="75" w:type="dxa"/>
              <w:left w:w="85" w:type="dxa"/>
              <w:bottom w:w="75" w:type="dxa"/>
              <w:right w:w="85" w:type="dxa"/>
            </w:tcMar>
            <w:vAlign w:val="center"/>
          </w:tcPr>
          <w:p w14:paraId="53DC21FF" w14:textId="77777777" w:rsidR="008C77F8" w:rsidRDefault="00000000">
            <w:pPr>
              <w:spacing w:after="0" w:line="240" w:lineRule="auto"/>
              <w:jc w:val="center"/>
            </w:pPr>
            <w:r>
              <w:rPr>
                <w:sz w:val="15"/>
              </w:rPr>
              <w:t>4</w:t>
            </w:r>
          </w:p>
        </w:tc>
        <w:tc>
          <w:tcPr>
            <w:tcW w:w="3118" w:type="dxa"/>
            <w:shd w:val="clear" w:color="auto" w:fill="FAFAFA"/>
            <w:tcMar>
              <w:top w:w="75" w:type="dxa"/>
              <w:left w:w="85" w:type="dxa"/>
              <w:bottom w:w="75" w:type="dxa"/>
              <w:right w:w="85" w:type="dxa"/>
            </w:tcMar>
            <w:vAlign w:val="center"/>
          </w:tcPr>
          <w:p w14:paraId="3F112740" w14:textId="77777777" w:rsidR="008C77F8" w:rsidRDefault="008C77F8">
            <w:pPr>
              <w:spacing w:after="0" w:line="240" w:lineRule="auto"/>
            </w:pPr>
          </w:p>
        </w:tc>
        <w:tc>
          <w:tcPr>
            <w:tcW w:w="1020" w:type="dxa"/>
            <w:shd w:val="clear" w:color="auto" w:fill="FAFAFA"/>
            <w:tcMar>
              <w:top w:w="75" w:type="dxa"/>
              <w:left w:w="85" w:type="dxa"/>
              <w:bottom w:w="75" w:type="dxa"/>
              <w:right w:w="85" w:type="dxa"/>
            </w:tcMar>
            <w:vAlign w:val="center"/>
          </w:tcPr>
          <w:p w14:paraId="101BA682" w14:textId="77777777" w:rsidR="008C77F8" w:rsidRDefault="008C77F8">
            <w:pPr>
              <w:spacing w:after="0" w:line="240" w:lineRule="auto"/>
              <w:jc w:val="center"/>
            </w:pPr>
          </w:p>
        </w:tc>
        <w:tc>
          <w:tcPr>
            <w:tcW w:w="1020" w:type="dxa"/>
            <w:shd w:val="clear" w:color="auto" w:fill="FAFAFA"/>
            <w:tcMar>
              <w:top w:w="75" w:type="dxa"/>
              <w:left w:w="85" w:type="dxa"/>
              <w:bottom w:w="75" w:type="dxa"/>
              <w:right w:w="85" w:type="dxa"/>
            </w:tcMar>
            <w:vAlign w:val="center"/>
          </w:tcPr>
          <w:p w14:paraId="0FCF7E0E" w14:textId="77777777" w:rsidR="008C77F8" w:rsidRDefault="008C77F8">
            <w:pPr>
              <w:spacing w:after="0" w:line="240" w:lineRule="auto"/>
              <w:jc w:val="center"/>
            </w:pPr>
          </w:p>
        </w:tc>
        <w:tc>
          <w:tcPr>
            <w:tcW w:w="3118" w:type="dxa"/>
            <w:shd w:val="clear" w:color="auto" w:fill="FAFAFA"/>
            <w:tcMar>
              <w:top w:w="75" w:type="dxa"/>
              <w:left w:w="85" w:type="dxa"/>
              <w:bottom w:w="75" w:type="dxa"/>
              <w:right w:w="85" w:type="dxa"/>
            </w:tcMar>
            <w:vAlign w:val="center"/>
          </w:tcPr>
          <w:p w14:paraId="262394BD" w14:textId="77777777" w:rsidR="008C77F8" w:rsidRDefault="008C77F8">
            <w:pPr>
              <w:spacing w:after="0" w:line="240" w:lineRule="auto"/>
            </w:pPr>
          </w:p>
        </w:tc>
        <w:tc>
          <w:tcPr>
            <w:tcW w:w="1134" w:type="dxa"/>
            <w:shd w:val="clear" w:color="auto" w:fill="FAFAFA"/>
            <w:tcMar>
              <w:top w:w="75" w:type="dxa"/>
              <w:left w:w="85" w:type="dxa"/>
              <w:bottom w:w="75" w:type="dxa"/>
              <w:right w:w="85" w:type="dxa"/>
            </w:tcMar>
            <w:vAlign w:val="center"/>
          </w:tcPr>
          <w:p w14:paraId="3E0DCC3C" w14:textId="77777777" w:rsidR="008C77F8" w:rsidRDefault="008C77F8">
            <w:pPr>
              <w:spacing w:after="0" w:line="240" w:lineRule="auto"/>
            </w:pPr>
          </w:p>
        </w:tc>
      </w:tr>
    </w:tbl>
    <w:p w14:paraId="4BB4AE4B" w14:textId="77777777" w:rsidR="008C77F8" w:rsidRDefault="008C77F8">
      <w:pPr>
        <w:spacing w:after="20"/>
      </w:pPr>
    </w:p>
    <w:p w14:paraId="6D8F4BF5" w14:textId="77777777" w:rsidR="008C77F8" w:rsidRDefault="00000000">
      <w:pPr>
        <w:pStyle w:val="Heading2"/>
      </w:pPr>
      <w:r>
        <w:t>Monitorizarea periodică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61"/>
        <w:gridCol w:w="1644"/>
        <w:gridCol w:w="1814"/>
        <w:gridCol w:w="907"/>
        <w:gridCol w:w="2211"/>
        <w:gridCol w:w="1984"/>
      </w:tblGrid>
      <w:tr w:rsidR="008C77F8" w14:paraId="02F68247" w14:textId="77777777">
        <w:trPr>
          <w:tblHeader/>
          <w:jc w:val="center"/>
        </w:trPr>
        <w:tc>
          <w:tcPr>
            <w:tcW w:w="1361" w:type="dxa"/>
            <w:shd w:val="clear" w:color="auto" w:fill="D71920"/>
            <w:tcMar>
              <w:top w:w="75" w:type="dxa"/>
              <w:left w:w="85" w:type="dxa"/>
              <w:bottom w:w="75" w:type="dxa"/>
              <w:right w:w="85" w:type="dxa"/>
            </w:tcMar>
            <w:vAlign w:val="center"/>
          </w:tcPr>
          <w:p w14:paraId="2D61F89B" w14:textId="77777777" w:rsidR="008C77F8" w:rsidRDefault="00000000">
            <w:pPr>
              <w:spacing w:after="0" w:line="240" w:lineRule="auto"/>
              <w:jc w:val="center"/>
            </w:pPr>
            <w:r>
              <w:rPr>
                <w:b/>
                <w:color w:val="FFFFFF"/>
                <w:sz w:val="14"/>
              </w:rPr>
              <w:t>PERIOADĂ</w:t>
            </w:r>
          </w:p>
        </w:tc>
        <w:tc>
          <w:tcPr>
            <w:tcW w:w="1644" w:type="dxa"/>
            <w:shd w:val="clear" w:color="auto" w:fill="D71920"/>
            <w:tcMar>
              <w:top w:w="75" w:type="dxa"/>
              <w:left w:w="85" w:type="dxa"/>
              <w:bottom w:w="75" w:type="dxa"/>
              <w:right w:w="85" w:type="dxa"/>
            </w:tcMar>
            <w:vAlign w:val="center"/>
          </w:tcPr>
          <w:p w14:paraId="228B1CDD" w14:textId="77777777" w:rsidR="008C77F8" w:rsidRDefault="00000000">
            <w:pPr>
              <w:spacing w:after="0" w:line="240" w:lineRule="auto"/>
              <w:jc w:val="center"/>
            </w:pPr>
            <w:r>
              <w:rPr>
                <w:b/>
                <w:color w:val="FFFFFF"/>
                <w:sz w:val="14"/>
              </w:rPr>
              <w:t>REZULTAT KPI</w:t>
            </w:r>
          </w:p>
        </w:tc>
        <w:tc>
          <w:tcPr>
            <w:tcW w:w="1814" w:type="dxa"/>
            <w:shd w:val="clear" w:color="auto" w:fill="D71920"/>
            <w:tcMar>
              <w:top w:w="75" w:type="dxa"/>
              <w:left w:w="85" w:type="dxa"/>
              <w:bottom w:w="75" w:type="dxa"/>
              <w:right w:w="85" w:type="dxa"/>
            </w:tcMar>
            <w:vAlign w:val="center"/>
          </w:tcPr>
          <w:p w14:paraId="4DDF19DC" w14:textId="77777777" w:rsidR="008C77F8" w:rsidRDefault="00000000">
            <w:pPr>
              <w:spacing w:after="0" w:line="240" w:lineRule="auto"/>
              <w:jc w:val="center"/>
            </w:pPr>
            <w:r>
              <w:rPr>
                <w:b/>
                <w:color w:val="FFFFFF"/>
                <w:sz w:val="14"/>
              </w:rPr>
              <w:t>ȚINTĂ INTERMEDIARĂ</w:t>
            </w:r>
          </w:p>
        </w:tc>
        <w:tc>
          <w:tcPr>
            <w:tcW w:w="907" w:type="dxa"/>
            <w:shd w:val="clear" w:color="auto" w:fill="D71920"/>
            <w:tcMar>
              <w:top w:w="75" w:type="dxa"/>
              <w:left w:w="85" w:type="dxa"/>
              <w:bottom w:w="75" w:type="dxa"/>
              <w:right w:w="85" w:type="dxa"/>
            </w:tcMar>
            <w:vAlign w:val="center"/>
          </w:tcPr>
          <w:p w14:paraId="02EFE305" w14:textId="77777777" w:rsidR="008C77F8" w:rsidRDefault="00000000">
            <w:pPr>
              <w:spacing w:after="0" w:line="240" w:lineRule="auto"/>
              <w:jc w:val="center"/>
            </w:pPr>
            <w:r>
              <w:rPr>
                <w:b/>
                <w:color w:val="FFFFFF"/>
                <w:sz w:val="14"/>
              </w:rPr>
              <w:t>STATUS</w:t>
            </w:r>
          </w:p>
        </w:tc>
        <w:tc>
          <w:tcPr>
            <w:tcW w:w="2211" w:type="dxa"/>
            <w:shd w:val="clear" w:color="auto" w:fill="D71920"/>
            <w:tcMar>
              <w:top w:w="75" w:type="dxa"/>
              <w:left w:w="85" w:type="dxa"/>
              <w:bottom w:w="75" w:type="dxa"/>
              <w:right w:w="85" w:type="dxa"/>
            </w:tcMar>
            <w:vAlign w:val="center"/>
          </w:tcPr>
          <w:p w14:paraId="47E4DEFA" w14:textId="77777777" w:rsidR="008C77F8" w:rsidRDefault="00000000">
            <w:pPr>
              <w:spacing w:after="0" w:line="240" w:lineRule="auto"/>
              <w:jc w:val="center"/>
            </w:pPr>
            <w:r>
              <w:rPr>
                <w:b/>
                <w:color w:val="FFFFFF"/>
                <w:sz w:val="14"/>
              </w:rPr>
              <w:t>ANALIZĂ / CAUZĂ</w:t>
            </w:r>
          </w:p>
        </w:tc>
        <w:tc>
          <w:tcPr>
            <w:tcW w:w="1984" w:type="dxa"/>
            <w:shd w:val="clear" w:color="auto" w:fill="D71920"/>
            <w:tcMar>
              <w:top w:w="75" w:type="dxa"/>
              <w:left w:w="85" w:type="dxa"/>
              <w:bottom w:w="75" w:type="dxa"/>
              <w:right w:w="85" w:type="dxa"/>
            </w:tcMar>
            <w:vAlign w:val="center"/>
          </w:tcPr>
          <w:p w14:paraId="324B0473" w14:textId="77777777" w:rsidR="008C77F8" w:rsidRDefault="00000000">
            <w:pPr>
              <w:spacing w:after="0" w:line="240" w:lineRule="auto"/>
              <w:jc w:val="center"/>
            </w:pPr>
            <w:r>
              <w:rPr>
                <w:b/>
                <w:color w:val="FFFFFF"/>
                <w:sz w:val="14"/>
              </w:rPr>
              <w:t>DECIZIE / ACȚIUNE</w:t>
            </w:r>
          </w:p>
        </w:tc>
      </w:tr>
      <w:tr w:rsidR="008C77F8" w14:paraId="00834D30" w14:textId="77777777">
        <w:trPr>
          <w:cantSplit/>
          <w:jc w:val="center"/>
        </w:trPr>
        <w:tc>
          <w:tcPr>
            <w:tcW w:w="1361" w:type="dxa"/>
            <w:shd w:val="clear" w:color="auto" w:fill="FFFFFF"/>
            <w:tcMar>
              <w:top w:w="75" w:type="dxa"/>
              <w:left w:w="85" w:type="dxa"/>
              <w:bottom w:w="75" w:type="dxa"/>
              <w:right w:w="85" w:type="dxa"/>
            </w:tcMar>
            <w:vAlign w:val="center"/>
          </w:tcPr>
          <w:p w14:paraId="45F090BF"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38EDB6A6" w14:textId="77777777" w:rsidR="008C77F8" w:rsidRDefault="008C77F8">
            <w:pPr>
              <w:spacing w:after="0" w:line="240" w:lineRule="auto"/>
            </w:pPr>
          </w:p>
        </w:tc>
        <w:tc>
          <w:tcPr>
            <w:tcW w:w="1814" w:type="dxa"/>
            <w:shd w:val="clear" w:color="auto" w:fill="FFFFFF"/>
            <w:tcMar>
              <w:top w:w="75" w:type="dxa"/>
              <w:left w:w="85" w:type="dxa"/>
              <w:bottom w:w="75" w:type="dxa"/>
              <w:right w:w="85" w:type="dxa"/>
            </w:tcMar>
            <w:vAlign w:val="center"/>
          </w:tcPr>
          <w:p w14:paraId="1284BED2" w14:textId="77777777" w:rsidR="008C77F8" w:rsidRDefault="008C77F8">
            <w:pPr>
              <w:spacing w:after="0" w:line="240" w:lineRule="auto"/>
            </w:pPr>
          </w:p>
        </w:tc>
        <w:tc>
          <w:tcPr>
            <w:tcW w:w="907" w:type="dxa"/>
            <w:shd w:val="clear" w:color="auto" w:fill="FFFFFF"/>
            <w:tcMar>
              <w:top w:w="75" w:type="dxa"/>
              <w:left w:w="85" w:type="dxa"/>
              <w:bottom w:w="75" w:type="dxa"/>
              <w:right w:w="85" w:type="dxa"/>
            </w:tcMar>
            <w:vAlign w:val="center"/>
          </w:tcPr>
          <w:p w14:paraId="099940D4" w14:textId="77777777" w:rsidR="008C77F8" w:rsidRDefault="00000000">
            <w:pPr>
              <w:spacing w:after="0" w:line="240" w:lineRule="auto"/>
              <w:jc w:val="center"/>
            </w:pPr>
            <w:r>
              <w:rPr>
                <w:sz w:val="14"/>
              </w:rPr>
              <w:t>G/A/R</w:t>
            </w:r>
          </w:p>
        </w:tc>
        <w:tc>
          <w:tcPr>
            <w:tcW w:w="2211" w:type="dxa"/>
            <w:shd w:val="clear" w:color="auto" w:fill="FFFFFF"/>
            <w:tcMar>
              <w:top w:w="75" w:type="dxa"/>
              <w:left w:w="85" w:type="dxa"/>
              <w:bottom w:w="75" w:type="dxa"/>
              <w:right w:w="85" w:type="dxa"/>
            </w:tcMar>
            <w:vAlign w:val="center"/>
          </w:tcPr>
          <w:p w14:paraId="5758C3E1" w14:textId="77777777" w:rsidR="008C77F8" w:rsidRDefault="008C77F8">
            <w:pPr>
              <w:spacing w:after="0" w:line="240" w:lineRule="auto"/>
            </w:pPr>
          </w:p>
        </w:tc>
        <w:tc>
          <w:tcPr>
            <w:tcW w:w="1984" w:type="dxa"/>
            <w:shd w:val="clear" w:color="auto" w:fill="FFFFFF"/>
            <w:tcMar>
              <w:top w:w="75" w:type="dxa"/>
              <w:left w:w="85" w:type="dxa"/>
              <w:bottom w:w="75" w:type="dxa"/>
              <w:right w:w="85" w:type="dxa"/>
            </w:tcMar>
            <w:vAlign w:val="center"/>
          </w:tcPr>
          <w:p w14:paraId="035F77CB" w14:textId="77777777" w:rsidR="008C77F8" w:rsidRDefault="008C77F8">
            <w:pPr>
              <w:spacing w:after="0" w:line="240" w:lineRule="auto"/>
            </w:pPr>
          </w:p>
        </w:tc>
      </w:tr>
      <w:tr w:rsidR="008C77F8" w14:paraId="1C8759EC" w14:textId="77777777">
        <w:trPr>
          <w:cantSplit/>
          <w:jc w:val="center"/>
        </w:trPr>
        <w:tc>
          <w:tcPr>
            <w:tcW w:w="1361" w:type="dxa"/>
            <w:shd w:val="clear" w:color="auto" w:fill="FAFAFA"/>
            <w:tcMar>
              <w:top w:w="75" w:type="dxa"/>
              <w:left w:w="85" w:type="dxa"/>
              <w:bottom w:w="75" w:type="dxa"/>
              <w:right w:w="85" w:type="dxa"/>
            </w:tcMar>
            <w:vAlign w:val="center"/>
          </w:tcPr>
          <w:p w14:paraId="4834E4E2"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303D7FA8" w14:textId="77777777" w:rsidR="008C77F8" w:rsidRDefault="008C77F8">
            <w:pPr>
              <w:spacing w:after="0" w:line="240" w:lineRule="auto"/>
            </w:pPr>
          </w:p>
        </w:tc>
        <w:tc>
          <w:tcPr>
            <w:tcW w:w="1814" w:type="dxa"/>
            <w:shd w:val="clear" w:color="auto" w:fill="FAFAFA"/>
            <w:tcMar>
              <w:top w:w="75" w:type="dxa"/>
              <w:left w:w="85" w:type="dxa"/>
              <w:bottom w:w="75" w:type="dxa"/>
              <w:right w:w="85" w:type="dxa"/>
            </w:tcMar>
            <w:vAlign w:val="center"/>
          </w:tcPr>
          <w:p w14:paraId="42570EE5" w14:textId="77777777" w:rsidR="008C77F8" w:rsidRDefault="008C77F8">
            <w:pPr>
              <w:spacing w:after="0" w:line="240" w:lineRule="auto"/>
            </w:pPr>
          </w:p>
        </w:tc>
        <w:tc>
          <w:tcPr>
            <w:tcW w:w="907" w:type="dxa"/>
            <w:shd w:val="clear" w:color="auto" w:fill="FAFAFA"/>
            <w:tcMar>
              <w:top w:w="75" w:type="dxa"/>
              <w:left w:w="85" w:type="dxa"/>
              <w:bottom w:w="75" w:type="dxa"/>
              <w:right w:w="85" w:type="dxa"/>
            </w:tcMar>
            <w:vAlign w:val="center"/>
          </w:tcPr>
          <w:p w14:paraId="20E3503E" w14:textId="77777777" w:rsidR="008C77F8" w:rsidRDefault="00000000">
            <w:pPr>
              <w:spacing w:after="0" w:line="240" w:lineRule="auto"/>
              <w:jc w:val="center"/>
            </w:pPr>
            <w:r>
              <w:rPr>
                <w:sz w:val="14"/>
              </w:rPr>
              <w:t>G/A/R</w:t>
            </w:r>
          </w:p>
        </w:tc>
        <w:tc>
          <w:tcPr>
            <w:tcW w:w="2211" w:type="dxa"/>
            <w:shd w:val="clear" w:color="auto" w:fill="FAFAFA"/>
            <w:tcMar>
              <w:top w:w="75" w:type="dxa"/>
              <w:left w:w="85" w:type="dxa"/>
              <w:bottom w:w="75" w:type="dxa"/>
              <w:right w:w="85" w:type="dxa"/>
            </w:tcMar>
            <w:vAlign w:val="center"/>
          </w:tcPr>
          <w:p w14:paraId="4B8A2753" w14:textId="77777777" w:rsidR="008C77F8" w:rsidRDefault="008C77F8">
            <w:pPr>
              <w:spacing w:after="0" w:line="240" w:lineRule="auto"/>
            </w:pPr>
          </w:p>
        </w:tc>
        <w:tc>
          <w:tcPr>
            <w:tcW w:w="1984" w:type="dxa"/>
            <w:shd w:val="clear" w:color="auto" w:fill="FAFAFA"/>
            <w:tcMar>
              <w:top w:w="75" w:type="dxa"/>
              <w:left w:w="85" w:type="dxa"/>
              <w:bottom w:w="75" w:type="dxa"/>
              <w:right w:w="85" w:type="dxa"/>
            </w:tcMar>
            <w:vAlign w:val="center"/>
          </w:tcPr>
          <w:p w14:paraId="0E137BF7" w14:textId="77777777" w:rsidR="008C77F8" w:rsidRDefault="008C77F8">
            <w:pPr>
              <w:spacing w:after="0" w:line="240" w:lineRule="auto"/>
            </w:pPr>
          </w:p>
        </w:tc>
      </w:tr>
      <w:tr w:rsidR="008C77F8" w14:paraId="7B10E31A" w14:textId="77777777">
        <w:trPr>
          <w:cantSplit/>
          <w:jc w:val="center"/>
        </w:trPr>
        <w:tc>
          <w:tcPr>
            <w:tcW w:w="1361" w:type="dxa"/>
            <w:shd w:val="clear" w:color="auto" w:fill="FFFFFF"/>
            <w:tcMar>
              <w:top w:w="75" w:type="dxa"/>
              <w:left w:w="85" w:type="dxa"/>
              <w:bottom w:w="75" w:type="dxa"/>
              <w:right w:w="85" w:type="dxa"/>
            </w:tcMar>
            <w:vAlign w:val="center"/>
          </w:tcPr>
          <w:p w14:paraId="0F916623"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5808176B" w14:textId="77777777" w:rsidR="008C77F8" w:rsidRDefault="008C77F8">
            <w:pPr>
              <w:spacing w:after="0" w:line="240" w:lineRule="auto"/>
            </w:pPr>
          </w:p>
        </w:tc>
        <w:tc>
          <w:tcPr>
            <w:tcW w:w="1814" w:type="dxa"/>
            <w:shd w:val="clear" w:color="auto" w:fill="FFFFFF"/>
            <w:tcMar>
              <w:top w:w="75" w:type="dxa"/>
              <w:left w:w="85" w:type="dxa"/>
              <w:bottom w:w="75" w:type="dxa"/>
              <w:right w:w="85" w:type="dxa"/>
            </w:tcMar>
            <w:vAlign w:val="center"/>
          </w:tcPr>
          <w:p w14:paraId="49774162" w14:textId="77777777" w:rsidR="008C77F8" w:rsidRDefault="008C77F8">
            <w:pPr>
              <w:spacing w:after="0" w:line="240" w:lineRule="auto"/>
            </w:pPr>
          </w:p>
        </w:tc>
        <w:tc>
          <w:tcPr>
            <w:tcW w:w="907" w:type="dxa"/>
            <w:shd w:val="clear" w:color="auto" w:fill="FFFFFF"/>
            <w:tcMar>
              <w:top w:w="75" w:type="dxa"/>
              <w:left w:w="85" w:type="dxa"/>
              <w:bottom w:w="75" w:type="dxa"/>
              <w:right w:w="85" w:type="dxa"/>
            </w:tcMar>
            <w:vAlign w:val="center"/>
          </w:tcPr>
          <w:p w14:paraId="7F141A73" w14:textId="77777777" w:rsidR="008C77F8" w:rsidRDefault="00000000">
            <w:pPr>
              <w:spacing w:after="0" w:line="240" w:lineRule="auto"/>
              <w:jc w:val="center"/>
            </w:pPr>
            <w:r>
              <w:rPr>
                <w:sz w:val="14"/>
              </w:rPr>
              <w:t>G/A/R</w:t>
            </w:r>
          </w:p>
        </w:tc>
        <w:tc>
          <w:tcPr>
            <w:tcW w:w="2211" w:type="dxa"/>
            <w:shd w:val="clear" w:color="auto" w:fill="FFFFFF"/>
            <w:tcMar>
              <w:top w:w="75" w:type="dxa"/>
              <w:left w:w="85" w:type="dxa"/>
              <w:bottom w:w="75" w:type="dxa"/>
              <w:right w:w="85" w:type="dxa"/>
            </w:tcMar>
            <w:vAlign w:val="center"/>
          </w:tcPr>
          <w:p w14:paraId="4147A36A" w14:textId="77777777" w:rsidR="008C77F8" w:rsidRDefault="008C77F8">
            <w:pPr>
              <w:spacing w:after="0" w:line="240" w:lineRule="auto"/>
            </w:pPr>
          </w:p>
        </w:tc>
        <w:tc>
          <w:tcPr>
            <w:tcW w:w="1984" w:type="dxa"/>
            <w:shd w:val="clear" w:color="auto" w:fill="FFFFFF"/>
            <w:tcMar>
              <w:top w:w="75" w:type="dxa"/>
              <w:left w:w="85" w:type="dxa"/>
              <w:bottom w:w="75" w:type="dxa"/>
              <w:right w:w="85" w:type="dxa"/>
            </w:tcMar>
            <w:vAlign w:val="center"/>
          </w:tcPr>
          <w:p w14:paraId="7454FA3D" w14:textId="77777777" w:rsidR="008C77F8" w:rsidRDefault="008C77F8">
            <w:pPr>
              <w:spacing w:after="0" w:line="240" w:lineRule="auto"/>
            </w:pPr>
          </w:p>
        </w:tc>
      </w:tr>
      <w:tr w:rsidR="008C77F8" w14:paraId="13F789C7" w14:textId="77777777">
        <w:trPr>
          <w:cantSplit/>
          <w:jc w:val="center"/>
        </w:trPr>
        <w:tc>
          <w:tcPr>
            <w:tcW w:w="1361" w:type="dxa"/>
            <w:shd w:val="clear" w:color="auto" w:fill="FAFAFA"/>
            <w:tcMar>
              <w:top w:w="75" w:type="dxa"/>
              <w:left w:w="85" w:type="dxa"/>
              <w:bottom w:w="75" w:type="dxa"/>
              <w:right w:w="85" w:type="dxa"/>
            </w:tcMar>
            <w:vAlign w:val="center"/>
          </w:tcPr>
          <w:p w14:paraId="51E560D8"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67C116CF" w14:textId="77777777" w:rsidR="008C77F8" w:rsidRDefault="008C77F8">
            <w:pPr>
              <w:spacing w:after="0" w:line="240" w:lineRule="auto"/>
            </w:pPr>
          </w:p>
        </w:tc>
        <w:tc>
          <w:tcPr>
            <w:tcW w:w="1814" w:type="dxa"/>
            <w:shd w:val="clear" w:color="auto" w:fill="FAFAFA"/>
            <w:tcMar>
              <w:top w:w="75" w:type="dxa"/>
              <w:left w:w="85" w:type="dxa"/>
              <w:bottom w:w="75" w:type="dxa"/>
              <w:right w:w="85" w:type="dxa"/>
            </w:tcMar>
            <w:vAlign w:val="center"/>
          </w:tcPr>
          <w:p w14:paraId="7594E2F4" w14:textId="77777777" w:rsidR="008C77F8" w:rsidRDefault="008C77F8">
            <w:pPr>
              <w:spacing w:after="0" w:line="240" w:lineRule="auto"/>
            </w:pPr>
          </w:p>
        </w:tc>
        <w:tc>
          <w:tcPr>
            <w:tcW w:w="907" w:type="dxa"/>
            <w:shd w:val="clear" w:color="auto" w:fill="FAFAFA"/>
            <w:tcMar>
              <w:top w:w="75" w:type="dxa"/>
              <w:left w:w="85" w:type="dxa"/>
              <w:bottom w:w="75" w:type="dxa"/>
              <w:right w:w="85" w:type="dxa"/>
            </w:tcMar>
            <w:vAlign w:val="center"/>
          </w:tcPr>
          <w:p w14:paraId="6BD3B016" w14:textId="77777777" w:rsidR="008C77F8" w:rsidRDefault="00000000">
            <w:pPr>
              <w:spacing w:after="0" w:line="240" w:lineRule="auto"/>
              <w:jc w:val="center"/>
            </w:pPr>
            <w:r>
              <w:rPr>
                <w:sz w:val="14"/>
              </w:rPr>
              <w:t>G/A/R</w:t>
            </w:r>
          </w:p>
        </w:tc>
        <w:tc>
          <w:tcPr>
            <w:tcW w:w="2211" w:type="dxa"/>
            <w:shd w:val="clear" w:color="auto" w:fill="FAFAFA"/>
            <w:tcMar>
              <w:top w:w="75" w:type="dxa"/>
              <w:left w:w="85" w:type="dxa"/>
              <w:bottom w:w="75" w:type="dxa"/>
              <w:right w:w="85" w:type="dxa"/>
            </w:tcMar>
            <w:vAlign w:val="center"/>
          </w:tcPr>
          <w:p w14:paraId="3317292A" w14:textId="77777777" w:rsidR="008C77F8" w:rsidRDefault="008C77F8">
            <w:pPr>
              <w:spacing w:after="0" w:line="240" w:lineRule="auto"/>
            </w:pPr>
          </w:p>
        </w:tc>
        <w:tc>
          <w:tcPr>
            <w:tcW w:w="1984" w:type="dxa"/>
            <w:shd w:val="clear" w:color="auto" w:fill="FAFAFA"/>
            <w:tcMar>
              <w:top w:w="75" w:type="dxa"/>
              <w:left w:w="85" w:type="dxa"/>
              <w:bottom w:w="75" w:type="dxa"/>
              <w:right w:w="85" w:type="dxa"/>
            </w:tcMar>
            <w:vAlign w:val="center"/>
          </w:tcPr>
          <w:p w14:paraId="1A92FCC3" w14:textId="77777777" w:rsidR="008C77F8" w:rsidRDefault="008C77F8">
            <w:pPr>
              <w:spacing w:after="0" w:line="240" w:lineRule="auto"/>
            </w:pPr>
          </w:p>
        </w:tc>
      </w:tr>
      <w:tr w:rsidR="008C77F8" w14:paraId="516EBE56" w14:textId="77777777">
        <w:trPr>
          <w:cantSplit/>
          <w:jc w:val="center"/>
        </w:trPr>
        <w:tc>
          <w:tcPr>
            <w:tcW w:w="1361" w:type="dxa"/>
            <w:shd w:val="clear" w:color="auto" w:fill="FFFFFF"/>
            <w:tcMar>
              <w:top w:w="75" w:type="dxa"/>
              <w:left w:w="85" w:type="dxa"/>
              <w:bottom w:w="75" w:type="dxa"/>
              <w:right w:w="85" w:type="dxa"/>
            </w:tcMar>
            <w:vAlign w:val="center"/>
          </w:tcPr>
          <w:p w14:paraId="1A6D4EF8" w14:textId="77777777" w:rsidR="008C77F8" w:rsidRDefault="008C77F8">
            <w:pPr>
              <w:spacing w:after="0" w:line="240" w:lineRule="auto"/>
            </w:pPr>
          </w:p>
        </w:tc>
        <w:tc>
          <w:tcPr>
            <w:tcW w:w="1644" w:type="dxa"/>
            <w:shd w:val="clear" w:color="auto" w:fill="FFFFFF"/>
            <w:tcMar>
              <w:top w:w="75" w:type="dxa"/>
              <w:left w:w="85" w:type="dxa"/>
              <w:bottom w:w="75" w:type="dxa"/>
              <w:right w:w="85" w:type="dxa"/>
            </w:tcMar>
            <w:vAlign w:val="center"/>
          </w:tcPr>
          <w:p w14:paraId="6E7B31FE" w14:textId="77777777" w:rsidR="008C77F8" w:rsidRDefault="008C77F8">
            <w:pPr>
              <w:spacing w:after="0" w:line="240" w:lineRule="auto"/>
            </w:pPr>
          </w:p>
        </w:tc>
        <w:tc>
          <w:tcPr>
            <w:tcW w:w="1814" w:type="dxa"/>
            <w:shd w:val="clear" w:color="auto" w:fill="FFFFFF"/>
            <w:tcMar>
              <w:top w:w="75" w:type="dxa"/>
              <w:left w:w="85" w:type="dxa"/>
              <w:bottom w:w="75" w:type="dxa"/>
              <w:right w:w="85" w:type="dxa"/>
            </w:tcMar>
            <w:vAlign w:val="center"/>
          </w:tcPr>
          <w:p w14:paraId="0739DC6E" w14:textId="77777777" w:rsidR="008C77F8" w:rsidRDefault="008C77F8">
            <w:pPr>
              <w:spacing w:after="0" w:line="240" w:lineRule="auto"/>
            </w:pPr>
          </w:p>
        </w:tc>
        <w:tc>
          <w:tcPr>
            <w:tcW w:w="907" w:type="dxa"/>
            <w:shd w:val="clear" w:color="auto" w:fill="FFFFFF"/>
            <w:tcMar>
              <w:top w:w="75" w:type="dxa"/>
              <w:left w:w="85" w:type="dxa"/>
              <w:bottom w:w="75" w:type="dxa"/>
              <w:right w:w="85" w:type="dxa"/>
            </w:tcMar>
            <w:vAlign w:val="center"/>
          </w:tcPr>
          <w:p w14:paraId="51CA24E0" w14:textId="77777777" w:rsidR="008C77F8" w:rsidRDefault="00000000">
            <w:pPr>
              <w:spacing w:after="0" w:line="240" w:lineRule="auto"/>
              <w:jc w:val="center"/>
            </w:pPr>
            <w:r>
              <w:rPr>
                <w:sz w:val="14"/>
              </w:rPr>
              <w:t>G/A/R</w:t>
            </w:r>
          </w:p>
        </w:tc>
        <w:tc>
          <w:tcPr>
            <w:tcW w:w="2211" w:type="dxa"/>
            <w:shd w:val="clear" w:color="auto" w:fill="FFFFFF"/>
            <w:tcMar>
              <w:top w:w="75" w:type="dxa"/>
              <w:left w:w="85" w:type="dxa"/>
              <w:bottom w:w="75" w:type="dxa"/>
              <w:right w:w="85" w:type="dxa"/>
            </w:tcMar>
            <w:vAlign w:val="center"/>
          </w:tcPr>
          <w:p w14:paraId="52F59910" w14:textId="77777777" w:rsidR="008C77F8" w:rsidRDefault="008C77F8">
            <w:pPr>
              <w:spacing w:after="0" w:line="240" w:lineRule="auto"/>
            </w:pPr>
          </w:p>
        </w:tc>
        <w:tc>
          <w:tcPr>
            <w:tcW w:w="1984" w:type="dxa"/>
            <w:shd w:val="clear" w:color="auto" w:fill="FFFFFF"/>
            <w:tcMar>
              <w:top w:w="75" w:type="dxa"/>
              <w:left w:w="85" w:type="dxa"/>
              <w:bottom w:w="75" w:type="dxa"/>
              <w:right w:w="85" w:type="dxa"/>
            </w:tcMar>
            <w:vAlign w:val="center"/>
          </w:tcPr>
          <w:p w14:paraId="32FDE609" w14:textId="77777777" w:rsidR="008C77F8" w:rsidRDefault="008C77F8">
            <w:pPr>
              <w:spacing w:after="0" w:line="240" w:lineRule="auto"/>
            </w:pPr>
          </w:p>
        </w:tc>
      </w:tr>
      <w:tr w:rsidR="008C77F8" w14:paraId="42E67E7B" w14:textId="77777777">
        <w:trPr>
          <w:cantSplit/>
          <w:jc w:val="center"/>
        </w:trPr>
        <w:tc>
          <w:tcPr>
            <w:tcW w:w="1361" w:type="dxa"/>
            <w:shd w:val="clear" w:color="auto" w:fill="FAFAFA"/>
            <w:tcMar>
              <w:top w:w="75" w:type="dxa"/>
              <w:left w:w="85" w:type="dxa"/>
              <w:bottom w:w="75" w:type="dxa"/>
              <w:right w:w="85" w:type="dxa"/>
            </w:tcMar>
            <w:vAlign w:val="center"/>
          </w:tcPr>
          <w:p w14:paraId="2088C5A2" w14:textId="77777777" w:rsidR="008C77F8" w:rsidRDefault="008C77F8">
            <w:pPr>
              <w:spacing w:after="0" w:line="240" w:lineRule="auto"/>
            </w:pPr>
          </w:p>
        </w:tc>
        <w:tc>
          <w:tcPr>
            <w:tcW w:w="1644" w:type="dxa"/>
            <w:shd w:val="clear" w:color="auto" w:fill="FAFAFA"/>
            <w:tcMar>
              <w:top w:w="75" w:type="dxa"/>
              <w:left w:w="85" w:type="dxa"/>
              <w:bottom w:w="75" w:type="dxa"/>
              <w:right w:w="85" w:type="dxa"/>
            </w:tcMar>
            <w:vAlign w:val="center"/>
          </w:tcPr>
          <w:p w14:paraId="3A1289E8" w14:textId="77777777" w:rsidR="008C77F8" w:rsidRDefault="008C77F8">
            <w:pPr>
              <w:spacing w:after="0" w:line="240" w:lineRule="auto"/>
            </w:pPr>
          </w:p>
        </w:tc>
        <w:tc>
          <w:tcPr>
            <w:tcW w:w="1814" w:type="dxa"/>
            <w:shd w:val="clear" w:color="auto" w:fill="FAFAFA"/>
            <w:tcMar>
              <w:top w:w="75" w:type="dxa"/>
              <w:left w:w="85" w:type="dxa"/>
              <w:bottom w:w="75" w:type="dxa"/>
              <w:right w:w="85" w:type="dxa"/>
            </w:tcMar>
            <w:vAlign w:val="center"/>
          </w:tcPr>
          <w:p w14:paraId="744149A4" w14:textId="77777777" w:rsidR="008C77F8" w:rsidRDefault="008C77F8">
            <w:pPr>
              <w:spacing w:after="0" w:line="240" w:lineRule="auto"/>
            </w:pPr>
          </w:p>
        </w:tc>
        <w:tc>
          <w:tcPr>
            <w:tcW w:w="907" w:type="dxa"/>
            <w:shd w:val="clear" w:color="auto" w:fill="FAFAFA"/>
            <w:tcMar>
              <w:top w:w="75" w:type="dxa"/>
              <w:left w:w="85" w:type="dxa"/>
              <w:bottom w:w="75" w:type="dxa"/>
              <w:right w:w="85" w:type="dxa"/>
            </w:tcMar>
            <w:vAlign w:val="center"/>
          </w:tcPr>
          <w:p w14:paraId="07B319E8" w14:textId="77777777" w:rsidR="008C77F8" w:rsidRDefault="00000000">
            <w:pPr>
              <w:spacing w:after="0" w:line="240" w:lineRule="auto"/>
              <w:jc w:val="center"/>
            </w:pPr>
            <w:r>
              <w:rPr>
                <w:sz w:val="14"/>
              </w:rPr>
              <w:t>G/A/R</w:t>
            </w:r>
          </w:p>
        </w:tc>
        <w:tc>
          <w:tcPr>
            <w:tcW w:w="2211" w:type="dxa"/>
            <w:shd w:val="clear" w:color="auto" w:fill="FAFAFA"/>
            <w:tcMar>
              <w:top w:w="75" w:type="dxa"/>
              <w:left w:w="85" w:type="dxa"/>
              <w:bottom w:w="75" w:type="dxa"/>
              <w:right w:w="85" w:type="dxa"/>
            </w:tcMar>
            <w:vAlign w:val="center"/>
          </w:tcPr>
          <w:p w14:paraId="7CF5A089" w14:textId="77777777" w:rsidR="008C77F8" w:rsidRDefault="008C77F8">
            <w:pPr>
              <w:spacing w:after="0" w:line="240" w:lineRule="auto"/>
            </w:pPr>
          </w:p>
        </w:tc>
        <w:tc>
          <w:tcPr>
            <w:tcW w:w="1984" w:type="dxa"/>
            <w:shd w:val="clear" w:color="auto" w:fill="FAFAFA"/>
            <w:tcMar>
              <w:top w:w="75" w:type="dxa"/>
              <w:left w:w="85" w:type="dxa"/>
              <w:bottom w:w="75" w:type="dxa"/>
              <w:right w:w="85" w:type="dxa"/>
            </w:tcMar>
            <w:vAlign w:val="center"/>
          </w:tcPr>
          <w:p w14:paraId="761C9E01" w14:textId="77777777" w:rsidR="008C77F8" w:rsidRDefault="008C77F8">
            <w:pPr>
              <w:spacing w:after="0" w:line="240" w:lineRule="auto"/>
            </w:pPr>
          </w:p>
        </w:tc>
      </w:tr>
    </w:tbl>
    <w:p w14:paraId="1F8F00BD" w14:textId="77777777" w:rsidR="008C77F8" w:rsidRDefault="008C77F8">
      <w:pPr>
        <w:spacing w:after="20"/>
      </w:pPr>
    </w:p>
    <w:p w14:paraId="4C1C1426" w14:textId="77777777" w:rsidR="008C77F8" w:rsidRDefault="00000000">
      <w:pPr>
        <w:pStyle w:val="Heading2"/>
      </w:pPr>
      <w:r>
        <w:t>Evaluarea finală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C77F8" w14:paraId="531C4833" w14:textId="77777777">
        <w:trPr>
          <w:tblHeader/>
          <w:jc w:val="center"/>
        </w:trPr>
        <w:tc>
          <w:tcPr>
            <w:tcW w:w="3118" w:type="dxa"/>
            <w:shd w:val="clear" w:color="auto" w:fill="D71920"/>
            <w:tcMar>
              <w:top w:w="75" w:type="dxa"/>
              <w:left w:w="85" w:type="dxa"/>
              <w:bottom w:w="75" w:type="dxa"/>
              <w:right w:w="85" w:type="dxa"/>
            </w:tcMar>
            <w:vAlign w:val="center"/>
          </w:tcPr>
          <w:p w14:paraId="6C3DC633" w14:textId="77777777" w:rsidR="008C77F8" w:rsidRDefault="00000000">
            <w:pPr>
              <w:spacing w:after="0" w:line="240" w:lineRule="auto"/>
              <w:jc w:val="center"/>
            </w:pPr>
            <w:r>
              <w:rPr>
                <w:b/>
                <w:color w:val="FFFFFF"/>
                <w:sz w:val="15"/>
              </w:rPr>
              <w:t>ELEMENT</w:t>
            </w:r>
          </w:p>
        </w:tc>
        <w:tc>
          <w:tcPr>
            <w:tcW w:w="6803" w:type="dxa"/>
            <w:shd w:val="clear" w:color="auto" w:fill="D71920"/>
            <w:tcMar>
              <w:top w:w="75" w:type="dxa"/>
              <w:left w:w="85" w:type="dxa"/>
              <w:bottom w:w="75" w:type="dxa"/>
              <w:right w:w="85" w:type="dxa"/>
            </w:tcMar>
            <w:vAlign w:val="center"/>
          </w:tcPr>
          <w:p w14:paraId="18E98EE9" w14:textId="77777777" w:rsidR="008C77F8" w:rsidRDefault="00000000">
            <w:pPr>
              <w:spacing w:after="0" w:line="240" w:lineRule="auto"/>
              <w:jc w:val="center"/>
            </w:pPr>
            <w:r>
              <w:rPr>
                <w:b/>
                <w:color w:val="FFFFFF"/>
                <w:sz w:val="15"/>
              </w:rPr>
              <w:t>CONCLUZIE</w:t>
            </w:r>
          </w:p>
        </w:tc>
      </w:tr>
      <w:tr w:rsidR="008C77F8" w14:paraId="5BE36E9F" w14:textId="77777777">
        <w:trPr>
          <w:cantSplit/>
          <w:jc w:val="center"/>
        </w:trPr>
        <w:tc>
          <w:tcPr>
            <w:tcW w:w="3118" w:type="dxa"/>
            <w:shd w:val="clear" w:color="auto" w:fill="FFFFFF"/>
            <w:tcMar>
              <w:top w:w="75" w:type="dxa"/>
              <w:left w:w="85" w:type="dxa"/>
              <w:bottom w:w="75" w:type="dxa"/>
              <w:right w:w="85" w:type="dxa"/>
            </w:tcMar>
            <w:vAlign w:val="center"/>
          </w:tcPr>
          <w:p w14:paraId="7F0AB845" w14:textId="77777777" w:rsidR="008C77F8" w:rsidRDefault="00000000">
            <w:pPr>
              <w:spacing w:after="0" w:line="240" w:lineRule="auto"/>
            </w:pPr>
            <w:r>
              <w:rPr>
                <w:sz w:val="15"/>
              </w:rPr>
              <w:t>Rezultat final</w:t>
            </w:r>
          </w:p>
        </w:tc>
        <w:tc>
          <w:tcPr>
            <w:tcW w:w="6803" w:type="dxa"/>
            <w:shd w:val="clear" w:color="auto" w:fill="FFFFFF"/>
            <w:tcMar>
              <w:top w:w="75" w:type="dxa"/>
              <w:left w:w="85" w:type="dxa"/>
              <w:bottom w:w="75" w:type="dxa"/>
              <w:right w:w="85" w:type="dxa"/>
            </w:tcMar>
            <w:vAlign w:val="center"/>
          </w:tcPr>
          <w:p w14:paraId="594C36E9" w14:textId="77777777" w:rsidR="008C77F8" w:rsidRDefault="008C77F8">
            <w:pPr>
              <w:spacing w:after="0" w:line="240" w:lineRule="auto"/>
            </w:pPr>
          </w:p>
        </w:tc>
      </w:tr>
      <w:tr w:rsidR="008C77F8" w:rsidRPr="00823051" w14:paraId="590DC8DE" w14:textId="77777777">
        <w:trPr>
          <w:cantSplit/>
          <w:jc w:val="center"/>
        </w:trPr>
        <w:tc>
          <w:tcPr>
            <w:tcW w:w="3118" w:type="dxa"/>
            <w:shd w:val="clear" w:color="auto" w:fill="FAFAFA"/>
            <w:tcMar>
              <w:top w:w="75" w:type="dxa"/>
              <w:left w:w="85" w:type="dxa"/>
              <w:bottom w:w="75" w:type="dxa"/>
              <w:right w:w="85" w:type="dxa"/>
            </w:tcMar>
            <w:vAlign w:val="center"/>
          </w:tcPr>
          <w:p w14:paraId="3F17ABC5" w14:textId="77777777" w:rsidR="008C77F8" w:rsidRDefault="00000000">
            <w:pPr>
              <w:spacing w:after="0" w:line="240" w:lineRule="auto"/>
            </w:pPr>
            <w:r>
              <w:rPr>
                <w:sz w:val="15"/>
              </w:rPr>
              <w:t>Obiectiv</w:t>
            </w:r>
          </w:p>
        </w:tc>
        <w:tc>
          <w:tcPr>
            <w:tcW w:w="6803" w:type="dxa"/>
            <w:shd w:val="clear" w:color="auto" w:fill="FAFAFA"/>
            <w:tcMar>
              <w:top w:w="75" w:type="dxa"/>
              <w:left w:w="85" w:type="dxa"/>
              <w:bottom w:w="75" w:type="dxa"/>
              <w:right w:w="85" w:type="dxa"/>
            </w:tcMar>
            <w:vAlign w:val="center"/>
          </w:tcPr>
          <w:p w14:paraId="0A256E86" w14:textId="77777777" w:rsidR="008C77F8" w:rsidRPr="00823051" w:rsidRDefault="00000000">
            <w:pPr>
              <w:spacing w:after="0" w:line="240" w:lineRule="auto"/>
              <w:rPr>
                <w:lang w:val="fr-FR"/>
              </w:rPr>
            </w:pPr>
            <w:r w:rsidRPr="00823051">
              <w:rPr>
                <w:sz w:val="15"/>
                <w:lang w:val="fr-FR"/>
              </w:rPr>
              <w:t>[ ] Atins   [ ] Parțial atins   [ ] Neatins   [ ] Anulat justificat</w:t>
            </w:r>
          </w:p>
        </w:tc>
      </w:tr>
      <w:tr w:rsidR="008C77F8" w14:paraId="4299FF61" w14:textId="77777777">
        <w:trPr>
          <w:cantSplit/>
          <w:jc w:val="center"/>
        </w:trPr>
        <w:tc>
          <w:tcPr>
            <w:tcW w:w="3118" w:type="dxa"/>
            <w:shd w:val="clear" w:color="auto" w:fill="FFFFFF"/>
            <w:tcMar>
              <w:top w:w="75" w:type="dxa"/>
              <w:left w:w="85" w:type="dxa"/>
              <w:bottom w:w="75" w:type="dxa"/>
              <w:right w:w="85" w:type="dxa"/>
            </w:tcMar>
            <w:vAlign w:val="center"/>
          </w:tcPr>
          <w:p w14:paraId="00DFE3B7" w14:textId="77777777" w:rsidR="008C77F8" w:rsidRDefault="00000000">
            <w:pPr>
              <w:spacing w:after="0" w:line="240" w:lineRule="auto"/>
            </w:pPr>
            <w:r>
              <w:rPr>
                <w:sz w:val="15"/>
              </w:rPr>
              <w:t>Eficacitatea măsurilor</w:t>
            </w:r>
          </w:p>
        </w:tc>
        <w:tc>
          <w:tcPr>
            <w:tcW w:w="6803" w:type="dxa"/>
            <w:shd w:val="clear" w:color="auto" w:fill="FFFFFF"/>
            <w:tcMar>
              <w:top w:w="75" w:type="dxa"/>
              <w:left w:w="85" w:type="dxa"/>
              <w:bottom w:w="75" w:type="dxa"/>
              <w:right w:w="85" w:type="dxa"/>
            </w:tcMar>
            <w:vAlign w:val="center"/>
          </w:tcPr>
          <w:p w14:paraId="282F88A6" w14:textId="77777777" w:rsidR="008C77F8" w:rsidRDefault="008C77F8">
            <w:pPr>
              <w:spacing w:after="0" w:line="240" w:lineRule="auto"/>
            </w:pPr>
          </w:p>
        </w:tc>
      </w:tr>
      <w:tr w:rsidR="008C77F8" w14:paraId="13417E86" w14:textId="77777777">
        <w:trPr>
          <w:cantSplit/>
          <w:jc w:val="center"/>
        </w:trPr>
        <w:tc>
          <w:tcPr>
            <w:tcW w:w="3118" w:type="dxa"/>
            <w:shd w:val="clear" w:color="auto" w:fill="FAFAFA"/>
            <w:tcMar>
              <w:top w:w="75" w:type="dxa"/>
              <w:left w:w="85" w:type="dxa"/>
              <w:bottom w:w="75" w:type="dxa"/>
              <w:right w:w="85" w:type="dxa"/>
            </w:tcMar>
            <w:vAlign w:val="center"/>
          </w:tcPr>
          <w:p w14:paraId="28E6FEA0" w14:textId="77777777" w:rsidR="008C77F8" w:rsidRDefault="00000000">
            <w:pPr>
              <w:spacing w:after="0" w:line="240" w:lineRule="auto"/>
            </w:pPr>
            <w:r>
              <w:rPr>
                <w:sz w:val="15"/>
              </w:rPr>
              <w:t>Efecte secundare / compromisuri</w:t>
            </w:r>
          </w:p>
        </w:tc>
        <w:tc>
          <w:tcPr>
            <w:tcW w:w="6803" w:type="dxa"/>
            <w:shd w:val="clear" w:color="auto" w:fill="FAFAFA"/>
            <w:tcMar>
              <w:top w:w="75" w:type="dxa"/>
              <w:left w:w="85" w:type="dxa"/>
              <w:bottom w:w="75" w:type="dxa"/>
              <w:right w:w="85" w:type="dxa"/>
            </w:tcMar>
            <w:vAlign w:val="center"/>
          </w:tcPr>
          <w:p w14:paraId="40C2FBC5" w14:textId="77777777" w:rsidR="008C77F8" w:rsidRDefault="008C77F8">
            <w:pPr>
              <w:spacing w:after="0" w:line="240" w:lineRule="auto"/>
            </w:pPr>
          </w:p>
        </w:tc>
      </w:tr>
      <w:tr w:rsidR="008C77F8" w14:paraId="723BD8A4" w14:textId="77777777">
        <w:trPr>
          <w:cantSplit/>
          <w:jc w:val="center"/>
        </w:trPr>
        <w:tc>
          <w:tcPr>
            <w:tcW w:w="3118" w:type="dxa"/>
            <w:shd w:val="clear" w:color="auto" w:fill="FFFFFF"/>
            <w:tcMar>
              <w:top w:w="75" w:type="dxa"/>
              <w:left w:w="85" w:type="dxa"/>
              <w:bottom w:w="75" w:type="dxa"/>
              <w:right w:w="85" w:type="dxa"/>
            </w:tcMar>
            <w:vAlign w:val="center"/>
          </w:tcPr>
          <w:p w14:paraId="529F98DF" w14:textId="77777777" w:rsidR="008C77F8" w:rsidRDefault="00000000">
            <w:pPr>
              <w:spacing w:after="0" w:line="240" w:lineRule="auto"/>
            </w:pPr>
            <w:r>
              <w:rPr>
                <w:sz w:val="15"/>
              </w:rPr>
              <w:t>Lecții învățate</w:t>
            </w:r>
          </w:p>
        </w:tc>
        <w:tc>
          <w:tcPr>
            <w:tcW w:w="6803" w:type="dxa"/>
            <w:shd w:val="clear" w:color="auto" w:fill="FFFFFF"/>
            <w:tcMar>
              <w:top w:w="75" w:type="dxa"/>
              <w:left w:w="85" w:type="dxa"/>
              <w:bottom w:w="75" w:type="dxa"/>
              <w:right w:w="85" w:type="dxa"/>
            </w:tcMar>
            <w:vAlign w:val="center"/>
          </w:tcPr>
          <w:p w14:paraId="4FB873B5" w14:textId="77777777" w:rsidR="008C77F8" w:rsidRDefault="008C77F8">
            <w:pPr>
              <w:spacing w:after="0" w:line="240" w:lineRule="auto"/>
            </w:pPr>
          </w:p>
        </w:tc>
      </w:tr>
      <w:tr w:rsidR="008C77F8" w14:paraId="3FCA2F9A" w14:textId="77777777">
        <w:trPr>
          <w:cantSplit/>
          <w:jc w:val="center"/>
        </w:trPr>
        <w:tc>
          <w:tcPr>
            <w:tcW w:w="3118" w:type="dxa"/>
            <w:shd w:val="clear" w:color="auto" w:fill="FAFAFA"/>
            <w:tcMar>
              <w:top w:w="75" w:type="dxa"/>
              <w:left w:w="85" w:type="dxa"/>
              <w:bottom w:w="75" w:type="dxa"/>
              <w:right w:w="85" w:type="dxa"/>
            </w:tcMar>
            <w:vAlign w:val="center"/>
          </w:tcPr>
          <w:p w14:paraId="7CF30F60" w14:textId="77777777" w:rsidR="008C77F8" w:rsidRDefault="00000000">
            <w:pPr>
              <w:spacing w:after="0" w:line="240" w:lineRule="auto"/>
            </w:pPr>
            <w:r>
              <w:rPr>
                <w:sz w:val="15"/>
              </w:rPr>
              <w:t>Decizie</w:t>
            </w:r>
          </w:p>
        </w:tc>
        <w:tc>
          <w:tcPr>
            <w:tcW w:w="6803" w:type="dxa"/>
            <w:shd w:val="clear" w:color="auto" w:fill="FAFAFA"/>
            <w:tcMar>
              <w:top w:w="75" w:type="dxa"/>
              <w:left w:w="85" w:type="dxa"/>
              <w:bottom w:w="75" w:type="dxa"/>
              <w:right w:w="85" w:type="dxa"/>
            </w:tcMar>
            <w:vAlign w:val="center"/>
          </w:tcPr>
          <w:p w14:paraId="13A1C333" w14:textId="77777777" w:rsidR="008C77F8" w:rsidRDefault="00000000">
            <w:pPr>
              <w:spacing w:after="0" w:line="240" w:lineRule="auto"/>
            </w:pPr>
            <w:r>
              <w:rPr>
                <w:sz w:val="15"/>
              </w:rPr>
              <w:t>[ ] Menținere   [ ] Continuare   [ ] Revizuire   [ ] Înlocuire   [ ] Închidere</w:t>
            </w:r>
          </w:p>
        </w:tc>
      </w:tr>
      <w:tr w:rsidR="008C77F8" w14:paraId="6E0E703D" w14:textId="77777777">
        <w:trPr>
          <w:cantSplit/>
          <w:jc w:val="center"/>
        </w:trPr>
        <w:tc>
          <w:tcPr>
            <w:tcW w:w="3118" w:type="dxa"/>
            <w:shd w:val="clear" w:color="auto" w:fill="FFFFFF"/>
            <w:tcMar>
              <w:top w:w="75" w:type="dxa"/>
              <w:left w:w="85" w:type="dxa"/>
              <w:bottom w:w="75" w:type="dxa"/>
              <w:right w:w="85" w:type="dxa"/>
            </w:tcMar>
            <w:vAlign w:val="center"/>
          </w:tcPr>
          <w:p w14:paraId="4A910A00" w14:textId="77777777" w:rsidR="008C77F8" w:rsidRDefault="00000000">
            <w:pPr>
              <w:spacing w:after="0" w:line="240" w:lineRule="auto"/>
            </w:pPr>
            <w:r>
              <w:rPr>
                <w:sz w:val="15"/>
              </w:rPr>
              <w:t>Aprobare / dată</w:t>
            </w:r>
          </w:p>
        </w:tc>
        <w:tc>
          <w:tcPr>
            <w:tcW w:w="6803" w:type="dxa"/>
            <w:shd w:val="clear" w:color="auto" w:fill="FFFFFF"/>
            <w:tcMar>
              <w:top w:w="75" w:type="dxa"/>
              <w:left w:w="85" w:type="dxa"/>
              <w:bottom w:w="75" w:type="dxa"/>
              <w:right w:w="85" w:type="dxa"/>
            </w:tcMar>
            <w:vAlign w:val="center"/>
          </w:tcPr>
          <w:p w14:paraId="393980C9" w14:textId="77777777" w:rsidR="008C77F8" w:rsidRDefault="008C77F8">
            <w:pPr>
              <w:spacing w:after="0" w:line="240" w:lineRule="auto"/>
            </w:pPr>
          </w:p>
        </w:tc>
      </w:tr>
    </w:tbl>
    <w:p w14:paraId="3AF4D078" w14:textId="77777777" w:rsidR="008C77F8" w:rsidRDefault="008C77F8">
      <w:pPr>
        <w:spacing w:after="20"/>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6067AAA3" w14:textId="77777777">
        <w:trPr>
          <w:jc w:val="center"/>
        </w:trPr>
        <w:tc>
          <w:tcPr>
            <w:tcW w:w="1020" w:type="dxa"/>
            <w:shd w:val="clear" w:color="auto" w:fill="D71920"/>
            <w:tcMar>
              <w:top w:w="75" w:type="dxa"/>
              <w:left w:w="85" w:type="dxa"/>
              <w:bottom w:w="75" w:type="dxa"/>
              <w:right w:w="85" w:type="dxa"/>
            </w:tcMar>
            <w:vAlign w:val="center"/>
          </w:tcPr>
          <w:p w14:paraId="5CEE4C41" w14:textId="77777777" w:rsidR="008C77F8" w:rsidRDefault="00000000">
            <w:pPr>
              <w:spacing w:after="0" w:line="240" w:lineRule="auto"/>
              <w:jc w:val="center"/>
            </w:pPr>
            <w:r>
              <w:rPr>
                <w:b/>
                <w:color w:val="FFFFFF"/>
                <w:sz w:val="34"/>
              </w:rPr>
              <w:t>6</w:t>
            </w:r>
          </w:p>
        </w:tc>
        <w:tc>
          <w:tcPr>
            <w:tcW w:w="8901" w:type="dxa"/>
            <w:shd w:val="clear" w:color="auto" w:fill="F3F4F5"/>
          </w:tcPr>
          <w:p w14:paraId="3CF05073" w14:textId="77777777" w:rsidR="008C77F8" w:rsidRPr="00823051" w:rsidRDefault="00000000">
            <w:pPr>
              <w:spacing w:after="20"/>
              <w:rPr>
                <w:lang w:val="fr-FR"/>
              </w:rPr>
            </w:pPr>
            <w:r w:rsidRPr="00823051">
              <w:rPr>
                <w:b/>
                <w:sz w:val="28"/>
                <w:lang w:val="fr-FR"/>
              </w:rPr>
              <w:t>Exemplu completat</w:t>
            </w:r>
          </w:p>
          <w:p w14:paraId="6A4B28C3" w14:textId="77777777" w:rsidR="008C77F8" w:rsidRPr="00823051" w:rsidRDefault="00000000">
            <w:pPr>
              <w:spacing w:after="0"/>
              <w:rPr>
                <w:lang w:val="fr-FR"/>
              </w:rPr>
            </w:pPr>
            <w:r w:rsidRPr="00823051">
              <w:rPr>
                <w:color w:val="666666"/>
                <w:sz w:val="16"/>
                <w:lang w:val="fr-FR"/>
              </w:rPr>
              <w:lastRenderedPageBreak/>
              <w:t>Obiectiv: reducerea riscului ergonomic la manipularea manuală - exemplu generic, de adaptat</w:t>
            </w:r>
          </w:p>
        </w:tc>
      </w:tr>
    </w:tbl>
    <w:p w14:paraId="040A1B57" w14:textId="77777777" w:rsidR="008C77F8" w:rsidRPr="00823051" w:rsidRDefault="008C77F8">
      <w:pPr>
        <w:spacing w:after="0"/>
        <w:rPr>
          <w:lang w:val="fr-FR"/>
        </w:rPr>
      </w:pPr>
    </w:p>
    <w:p w14:paraId="12C79035" w14:textId="77777777" w:rsidR="008C77F8" w:rsidRDefault="00000000">
      <w:pPr>
        <w:pStyle w:val="Heading2"/>
      </w:pPr>
      <w:r>
        <w:t>A. Formulare și indicator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8C77F8" w14:paraId="40379B2A" w14:textId="77777777">
        <w:trPr>
          <w:tblHeader/>
          <w:jc w:val="center"/>
        </w:trPr>
        <w:tc>
          <w:tcPr>
            <w:tcW w:w="2551" w:type="dxa"/>
            <w:shd w:val="clear" w:color="auto" w:fill="D71920"/>
            <w:tcMar>
              <w:top w:w="75" w:type="dxa"/>
              <w:left w:w="85" w:type="dxa"/>
              <w:bottom w:w="75" w:type="dxa"/>
              <w:right w:w="85" w:type="dxa"/>
            </w:tcMar>
            <w:vAlign w:val="center"/>
          </w:tcPr>
          <w:p w14:paraId="0CF3EC31" w14:textId="77777777" w:rsidR="008C77F8" w:rsidRDefault="00000000">
            <w:pPr>
              <w:spacing w:after="0" w:line="240" w:lineRule="auto"/>
              <w:jc w:val="center"/>
            </w:pPr>
            <w:r>
              <w:rPr>
                <w:b/>
                <w:color w:val="FFFFFF"/>
                <w:sz w:val="15"/>
              </w:rPr>
              <w:t>ELEMENT</w:t>
            </w:r>
          </w:p>
        </w:tc>
        <w:tc>
          <w:tcPr>
            <w:tcW w:w="7370" w:type="dxa"/>
            <w:shd w:val="clear" w:color="auto" w:fill="D71920"/>
            <w:tcMar>
              <w:top w:w="75" w:type="dxa"/>
              <w:left w:w="85" w:type="dxa"/>
              <w:bottom w:w="75" w:type="dxa"/>
              <w:right w:w="85" w:type="dxa"/>
            </w:tcMar>
            <w:vAlign w:val="center"/>
          </w:tcPr>
          <w:p w14:paraId="04B8CA5A" w14:textId="77777777" w:rsidR="008C77F8" w:rsidRDefault="00000000">
            <w:pPr>
              <w:spacing w:after="0" w:line="240" w:lineRule="auto"/>
              <w:jc w:val="center"/>
            </w:pPr>
            <w:r>
              <w:rPr>
                <w:b/>
                <w:color w:val="FFFFFF"/>
                <w:sz w:val="15"/>
              </w:rPr>
              <w:t>EXEMPLU COMPLETAT</w:t>
            </w:r>
          </w:p>
        </w:tc>
      </w:tr>
      <w:tr w:rsidR="008C77F8" w14:paraId="177F0ECB" w14:textId="77777777">
        <w:trPr>
          <w:cantSplit/>
          <w:jc w:val="center"/>
        </w:trPr>
        <w:tc>
          <w:tcPr>
            <w:tcW w:w="2551" w:type="dxa"/>
            <w:shd w:val="clear" w:color="auto" w:fill="FFFFFF"/>
            <w:tcMar>
              <w:top w:w="75" w:type="dxa"/>
              <w:left w:w="85" w:type="dxa"/>
              <w:bottom w:w="75" w:type="dxa"/>
              <w:right w:w="85" w:type="dxa"/>
            </w:tcMar>
            <w:vAlign w:val="center"/>
          </w:tcPr>
          <w:p w14:paraId="30486423" w14:textId="77777777" w:rsidR="008C77F8" w:rsidRDefault="00000000">
            <w:pPr>
              <w:spacing w:after="0" w:line="240" w:lineRule="auto"/>
            </w:pPr>
            <w:r>
              <w:rPr>
                <w:sz w:val="15"/>
              </w:rPr>
              <w:t>Cod / perioadă</w:t>
            </w:r>
          </w:p>
        </w:tc>
        <w:tc>
          <w:tcPr>
            <w:tcW w:w="7370" w:type="dxa"/>
            <w:shd w:val="clear" w:color="auto" w:fill="FFFFFF"/>
            <w:tcMar>
              <w:top w:w="75" w:type="dxa"/>
              <w:left w:w="85" w:type="dxa"/>
              <w:bottom w:w="75" w:type="dxa"/>
              <w:right w:w="85" w:type="dxa"/>
            </w:tcMar>
            <w:vAlign w:val="center"/>
          </w:tcPr>
          <w:p w14:paraId="6436704C" w14:textId="77777777" w:rsidR="008C77F8" w:rsidRDefault="00000000">
            <w:pPr>
              <w:spacing w:after="0" w:line="240" w:lineRule="auto"/>
            </w:pPr>
            <w:r>
              <w:rPr>
                <w:sz w:val="15"/>
              </w:rPr>
              <w:t>S-04 / 2027</w:t>
            </w:r>
          </w:p>
        </w:tc>
      </w:tr>
      <w:tr w:rsidR="008C77F8" w:rsidRPr="00823051" w14:paraId="4A9A2114" w14:textId="77777777">
        <w:trPr>
          <w:cantSplit/>
          <w:jc w:val="center"/>
        </w:trPr>
        <w:tc>
          <w:tcPr>
            <w:tcW w:w="2551" w:type="dxa"/>
            <w:shd w:val="clear" w:color="auto" w:fill="FAFAFA"/>
            <w:tcMar>
              <w:top w:w="75" w:type="dxa"/>
              <w:left w:w="85" w:type="dxa"/>
              <w:bottom w:w="75" w:type="dxa"/>
              <w:right w:w="85" w:type="dxa"/>
            </w:tcMar>
            <w:vAlign w:val="center"/>
          </w:tcPr>
          <w:p w14:paraId="00674CE7" w14:textId="77777777" w:rsidR="008C77F8" w:rsidRDefault="00000000">
            <w:pPr>
              <w:spacing w:after="0" w:line="240" w:lineRule="auto"/>
            </w:pPr>
            <w:r>
              <w:rPr>
                <w:sz w:val="15"/>
              </w:rPr>
              <w:t>Obiectiv</w:t>
            </w:r>
          </w:p>
        </w:tc>
        <w:tc>
          <w:tcPr>
            <w:tcW w:w="7370" w:type="dxa"/>
            <w:shd w:val="clear" w:color="auto" w:fill="FAFAFA"/>
            <w:tcMar>
              <w:top w:w="75" w:type="dxa"/>
              <w:left w:w="85" w:type="dxa"/>
              <w:bottom w:w="75" w:type="dxa"/>
              <w:right w:w="85" w:type="dxa"/>
            </w:tcMar>
            <w:vAlign w:val="center"/>
          </w:tcPr>
          <w:p w14:paraId="15FDF484" w14:textId="77777777" w:rsidR="008C77F8" w:rsidRPr="00823051" w:rsidRDefault="00000000">
            <w:pPr>
              <w:spacing w:after="0" w:line="240" w:lineRule="auto"/>
              <w:rPr>
                <w:lang w:val="fr-FR"/>
              </w:rPr>
            </w:pPr>
            <w:r w:rsidRPr="00823051">
              <w:rPr>
                <w:sz w:val="15"/>
                <w:lang w:val="fr-FR"/>
              </w:rPr>
              <w:t>Reducerea proporției sarcinilor de manipulare manuală evaluate cu risc ridicat de la 38% la maximum 10% până la 31.12.2027, prin eliminare, mecanizare și reproiectare, pentru cele trei zone prioritare.</w:t>
            </w:r>
          </w:p>
        </w:tc>
      </w:tr>
      <w:tr w:rsidR="008C77F8" w14:paraId="253535B7" w14:textId="77777777">
        <w:trPr>
          <w:cantSplit/>
          <w:jc w:val="center"/>
        </w:trPr>
        <w:tc>
          <w:tcPr>
            <w:tcW w:w="2551" w:type="dxa"/>
            <w:shd w:val="clear" w:color="auto" w:fill="FFFFFF"/>
            <w:tcMar>
              <w:top w:w="75" w:type="dxa"/>
              <w:left w:w="85" w:type="dxa"/>
              <w:bottom w:w="75" w:type="dxa"/>
              <w:right w:w="85" w:type="dxa"/>
            </w:tcMar>
            <w:vAlign w:val="center"/>
          </w:tcPr>
          <w:p w14:paraId="15F3DC28" w14:textId="77777777" w:rsidR="008C77F8" w:rsidRDefault="00000000">
            <w:pPr>
              <w:spacing w:after="0" w:line="240" w:lineRule="auto"/>
            </w:pPr>
            <w:r>
              <w:rPr>
                <w:sz w:val="15"/>
              </w:rPr>
              <w:t>Justificare</w:t>
            </w:r>
          </w:p>
        </w:tc>
        <w:tc>
          <w:tcPr>
            <w:tcW w:w="7370" w:type="dxa"/>
            <w:shd w:val="clear" w:color="auto" w:fill="FFFFFF"/>
            <w:tcMar>
              <w:top w:w="75" w:type="dxa"/>
              <w:left w:w="85" w:type="dxa"/>
              <w:bottom w:w="75" w:type="dxa"/>
              <w:right w:w="85" w:type="dxa"/>
            </w:tcMar>
            <w:vAlign w:val="center"/>
          </w:tcPr>
          <w:p w14:paraId="4751B90E" w14:textId="77777777" w:rsidR="008C77F8" w:rsidRDefault="00000000">
            <w:pPr>
              <w:spacing w:after="0" w:line="240" w:lineRule="auto"/>
            </w:pPr>
            <w:r>
              <w:rPr>
                <w:sz w:val="15"/>
              </w:rPr>
              <w:t>Evaluarea riscurilor și sesizările lucrătorilor indică posturi forțate, mase variabile și frecvență ridicată; au existat simptome musculoscheletale și restricții temporare.</w:t>
            </w:r>
          </w:p>
        </w:tc>
      </w:tr>
      <w:tr w:rsidR="008C77F8" w14:paraId="7A98D089" w14:textId="77777777">
        <w:trPr>
          <w:cantSplit/>
          <w:jc w:val="center"/>
        </w:trPr>
        <w:tc>
          <w:tcPr>
            <w:tcW w:w="2551" w:type="dxa"/>
            <w:shd w:val="clear" w:color="auto" w:fill="FAFAFA"/>
            <w:tcMar>
              <w:top w:w="75" w:type="dxa"/>
              <w:left w:w="85" w:type="dxa"/>
              <w:bottom w:w="75" w:type="dxa"/>
              <w:right w:w="85" w:type="dxa"/>
            </w:tcMar>
            <w:vAlign w:val="center"/>
          </w:tcPr>
          <w:p w14:paraId="055A68FA" w14:textId="77777777" w:rsidR="008C77F8" w:rsidRDefault="00000000">
            <w:pPr>
              <w:spacing w:after="0" w:line="240" w:lineRule="auto"/>
            </w:pPr>
            <w:r>
              <w:rPr>
                <w:sz w:val="15"/>
              </w:rPr>
              <w:t>Legătura cu politica</w:t>
            </w:r>
          </w:p>
        </w:tc>
        <w:tc>
          <w:tcPr>
            <w:tcW w:w="7370" w:type="dxa"/>
            <w:shd w:val="clear" w:color="auto" w:fill="FAFAFA"/>
            <w:tcMar>
              <w:top w:w="75" w:type="dxa"/>
              <w:left w:w="85" w:type="dxa"/>
              <w:bottom w:w="75" w:type="dxa"/>
              <w:right w:w="85" w:type="dxa"/>
            </w:tcMar>
            <w:vAlign w:val="center"/>
          </w:tcPr>
          <w:p w14:paraId="7879FAD6" w14:textId="77777777" w:rsidR="008C77F8" w:rsidRDefault="00000000">
            <w:pPr>
              <w:spacing w:after="0" w:line="240" w:lineRule="auto"/>
            </w:pPr>
            <w:r>
              <w:rPr>
                <w:sz w:val="15"/>
              </w:rPr>
              <w:t>Prevenirea îmbolnăvirii, eliminarea pericolelor și consultarea lucrătorilor.</w:t>
            </w:r>
          </w:p>
        </w:tc>
      </w:tr>
      <w:tr w:rsidR="008C77F8" w14:paraId="0F827AAF" w14:textId="77777777">
        <w:trPr>
          <w:cantSplit/>
          <w:jc w:val="center"/>
        </w:trPr>
        <w:tc>
          <w:tcPr>
            <w:tcW w:w="2551" w:type="dxa"/>
            <w:shd w:val="clear" w:color="auto" w:fill="FFFFFF"/>
            <w:tcMar>
              <w:top w:w="75" w:type="dxa"/>
              <w:left w:w="85" w:type="dxa"/>
              <w:bottom w:w="75" w:type="dxa"/>
              <w:right w:w="85" w:type="dxa"/>
            </w:tcMar>
            <w:vAlign w:val="center"/>
          </w:tcPr>
          <w:p w14:paraId="53850E15" w14:textId="77777777" w:rsidR="008C77F8" w:rsidRDefault="00000000">
            <w:pPr>
              <w:spacing w:after="0" w:line="240" w:lineRule="auto"/>
            </w:pPr>
            <w:r>
              <w:rPr>
                <w:sz w:val="15"/>
              </w:rPr>
              <w:t>Responsabil</w:t>
            </w:r>
          </w:p>
        </w:tc>
        <w:tc>
          <w:tcPr>
            <w:tcW w:w="7370" w:type="dxa"/>
            <w:shd w:val="clear" w:color="auto" w:fill="FFFFFF"/>
            <w:tcMar>
              <w:top w:w="75" w:type="dxa"/>
              <w:left w:w="85" w:type="dxa"/>
              <w:bottom w:w="75" w:type="dxa"/>
              <w:right w:w="85" w:type="dxa"/>
            </w:tcMar>
            <w:vAlign w:val="center"/>
          </w:tcPr>
          <w:p w14:paraId="327A0E47" w14:textId="77777777" w:rsidR="008C77F8" w:rsidRDefault="00000000">
            <w:pPr>
              <w:spacing w:after="0" w:line="240" w:lineRule="auto"/>
            </w:pPr>
            <w:r>
              <w:rPr>
                <w:sz w:val="15"/>
              </w:rPr>
              <w:t>Manager operațiuni; coordonator: responsabil SSM; reprezentanți ai lucrătorilor implicați.</w:t>
            </w:r>
          </w:p>
        </w:tc>
      </w:tr>
      <w:tr w:rsidR="008C77F8" w14:paraId="23525A3F" w14:textId="77777777">
        <w:trPr>
          <w:cantSplit/>
          <w:jc w:val="center"/>
        </w:trPr>
        <w:tc>
          <w:tcPr>
            <w:tcW w:w="2551" w:type="dxa"/>
            <w:shd w:val="clear" w:color="auto" w:fill="FAFAFA"/>
            <w:tcMar>
              <w:top w:w="75" w:type="dxa"/>
              <w:left w:w="85" w:type="dxa"/>
              <w:bottom w:w="75" w:type="dxa"/>
              <w:right w:w="85" w:type="dxa"/>
            </w:tcMar>
            <w:vAlign w:val="center"/>
          </w:tcPr>
          <w:p w14:paraId="1BA94A97" w14:textId="77777777" w:rsidR="008C77F8" w:rsidRDefault="00000000">
            <w:pPr>
              <w:spacing w:after="0" w:line="240" w:lineRule="auto"/>
            </w:pPr>
            <w:r>
              <w:rPr>
                <w:sz w:val="15"/>
              </w:rPr>
              <w:t>Ierarhia controalelor</w:t>
            </w:r>
          </w:p>
        </w:tc>
        <w:tc>
          <w:tcPr>
            <w:tcW w:w="7370" w:type="dxa"/>
            <w:shd w:val="clear" w:color="auto" w:fill="FAFAFA"/>
            <w:tcMar>
              <w:top w:w="75" w:type="dxa"/>
              <w:left w:w="85" w:type="dxa"/>
              <w:bottom w:w="75" w:type="dxa"/>
              <w:right w:w="85" w:type="dxa"/>
            </w:tcMar>
            <w:vAlign w:val="center"/>
          </w:tcPr>
          <w:p w14:paraId="489F537A" w14:textId="77777777" w:rsidR="008C77F8" w:rsidRDefault="00000000">
            <w:pPr>
              <w:spacing w:after="0" w:line="240" w:lineRule="auto"/>
            </w:pPr>
            <w:r>
              <w:rPr>
                <w:sz w:val="15"/>
              </w:rPr>
              <w:t>Eliminarea manipulării, mecanizare, reproiectare și organizare; instruirea și EIP sunt măsuri suplimentare, nu principale.</w:t>
            </w:r>
          </w:p>
        </w:tc>
      </w:tr>
    </w:tbl>
    <w:p w14:paraId="295CDE15" w14:textId="77777777" w:rsidR="008C77F8" w:rsidRDefault="008C77F8">
      <w:pPr>
        <w:spacing w:after="20"/>
      </w:pPr>
    </w:p>
    <w:p w14:paraId="6AC09222" w14:textId="77777777" w:rsidR="008C77F8" w:rsidRPr="00823051" w:rsidRDefault="00000000">
      <w:pPr>
        <w:pStyle w:val="Heading2"/>
        <w:rPr>
          <w:lang w:val="fr-FR"/>
        </w:rPr>
      </w:pPr>
      <w:r w:rsidRPr="00823051">
        <w:rPr>
          <w:lang w:val="fr-FR"/>
        </w:rPr>
        <w:t>B. Reguli de calcul și validare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8C77F8" w14:paraId="1C3562B5" w14:textId="77777777">
        <w:trPr>
          <w:tblHeader/>
          <w:jc w:val="center"/>
        </w:trPr>
        <w:tc>
          <w:tcPr>
            <w:tcW w:w="2551" w:type="dxa"/>
            <w:shd w:val="clear" w:color="auto" w:fill="D71920"/>
            <w:tcMar>
              <w:top w:w="75" w:type="dxa"/>
              <w:left w:w="85" w:type="dxa"/>
              <w:bottom w:w="75" w:type="dxa"/>
              <w:right w:w="85" w:type="dxa"/>
            </w:tcMar>
            <w:vAlign w:val="center"/>
          </w:tcPr>
          <w:p w14:paraId="78B31FA1" w14:textId="77777777" w:rsidR="008C77F8" w:rsidRDefault="00000000">
            <w:pPr>
              <w:spacing w:after="0" w:line="240" w:lineRule="auto"/>
              <w:jc w:val="center"/>
            </w:pPr>
            <w:r>
              <w:rPr>
                <w:b/>
                <w:color w:val="FFFFFF"/>
                <w:sz w:val="15"/>
              </w:rPr>
              <w:t>ELEMENT</w:t>
            </w:r>
          </w:p>
        </w:tc>
        <w:tc>
          <w:tcPr>
            <w:tcW w:w="7370" w:type="dxa"/>
            <w:shd w:val="clear" w:color="auto" w:fill="D71920"/>
            <w:tcMar>
              <w:top w:w="75" w:type="dxa"/>
              <w:left w:w="85" w:type="dxa"/>
              <w:bottom w:w="75" w:type="dxa"/>
              <w:right w:w="85" w:type="dxa"/>
            </w:tcMar>
            <w:vAlign w:val="center"/>
          </w:tcPr>
          <w:p w14:paraId="0AD1584E" w14:textId="77777777" w:rsidR="008C77F8" w:rsidRDefault="00000000">
            <w:pPr>
              <w:spacing w:after="0" w:line="240" w:lineRule="auto"/>
              <w:jc w:val="center"/>
            </w:pPr>
            <w:r>
              <w:rPr>
                <w:b/>
                <w:color w:val="FFFFFF"/>
                <w:sz w:val="15"/>
              </w:rPr>
              <w:t>DEFINIȚIE</w:t>
            </w:r>
          </w:p>
        </w:tc>
      </w:tr>
      <w:tr w:rsidR="008C77F8" w14:paraId="2ECF5952" w14:textId="77777777">
        <w:trPr>
          <w:cantSplit/>
          <w:jc w:val="center"/>
        </w:trPr>
        <w:tc>
          <w:tcPr>
            <w:tcW w:w="2551" w:type="dxa"/>
            <w:shd w:val="clear" w:color="auto" w:fill="FFFFFF"/>
            <w:tcMar>
              <w:top w:w="75" w:type="dxa"/>
              <w:left w:w="85" w:type="dxa"/>
              <w:bottom w:w="75" w:type="dxa"/>
              <w:right w:w="85" w:type="dxa"/>
            </w:tcMar>
            <w:vAlign w:val="center"/>
          </w:tcPr>
          <w:p w14:paraId="47188056" w14:textId="77777777" w:rsidR="008C77F8" w:rsidRDefault="00000000">
            <w:pPr>
              <w:spacing w:after="0" w:line="240" w:lineRule="auto"/>
            </w:pPr>
            <w:r>
              <w:rPr>
                <w:sz w:val="15"/>
              </w:rPr>
              <w:t>KPI principal</w:t>
            </w:r>
          </w:p>
        </w:tc>
        <w:tc>
          <w:tcPr>
            <w:tcW w:w="7370" w:type="dxa"/>
            <w:shd w:val="clear" w:color="auto" w:fill="FFFFFF"/>
            <w:tcMar>
              <w:top w:w="75" w:type="dxa"/>
              <w:left w:w="85" w:type="dxa"/>
              <w:bottom w:w="75" w:type="dxa"/>
              <w:right w:w="85" w:type="dxa"/>
            </w:tcMar>
            <w:vAlign w:val="center"/>
          </w:tcPr>
          <w:p w14:paraId="12004121" w14:textId="77777777" w:rsidR="008C77F8" w:rsidRDefault="00000000">
            <w:pPr>
              <w:spacing w:after="0" w:line="240" w:lineRule="auto"/>
            </w:pPr>
            <w:r>
              <w:rPr>
                <w:sz w:val="15"/>
              </w:rPr>
              <w:t>Numărul sarcinilor cu risc ridicat / numărul total sarcini prioritare evaluate x 100.</w:t>
            </w:r>
          </w:p>
        </w:tc>
      </w:tr>
      <w:tr w:rsidR="008C77F8" w14:paraId="76270DC4" w14:textId="77777777">
        <w:trPr>
          <w:cantSplit/>
          <w:jc w:val="center"/>
        </w:trPr>
        <w:tc>
          <w:tcPr>
            <w:tcW w:w="2551" w:type="dxa"/>
            <w:shd w:val="clear" w:color="auto" w:fill="FAFAFA"/>
            <w:tcMar>
              <w:top w:w="75" w:type="dxa"/>
              <w:left w:w="85" w:type="dxa"/>
              <w:bottom w:w="75" w:type="dxa"/>
              <w:right w:w="85" w:type="dxa"/>
            </w:tcMar>
            <w:vAlign w:val="center"/>
          </w:tcPr>
          <w:p w14:paraId="63A25975" w14:textId="77777777" w:rsidR="008C77F8" w:rsidRDefault="00000000">
            <w:pPr>
              <w:spacing w:after="0" w:line="240" w:lineRule="auto"/>
            </w:pPr>
            <w:r>
              <w:rPr>
                <w:sz w:val="15"/>
              </w:rPr>
              <w:t>Bază</w:t>
            </w:r>
          </w:p>
        </w:tc>
        <w:tc>
          <w:tcPr>
            <w:tcW w:w="7370" w:type="dxa"/>
            <w:shd w:val="clear" w:color="auto" w:fill="FAFAFA"/>
            <w:tcMar>
              <w:top w:w="75" w:type="dxa"/>
              <w:left w:w="85" w:type="dxa"/>
              <w:bottom w:w="75" w:type="dxa"/>
              <w:right w:w="85" w:type="dxa"/>
            </w:tcMar>
            <w:vAlign w:val="center"/>
          </w:tcPr>
          <w:p w14:paraId="664EBFF5" w14:textId="77777777" w:rsidR="008C77F8" w:rsidRDefault="00000000">
            <w:pPr>
              <w:spacing w:after="0" w:line="240" w:lineRule="auto"/>
            </w:pPr>
            <w:r>
              <w:rPr>
                <w:sz w:val="15"/>
              </w:rPr>
              <w:t>38% (15 din 40 sarcini), evaluare comună SSM-lucrători din decembrie 2026.</w:t>
            </w:r>
          </w:p>
        </w:tc>
      </w:tr>
      <w:tr w:rsidR="008C77F8" w:rsidRPr="00823051" w14:paraId="239D24FA" w14:textId="77777777">
        <w:trPr>
          <w:cantSplit/>
          <w:jc w:val="center"/>
        </w:trPr>
        <w:tc>
          <w:tcPr>
            <w:tcW w:w="2551" w:type="dxa"/>
            <w:shd w:val="clear" w:color="auto" w:fill="FFFFFF"/>
            <w:tcMar>
              <w:top w:w="75" w:type="dxa"/>
              <w:left w:w="85" w:type="dxa"/>
              <w:bottom w:w="75" w:type="dxa"/>
              <w:right w:w="85" w:type="dxa"/>
            </w:tcMar>
            <w:vAlign w:val="center"/>
          </w:tcPr>
          <w:p w14:paraId="53480A65" w14:textId="77777777" w:rsidR="008C77F8" w:rsidRDefault="00000000">
            <w:pPr>
              <w:spacing w:after="0" w:line="240" w:lineRule="auto"/>
            </w:pPr>
            <w:r>
              <w:rPr>
                <w:sz w:val="15"/>
              </w:rPr>
              <w:t>Țintă</w:t>
            </w:r>
          </w:p>
        </w:tc>
        <w:tc>
          <w:tcPr>
            <w:tcW w:w="7370" w:type="dxa"/>
            <w:shd w:val="clear" w:color="auto" w:fill="FFFFFF"/>
            <w:tcMar>
              <w:top w:w="75" w:type="dxa"/>
              <w:left w:w="85" w:type="dxa"/>
              <w:bottom w:w="75" w:type="dxa"/>
              <w:right w:w="85" w:type="dxa"/>
            </w:tcMar>
            <w:vAlign w:val="center"/>
          </w:tcPr>
          <w:p w14:paraId="0DC397A4" w14:textId="77777777" w:rsidR="008C77F8" w:rsidRPr="00823051" w:rsidRDefault="00000000">
            <w:pPr>
              <w:spacing w:after="0" w:line="240" w:lineRule="auto"/>
              <w:rPr>
                <w:lang w:val="fr-FR"/>
              </w:rPr>
            </w:pPr>
            <w:r w:rsidRPr="00823051">
              <w:rPr>
                <w:sz w:val="15"/>
                <w:lang w:val="fr-FR"/>
              </w:rPr>
              <w:t>Maximum 10% până la 31.12.2027; nicio sarcină cu risc foarte ridicat după 30.06.2027.</w:t>
            </w:r>
          </w:p>
        </w:tc>
      </w:tr>
      <w:tr w:rsidR="008C77F8" w:rsidRPr="00823051" w14:paraId="05040DC9" w14:textId="77777777">
        <w:trPr>
          <w:cantSplit/>
          <w:jc w:val="center"/>
        </w:trPr>
        <w:tc>
          <w:tcPr>
            <w:tcW w:w="2551" w:type="dxa"/>
            <w:shd w:val="clear" w:color="auto" w:fill="FAFAFA"/>
            <w:tcMar>
              <w:top w:w="75" w:type="dxa"/>
              <w:left w:w="85" w:type="dxa"/>
              <w:bottom w:w="75" w:type="dxa"/>
              <w:right w:w="85" w:type="dxa"/>
            </w:tcMar>
            <w:vAlign w:val="center"/>
          </w:tcPr>
          <w:p w14:paraId="5EA05FB6" w14:textId="77777777" w:rsidR="008C77F8" w:rsidRDefault="00000000">
            <w:pPr>
              <w:spacing w:after="0" w:line="240" w:lineRule="auto"/>
            </w:pPr>
            <w:r>
              <w:rPr>
                <w:sz w:val="15"/>
              </w:rPr>
              <w:t>Indicatori preventivi</w:t>
            </w:r>
          </w:p>
        </w:tc>
        <w:tc>
          <w:tcPr>
            <w:tcW w:w="7370" w:type="dxa"/>
            <w:shd w:val="clear" w:color="auto" w:fill="FAFAFA"/>
            <w:tcMar>
              <w:top w:w="75" w:type="dxa"/>
              <w:left w:w="85" w:type="dxa"/>
              <w:bottom w:w="75" w:type="dxa"/>
              <w:right w:w="85" w:type="dxa"/>
            </w:tcMar>
            <w:vAlign w:val="center"/>
          </w:tcPr>
          <w:p w14:paraId="4984C19A" w14:textId="77777777" w:rsidR="008C77F8" w:rsidRPr="00823051" w:rsidRDefault="00000000">
            <w:pPr>
              <w:spacing w:after="0" w:line="240" w:lineRule="auto"/>
              <w:rPr>
                <w:lang w:val="fr-FR"/>
              </w:rPr>
            </w:pPr>
            <w:r w:rsidRPr="00823051">
              <w:rPr>
                <w:sz w:val="15"/>
                <w:lang w:val="fr-FR"/>
              </w:rPr>
              <w:t>% măsuri de eliminare / control tehnic finalizate; % ajutoare disponibile și utilizabile; observații de teren.</w:t>
            </w:r>
          </w:p>
        </w:tc>
      </w:tr>
      <w:tr w:rsidR="008C77F8" w14:paraId="6B4601A2" w14:textId="77777777">
        <w:trPr>
          <w:cantSplit/>
          <w:jc w:val="center"/>
        </w:trPr>
        <w:tc>
          <w:tcPr>
            <w:tcW w:w="2551" w:type="dxa"/>
            <w:shd w:val="clear" w:color="auto" w:fill="FFFFFF"/>
            <w:tcMar>
              <w:top w:w="75" w:type="dxa"/>
              <w:left w:w="85" w:type="dxa"/>
              <w:bottom w:w="75" w:type="dxa"/>
              <w:right w:w="85" w:type="dxa"/>
            </w:tcMar>
            <w:vAlign w:val="center"/>
          </w:tcPr>
          <w:p w14:paraId="07918D86" w14:textId="77777777" w:rsidR="008C77F8" w:rsidRDefault="00000000">
            <w:pPr>
              <w:spacing w:after="0" w:line="240" w:lineRule="auto"/>
            </w:pPr>
            <w:r>
              <w:rPr>
                <w:sz w:val="15"/>
              </w:rPr>
              <w:t>Indicatori de rezultat</w:t>
            </w:r>
          </w:p>
        </w:tc>
        <w:tc>
          <w:tcPr>
            <w:tcW w:w="7370" w:type="dxa"/>
            <w:shd w:val="clear" w:color="auto" w:fill="FFFFFF"/>
            <w:tcMar>
              <w:top w:w="75" w:type="dxa"/>
              <w:left w:w="85" w:type="dxa"/>
              <w:bottom w:w="75" w:type="dxa"/>
              <w:right w:w="85" w:type="dxa"/>
            </w:tcMar>
            <w:vAlign w:val="center"/>
          </w:tcPr>
          <w:p w14:paraId="75EEF550" w14:textId="77777777" w:rsidR="008C77F8" w:rsidRDefault="00000000">
            <w:pPr>
              <w:spacing w:after="0" w:line="240" w:lineRule="auto"/>
            </w:pPr>
            <w:r>
              <w:rPr>
                <w:sz w:val="15"/>
              </w:rPr>
              <w:t>Scor risc rezidual; sesizări; restricții și date de sănătate agregate, analizate confidențial.</w:t>
            </w:r>
          </w:p>
        </w:tc>
      </w:tr>
      <w:tr w:rsidR="008C77F8" w14:paraId="73A94BFF" w14:textId="77777777">
        <w:trPr>
          <w:cantSplit/>
          <w:jc w:val="center"/>
        </w:trPr>
        <w:tc>
          <w:tcPr>
            <w:tcW w:w="2551" w:type="dxa"/>
            <w:shd w:val="clear" w:color="auto" w:fill="FAFAFA"/>
            <w:tcMar>
              <w:top w:w="75" w:type="dxa"/>
              <w:left w:w="85" w:type="dxa"/>
              <w:bottom w:w="75" w:type="dxa"/>
              <w:right w:w="85" w:type="dxa"/>
            </w:tcMar>
            <w:vAlign w:val="center"/>
          </w:tcPr>
          <w:p w14:paraId="77B9A28D" w14:textId="77777777" w:rsidR="008C77F8" w:rsidRDefault="00000000">
            <w:pPr>
              <w:spacing w:after="0" w:line="240" w:lineRule="auto"/>
            </w:pPr>
            <w:r>
              <w:rPr>
                <w:sz w:val="15"/>
              </w:rPr>
              <w:t>Validare</w:t>
            </w:r>
          </w:p>
        </w:tc>
        <w:tc>
          <w:tcPr>
            <w:tcW w:w="7370" w:type="dxa"/>
            <w:shd w:val="clear" w:color="auto" w:fill="FAFAFA"/>
            <w:tcMar>
              <w:top w:w="75" w:type="dxa"/>
              <w:left w:w="85" w:type="dxa"/>
              <w:bottom w:w="75" w:type="dxa"/>
              <w:right w:w="85" w:type="dxa"/>
            </w:tcMar>
            <w:vAlign w:val="center"/>
          </w:tcPr>
          <w:p w14:paraId="279E016C" w14:textId="77777777" w:rsidR="008C77F8" w:rsidRDefault="00000000">
            <w:pPr>
              <w:spacing w:after="0" w:line="240" w:lineRule="auto"/>
            </w:pPr>
            <w:r>
              <w:rPr>
                <w:sz w:val="15"/>
              </w:rPr>
              <w:t>Reevaluare în teren cu lucrătorii după minimum 4 săptămâni de utilizare și în condiții de volum ridicat.</w:t>
            </w:r>
          </w:p>
        </w:tc>
      </w:tr>
      <w:tr w:rsidR="008C77F8" w:rsidRPr="00823051" w14:paraId="7A2CCB26" w14:textId="77777777">
        <w:trPr>
          <w:cantSplit/>
          <w:jc w:val="center"/>
        </w:trPr>
        <w:tc>
          <w:tcPr>
            <w:tcW w:w="2551" w:type="dxa"/>
            <w:shd w:val="clear" w:color="auto" w:fill="FFFFFF"/>
            <w:tcMar>
              <w:top w:w="75" w:type="dxa"/>
              <w:left w:w="85" w:type="dxa"/>
              <w:bottom w:w="75" w:type="dxa"/>
              <w:right w:w="85" w:type="dxa"/>
            </w:tcMar>
            <w:vAlign w:val="center"/>
          </w:tcPr>
          <w:p w14:paraId="40D56594" w14:textId="77777777" w:rsidR="008C77F8" w:rsidRDefault="00000000">
            <w:pPr>
              <w:spacing w:after="0" w:line="240" w:lineRule="auto"/>
            </w:pPr>
            <w:r>
              <w:rPr>
                <w:sz w:val="15"/>
              </w:rPr>
              <w:t>Efecte secundare</w:t>
            </w:r>
          </w:p>
        </w:tc>
        <w:tc>
          <w:tcPr>
            <w:tcW w:w="7370" w:type="dxa"/>
            <w:shd w:val="clear" w:color="auto" w:fill="FFFFFF"/>
            <w:tcMar>
              <w:top w:w="75" w:type="dxa"/>
              <w:left w:w="85" w:type="dxa"/>
              <w:bottom w:w="75" w:type="dxa"/>
              <w:right w:w="85" w:type="dxa"/>
            </w:tcMar>
            <w:vAlign w:val="center"/>
          </w:tcPr>
          <w:p w14:paraId="55A6C6FD" w14:textId="77777777" w:rsidR="008C77F8" w:rsidRPr="00823051" w:rsidRDefault="00000000">
            <w:pPr>
              <w:spacing w:after="0" w:line="240" w:lineRule="auto"/>
              <w:rPr>
                <w:lang w:val="fr-FR"/>
              </w:rPr>
            </w:pPr>
            <w:r w:rsidRPr="00823051">
              <w:rPr>
                <w:sz w:val="15"/>
                <w:lang w:val="fr-FR"/>
              </w:rPr>
              <w:t>Se verifică să nu crească ritmul, distanța de deplasare, riscul de strivire sau sarcinile altui grup.</w:t>
            </w:r>
          </w:p>
        </w:tc>
      </w:tr>
    </w:tbl>
    <w:p w14:paraId="237A5895" w14:textId="77777777" w:rsidR="008C77F8" w:rsidRPr="00823051" w:rsidRDefault="008C77F8">
      <w:pPr>
        <w:spacing w:after="20"/>
        <w:rPr>
          <w:lang w:val="fr-FR"/>
        </w:rPr>
      </w:pPr>
    </w:p>
    <w:p w14:paraId="27A515A3" w14:textId="77777777" w:rsidR="008C77F8" w:rsidRPr="00823051" w:rsidRDefault="00000000">
      <w:pPr>
        <w:rPr>
          <w:lang w:val="fr-FR"/>
        </w:rPr>
      </w:pPr>
      <w:r w:rsidRPr="00823051">
        <w:rPr>
          <w:lang w:val="fr-FR"/>
        </w:rPr>
        <w:br w:type="page"/>
      </w:r>
    </w:p>
    <w:p w14:paraId="033BC8F6" w14:textId="77777777" w:rsidR="008C77F8" w:rsidRDefault="00000000">
      <w:pPr>
        <w:pStyle w:val="Heading2"/>
      </w:pPr>
      <w:r>
        <w:lastRenderedPageBreak/>
        <w:t>C. Plan de acțiuni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4082"/>
        <w:gridCol w:w="1474"/>
        <w:gridCol w:w="1247"/>
        <w:gridCol w:w="2608"/>
      </w:tblGrid>
      <w:tr w:rsidR="008C77F8" w14:paraId="4E5EBFE9" w14:textId="77777777">
        <w:trPr>
          <w:tblHeader/>
          <w:jc w:val="center"/>
        </w:trPr>
        <w:tc>
          <w:tcPr>
            <w:tcW w:w="510" w:type="dxa"/>
            <w:shd w:val="clear" w:color="auto" w:fill="D71920"/>
            <w:tcMar>
              <w:top w:w="75" w:type="dxa"/>
              <w:left w:w="85" w:type="dxa"/>
              <w:bottom w:w="75" w:type="dxa"/>
              <w:right w:w="85" w:type="dxa"/>
            </w:tcMar>
            <w:vAlign w:val="center"/>
          </w:tcPr>
          <w:p w14:paraId="2799486E" w14:textId="77777777" w:rsidR="008C77F8" w:rsidRDefault="00000000">
            <w:pPr>
              <w:spacing w:after="0" w:line="240" w:lineRule="auto"/>
              <w:jc w:val="center"/>
            </w:pPr>
            <w:r>
              <w:rPr>
                <w:b/>
                <w:color w:val="FFFFFF"/>
                <w:sz w:val="14"/>
              </w:rPr>
              <w:t>#</w:t>
            </w:r>
          </w:p>
        </w:tc>
        <w:tc>
          <w:tcPr>
            <w:tcW w:w="4082" w:type="dxa"/>
            <w:shd w:val="clear" w:color="auto" w:fill="D71920"/>
            <w:tcMar>
              <w:top w:w="75" w:type="dxa"/>
              <w:left w:w="85" w:type="dxa"/>
              <w:bottom w:w="75" w:type="dxa"/>
              <w:right w:w="85" w:type="dxa"/>
            </w:tcMar>
            <w:vAlign w:val="center"/>
          </w:tcPr>
          <w:p w14:paraId="3E7C6D3E" w14:textId="77777777" w:rsidR="008C77F8" w:rsidRDefault="00000000">
            <w:pPr>
              <w:spacing w:after="0" w:line="240" w:lineRule="auto"/>
              <w:jc w:val="center"/>
            </w:pPr>
            <w:r>
              <w:rPr>
                <w:b/>
                <w:color w:val="FFFFFF"/>
                <w:sz w:val="14"/>
              </w:rPr>
              <w:t>ACȚIUNE</w:t>
            </w:r>
          </w:p>
        </w:tc>
        <w:tc>
          <w:tcPr>
            <w:tcW w:w="1474" w:type="dxa"/>
            <w:shd w:val="clear" w:color="auto" w:fill="D71920"/>
            <w:tcMar>
              <w:top w:w="75" w:type="dxa"/>
              <w:left w:w="85" w:type="dxa"/>
              <w:bottom w:w="75" w:type="dxa"/>
              <w:right w:w="85" w:type="dxa"/>
            </w:tcMar>
            <w:vAlign w:val="center"/>
          </w:tcPr>
          <w:p w14:paraId="4677C6BA" w14:textId="77777777" w:rsidR="008C77F8" w:rsidRDefault="00000000">
            <w:pPr>
              <w:spacing w:after="0" w:line="240" w:lineRule="auto"/>
              <w:jc w:val="center"/>
            </w:pPr>
            <w:r>
              <w:rPr>
                <w:b/>
                <w:color w:val="FFFFFF"/>
                <w:sz w:val="14"/>
              </w:rPr>
              <w:t>RESP.</w:t>
            </w:r>
          </w:p>
        </w:tc>
        <w:tc>
          <w:tcPr>
            <w:tcW w:w="1247" w:type="dxa"/>
            <w:shd w:val="clear" w:color="auto" w:fill="D71920"/>
            <w:tcMar>
              <w:top w:w="75" w:type="dxa"/>
              <w:left w:w="85" w:type="dxa"/>
              <w:bottom w:w="75" w:type="dxa"/>
              <w:right w:w="85" w:type="dxa"/>
            </w:tcMar>
            <w:vAlign w:val="center"/>
          </w:tcPr>
          <w:p w14:paraId="7C0FBA4A" w14:textId="77777777" w:rsidR="008C77F8" w:rsidRDefault="00000000">
            <w:pPr>
              <w:spacing w:after="0" w:line="240" w:lineRule="auto"/>
              <w:jc w:val="center"/>
            </w:pPr>
            <w:r>
              <w:rPr>
                <w:b/>
                <w:color w:val="FFFFFF"/>
                <w:sz w:val="14"/>
              </w:rPr>
              <w:t>TERMEN</w:t>
            </w:r>
          </w:p>
        </w:tc>
        <w:tc>
          <w:tcPr>
            <w:tcW w:w="2608" w:type="dxa"/>
            <w:shd w:val="clear" w:color="auto" w:fill="D71920"/>
            <w:tcMar>
              <w:top w:w="75" w:type="dxa"/>
              <w:left w:w="85" w:type="dxa"/>
              <w:bottom w:w="75" w:type="dxa"/>
              <w:right w:w="85" w:type="dxa"/>
            </w:tcMar>
            <w:vAlign w:val="center"/>
          </w:tcPr>
          <w:p w14:paraId="026A983B" w14:textId="77777777" w:rsidR="008C77F8" w:rsidRDefault="00000000">
            <w:pPr>
              <w:spacing w:after="0" w:line="240" w:lineRule="auto"/>
              <w:jc w:val="center"/>
            </w:pPr>
            <w:r>
              <w:rPr>
                <w:b/>
                <w:color w:val="FFFFFF"/>
                <w:sz w:val="14"/>
              </w:rPr>
              <w:t>DOVADĂ / CRITERIU</w:t>
            </w:r>
          </w:p>
        </w:tc>
      </w:tr>
      <w:tr w:rsidR="008C77F8" w:rsidRPr="00823051" w14:paraId="782860D7" w14:textId="77777777">
        <w:trPr>
          <w:cantSplit/>
          <w:jc w:val="center"/>
        </w:trPr>
        <w:tc>
          <w:tcPr>
            <w:tcW w:w="510" w:type="dxa"/>
            <w:shd w:val="clear" w:color="auto" w:fill="FFFFFF"/>
            <w:tcMar>
              <w:top w:w="75" w:type="dxa"/>
              <w:left w:w="85" w:type="dxa"/>
              <w:bottom w:w="75" w:type="dxa"/>
              <w:right w:w="85" w:type="dxa"/>
            </w:tcMar>
            <w:vAlign w:val="center"/>
          </w:tcPr>
          <w:p w14:paraId="23F53B7E" w14:textId="77777777" w:rsidR="008C77F8" w:rsidRDefault="00000000">
            <w:pPr>
              <w:spacing w:after="0" w:line="240" w:lineRule="auto"/>
              <w:jc w:val="center"/>
            </w:pPr>
            <w:r>
              <w:rPr>
                <w:sz w:val="14"/>
              </w:rPr>
              <w:t>1</w:t>
            </w:r>
          </w:p>
        </w:tc>
        <w:tc>
          <w:tcPr>
            <w:tcW w:w="4082" w:type="dxa"/>
            <w:shd w:val="clear" w:color="auto" w:fill="FFFFFF"/>
            <w:tcMar>
              <w:top w:w="75" w:type="dxa"/>
              <w:left w:w="85" w:type="dxa"/>
              <w:bottom w:w="75" w:type="dxa"/>
              <w:right w:w="85" w:type="dxa"/>
            </w:tcMar>
            <w:vAlign w:val="center"/>
          </w:tcPr>
          <w:p w14:paraId="11F82632" w14:textId="77777777" w:rsidR="008C77F8" w:rsidRDefault="00000000">
            <w:pPr>
              <w:spacing w:after="0" w:line="240" w:lineRule="auto"/>
            </w:pPr>
            <w:r>
              <w:rPr>
                <w:sz w:val="14"/>
              </w:rPr>
              <w:t>Inventarierea sarcinilor și prioritizarea prin observații, date și consultarea lucrătorilor.</w:t>
            </w:r>
          </w:p>
        </w:tc>
        <w:tc>
          <w:tcPr>
            <w:tcW w:w="1474" w:type="dxa"/>
            <w:shd w:val="clear" w:color="auto" w:fill="FFFFFF"/>
            <w:tcMar>
              <w:top w:w="75" w:type="dxa"/>
              <w:left w:w="85" w:type="dxa"/>
              <w:bottom w:w="75" w:type="dxa"/>
              <w:right w:w="85" w:type="dxa"/>
            </w:tcMar>
            <w:vAlign w:val="center"/>
          </w:tcPr>
          <w:p w14:paraId="77DE0256" w14:textId="77777777" w:rsidR="008C77F8" w:rsidRDefault="00000000">
            <w:pPr>
              <w:spacing w:after="0" w:line="240" w:lineRule="auto"/>
            </w:pPr>
            <w:r>
              <w:rPr>
                <w:sz w:val="14"/>
              </w:rPr>
              <w:t>SSM + operațiuni</w:t>
            </w:r>
          </w:p>
        </w:tc>
        <w:tc>
          <w:tcPr>
            <w:tcW w:w="1247" w:type="dxa"/>
            <w:shd w:val="clear" w:color="auto" w:fill="FFFFFF"/>
            <w:tcMar>
              <w:top w:w="75" w:type="dxa"/>
              <w:left w:w="85" w:type="dxa"/>
              <w:bottom w:w="75" w:type="dxa"/>
              <w:right w:w="85" w:type="dxa"/>
            </w:tcMar>
            <w:vAlign w:val="center"/>
          </w:tcPr>
          <w:p w14:paraId="1B0C8399" w14:textId="77777777" w:rsidR="008C77F8" w:rsidRDefault="00000000">
            <w:pPr>
              <w:spacing w:after="0" w:line="240" w:lineRule="auto"/>
            </w:pPr>
            <w:r>
              <w:rPr>
                <w:sz w:val="14"/>
              </w:rPr>
              <w:t>15.02.2027</w:t>
            </w:r>
          </w:p>
        </w:tc>
        <w:tc>
          <w:tcPr>
            <w:tcW w:w="2608" w:type="dxa"/>
            <w:shd w:val="clear" w:color="auto" w:fill="FFFFFF"/>
            <w:tcMar>
              <w:top w:w="75" w:type="dxa"/>
              <w:left w:w="85" w:type="dxa"/>
              <w:bottom w:w="75" w:type="dxa"/>
              <w:right w:w="85" w:type="dxa"/>
            </w:tcMar>
            <w:vAlign w:val="center"/>
          </w:tcPr>
          <w:p w14:paraId="4A213CDA" w14:textId="77777777" w:rsidR="008C77F8" w:rsidRPr="00823051" w:rsidRDefault="00000000">
            <w:pPr>
              <w:spacing w:after="0" w:line="240" w:lineRule="auto"/>
              <w:rPr>
                <w:lang w:val="fr-FR"/>
              </w:rPr>
            </w:pPr>
            <w:r w:rsidRPr="00823051">
              <w:rPr>
                <w:sz w:val="14"/>
                <w:lang w:val="fr-FR"/>
              </w:rPr>
              <w:t>Listă validată și 15 sarcini prioritare.</w:t>
            </w:r>
          </w:p>
        </w:tc>
      </w:tr>
      <w:tr w:rsidR="008C77F8" w14:paraId="68027A15" w14:textId="77777777">
        <w:trPr>
          <w:cantSplit/>
          <w:jc w:val="center"/>
        </w:trPr>
        <w:tc>
          <w:tcPr>
            <w:tcW w:w="510" w:type="dxa"/>
            <w:shd w:val="clear" w:color="auto" w:fill="FAFAFA"/>
            <w:tcMar>
              <w:top w:w="75" w:type="dxa"/>
              <w:left w:w="85" w:type="dxa"/>
              <w:bottom w:w="75" w:type="dxa"/>
              <w:right w:w="85" w:type="dxa"/>
            </w:tcMar>
            <w:vAlign w:val="center"/>
          </w:tcPr>
          <w:p w14:paraId="40181CA7" w14:textId="77777777" w:rsidR="008C77F8" w:rsidRDefault="00000000">
            <w:pPr>
              <w:spacing w:after="0" w:line="240" w:lineRule="auto"/>
              <w:jc w:val="center"/>
            </w:pPr>
            <w:r>
              <w:rPr>
                <w:sz w:val="14"/>
              </w:rPr>
              <w:t>2</w:t>
            </w:r>
          </w:p>
        </w:tc>
        <w:tc>
          <w:tcPr>
            <w:tcW w:w="4082" w:type="dxa"/>
            <w:shd w:val="clear" w:color="auto" w:fill="FAFAFA"/>
            <w:tcMar>
              <w:top w:w="75" w:type="dxa"/>
              <w:left w:w="85" w:type="dxa"/>
              <w:bottom w:w="75" w:type="dxa"/>
              <w:right w:w="85" w:type="dxa"/>
            </w:tcMar>
            <w:vAlign w:val="center"/>
          </w:tcPr>
          <w:p w14:paraId="781018F1" w14:textId="77777777" w:rsidR="008C77F8" w:rsidRDefault="00000000">
            <w:pPr>
              <w:spacing w:after="0" w:line="240" w:lineRule="auto"/>
            </w:pPr>
            <w:r>
              <w:rPr>
                <w:sz w:val="14"/>
              </w:rPr>
              <w:t>Eliminarea manipulării pentru trei fluxuri prin modificarea livrării și amplasării.</w:t>
            </w:r>
          </w:p>
        </w:tc>
        <w:tc>
          <w:tcPr>
            <w:tcW w:w="1474" w:type="dxa"/>
            <w:shd w:val="clear" w:color="auto" w:fill="FAFAFA"/>
            <w:tcMar>
              <w:top w:w="75" w:type="dxa"/>
              <w:left w:w="85" w:type="dxa"/>
              <w:bottom w:w="75" w:type="dxa"/>
              <w:right w:w="85" w:type="dxa"/>
            </w:tcMar>
            <w:vAlign w:val="center"/>
          </w:tcPr>
          <w:p w14:paraId="1C99D36F" w14:textId="77777777" w:rsidR="008C77F8" w:rsidRDefault="00000000">
            <w:pPr>
              <w:spacing w:after="0" w:line="240" w:lineRule="auto"/>
            </w:pPr>
            <w:r>
              <w:rPr>
                <w:sz w:val="14"/>
              </w:rPr>
              <w:t>Inginerie</w:t>
            </w:r>
          </w:p>
        </w:tc>
        <w:tc>
          <w:tcPr>
            <w:tcW w:w="1247" w:type="dxa"/>
            <w:shd w:val="clear" w:color="auto" w:fill="FAFAFA"/>
            <w:tcMar>
              <w:top w:w="75" w:type="dxa"/>
              <w:left w:w="85" w:type="dxa"/>
              <w:bottom w:w="75" w:type="dxa"/>
              <w:right w:w="85" w:type="dxa"/>
            </w:tcMar>
            <w:vAlign w:val="center"/>
          </w:tcPr>
          <w:p w14:paraId="545102CB" w14:textId="77777777" w:rsidR="008C77F8" w:rsidRDefault="00000000">
            <w:pPr>
              <w:spacing w:after="0" w:line="240" w:lineRule="auto"/>
            </w:pPr>
            <w:r>
              <w:rPr>
                <w:sz w:val="14"/>
              </w:rPr>
              <w:t>31.03.2027</w:t>
            </w:r>
          </w:p>
        </w:tc>
        <w:tc>
          <w:tcPr>
            <w:tcW w:w="2608" w:type="dxa"/>
            <w:shd w:val="clear" w:color="auto" w:fill="FAFAFA"/>
            <w:tcMar>
              <w:top w:w="75" w:type="dxa"/>
              <w:left w:w="85" w:type="dxa"/>
              <w:bottom w:w="75" w:type="dxa"/>
              <w:right w:w="85" w:type="dxa"/>
            </w:tcMar>
            <w:vAlign w:val="center"/>
          </w:tcPr>
          <w:p w14:paraId="42E50BCC" w14:textId="77777777" w:rsidR="008C77F8" w:rsidRDefault="00000000">
            <w:pPr>
              <w:spacing w:after="0" w:line="240" w:lineRule="auto"/>
            </w:pPr>
            <w:r>
              <w:rPr>
                <w:sz w:val="14"/>
              </w:rPr>
              <w:t>Flux modificat și probă în teren.</w:t>
            </w:r>
          </w:p>
        </w:tc>
      </w:tr>
      <w:tr w:rsidR="008C77F8" w14:paraId="1D93892E" w14:textId="77777777">
        <w:trPr>
          <w:cantSplit/>
          <w:jc w:val="center"/>
        </w:trPr>
        <w:tc>
          <w:tcPr>
            <w:tcW w:w="510" w:type="dxa"/>
            <w:shd w:val="clear" w:color="auto" w:fill="FFFFFF"/>
            <w:tcMar>
              <w:top w:w="75" w:type="dxa"/>
              <w:left w:w="85" w:type="dxa"/>
              <w:bottom w:w="75" w:type="dxa"/>
              <w:right w:w="85" w:type="dxa"/>
            </w:tcMar>
            <w:vAlign w:val="center"/>
          </w:tcPr>
          <w:p w14:paraId="421263D3" w14:textId="77777777" w:rsidR="008C77F8" w:rsidRDefault="00000000">
            <w:pPr>
              <w:spacing w:after="0" w:line="240" w:lineRule="auto"/>
              <w:jc w:val="center"/>
            </w:pPr>
            <w:r>
              <w:rPr>
                <w:sz w:val="14"/>
              </w:rPr>
              <w:t>3</w:t>
            </w:r>
          </w:p>
        </w:tc>
        <w:tc>
          <w:tcPr>
            <w:tcW w:w="4082" w:type="dxa"/>
            <w:shd w:val="clear" w:color="auto" w:fill="FFFFFF"/>
            <w:tcMar>
              <w:top w:w="75" w:type="dxa"/>
              <w:left w:w="85" w:type="dxa"/>
              <w:bottom w:w="75" w:type="dxa"/>
              <w:right w:w="85" w:type="dxa"/>
            </w:tcMar>
            <w:vAlign w:val="center"/>
          </w:tcPr>
          <w:p w14:paraId="568C7A94" w14:textId="77777777" w:rsidR="008C77F8" w:rsidRDefault="00000000">
            <w:pPr>
              <w:spacing w:after="0" w:line="240" w:lineRule="auto"/>
            </w:pPr>
            <w:r>
              <w:rPr>
                <w:sz w:val="14"/>
              </w:rPr>
              <w:t>Selectarea și testarea ajutoarelor mecanice cu utilizatorii.</w:t>
            </w:r>
          </w:p>
        </w:tc>
        <w:tc>
          <w:tcPr>
            <w:tcW w:w="1474" w:type="dxa"/>
            <w:shd w:val="clear" w:color="auto" w:fill="FFFFFF"/>
            <w:tcMar>
              <w:top w:w="75" w:type="dxa"/>
              <w:left w:w="85" w:type="dxa"/>
              <w:bottom w:w="75" w:type="dxa"/>
              <w:right w:w="85" w:type="dxa"/>
            </w:tcMar>
            <w:vAlign w:val="center"/>
          </w:tcPr>
          <w:p w14:paraId="6647734E" w14:textId="77777777" w:rsidR="008C77F8" w:rsidRDefault="00000000">
            <w:pPr>
              <w:spacing w:after="0" w:line="240" w:lineRule="auto"/>
            </w:pPr>
            <w:r>
              <w:rPr>
                <w:sz w:val="14"/>
              </w:rPr>
              <w:t>Achiziții + lucrători</w:t>
            </w:r>
          </w:p>
        </w:tc>
        <w:tc>
          <w:tcPr>
            <w:tcW w:w="1247" w:type="dxa"/>
            <w:shd w:val="clear" w:color="auto" w:fill="FFFFFF"/>
            <w:tcMar>
              <w:top w:w="75" w:type="dxa"/>
              <w:left w:w="85" w:type="dxa"/>
              <w:bottom w:w="75" w:type="dxa"/>
              <w:right w:w="85" w:type="dxa"/>
            </w:tcMar>
            <w:vAlign w:val="center"/>
          </w:tcPr>
          <w:p w14:paraId="5E1F549F" w14:textId="77777777" w:rsidR="008C77F8" w:rsidRDefault="00000000">
            <w:pPr>
              <w:spacing w:after="0" w:line="240" w:lineRule="auto"/>
            </w:pPr>
            <w:r>
              <w:rPr>
                <w:sz w:val="14"/>
              </w:rPr>
              <w:t>30.04.2027</w:t>
            </w:r>
          </w:p>
        </w:tc>
        <w:tc>
          <w:tcPr>
            <w:tcW w:w="2608" w:type="dxa"/>
            <w:shd w:val="clear" w:color="auto" w:fill="FFFFFF"/>
            <w:tcMar>
              <w:top w:w="75" w:type="dxa"/>
              <w:left w:w="85" w:type="dxa"/>
              <w:bottom w:w="75" w:type="dxa"/>
              <w:right w:w="85" w:type="dxa"/>
            </w:tcMar>
            <w:vAlign w:val="center"/>
          </w:tcPr>
          <w:p w14:paraId="72FE3711" w14:textId="77777777" w:rsidR="008C77F8" w:rsidRDefault="00000000">
            <w:pPr>
              <w:spacing w:after="0" w:line="240" w:lineRule="auto"/>
            </w:pPr>
            <w:r>
              <w:rPr>
                <w:sz w:val="14"/>
              </w:rPr>
              <w:t>Test comparativ și acceptanță utilizatori.</w:t>
            </w:r>
          </w:p>
        </w:tc>
      </w:tr>
      <w:tr w:rsidR="008C77F8" w14:paraId="60F75768" w14:textId="77777777">
        <w:trPr>
          <w:cantSplit/>
          <w:jc w:val="center"/>
        </w:trPr>
        <w:tc>
          <w:tcPr>
            <w:tcW w:w="510" w:type="dxa"/>
            <w:shd w:val="clear" w:color="auto" w:fill="FAFAFA"/>
            <w:tcMar>
              <w:top w:w="75" w:type="dxa"/>
              <w:left w:w="85" w:type="dxa"/>
              <w:bottom w:w="75" w:type="dxa"/>
              <w:right w:w="85" w:type="dxa"/>
            </w:tcMar>
            <w:vAlign w:val="center"/>
          </w:tcPr>
          <w:p w14:paraId="400262E2" w14:textId="77777777" w:rsidR="008C77F8" w:rsidRDefault="00000000">
            <w:pPr>
              <w:spacing w:after="0" w:line="240" w:lineRule="auto"/>
              <w:jc w:val="center"/>
            </w:pPr>
            <w:r>
              <w:rPr>
                <w:sz w:val="14"/>
              </w:rPr>
              <w:t>4</w:t>
            </w:r>
          </w:p>
        </w:tc>
        <w:tc>
          <w:tcPr>
            <w:tcW w:w="4082" w:type="dxa"/>
            <w:shd w:val="clear" w:color="auto" w:fill="FAFAFA"/>
            <w:tcMar>
              <w:top w:w="75" w:type="dxa"/>
              <w:left w:w="85" w:type="dxa"/>
              <w:bottom w:w="75" w:type="dxa"/>
              <w:right w:w="85" w:type="dxa"/>
            </w:tcMar>
            <w:vAlign w:val="center"/>
          </w:tcPr>
          <w:p w14:paraId="36984248" w14:textId="77777777" w:rsidR="008C77F8" w:rsidRDefault="00000000">
            <w:pPr>
              <w:spacing w:after="0" w:line="240" w:lineRule="auto"/>
            </w:pPr>
            <w:r>
              <w:rPr>
                <w:sz w:val="14"/>
              </w:rPr>
              <w:t>Reproiectarea înălțimilor, prizelor și frecvenței pentru sarcinile rămase.</w:t>
            </w:r>
          </w:p>
        </w:tc>
        <w:tc>
          <w:tcPr>
            <w:tcW w:w="1474" w:type="dxa"/>
            <w:shd w:val="clear" w:color="auto" w:fill="FAFAFA"/>
            <w:tcMar>
              <w:top w:w="75" w:type="dxa"/>
              <w:left w:w="85" w:type="dxa"/>
              <w:bottom w:w="75" w:type="dxa"/>
              <w:right w:w="85" w:type="dxa"/>
            </w:tcMar>
            <w:vAlign w:val="center"/>
          </w:tcPr>
          <w:p w14:paraId="0A339741" w14:textId="77777777" w:rsidR="008C77F8" w:rsidRDefault="00000000">
            <w:pPr>
              <w:spacing w:after="0" w:line="240" w:lineRule="auto"/>
            </w:pPr>
            <w:r>
              <w:rPr>
                <w:sz w:val="14"/>
              </w:rPr>
              <w:t>Inginerie</w:t>
            </w:r>
          </w:p>
        </w:tc>
        <w:tc>
          <w:tcPr>
            <w:tcW w:w="1247" w:type="dxa"/>
            <w:shd w:val="clear" w:color="auto" w:fill="FAFAFA"/>
            <w:tcMar>
              <w:top w:w="75" w:type="dxa"/>
              <w:left w:w="85" w:type="dxa"/>
              <w:bottom w:w="75" w:type="dxa"/>
              <w:right w:w="85" w:type="dxa"/>
            </w:tcMar>
            <w:vAlign w:val="center"/>
          </w:tcPr>
          <w:p w14:paraId="783E5CF2" w14:textId="77777777" w:rsidR="008C77F8" w:rsidRDefault="00000000">
            <w:pPr>
              <w:spacing w:after="0" w:line="240" w:lineRule="auto"/>
            </w:pPr>
            <w:r>
              <w:rPr>
                <w:sz w:val="14"/>
              </w:rPr>
              <w:t>31.07.2027</w:t>
            </w:r>
          </w:p>
        </w:tc>
        <w:tc>
          <w:tcPr>
            <w:tcW w:w="2608" w:type="dxa"/>
            <w:shd w:val="clear" w:color="auto" w:fill="FAFAFA"/>
            <w:tcMar>
              <w:top w:w="75" w:type="dxa"/>
              <w:left w:w="85" w:type="dxa"/>
              <w:bottom w:w="75" w:type="dxa"/>
              <w:right w:w="85" w:type="dxa"/>
            </w:tcMar>
            <w:vAlign w:val="center"/>
          </w:tcPr>
          <w:p w14:paraId="0B80A2EF" w14:textId="77777777" w:rsidR="008C77F8" w:rsidRDefault="00000000">
            <w:pPr>
              <w:spacing w:after="0" w:line="240" w:lineRule="auto"/>
            </w:pPr>
            <w:r>
              <w:rPr>
                <w:sz w:val="14"/>
              </w:rPr>
              <w:t>Modificări implementate și verificate.</w:t>
            </w:r>
          </w:p>
        </w:tc>
      </w:tr>
      <w:tr w:rsidR="008C77F8" w14:paraId="3F25BF8E" w14:textId="77777777">
        <w:trPr>
          <w:cantSplit/>
          <w:jc w:val="center"/>
        </w:trPr>
        <w:tc>
          <w:tcPr>
            <w:tcW w:w="510" w:type="dxa"/>
            <w:shd w:val="clear" w:color="auto" w:fill="FFFFFF"/>
            <w:tcMar>
              <w:top w:w="75" w:type="dxa"/>
              <w:left w:w="85" w:type="dxa"/>
              <w:bottom w:w="75" w:type="dxa"/>
              <w:right w:w="85" w:type="dxa"/>
            </w:tcMar>
            <w:vAlign w:val="center"/>
          </w:tcPr>
          <w:p w14:paraId="0BE10D8C" w14:textId="77777777" w:rsidR="008C77F8" w:rsidRDefault="00000000">
            <w:pPr>
              <w:spacing w:after="0" w:line="240" w:lineRule="auto"/>
              <w:jc w:val="center"/>
            </w:pPr>
            <w:r>
              <w:rPr>
                <w:sz w:val="14"/>
              </w:rPr>
              <w:t>5</w:t>
            </w:r>
          </w:p>
        </w:tc>
        <w:tc>
          <w:tcPr>
            <w:tcW w:w="4082" w:type="dxa"/>
            <w:shd w:val="clear" w:color="auto" w:fill="FFFFFF"/>
            <w:tcMar>
              <w:top w:w="75" w:type="dxa"/>
              <w:left w:w="85" w:type="dxa"/>
              <w:bottom w:w="75" w:type="dxa"/>
              <w:right w:w="85" w:type="dxa"/>
            </w:tcMar>
            <w:vAlign w:val="center"/>
          </w:tcPr>
          <w:p w14:paraId="53D16264" w14:textId="77777777" w:rsidR="008C77F8" w:rsidRPr="00823051" w:rsidRDefault="00000000">
            <w:pPr>
              <w:spacing w:after="0" w:line="240" w:lineRule="auto"/>
              <w:rPr>
                <w:lang w:val="fr-FR"/>
              </w:rPr>
            </w:pPr>
            <w:r w:rsidRPr="00823051">
              <w:rPr>
                <w:sz w:val="14"/>
                <w:lang w:val="fr-FR"/>
              </w:rPr>
              <w:t>Instruire practică pentru utilizarea noilor soluții și dreptul de oprire la defect.</w:t>
            </w:r>
          </w:p>
        </w:tc>
        <w:tc>
          <w:tcPr>
            <w:tcW w:w="1474" w:type="dxa"/>
            <w:shd w:val="clear" w:color="auto" w:fill="FFFFFF"/>
            <w:tcMar>
              <w:top w:w="75" w:type="dxa"/>
              <w:left w:w="85" w:type="dxa"/>
              <w:bottom w:w="75" w:type="dxa"/>
              <w:right w:w="85" w:type="dxa"/>
            </w:tcMar>
            <w:vAlign w:val="center"/>
          </w:tcPr>
          <w:p w14:paraId="22B86874" w14:textId="77777777" w:rsidR="008C77F8" w:rsidRDefault="00000000">
            <w:pPr>
              <w:spacing w:after="0" w:line="240" w:lineRule="auto"/>
            </w:pPr>
            <w:r>
              <w:rPr>
                <w:sz w:val="14"/>
              </w:rPr>
              <w:t>Manageri zonă</w:t>
            </w:r>
          </w:p>
        </w:tc>
        <w:tc>
          <w:tcPr>
            <w:tcW w:w="1247" w:type="dxa"/>
            <w:shd w:val="clear" w:color="auto" w:fill="FFFFFF"/>
            <w:tcMar>
              <w:top w:w="75" w:type="dxa"/>
              <w:left w:w="85" w:type="dxa"/>
              <w:bottom w:w="75" w:type="dxa"/>
              <w:right w:w="85" w:type="dxa"/>
            </w:tcMar>
            <w:vAlign w:val="center"/>
          </w:tcPr>
          <w:p w14:paraId="178BE09E" w14:textId="77777777" w:rsidR="008C77F8" w:rsidRDefault="00000000">
            <w:pPr>
              <w:spacing w:after="0" w:line="240" w:lineRule="auto"/>
            </w:pPr>
            <w:r>
              <w:rPr>
                <w:sz w:val="14"/>
              </w:rPr>
              <w:t>31.08.2027</w:t>
            </w:r>
          </w:p>
        </w:tc>
        <w:tc>
          <w:tcPr>
            <w:tcW w:w="2608" w:type="dxa"/>
            <w:shd w:val="clear" w:color="auto" w:fill="FFFFFF"/>
            <w:tcMar>
              <w:top w:w="75" w:type="dxa"/>
              <w:left w:w="85" w:type="dxa"/>
              <w:bottom w:w="75" w:type="dxa"/>
              <w:right w:w="85" w:type="dxa"/>
            </w:tcMar>
            <w:vAlign w:val="center"/>
          </w:tcPr>
          <w:p w14:paraId="6C34C2E5" w14:textId="77777777" w:rsidR="008C77F8" w:rsidRDefault="00000000">
            <w:pPr>
              <w:spacing w:after="0" w:line="240" w:lineRule="auto"/>
            </w:pPr>
            <w:r>
              <w:rPr>
                <w:sz w:val="14"/>
              </w:rPr>
              <w:t>Demonstrație practică și observații.</w:t>
            </w:r>
          </w:p>
        </w:tc>
      </w:tr>
      <w:tr w:rsidR="008C77F8" w14:paraId="731D0980" w14:textId="77777777">
        <w:trPr>
          <w:cantSplit/>
          <w:jc w:val="center"/>
        </w:trPr>
        <w:tc>
          <w:tcPr>
            <w:tcW w:w="510" w:type="dxa"/>
            <w:shd w:val="clear" w:color="auto" w:fill="FAFAFA"/>
            <w:tcMar>
              <w:top w:w="75" w:type="dxa"/>
              <w:left w:w="85" w:type="dxa"/>
              <w:bottom w:w="75" w:type="dxa"/>
              <w:right w:w="85" w:type="dxa"/>
            </w:tcMar>
            <w:vAlign w:val="center"/>
          </w:tcPr>
          <w:p w14:paraId="263287E0" w14:textId="77777777" w:rsidR="008C77F8" w:rsidRDefault="00000000">
            <w:pPr>
              <w:spacing w:after="0" w:line="240" w:lineRule="auto"/>
              <w:jc w:val="center"/>
            </w:pPr>
            <w:r>
              <w:rPr>
                <w:sz w:val="14"/>
              </w:rPr>
              <w:t>6</w:t>
            </w:r>
          </w:p>
        </w:tc>
        <w:tc>
          <w:tcPr>
            <w:tcW w:w="4082" w:type="dxa"/>
            <w:shd w:val="clear" w:color="auto" w:fill="FAFAFA"/>
            <w:tcMar>
              <w:top w:w="75" w:type="dxa"/>
              <w:left w:w="85" w:type="dxa"/>
              <w:bottom w:w="75" w:type="dxa"/>
              <w:right w:w="85" w:type="dxa"/>
            </w:tcMar>
            <w:vAlign w:val="center"/>
          </w:tcPr>
          <w:p w14:paraId="7B935551" w14:textId="77777777" w:rsidR="008C77F8" w:rsidRDefault="00000000">
            <w:pPr>
              <w:spacing w:after="0" w:line="240" w:lineRule="auto"/>
            </w:pPr>
            <w:r>
              <w:rPr>
                <w:sz w:val="14"/>
              </w:rPr>
              <w:t>Reevaluarea riscului și verificarea în perioadă de vârf.</w:t>
            </w:r>
          </w:p>
        </w:tc>
        <w:tc>
          <w:tcPr>
            <w:tcW w:w="1474" w:type="dxa"/>
            <w:shd w:val="clear" w:color="auto" w:fill="FAFAFA"/>
            <w:tcMar>
              <w:top w:w="75" w:type="dxa"/>
              <w:left w:w="85" w:type="dxa"/>
              <w:bottom w:w="75" w:type="dxa"/>
              <w:right w:w="85" w:type="dxa"/>
            </w:tcMar>
            <w:vAlign w:val="center"/>
          </w:tcPr>
          <w:p w14:paraId="5E3D066D" w14:textId="77777777" w:rsidR="008C77F8" w:rsidRDefault="00000000">
            <w:pPr>
              <w:spacing w:after="0" w:line="240" w:lineRule="auto"/>
            </w:pPr>
            <w:r>
              <w:rPr>
                <w:sz w:val="14"/>
              </w:rPr>
              <w:t>SSM + lucrători</w:t>
            </w:r>
          </w:p>
        </w:tc>
        <w:tc>
          <w:tcPr>
            <w:tcW w:w="1247" w:type="dxa"/>
            <w:shd w:val="clear" w:color="auto" w:fill="FAFAFA"/>
            <w:tcMar>
              <w:top w:w="75" w:type="dxa"/>
              <w:left w:w="85" w:type="dxa"/>
              <w:bottom w:w="75" w:type="dxa"/>
              <w:right w:w="85" w:type="dxa"/>
            </w:tcMar>
            <w:vAlign w:val="center"/>
          </w:tcPr>
          <w:p w14:paraId="662C6321" w14:textId="77777777" w:rsidR="008C77F8" w:rsidRDefault="00000000">
            <w:pPr>
              <w:spacing w:after="0" w:line="240" w:lineRule="auto"/>
            </w:pPr>
            <w:r>
              <w:rPr>
                <w:sz w:val="14"/>
              </w:rPr>
              <w:t>Trimestrial</w:t>
            </w:r>
          </w:p>
        </w:tc>
        <w:tc>
          <w:tcPr>
            <w:tcW w:w="2608" w:type="dxa"/>
            <w:shd w:val="clear" w:color="auto" w:fill="FAFAFA"/>
            <w:tcMar>
              <w:top w:w="75" w:type="dxa"/>
              <w:left w:w="85" w:type="dxa"/>
              <w:bottom w:w="75" w:type="dxa"/>
              <w:right w:w="85" w:type="dxa"/>
            </w:tcMar>
            <w:vAlign w:val="center"/>
          </w:tcPr>
          <w:p w14:paraId="4FE3D988" w14:textId="77777777" w:rsidR="008C77F8" w:rsidRDefault="00000000">
            <w:pPr>
              <w:spacing w:after="0" w:line="240" w:lineRule="auto"/>
            </w:pPr>
            <w:r>
              <w:rPr>
                <w:sz w:val="14"/>
              </w:rPr>
              <w:t>Scoruri, feedback și acțiuni suplimentare.</w:t>
            </w:r>
          </w:p>
        </w:tc>
      </w:tr>
    </w:tbl>
    <w:p w14:paraId="3C025E33" w14:textId="77777777" w:rsidR="008C77F8" w:rsidRDefault="008C77F8">
      <w:pPr>
        <w:spacing w:after="20"/>
      </w:pPr>
    </w:p>
    <w:p w14:paraId="41E4972E" w14:textId="77777777" w:rsidR="008C77F8" w:rsidRDefault="00000000">
      <w:pPr>
        <w:pStyle w:val="Heading2"/>
      </w:pPr>
      <w:r>
        <w:t>D. Monitorizare exemplificată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1361"/>
        <w:gridCol w:w="1247"/>
        <w:gridCol w:w="1020"/>
        <w:gridCol w:w="2835"/>
        <w:gridCol w:w="2438"/>
      </w:tblGrid>
      <w:tr w:rsidR="008C77F8" w14:paraId="7944A004" w14:textId="77777777">
        <w:trPr>
          <w:tblHeader/>
          <w:jc w:val="center"/>
        </w:trPr>
        <w:tc>
          <w:tcPr>
            <w:tcW w:w="1020" w:type="dxa"/>
            <w:shd w:val="clear" w:color="auto" w:fill="D71920"/>
            <w:tcMar>
              <w:top w:w="75" w:type="dxa"/>
              <w:left w:w="85" w:type="dxa"/>
              <w:bottom w:w="75" w:type="dxa"/>
              <w:right w:w="85" w:type="dxa"/>
            </w:tcMar>
            <w:vAlign w:val="center"/>
          </w:tcPr>
          <w:p w14:paraId="79889294" w14:textId="77777777" w:rsidR="008C77F8" w:rsidRDefault="00000000">
            <w:pPr>
              <w:spacing w:after="0" w:line="240" w:lineRule="auto"/>
              <w:jc w:val="center"/>
            </w:pPr>
            <w:r>
              <w:rPr>
                <w:b/>
                <w:color w:val="FFFFFF"/>
                <w:sz w:val="14"/>
              </w:rPr>
              <w:t>PER.</w:t>
            </w:r>
          </w:p>
        </w:tc>
        <w:tc>
          <w:tcPr>
            <w:tcW w:w="1361" w:type="dxa"/>
            <w:shd w:val="clear" w:color="auto" w:fill="D71920"/>
            <w:tcMar>
              <w:top w:w="75" w:type="dxa"/>
              <w:left w:w="85" w:type="dxa"/>
              <w:bottom w:w="75" w:type="dxa"/>
              <w:right w:w="85" w:type="dxa"/>
            </w:tcMar>
            <w:vAlign w:val="center"/>
          </w:tcPr>
          <w:p w14:paraId="076C33ED" w14:textId="77777777" w:rsidR="008C77F8" w:rsidRDefault="00000000">
            <w:pPr>
              <w:spacing w:after="0" w:line="240" w:lineRule="auto"/>
              <w:jc w:val="center"/>
            </w:pPr>
            <w:r>
              <w:rPr>
                <w:b/>
                <w:color w:val="FFFFFF"/>
                <w:sz w:val="14"/>
              </w:rPr>
              <w:t>REZULTAT</w:t>
            </w:r>
          </w:p>
        </w:tc>
        <w:tc>
          <w:tcPr>
            <w:tcW w:w="1247" w:type="dxa"/>
            <w:shd w:val="clear" w:color="auto" w:fill="D71920"/>
            <w:tcMar>
              <w:top w:w="75" w:type="dxa"/>
              <w:left w:w="85" w:type="dxa"/>
              <w:bottom w:w="75" w:type="dxa"/>
              <w:right w:w="85" w:type="dxa"/>
            </w:tcMar>
            <w:vAlign w:val="center"/>
          </w:tcPr>
          <w:p w14:paraId="5D10BDD3" w14:textId="77777777" w:rsidR="008C77F8" w:rsidRDefault="00000000">
            <w:pPr>
              <w:spacing w:after="0" w:line="240" w:lineRule="auto"/>
              <w:jc w:val="center"/>
            </w:pPr>
            <w:r>
              <w:rPr>
                <w:b/>
                <w:color w:val="FFFFFF"/>
                <w:sz w:val="14"/>
              </w:rPr>
              <w:t>ȚINTĂ</w:t>
            </w:r>
          </w:p>
        </w:tc>
        <w:tc>
          <w:tcPr>
            <w:tcW w:w="1020" w:type="dxa"/>
            <w:shd w:val="clear" w:color="auto" w:fill="D71920"/>
            <w:tcMar>
              <w:top w:w="75" w:type="dxa"/>
              <w:left w:w="85" w:type="dxa"/>
              <w:bottom w:w="75" w:type="dxa"/>
              <w:right w:w="85" w:type="dxa"/>
            </w:tcMar>
            <w:vAlign w:val="center"/>
          </w:tcPr>
          <w:p w14:paraId="664F205E" w14:textId="77777777" w:rsidR="008C77F8" w:rsidRDefault="00000000">
            <w:pPr>
              <w:spacing w:after="0" w:line="240" w:lineRule="auto"/>
              <w:jc w:val="center"/>
            </w:pPr>
            <w:r>
              <w:rPr>
                <w:b/>
                <w:color w:val="FFFFFF"/>
                <w:sz w:val="14"/>
              </w:rPr>
              <w:t>STATUS</w:t>
            </w:r>
          </w:p>
        </w:tc>
        <w:tc>
          <w:tcPr>
            <w:tcW w:w="2835" w:type="dxa"/>
            <w:shd w:val="clear" w:color="auto" w:fill="D71920"/>
            <w:tcMar>
              <w:top w:w="75" w:type="dxa"/>
              <w:left w:w="85" w:type="dxa"/>
              <w:bottom w:w="75" w:type="dxa"/>
              <w:right w:w="85" w:type="dxa"/>
            </w:tcMar>
            <w:vAlign w:val="center"/>
          </w:tcPr>
          <w:p w14:paraId="04999264" w14:textId="77777777" w:rsidR="008C77F8" w:rsidRDefault="00000000">
            <w:pPr>
              <w:spacing w:after="0" w:line="240" w:lineRule="auto"/>
              <w:jc w:val="center"/>
            </w:pPr>
            <w:r>
              <w:rPr>
                <w:b/>
                <w:color w:val="FFFFFF"/>
                <w:sz w:val="14"/>
              </w:rPr>
              <w:t>ANALIZĂ</w:t>
            </w:r>
          </w:p>
        </w:tc>
        <w:tc>
          <w:tcPr>
            <w:tcW w:w="2438" w:type="dxa"/>
            <w:shd w:val="clear" w:color="auto" w:fill="D71920"/>
            <w:tcMar>
              <w:top w:w="75" w:type="dxa"/>
              <w:left w:w="85" w:type="dxa"/>
              <w:bottom w:w="75" w:type="dxa"/>
              <w:right w:w="85" w:type="dxa"/>
            </w:tcMar>
            <w:vAlign w:val="center"/>
          </w:tcPr>
          <w:p w14:paraId="1291AA72" w14:textId="77777777" w:rsidR="008C77F8" w:rsidRDefault="00000000">
            <w:pPr>
              <w:spacing w:after="0" w:line="240" w:lineRule="auto"/>
              <w:jc w:val="center"/>
            </w:pPr>
            <w:r>
              <w:rPr>
                <w:b/>
                <w:color w:val="FFFFFF"/>
                <w:sz w:val="14"/>
              </w:rPr>
              <w:t>DECIZIE</w:t>
            </w:r>
          </w:p>
        </w:tc>
      </w:tr>
      <w:tr w:rsidR="008C77F8" w14:paraId="18B06A6D" w14:textId="77777777">
        <w:trPr>
          <w:cantSplit/>
          <w:jc w:val="center"/>
        </w:trPr>
        <w:tc>
          <w:tcPr>
            <w:tcW w:w="1020" w:type="dxa"/>
            <w:shd w:val="clear" w:color="auto" w:fill="FFFFFF"/>
            <w:tcMar>
              <w:top w:w="75" w:type="dxa"/>
              <w:left w:w="85" w:type="dxa"/>
              <w:bottom w:w="75" w:type="dxa"/>
              <w:right w:w="85" w:type="dxa"/>
            </w:tcMar>
            <w:vAlign w:val="center"/>
          </w:tcPr>
          <w:p w14:paraId="58BBBA07" w14:textId="77777777" w:rsidR="008C77F8" w:rsidRDefault="00000000">
            <w:pPr>
              <w:spacing w:after="0" w:line="240" w:lineRule="auto"/>
              <w:jc w:val="center"/>
            </w:pPr>
            <w:r>
              <w:rPr>
                <w:sz w:val="14"/>
              </w:rPr>
              <w:t>T1</w:t>
            </w:r>
          </w:p>
        </w:tc>
        <w:tc>
          <w:tcPr>
            <w:tcW w:w="1361" w:type="dxa"/>
            <w:shd w:val="clear" w:color="auto" w:fill="FFFFFF"/>
            <w:tcMar>
              <w:top w:w="75" w:type="dxa"/>
              <w:left w:w="85" w:type="dxa"/>
              <w:bottom w:w="75" w:type="dxa"/>
              <w:right w:w="85" w:type="dxa"/>
            </w:tcMar>
            <w:vAlign w:val="center"/>
          </w:tcPr>
          <w:p w14:paraId="34DC930F" w14:textId="77777777" w:rsidR="008C77F8" w:rsidRDefault="00000000">
            <w:pPr>
              <w:spacing w:after="0" w:line="240" w:lineRule="auto"/>
            </w:pPr>
            <w:r>
              <w:rPr>
                <w:sz w:val="14"/>
              </w:rPr>
              <w:t>32%</w:t>
            </w:r>
          </w:p>
        </w:tc>
        <w:tc>
          <w:tcPr>
            <w:tcW w:w="1247" w:type="dxa"/>
            <w:shd w:val="clear" w:color="auto" w:fill="FFFFFF"/>
            <w:tcMar>
              <w:top w:w="75" w:type="dxa"/>
              <w:left w:w="85" w:type="dxa"/>
              <w:bottom w:w="75" w:type="dxa"/>
              <w:right w:w="85" w:type="dxa"/>
            </w:tcMar>
            <w:vAlign w:val="center"/>
          </w:tcPr>
          <w:p w14:paraId="0D026B3D" w14:textId="77777777" w:rsidR="008C77F8" w:rsidRDefault="00000000">
            <w:pPr>
              <w:spacing w:after="0" w:line="240" w:lineRule="auto"/>
            </w:pPr>
            <w:r>
              <w:rPr>
                <w:sz w:val="14"/>
              </w:rPr>
              <w:t>30%</w:t>
            </w:r>
          </w:p>
        </w:tc>
        <w:tc>
          <w:tcPr>
            <w:tcW w:w="1020" w:type="dxa"/>
            <w:shd w:val="clear" w:color="auto" w:fill="FFFFFF"/>
            <w:tcMar>
              <w:top w:w="75" w:type="dxa"/>
              <w:left w:w="85" w:type="dxa"/>
              <w:bottom w:w="75" w:type="dxa"/>
              <w:right w:w="85" w:type="dxa"/>
            </w:tcMar>
            <w:vAlign w:val="center"/>
          </w:tcPr>
          <w:p w14:paraId="30D8ACE5" w14:textId="77777777" w:rsidR="008C77F8" w:rsidRDefault="00000000">
            <w:pPr>
              <w:spacing w:after="0" w:line="240" w:lineRule="auto"/>
              <w:jc w:val="center"/>
            </w:pPr>
            <w:r>
              <w:rPr>
                <w:sz w:val="14"/>
              </w:rPr>
              <w:t>GALBEN</w:t>
            </w:r>
          </w:p>
        </w:tc>
        <w:tc>
          <w:tcPr>
            <w:tcW w:w="2835" w:type="dxa"/>
            <w:shd w:val="clear" w:color="auto" w:fill="FFFFFF"/>
            <w:tcMar>
              <w:top w:w="75" w:type="dxa"/>
              <w:left w:w="85" w:type="dxa"/>
              <w:bottom w:w="75" w:type="dxa"/>
              <w:right w:w="85" w:type="dxa"/>
            </w:tcMar>
            <w:vAlign w:val="center"/>
          </w:tcPr>
          <w:p w14:paraId="036DADB4" w14:textId="77777777" w:rsidR="008C77F8" w:rsidRDefault="00000000">
            <w:pPr>
              <w:spacing w:after="0" w:line="240" w:lineRule="auto"/>
            </w:pPr>
            <w:r>
              <w:rPr>
                <w:sz w:val="14"/>
              </w:rPr>
              <w:t>Două soluții tehnice întârziate; consultarea confirmă prioritatea.</w:t>
            </w:r>
          </w:p>
        </w:tc>
        <w:tc>
          <w:tcPr>
            <w:tcW w:w="2438" w:type="dxa"/>
            <w:shd w:val="clear" w:color="auto" w:fill="FFFFFF"/>
            <w:tcMar>
              <w:top w:w="75" w:type="dxa"/>
              <w:left w:w="85" w:type="dxa"/>
              <w:bottom w:w="75" w:type="dxa"/>
              <w:right w:w="85" w:type="dxa"/>
            </w:tcMar>
            <w:vAlign w:val="center"/>
          </w:tcPr>
          <w:p w14:paraId="21AD8412" w14:textId="77777777" w:rsidR="008C77F8" w:rsidRDefault="00000000">
            <w:pPr>
              <w:spacing w:after="0" w:line="240" w:lineRule="auto"/>
            </w:pPr>
            <w:r>
              <w:rPr>
                <w:sz w:val="14"/>
              </w:rPr>
              <w:t>Escaladare buget și soluție temporară fără creșterea expunerii.</w:t>
            </w:r>
          </w:p>
        </w:tc>
      </w:tr>
      <w:tr w:rsidR="008C77F8" w14:paraId="2BE40A19" w14:textId="77777777">
        <w:trPr>
          <w:cantSplit/>
          <w:jc w:val="center"/>
        </w:trPr>
        <w:tc>
          <w:tcPr>
            <w:tcW w:w="1020" w:type="dxa"/>
            <w:shd w:val="clear" w:color="auto" w:fill="FAFAFA"/>
            <w:tcMar>
              <w:top w:w="75" w:type="dxa"/>
              <w:left w:w="85" w:type="dxa"/>
              <w:bottom w:w="75" w:type="dxa"/>
              <w:right w:w="85" w:type="dxa"/>
            </w:tcMar>
            <w:vAlign w:val="center"/>
          </w:tcPr>
          <w:p w14:paraId="42EFA0CE" w14:textId="77777777" w:rsidR="008C77F8" w:rsidRDefault="00000000">
            <w:pPr>
              <w:spacing w:after="0" w:line="240" w:lineRule="auto"/>
              <w:jc w:val="center"/>
            </w:pPr>
            <w:r>
              <w:rPr>
                <w:sz w:val="14"/>
              </w:rPr>
              <w:t>T2</w:t>
            </w:r>
          </w:p>
        </w:tc>
        <w:tc>
          <w:tcPr>
            <w:tcW w:w="1361" w:type="dxa"/>
            <w:shd w:val="clear" w:color="auto" w:fill="FAFAFA"/>
            <w:tcMar>
              <w:top w:w="75" w:type="dxa"/>
              <w:left w:w="85" w:type="dxa"/>
              <w:bottom w:w="75" w:type="dxa"/>
              <w:right w:w="85" w:type="dxa"/>
            </w:tcMar>
            <w:vAlign w:val="center"/>
          </w:tcPr>
          <w:p w14:paraId="7DF8C411" w14:textId="77777777" w:rsidR="008C77F8" w:rsidRDefault="00000000">
            <w:pPr>
              <w:spacing w:after="0" w:line="240" w:lineRule="auto"/>
            </w:pPr>
            <w:r>
              <w:rPr>
                <w:sz w:val="14"/>
              </w:rPr>
              <w:t>22%</w:t>
            </w:r>
          </w:p>
        </w:tc>
        <w:tc>
          <w:tcPr>
            <w:tcW w:w="1247" w:type="dxa"/>
            <w:shd w:val="clear" w:color="auto" w:fill="FAFAFA"/>
            <w:tcMar>
              <w:top w:w="75" w:type="dxa"/>
              <w:left w:w="85" w:type="dxa"/>
              <w:bottom w:w="75" w:type="dxa"/>
              <w:right w:w="85" w:type="dxa"/>
            </w:tcMar>
            <w:vAlign w:val="center"/>
          </w:tcPr>
          <w:p w14:paraId="4B86BA15" w14:textId="77777777" w:rsidR="008C77F8" w:rsidRDefault="00000000">
            <w:pPr>
              <w:spacing w:after="0" w:line="240" w:lineRule="auto"/>
            </w:pPr>
            <w:r>
              <w:rPr>
                <w:sz w:val="14"/>
              </w:rPr>
              <w:t>22%</w:t>
            </w:r>
          </w:p>
        </w:tc>
        <w:tc>
          <w:tcPr>
            <w:tcW w:w="1020" w:type="dxa"/>
            <w:shd w:val="clear" w:color="auto" w:fill="FAFAFA"/>
            <w:tcMar>
              <w:top w:w="75" w:type="dxa"/>
              <w:left w:w="85" w:type="dxa"/>
              <w:bottom w:w="75" w:type="dxa"/>
              <w:right w:w="85" w:type="dxa"/>
            </w:tcMar>
            <w:vAlign w:val="center"/>
          </w:tcPr>
          <w:p w14:paraId="0A9DA5DA" w14:textId="77777777" w:rsidR="008C77F8" w:rsidRDefault="00000000">
            <w:pPr>
              <w:spacing w:after="0" w:line="240" w:lineRule="auto"/>
              <w:jc w:val="center"/>
            </w:pPr>
            <w:r>
              <w:rPr>
                <w:sz w:val="14"/>
              </w:rPr>
              <w:t>VERDE</w:t>
            </w:r>
          </w:p>
        </w:tc>
        <w:tc>
          <w:tcPr>
            <w:tcW w:w="2835" w:type="dxa"/>
            <w:shd w:val="clear" w:color="auto" w:fill="FAFAFA"/>
            <w:tcMar>
              <w:top w:w="75" w:type="dxa"/>
              <w:left w:w="85" w:type="dxa"/>
              <w:bottom w:w="75" w:type="dxa"/>
              <w:right w:w="85" w:type="dxa"/>
            </w:tcMar>
            <w:vAlign w:val="center"/>
          </w:tcPr>
          <w:p w14:paraId="5CF05716" w14:textId="77777777" w:rsidR="008C77F8" w:rsidRDefault="00000000">
            <w:pPr>
              <w:spacing w:after="0" w:line="240" w:lineRule="auto"/>
            </w:pPr>
            <w:r>
              <w:rPr>
                <w:sz w:val="14"/>
              </w:rPr>
              <w:t>Sarcinile foarte ridicate au fost eliminate; utilizarea ajutoarelor = 82%.</w:t>
            </w:r>
          </w:p>
        </w:tc>
        <w:tc>
          <w:tcPr>
            <w:tcW w:w="2438" w:type="dxa"/>
            <w:shd w:val="clear" w:color="auto" w:fill="FAFAFA"/>
            <w:tcMar>
              <w:top w:w="75" w:type="dxa"/>
              <w:left w:w="85" w:type="dxa"/>
              <w:bottom w:w="75" w:type="dxa"/>
              <w:right w:w="85" w:type="dxa"/>
            </w:tcMar>
            <w:vAlign w:val="center"/>
          </w:tcPr>
          <w:p w14:paraId="0B49DE5B" w14:textId="77777777" w:rsidR="008C77F8" w:rsidRDefault="00000000">
            <w:pPr>
              <w:spacing w:after="0" w:line="240" w:lineRule="auto"/>
            </w:pPr>
            <w:r>
              <w:rPr>
                <w:sz w:val="14"/>
              </w:rPr>
              <w:t>Corectarea disponibilității și mentenanței.</w:t>
            </w:r>
          </w:p>
        </w:tc>
      </w:tr>
      <w:tr w:rsidR="008C77F8" w:rsidRPr="00823051" w14:paraId="16276EBB" w14:textId="77777777">
        <w:trPr>
          <w:cantSplit/>
          <w:jc w:val="center"/>
        </w:trPr>
        <w:tc>
          <w:tcPr>
            <w:tcW w:w="1020" w:type="dxa"/>
            <w:shd w:val="clear" w:color="auto" w:fill="FFFFFF"/>
            <w:tcMar>
              <w:top w:w="75" w:type="dxa"/>
              <w:left w:w="85" w:type="dxa"/>
              <w:bottom w:w="75" w:type="dxa"/>
              <w:right w:w="85" w:type="dxa"/>
            </w:tcMar>
            <w:vAlign w:val="center"/>
          </w:tcPr>
          <w:p w14:paraId="66642E08" w14:textId="77777777" w:rsidR="008C77F8" w:rsidRDefault="00000000">
            <w:pPr>
              <w:spacing w:after="0" w:line="240" w:lineRule="auto"/>
              <w:jc w:val="center"/>
            </w:pPr>
            <w:r>
              <w:rPr>
                <w:sz w:val="14"/>
              </w:rPr>
              <w:t>T3</w:t>
            </w:r>
          </w:p>
        </w:tc>
        <w:tc>
          <w:tcPr>
            <w:tcW w:w="1361" w:type="dxa"/>
            <w:shd w:val="clear" w:color="auto" w:fill="FFFFFF"/>
            <w:tcMar>
              <w:top w:w="75" w:type="dxa"/>
              <w:left w:w="85" w:type="dxa"/>
              <w:bottom w:w="75" w:type="dxa"/>
              <w:right w:w="85" w:type="dxa"/>
            </w:tcMar>
            <w:vAlign w:val="center"/>
          </w:tcPr>
          <w:p w14:paraId="2C46D7A7" w14:textId="77777777" w:rsidR="008C77F8" w:rsidRDefault="00000000">
            <w:pPr>
              <w:spacing w:after="0" w:line="240" w:lineRule="auto"/>
            </w:pPr>
            <w:r>
              <w:rPr>
                <w:sz w:val="14"/>
              </w:rPr>
              <w:t>14%</w:t>
            </w:r>
          </w:p>
        </w:tc>
        <w:tc>
          <w:tcPr>
            <w:tcW w:w="1247" w:type="dxa"/>
            <w:shd w:val="clear" w:color="auto" w:fill="FFFFFF"/>
            <w:tcMar>
              <w:top w:w="75" w:type="dxa"/>
              <w:left w:w="85" w:type="dxa"/>
              <w:bottom w:w="75" w:type="dxa"/>
              <w:right w:w="85" w:type="dxa"/>
            </w:tcMar>
            <w:vAlign w:val="center"/>
          </w:tcPr>
          <w:p w14:paraId="34CBE6FA" w14:textId="77777777" w:rsidR="008C77F8" w:rsidRDefault="00000000">
            <w:pPr>
              <w:spacing w:after="0" w:line="240" w:lineRule="auto"/>
            </w:pPr>
            <w:r>
              <w:rPr>
                <w:sz w:val="14"/>
              </w:rPr>
              <w:t>15%</w:t>
            </w:r>
          </w:p>
        </w:tc>
        <w:tc>
          <w:tcPr>
            <w:tcW w:w="1020" w:type="dxa"/>
            <w:shd w:val="clear" w:color="auto" w:fill="FFFFFF"/>
            <w:tcMar>
              <w:top w:w="75" w:type="dxa"/>
              <w:left w:w="85" w:type="dxa"/>
              <w:bottom w:w="75" w:type="dxa"/>
              <w:right w:w="85" w:type="dxa"/>
            </w:tcMar>
            <w:vAlign w:val="center"/>
          </w:tcPr>
          <w:p w14:paraId="0D68DF56" w14:textId="77777777" w:rsidR="008C77F8" w:rsidRDefault="00000000">
            <w:pPr>
              <w:spacing w:after="0" w:line="240" w:lineRule="auto"/>
              <w:jc w:val="center"/>
            </w:pPr>
            <w:r>
              <w:rPr>
                <w:sz w:val="14"/>
              </w:rPr>
              <w:t>VERDE</w:t>
            </w:r>
          </w:p>
        </w:tc>
        <w:tc>
          <w:tcPr>
            <w:tcW w:w="2835" w:type="dxa"/>
            <w:shd w:val="clear" w:color="auto" w:fill="FFFFFF"/>
            <w:tcMar>
              <w:top w:w="75" w:type="dxa"/>
              <w:left w:w="85" w:type="dxa"/>
              <w:bottom w:w="75" w:type="dxa"/>
              <w:right w:w="85" w:type="dxa"/>
            </w:tcMar>
            <w:vAlign w:val="center"/>
          </w:tcPr>
          <w:p w14:paraId="0B4CA9E8" w14:textId="77777777" w:rsidR="008C77F8" w:rsidRDefault="00000000">
            <w:pPr>
              <w:spacing w:after="0" w:line="240" w:lineRule="auto"/>
            </w:pPr>
            <w:r>
              <w:rPr>
                <w:sz w:val="14"/>
              </w:rPr>
              <w:t>Reproiectarea reduce scorul; o sarcină nouă apare după schimbare.</w:t>
            </w:r>
          </w:p>
        </w:tc>
        <w:tc>
          <w:tcPr>
            <w:tcW w:w="2438" w:type="dxa"/>
            <w:shd w:val="clear" w:color="auto" w:fill="FFFFFF"/>
            <w:tcMar>
              <w:top w:w="75" w:type="dxa"/>
              <w:left w:w="85" w:type="dxa"/>
              <w:bottom w:w="75" w:type="dxa"/>
              <w:right w:w="85" w:type="dxa"/>
            </w:tcMar>
            <w:vAlign w:val="center"/>
          </w:tcPr>
          <w:p w14:paraId="171EDD96" w14:textId="77777777" w:rsidR="008C77F8" w:rsidRPr="00823051" w:rsidRDefault="00000000">
            <w:pPr>
              <w:spacing w:after="0" w:line="240" w:lineRule="auto"/>
              <w:rPr>
                <w:lang w:val="fr-FR"/>
              </w:rPr>
            </w:pPr>
            <w:r w:rsidRPr="00823051">
              <w:rPr>
                <w:sz w:val="14"/>
                <w:lang w:val="fr-FR"/>
              </w:rPr>
              <w:t>Evaluare de schimbare și modificare înainte de lansare completă.</w:t>
            </w:r>
          </w:p>
        </w:tc>
      </w:tr>
      <w:tr w:rsidR="008C77F8" w14:paraId="40AB5875" w14:textId="77777777">
        <w:trPr>
          <w:cantSplit/>
          <w:jc w:val="center"/>
        </w:trPr>
        <w:tc>
          <w:tcPr>
            <w:tcW w:w="1020" w:type="dxa"/>
            <w:shd w:val="clear" w:color="auto" w:fill="FAFAFA"/>
            <w:tcMar>
              <w:top w:w="75" w:type="dxa"/>
              <w:left w:w="85" w:type="dxa"/>
              <w:bottom w:w="75" w:type="dxa"/>
              <w:right w:w="85" w:type="dxa"/>
            </w:tcMar>
            <w:vAlign w:val="center"/>
          </w:tcPr>
          <w:p w14:paraId="01CFA7FF" w14:textId="77777777" w:rsidR="008C77F8" w:rsidRDefault="00000000">
            <w:pPr>
              <w:spacing w:after="0" w:line="240" w:lineRule="auto"/>
              <w:jc w:val="center"/>
            </w:pPr>
            <w:r>
              <w:rPr>
                <w:sz w:val="14"/>
              </w:rPr>
              <w:t>T4</w:t>
            </w:r>
          </w:p>
        </w:tc>
        <w:tc>
          <w:tcPr>
            <w:tcW w:w="1361" w:type="dxa"/>
            <w:shd w:val="clear" w:color="auto" w:fill="FAFAFA"/>
            <w:tcMar>
              <w:top w:w="75" w:type="dxa"/>
              <w:left w:w="85" w:type="dxa"/>
              <w:bottom w:w="75" w:type="dxa"/>
              <w:right w:w="85" w:type="dxa"/>
            </w:tcMar>
            <w:vAlign w:val="center"/>
          </w:tcPr>
          <w:p w14:paraId="166C8D9F" w14:textId="77777777" w:rsidR="008C77F8" w:rsidRDefault="00000000">
            <w:pPr>
              <w:spacing w:after="0" w:line="240" w:lineRule="auto"/>
            </w:pPr>
            <w:r>
              <w:rPr>
                <w:sz w:val="14"/>
              </w:rPr>
              <w:t>8%</w:t>
            </w:r>
          </w:p>
        </w:tc>
        <w:tc>
          <w:tcPr>
            <w:tcW w:w="1247" w:type="dxa"/>
            <w:shd w:val="clear" w:color="auto" w:fill="FAFAFA"/>
            <w:tcMar>
              <w:top w:w="75" w:type="dxa"/>
              <w:left w:w="85" w:type="dxa"/>
              <w:bottom w:w="75" w:type="dxa"/>
              <w:right w:w="85" w:type="dxa"/>
            </w:tcMar>
            <w:vAlign w:val="center"/>
          </w:tcPr>
          <w:p w14:paraId="5D81D824" w14:textId="77777777" w:rsidR="008C77F8" w:rsidRDefault="00000000">
            <w:pPr>
              <w:spacing w:after="0" w:line="240" w:lineRule="auto"/>
            </w:pPr>
            <w:r>
              <w:rPr>
                <w:sz w:val="14"/>
              </w:rPr>
              <w:t>10%</w:t>
            </w:r>
          </w:p>
        </w:tc>
        <w:tc>
          <w:tcPr>
            <w:tcW w:w="1020" w:type="dxa"/>
            <w:shd w:val="clear" w:color="auto" w:fill="FAFAFA"/>
            <w:tcMar>
              <w:top w:w="75" w:type="dxa"/>
              <w:left w:w="85" w:type="dxa"/>
              <w:bottom w:w="75" w:type="dxa"/>
              <w:right w:w="85" w:type="dxa"/>
            </w:tcMar>
            <w:vAlign w:val="center"/>
          </w:tcPr>
          <w:p w14:paraId="594DC394" w14:textId="77777777" w:rsidR="008C77F8" w:rsidRDefault="00000000">
            <w:pPr>
              <w:spacing w:after="0" w:line="240" w:lineRule="auto"/>
              <w:jc w:val="center"/>
            </w:pPr>
            <w:r>
              <w:rPr>
                <w:sz w:val="14"/>
              </w:rPr>
              <w:t>VERDE</w:t>
            </w:r>
          </w:p>
        </w:tc>
        <w:tc>
          <w:tcPr>
            <w:tcW w:w="2835" w:type="dxa"/>
            <w:shd w:val="clear" w:color="auto" w:fill="FAFAFA"/>
            <w:tcMar>
              <w:top w:w="75" w:type="dxa"/>
              <w:left w:w="85" w:type="dxa"/>
              <w:bottom w:w="75" w:type="dxa"/>
              <w:right w:w="85" w:type="dxa"/>
            </w:tcMar>
            <w:vAlign w:val="center"/>
          </w:tcPr>
          <w:p w14:paraId="1754F131" w14:textId="77777777" w:rsidR="008C77F8" w:rsidRDefault="00000000">
            <w:pPr>
              <w:spacing w:after="0" w:line="240" w:lineRule="auto"/>
            </w:pPr>
            <w:r>
              <w:rPr>
                <w:sz w:val="14"/>
              </w:rPr>
              <w:t>Ținta depășită; feedback favorabil; fără transfer semnificativ de risc.</w:t>
            </w:r>
          </w:p>
        </w:tc>
        <w:tc>
          <w:tcPr>
            <w:tcW w:w="2438" w:type="dxa"/>
            <w:shd w:val="clear" w:color="auto" w:fill="FAFAFA"/>
            <w:tcMar>
              <w:top w:w="75" w:type="dxa"/>
              <w:left w:w="85" w:type="dxa"/>
              <w:bottom w:w="75" w:type="dxa"/>
              <w:right w:w="85" w:type="dxa"/>
            </w:tcMar>
            <w:vAlign w:val="center"/>
          </w:tcPr>
          <w:p w14:paraId="30B591E9" w14:textId="77777777" w:rsidR="008C77F8" w:rsidRDefault="00000000">
            <w:pPr>
              <w:spacing w:after="0" w:line="240" w:lineRule="auto"/>
            </w:pPr>
            <w:r>
              <w:rPr>
                <w:sz w:val="14"/>
              </w:rPr>
              <w:t>Standardizare și extindere la următoarea zonă.</w:t>
            </w:r>
          </w:p>
        </w:tc>
      </w:tr>
    </w:tbl>
    <w:p w14:paraId="086D5EEB" w14:textId="77777777" w:rsidR="008C77F8" w:rsidRDefault="008C77F8">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rsidRPr="00823051" w14:paraId="4C47CA0D" w14:textId="77777777">
        <w:trPr>
          <w:jc w:val="center"/>
        </w:trPr>
        <w:tc>
          <w:tcPr>
            <w:tcW w:w="567" w:type="dxa"/>
            <w:shd w:val="clear" w:color="auto" w:fill="D71920"/>
            <w:tcMar>
              <w:top w:w="75" w:type="dxa"/>
              <w:left w:w="85" w:type="dxa"/>
              <w:bottom w:w="75" w:type="dxa"/>
              <w:right w:w="85" w:type="dxa"/>
            </w:tcMar>
            <w:vAlign w:val="center"/>
          </w:tcPr>
          <w:p w14:paraId="66DF0BC0" w14:textId="77777777" w:rsidR="008C77F8" w:rsidRDefault="00000000">
            <w:pPr>
              <w:spacing w:after="0" w:line="240" w:lineRule="auto"/>
              <w:jc w:val="center"/>
            </w:pPr>
            <w:r>
              <w:rPr>
                <w:b/>
                <w:color w:val="FFFFFF"/>
                <w:sz w:val="30"/>
              </w:rPr>
              <w:t>i</w:t>
            </w:r>
          </w:p>
        </w:tc>
        <w:tc>
          <w:tcPr>
            <w:tcW w:w="9354" w:type="dxa"/>
            <w:shd w:val="clear" w:color="auto" w:fill="FCEBEC"/>
          </w:tcPr>
          <w:p w14:paraId="15D2AF4D" w14:textId="77777777" w:rsidR="008C77F8" w:rsidRPr="00823051" w:rsidRDefault="00000000">
            <w:pPr>
              <w:spacing w:after="40"/>
              <w:rPr>
                <w:lang w:val="fr-FR"/>
              </w:rPr>
            </w:pPr>
            <w:r w:rsidRPr="00823051">
              <w:rPr>
                <w:b/>
                <w:color w:val="D71920"/>
                <w:lang w:val="fr-FR"/>
              </w:rPr>
              <w:t>LECȚIA EXEMPLULUI</w:t>
            </w:r>
          </w:p>
          <w:p w14:paraId="4E9BDBB0" w14:textId="77777777" w:rsidR="008C77F8" w:rsidRPr="00823051" w:rsidRDefault="00000000">
            <w:pPr>
              <w:spacing w:after="0" w:line="252" w:lineRule="auto"/>
              <w:rPr>
                <w:lang w:val="fr-FR"/>
              </w:rPr>
            </w:pPr>
            <w:r w:rsidRPr="00823051">
              <w:rPr>
                <w:sz w:val="17"/>
                <w:lang w:val="fr-FR"/>
              </w:rPr>
              <w:t>Obiectivul nu s-a limitat la instruire sau la absența accidentelor. A urmărit reducerea riscului în teren, măsuri superioare în ierarhia controalelor, participarea lucrătorilor și verificarea riscului transferat.</w:t>
            </w:r>
          </w:p>
        </w:tc>
      </w:tr>
    </w:tbl>
    <w:p w14:paraId="791F29C3" w14:textId="77777777" w:rsidR="008C77F8" w:rsidRPr="00823051" w:rsidRDefault="008C77F8">
      <w:pPr>
        <w:spacing w:after="0"/>
        <w:rPr>
          <w:lang w:val="fr-FR"/>
        </w:rPr>
      </w:pPr>
    </w:p>
    <w:p w14:paraId="3B922443" w14:textId="77777777" w:rsidR="008C77F8" w:rsidRPr="00823051" w:rsidRDefault="00000000">
      <w:pPr>
        <w:rPr>
          <w:lang w:val="fr-FR"/>
        </w:rPr>
      </w:pPr>
      <w:r w:rsidRPr="00823051">
        <w:rPr>
          <w:lang w:val="fr-FR"/>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14:paraId="08597675" w14:textId="77777777">
        <w:trPr>
          <w:jc w:val="center"/>
        </w:trPr>
        <w:tc>
          <w:tcPr>
            <w:tcW w:w="1020" w:type="dxa"/>
            <w:shd w:val="clear" w:color="auto" w:fill="D71920"/>
            <w:tcMar>
              <w:top w:w="75" w:type="dxa"/>
              <w:left w:w="85" w:type="dxa"/>
              <w:bottom w:w="75" w:type="dxa"/>
              <w:right w:w="85" w:type="dxa"/>
            </w:tcMar>
            <w:vAlign w:val="center"/>
          </w:tcPr>
          <w:p w14:paraId="7085F315" w14:textId="77777777" w:rsidR="008C77F8" w:rsidRDefault="00000000">
            <w:pPr>
              <w:spacing w:after="0" w:line="240" w:lineRule="auto"/>
              <w:jc w:val="center"/>
            </w:pPr>
            <w:r>
              <w:rPr>
                <w:b/>
                <w:color w:val="FFFFFF"/>
                <w:sz w:val="34"/>
              </w:rPr>
              <w:lastRenderedPageBreak/>
              <w:t>7</w:t>
            </w:r>
          </w:p>
        </w:tc>
        <w:tc>
          <w:tcPr>
            <w:tcW w:w="8901" w:type="dxa"/>
            <w:shd w:val="clear" w:color="auto" w:fill="F3F4F5"/>
          </w:tcPr>
          <w:p w14:paraId="5DCB572D" w14:textId="77777777" w:rsidR="008C77F8" w:rsidRDefault="00000000">
            <w:pPr>
              <w:spacing w:after="20"/>
            </w:pPr>
            <w:r>
              <w:rPr>
                <w:b/>
                <w:sz w:val="28"/>
              </w:rPr>
              <w:t>Revizuire și decizie managerială</w:t>
            </w:r>
          </w:p>
          <w:p w14:paraId="5CDC3E93" w14:textId="77777777" w:rsidR="008C77F8" w:rsidRDefault="00000000">
            <w:pPr>
              <w:spacing w:after="0"/>
            </w:pPr>
            <w:r>
              <w:rPr>
                <w:color w:val="666666"/>
                <w:sz w:val="16"/>
              </w:rPr>
              <w:t>Obiectivele trebuie folosite pentru decizii, nu doar raportate</w:t>
            </w:r>
          </w:p>
        </w:tc>
      </w:tr>
    </w:tbl>
    <w:p w14:paraId="6B220CF1" w14:textId="77777777" w:rsidR="008C77F8" w:rsidRDefault="008C77F8">
      <w:pPr>
        <w:spacing w:after="0"/>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9071"/>
      </w:tblGrid>
      <w:tr w:rsidR="008C77F8" w14:paraId="0226523A" w14:textId="77777777">
        <w:trPr>
          <w:tblHeader/>
          <w:jc w:val="center"/>
        </w:trPr>
        <w:tc>
          <w:tcPr>
            <w:tcW w:w="850" w:type="dxa"/>
            <w:shd w:val="clear" w:color="auto" w:fill="D71920"/>
            <w:tcMar>
              <w:top w:w="75" w:type="dxa"/>
              <w:left w:w="85" w:type="dxa"/>
              <w:bottom w:w="75" w:type="dxa"/>
              <w:right w:w="85" w:type="dxa"/>
            </w:tcMar>
            <w:vAlign w:val="center"/>
          </w:tcPr>
          <w:p w14:paraId="14575A5C" w14:textId="77777777" w:rsidR="008C77F8" w:rsidRDefault="00000000">
            <w:pPr>
              <w:spacing w:after="0" w:line="240" w:lineRule="auto"/>
              <w:jc w:val="center"/>
            </w:pPr>
            <w:r>
              <w:rPr>
                <w:b/>
                <w:color w:val="FFFFFF"/>
                <w:sz w:val="16"/>
              </w:rPr>
              <w:t>#</w:t>
            </w:r>
          </w:p>
        </w:tc>
        <w:tc>
          <w:tcPr>
            <w:tcW w:w="9071" w:type="dxa"/>
            <w:shd w:val="clear" w:color="auto" w:fill="D71920"/>
            <w:tcMar>
              <w:top w:w="75" w:type="dxa"/>
              <w:left w:w="85" w:type="dxa"/>
              <w:bottom w:w="75" w:type="dxa"/>
              <w:right w:w="85" w:type="dxa"/>
            </w:tcMar>
            <w:vAlign w:val="center"/>
          </w:tcPr>
          <w:p w14:paraId="763248F8" w14:textId="77777777" w:rsidR="008C77F8" w:rsidRDefault="00000000">
            <w:pPr>
              <w:spacing w:after="0" w:line="240" w:lineRule="auto"/>
              <w:jc w:val="center"/>
            </w:pPr>
            <w:r>
              <w:rPr>
                <w:b/>
                <w:color w:val="FFFFFF"/>
                <w:sz w:val="16"/>
              </w:rPr>
              <w:t>ÎNTREBARE</w:t>
            </w:r>
          </w:p>
        </w:tc>
      </w:tr>
      <w:tr w:rsidR="008C77F8" w14:paraId="0F1CD1AB" w14:textId="77777777">
        <w:trPr>
          <w:cantSplit/>
          <w:jc w:val="center"/>
        </w:trPr>
        <w:tc>
          <w:tcPr>
            <w:tcW w:w="850" w:type="dxa"/>
            <w:shd w:val="clear" w:color="auto" w:fill="FFFFFF"/>
            <w:tcMar>
              <w:top w:w="75" w:type="dxa"/>
              <w:left w:w="85" w:type="dxa"/>
              <w:bottom w:w="75" w:type="dxa"/>
              <w:right w:w="85" w:type="dxa"/>
            </w:tcMar>
            <w:vAlign w:val="center"/>
          </w:tcPr>
          <w:p w14:paraId="132D1F90" w14:textId="77777777" w:rsidR="008C77F8" w:rsidRDefault="00000000">
            <w:pPr>
              <w:spacing w:after="0" w:line="240" w:lineRule="auto"/>
              <w:jc w:val="center"/>
            </w:pPr>
            <w:r>
              <w:rPr>
                <w:sz w:val="16"/>
              </w:rPr>
              <w:t>1</w:t>
            </w:r>
          </w:p>
        </w:tc>
        <w:tc>
          <w:tcPr>
            <w:tcW w:w="9071" w:type="dxa"/>
            <w:shd w:val="clear" w:color="auto" w:fill="FFFFFF"/>
            <w:tcMar>
              <w:top w:w="75" w:type="dxa"/>
              <w:left w:w="85" w:type="dxa"/>
              <w:bottom w:w="75" w:type="dxa"/>
              <w:right w:w="85" w:type="dxa"/>
            </w:tcMar>
            <w:vAlign w:val="center"/>
          </w:tcPr>
          <w:p w14:paraId="45209C66" w14:textId="77777777" w:rsidR="008C77F8" w:rsidRDefault="00000000">
            <w:pPr>
              <w:spacing w:after="0" w:line="240" w:lineRule="auto"/>
            </w:pPr>
            <w:r>
              <w:rPr>
                <w:sz w:val="16"/>
              </w:rPr>
              <w:t>Datele sunt complete, clasificate consecvent și analizate cu respectarea confidențialității?</w:t>
            </w:r>
          </w:p>
        </w:tc>
      </w:tr>
      <w:tr w:rsidR="008C77F8" w:rsidRPr="00823051" w14:paraId="6026C593" w14:textId="77777777">
        <w:trPr>
          <w:cantSplit/>
          <w:jc w:val="center"/>
        </w:trPr>
        <w:tc>
          <w:tcPr>
            <w:tcW w:w="850" w:type="dxa"/>
            <w:shd w:val="clear" w:color="auto" w:fill="FAFAFA"/>
            <w:tcMar>
              <w:top w:w="75" w:type="dxa"/>
              <w:left w:w="85" w:type="dxa"/>
              <w:bottom w:w="75" w:type="dxa"/>
              <w:right w:w="85" w:type="dxa"/>
            </w:tcMar>
            <w:vAlign w:val="center"/>
          </w:tcPr>
          <w:p w14:paraId="5FA45414" w14:textId="77777777" w:rsidR="008C77F8" w:rsidRDefault="00000000">
            <w:pPr>
              <w:spacing w:after="0" w:line="240" w:lineRule="auto"/>
              <w:jc w:val="center"/>
            </w:pPr>
            <w:r>
              <w:rPr>
                <w:sz w:val="16"/>
              </w:rPr>
              <w:t>2</w:t>
            </w:r>
          </w:p>
        </w:tc>
        <w:tc>
          <w:tcPr>
            <w:tcW w:w="9071" w:type="dxa"/>
            <w:shd w:val="clear" w:color="auto" w:fill="FAFAFA"/>
            <w:tcMar>
              <w:top w:w="75" w:type="dxa"/>
              <w:left w:w="85" w:type="dxa"/>
              <w:bottom w:w="75" w:type="dxa"/>
              <w:right w:w="85" w:type="dxa"/>
            </w:tcMar>
            <w:vAlign w:val="center"/>
          </w:tcPr>
          <w:p w14:paraId="3E3A5DA1" w14:textId="77777777" w:rsidR="008C77F8" w:rsidRPr="00823051" w:rsidRDefault="00000000">
            <w:pPr>
              <w:spacing w:after="0" w:line="240" w:lineRule="auto"/>
              <w:rPr>
                <w:lang w:val="fr-FR"/>
              </w:rPr>
            </w:pPr>
            <w:r w:rsidRPr="00823051">
              <w:rPr>
                <w:sz w:val="16"/>
                <w:lang w:val="fr-FR"/>
              </w:rPr>
              <w:t>Măsurile au redus expunerea sau riscul, nu doar au produs documente și instruiri?</w:t>
            </w:r>
          </w:p>
        </w:tc>
      </w:tr>
      <w:tr w:rsidR="008C77F8" w14:paraId="50B61253" w14:textId="77777777">
        <w:trPr>
          <w:cantSplit/>
          <w:jc w:val="center"/>
        </w:trPr>
        <w:tc>
          <w:tcPr>
            <w:tcW w:w="850" w:type="dxa"/>
            <w:shd w:val="clear" w:color="auto" w:fill="FFFFFF"/>
            <w:tcMar>
              <w:top w:w="75" w:type="dxa"/>
              <w:left w:w="85" w:type="dxa"/>
              <w:bottom w:w="75" w:type="dxa"/>
              <w:right w:w="85" w:type="dxa"/>
            </w:tcMar>
            <w:vAlign w:val="center"/>
          </w:tcPr>
          <w:p w14:paraId="4A767B4F" w14:textId="77777777" w:rsidR="008C77F8" w:rsidRDefault="00000000">
            <w:pPr>
              <w:spacing w:after="0" w:line="240" w:lineRule="auto"/>
              <w:jc w:val="center"/>
            </w:pPr>
            <w:r>
              <w:rPr>
                <w:sz w:val="16"/>
              </w:rPr>
              <w:t>3</w:t>
            </w:r>
          </w:p>
        </w:tc>
        <w:tc>
          <w:tcPr>
            <w:tcW w:w="9071" w:type="dxa"/>
            <w:shd w:val="clear" w:color="auto" w:fill="FFFFFF"/>
            <w:tcMar>
              <w:top w:w="75" w:type="dxa"/>
              <w:left w:w="85" w:type="dxa"/>
              <w:bottom w:w="75" w:type="dxa"/>
              <w:right w:w="85" w:type="dxa"/>
            </w:tcMar>
            <w:vAlign w:val="center"/>
          </w:tcPr>
          <w:p w14:paraId="3E65568C" w14:textId="77777777" w:rsidR="008C77F8" w:rsidRDefault="00000000">
            <w:pPr>
              <w:spacing w:after="0" w:line="240" w:lineRule="auto"/>
            </w:pPr>
            <w:r>
              <w:rPr>
                <w:sz w:val="16"/>
              </w:rPr>
              <w:t>Au fost prioritizate eliminarea și controalele tehnice înaintea măsurilor administrative și EIP?</w:t>
            </w:r>
          </w:p>
        </w:tc>
      </w:tr>
      <w:tr w:rsidR="008C77F8" w:rsidRPr="00823051" w14:paraId="6562E015" w14:textId="77777777">
        <w:trPr>
          <w:cantSplit/>
          <w:jc w:val="center"/>
        </w:trPr>
        <w:tc>
          <w:tcPr>
            <w:tcW w:w="850" w:type="dxa"/>
            <w:shd w:val="clear" w:color="auto" w:fill="FAFAFA"/>
            <w:tcMar>
              <w:top w:w="75" w:type="dxa"/>
              <w:left w:w="85" w:type="dxa"/>
              <w:bottom w:w="75" w:type="dxa"/>
              <w:right w:w="85" w:type="dxa"/>
            </w:tcMar>
            <w:vAlign w:val="center"/>
          </w:tcPr>
          <w:p w14:paraId="73E9CF58" w14:textId="77777777" w:rsidR="008C77F8" w:rsidRDefault="00000000">
            <w:pPr>
              <w:spacing w:after="0" w:line="240" w:lineRule="auto"/>
              <w:jc w:val="center"/>
            </w:pPr>
            <w:r>
              <w:rPr>
                <w:sz w:val="16"/>
              </w:rPr>
              <w:t>4</w:t>
            </w:r>
          </w:p>
        </w:tc>
        <w:tc>
          <w:tcPr>
            <w:tcW w:w="9071" w:type="dxa"/>
            <w:shd w:val="clear" w:color="auto" w:fill="FAFAFA"/>
            <w:tcMar>
              <w:top w:w="75" w:type="dxa"/>
              <w:left w:w="85" w:type="dxa"/>
              <w:bottom w:w="75" w:type="dxa"/>
              <w:right w:w="85" w:type="dxa"/>
            </w:tcMar>
            <w:vAlign w:val="center"/>
          </w:tcPr>
          <w:p w14:paraId="6BC450F6" w14:textId="77777777" w:rsidR="008C77F8" w:rsidRPr="00823051" w:rsidRDefault="00000000">
            <w:pPr>
              <w:spacing w:after="0" w:line="240" w:lineRule="auto"/>
              <w:rPr>
                <w:lang w:val="fr-FR"/>
              </w:rPr>
            </w:pPr>
            <w:r w:rsidRPr="00823051">
              <w:rPr>
                <w:sz w:val="16"/>
                <w:lang w:val="fr-FR"/>
              </w:rPr>
              <w:t>Lucrătorii relevanți au participat la evaluarea rezultatului și confirmă funcționarea în practică?</w:t>
            </w:r>
          </w:p>
        </w:tc>
      </w:tr>
      <w:tr w:rsidR="008C77F8" w:rsidRPr="00823051" w14:paraId="5EA9F4D8" w14:textId="77777777">
        <w:trPr>
          <w:cantSplit/>
          <w:jc w:val="center"/>
        </w:trPr>
        <w:tc>
          <w:tcPr>
            <w:tcW w:w="850" w:type="dxa"/>
            <w:shd w:val="clear" w:color="auto" w:fill="FFFFFF"/>
            <w:tcMar>
              <w:top w:w="75" w:type="dxa"/>
              <w:left w:w="85" w:type="dxa"/>
              <w:bottom w:w="75" w:type="dxa"/>
              <w:right w:w="85" w:type="dxa"/>
            </w:tcMar>
            <w:vAlign w:val="center"/>
          </w:tcPr>
          <w:p w14:paraId="1D3B6311" w14:textId="77777777" w:rsidR="008C77F8" w:rsidRDefault="00000000">
            <w:pPr>
              <w:spacing w:after="0" w:line="240" w:lineRule="auto"/>
              <w:jc w:val="center"/>
            </w:pPr>
            <w:r>
              <w:rPr>
                <w:sz w:val="16"/>
              </w:rPr>
              <w:t>5</w:t>
            </w:r>
          </w:p>
        </w:tc>
        <w:tc>
          <w:tcPr>
            <w:tcW w:w="9071" w:type="dxa"/>
            <w:shd w:val="clear" w:color="auto" w:fill="FFFFFF"/>
            <w:tcMar>
              <w:top w:w="75" w:type="dxa"/>
              <w:left w:w="85" w:type="dxa"/>
              <w:bottom w:w="75" w:type="dxa"/>
              <w:right w:w="85" w:type="dxa"/>
            </w:tcMar>
            <w:vAlign w:val="center"/>
          </w:tcPr>
          <w:p w14:paraId="0A544A10" w14:textId="77777777" w:rsidR="008C77F8" w:rsidRPr="00823051" w:rsidRDefault="00000000">
            <w:pPr>
              <w:spacing w:after="0" w:line="240" w:lineRule="auto"/>
              <w:rPr>
                <w:lang w:val="fr-FR"/>
              </w:rPr>
            </w:pPr>
            <w:r w:rsidRPr="00823051">
              <w:rPr>
                <w:sz w:val="16"/>
                <w:lang w:val="fr-FR"/>
              </w:rPr>
              <w:t>Au apărut riscuri transferate către alte activități, schimburi, persoane sau contractanți?</w:t>
            </w:r>
          </w:p>
        </w:tc>
      </w:tr>
      <w:tr w:rsidR="008C77F8" w14:paraId="762C029B" w14:textId="77777777">
        <w:trPr>
          <w:cantSplit/>
          <w:jc w:val="center"/>
        </w:trPr>
        <w:tc>
          <w:tcPr>
            <w:tcW w:w="850" w:type="dxa"/>
            <w:shd w:val="clear" w:color="auto" w:fill="FAFAFA"/>
            <w:tcMar>
              <w:top w:w="75" w:type="dxa"/>
              <w:left w:w="85" w:type="dxa"/>
              <w:bottom w:w="75" w:type="dxa"/>
              <w:right w:w="85" w:type="dxa"/>
            </w:tcMar>
            <w:vAlign w:val="center"/>
          </w:tcPr>
          <w:p w14:paraId="3922E2AD" w14:textId="77777777" w:rsidR="008C77F8" w:rsidRDefault="00000000">
            <w:pPr>
              <w:spacing w:after="0" w:line="240" w:lineRule="auto"/>
              <w:jc w:val="center"/>
            </w:pPr>
            <w:r>
              <w:rPr>
                <w:sz w:val="16"/>
              </w:rPr>
              <w:t>6</w:t>
            </w:r>
          </w:p>
        </w:tc>
        <w:tc>
          <w:tcPr>
            <w:tcW w:w="9071" w:type="dxa"/>
            <w:shd w:val="clear" w:color="auto" w:fill="FAFAFA"/>
            <w:tcMar>
              <w:top w:w="75" w:type="dxa"/>
              <w:left w:w="85" w:type="dxa"/>
              <w:bottom w:w="75" w:type="dxa"/>
              <w:right w:w="85" w:type="dxa"/>
            </w:tcMar>
            <w:vAlign w:val="center"/>
          </w:tcPr>
          <w:p w14:paraId="0A5EE962" w14:textId="77777777" w:rsidR="008C77F8" w:rsidRDefault="00000000">
            <w:pPr>
              <w:spacing w:after="0" w:line="240" w:lineRule="auto"/>
            </w:pPr>
            <w:r>
              <w:rPr>
                <w:sz w:val="16"/>
              </w:rPr>
              <w:t>Există modificări legislative, organizaționale, tehnologice sau climatice relevante?</w:t>
            </w:r>
          </w:p>
        </w:tc>
      </w:tr>
      <w:tr w:rsidR="008C77F8" w14:paraId="33150510" w14:textId="77777777">
        <w:trPr>
          <w:cantSplit/>
          <w:jc w:val="center"/>
        </w:trPr>
        <w:tc>
          <w:tcPr>
            <w:tcW w:w="850" w:type="dxa"/>
            <w:shd w:val="clear" w:color="auto" w:fill="FFFFFF"/>
            <w:tcMar>
              <w:top w:w="75" w:type="dxa"/>
              <w:left w:w="85" w:type="dxa"/>
              <w:bottom w:w="75" w:type="dxa"/>
              <w:right w:w="85" w:type="dxa"/>
            </w:tcMar>
            <w:vAlign w:val="center"/>
          </w:tcPr>
          <w:p w14:paraId="116CE262" w14:textId="77777777" w:rsidR="008C77F8" w:rsidRDefault="00000000">
            <w:pPr>
              <w:spacing w:after="0" w:line="240" w:lineRule="auto"/>
              <w:jc w:val="center"/>
            </w:pPr>
            <w:r>
              <w:rPr>
                <w:sz w:val="16"/>
              </w:rPr>
              <w:t>7</w:t>
            </w:r>
          </w:p>
        </w:tc>
        <w:tc>
          <w:tcPr>
            <w:tcW w:w="9071" w:type="dxa"/>
            <w:shd w:val="clear" w:color="auto" w:fill="FFFFFF"/>
            <w:tcMar>
              <w:top w:w="75" w:type="dxa"/>
              <w:left w:w="85" w:type="dxa"/>
              <w:bottom w:w="75" w:type="dxa"/>
              <w:right w:w="85" w:type="dxa"/>
            </w:tcMar>
            <w:vAlign w:val="center"/>
          </w:tcPr>
          <w:p w14:paraId="193576A3" w14:textId="77777777" w:rsidR="008C77F8" w:rsidRDefault="00000000">
            <w:pPr>
              <w:spacing w:after="0" w:line="240" w:lineRule="auto"/>
            </w:pPr>
            <w:r>
              <w:rPr>
                <w:sz w:val="16"/>
              </w:rPr>
              <w:t>Indicatorii pot fi influențați de neraportare, reclasificare sau schimbarea orelor lucrate?</w:t>
            </w:r>
          </w:p>
        </w:tc>
      </w:tr>
      <w:tr w:rsidR="008C77F8" w14:paraId="0CCA1E4C" w14:textId="77777777">
        <w:trPr>
          <w:cantSplit/>
          <w:jc w:val="center"/>
        </w:trPr>
        <w:tc>
          <w:tcPr>
            <w:tcW w:w="850" w:type="dxa"/>
            <w:shd w:val="clear" w:color="auto" w:fill="FAFAFA"/>
            <w:tcMar>
              <w:top w:w="75" w:type="dxa"/>
              <w:left w:w="85" w:type="dxa"/>
              <w:bottom w:w="75" w:type="dxa"/>
              <w:right w:w="85" w:type="dxa"/>
            </w:tcMar>
            <w:vAlign w:val="center"/>
          </w:tcPr>
          <w:p w14:paraId="486FF2FB" w14:textId="77777777" w:rsidR="008C77F8" w:rsidRDefault="00000000">
            <w:pPr>
              <w:spacing w:after="0" w:line="240" w:lineRule="auto"/>
              <w:jc w:val="center"/>
            </w:pPr>
            <w:r>
              <w:rPr>
                <w:sz w:val="16"/>
              </w:rPr>
              <w:t>8</w:t>
            </w:r>
          </w:p>
        </w:tc>
        <w:tc>
          <w:tcPr>
            <w:tcW w:w="9071" w:type="dxa"/>
            <w:shd w:val="clear" w:color="auto" w:fill="FAFAFA"/>
            <w:tcMar>
              <w:top w:w="75" w:type="dxa"/>
              <w:left w:w="85" w:type="dxa"/>
              <w:bottom w:w="75" w:type="dxa"/>
              <w:right w:w="85" w:type="dxa"/>
            </w:tcMar>
            <w:vAlign w:val="center"/>
          </w:tcPr>
          <w:p w14:paraId="09C95B8E" w14:textId="77777777" w:rsidR="008C77F8" w:rsidRDefault="00000000">
            <w:pPr>
              <w:spacing w:after="0" w:line="240" w:lineRule="auto"/>
            </w:pPr>
            <w:r>
              <w:rPr>
                <w:sz w:val="16"/>
              </w:rPr>
              <w:t>Sunt necesare resurse, managementul schimbării, acțiuni corective ori revizuirea controalelor?</w:t>
            </w:r>
          </w:p>
        </w:tc>
      </w:tr>
    </w:tbl>
    <w:p w14:paraId="40F8F691" w14:textId="77777777" w:rsidR="008C77F8" w:rsidRDefault="008C77F8">
      <w:pPr>
        <w:spacing w:after="20"/>
      </w:pPr>
    </w:p>
    <w:p w14:paraId="2A17F1EB" w14:textId="77777777" w:rsidR="008C77F8" w:rsidRDefault="00000000">
      <w:pPr>
        <w:pStyle w:val="Heading2"/>
      </w:pPr>
      <w:r>
        <w:t>Când ținta nu este atinsă</w:t>
      </w:r>
    </w:p>
    <w:p w14:paraId="73A884A8" w14:textId="77777777" w:rsidR="008C77F8" w:rsidRDefault="00000000">
      <w:pPr>
        <w:pStyle w:val="ListBullet"/>
        <w:spacing w:after="40"/>
        <w:ind w:left="283" w:hanging="170"/>
      </w:pPr>
      <w:r>
        <w:t>Confirmați definițiile, populația, orele lucrate și calitatea datelor; verificați posibila neraportare.</w:t>
      </w:r>
    </w:p>
    <w:p w14:paraId="22F61B64" w14:textId="77777777" w:rsidR="008C77F8" w:rsidRPr="00823051" w:rsidRDefault="00000000">
      <w:pPr>
        <w:pStyle w:val="ListBullet"/>
        <w:spacing w:after="40"/>
        <w:ind w:left="283" w:hanging="170"/>
        <w:rPr>
          <w:lang w:val="fr-FR"/>
        </w:rPr>
      </w:pPr>
      <w:r w:rsidRPr="00823051">
        <w:rPr>
          <w:lang w:val="fr-FR"/>
        </w:rPr>
        <w:t>Analizați dacă măsurile au fost implementate la nivelul planificat și dacă sunt utilizabile în condiții reale.</w:t>
      </w:r>
    </w:p>
    <w:p w14:paraId="568596A1" w14:textId="77777777" w:rsidR="008C77F8" w:rsidRPr="00823051" w:rsidRDefault="00000000">
      <w:pPr>
        <w:pStyle w:val="ListBullet"/>
        <w:spacing w:after="40"/>
        <w:ind w:left="283" w:hanging="170"/>
        <w:rPr>
          <w:lang w:val="fr-FR"/>
        </w:rPr>
      </w:pPr>
      <w:r w:rsidRPr="00823051">
        <w:rPr>
          <w:lang w:val="fr-FR"/>
        </w:rPr>
        <w:t>Consultați lucrătorii și observați activitatea, inclusiv în schimburi, perioade de vârf și lucrări neobișnuite.</w:t>
      </w:r>
    </w:p>
    <w:p w14:paraId="5DF08D61" w14:textId="77777777" w:rsidR="008C77F8" w:rsidRPr="00823051" w:rsidRDefault="00000000">
      <w:pPr>
        <w:pStyle w:val="ListBullet"/>
        <w:spacing w:after="40"/>
        <w:ind w:left="283" w:hanging="170"/>
        <w:rPr>
          <w:lang w:val="fr-FR"/>
        </w:rPr>
      </w:pPr>
      <w:r w:rsidRPr="00823051">
        <w:rPr>
          <w:lang w:val="fr-FR"/>
        </w:rPr>
        <w:t>Revizuiți ierarhia controalelor; evitați adăugarea repetată de instruire și EIP când pericolul poate fi eliminat sau izolat.</w:t>
      </w:r>
    </w:p>
    <w:p w14:paraId="706CBBD8" w14:textId="77777777" w:rsidR="008C77F8" w:rsidRPr="00823051" w:rsidRDefault="00000000">
      <w:pPr>
        <w:pStyle w:val="ListBullet"/>
        <w:spacing w:after="40"/>
        <w:ind w:left="283" w:hanging="170"/>
        <w:rPr>
          <w:lang w:val="fr-FR"/>
        </w:rPr>
      </w:pPr>
      <w:r w:rsidRPr="00823051">
        <w:rPr>
          <w:lang w:val="fr-FR"/>
        </w:rPr>
        <w:t>Gestionați riscurile introduse de schimbare și efectele asupra contractanților sau grupurilor vulnerabile.</w:t>
      </w:r>
    </w:p>
    <w:p w14:paraId="166F461B" w14:textId="77777777" w:rsidR="008C77F8" w:rsidRDefault="00000000">
      <w:pPr>
        <w:pStyle w:val="ListBullet"/>
        <w:spacing w:after="40"/>
        <w:ind w:left="283" w:hanging="170"/>
      </w:pPr>
      <w:r>
        <w:t>Dacă abaterea indică un incident, neconformitate sau control critic ineficace, aplicați investigația și acțiunea corectivă și verificați eficacitatea.</w:t>
      </w:r>
    </w:p>
    <w:p w14:paraId="45E13E5E" w14:textId="77777777" w:rsidR="008C77F8" w:rsidRDefault="00000000">
      <w:pPr>
        <w:pStyle w:val="Heading2"/>
      </w:pPr>
      <w:r>
        <w:t>Proces-verbal scurt pentru revizuirea obiectivelor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C77F8" w14:paraId="4E169455" w14:textId="77777777">
        <w:trPr>
          <w:tblHeader/>
          <w:jc w:val="center"/>
        </w:trPr>
        <w:tc>
          <w:tcPr>
            <w:tcW w:w="3118" w:type="dxa"/>
            <w:shd w:val="clear" w:color="auto" w:fill="D71920"/>
            <w:tcMar>
              <w:top w:w="75" w:type="dxa"/>
              <w:left w:w="85" w:type="dxa"/>
              <w:bottom w:w="75" w:type="dxa"/>
              <w:right w:w="85" w:type="dxa"/>
            </w:tcMar>
            <w:vAlign w:val="center"/>
          </w:tcPr>
          <w:p w14:paraId="6D227DB4" w14:textId="77777777" w:rsidR="008C77F8" w:rsidRDefault="00000000">
            <w:pPr>
              <w:spacing w:after="0" w:line="240" w:lineRule="auto"/>
              <w:jc w:val="center"/>
            </w:pPr>
            <w:r>
              <w:rPr>
                <w:b/>
                <w:color w:val="FFFFFF"/>
                <w:sz w:val="15"/>
              </w:rPr>
              <w:t>ELEMENT</w:t>
            </w:r>
          </w:p>
        </w:tc>
        <w:tc>
          <w:tcPr>
            <w:tcW w:w="6803" w:type="dxa"/>
            <w:shd w:val="clear" w:color="auto" w:fill="D71920"/>
            <w:tcMar>
              <w:top w:w="75" w:type="dxa"/>
              <w:left w:w="85" w:type="dxa"/>
              <w:bottom w:w="75" w:type="dxa"/>
              <w:right w:w="85" w:type="dxa"/>
            </w:tcMar>
            <w:vAlign w:val="center"/>
          </w:tcPr>
          <w:p w14:paraId="5F3D4F43" w14:textId="77777777" w:rsidR="008C77F8" w:rsidRDefault="00000000">
            <w:pPr>
              <w:spacing w:after="0" w:line="240" w:lineRule="auto"/>
              <w:jc w:val="center"/>
            </w:pPr>
            <w:r>
              <w:rPr>
                <w:b/>
                <w:color w:val="FFFFFF"/>
                <w:sz w:val="15"/>
              </w:rPr>
              <w:t>COMPLETARE</w:t>
            </w:r>
          </w:p>
        </w:tc>
      </w:tr>
      <w:tr w:rsidR="008C77F8" w14:paraId="485037CB" w14:textId="77777777">
        <w:trPr>
          <w:cantSplit/>
          <w:jc w:val="center"/>
        </w:trPr>
        <w:tc>
          <w:tcPr>
            <w:tcW w:w="3118" w:type="dxa"/>
            <w:shd w:val="clear" w:color="auto" w:fill="FFFFFF"/>
            <w:tcMar>
              <w:top w:w="75" w:type="dxa"/>
              <w:left w:w="85" w:type="dxa"/>
              <w:bottom w:w="75" w:type="dxa"/>
              <w:right w:w="85" w:type="dxa"/>
            </w:tcMar>
            <w:vAlign w:val="center"/>
          </w:tcPr>
          <w:p w14:paraId="5345564C" w14:textId="77777777" w:rsidR="008C77F8" w:rsidRDefault="00000000">
            <w:pPr>
              <w:spacing w:after="0" w:line="240" w:lineRule="auto"/>
            </w:pPr>
            <w:r>
              <w:rPr>
                <w:sz w:val="16"/>
              </w:rPr>
              <w:t>Data / participanți</w:t>
            </w:r>
          </w:p>
        </w:tc>
        <w:tc>
          <w:tcPr>
            <w:tcW w:w="6803" w:type="dxa"/>
            <w:shd w:val="clear" w:color="auto" w:fill="FFFFFF"/>
            <w:tcMar>
              <w:top w:w="75" w:type="dxa"/>
              <w:left w:w="85" w:type="dxa"/>
              <w:bottom w:w="75" w:type="dxa"/>
              <w:right w:w="85" w:type="dxa"/>
            </w:tcMar>
            <w:vAlign w:val="center"/>
          </w:tcPr>
          <w:p w14:paraId="260C7E26" w14:textId="77777777" w:rsidR="008C77F8" w:rsidRDefault="008C77F8">
            <w:pPr>
              <w:spacing w:after="0" w:line="240" w:lineRule="auto"/>
            </w:pPr>
          </w:p>
        </w:tc>
      </w:tr>
      <w:tr w:rsidR="008C77F8" w14:paraId="14AEA5DF" w14:textId="77777777">
        <w:trPr>
          <w:cantSplit/>
          <w:jc w:val="center"/>
        </w:trPr>
        <w:tc>
          <w:tcPr>
            <w:tcW w:w="3118" w:type="dxa"/>
            <w:shd w:val="clear" w:color="auto" w:fill="FAFAFA"/>
            <w:tcMar>
              <w:top w:w="75" w:type="dxa"/>
              <w:left w:w="85" w:type="dxa"/>
              <w:bottom w:w="75" w:type="dxa"/>
              <w:right w:w="85" w:type="dxa"/>
            </w:tcMar>
            <w:vAlign w:val="center"/>
          </w:tcPr>
          <w:p w14:paraId="4879453B" w14:textId="77777777" w:rsidR="008C77F8" w:rsidRDefault="00000000">
            <w:pPr>
              <w:spacing w:after="0" w:line="240" w:lineRule="auto"/>
            </w:pPr>
            <w:r>
              <w:rPr>
                <w:sz w:val="16"/>
              </w:rPr>
              <w:t>Obiective revizuite</w:t>
            </w:r>
          </w:p>
        </w:tc>
        <w:tc>
          <w:tcPr>
            <w:tcW w:w="6803" w:type="dxa"/>
            <w:shd w:val="clear" w:color="auto" w:fill="FAFAFA"/>
            <w:tcMar>
              <w:top w:w="75" w:type="dxa"/>
              <w:left w:w="85" w:type="dxa"/>
              <w:bottom w:w="75" w:type="dxa"/>
              <w:right w:w="85" w:type="dxa"/>
            </w:tcMar>
            <w:vAlign w:val="center"/>
          </w:tcPr>
          <w:p w14:paraId="6F61C425" w14:textId="77777777" w:rsidR="008C77F8" w:rsidRDefault="008C77F8">
            <w:pPr>
              <w:spacing w:after="0" w:line="240" w:lineRule="auto"/>
            </w:pPr>
          </w:p>
        </w:tc>
      </w:tr>
      <w:tr w:rsidR="008C77F8" w14:paraId="740985F5" w14:textId="77777777">
        <w:trPr>
          <w:cantSplit/>
          <w:jc w:val="center"/>
        </w:trPr>
        <w:tc>
          <w:tcPr>
            <w:tcW w:w="3118" w:type="dxa"/>
            <w:shd w:val="clear" w:color="auto" w:fill="FFFFFF"/>
            <w:tcMar>
              <w:top w:w="75" w:type="dxa"/>
              <w:left w:w="85" w:type="dxa"/>
              <w:bottom w:w="75" w:type="dxa"/>
              <w:right w:w="85" w:type="dxa"/>
            </w:tcMar>
            <w:vAlign w:val="center"/>
          </w:tcPr>
          <w:p w14:paraId="0B1E1B2E" w14:textId="77777777" w:rsidR="008C77F8" w:rsidRDefault="00000000">
            <w:pPr>
              <w:spacing w:after="0" w:line="240" w:lineRule="auto"/>
            </w:pPr>
            <w:r>
              <w:rPr>
                <w:sz w:val="16"/>
              </w:rPr>
              <w:t>Date / rapoarte analizate</w:t>
            </w:r>
          </w:p>
        </w:tc>
        <w:tc>
          <w:tcPr>
            <w:tcW w:w="6803" w:type="dxa"/>
            <w:shd w:val="clear" w:color="auto" w:fill="FFFFFF"/>
            <w:tcMar>
              <w:top w:w="75" w:type="dxa"/>
              <w:left w:w="85" w:type="dxa"/>
              <w:bottom w:w="75" w:type="dxa"/>
              <w:right w:w="85" w:type="dxa"/>
            </w:tcMar>
            <w:vAlign w:val="center"/>
          </w:tcPr>
          <w:p w14:paraId="1D056BE9" w14:textId="77777777" w:rsidR="008C77F8" w:rsidRDefault="008C77F8">
            <w:pPr>
              <w:spacing w:after="0" w:line="240" w:lineRule="auto"/>
            </w:pPr>
          </w:p>
        </w:tc>
      </w:tr>
      <w:tr w:rsidR="008C77F8" w14:paraId="1DD6DD22" w14:textId="77777777">
        <w:trPr>
          <w:cantSplit/>
          <w:jc w:val="center"/>
        </w:trPr>
        <w:tc>
          <w:tcPr>
            <w:tcW w:w="3118" w:type="dxa"/>
            <w:shd w:val="clear" w:color="auto" w:fill="FAFAFA"/>
            <w:tcMar>
              <w:top w:w="75" w:type="dxa"/>
              <w:left w:w="85" w:type="dxa"/>
              <w:bottom w:w="75" w:type="dxa"/>
              <w:right w:w="85" w:type="dxa"/>
            </w:tcMar>
            <w:vAlign w:val="center"/>
          </w:tcPr>
          <w:p w14:paraId="2C6510AD" w14:textId="77777777" w:rsidR="008C77F8" w:rsidRDefault="00000000">
            <w:pPr>
              <w:spacing w:after="0" w:line="240" w:lineRule="auto"/>
            </w:pPr>
            <w:r>
              <w:rPr>
                <w:sz w:val="16"/>
              </w:rPr>
              <w:t>Obiective verzi</w:t>
            </w:r>
          </w:p>
        </w:tc>
        <w:tc>
          <w:tcPr>
            <w:tcW w:w="6803" w:type="dxa"/>
            <w:shd w:val="clear" w:color="auto" w:fill="FAFAFA"/>
            <w:tcMar>
              <w:top w:w="75" w:type="dxa"/>
              <w:left w:w="85" w:type="dxa"/>
              <w:bottom w:w="75" w:type="dxa"/>
              <w:right w:w="85" w:type="dxa"/>
            </w:tcMar>
            <w:vAlign w:val="center"/>
          </w:tcPr>
          <w:p w14:paraId="3C3D7C50" w14:textId="77777777" w:rsidR="008C77F8" w:rsidRDefault="008C77F8">
            <w:pPr>
              <w:spacing w:after="0" w:line="240" w:lineRule="auto"/>
            </w:pPr>
          </w:p>
        </w:tc>
      </w:tr>
      <w:tr w:rsidR="008C77F8" w14:paraId="27150280" w14:textId="77777777">
        <w:trPr>
          <w:cantSplit/>
          <w:jc w:val="center"/>
        </w:trPr>
        <w:tc>
          <w:tcPr>
            <w:tcW w:w="3118" w:type="dxa"/>
            <w:shd w:val="clear" w:color="auto" w:fill="FFFFFF"/>
            <w:tcMar>
              <w:top w:w="75" w:type="dxa"/>
              <w:left w:w="85" w:type="dxa"/>
              <w:bottom w:w="75" w:type="dxa"/>
              <w:right w:w="85" w:type="dxa"/>
            </w:tcMar>
            <w:vAlign w:val="center"/>
          </w:tcPr>
          <w:p w14:paraId="56EE338C" w14:textId="77777777" w:rsidR="008C77F8" w:rsidRDefault="00000000">
            <w:pPr>
              <w:spacing w:after="0" w:line="240" w:lineRule="auto"/>
            </w:pPr>
            <w:r>
              <w:rPr>
                <w:sz w:val="16"/>
              </w:rPr>
              <w:t>Obiective galbene / roșii și cauze</w:t>
            </w:r>
          </w:p>
        </w:tc>
        <w:tc>
          <w:tcPr>
            <w:tcW w:w="6803" w:type="dxa"/>
            <w:shd w:val="clear" w:color="auto" w:fill="FFFFFF"/>
            <w:tcMar>
              <w:top w:w="75" w:type="dxa"/>
              <w:left w:w="85" w:type="dxa"/>
              <w:bottom w:w="75" w:type="dxa"/>
              <w:right w:w="85" w:type="dxa"/>
            </w:tcMar>
            <w:vAlign w:val="center"/>
          </w:tcPr>
          <w:p w14:paraId="0B3C65AB" w14:textId="77777777" w:rsidR="008C77F8" w:rsidRDefault="008C77F8">
            <w:pPr>
              <w:spacing w:after="0" w:line="240" w:lineRule="auto"/>
            </w:pPr>
          </w:p>
        </w:tc>
      </w:tr>
      <w:tr w:rsidR="008C77F8" w14:paraId="1EF014FD" w14:textId="77777777">
        <w:trPr>
          <w:cantSplit/>
          <w:jc w:val="center"/>
        </w:trPr>
        <w:tc>
          <w:tcPr>
            <w:tcW w:w="3118" w:type="dxa"/>
            <w:shd w:val="clear" w:color="auto" w:fill="FAFAFA"/>
            <w:tcMar>
              <w:top w:w="75" w:type="dxa"/>
              <w:left w:w="85" w:type="dxa"/>
              <w:bottom w:w="75" w:type="dxa"/>
              <w:right w:w="85" w:type="dxa"/>
            </w:tcMar>
            <w:vAlign w:val="center"/>
          </w:tcPr>
          <w:p w14:paraId="6C0DB6DF" w14:textId="77777777" w:rsidR="008C77F8" w:rsidRDefault="00000000">
            <w:pPr>
              <w:spacing w:after="0" w:line="240" w:lineRule="auto"/>
            </w:pPr>
            <w:r>
              <w:rPr>
                <w:sz w:val="16"/>
              </w:rPr>
              <w:t>Decizii și resurse aprobate</w:t>
            </w:r>
          </w:p>
        </w:tc>
        <w:tc>
          <w:tcPr>
            <w:tcW w:w="6803" w:type="dxa"/>
            <w:shd w:val="clear" w:color="auto" w:fill="FAFAFA"/>
            <w:tcMar>
              <w:top w:w="75" w:type="dxa"/>
              <w:left w:w="85" w:type="dxa"/>
              <w:bottom w:w="75" w:type="dxa"/>
              <w:right w:w="85" w:type="dxa"/>
            </w:tcMar>
            <w:vAlign w:val="center"/>
          </w:tcPr>
          <w:p w14:paraId="652D8910" w14:textId="77777777" w:rsidR="008C77F8" w:rsidRDefault="008C77F8">
            <w:pPr>
              <w:spacing w:after="0" w:line="240" w:lineRule="auto"/>
            </w:pPr>
          </w:p>
        </w:tc>
      </w:tr>
      <w:tr w:rsidR="008C77F8" w14:paraId="6D211723" w14:textId="77777777">
        <w:trPr>
          <w:cantSplit/>
          <w:jc w:val="center"/>
        </w:trPr>
        <w:tc>
          <w:tcPr>
            <w:tcW w:w="3118" w:type="dxa"/>
            <w:shd w:val="clear" w:color="auto" w:fill="FFFFFF"/>
            <w:tcMar>
              <w:top w:w="75" w:type="dxa"/>
              <w:left w:w="85" w:type="dxa"/>
              <w:bottom w:w="75" w:type="dxa"/>
              <w:right w:w="85" w:type="dxa"/>
            </w:tcMar>
            <w:vAlign w:val="center"/>
          </w:tcPr>
          <w:p w14:paraId="7B61F025" w14:textId="77777777" w:rsidR="008C77F8" w:rsidRDefault="00000000">
            <w:pPr>
              <w:spacing w:after="0" w:line="240" w:lineRule="auto"/>
            </w:pPr>
            <w:r>
              <w:rPr>
                <w:sz w:val="16"/>
              </w:rPr>
              <w:t>Acțiuni, responsabili, termene</w:t>
            </w:r>
          </w:p>
        </w:tc>
        <w:tc>
          <w:tcPr>
            <w:tcW w:w="6803" w:type="dxa"/>
            <w:shd w:val="clear" w:color="auto" w:fill="FFFFFF"/>
            <w:tcMar>
              <w:top w:w="75" w:type="dxa"/>
              <w:left w:w="85" w:type="dxa"/>
              <w:bottom w:w="75" w:type="dxa"/>
              <w:right w:w="85" w:type="dxa"/>
            </w:tcMar>
            <w:vAlign w:val="center"/>
          </w:tcPr>
          <w:p w14:paraId="7746AB28" w14:textId="77777777" w:rsidR="008C77F8" w:rsidRDefault="008C77F8">
            <w:pPr>
              <w:spacing w:after="0" w:line="240" w:lineRule="auto"/>
            </w:pPr>
          </w:p>
        </w:tc>
      </w:tr>
      <w:tr w:rsidR="008C77F8" w14:paraId="750F6830" w14:textId="77777777">
        <w:trPr>
          <w:cantSplit/>
          <w:jc w:val="center"/>
        </w:trPr>
        <w:tc>
          <w:tcPr>
            <w:tcW w:w="3118" w:type="dxa"/>
            <w:shd w:val="clear" w:color="auto" w:fill="FAFAFA"/>
            <w:tcMar>
              <w:top w:w="75" w:type="dxa"/>
              <w:left w:w="85" w:type="dxa"/>
              <w:bottom w:w="75" w:type="dxa"/>
              <w:right w:w="85" w:type="dxa"/>
            </w:tcMar>
            <w:vAlign w:val="center"/>
          </w:tcPr>
          <w:p w14:paraId="2981926D" w14:textId="77777777" w:rsidR="008C77F8" w:rsidRDefault="00000000">
            <w:pPr>
              <w:spacing w:after="0" w:line="240" w:lineRule="auto"/>
            </w:pPr>
            <w:r>
              <w:rPr>
                <w:sz w:val="16"/>
              </w:rPr>
              <w:t>Data următoarei revizuiri</w:t>
            </w:r>
          </w:p>
        </w:tc>
        <w:tc>
          <w:tcPr>
            <w:tcW w:w="6803" w:type="dxa"/>
            <w:shd w:val="clear" w:color="auto" w:fill="FAFAFA"/>
            <w:tcMar>
              <w:top w:w="75" w:type="dxa"/>
              <w:left w:w="85" w:type="dxa"/>
              <w:bottom w:w="75" w:type="dxa"/>
              <w:right w:w="85" w:type="dxa"/>
            </w:tcMar>
            <w:vAlign w:val="center"/>
          </w:tcPr>
          <w:p w14:paraId="6ADB2B0C" w14:textId="77777777" w:rsidR="008C77F8" w:rsidRDefault="008C77F8">
            <w:pPr>
              <w:spacing w:after="0" w:line="240" w:lineRule="auto"/>
            </w:pPr>
          </w:p>
        </w:tc>
      </w:tr>
    </w:tbl>
    <w:p w14:paraId="6B1CEAF4" w14:textId="77777777" w:rsidR="008C77F8" w:rsidRDefault="008C77F8">
      <w:pPr>
        <w:spacing w:after="20"/>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8C77F8" w14:paraId="005AEF5D" w14:textId="77777777">
        <w:trPr>
          <w:jc w:val="center"/>
        </w:trPr>
        <w:tc>
          <w:tcPr>
            <w:tcW w:w="567" w:type="dxa"/>
            <w:shd w:val="clear" w:color="auto" w:fill="D71920"/>
            <w:tcMar>
              <w:top w:w="75" w:type="dxa"/>
              <w:left w:w="85" w:type="dxa"/>
              <w:bottom w:w="75" w:type="dxa"/>
              <w:right w:w="85" w:type="dxa"/>
            </w:tcMar>
            <w:vAlign w:val="center"/>
          </w:tcPr>
          <w:p w14:paraId="4F6E73AC" w14:textId="77777777" w:rsidR="008C77F8" w:rsidRDefault="00000000">
            <w:pPr>
              <w:spacing w:after="0" w:line="240" w:lineRule="auto"/>
              <w:jc w:val="center"/>
            </w:pPr>
            <w:r>
              <w:rPr>
                <w:b/>
                <w:color w:val="FFFFFF"/>
                <w:sz w:val="30"/>
              </w:rPr>
              <w:t>!</w:t>
            </w:r>
          </w:p>
        </w:tc>
        <w:tc>
          <w:tcPr>
            <w:tcW w:w="9354" w:type="dxa"/>
            <w:shd w:val="clear" w:color="auto" w:fill="FCEBEC"/>
          </w:tcPr>
          <w:p w14:paraId="5B587004" w14:textId="77777777" w:rsidR="008C77F8" w:rsidRDefault="00000000">
            <w:pPr>
              <w:spacing w:after="40"/>
            </w:pPr>
            <w:r>
              <w:rPr>
                <w:b/>
                <w:color w:val="D71920"/>
              </w:rPr>
              <w:t>COMPORTAMENTE DE EVITAT</w:t>
            </w:r>
          </w:p>
          <w:p w14:paraId="6ACE1DD2" w14:textId="77777777" w:rsidR="008C77F8" w:rsidRDefault="00000000">
            <w:pPr>
              <w:spacing w:after="0" w:line="252" w:lineRule="auto"/>
            </w:pPr>
            <w:r>
              <w:rPr>
                <w:sz w:val="17"/>
              </w:rPr>
              <w:t>„Zero accidente” ca singur obiectiv; bonusuri care penalizează raportarea; obiective bazate numai pe instruiri, inspecții sau documente; ținte identice pentru toate riscurile; închiderea acțiunilor fără verificare în teren; transferul riscului către contractanți; utilizarea datelor medicale individuale în raportări neprotejate.</w:t>
            </w:r>
          </w:p>
        </w:tc>
      </w:tr>
    </w:tbl>
    <w:p w14:paraId="3B9D6FD1" w14:textId="77777777" w:rsidR="008C77F8" w:rsidRDefault="008C77F8">
      <w:pPr>
        <w:spacing w:after="0"/>
      </w:pPr>
    </w:p>
    <w:p w14:paraId="21D78523" w14:textId="77777777" w:rsidR="008C77F8" w:rsidRDefault="00000000">
      <w: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8C77F8" w:rsidRPr="00823051" w14:paraId="3C675203" w14:textId="77777777">
        <w:trPr>
          <w:jc w:val="center"/>
        </w:trPr>
        <w:tc>
          <w:tcPr>
            <w:tcW w:w="1020" w:type="dxa"/>
            <w:shd w:val="clear" w:color="auto" w:fill="D71920"/>
            <w:tcMar>
              <w:top w:w="75" w:type="dxa"/>
              <w:left w:w="85" w:type="dxa"/>
              <w:bottom w:w="75" w:type="dxa"/>
              <w:right w:w="85" w:type="dxa"/>
            </w:tcMar>
            <w:vAlign w:val="center"/>
          </w:tcPr>
          <w:p w14:paraId="641B5A44" w14:textId="77777777" w:rsidR="008C77F8" w:rsidRDefault="00000000">
            <w:pPr>
              <w:spacing w:after="0" w:line="240" w:lineRule="auto"/>
              <w:jc w:val="center"/>
            </w:pPr>
            <w:r>
              <w:rPr>
                <w:b/>
                <w:color w:val="FFFFFF"/>
                <w:sz w:val="34"/>
              </w:rPr>
              <w:lastRenderedPageBreak/>
              <w:t>8</w:t>
            </w:r>
          </w:p>
        </w:tc>
        <w:tc>
          <w:tcPr>
            <w:tcW w:w="8901" w:type="dxa"/>
            <w:shd w:val="clear" w:color="auto" w:fill="F3F4F5"/>
          </w:tcPr>
          <w:p w14:paraId="0862D8A5" w14:textId="77777777" w:rsidR="008C77F8" w:rsidRPr="00823051" w:rsidRDefault="00000000">
            <w:pPr>
              <w:spacing w:after="20"/>
              <w:rPr>
                <w:lang w:val="fr-FR"/>
              </w:rPr>
            </w:pPr>
            <w:r w:rsidRPr="00823051">
              <w:rPr>
                <w:b/>
                <w:sz w:val="28"/>
                <w:lang w:val="fr-FR"/>
              </w:rPr>
              <w:t>Fișă rapidă de implementare</w:t>
            </w:r>
          </w:p>
          <w:p w14:paraId="531DE1AB" w14:textId="77777777" w:rsidR="008C77F8" w:rsidRPr="00823051" w:rsidRDefault="00000000">
            <w:pPr>
              <w:spacing w:after="0"/>
              <w:rPr>
                <w:lang w:val="fr-FR"/>
              </w:rPr>
            </w:pPr>
            <w:r w:rsidRPr="00823051">
              <w:rPr>
                <w:color w:val="666666"/>
                <w:sz w:val="16"/>
                <w:lang w:val="fr-FR"/>
              </w:rPr>
              <w:t>O pagină pentru lansarea procesului de obiective în organizație</w:t>
            </w:r>
          </w:p>
        </w:tc>
      </w:tr>
    </w:tbl>
    <w:p w14:paraId="62C1FE5A" w14:textId="77777777" w:rsidR="008C77F8" w:rsidRPr="00823051" w:rsidRDefault="008C77F8">
      <w:pPr>
        <w:spacing w:after="0"/>
        <w:rPr>
          <w:lang w:val="fr-FR"/>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8C77F8" w14:paraId="3A44DBBE" w14:textId="77777777">
        <w:trPr>
          <w:tblHeader/>
          <w:jc w:val="center"/>
        </w:trPr>
        <w:tc>
          <w:tcPr>
            <w:tcW w:w="2721" w:type="dxa"/>
            <w:shd w:val="clear" w:color="auto" w:fill="D71920"/>
            <w:tcMar>
              <w:top w:w="75" w:type="dxa"/>
              <w:left w:w="85" w:type="dxa"/>
              <w:bottom w:w="75" w:type="dxa"/>
              <w:right w:w="85" w:type="dxa"/>
            </w:tcMar>
            <w:vAlign w:val="center"/>
          </w:tcPr>
          <w:p w14:paraId="4747A48D" w14:textId="77777777" w:rsidR="008C77F8" w:rsidRDefault="00000000">
            <w:pPr>
              <w:spacing w:after="0" w:line="240" w:lineRule="auto"/>
              <w:jc w:val="center"/>
            </w:pPr>
            <w:r>
              <w:rPr>
                <w:b/>
                <w:color w:val="FFFFFF"/>
                <w:sz w:val="16"/>
              </w:rPr>
              <w:t>ETAPĂ</w:t>
            </w:r>
          </w:p>
        </w:tc>
        <w:tc>
          <w:tcPr>
            <w:tcW w:w="7200" w:type="dxa"/>
            <w:shd w:val="clear" w:color="auto" w:fill="D71920"/>
            <w:tcMar>
              <w:top w:w="75" w:type="dxa"/>
              <w:left w:w="85" w:type="dxa"/>
              <w:bottom w:w="75" w:type="dxa"/>
              <w:right w:w="85" w:type="dxa"/>
            </w:tcMar>
            <w:vAlign w:val="center"/>
          </w:tcPr>
          <w:p w14:paraId="2280979B" w14:textId="77777777" w:rsidR="008C77F8" w:rsidRDefault="00000000">
            <w:pPr>
              <w:spacing w:after="0" w:line="240" w:lineRule="auto"/>
              <w:jc w:val="center"/>
            </w:pPr>
            <w:r>
              <w:rPr>
                <w:b/>
                <w:color w:val="FFFFFF"/>
                <w:sz w:val="16"/>
              </w:rPr>
              <w:t>CONFIRMARE</w:t>
            </w:r>
          </w:p>
        </w:tc>
      </w:tr>
      <w:tr w:rsidR="008C77F8" w:rsidRPr="00823051" w14:paraId="627872F9" w14:textId="77777777">
        <w:trPr>
          <w:cantSplit/>
          <w:jc w:val="center"/>
        </w:trPr>
        <w:tc>
          <w:tcPr>
            <w:tcW w:w="2721" w:type="dxa"/>
            <w:shd w:val="clear" w:color="auto" w:fill="FFFFFF"/>
            <w:tcMar>
              <w:top w:w="75" w:type="dxa"/>
              <w:left w:w="85" w:type="dxa"/>
              <w:bottom w:w="75" w:type="dxa"/>
              <w:right w:w="85" w:type="dxa"/>
            </w:tcMar>
            <w:vAlign w:val="center"/>
          </w:tcPr>
          <w:p w14:paraId="7EAED7F8" w14:textId="77777777" w:rsidR="008C77F8" w:rsidRDefault="00000000">
            <w:pPr>
              <w:spacing w:after="0" w:line="240" w:lineRule="auto"/>
            </w:pPr>
            <w:r>
              <w:rPr>
                <w:sz w:val="16"/>
              </w:rPr>
              <w:t>1. Date de intrare</w:t>
            </w:r>
          </w:p>
        </w:tc>
        <w:tc>
          <w:tcPr>
            <w:tcW w:w="7200" w:type="dxa"/>
            <w:shd w:val="clear" w:color="auto" w:fill="FFFFFF"/>
            <w:tcMar>
              <w:top w:w="75" w:type="dxa"/>
              <w:left w:w="85" w:type="dxa"/>
              <w:bottom w:w="75" w:type="dxa"/>
              <w:right w:w="85" w:type="dxa"/>
            </w:tcMar>
            <w:vAlign w:val="center"/>
          </w:tcPr>
          <w:p w14:paraId="14A03E08" w14:textId="77777777" w:rsidR="008C77F8" w:rsidRPr="00823051" w:rsidRDefault="00000000">
            <w:pPr>
              <w:spacing w:after="0" w:line="240" w:lineRule="auto"/>
              <w:rPr>
                <w:lang w:val="fr-FR"/>
              </w:rPr>
            </w:pPr>
            <w:r w:rsidRPr="00823051">
              <w:rPr>
                <w:sz w:val="16"/>
                <w:lang w:val="fr-FR"/>
              </w:rPr>
              <w:t>[ ] Politică   [ ] Pericole / riscuri   [ ] Legal   [ ] Lucrători   [ ] Incidente   [ ] Schimbări / contractanți</w:t>
            </w:r>
          </w:p>
        </w:tc>
      </w:tr>
      <w:tr w:rsidR="008C77F8" w14:paraId="66357B5B" w14:textId="77777777">
        <w:trPr>
          <w:cantSplit/>
          <w:jc w:val="center"/>
        </w:trPr>
        <w:tc>
          <w:tcPr>
            <w:tcW w:w="2721" w:type="dxa"/>
            <w:shd w:val="clear" w:color="auto" w:fill="FAFAFA"/>
            <w:tcMar>
              <w:top w:w="75" w:type="dxa"/>
              <w:left w:w="85" w:type="dxa"/>
              <w:bottom w:w="75" w:type="dxa"/>
              <w:right w:w="85" w:type="dxa"/>
            </w:tcMar>
            <w:vAlign w:val="center"/>
          </w:tcPr>
          <w:p w14:paraId="41DFB1E5" w14:textId="77777777" w:rsidR="008C77F8" w:rsidRDefault="00000000">
            <w:pPr>
              <w:spacing w:after="0" w:line="240" w:lineRule="auto"/>
            </w:pPr>
            <w:r>
              <w:rPr>
                <w:sz w:val="16"/>
              </w:rPr>
              <w:t>2. Obiective candidate</w:t>
            </w:r>
          </w:p>
        </w:tc>
        <w:tc>
          <w:tcPr>
            <w:tcW w:w="7200" w:type="dxa"/>
            <w:shd w:val="clear" w:color="auto" w:fill="FAFAFA"/>
            <w:tcMar>
              <w:top w:w="75" w:type="dxa"/>
              <w:left w:w="85" w:type="dxa"/>
              <w:bottom w:w="75" w:type="dxa"/>
              <w:right w:w="85" w:type="dxa"/>
            </w:tcMar>
            <w:vAlign w:val="center"/>
          </w:tcPr>
          <w:p w14:paraId="3DB86633" w14:textId="77777777" w:rsidR="008C77F8" w:rsidRDefault="00000000">
            <w:pPr>
              <w:spacing w:after="0" w:line="240" w:lineRule="auto"/>
            </w:pPr>
            <w:r>
              <w:rPr>
                <w:sz w:val="16"/>
              </w:rPr>
              <w:t>________________________________________________________________________________</w:t>
            </w:r>
          </w:p>
        </w:tc>
      </w:tr>
      <w:tr w:rsidR="008C77F8" w14:paraId="57B14B68" w14:textId="77777777">
        <w:trPr>
          <w:cantSplit/>
          <w:jc w:val="center"/>
        </w:trPr>
        <w:tc>
          <w:tcPr>
            <w:tcW w:w="2721" w:type="dxa"/>
            <w:shd w:val="clear" w:color="auto" w:fill="FFFFFF"/>
            <w:tcMar>
              <w:top w:w="75" w:type="dxa"/>
              <w:left w:w="85" w:type="dxa"/>
              <w:bottom w:w="75" w:type="dxa"/>
              <w:right w:w="85" w:type="dxa"/>
            </w:tcMar>
            <w:vAlign w:val="center"/>
          </w:tcPr>
          <w:p w14:paraId="2CCA412E" w14:textId="77777777" w:rsidR="008C77F8" w:rsidRDefault="00000000">
            <w:pPr>
              <w:spacing w:after="0" w:line="240" w:lineRule="auto"/>
            </w:pPr>
            <w:r>
              <w:rPr>
                <w:sz w:val="16"/>
              </w:rPr>
              <w:t>3. Prioritizare</w:t>
            </w:r>
          </w:p>
        </w:tc>
        <w:tc>
          <w:tcPr>
            <w:tcW w:w="7200" w:type="dxa"/>
            <w:shd w:val="clear" w:color="auto" w:fill="FFFFFF"/>
            <w:tcMar>
              <w:top w:w="75" w:type="dxa"/>
              <w:left w:w="85" w:type="dxa"/>
              <w:bottom w:w="75" w:type="dxa"/>
              <w:right w:w="85" w:type="dxa"/>
            </w:tcMar>
            <w:vAlign w:val="center"/>
          </w:tcPr>
          <w:p w14:paraId="6633437F" w14:textId="77777777" w:rsidR="008C77F8" w:rsidRDefault="00000000">
            <w:pPr>
              <w:spacing w:after="0" w:line="240" w:lineRule="auto"/>
            </w:pPr>
            <w:r>
              <w:rPr>
                <w:sz w:val="16"/>
              </w:rPr>
              <w:t>[ ] Severitate   [ ] Legal   [ ] Expunere   [ ] Control   [ ] Ierarhie   [ ] Date</w:t>
            </w:r>
          </w:p>
        </w:tc>
      </w:tr>
      <w:tr w:rsidR="008C77F8" w:rsidRPr="00823051" w14:paraId="5A89BA5D" w14:textId="77777777">
        <w:trPr>
          <w:cantSplit/>
          <w:jc w:val="center"/>
        </w:trPr>
        <w:tc>
          <w:tcPr>
            <w:tcW w:w="2721" w:type="dxa"/>
            <w:shd w:val="clear" w:color="auto" w:fill="FAFAFA"/>
            <w:tcMar>
              <w:top w:w="75" w:type="dxa"/>
              <w:left w:w="85" w:type="dxa"/>
              <w:bottom w:w="75" w:type="dxa"/>
              <w:right w:w="85" w:type="dxa"/>
            </w:tcMar>
            <w:vAlign w:val="center"/>
          </w:tcPr>
          <w:p w14:paraId="47A6C0AE" w14:textId="77777777" w:rsidR="008C77F8" w:rsidRDefault="00000000">
            <w:pPr>
              <w:spacing w:after="0" w:line="240" w:lineRule="auto"/>
            </w:pPr>
            <w:r>
              <w:rPr>
                <w:sz w:val="16"/>
              </w:rPr>
              <w:t>4. Aprobate</w:t>
            </w:r>
          </w:p>
        </w:tc>
        <w:tc>
          <w:tcPr>
            <w:tcW w:w="7200" w:type="dxa"/>
            <w:shd w:val="clear" w:color="auto" w:fill="FAFAFA"/>
            <w:tcMar>
              <w:top w:w="75" w:type="dxa"/>
              <w:left w:w="85" w:type="dxa"/>
              <w:bottom w:w="75" w:type="dxa"/>
              <w:right w:w="85" w:type="dxa"/>
            </w:tcMar>
            <w:vAlign w:val="center"/>
          </w:tcPr>
          <w:p w14:paraId="633A9C44" w14:textId="77777777" w:rsidR="008C77F8" w:rsidRPr="00823051" w:rsidRDefault="00000000">
            <w:pPr>
              <w:spacing w:after="0" w:line="240" w:lineRule="auto"/>
              <w:rPr>
                <w:lang w:val="fr-FR"/>
              </w:rPr>
            </w:pPr>
            <w:r w:rsidRPr="00823051">
              <w:rPr>
                <w:sz w:val="16"/>
                <w:lang w:val="fr-FR"/>
              </w:rPr>
              <w:t>Nr. obiective: ______   Perioada: __________________   Aprobat de: __________________</w:t>
            </w:r>
          </w:p>
        </w:tc>
      </w:tr>
      <w:tr w:rsidR="008C77F8" w:rsidRPr="00823051" w14:paraId="523F5EA8" w14:textId="77777777">
        <w:trPr>
          <w:cantSplit/>
          <w:jc w:val="center"/>
        </w:trPr>
        <w:tc>
          <w:tcPr>
            <w:tcW w:w="2721" w:type="dxa"/>
            <w:shd w:val="clear" w:color="auto" w:fill="FFFFFF"/>
            <w:tcMar>
              <w:top w:w="75" w:type="dxa"/>
              <w:left w:w="85" w:type="dxa"/>
              <w:bottom w:w="75" w:type="dxa"/>
              <w:right w:w="85" w:type="dxa"/>
            </w:tcMar>
            <w:vAlign w:val="center"/>
          </w:tcPr>
          <w:p w14:paraId="70BF5D92" w14:textId="77777777" w:rsidR="008C77F8" w:rsidRDefault="00000000">
            <w:pPr>
              <w:spacing w:after="0" w:line="240" w:lineRule="auto"/>
            </w:pPr>
            <w:r>
              <w:rPr>
                <w:sz w:val="16"/>
              </w:rPr>
              <w:t>5. Pentru fiecare obiectiv</w:t>
            </w:r>
          </w:p>
        </w:tc>
        <w:tc>
          <w:tcPr>
            <w:tcW w:w="7200" w:type="dxa"/>
            <w:shd w:val="clear" w:color="auto" w:fill="FFFFFF"/>
            <w:tcMar>
              <w:top w:w="75" w:type="dxa"/>
              <w:left w:w="85" w:type="dxa"/>
              <w:bottom w:w="75" w:type="dxa"/>
              <w:right w:w="85" w:type="dxa"/>
            </w:tcMar>
            <w:vAlign w:val="center"/>
          </w:tcPr>
          <w:p w14:paraId="7875976E" w14:textId="77777777" w:rsidR="008C77F8" w:rsidRPr="00823051" w:rsidRDefault="00000000">
            <w:pPr>
              <w:spacing w:after="0" w:line="240" w:lineRule="auto"/>
              <w:rPr>
                <w:lang w:val="fr-FR"/>
              </w:rPr>
            </w:pPr>
            <w:r w:rsidRPr="00823051">
              <w:rPr>
                <w:sz w:val="16"/>
                <w:lang w:val="fr-FR"/>
              </w:rPr>
              <w:t>[ ] KPI   [ ] Formulă   [ ] Bază   [ ] Țintă   [ ] Termen   [ ] Resp.   [ ] Resurse   [ ] Acțiuni</w:t>
            </w:r>
          </w:p>
        </w:tc>
      </w:tr>
      <w:tr w:rsidR="008C77F8" w14:paraId="75367D96" w14:textId="77777777">
        <w:trPr>
          <w:cantSplit/>
          <w:jc w:val="center"/>
        </w:trPr>
        <w:tc>
          <w:tcPr>
            <w:tcW w:w="2721" w:type="dxa"/>
            <w:shd w:val="clear" w:color="auto" w:fill="FAFAFA"/>
            <w:tcMar>
              <w:top w:w="75" w:type="dxa"/>
              <w:left w:w="85" w:type="dxa"/>
              <w:bottom w:w="75" w:type="dxa"/>
              <w:right w:w="85" w:type="dxa"/>
            </w:tcMar>
            <w:vAlign w:val="center"/>
          </w:tcPr>
          <w:p w14:paraId="641F2B12" w14:textId="77777777" w:rsidR="008C77F8" w:rsidRDefault="00000000">
            <w:pPr>
              <w:spacing w:after="0" w:line="240" w:lineRule="auto"/>
            </w:pPr>
            <w:r>
              <w:rPr>
                <w:sz w:val="16"/>
              </w:rPr>
              <w:t>6. Monitorizare</w:t>
            </w:r>
          </w:p>
        </w:tc>
        <w:tc>
          <w:tcPr>
            <w:tcW w:w="7200" w:type="dxa"/>
            <w:shd w:val="clear" w:color="auto" w:fill="FAFAFA"/>
            <w:tcMar>
              <w:top w:w="75" w:type="dxa"/>
              <w:left w:w="85" w:type="dxa"/>
              <w:bottom w:w="75" w:type="dxa"/>
              <w:right w:w="85" w:type="dxa"/>
            </w:tcMar>
            <w:vAlign w:val="center"/>
          </w:tcPr>
          <w:p w14:paraId="1AC43BCA" w14:textId="77777777" w:rsidR="008C77F8" w:rsidRDefault="00000000">
            <w:pPr>
              <w:spacing w:after="0" w:line="240" w:lineRule="auto"/>
            </w:pPr>
            <w:r>
              <w:rPr>
                <w:sz w:val="16"/>
              </w:rPr>
              <w:t>Frecvență: __________________   Ședință / forum: _________________________________</w:t>
            </w:r>
          </w:p>
        </w:tc>
      </w:tr>
      <w:tr w:rsidR="008C77F8" w14:paraId="4827FDB3" w14:textId="77777777">
        <w:trPr>
          <w:cantSplit/>
          <w:jc w:val="center"/>
        </w:trPr>
        <w:tc>
          <w:tcPr>
            <w:tcW w:w="2721" w:type="dxa"/>
            <w:shd w:val="clear" w:color="auto" w:fill="FFFFFF"/>
            <w:tcMar>
              <w:top w:w="75" w:type="dxa"/>
              <w:left w:w="85" w:type="dxa"/>
              <w:bottom w:w="75" w:type="dxa"/>
              <w:right w:w="85" w:type="dxa"/>
            </w:tcMar>
            <w:vAlign w:val="center"/>
          </w:tcPr>
          <w:p w14:paraId="467CCF17" w14:textId="77777777" w:rsidR="008C77F8" w:rsidRDefault="00000000">
            <w:pPr>
              <w:spacing w:after="0" w:line="240" w:lineRule="auto"/>
            </w:pPr>
            <w:r>
              <w:rPr>
                <w:sz w:val="16"/>
              </w:rPr>
              <w:t>7. Status</w:t>
            </w:r>
          </w:p>
        </w:tc>
        <w:tc>
          <w:tcPr>
            <w:tcW w:w="7200" w:type="dxa"/>
            <w:shd w:val="clear" w:color="auto" w:fill="FFFFFF"/>
            <w:tcMar>
              <w:top w:w="75" w:type="dxa"/>
              <w:left w:w="85" w:type="dxa"/>
              <w:bottom w:w="75" w:type="dxa"/>
              <w:right w:w="85" w:type="dxa"/>
            </w:tcMar>
            <w:vAlign w:val="center"/>
          </w:tcPr>
          <w:p w14:paraId="3D2178E7" w14:textId="77777777" w:rsidR="008C77F8" w:rsidRDefault="00000000">
            <w:pPr>
              <w:spacing w:after="0" w:line="240" w:lineRule="auto"/>
            </w:pPr>
            <w:r>
              <w:rPr>
                <w:sz w:val="16"/>
              </w:rPr>
              <w:t>[ ] Verde   [ ] Galben   [ ] Roșu   Reguli aprobate la data: __________________</w:t>
            </w:r>
          </w:p>
        </w:tc>
      </w:tr>
      <w:tr w:rsidR="008C77F8" w:rsidRPr="00823051" w14:paraId="05539987" w14:textId="77777777">
        <w:trPr>
          <w:cantSplit/>
          <w:jc w:val="center"/>
        </w:trPr>
        <w:tc>
          <w:tcPr>
            <w:tcW w:w="2721" w:type="dxa"/>
            <w:shd w:val="clear" w:color="auto" w:fill="FAFAFA"/>
            <w:tcMar>
              <w:top w:w="75" w:type="dxa"/>
              <w:left w:w="85" w:type="dxa"/>
              <w:bottom w:w="75" w:type="dxa"/>
              <w:right w:w="85" w:type="dxa"/>
            </w:tcMar>
            <w:vAlign w:val="center"/>
          </w:tcPr>
          <w:p w14:paraId="413C9651" w14:textId="77777777" w:rsidR="008C77F8" w:rsidRDefault="00000000">
            <w:pPr>
              <w:spacing w:after="0" w:line="240" w:lineRule="auto"/>
            </w:pPr>
            <w:r>
              <w:rPr>
                <w:sz w:val="16"/>
              </w:rPr>
              <w:t>8. Evaluare finală</w:t>
            </w:r>
          </w:p>
        </w:tc>
        <w:tc>
          <w:tcPr>
            <w:tcW w:w="7200" w:type="dxa"/>
            <w:shd w:val="clear" w:color="auto" w:fill="FAFAFA"/>
            <w:tcMar>
              <w:top w:w="75" w:type="dxa"/>
              <w:left w:w="85" w:type="dxa"/>
              <w:bottom w:w="75" w:type="dxa"/>
              <w:right w:w="85" w:type="dxa"/>
            </w:tcMar>
            <w:vAlign w:val="center"/>
          </w:tcPr>
          <w:p w14:paraId="4C5F768B" w14:textId="77777777" w:rsidR="008C77F8" w:rsidRPr="00823051" w:rsidRDefault="00000000">
            <w:pPr>
              <w:spacing w:after="0" w:line="240" w:lineRule="auto"/>
              <w:rPr>
                <w:lang w:val="fr-FR"/>
              </w:rPr>
            </w:pPr>
            <w:r w:rsidRPr="00823051">
              <w:rPr>
                <w:sz w:val="16"/>
                <w:lang w:val="fr-FR"/>
              </w:rPr>
              <w:t>[ ] Rezultat   [ ] Eficacitate   [ ] Efecte secundare   [ ] Lecții   [ ] Decizie</w:t>
            </w:r>
          </w:p>
        </w:tc>
      </w:tr>
    </w:tbl>
    <w:p w14:paraId="73357A26" w14:textId="77777777" w:rsidR="008C77F8" w:rsidRPr="00823051" w:rsidRDefault="008C77F8">
      <w:pPr>
        <w:spacing w:after="20"/>
        <w:rPr>
          <w:lang w:val="fr-FR"/>
        </w:rPr>
      </w:pPr>
    </w:p>
    <w:p w14:paraId="659C0727" w14:textId="77777777" w:rsidR="008C77F8" w:rsidRPr="00823051" w:rsidRDefault="00000000">
      <w:pPr>
        <w:pStyle w:val="Heading2"/>
        <w:rPr>
          <w:lang w:val="fr-FR"/>
        </w:rPr>
      </w:pPr>
      <w:r w:rsidRPr="00823051">
        <w:rPr>
          <w:lang w:val="fr-FR"/>
        </w:rPr>
        <w:t>Referințe și utilizare responsabilă</w:t>
      </w:r>
    </w:p>
    <w:p w14:paraId="2DCB4D0B" w14:textId="77777777" w:rsidR="008C77F8" w:rsidRPr="00823051" w:rsidRDefault="00000000">
      <w:pPr>
        <w:spacing w:line="259" w:lineRule="auto"/>
        <w:rPr>
          <w:lang w:val="fr-FR"/>
        </w:rPr>
      </w:pPr>
      <w:r w:rsidRPr="00823051">
        <w:rPr>
          <w:lang w:val="fr-FR"/>
        </w:rPr>
        <w:t>Documentul este construit pentru ISO 45001:2018 și Amendamentul 1:2024. Revizuirea aflată în stadiu DIS în iulie 2026 este un proiect și nu este utilizată ca cerință aplicabilă. Consultați sursele oficiale pentru stadiul actualizat.</w:t>
      </w:r>
    </w:p>
    <w:p w14:paraId="6B576BB8" w14:textId="77777777" w:rsidR="008C77F8" w:rsidRPr="00823051" w:rsidRDefault="00000000">
      <w:pPr>
        <w:spacing w:after="40"/>
        <w:rPr>
          <w:lang w:val="fr-FR"/>
        </w:rPr>
      </w:pPr>
      <w:hyperlink r:id="rId8">
        <w:r w:rsidRPr="00823051">
          <w:rPr>
            <w:color w:val="D71920"/>
            <w:u w:val="single"/>
            <w:lang w:val="fr-FR"/>
          </w:rPr>
          <w:t>ISO 45001:2018 - pagina oficială</w:t>
        </w:r>
      </w:hyperlink>
    </w:p>
    <w:p w14:paraId="13CC720D" w14:textId="77777777" w:rsidR="008C77F8" w:rsidRPr="00823051" w:rsidRDefault="00000000">
      <w:pPr>
        <w:spacing w:after="40"/>
        <w:rPr>
          <w:lang w:val="fr-FR"/>
        </w:rPr>
      </w:pPr>
      <w:hyperlink r:id="rId9">
        <w:r w:rsidRPr="00823051">
          <w:rPr>
            <w:color w:val="D71920"/>
            <w:u w:val="single"/>
            <w:lang w:val="fr-FR"/>
          </w:rPr>
          <w:t>ISO 45001:2018/Amd 1:2024 - pagina oficială</w:t>
        </w:r>
      </w:hyperlink>
    </w:p>
    <w:p w14:paraId="2540081C" w14:textId="77777777" w:rsidR="008C77F8" w:rsidRPr="00823051" w:rsidRDefault="00000000">
      <w:pPr>
        <w:spacing w:after="40"/>
        <w:rPr>
          <w:lang w:val="fr-FR"/>
        </w:rPr>
      </w:pPr>
      <w:hyperlink r:id="rId10">
        <w:r w:rsidRPr="00823051">
          <w:rPr>
            <w:color w:val="D71920"/>
            <w:u w:val="single"/>
            <w:lang w:val="fr-FR"/>
          </w:rPr>
          <w:t>ISO/DIS 45001 - proiect în dezvoltare</w:t>
        </w:r>
      </w:hyperlink>
    </w:p>
    <w:p w14:paraId="2483D42B" w14:textId="77777777" w:rsidR="008C77F8" w:rsidRPr="00823051" w:rsidRDefault="00000000">
      <w:pPr>
        <w:spacing w:line="259" w:lineRule="auto"/>
        <w:rPr>
          <w:lang w:val="fr-FR"/>
        </w:rPr>
      </w:pPr>
      <w:r w:rsidRPr="00823051">
        <w:rPr>
          <w:lang w:val="fr-FR"/>
        </w:rPr>
        <w:t>Acest model este un instrument educațional și de lucru. Nu înlocuiește standardul aplicabil, legislația, evaluarea de specialitate sau consultanța adaptată situației organizației.</w:t>
      </w:r>
    </w:p>
    <w:p w14:paraId="706F3FB9" w14:textId="77777777" w:rsidR="008C77F8" w:rsidRDefault="00000000">
      <w:pPr>
        <w:pStyle w:val="Heading2"/>
      </w:pPr>
      <w:r>
        <w:t>Controlul documentului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8C77F8" w14:paraId="50162E66" w14:textId="77777777">
        <w:trPr>
          <w:tblHeader/>
          <w:jc w:val="center"/>
        </w:trPr>
        <w:tc>
          <w:tcPr>
            <w:tcW w:w="3118" w:type="dxa"/>
            <w:shd w:val="clear" w:color="auto" w:fill="D71920"/>
            <w:tcMar>
              <w:top w:w="75" w:type="dxa"/>
              <w:left w:w="85" w:type="dxa"/>
              <w:bottom w:w="75" w:type="dxa"/>
              <w:right w:w="85" w:type="dxa"/>
            </w:tcMar>
            <w:vAlign w:val="center"/>
          </w:tcPr>
          <w:p w14:paraId="76EC8EB2" w14:textId="77777777" w:rsidR="008C77F8" w:rsidRDefault="00000000">
            <w:pPr>
              <w:spacing w:after="0" w:line="240" w:lineRule="auto"/>
              <w:jc w:val="center"/>
            </w:pPr>
            <w:r>
              <w:rPr>
                <w:b/>
                <w:color w:val="FFFFFF"/>
                <w:sz w:val="16"/>
              </w:rPr>
              <w:t>ELEMENT</w:t>
            </w:r>
          </w:p>
        </w:tc>
        <w:tc>
          <w:tcPr>
            <w:tcW w:w="6803" w:type="dxa"/>
            <w:shd w:val="clear" w:color="auto" w:fill="D71920"/>
            <w:tcMar>
              <w:top w:w="75" w:type="dxa"/>
              <w:left w:w="85" w:type="dxa"/>
              <w:bottom w:w="75" w:type="dxa"/>
              <w:right w:w="85" w:type="dxa"/>
            </w:tcMar>
            <w:vAlign w:val="center"/>
          </w:tcPr>
          <w:p w14:paraId="6C2B317B" w14:textId="77777777" w:rsidR="008C77F8" w:rsidRDefault="00000000">
            <w:pPr>
              <w:spacing w:after="0" w:line="240" w:lineRule="auto"/>
              <w:jc w:val="center"/>
            </w:pPr>
            <w:r>
              <w:rPr>
                <w:b/>
                <w:color w:val="FFFFFF"/>
                <w:sz w:val="16"/>
              </w:rPr>
              <w:t>INFORMAȚIE</w:t>
            </w:r>
          </w:p>
        </w:tc>
      </w:tr>
      <w:tr w:rsidR="008C77F8" w14:paraId="621CC493" w14:textId="77777777">
        <w:trPr>
          <w:cantSplit/>
          <w:jc w:val="center"/>
        </w:trPr>
        <w:tc>
          <w:tcPr>
            <w:tcW w:w="3118" w:type="dxa"/>
            <w:shd w:val="clear" w:color="auto" w:fill="FFFFFF"/>
            <w:tcMar>
              <w:top w:w="75" w:type="dxa"/>
              <w:left w:w="85" w:type="dxa"/>
              <w:bottom w:w="75" w:type="dxa"/>
              <w:right w:w="85" w:type="dxa"/>
            </w:tcMar>
            <w:vAlign w:val="center"/>
          </w:tcPr>
          <w:p w14:paraId="7DFEDC7D" w14:textId="77777777" w:rsidR="008C77F8" w:rsidRDefault="00000000">
            <w:pPr>
              <w:spacing w:after="0" w:line="240" w:lineRule="auto"/>
            </w:pPr>
            <w:r>
              <w:rPr>
                <w:sz w:val="16"/>
              </w:rPr>
              <w:t>Titlu</w:t>
            </w:r>
          </w:p>
        </w:tc>
        <w:tc>
          <w:tcPr>
            <w:tcW w:w="6803" w:type="dxa"/>
            <w:shd w:val="clear" w:color="auto" w:fill="FFFFFF"/>
            <w:tcMar>
              <w:top w:w="75" w:type="dxa"/>
              <w:left w:w="85" w:type="dxa"/>
              <w:bottom w:w="75" w:type="dxa"/>
              <w:right w:w="85" w:type="dxa"/>
            </w:tcMar>
            <w:vAlign w:val="center"/>
          </w:tcPr>
          <w:p w14:paraId="355D94A8" w14:textId="77777777" w:rsidR="008C77F8" w:rsidRDefault="00000000">
            <w:pPr>
              <w:spacing w:after="0" w:line="240" w:lineRule="auto"/>
            </w:pPr>
            <w:r>
              <w:rPr>
                <w:sz w:val="16"/>
              </w:rPr>
              <w:t>Model obiective ISO 45001</w:t>
            </w:r>
          </w:p>
        </w:tc>
      </w:tr>
      <w:tr w:rsidR="008C77F8" w14:paraId="53FE18EC" w14:textId="77777777">
        <w:trPr>
          <w:cantSplit/>
          <w:jc w:val="center"/>
        </w:trPr>
        <w:tc>
          <w:tcPr>
            <w:tcW w:w="3118" w:type="dxa"/>
            <w:shd w:val="clear" w:color="auto" w:fill="FAFAFA"/>
            <w:tcMar>
              <w:top w:w="75" w:type="dxa"/>
              <w:left w:w="85" w:type="dxa"/>
              <w:bottom w:w="75" w:type="dxa"/>
              <w:right w:w="85" w:type="dxa"/>
            </w:tcMar>
            <w:vAlign w:val="center"/>
          </w:tcPr>
          <w:p w14:paraId="04AE298D" w14:textId="77777777" w:rsidR="008C77F8" w:rsidRDefault="00000000">
            <w:pPr>
              <w:spacing w:after="0" w:line="240" w:lineRule="auto"/>
            </w:pPr>
            <w:r>
              <w:rPr>
                <w:sz w:val="16"/>
              </w:rPr>
              <w:t>Ediție</w:t>
            </w:r>
          </w:p>
        </w:tc>
        <w:tc>
          <w:tcPr>
            <w:tcW w:w="6803" w:type="dxa"/>
            <w:shd w:val="clear" w:color="auto" w:fill="FAFAFA"/>
            <w:tcMar>
              <w:top w:w="75" w:type="dxa"/>
              <w:left w:w="85" w:type="dxa"/>
              <w:bottom w:w="75" w:type="dxa"/>
              <w:right w:w="85" w:type="dxa"/>
            </w:tcMar>
            <w:vAlign w:val="center"/>
          </w:tcPr>
          <w:p w14:paraId="287CBA26" w14:textId="77777777" w:rsidR="008C77F8" w:rsidRDefault="00000000">
            <w:pPr>
              <w:spacing w:after="0" w:line="240" w:lineRule="auto"/>
            </w:pPr>
            <w:r>
              <w:rPr>
                <w:sz w:val="16"/>
              </w:rPr>
              <w:t>1 / iulie 2026</w:t>
            </w:r>
          </w:p>
        </w:tc>
      </w:tr>
      <w:tr w:rsidR="008C77F8" w14:paraId="5C83FB0C" w14:textId="77777777">
        <w:trPr>
          <w:cantSplit/>
          <w:jc w:val="center"/>
        </w:trPr>
        <w:tc>
          <w:tcPr>
            <w:tcW w:w="3118" w:type="dxa"/>
            <w:shd w:val="clear" w:color="auto" w:fill="FFFFFF"/>
            <w:tcMar>
              <w:top w:w="75" w:type="dxa"/>
              <w:left w:w="85" w:type="dxa"/>
              <w:bottom w:w="75" w:type="dxa"/>
              <w:right w:w="85" w:type="dxa"/>
            </w:tcMar>
            <w:vAlign w:val="center"/>
          </w:tcPr>
          <w:p w14:paraId="560EFCC2" w14:textId="77777777" w:rsidR="008C77F8" w:rsidRDefault="00000000">
            <w:pPr>
              <w:spacing w:after="0" w:line="240" w:lineRule="auto"/>
            </w:pPr>
            <w:r>
              <w:rPr>
                <w:sz w:val="16"/>
              </w:rPr>
              <w:t>Proprietar document</w:t>
            </w:r>
          </w:p>
        </w:tc>
        <w:tc>
          <w:tcPr>
            <w:tcW w:w="6803" w:type="dxa"/>
            <w:shd w:val="clear" w:color="auto" w:fill="FFFFFF"/>
            <w:tcMar>
              <w:top w:w="75" w:type="dxa"/>
              <w:left w:w="85" w:type="dxa"/>
              <w:bottom w:w="75" w:type="dxa"/>
              <w:right w:w="85" w:type="dxa"/>
            </w:tcMar>
            <w:vAlign w:val="center"/>
          </w:tcPr>
          <w:p w14:paraId="18039551" w14:textId="77777777" w:rsidR="008C77F8" w:rsidRDefault="00000000">
            <w:pPr>
              <w:spacing w:after="0" w:line="240" w:lineRule="auto"/>
            </w:pPr>
            <w:r>
              <w:rPr>
                <w:sz w:val="16"/>
              </w:rPr>
              <w:t>____________________________</w:t>
            </w:r>
          </w:p>
        </w:tc>
      </w:tr>
      <w:tr w:rsidR="008C77F8" w14:paraId="7057B3A0" w14:textId="77777777">
        <w:trPr>
          <w:cantSplit/>
          <w:jc w:val="center"/>
        </w:trPr>
        <w:tc>
          <w:tcPr>
            <w:tcW w:w="3118" w:type="dxa"/>
            <w:shd w:val="clear" w:color="auto" w:fill="FAFAFA"/>
            <w:tcMar>
              <w:top w:w="75" w:type="dxa"/>
              <w:left w:w="85" w:type="dxa"/>
              <w:bottom w:w="75" w:type="dxa"/>
              <w:right w:w="85" w:type="dxa"/>
            </w:tcMar>
            <w:vAlign w:val="center"/>
          </w:tcPr>
          <w:p w14:paraId="4E42E528" w14:textId="77777777" w:rsidR="008C77F8" w:rsidRDefault="00000000">
            <w:pPr>
              <w:spacing w:after="0" w:line="240" w:lineRule="auto"/>
            </w:pPr>
            <w:r>
              <w:rPr>
                <w:sz w:val="16"/>
              </w:rPr>
              <w:t>Aprobat de / data</w:t>
            </w:r>
          </w:p>
        </w:tc>
        <w:tc>
          <w:tcPr>
            <w:tcW w:w="6803" w:type="dxa"/>
            <w:shd w:val="clear" w:color="auto" w:fill="FAFAFA"/>
            <w:tcMar>
              <w:top w:w="75" w:type="dxa"/>
              <w:left w:w="85" w:type="dxa"/>
              <w:bottom w:w="75" w:type="dxa"/>
              <w:right w:w="85" w:type="dxa"/>
            </w:tcMar>
            <w:vAlign w:val="center"/>
          </w:tcPr>
          <w:p w14:paraId="775E1BA6" w14:textId="77777777" w:rsidR="008C77F8" w:rsidRDefault="00000000">
            <w:pPr>
              <w:spacing w:after="0" w:line="240" w:lineRule="auto"/>
            </w:pPr>
            <w:r>
              <w:rPr>
                <w:sz w:val="16"/>
              </w:rPr>
              <w:t>____________________________</w:t>
            </w:r>
          </w:p>
        </w:tc>
      </w:tr>
      <w:tr w:rsidR="008C77F8" w14:paraId="5B1C2804" w14:textId="77777777">
        <w:trPr>
          <w:cantSplit/>
          <w:jc w:val="center"/>
        </w:trPr>
        <w:tc>
          <w:tcPr>
            <w:tcW w:w="3118" w:type="dxa"/>
            <w:shd w:val="clear" w:color="auto" w:fill="FFFFFF"/>
            <w:tcMar>
              <w:top w:w="75" w:type="dxa"/>
              <w:left w:w="85" w:type="dxa"/>
              <w:bottom w:w="75" w:type="dxa"/>
              <w:right w:w="85" w:type="dxa"/>
            </w:tcMar>
            <w:vAlign w:val="center"/>
          </w:tcPr>
          <w:p w14:paraId="6F92F8EF" w14:textId="77777777" w:rsidR="008C77F8" w:rsidRDefault="00000000">
            <w:pPr>
              <w:spacing w:after="0" w:line="240" w:lineRule="auto"/>
            </w:pPr>
            <w:r>
              <w:rPr>
                <w:sz w:val="16"/>
              </w:rPr>
              <w:t>Data revizuirii</w:t>
            </w:r>
          </w:p>
        </w:tc>
        <w:tc>
          <w:tcPr>
            <w:tcW w:w="6803" w:type="dxa"/>
            <w:shd w:val="clear" w:color="auto" w:fill="FFFFFF"/>
            <w:tcMar>
              <w:top w:w="75" w:type="dxa"/>
              <w:left w:w="85" w:type="dxa"/>
              <w:bottom w:w="75" w:type="dxa"/>
              <w:right w:w="85" w:type="dxa"/>
            </w:tcMar>
            <w:vAlign w:val="center"/>
          </w:tcPr>
          <w:p w14:paraId="7464D3BE" w14:textId="77777777" w:rsidR="008C77F8" w:rsidRDefault="00000000">
            <w:pPr>
              <w:spacing w:after="0" w:line="240" w:lineRule="auto"/>
            </w:pPr>
            <w:r>
              <w:rPr>
                <w:sz w:val="16"/>
              </w:rPr>
              <w:t>____________________________</w:t>
            </w:r>
          </w:p>
        </w:tc>
      </w:tr>
    </w:tbl>
    <w:p w14:paraId="6238155E" w14:textId="77777777" w:rsidR="008C77F8" w:rsidRDefault="008C77F8">
      <w:pPr>
        <w:spacing w:after="20"/>
      </w:pPr>
    </w:p>
    <w:sectPr w:rsidR="008C77F8" w:rsidSect="00034616">
      <w:headerReference w:type="default" r:id="rId11"/>
      <w:footerReference w:type="default" r:id="rId12"/>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A22E0" w14:textId="77777777" w:rsidR="00D37E2D" w:rsidRDefault="00D37E2D">
      <w:pPr>
        <w:spacing w:after="0" w:line="240" w:lineRule="auto"/>
      </w:pPr>
      <w:r>
        <w:separator/>
      </w:r>
    </w:p>
  </w:endnote>
  <w:endnote w:type="continuationSeparator" w:id="0">
    <w:p w14:paraId="01EE5C34" w14:textId="77777777" w:rsidR="00D37E2D" w:rsidRDefault="00D37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AE10" w14:textId="77777777" w:rsidR="008C77F8" w:rsidRPr="00823051" w:rsidRDefault="008C77F8">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8C77F8" w:rsidRPr="00823051" w14:paraId="3A6E0616" w14:textId="77777777">
      <w:trPr>
        <w:jc w:val="center"/>
      </w:trPr>
      <w:tc>
        <w:tcPr>
          <w:tcW w:w="8220" w:type="dxa"/>
          <w:tcMar>
            <w:top w:w="75" w:type="dxa"/>
            <w:left w:w="85" w:type="dxa"/>
            <w:bottom w:w="75" w:type="dxa"/>
            <w:right w:w="85" w:type="dxa"/>
          </w:tcMar>
          <w:vAlign w:val="center"/>
        </w:tcPr>
        <w:p w14:paraId="57D24F36" w14:textId="77777777" w:rsidR="008C77F8" w:rsidRPr="00823051" w:rsidRDefault="00000000">
          <w:pPr>
            <w:spacing w:after="0" w:line="240" w:lineRule="auto"/>
            <w:rPr>
              <w:noProof/>
              <w:lang w:val="ro-RO"/>
            </w:rPr>
          </w:pPr>
          <w:r w:rsidRPr="00823051">
            <w:rPr>
              <w:noProof/>
              <w:color w:val="666666"/>
              <w:sz w:val="14"/>
              <w:lang w:val="ro-RO"/>
            </w:rPr>
            <w:t>Instrument orientativ. A se adapta contextului organizației.</w:t>
          </w:r>
        </w:p>
      </w:tc>
      <w:tc>
        <w:tcPr>
          <w:tcW w:w="1701" w:type="dxa"/>
        </w:tcPr>
        <w:p w14:paraId="3A35BBAF" w14:textId="77777777" w:rsidR="008C77F8" w:rsidRPr="00823051" w:rsidRDefault="00000000">
          <w:pPr>
            <w:jc w:val="right"/>
            <w:rPr>
              <w:noProof/>
              <w:lang w:val="ro-RO"/>
            </w:rPr>
          </w:pPr>
          <w:r w:rsidRPr="00823051">
            <w:rPr>
              <w:noProof/>
              <w:color w:val="666666"/>
              <w:sz w:val="14"/>
              <w:lang w:val="ro-RO"/>
            </w:rPr>
            <w:t xml:space="preserve">Pagina </w:t>
          </w:r>
          <w:r w:rsidRPr="00823051">
            <w:rPr>
              <w:noProof/>
              <w:lang w:val="ro-RO"/>
            </w:rPr>
            <w:fldChar w:fldCharType="begin"/>
          </w:r>
          <w:r w:rsidRPr="00823051">
            <w:rPr>
              <w:noProof/>
              <w:lang w:val="ro-RO"/>
            </w:rPr>
            <w:instrText xml:space="preserve"> PAGE </w:instrText>
          </w:r>
          <w:r w:rsidR="00823051" w:rsidRPr="00823051">
            <w:rPr>
              <w:noProof/>
              <w:lang w:val="ro-RO"/>
            </w:rPr>
            <w:fldChar w:fldCharType="separate"/>
          </w:r>
          <w:r w:rsidR="00823051" w:rsidRPr="00823051">
            <w:rPr>
              <w:noProof/>
              <w:lang w:val="ro-RO"/>
            </w:rPr>
            <w:t>2</w:t>
          </w:r>
          <w:r w:rsidRPr="00823051">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A8A49" w14:textId="77777777" w:rsidR="00D37E2D" w:rsidRDefault="00D37E2D">
      <w:pPr>
        <w:spacing w:after="0" w:line="240" w:lineRule="auto"/>
      </w:pPr>
      <w:r>
        <w:separator/>
      </w:r>
    </w:p>
  </w:footnote>
  <w:footnote w:type="continuationSeparator" w:id="0">
    <w:p w14:paraId="7553E846" w14:textId="77777777" w:rsidR="00D37E2D" w:rsidRDefault="00D37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3A79" w14:textId="3F809F8E" w:rsidR="008C77F8" w:rsidRPr="00823051" w:rsidRDefault="00000000">
    <w:pPr>
      <w:pStyle w:val="Header"/>
      <w:pBdr>
        <w:bottom w:val="single" w:sz="8" w:space="3" w:color="D71920"/>
      </w:pBdr>
      <w:tabs>
        <w:tab w:val="right" w:pos="9921"/>
      </w:tabs>
      <w:rPr>
        <w:noProof/>
        <w:lang w:val="ro-RO"/>
      </w:rPr>
    </w:pPr>
    <w:r w:rsidRPr="00823051">
      <w:rPr>
        <w:b/>
        <w:noProof/>
        <w:color w:val="D71920"/>
        <w:sz w:val="20"/>
        <w:lang w:val="ro-RO"/>
      </w:rPr>
      <w:t>C</w:t>
    </w:r>
    <w:r w:rsidR="00823051">
      <w:rPr>
        <w:b/>
        <w:noProof/>
        <w:color w:val="D71920"/>
        <w:sz w:val="20"/>
        <w:lang w:val="ro-RO"/>
      </w:rPr>
      <w:t>ertify</w:t>
    </w:r>
    <w:r w:rsidRPr="00823051">
      <w:rPr>
        <w:noProof/>
        <w:color w:val="666666"/>
        <w:sz w:val="16"/>
        <w:lang w:val="ro-RO"/>
      </w:rPr>
      <w:t xml:space="preserve">  |  RESURSE PRACTICE ISO</w:t>
    </w:r>
    <w:r w:rsidRPr="00823051">
      <w:rPr>
        <w:noProof/>
        <w:lang w:val="ro-RO"/>
      </w:rPr>
      <w:tab/>
    </w:r>
    <w:r w:rsidRPr="00823051">
      <w:rPr>
        <w:noProof/>
        <w:color w:val="666666"/>
        <w:sz w:val="15"/>
        <w:lang w:val="ro-RO"/>
      </w:rPr>
      <w:t>MODEL OBIECTIVE ISO 45001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1441256">
    <w:abstractNumId w:val="8"/>
  </w:num>
  <w:num w:numId="2" w16cid:durableId="314728050">
    <w:abstractNumId w:val="6"/>
  </w:num>
  <w:num w:numId="3" w16cid:durableId="1562015821">
    <w:abstractNumId w:val="5"/>
  </w:num>
  <w:num w:numId="4" w16cid:durableId="130444851">
    <w:abstractNumId w:val="4"/>
  </w:num>
  <w:num w:numId="5" w16cid:durableId="2087530548">
    <w:abstractNumId w:val="7"/>
  </w:num>
  <w:num w:numId="6" w16cid:durableId="1600793527">
    <w:abstractNumId w:val="3"/>
  </w:num>
  <w:num w:numId="7" w16cid:durableId="149639284">
    <w:abstractNumId w:val="2"/>
  </w:num>
  <w:num w:numId="8" w16cid:durableId="1884563539">
    <w:abstractNumId w:val="1"/>
  </w:num>
  <w:num w:numId="9" w16cid:durableId="82092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F98"/>
    <w:rsid w:val="00034616"/>
    <w:rsid w:val="0006063C"/>
    <w:rsid w:val="0015074B"/>
    <w:rsid w:val="0029639D"/>
    <w:rsid w:val="00326F90"/>
    <w:rsid w:val="00823051"/>
    <w:rsid w:val="008C77F8"/>
    <w:rsid w:val="00AA1D8D"/>
    <w:rsid w:val="00B47730"/>
    <w:rsid w:val="00CB0664"/>
    <w:rsid w:val="00D37E2D"/>
    <w:rsid w:val="00D7080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62651"/>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3787.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so.org/standard/89698.html" TargetMode="External"/><Relationship Id="rId4" Type="http://schemas.openxmlformats.org/officeDocument/2006/relationships/settings" Target="settings.xml"/><Relationship Id="rId9" Type="http://schemas.openxmlformats.org/officeDocument/2006/relationships/hyperlink" Target="https://www.iso.org/standard/88428.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3829</Words>
  <Characters>21830</Characters>
  <Application>Microsoft Office Word</Application>
  <DocSecurity>0</DocSecurity>
  <Lines>181</Lines>
  <Paragraphs>51</Paragraphs>
  <ScaleCrop>false</ScaleCrop>
  <Manager/>
  <Company/>
  <LinksUpToDate>false</LinksUpToDate>
  <CharactersWithSpaces>25608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2026-07-24T09:22:00Z</dcterms:created>
  <dcterms:modified xsi:type="dcterms:W3CDTF">2026-07-24T09:22:00Z</dcterms:modified>
  <cp:category/>
</cp:coreProperties>
</file>