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C2AFE" w14:textId="77777777" w:rsidR="00865365" w:rsidRDefault="00000000">
      <w:pPr>
        <w:spacing w:after="400"/>
      </w:pPr>
      <w:r>
        <w:rPr>
          <w:b/>
          <w:color w:val="D71920"/>
          <w:sz w:val="20"/>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865365" w14:paraId="2CBAEC0B" w14:textId="77777777">
        <w:tc>
          <w:tcPr>
            <w:tcW w:w="2381" w:type="dxa"/>
            <w:shd w:val="clear" w:color="auto" w:fill="D71920"/>
            <w:tcMar>
              <w:top w:w="70" w:type="dxa"/>
              <w:left w:w="85" w:type="dxa"/>
              <w:bottom w:w="70" w:type="dxa"/>
              <w:right w:w="85" w:type="dxa"/>
            </w:tcMar>
            <w:vAlign w:val="center"/>
          </w:tcPr>
          <w:p w14:paraId="3F8A03A7" w14:textId="77777777" w:rsidR="00865365" w:rsidRDefault="00000000">
            <w:pPr>
              <w:spacing w:after="0" w:line="240" w:lineRule="auto"/>
              <w:jc w:val="center"/>
            </w:pPr>
            <w:r>
              <w:rPr>
                <w:b/>
                <w:color w:val="FFFFFF"/>
                <w:sz w:val="22"/>
              </w:rPr>
              <w:t>GHID</w:t>
            </w:r>
          </w:p>
        </w:tc>
      </w:tr>
    </w:tbl>
    <w:p w14:paraId="19FE3BB0" w14:textId="77777777" w:rsidR="00865365" w:rsidRDefault="00865365">
      <w:pPr>
        <w:spacing w:after="120"/>
      </w:pPr>
    </w:p>
    <w:p w14:paraId="494492AC" w14:textId="77777777" w:rsidR="00865365" w:rsidRDefault="00000000">
      <w:pPr>
        <w:spacing w:after="40"/>
      </w:pPr>
      <w:r>
        <w:rPr>
          <w:b/>
          <w:sz w:val="56"/>
        </w:rPr>
        <w:t>Documente esențiale</w:t>
      </w:r>
    </w:p>
    <w:p w14:paraId="66BBB21D" w14:textId="77777777" w:rsidR="00865365" w:rsidRDefault="00000000">
      <w:pPr>
        <w:spacing w:after="140"/>
      </w:pPr>
      <w:r>
        <w:rPr>
          <w:b/>
          <w:color w:val="D71920"/>
          <w:sz w:val="64"/>
        </w:rPr>
        <w:t>ISO 13485</w:t>
      </w:r>
    </w:p>
    <w:p w14:paraId="49ACF660" w14:textId="77777777" w:rsidR="00865365" w:rsidRPr="000E298F" w:rsidRDefault="00000000">
      <w:pPr>
        <w:spacing w:after="320"/>
        <w:rPr>
          <w:lang w:val="fr-FR"/>
        </w:rPr>
      </w:pPr>
      <w:r w:rsidRPr="000E298F">
        <w:rPr>
          <w:color w:val="666666"/>
          <w:sz w:val="25"/>
          <w:lang w:val="fr-FR"/>
        </w:rPr>
        <w:t>Documente, dosare și înregistrări pentru un sistem de management al calității orientat spre cerințe de reglementare</w:t>
      </w:r>
    </w:p>
    <w:p w14:paraId="0B7493AD" w14:textId="77777777" w:rsidR="00865365" w:rsidRPr="000E298F" w:rsidRDefault="00865365">
      <w:pPr>
        <w:pBdr>
          <w:bottom w:val="single" w:sz="18" w:space="1" w:color="D71920"/>
        </w:pBdr>
        <w:spacing w:after="12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865365" w:rsidRPr="000E298F" w14:paraId="0B22C61E" w14:textId="77777777">
        <w:trPr>
          <w:jc w:val="center"/>
        </w:trPr>
        <w:tc>
          <w:tcPr>
            <w:tcW w:w="2721" w:type="dxa"/>
            <w:shd w:val="clear" w:color="auto" w:fill="F3F4F5"/>
            <w:tcMar>
              <w:top w:w="70" w:type="dxa"/>
              <w:left w:w="85" w:type="dxa"/>
              <w:bottom w:w="70" w:type="dxa"/>
              <w:right w:w="85" w:type="dxa"/>
            </w:tcMar>
            <w:vAlign w:val="center"/>
          </w:tcPr>
          <w:p w14:paraId="1251FC50" w14:textId="77777777" w:rsidR="00865365" w:rsidRDefault="00000000">
            <w:pPr>
              <w:spacing w:after="0" w:line="240" w:lineRule="auto"/>
            </w:pPr>
            <w:r>
              <w:rPr>
                <w:b/>
                <w:sz w:val="16"/>
              </w:rPr>
              <w:t>BAZĂ DE LUCRU</w:t>
            </w:r>
          </w:p>
        </w:tc>
        <w:tc>
          <w:tcPr>
            <w:tcW w:w="7200" w:type="dxa"/>
            <w:shd w:val="clear" w:color="auto" w:fill="FFFFFF"/>
            <w:tcMar>
              <w:top w:w="70" w:type="dxa"/>
              <w:left w:w="85" w:type="dxa"/>
              <w:bottom w:w="70" w:type="dxa"/>
              <w:right w:w="85" w:type="dxa"/>
            </w:tcMar>
            <w:vAlign w:val="center"/>
          </w:tcPr>
          <w:p w14:paraId="6E493FD5" w14:textId="77777777" w:rsidR="00865365" w:rsidRPr="000E298F" w:rsidRDefault="00000000">
            <w:pPr>
              <w:spacing w:after="0" w:line="240" w:lineRule="auto"/>
              <w:rPr>
                <w:lang w:val="fr-FR"/>
              </w:rPr>
            </w:pPr>
            <w:r w:rsidRPr="000E298F">
              <w:rPr>
                <w:sz w:val="17"/>
                <w:lang w:val="fr-FR"/>
              </w:rPr>
              <w:t>ISO 13485:2016 | confirmată de ISO în 2025</w:t>
            </w:r>
          </w:p>
        </w:tc>
      </w:tr>
      <w:tr w:rsidR="00865365" w:rsidRPr="000E298F" w14:paraId="67EC1960" w14:textId="77777777">
        <w:trPr>
          <w:jc w:val="center"/>
        </w:trPr>
        <w:tc>
          <w:tcPr>
            <w:tcW w:w="2721" w:type="dxa"/>
            <w:shd w:val="clear" w:color="auto" w:fill="F3F4F5"/>
            <w:tcMar>
              <w:top w:w="70" w:type="dxa"/>
              <w:left w:w="85" w:type="dxa"/>
              <w:bottom w:w="70" w:type="dxa"/>
              <w:right w:w="85" w:type="dxa"/>
            </w:tcMar>
            <w:vAlign w:val="center"/>
          </w:tcPr>
          <w:p w14:paraId="50172A90" w14:textId="77777777" w:rsidR="00865365" w:rsidRDefault="00000000">
            <w:pPr>
              <w:spacing w:after="0" w:line="240" w:lineRule="auto"/>
            </w:pPr>
            <w:r>
              <w:rPr>
                <w:b/>
                <w:sz w:val="16"/>
              </w:rPr>
              <w:t>UTILIZARE</w:t>
            </w:r>
          </w:p>
        </w:tc>
        <w:tc>
          <w:tcPr>
            <w:tcW w:w="7200" w:type="dxa"/>
            <w:shd w:val="clear" w:color="auto" w:fill="FFFFFF"/>
            <w:tcMar>
              <w:top w:w="70" w:type="dxa"/>
              <w:left w:w="85" w:type="dxa"/>
              <w:bottom w:w="70" w:type="dxa"/>
              <w:right w:w="85" w:type="dxa"/>
            </w:tcMar>
            <w:vAlign w:val="center"/>
          </w:tcPr>
          <w:p w14:paraId="23C8C2F6" w14:textId="77777777" w:rsidR="00865365" w:rsidRPr="000E298F" w:rsidRDefault="00000000">
            <w:pPr>
              <w:spacing w:after="0" w:line="240" w:lineRule="auto"/>
              <w:rPr>
                <w:lang w:val="fr-FR"/>
              </w:rPr>
            </w:pPr>
            <w:r w:rsidRPr="000E298F">
              <w:rPr>
                <w:sz w:val="17"/>
                <w:lang w:val="fr-FR"/>
              </w:rPr>
              <w:t>Organizații din orice industrie și de orice dimensiune</w:t>
            </w:r>
          </w:p>
        </w:tc>
      </w:tr>
      <w:tr w:rsidR="00865365" w:rsidRPr="000E298F" w14:paraId="561EF928" w14:textId="77777777">
        <w:trPr>
          <w:jc w:val="center"/>
        </w:trPr>
        <w:tc>
          <w:tcPr>
            <w:tcW w:w="2721" w:type="dxa"/>
            <w:shd w:val="clear" w:color="auto" w:fill="F3F4F5"/>
            <w:tcMar>
              <w:top w:w="70" w:type="dxa"/>
              <w:left w:w="85" w:type="dxa"/>
              <w:bottom w:w="70" w:type="dxa"/>
              <w:right w:w="85" w:type="dxa"/>
            </w:tcMar>
            <w:vAlign w:val="center"/>
          </w:tcPr>
          <w:p w14:paraId="6796790D" w14:textId="77777777" w:rsidR="00865365" w:rsidRDefault="00000000">
            <w:pPr>
              <w:spacing w:after="0" w:line="240" w:lineRule="auto"/>
            </w:pPr>
            <w:r>
              <w:rPr>
                <w:b/>
                <w:sz w:val="16"/>
              </w:rPr>
              <w:t>CONȚINUT</w:t>
            </w:r>
          </w:p>
        </w:tc>
        <w:tc>
          <w:tcPr>
            <w:tcW w:w="7200" w:type="dxa"/>
            <w:shd w:val="clear" w:color="auto" w:fill="FFFFFF"/>
            <w:tcMar>
              <w:top w:w="70" w:type="dxa"/>
              <w:left w:w="85" w:type="dxa"/>
              <w:bottom w:w="70" w:type="dxa"/>
              <w:right w:w="85" w:type="dxa"/>
            </w:tcMar>
            <w:vAlign w:val="center"/>
          </w:tcPr>
          <w:p w14:paraId="12AEC742" w14:textId="77777777" w:rsidR="00865365" w:rsidRPr="000E298F" w:rsidRDefault="00000000">
            <w:pPr>
              <w:spacing w:after="0" w:line="240" w:lineRule="auto"/>
              <w:rPr>
                <w:lang w:val="fr-FR"/>
              </w:rPr>
            </w:pPr>
            <w:r w:rsidRPr="000E298F">
              <w:rPr>
                <w:sz w:val="17"/>
                <w:lang w:val="fr-FR"/>
              </w:rPr>
              <w:t>Cerințe documentare + documente recomandate + modele completabile</w:t>
            </w:r>
          </w:p>
        </w:tc>
      </w:tr>
      <w:tr w:rsidR="00865365" w14:paraId="22A1354E" w14:textId="77777777">
        <w:trPr>
          <w:jc w:val="center"/>
        </w:trPr>
        <w:tc>
          <w:tcPr>
            <w:tcW w:w="2721" w:type="dxa"/>
            <w:shd w:val="clear" w:color="auto" w:fill="F3F4F5"/>
            <w:tcMar>
              <w:top w:w="70" w:type="dxa"/>
              <w:left w:w="85" w:type="dxa"/>
              <w:bottom w:w="70" w:type="dxa"/>
              <w:right w:w="85" w:type="dxa"/>
            </w:tcMar>
            <w:vAlign w:val="center"/>
          </w:tcPr>
          <w:p w14:paraId="7D4946A0" w14:textId="77777777" w:rsidR="00865365" w:rsidRDefault="00000000">
            <w:pPr>
              <w:spacing w:after="0" w:line="240" w:lineRule="auto"/>
            </w:pPr>
            <w:r>
              <w:rPr>
                <w:b/>
                <w:sz w:val="16"/>
              </w:rPr>
              <w:t>EDIȚIE DOCUMENT</w:t>
            </w:r>
          </w:p>
        </w:tc>
        <w:tc>
          <w:tcPr>
            <w:tcW w:w="7200" w:type="dxa"/>
            <w:shd w:val="clear" w:color="auto" w:fill="FFFFFF"/>
            <w:tcMar>
              <w:top w:w="70" w:type="dxa"/>
              <w:left w:w="85" w:type="dxa"/>
              <w:bottom w:w="70" w:type="dxa"/>
              <w:right w:w="85" w:type="dxa"/>
            </w:tcMar>
            <w:vAlign w:val="center"/>
          </w:tcPr>
          <w:p w14:paraId="7F2752D2" w14:textId="77777777" w:rsidR="00865365" w:rsidRDefault="00000000">
            <w:pPr>
              <w:spacing w:after="0" w:line="240" w:lineRule="auto"/>
            </w:pPr>
            <w:r>
              <w:rPr>
                <w:sz w:val="17"/>
              </w:rPr>
              <w:t>Certify | iulie 2026</w:t>
            </w:r>
          </w:p>
        </w:tc>
      </w:tr>
    </w:tbl>
    <w:p w14:paraId="1D86C449" w14:textId="77777777" w:rsidR="00865365" w:rsidRDefault="00865365">
      <w:pPr>
        <w:spacing w:after="16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65365" w14:paraId="4971E37D" w14:textId="77777777">
        <w:trPr>
          <w:cantSplit/>
          <w:jc w:val="center"/>
        </w:trPr>
        <w:tc>
          <w:tcPr>
            <w:tcW w:w="567" w:type="dxa"/>
            <w:shd w:val="clear" w:color="auto" w:fill="D71920"/>
            <w:tcMar>
              <w:top w:w="70" w:type="dxa"/>
              <w:left w:w="85" w:type="dxa"/>
              <w:bottom w:w="70" w:type="dxa"/>
              <w:right w:w="85" w:type="dxa"/>
            </w:tcMar>
            <w:vAlign w:val="center"/>
          </w:tcPr>
          <w:p w14:paraId="5624DAEB" w14:textId="77777777" w:rsidR="00865365" w:rsidRDefault="00000000">
            <w:pPr>
              <w:spacing w:after="0" w:line="240" w:lineRule="auto"/>
              <w:jc w:val="center"/>
            </w:pPr>
            <w:r>
              <w:rPr>
                <w:b/>
                <w:color w:val="FFFFFF"/>
                <w:sz w:val="30"/>
              </w:rPr>
              <w:t>i</w:t>
            </w:r>
          </w:p>
        </w:tc>
        <w:tc>
          <w:tcPr>
            <w:tcW w:w="9354" w:type="dxa"/>
            <w:shd w:val="clear" w:color="auto" w:fill="FCEBEC"/>
          </w:tcPr>
          <w:p w14:paraId="5EEF3E43" w14:textId="77777777" w:rsidR="00865365" w:rsidRPr="000E298F" w:rsidRDefault="00000000">
            <w:pPr>
              <w:spacing w:after="20"/>
              <w:rPr>
                <w:lang w:val="fr-FR"/>
              </w:rPr>
            </w:pPr>
            <w:r w:rsidRPr="000E298F">
              <w:rPr>
                <w:b/>
                <w:color w:val="D71920"/>
                <w:sz w:val="17"/>
                <w:lang w:val="fr-FR"/>
              </w:rPr>
              <w:t>PRINCIPIUL CENTRAL</w:t>
            </w:r>
          </w:p>
          <w:p w14:paraId="1B3488D4" w14:textId="77777777" w:rsidR="00865365" w:rsidRDefault="00000000">
            <w:pPr>
              <w:spacing w:after="0" w:line="247" w:lineRule="auto"/>
            </w:pPr>
            <w:r w:rsidRPr="000E298F">
              <w:rPr>
                <w:sz w:val="16"/>
                <w:lang w:val="fr-FR"/>
              </w:rPr>
              <w:t xml:space="preserve">Standardele cer informație documentată suficientă pentru controlul sistemului și pentru demonstrarea rezultatelor. </w:t>
            </w:r>
            <w:r>
              <w:rPr>
                <w:sz w:val="16"/>
              </w:rPr>
              <w:t>Formatul este flexibil: procedură, registru, formular, aplicație, hartă, fotografie, video sau înregistrare electronică.</w:t>
            </w:r>
          </w:p>
        </w:tc>
      </w:tr>
    </w:tbl>
    <w:p w14:paraId="31310E46" w14:textId="77777777" w:rsidR="00865365" w:rsidRDefault="00865365">
      <w:pPr>
        <w:spacing w:after="0"/>
      </w:pPr>
    </w:p>
    <w:p w14:paraId="41FD616E" w14:textId="77777777" w:rsidR="00865365" w:rsidRDefault="00000000">
      <w:pPr>
        <w:spacing w:before="200"/>
        <w:jc w:val="center"/>
      </w:pPr>
      <w:r>
        <w:rPr>
          <w:b/>
          <w:color w:val="D71920"/>
          <w:sz w:val="20"/>
        </w:rPr>
        <w:t>CLAR. CONTROLAT. UTIL.</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rsidRPr="000E298F" w14:paraId="230C5ABB" w14:textId="77777777">
        <w:trPr>
          <w:cantSplit/>
          <w:jc w:val="center"/>
        </w:trPr>
        <w:tc>
          <w:tcPr>
            <w:tcW w:w="1020" w:type="dxa"/>
            <w:shd w:val="clear" w:color="auto" w:fill="D71920"/>
            <w:tcMar>
              <w:top w:w="70" w:type="dxa"/>
              <w:left w:w="85" w:type="dxa"/>
              <w:bottom w:w="70" w:type="dxa"/>
              <w:right w:w="85" w:type="dxa"/>
            </w:tcMar>
            <w:vAlign w:val="center"/>
          </w:tcPr>
          <w:p w14:paraId="308F962C" w14:textId="77777777" w:rsidR="00865365" w:rsidRDefault="00000000">
            <w:pPr>
              <w:spacing w:after="0" w:line="240" w:lineRule="auto"/>
              <w:jc w:val="center"/>
            </w:pPr>
            <w:r>
              <w:rPr>
                <w:b/>
                <w:color w:val="FFFFFF"/>
                <w:sz w:val="34"/>
              </w:rPr>
              <w:t>1</w:t>
            </w:r>
          </w:p>
        </w:tc>
        <w:tc>
          <w:tcPr>
            <w:tcW w:w="8901" w:type="dxa"/>
            <w:shd w:val="clear" w:color="auto" w:fill="F3F4F5"/>
          </w:tcPr>
          <w:p w14:paraId="0F80EE54" w14:textId="77777777" w:rsidR="00865365" w:rsidRPr="000E298F" w:rsidRDefault="00000000">
            <w:pPr>
              <w:spacing w:after="20"/>
              <w:rPr>
                <w:lang w:val="fr-FR"/>
              </w:rPr>
            </w:pPr>
            <w:r w:rsidRPr="000E298F">
              <w:rPr>
                <w:b/>
                <w:sz w:val="27"/>
                <w:lang w:val="fr-FR"/>
              </w:rPr>
              <w:t>Cum se utilizează ghidul</w:t>
            </w:r>
          </w:p>
          <w:p w14:paraId="6043C5E9" w14:textId="77777777" w:rsidR="00865365" w:rsidRPr="000E298F" w:rsidRDefault="00000000">
            <w:pPr>
              <w:spacing w:after="0"/>
              <w:rPr>
                <w:lang w:val="fr-FR"/>
              </w:rPr>
            </w:pPr>
            <w:r w:rsidRPr="000E298F">
              <w:rPr>
                <w:color w:val="666666"/>
                <w:sz w:val="16"/>
                <w:lang w:val="fr-FR"/>
              </w:rPr>
              <w:t>Selectați documentele pornind de la procese, riscurile produsului, procesului și conformității de reglementare, obligații și nevoia reală de control</w:t>
            </w:r>
          </w:p>
        </w:tc>
      </w:tr>
    </w:tbl>
    <w:p w14:paraId="2C017EAB" w14:textId="77777777" w:rsidR="00865365" w:rsidRPr="000E298F" w:rsidRDefault="00865365">
      <w:pPr>
        <w:spacing w:after="0"/>
        <w:rPr>
          <w:lang w:val="fr-FR"/>
        </w:rPr>
      </w:pPr>
    </w:p>
    <w:p w14:paraId="50652B94" w14:textId="77777777" w:rsidR="00865365" w:rsidRPr="000E298F" w:rsidRDefault="00000000">
      <w:pPr>
        <w:spacing w:after="80"/>
        <w:rPr>
          <w:lang w:val="fr-FR"/>
        </w:rPr>
      </w:pPr>
      <w:r w:rsidRPr="000E298F">
        <w:rPr>
          <w:lang w:val="fr-FR"/>
        </w:rPr>
        <w:t>Scop. Ghidul ajută organizația să stabilească un set suficient și proporționat de documente și înregistrări pentru sistemul de management al calității pentru dispozitive medicale (SMC/QMS).</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721"/>
        <w:gridCol w:w="6406"/>
      </w:tblGrid>
      <w:tr w:rsidR="00865365" w14:paraId="7E94AC2A" w14:textId="77777777">
        <w:trPr>
          <w:tblHeader/>
          <w:jc w:val="center"/>
        </w:trPr>
        <w:tc>
          <w:tcPr>
            <w:tcW w:w="794" w:type="dxa"/>
            <w:shd w:val="clear" w:color="auto" w:fill="D71920"/>
            <w:tcMar>
              <w:top w:w="70" w:type="dxa"/>
              <w:left w:w="85" w:type="dxa"/>
              <w:bottom w:w="70" w:type="dxa"/>
              <w:right w:w="85" w:type="dxa"/>
            </w:tcMar>
            <w:vAlign w:val="center"/>
          </w:tcPr>
          <w:p w14:paraId="5445B537" w14:textId="77777777" w:rsidR="00865365" w:rsidRDefault="00000000">
            <w:pPr>
              <w:spacing w:after="0" w:line="240" w:lineRule="auto"/>
              <w:jc w:val="center"/>
            </w:pPr>
            <w:r>
              <w:rPr>
                <w:b/>
                <w:color w:val="FFFFFF"/>
                <w:sz w:val="15"/>
              </w:rPr>
              <w:t>PAS</w:t>
            </w:r>
          </w:p>
        </w:tc>
        <w:tc>
          <w:tcPr>
            <w:tcW w:w="2721" w:type="dxa"/>
            <w:shd w:val="clear" w:color="auto" w:fill="D71920"/>
            <w:tcMar>
              <w:top w:w="70" w:type="dxa"/>
              <w:left w:w="85" w:type="dxa"/>
              <w:bottom w:w="70" w:type="dxa"/>
              <w:right w:w="85" w:type="dxa"/>
            </w:tcMar>
            <w:vAlign w:val="center"/>
          </w:tcPr>
          <w:p w14:paraId="1145E0C4" w14:textId="77777777" w:rsidR="00865365" w:rsidRDefault="00000000">
            <w:pPr>
              <w:spacing w:after="0" w:line="240" w:lineRule="auto"/>
              <w:jc w:val="center"/>
            </w:pPr>
            <w:r>
              <w:rPr>
                <w:b/>
                <w:color w:val="FFFFFF"/>
                <w:sz w:val="15"/>
              </w:rPr>
              <w:t>ACTIVITATE</w:t>
            </w:r>
          </w:p>
        </w:tc>
        <w:tc>
          <w:tcPr>
            <w:tcW w:w="6406" w:type="dxa"/>
            <w:shd w:val="clear" w:color="auto" w:fill="D71920"/>
            <w:tcMar>
              <w:top w:w="70" w:type="dxa"/>
              <w:left w:w="85" w:type="dxa"/>
              <w:bottom w:w="70" w:type="dxa"/>
              <w:right w:w="85" w:type="dxa"/>
            </w:tcMar>
            <w:vAlign w:val="center"/>
          </w:tcPr>
          <w:p w14:paraId="40CC7441" w14:textId="77777777" w:rsidR="00865365" w:rsidRDefault="00000000">
            <w:pPr>
              <w:spacing w:after="0" w:line="240" w:lineRule="auto"/>
              <w:jc w:val="center"/>
            </w:pPr>
            <w:r>
              <w:rPr>
                <w:b/>
                <w:color w:val="FFFFFF"/>
                <w:sz w:val="15"/>
              </w:rPr>
              <w:t>REZULTAT</w:t>
            </w:r>
          </w:p>
        </w:tc>
      </w:tr>
      <w:tr w:rsidR="00865365" w:rsidRPr="000E298F" w14:paraId="6C0E38E8" w14:textId="77777777">
        <w:trPr>
          <w:cantSplit/>
          <w:jc w:val="center"/>
        </w:trPr>
        <w:tc>
          <w:tcPr>
            <w:tcW w:w="794" w:type="dxa"/>
            <w:shd w:val="clear" w:color="auto" w:fill="FFFFFF"/>
            <w:tcMar>
              <w:top w:w="70" w:type="dxa"/>
              <w:left w:w="85" w:type="dxa"/>
              <w:bottom w:w="70" w:type="dxa"/>
              <w:right w:w="85" w:type="dxa"/>
            </w:tcMar>
            <w:vAlign w:val="center"/>
          </w:tcPr>
          <w:p w14:paraId="289DBD32" w14:textId="77777777" w:rsidR="00865365" w:rsidRDefault="00000000">
            <w:pPr>
              <w:spacing w:after="0" w:line="240" w:lineRule="auto"/>
              <w:jc w:val="center"/>
            </w:pPr>
            <w:r>
              <w:rPr>
                <w:sz w:val="16"/>
              </w:rPr>
              <w:t>1</w:t>
            </w:r>
          </w:p>
        </w:tc>
        <w:tc>
          <w:tcPr>
            <w:tcW w:w="2721" w:type="dxa"/>
            <w:shd w:val="clear" w:color="auto" w:fill="FFFFFF"/>
            <w:tcMar>
              <w:top w:w="70" w:type="dxa"/>
              <w:left w:w="85" w:type="dxa"/>
              <w:bottom w:w="70" w:type="dxa"/>
              <w:right w:w="85" w:type="dxa"/>
            </w:tcMar>
            <w:vAlign w:val="center"/>
          </w:tcPr>
          <w:p w14:paraId="466FFD68" w14:textId="77777777" w:rsidR="00865365" w:rsidRDefault="00000000">
            <w:pPr>
              <w:spacing w:after="0" w:line="240" w:lineRule="auto"/>
            </w:pPr>
            <w:r>
              <w:rPr>
                <w:sz w:val="16"/>
              </w:rPr>
              <w:t>Identificați procesele și activitățile</w:t>
            </w:r>
          </w:p>
        </w:tc>
        <w:tc>
          <w:tcPr>
            <w:tcW w:w="6406" w:type="dxa"/>
            <w:shd w:val="clear" w:color="auto" w:fill="FFFFFF"/>
            <w:tcMar>
              <w:top w:w="70" w:type="dxa"/>
              <w:left w:w="85" w:type="dxa"/>
              <w:bottom w:w="70" w:type="dxa"/>
              <w:right w:w="85" w:type="dxa"/>
            </w:tcMar>
            <w:vAlign w:val="center"/>
          </w:tcPr>
          <w:p w14:paraId="51595B3E" w14:textId="77777777" w:rsidR="00865365" w:rsidRPr="000E298F" w:rsidRDefault="00000000">
            <w:pPr>
              <w:spacing w:after="0" w:line="240" w:lineRule="auto"/>
              <w:rPr>
                <w:lang w:val="fr-FR"/>
              </w:rPr>
            </w:pPr>
            <w:r w:rsidRPr="000E298F">
              <w:rPr>
                <w:sz w:val="16"/>
                <w:lang w:val="fr-FR"/>
              </w:rPr>
              <w:t>Stabiliți intrările, ieșirile, responsabilitățile, interacțiunile și condițiile de operare.</w:t>
            </w:r>
          </w:p>
        </w:tc>
      </w:tr>
      <w:tr w:rsidR="00865365" w:rsidRPr="000E298F" w14:paraId="4B37C9CD" w14:textId="77777777">
        <w:trPr>
          <w:cantSplit/>
          <w:jc w:val="center"/>
        </w:trPr>
        <w:tc>
          <w:tcPr>
            <w:tcW w:w="794" w:type="dxa"/>
            <w:shd w:val="clear" w:color="auto" w:fill="FAFAFA"/>
            <w:tcMar>
              <w:top w:w="70" w:type="dxa"/>
              <w:left w:w="85" w:type="dxa"/>
              <w:bottom w:w="70" w:type="dxa"/>
              <w:right w:w="85" w:type="dxa"/>
            </w:tcMar>
            <w:vAlign w:val="center"/>
          </w:tcPr>
          <w:p w14:paraId="78A9FEE2" w14:textId="77777777" w:rsidR="00865365" w:rsidRDefault="00000000">
            <w:pPr>
              <w:spacing w:after="0" w:line="240" w:lineRule="auto"/>
              <w:jc w:val="center"/>
            </w:pPr>
            <w:r>
              <w:rPr>
                <w:sz w:val="16"/>
              </w:rPr>
              <w:t>2</w:t>
            </w:r>
          </w:p>
        </w:tc>
        <w:tc>
          <w:tcPr>
            <w:tcW w:w="2721" w:type="dxa"/>
            <w:shd w:val="clear" w:color="auto" w:fill="FAFAFA"/>
            <w:tcMar>
              <w:top w:w="70" w:type="dxa"/>
              <w:left w:w="85" w:type="dxa"/>
              <w:bottom w:w="70" w:type="dxa"/>
              <w:right w:w="85" w:type="dxa"/>
            </w:tcMar>
            <w:vAlign w:val="center"/>
          </w:tcPr>
          <w:p w14:paraId="2CA425CE" w14:textId="77777777" w:rsidR="00865365" w:rsidRDefault="00000000">
            <w:pPr>
              <w:spacing w:after="0" w:line="240" w:lineRule="auto"/>
            </w:pPr>
            <w:r>
              <w:rPr>
                <w:sz w:val="16"/>
              </w:rPr>
              <w:t>Identificați cerințele documentare</w:t>
            </w:r>
          </w:p>
        </w:tc>
        <w:tc>
          <w:tcPr>
            <w:tcW w:w="6406" w:type="dxa"/>
            <w:shd w:val="clear" w:color="auto" w:fill="FAFAFA"/>
            <w:tcMar>
              <w:top w:w="70" w:type="dxa"/>
              <w:left w:w="85" w:type="dxa"/>
              <w:bottom w:w="70" w:type="dxa"/>
              <w:right w:w="85" w:type="dxa"/>
            </w:tcMar>
            <w:vAlign w:val="center"/>
          </w:tcPr>
          <w:p w14:paraId="304B137F" w14:textId="77777777" w:rsidR="00865365" w:rsidRPr="000E298F" w:rsidRDefault="00000000">
            <w:pPr>
              <w:spacing w:after="0" w:line="240" w:lineRule="auto"/>
              <w:rPr>
                <w:lang w:val="fr-FR"/>
              </w:rPr>
            </w:pPr>
            <w:r w:rsidRPr="000E298F">
              <w:rPr>
                <w:sz w:val="16"/>
                <w:lang w:val="fr-FR"/>
              </w:rPr>
              <w:t>Separați informațiile cerute explicit de standard de documentele necesare pentru controlul real al activității.</w:t>
            </w:r>
          </w:p>
        </w:tc>
      </w:tr>
      <w:tr w:rsidR="00865365" w14:paraId="4FE539DC" w14:textId="77777777">
        <w:trPr>
          <w:cantSplit/>
          <w:jc w:val="center"/>
        </w:trPr>
        <w:tc>
          <w:tcPr>
            <w:tcW w:w="794" w:type="dxa"/>
            <w:shd w:val="clear" w:color="auto" w:fill="FFFFFF"/>
            <w:tcMar>
              <w:top w:w="70" w:type="dxa"/>
              <w:left w:w="85" w:type="dxa"/>
              <w:bottom w:w="70" w:type="dxa"/>
              <w:right w:w="85" w:type="dxa"/>
            </w:tcMar>
            <w:vAlign w:val="center"/>
          </w:tcPr>
          <w:p w14:paraId="36458F12" w14:textId="77777777" w:rsidR="00865365" w:rsidRDefault="00000000">
            <w:pPr>
              <w:spacing w:after="0" w:line="240" w:lineRule="auto"/>
              <w:jc w:val="center"/>
            </w:pPr>
            <w:r>
              <w:rPr>
                <w:sz w:val="16"/>
              </w:rPr>
              <w:t>3</w:t>
            </w:r>
          </w:p>
        </w:tc>
        <w:tc>
          <w:tcPr>
            <w:tcW w:w="2721" w:type="dxa"/>
            <w:shd w:val="clear" w:color="auto" w:fill="FFFFFF"/>
            <w:tcMar>
              <w:top w:w="70" w:type="dxa"/>
              <w:left w:w="85" w:type="dxa"/>
              <w:bottom w:w="70" w:type="dxa"/>
              <w:right w:w="85" w:type="dxa"/>
            </w:tcMar>
            <w:vAlign w:val="center"/>
          </w:tcPr>
          <w:p w14:paraId="258E77F6" w14:textId="77777777" w:rsidR="00865365" w:rsidRDefault="00000000">
            <w:pPr>
              <w:spacing w:after="0" w:line="240" w:lineRule="auto"/>
            </w:pPr>
            <w:r>
              <w:rPr>
                <w:sz w:val="16"/>
              </w:rPr>
              <w:t>Evaluați riscul lipsei documentului</w:t>
            </w:r>
          </w:p>
        </w:tc>
        <w:tc>
          <w:tcPr>
            <w:tcW w:w="6406" w:type="dxa"/>
            <w:shd w:val="clear" w:color="auto" w:fill="FFFFFF"/>
            <w:tcMar>
              <w:top w:w="70" w:type="dxa"/>
              <w:left w:w="85" w:type="dxa"/>
              <w:bottom w:w="70" w:type="dxa"/>
              <w:right w:w="85" w:type="dxa"/>
            </w:tcMar>
            <w:vAlign w:val="center"/>
          </w:tcPr>
          <w:p w14:paraId="659CEAB6" w14:textId="77777777" w:rsidR="00865365" w:rsidRDefault="00000000">
            <w:pPr>
              <w:spacing w:after="0" w:line="240" w:lineRule="auto"/>
            </w:pPr>
            <w:r>
              <w:rPr>
                <w:sz w:val="16"/>
              </w:rPr>
              <w:t>Documentați acolo unde variația, eroarea, pierderea cunoștințelor ori lipsa dovezilor poate produce consecințe importante.</w:t>
            </w:r>
          </w:p>
        </w:tc>
      </w:tr>
      <w:tr w:rsidR="00865365" w14:paraId="7E9AF96C" w14:textId="77777777">
        <w:trPr>
          <w:cantSplit/>
          <w:jc w:val="center"/>
        </w:trPr>
        <w:tc>
          <w:tcPr>
            <w:tcW w:w="794" w:type="dxa"/>
            <w:shd w:val="clear" w:color="auto" w:fill="FAFAFA"/>
            <w:tcMar>
              <w:top w:w="70" w:type="dxa"/>
              <w:left w:w="85" w:type="dxa"/>
              <w:bottom w:w="70" w:type="dxa"/>
              <w:right w:w="85" w:type="dxa"/>
            </w:tcMar>
            <w:vAlign w:val="center"/>
          </w:tcPr>
          <w:p w14:paraId="27E97C6C" w14:textId="77777777" w:rsidR="00865365" w:rsidRDefault="00000000">
            <w:pPr>
              <w:spacing w:after="0" w:line="240" w:lineRule="auto"/>
              <w:jc w:val="center"/>
            </w:pPr>
            <w:r>
              <w:rPr>
                <w:sz w:val="16"/>
              </w:rPr>
              <w:t>4</w:t>
            </w:r>
          </w:p>
        </w:tc>
        <w:tc>
          <w:tcPr>
            <w:tcW w:w="2721" w:type="dxa"/>
            <w:shd w:val="clear" w:color="auto" w:fill="FAFAFA"/>
            <w:tcMar>
              <w:top w:w="70" w:type="dxa"/>
              <w:left w:w="85" w:type="dxa"/>
              <w:bottom w:w="70" w:type="dxa"/>
              <w:right w:w="85" w:type="dxa"/>
            </w:tcMar>
            <w:vAlign w:val="center"/>
          </w:tcPr>
          <w:p w14:paraId="43570A5C" w14:textId="77777777" w:rsidR="00865365" w:rsidRDefault="00000000">
            <w:pPr>
              <w:spacing w:after="0" w:line="240" w:lineRule="auto"/>
            </w:pPr>
            <w:r>
              <w:rPr>
                <w:sz w:val="16"/>
              </w:rPr>
              <w:t>Alegeți formatul potrivit</w:t>
            </w:r>
          </w:p>
        </w:tc>
        <w:tc>
          <w:tcPr>
            <w:tcW w:w="6406" w:type="dxa"/>
            <w:shd w:val="clear" w:color="auto" w:fill="FAFAFA"/>
            <w:tcMar>
              <w:top w:w="70" w:type="dxa"/>
              <w:left w:w="85" w:type="dxa"/>
              <w:bottom w:w="70" w:type="dxa"/>
              <w:right w:w="85" w:type="dxa"/>
            </w:tcMar>
            <w:vAlign w:val="center"/>
          </w:tcPr>
          <w:p w14:paraId="7D353E10" w14:textId="77777777" w:rsidR="00865365" w:rsidRDefault="00000000">
            <w:pPr>
              <w:spacing w:after="0" w:line="240" w:lineRule="auto"/>
            </w:pPr>
            <w:r>
              <w:rPr>
                <w:sz w:val="16"/>
              </w:rPr>
              <w:t>Folosiți procedură, diagramă, listă, formular, aplicație, fotografie, video sau alt suport accesibil utilizatorului.</w:t>
            </w:r>
          </w:p>
        </w:tc>
      </w:tr>
      <w:tr w:rsidR="00865365" w14:paraId="4B9A3B4F" w14:textId="77777777">
        <w:trPr>
          <w:cantSplit/>
          <w:jc w:val="center"/>
        </w:trPr>
        <w:tc>
          <w:tcPr>
            <w:tcW w:w="794" w:type="dxa"/>
            <w:shd w:val="clear" w:color="auto" w:fill="FFFFFF"/>
            <w:tcMar>
              <w:top w:w="70" w:type="dxa"/>
              <w:left w:w="85" w:type="dxa"/>
              <w:bottom w:w="70" w:type="dxa"/>
              <w:right w:w="85" w:type="dxa"/>
            </w:tcMar>
            <w:vAlign w:val="center"/>
          </w:tcPr>
          <w:p w14:paraId="1A5FB021" w14:textId="77777777" w:rsidR="00865365" w:rsidRDefault="00000000">
            <w:pPr>
              <w:spacing w:after="0" w:line="240" w:lineRule="auto"/>
              <w:jc w:val="center"/>
            </w:pPr>
            <w:r>
              <w:rPr>
                <w:sz w:val="16"/>
              </w:rPr>
              <w:t>5</w:t>
            </w:r>
          </w:p>
        </w:tc>
        <w:tc>
          <w:tcPr>
            <w:tcW w:w="2721" w:type="dxa"/>
            <w:shd w:val="clear" w:color="auto" w:fill="FFFFFF"/>
            <w:tcMar>
              <w:top w:w="70" w:type="dxa"/>
              <w:left w:w="85" w:type="dxa"/>
              <w:bottom w:w="70" w:type="dxa"/>
              <w:right w:w="85" w:type="dxa"/>
            </w:tcMar>
            <w:vAlign w:val="center"/>
          </w:tcPr>
          <w:p w14:paraId="63F49A42" w14:textId="77777777" w:rsidR="00865365" w:rsidRDefault="00000000">
            <w:pPr>
              <w:spacing w:after="0" w:line="240" w:lineRule="auto"/>
            </w:pPr>
            <w:r>
              <w:rPr>
                <w:sz w:val="16"/>
              </w:rPr>
              <w:t>Atribuiți proprietar și reguli</w:t>
            </w:r>
          </w:p>
        </w:tc>
        <w:tc>
          <w:tcPr>
            <w:tcW w:w="6406" w:type="dxa"/>
            <w:shd w:val="clear" w:color="auto" w:fill="FFFFFF"/>
            <w:tcMar>
              <w:top w:w="70" w:type="dxa"/>
              <w:left w:w="85" w:type="dxa"/>
              <w:bottom w:w="70" w:type="dxa"/>
              <w:right w:w="85" w:type="dxa"/>
            </w:tcMar>
            <w:vAlign w:val="center"/>
          </w:tcPr>
          <w:p w14:paraId="39CEBFA0" w14:textId="77777777" w:rsidR="00865365" w:rsidRDefault="00000000">
            <w:pPr>
              <w:spacing w:after="0" w:line="240" w:lineRule="auto"/>
            </w:pPr>
            <w:r>
              <w:rPr>
                <w:sz w:val="16"/>
              </w:rPr>
              <w:t>Stabiliți cine aprobă, actualizează, distribuie, păstrează și retrage informația.</w:t>
            </w:r>
          </w:p>
        </w:tc>
      </w:tr>
      <w:tr w:rsidR="00865365" w14:paraId="682C3A9F" w14:textId="77777777">
        <w:trPr>
          <w:cantSplit/>
          <w:jc w:val="center"/>
        </w:trPr>
        <w:tc>
          <w:tcPr>
            <w:tcW w:w="794" w:type="dxa"/>
            <w:shd w:val="clear" w:color="auto" w:fill="FAFAFA"/>
            <w:tcMar>
              <w:top w:w="70" w:type="dxa"/>
              <w:left w:w="85" w:type="dxa"/>
              <w:bottom w:w="70" w:type="dxa"/>
              <w:right w:w="85" w:type="dxa"/>
            </w:tcMar>
            <w:vAlign w:val="center"/>
          </w:tcPr>
          <w:p w14:paraId="76E22BE6" w14:textId="77777777" w:rsidR="00865365" w:rsidRDefault="00000000">
            <w:pPr>
              <w:spacing w:after="0" w:line="240" w:lineRule="auto"/>
              <w:jc w:val="center"/>
            </w:pPr>
            <w:r>
              <w:rPr>
                <w:sz w:val="16"/>
              </w:rPr>
              <w:t>6</w:t>
            </w:r>
          </w:p>
        </w:tc>
        <w:tc>
          <w:tcPr>
            <w:tcW w:w="2721" w:type="dxa"/>
            <w:shd w:val="clear" w:color="auto" w:fill="FAFAFA"/>
            <w:tcMar>
              <w:top w:w="70" w:type="dxa"/>
              <w:left w:w="85" w:type="dxa"/>
              <w:bottom w:w="70" w:type="dxa"/>
              <w:right w:w="85" w:type="dxa"/>
            </w:tcMar>
            <w:vAlign w:val="center"/>
          </w:tcPr>
          <w:p w14:paraId="5DBB0D77" w14:textId="77777777" w:rsidR="00865365" w:rsidRDefault="00000000">
            <w:pPr>
              <w:spacing w:after="0" w:line="240" w:lineRule="auto"/>
            </w:pPr>
            <w:r>
              <w:rPr>
                <w:sz w:val="16"/>
              </w:rPr>
              <w:t>Verificați utilizarea și eficacitatea</w:t>
            </w:r>
          </w:p>
        </w:tc>
        <w:tc>
          <w:tcPr>
            <w:tcW w:w="6406" w:type="dxa"/>
            <w:shd w:val="clear" w:color="auto" w:fill="FAFAFA"/>
            <w:tcMar>
              <w:top w:w="70" w:type="dxa"/>
              <w:left w:w="85" w:type="dxa"/>
              <w:bottom w:w="70" w:type="dxa"/>
              <w:right w:w="85" w:type="dxa"/>
            </w:tcMar>
            <w:vAlign w:val="center"/>
          </w:tcPr>
          <w:p w14:paraId="6C007242" w14:textId="77777777" w:rsidR="00865365" w:rsidRDefault="00000000">
            <w:pPr>
              <w:spacing w:after="0" w:line="240" w:lineRule="auto"/>
            </w:pPr>
            <w:r>
              <w:rPr>
                <w:sz w:val="16"/>
              </w:rPr>
              <w:t>Auditul trebuie să confirme că documentele reflectă practica și că practica produce rezultate controlate.</w:t>
            </w:r>
          </w:p>
        </w:tc>
      </w:tr>
    </w:tbl>
    <w:p w14:paraId="03D1CE4A" w14:textId="77777777" w:rsidR="00865365" w:rsidRDefault="00865365">
      <w:pPr>
        <w:spacing w:after="20"/>
      </w:pPr>
    </w:p>
    <w:p w14:paraId="22E3AF45" w14:textId="77777777" w:rsidR="00865365" w:rsidRDefault="00000000">
      <w:pPr>
        <w:pStyle w:val="Heading2"/>
      </w:pPr>
      <w:r>
        <w:t>Întrebări de decizie</w:t>
      </w:r>
    </w:p>
    <w:p w14:paraId="13C7C15C" w14:textId="77777777" w:rsidR="00865365" w:rsidRPr="000E298F" w:rsidRDefault="00000000">
      <w:pPr>
        <w:pStyle w:val="ListBullet"/>
        <w:spacing w:after="40"/>
        <w:ind w:left="283" w:hanging="170"/>
        <w:rPr>
          <w:lang w:val="fr-FR"/>
        </w:rPr>
      </w:pPr>
      <w:r w:rsidRPr="000E298F">
        <w:rPr>
          <w:lang w:val="fr-FR"/>
        </w:rPr>
        <w:t>Este informația cerută explicit de standard sau de o obligație legală, de autorizare, contractuală ori a unei părți interesate?</w:t>
      </w:r>
    </w:p>
    <w:p w14:paraId="7151B159" w14:textId="77777777" w:rsidR="00865365" w:rsidRDefault="00000000">
      <w:pPr>
        <w:pStyle w:val="ListBullet"/>
        <w:spacing w:after="40"/>
        <w:ind w:left="283" w:hanging="170"/>
      </w:pPr>
      <w:r>
        <w:t>Este necesară pentru operarea consecventă a unei activități cu risc sau impact relevant?</w:t>
      </w:r>
    </w:p>
    <w:p w14:paraId="660D95BF" w14:textId="77777777" w:rsidR="00865365" w:rsidRDefault="00000000">
      <w:pPr>
        <w:pStyle w:val="ListBullet"/>
        <w:spacing w:after="40"/>
        <w:ind w:left="283" w:hanging="170"/>
      </w:pPr>
      <w:r>
        <w:t>Trebuie păstrată o dovadă că o evaluare, verificare, consultare, instruire, aprobare sau acțiune a avut loc?</w:t>
      </w:r>
    </w:p>
    <w:p w14:paraId="3236A850" w14:textId="77777777" w:rsidR="00865365" w:rsidRPr="000E298F" w:rsidRDefault="00000000">
      <w:pPr>
        <w:pStyle w:val="ListBullet"/>
        <w:spacing w:after="40"/>
        <w:ind w:left="283" w:hanging="170"/>
        <w:rPr>
          <w:lang w:val="fr-FR"/>
        </w:rPr>
      </w:pPr>
      <w:r w:rsidRPr="000E298F">
        <w:rPr>
          <w:lang w:val="fr-FR"/>
        </w:rPr>
        <w:t>Poate fi integrată într-un document comun cu ISO 9001 ori alt sistem, fără a pierde cerințele specifice?</w:t>
      </w:r>
    </w:p>
    <w:p w14:paraId="75E3DC6D" w14:textId="77777777" w:rsidR="00865365" w:rsidRPr="000E298F" w:rsidRDefault="00000000">
      <w:pPr>
        <w:pStyle w:val="ListBullet"/>
        <w:spacing w:after="40"/>
        <w:ind w:left="283" w:hanging="170"/>
        <w:rPr>
          <w:lang w:val="fr-FR"/>
        </w:rPr>
      </w:pPr>
      <w:r w:rsidRPr="000E298F">
        <w:rPr>
          <w:lang w:val="fr-FR"/>
        </w:rPr>
        <w:t>Este documentul utilizat de persoanele implicate sau există numai pentru audit?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65365" w14:paraId="19F6E101" w14:textId="77777777">
        <w:trPr>
          <w:cantSplit/>
          <w:jc w:val="center"/>
        </w:trPr>
        <w:tc>
          <w:tcPr>
            <w:tcW w:w="567" w:type="dxa"/>
            <w:shd w:val="clear" w:color="auto" w:fill="D71920"/>
            <w:tcMar>
              <w:top w:w="70" w:type="dxa"/>
              <w:left w:w="85" w:type="dxa"/>
              <w:bottom w:w="70" w:type="dxa"/>
              <w:right w:w="85" w:type="dxa"/>
            </w:tcMar>
            <w:vAlign w:val="center"/>
          </w:tcPr>
          <w:p w14:paraId="418C39DC" w14:textId="77777777" w:rsidR="00865365" w:rsidRDefault="00000000">
            <w:pPr>
              <w:spacing w:after="0" w:line="240" w:lineRule="auto"/>
              <w:jc w:val="center"/>
            </w:pPr>
            <w:r>
              <w:rPr>
                <w:b/>
                <w:color w:val="FFFFFF"/>
                <w:sz w:val="30"/>
              </w:rPr>
              <w:t>!</w:t>
            </w:r>
          </w:p>
        </w:tc>
        <w:tc>
          <w:tcPr>
            <w:tcW w:w="9354" w:type="dxa"/>
            <w:shd w:val="clear" w:color="auto" w:fill="FCEBEC"/>
          </w:tcPr>
          <w:p w14:paraId="3B9474EE" w14:textId="77777777" w:rsidR="00865365" w:rsidRDefault="00000000">
            <w:pPr>
              <w:spacing w:after="20"/>
            </w:pPr>
            <w:r>
              <w:rPr>
                <w:b/>
                <w:color w:val="D71920"/>
                <w:sz w:val="17"/>
              </w:rPr>
              <w:t>REGULĂ PRACTICĂ</w:t>
            </w:r>
          </w:p>
          <w:p w14:paraId="4956974A" w14:textId="77777777" w:rsidR="00865365" w:rsidRDefault="00000000">
            <w:pPr>
              <w:spacing w:after="0" w:line="247" w:lineRule="auto"/>
            </w:pPr>
            <w:r>
              <w:rPr>
                <w:sz w:val="16"/>
              </w:rPr>
              <w:t>Un document este esențial atunci când absența, neactualizarea sau utilizarea greșită a lui poate afecta conformitatea, controlul riscurilor, respectarea obligațiilor ori performanța sistemului.</w:t>
            </w:r>
          </w:p>
        </w:tc>
      </w:tr>
    </w:tbl>
    <w:p w14:paraId="2F22A527" w14:textId="77777777" w:rsidR="00865365" w:rsidRDefault="00865365">
      <w:pPr>
        <w:spacing w:after="0"/>
      </w:pPr>
    </w:p>
    <w:p w14:paraId="5F268F13" w14:textId="77777777" w:rsidR="00865365" w:rsidRDefault="00000000">
      <w:pPr>
        <w:pStyle w:val="Heading2"/>
      </w:pPr>
      <w:r>
        <w:t>Document menținut versus înregistrare păstrată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2438"/>
        <w:gridCol w:w="3231"/>
        <w:gridCol w:w="2324"/>
      </w:tblGrid>
      <w:tr w:rsidR="00865365" w14:paraId="66F0D0BE" w14:textId="77777777">
        <w:trPr>
          <w:tblHeader/>
          <w:jc w:val="center"/>
        </w:trPr>
        <w:tc>
          <w:tcPr>
            <w:tcW w:w="1928" w:type="dxa"/>
            <w:shd w:val="clear" w:color="auto" w:fill="D71920"/>
            <w:tcMar>
              <w:top w:w="70" w:type="dxa"/>
              <w:left w:w="85" w:type="dxa"/>
              <w:bottom w:w="70" w:type="dxa"/>
              <w:right w:w="85" w:type="dxa"/>
            </w:tcMar>
            <w:vAlign w:val="center"/>
          </w:tcPr>
          <w:p w14:paraId="654BB7CC" w14:textId="77777777" w:rsidR="00865365" w:rsidRDefault="00000000">
            <w:pPr>
              <w:spacing w:after="0" w:line="240" w:lineRule="auto"/>
              <w:jc w:val="center"/>
            </w:pPr>
            <w:r>
              <w:rPr>
                <w:b/>
                <w:color w:val="FFFFFF"/>
                <w:sz w:val="15"/>
              </w:rPr>
              <w:t>TIP</w:t>
            </w:r>
          </w:p>
        </w:tc>
        <w:tc>
          <w:tcPr>
            <w:tcW w:w="2438" w:type="dxa"/>
            <w:shd w:val="clear" w:color="auto" w:fill="D71920"/>
            <w:tcMar>
              <w:top w:w="70" w:type="dxa"/>
              <w:left w:w="85" w:type="dxa"/>
              <w:bottom w:w="70" w:type="dxa"/>
              <w:right w:w="85" w:type="dxa"/>
            </w:tcMar>
            <w:vAlign w:val="center"/>
          </w:tcPr>
          <w:p w14:paraId="24D6FC88" w14:textId="77777777" w:rsidR="00865365" w:rsidRDefault="00000000">
            <w:pPr>
              <w:spacing w:after="0" w:line="240" w:lineRule="auto"/>
              <w:jc w:val="center"/>
            </w:pPr>
            <w:r>
              <w:rPr>
                <w:b/>
                <w:color w:val="FFFFFF"/>
                <w:sz w:val="15"/>
              </w:rPr>
              <w:t>ROL</w:t>
            </w:r>
          </w:p>
        </w:tc>
        <w:tc>
          <w:tcPr>
            <w:tcW w:w="3231" w:type="dxa"/>
            <w:shd w:val="clear" w:color="auto" w:fill="D71920"/>
            <w:tcMar>
              <w:top w:w="70" w:type="dxa"/>
              <w:left w:w="85" w:type="dxa"/>
              <w:bottom w:w="70" w:type="dxa"/>
              <w:right w:w="85" w:type="dxa"/>
            </w:tcMar>
            <w:vAlign w:val="center"/>
          </w:tcPr>
          <w:p w14:paraId="66A2A4B4" w14:textId="77777777" w:rsidR="00865365" w:rsidRDefault="00000000">
            <w:pPr>
              <w:spacing w:after="0" w:line="240" w:lineRule="auto"/>
              <w:jc w:val="center"/>
            </w:pPr>
            <w:r>
              <w:rPr>
                <w:b/>
                <w:color w:val="FFFFFF"/>
                <w:sz w:val="15"/>
              </w:rPr>
              <w:t>EXEMPLE</w:t>
            </w:r>
          </w:p>
        </w:tc>
        <w:tc>
          <w:tcPr>
            <w:tcW w:w="2324" w:type="dxa"/>
            <w:shd w:val="clear" w:color="auto" w:fill="D71920"/>
            <w:tcMar>
              <w:top w:w="70" w:type="dxa"/>
              <w:left w:w="85" w:type="dxa"/>
              <w:bottom w:w="70" w:type="dxa"/>
              <w:right w:w="85" w:type="dxa"/>
            </w:tcMar>
            <w:vAlign w:val="center"/>
          </w:tcPr>
          <w:p w14:paraId="0895692E" w14:textId="77777777" w:rsidR="00865365" w:rsidRDefault="00000000">
            <w:pPr>
              <w:spacing w:after="0" w:line="240" w:lineRule="auto"/>
              <w:jc w:val="center"/>
            </w:pPr>
            <w:r>
              <w:rPr>
                <w:b/>
                <w:color w:val="FFFFFF"/>
                <w:sz w:val="15"/>
              </w:rPr>
              <w:t>CONTROL PRINCIPAL</w:t>
            </w:r>
          </w:p>
        </w:tc>
      </w:tr>
      <w:tr w:rsidR="00865365" w14:paraId="0C0C9107" w14:textId="77777777">
        <w:trPr>
          <w:cantSplit/>
          <w:jc w:val="center"/>
        </w:trPr>
        <w:tc>
          <w:tcPr>
            <w:tcW w:w="1928" w:type="dxa"/>
            <w:shd w:val="clear" w:color="auto" w:fill="FFFFFF"/>
            <w:tcMar>
              <w:top w:w="70" w:type="dxa"/>
              <w:left w:w="85" w:type="dxa"/>
              <w:bottom w:w="70" w:type="dxa"/>
              <w:right w:w="85" w:type="dxa"/>
            </w:tcMar>
            <w:vAlign w:val="center"/>
          </w:tcPr>
          <w:p w14:paraId="3F84EA5B" w14:textId="77777777" w:rsidR="00865365" w:rsidRDefault="00000000">
            <w:pPr>
              <w:spacing w:after="0" w:line="240" w:lineRule="auto"/>
            </w:pPr>
            <w:r>
              <w:rPr>
                <w:sz w:val="16"/>
              </w:rPr>
              <w:t>Document menținut</w:t>
            </w:r>
          </w:p>
        </w:tc>
        <w:tc>
          <w:tcPr>
            <w:tcW w:w="2438" w:type="dxa"/>
            <w:shd w:val="clear" w:color="auto" w:fill="FFFFFF"/>
            <w:tcMar>
              <w:top w:w="70" w:type="dxa"/>
              <w:left w:w="85" w:type="dxa"/>
              <w:bottom w:w="70" w:type="dxa"/>
              <w:right w:w="85" w:type="dxa"/>
            </w:tcMar>
            <w:vAlign w:val="center"/>
          </w:tcPr>
          <w:p w14:paraId="691F7D06" w14:textId="77777777" w:rsidR="00865365" w:rsidRPr="000E298F" w:rsidRDefault="00000000">
            <w:pPr>
              <w:spacing w:after="0" w:line="240" w:lineRule="auto"/>
              <w:rPr>
                <w:lang w:val="fr-FR"/>
              </w:rPr>
            </w:pPr>
            <w:r w:rsidRPr="000E298F">
              <w:rPr>
                <w:sz w:val="16"/>
                <w:lang w:val="fr-FR"/>
              </w:rPr>
              <w:t>Orientează sau controlează activitatea curentă.</w:t>
            </w:r>
          </w:p>
        </w:tc>
        <w:tc>
          <w:tcPr>
            <w:tcW w:w="3231" w:type="dxa"/>
            <w:shd w:val="clear" w:color="auto" w:fill="FFFFFF"/>
            <w:tcMar>
              <w:top w:w="70" w:type="dxa"/>
              <w:left w:w="85" w:type="dxa"/>
              <w:bottom w:w="70" w:type="dxa"/>
              <w:right w:w="85" w:type="dxa"/>
            </w:tcMar>
            <w:vAlign w:val="center"/>
          </w:tcPr>
          <w:p w14:paraId="780C3275" w14:textId="77777777" w:rsidR="00865365" w:rsidRDefault="00000000">
            <w:pPr>
              <w:spacing w:after="0" w:line="240" w:lineRule="auto"/>
            </w:pPr>
            <w:r>
              <w:rPr>
                <w:sz w:val="16"/>
              </w:rPr>
              <w:t>Politică, metodologie, procedură, plan, instrucțiune, formular necompletat.</w:t>
            </w:r>
          </w:p>
        </w:tc>
        <w:tc>
          <w:tcPr>
            <w:tcW w:w="2324" w:type="dxa"/>
            <w:shd w:val="clear" w:color="auto" w:fill="FFFFFF"/>
            <w:tcMar>
              <w:top w:w="70" w:type="dxa"/>
              <w:left w:w="85" w:type="dxa"/>
              <w:bottom w:w="70" w:type="dxa"/>
              <w:right w:w="85" w:type="dxa"/>
            </w:tcMar>
            <w:vAlign w:val="center"/>
          </w:tcPr>
          <w:p w14:paraId="06F8A632" w14:textId="77777777" w:rsidR="00865365" w:rsidRDefault="00000000">
            <w:pPr>
              <w:spacing w:after="0" w:line="240" w:lineRule="auto"/>
            </w:pPr>
            <w:r>
              <w:rPr>
                <w:sz w:val="16"/>
              </w:rPr>
              <w:t>Aprobare, versiune, acces, distribuție și actualizare.</w:t>
            </w:r>
          </w:p>
        </w:tc>
      </w:tr>
      <w:tr w:rsidR="00865365" w14:paraId="34CF3221" w14:textId="77777777">
        <w:trPr>
          <w:cantSplit/>
          <w:jc w:val="center"/>
        </w:trPr>
        <w:tc>
          <w:tcPr>
            <w:tcW w:w="1928" w:type="dxa"/>
            <w:shd w:val="clear" w:color="auto" w:fill="FAFAFA"/>
            <w:tcMar>
              <w:top w:w="70" w:type="dxa"/>
              <w:left w:w="85" w:type="dxa"/>
              <w:bottom w:w="70" w:type="dxa"/>
              <w:right w:w="85" w:type="dxa"/>
            </w:tcMar>
            <w:vAlign w:val="center"/>
          </w:tcPr>
          <w:p w14:paraId="59246A3F" w14:textId="77777777" w:rsidR="00865365" w:rsidRDefault="00000000">
            <w:pPr>
              <w:spacing w:after="0" w:line="240" w:lineRule="auto"/>
            </w:pPr>
            <w:r>
              <w:rPr>
                <w:sz w:val="16"/>
              </w:rPr>
              <w:t>Înregistrare păstrată</w:t>
            </w:r>
          </w:p>
        </w:tc>
        <w:tc>
          <w:tcPr>
            <w:tcW w:w="2438" w:type="dxa"/>
            <w:shd w:val="clear" w:color="auto" w:fill="FAFAFA"/>
            <w:tcMar>
              <w:top w:w="70" w:type="dxa"/>
              <w:left w:w="85" w:type="dxa"/>
              <w:bottom w:w="70" w:type="dxa"/>
              <w:right w:w="85" w:type="dxa"/>
            </w:tcMar>
            <w:vAlign w:val="center"/>
          </w:tcPr>
          <w:p w14:paraId="650CCF45" w14:textId="77777777" w:rsidR="00865365" w:rsidRDefault="00000000">
            <w:pPr>
              <w:spacing w:after="0" w:line="240" w:lineRule="auto"/>
            </w:pPr>
            <w:r>
              <w:rPr>
                <w:sz w:val="16"/>
              </w:rPr>
              <w:t>Demonstrează activitatea realizată și rezultatul obținut.</w:t>
            </w:r>
          </w:p>
        </w:tc>
        <w:tc>
          <w:tcPr>
            <w:tcW w:w="3231" w:type="dxa"/>
            <w:shd w:val="clear" w:color="auto" w:fill="FAFAFA"/>
            <w:tcMar>
              <w:top w:w="70" w:type="dxa"/>
              <w:left w:w="85" w:type="dxa"/>
              <w:bottom w:w="70" w:type="dxa"/>
              <w:right w:w="85" w:type="dxa"/>
            </w:tcMar>
            <w:vAlign w:val="center"/>
          </w:tcPr>
          <w:p w14:paraId="377888D9" w14:textId="77777777" w:rsidR="00865365" w:rsidRPr="000E298F" w:rsidRDefault="00000000">
            <w:pPr>
              <w:spacing w:after="0" w:line="240" w:lineRule="auto"/>
              <w:rPr>
                <w:lang w:val="fr-FR"/>
              </w:rPr>
            </w:pPr>
            <w:r w:rsidRPr="000E298F">
              <w:rPr>
                <w:sz w:val="16"/>
                <w:lang w:val="fr-FR"/>
              </w:rPr>
              <w:t>Evaluare, raport, listă completată, rezultat de măsurare, proces-verbal, log electronic.</w:t>
            </w:r>
          </w:p>
        </w:tc>
        <w:tc>
          <w:tcPr>
            <w:tcW w:w="2324" w:type="dxa"/>
            <w:shd w:val="clear" w:color="auto" w:fill="FAFAFA"/>
            <w:tcMar>
              <w:top w:w="70" w:type="dxa"/>
              <w:left w:w="85" w:type="dxa"/>
              <w:bottom w:w="70" w:type="dxa"/>
              <w:right w:w="85" w:type="dxa"/>
            </w:tcMar>
            <w:vAlign w:val="center"/>
          </w:tcPr>
          <w:p w14:paraId="2626AD33" w14:textId="77777777" w:rsidR="00865365" w:rsidRDefault="00000000">
            <w:pPr>
              <w:spacing w:after="0" w:line="240" w:lineRule="auto"/>
            </w:pPr>
            <w:r>
              <w:rPr>
                <w:sz w:val="16"/>
              </w:rPr>
              <w:t>Identificare, integritate, lizibilitate, termen de păstrare, recuperare și eliminare.</w:t>
            </w:r>
          </w:p>
        </w:tc>
      </w:tr>
    </w:tbl>
    <w:p w14:paraId="0BC2E319" w14:textId="77777777" w:rsidR="00865365" w:rsidRDefault="00865365">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rsidRPr="000E298F" w14:paraId="36D4FA87" w14:textId="77777777">
        <w:trPr>
          <w:cantSplit/>
          <w:jc w:val="center"/>
        </w:trPr>
        <w:tc>
          <w:tcPr>
            <w:tcW w:w="1020" w:type="dxa"/>
            <w:shd w:val="clear" w:color="auto" w:fill="D71920"/>
            <w:tcMar>
              <w:top w:w="70" w:type="dxa"/>
              <w:left w:w="85" w:type="dxa"/>
              <w:bottom w:w="70" w:type="dxa"/>
              <w:right w:w="85" w:type="dxa"/>
            </w:tcMar>
            <w:vAlign w:val="center"/>
          </w:tcPr>
          <w:p w14:paraId="4E8EF805" w14:textId="77777777" w:rsidR="00865365" w:rsidRDefault="00000000">
            <w:pPr>
              <w:spacing w:after="0" w:line="240" w:lineRule="auto"/>
              <w:jc w:val="center"/>
            </w:pPr>
            <w:r>
              <w:rPr>
                <w:b/>
                <w:color w:val="FFFFFF"/>
                <w:sz w:val="34"/>
              </w:rPr>
              <w:t>2</w:t>
            </w:r>
          </w:p>
        </w:tc>
        <w:tc>
          <w:tcPr>
            <w:tcW w:w="8901" w:type="dxa"/>
            <w:shd w:val="clear" w:color="auto" w:fill="F3F4F5"/>
          </w:tcPr>
          <w:p w14:paraId="5DCDABA9" w14:textId="77777777" w:rsidR="00865365" w:rsidRPr="000E298F" w:rsidRDefault="00000000">
            <w:pPr>
              <w:spacing w:after="20"/>
              <w:rPr>
                <w:lang w:val="fr-FR"/>
              </w:rPr>
            </w:pPr>
            <w:r w:rsidRPr="000E298F">
              <w:rPr>
                <w:b/>
                <w:sz w:val="27"/>
                <w:lang w:val="fr-FR"/>
              </w:rPr>
              <w:t>Ce documente sunt esențiale</w:t>
            </w:r>
          </w:p>
          <w:p w14:paraId="363F560D" w14:textId="77777777" w:rsidR="00865365" w:rsidRPr="000E298F" w:rsidRDefault="00000000">
            <w:pPr>
              <w:spacing w:after="0"/>
              <w:rPr>
                <w:lang w:val="fr-FR"/>
              </w:rPr>
            </w:pPr>
            <w:r w:rsidRPr="000E298F">
              <w:rPr>
                <w:color w:val="666666"/>
                <w:sz w:val="16"/>
                <w:lang w:val="fr-FR"/>
              </w:rPr>
              <w:t>Separați cerințele explicite de documentele condiționale și de instrumentele recomandate</w:t>
            </w:r>
          </w:p>
        </w:tc>
      </w:tr>
    </w:tbl>
    <w:p w14:paraId="239BE3AA" w14:textId="77777777" w:rsidR="00865365" w:rsidRPr="000E298F" w:rsidRDefault="00865365">
      <w:pPr>
        <w:spacing w:after="0"/>
        <w:rPr>
          <w:lang w:val="fr-FR"/>
        </w:rPr>
      </w:pPr>
    </w:p>
    <w:p w14:paraId="2E79A356" w14:textId="77777777" w:rsidR="00865365" w:rsidRDefault="00000000">
      <w:pPr>
        <w:pStyle w:val="Heading2"/>
      </w:pPr>
      <w:r>
        <w:t>Informații documentate cerute explicit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5783"/>
        <w:gridCol w:w="1417"/>
      </w:tblGrid>
      <w:tr w:rsidR="00865365" w14:paraId="78AD6F40" w14:textId="77777777">
        <w:trPr>
          <w:tblHeader/>
          <w:jc w:val="center"/>
        </w:trPr>
        <w:tc>
          <w:tcPr>
            <w:tcW w:w="2721" w:type="dxa"/>
            <w:shd w:val="clear" w:color="auto" w:fill="D71920"/>
            <w:tcMar>
              <w:top w:w="70" w:type="dxa"/>
              <w:left w:w="85" w:type="dxa"/>
              <w:bottom w:w="70" w:type="dxa"/>
              <w:right w:w="85" w:type="dxa"/>
            </w:tcMar>
            <w:vAlign w:val="center"/>
          </w:tcPr>
          <w:p w14:paraId="0B7BE506" w14:textId="77777777" w:rsidR="00865365" w:rsidRDefault="00000000">
            <w:pPr>
              <w:spacing w:after="0" w:line="240" w:lineRule="auto"/>
              <w:jc w:val="center"/>
            </w:pPr>
            <w:r>
              <w:rPr>
                <w:b/>
                <w:color w:val="FFFFFF"/>
                <w:sz w:val="15"/>
              </w:rPr>
              <w:t>DOMENIU</w:t>
            </w:r>
          </w:p>
        </w:tc>
        <w:tc>
          <w:tcPr>
            <w:tcW w:w="5783" w:type="dxa"/>
            <w:shd w:val="clear" w:color="auto" w:fill="D71920"/>
            <w:tcMar>
              <w:top w:w="70" w:type="dxa"/>
              <w:left w:w="85" w:type="dxa"/>
              <w:bottom w:w="70" w:type="dxa"/>
              <w:right w:w="85" w:type="dxa"/>
            </w:tcMar>
            <w:vAlign w:val="center"/>
          </w:tcPr>
          <w:p w14:paraId="2B0DD54C" w14:textId="77777777" w:rsidR="00865365" w:rsidRDefault="00000000">
            <w:pPr>
              <w:spacing w:after="0" w:line="240" w:lineRule="auto"/>
              <w:jc w:val="center"/>
            </w:pPr>
            <w:r>
              <w:rPr>
                <w:b/>
                <w:color w:val="FFFFFF"/>
                <w:sz w:val="15"/>
              </w:rPr>
              <w:t>CE TREBUIE DOCUMENTAT / PĂSTRAT</w:t>
            </w:r>
          </w:p>
        </w:tc>
        <w:tc>
          <w:tcPr>
            <w:tcW w:w="1417" w:type="dxa"/>
            <w:shd w:val="clear" w:color="auto" w:fill="D71920"/>
            <w:tcMar>
              <w:top w:w="70" w:type="dxa"/>
              <w:left w:w="85" w:type="dxa"/>
              <w:bottom w:w="70" w:type="dxa"/>
              <w:right w:w="85" w:type="dxa"/>
            </w:tcMar>
            <w:vAlign w:val="center"/>
          </w:tcPr>
          <w:p w14:paraId="4CBC8E57" w14:textId="77777777" w:rsidR="00865365" w:rsidRDefault="00000000">
            <w:pPr>
              <w:spacing w:after="0" w:line="240" w:lineRule="auto"/>
              <w:jc w:val="center"/>
            </w:pPr>
            <w:r>
              <w:rPr>
                <w:b/>
                <w:color w:val="FFFFFF"/>
                <w:sz w:val="15"/>
              </w:rPr>
              <w:t>REFERINȚĂ</w:t>
            </w:r>
          </w:p>
        </w:tc>
      </w:tr>
      <w:tr w:rsidR="00865365" w14:paraId="602BBC5D" w14:textId="77777777">
        <w:trPr>
          <w:cantSplit/>
          <w:jc w:val="center"/>
        </w:trPr>
        <w:tc>
          <w:tcPr>
            <w:tcW w:w="2721" w:type="dxa"/>
            <w:shd w:val="clear" w:color="auto" w:fill="FFFFFF"/>
            <w:tcMar>
              <w:top w:w="70" w:type="dxa"/>
              <w:left w:w="85" w:type="dxa"/>
              <w:bottom w:w="70" w:type="dxa"/>
              <w:right w:w="85" w:type="dxa"/>
            </w:tcMar>
            <w:vAlign w:val="center"/>
          </w:tcPr>
          <w:p w14:paraId="3091EDAD" w14:textId="77777777" w:rsidR="00865365" w:rsidRDefault="00000000">
            <w:pPr>
              <w:spacing w:after="0" w:line="240" w:lineRule="auto"/>
            </w:pPr>
            <w:r>
              <w:rPr>
                <w:sz w:val="15"/>
              </w:rPr>
              <w:t>Manualul calității</w:t>
            </w:r>
          </w:p>
        </w:tc>
        <w:tc>
          <w:tcPr>
            <w:tcW w:w="5783" w:type="dxa"/>
            <w:shd w:val="clear" w:color="auto" w:fill="FFFFFF"/>
            <w:tcMar>
              <w:top w:w="70" w:type="dxa"/>
              <w:left w:w="85" w:type="dxa"/>
              <w:bottom w:w="70" w:type="dxa"/>
              <w:right w:w="85" w:type="dxa"/>
            </w:tcMar>
            <w:vAlign w:val="center"/>
          </w:tcPr>
          <w:p w14:paraId="6957D066" w14:textId="77777777" w:rsidR="00865365" w:rsidRDefault="00000000">
            <w:pPr>
              <w:spacing w:after="0" w:line="240" w:lineRule="auto"/>
            </w:pPr>
            <w:r>
              <w:rPr>
                <w:sz w:val="15"/>
              </w:rPr>
              <w:t>Domeniu, excluderi/neaplicabilități justificate, proceduri sau referințe și interacțiunea proceselor.</w:t>
            </w:r>
          </w:p>
        </w:tc>
        <w:tc>
          <w:tcPr>
            <w:tcW w:w="1417" w:type="dxa"/>
            <w:shd w:val="clear" w:color="auto" w:fill="FFFFFF"/>
            <w:tcMar>
              <w:top w:w="70" w:type="dxa"/>
              <w:left w:w="85" w:type="dxa"/>
              <w:bottom w:w="70" w:type="dxa"/>
              <w:right w:w="85" w:type="dxa"/>
            </w:tcMar>
            <w:vAlign w:val="center"/>
          </w:tcPr>
          <w:p w14:paraId="68E2CEFD" w14:textId="77777777" w:rsidR="00865365" w:rsidRDefault="00000000">
            <w:pPr>
              <w:spacing w:after="0" w:line="240" w:lineRule="auto"/>
            </w:pPr>
            <w:r>
              <w:rPr>
                <w:sz w:val="15"/>
              </w:rPr>
              <w:t>4.2.2</w:t>
            </w:r>
          </w:p>
        </w:tc>
      </w:tr>
      <w:tr w:rsidR="00865365" w14:paraId="3D0DC0ED" w14:textId="77777777">
        <w:trPr>
          <w:cantSplit/>
          <w:jc w:val="center"/>
        </w:trPr>
        <w:tc>
          <w:tcPr>
            <w:tcW w:w="2721" w:type="dxa"/>
            <w:shd w:val="clear" w:color="auto" w:fill="FAFAFA"/>
            <w:tcMar>
              <w:top w:w="70" w:type="dxa"/>
              <w:left w:w="85" w:type="dxa"/>
              <w:bottom w:w="70" w:type="dxa"/>
              <w:right w:w="85" w:type="dxa"/>
            </w:tcMar>
            <w:vAlign w:val="center"/>
          </w:tcPr>
          <w:p w14:paraId="08E630AD" w14:textId="77777777" w:rsidR="00865365" w:rsidRDefault="00000000">
            <w:pPr>
              <w:spacing w:after="0" w:line="240" w:lineRule="auto"/>
            </w:pPr>
            <w:r>
              <w:rPr>
                <w:sz w:val="15"/>
              </w:rPr>
              <w:t>Dosarul dispozitivului medical</w:t>
            </w:r>
          </w:p>
        </w:tc>
        <w:tc>
          <w:tcPr>
            <w:tcW w:w="5783" w:type="dxa"/>
            <w:shd w:val="clear" w:color="auto" w:fill="FAFAFA"/>
            <w:tcMar>
              <w:top w:w="70" w:type="dxa"/>
              <w:left w:w="85" w:type="dxa"/>
              <w:bottom w:w="70" w:type="dxa"/>
              <w:right w:w="85" w:type="dxa"/>
            </w:tcMar>
            <w:vAlign w:val="center"/>
          </w:tcPr>
          <w:p w14:paraId="01E61E1D" w14:textId="77777777" w:rsidR="00865365" w:rsidRDefault="00000000">
            <w:pPr>
              <w:spacing w:after="0" w:line="240" w:lineRule="auto"/>
            </w:pPr>
            <w:r>
              <w:rPr>
                <w:sz w:val="15"/>
              </w:rPr>
              <w:t>Documente care definesc specificațiile produsului și cerințele proceselor, instalării și service-ului.</w:t>
            </w:r>
          </w:p>
        </w:tc>
        <w:tc>
          <w:tcPr>
            <w:tcW w:w="1417" w:type="dxa"/>
            <w:shd w:val="clear" w:color="auto" w:fill="FAFAFA"/>
            <w:tcMar>
              <w:top w:w="70" w:type="dxa"/>
              <w:left w:w="85" w:type="dxa"/>
              <w:bottom w:w="70" w:type="dxa"/>
              <w:right w:w="85" w:type="dxa"/>
            </w:tcMar>
            <w:vAlign w:val="center"/>
          </w:tcPr>
          <w:p w14:paraId="741DFA06" w14:textId="77777777" w:rsidR="00865365" w:rsidRDefault="00000000">
            <w:pPr>
              <w:spacing w:after="0" w:line="240" w:lineRule="auto"/>
            </w:pPr>
            <w:r>
              <w:rPr>
                <w:sz w:val="15"/>
              </w:rPr>
              <w:t>4.2.3</w:t>
            </w:r>
          </w:p>
        </w:tc>
      </w:tr>
      <w:tr w:rsidR="00865365" w14:paraId="531B5B05" w14:textId="77777777">
        <w:trPr>
          <w:cantSplit/>
          <w:jc w:val="center"/>
        </w:trPr>
        <w:tc>
          <w:tcPr>
            <w:tcW w:w="2721" w:type="dxa"/>
            <w:shd w:val="clear" w:color="auto" w:fill="FFFFFF"/>
            <w:tcMar>
              <w:top w:w="70" w:type="dxa"/>
              <w:left w:w="85" w:type="dxa"/>
              <w:bottom w:w="70" w:type="dxa"/>
              <w:right w:w="85" w:type="dxa"/>
            </w:tcMar>
            <w:vAlign w:val="center"/>
          </w:tcPr>
          <w:p w14:paraId="53AF2188" w14:textId="77777777" w:rsidR="00865365" w:rsidRDefault="00000000">
            <w:pPr>
              <w:spacing w:after="0" w:line="240" w:lineRule="auto"/>
            </w:pPr>
            <w:r>
              <w:rPr>
                <w:sz w:val="15"/>
              </w:rPr>
              <w:t>Controlul documentelor</w:t>
            </w:r>
          </w:p>
        </w:tc>
        <w:tc>
          <w:tcPr>
            <w:tcW w:w="5783" w:type="dxa"/>
            <w:shd w:val="clear" w:color="auto" w:fill="FFFFFF"/>
            <w:tcMar>
              <w:top w:w="70" w:type="dxa"/>
              <w:left w:w="85" w:type="dxa"/>
              <w:bottom w:w="70" w:type="dxa"/>
              <w:right w:w="85" w:type="dxa"/>
            </w:tcMar>
            <w:vAlign w:val="center"/>
          </w:tcPr>
          <w:p w14:paraId="00A64BA8" w14:textId="77777777" w:rsidR="00865365" w:rsidRPr="000E298F" w:rsidRDefault="00000000">
            <w:pPr>
              <w:spacing w:after="0" w:line="240" w:lineRule="auto"/>
              <w:rPr>
                <w:lang w:val="fr-FR"/>
              </w:rPr>
            </w:pPr>
            <w:r w:rsidRPr="000E298F">
              <w:rPr>
                <w:sz w:val="15"/>
                <w:lang w:val="fr-FR"/>
              </w:rPr>
              <w:t>Procedură documentată pentru aprobare, revizuire, distribuție, modificare și retragere.</w:t>
            </w:r>
          </w:p>
        </w:tc>
        <w:tc>
          <w:tcPr>
            <w:tcW w:w="1417" w:type="dxa"/>
            <w:shd w:val="clear" w:color="auto" w:fill="FFFFFF"/>
            <w:tcMar>
              <w:top w:w="70" w:type="dxa"/>
              <w:left w:w="85" w:type="dxa"/>
              <w:bottom w:w="70" w:type="dxa"/>
              <w:right w:w="85" w:type="dxa"/>
            </w:tcMar>
            <w:vAlign w:val="center"/>
          </w:tcPr>
          <w:p w14:paraId="06B11911" w14:textId="77777777" w:rsidR="00865365" w:rsidRDefault="00000000">
            <w:pPr>
              <w:spacing w:after="0" w:line="240" w:lineRule="auto"/>
            </w:pPr>
            <w:r>
              <w:rPr>
                <w:sz w:val="15"/>
              </w:rPr>
              <w:t>4.2.4</w:t>
            </w:r>
          </w:p>
        </w:tc>
      </w:tr>
      <w:tr w:rsidR="00865365" w14:paraId="2DE06A79" w14:textId="77777777">
        <w:trPr>
          <w:cantSplit/>
          <w:jc w:val="center"/>
        </w:trPr>
        <w:tc>
          <w:tcPr>
            <w:tcW w:w="2721" w:type="dxa"/>
            <w:shd w:val="clear" w:color="auto" w:fill="FAFAFA"/>
            <w:tcMar>
              <w:top w:w="70" w:type="dxa"/>
              <w:left w:w="85" w:type="dxa"/>
              <w:bottom w:w="70" w:type="dxa"/>
              <w:right w:w="85" w:type="dxa"/>
            </w:tcMar>
            <w:vAlign w:val="center"/>
          </w:tcPr>
          <w:p w14:paraId="5B7FBCD9" w14:textId="77777777" w:rsidR="00865365" w:rsidRDefault="00000000">
            <w:pPr>
              <w:spacing w:after="0" w:line="240" w:lineRule="auto"/>
            </w:pPr>
            <w:r>
              <w:rPr>
                <w:sz w:val="15"/>
              </w:rPr>
              <w:t>Controlul înregistrărilor</w:t>
            </w:r>
          </w:p>
        </w:tc>
        <w:tc>
          <w:tcPr>
            <w:tcW w:w="5783" w:type="dxa"/>
            <w:shd w:val="clear" w:color="auto" w:fill="FAFAFA"/>
            <w:tcMar>
              <w:top w:w="70" w:type="dxa"/>
              <w:left w:w="85" w:type="dxa"/>
              <w:bottom w:w="70" w:type="dxa"/>
              <w:right w:w="85" w:type="dxa"/>
            </w:tcMar>
            <w:vAlign w:val="center"/>
          </w:tcPr>
          <w:p w14:paraId="4E7CB3E3" w14:textId="77777777" w:rsidR="00865365" w:rsidRDefault="00000000">
            <w:pPr>
              <w:spacing w:after="0" w:line="240" w:lineRule="auto"/>
            </w:pPr>
            <w:r>
              <w:rPr>
                <w:sz w:val="15"/>
              </w:rPr>
              <w:t>Procedură documentată pentru identificare, stocare, protecție, recuperare, păstrare și eliminare.</w:t>
            </w:r>
          </w:p>
        </w:tc>
        <w:tc>
          <w:tcPr>
            <w:tcW w:w="1417" w:type="dxa"/>
            <w:shd w:val="clear" w:color="auto" w:fill="FAFAFA"/>
            <w:tcMar>
              <w:top w:w="70" w:type="dxa"/>
              <w:left w:w="85" w:type="dxa"/>
              <w:bottom w:w="70" w:type="dxa"/>
              <w:right w:w="85" w:type="dxa"/>
            </w:tcMar>
            <w:vAlign w:val="center"/>
          </w:tcPr>
          <w:p w14:paraId="210DEA40" w14:textId="77777777" w:rsidR="00865365" w:rsidRDefault="00000000">
            <w:pPr>
              <w:spacing w:after="0" w:line="240" w:lineRule="auto"/>
            </w:pPr>
            <w:r>
              <w:rPr>
                <w:sz w:val="15"/>
              </w:rPr>
              <w:t>4.2.5</w:t>
            </w:r>
          </w:p>
        </w:tc>
      </w:tr>
      <w:tr w:rsidR="00865365" w14:paraId="7EFFC60A" w14:textId="77777777">
        <w:trPr>
          <w:cantSplit/>
          <w:jc w:val="center"/>
        </w:trPr>
        <w:tc>
          <w:tcPr>
            <w:tcW w:w="2721" w:type="dxa"/>
            <w:shd w:val="clear" w:color="auto" w:fill="FFFFFF"/>
            <w:tcMar>
              <w:top w:w="70" w:type="dxa"/>
              <w:left w:w="85" w:type="dxa"/>
              <w:bottom w:w="70" w:type="dxa"/>
              <w:right w:w="85" w:type="dxa"/>
            </w:tcMar>
            <w:vAlign w:val="center"/>
          </w:tcPr>
          <w:p w14:paraId="156179E7" w14:textId="77777777" w:rsidR="00865365" w:rsidRDefault="00000000">
            <w:pPr>
              <w:spacing w:after="0" w:line="240" w:lineRule="auto"/>
            </w:pPr>
            <w:r>
              <w:rPr>
                <w:sz w:val="15"/>
              </w:rPr>
              <w:t>Analiza de management</w:t>
            </w:r>
          </w:p>
        </w:tc>
        <w:tc>
          <w:tcPr>
            <w:tcW w:w="5783" w:type="dxa"/>
            <w:shd w:val="clear" w:color="auto" w:fill="FFFFFF"/>
            <w:tcMar>
              <w:top w:w="70" w:type="dxa"/>
              <w:left w:w="85" w:type="dxa"/>
              <w:bottom w:w="70" w:type="dxa"/>
              <w:right w:w="85" w:type="dxa"/>
            </w:tcMar>
            <w:vAlign w:val="center"/>
          </w:tcPr>
          <w:p w14:paraId="578E5381" w14:textId="77777777" w:rsidR="00865365" w:rsidRDefault="00000000">
            <w:pPr>
              <w:spacing w:after="0" w:line="240" w:lineRule="auto"/>
            </w:pPr>
            <w:r>
              <w:rPr>
                <w:sz w:val="15"/>
              </w:rPr>
              <w:t>Proceduri documentate și înregistrări ale analizelor.</w:t>
            </w:r>
          </w:p>
        </w:tc>
        <w:tc>
          <w:tcPr>
            <w:tcW w:w="1417" w:type="dxa"/>
            <w:shd w:val="clear" w:color="auto" w:fill="FFFFFF"/>
            <w:tcMar>
              <w:top w:w="70" w:type="dxa"/>
              <w:left w:w="85" w:type="dxa"/>
              <w:bottom w:w="70" w:type="dxa"/>
              <w:right w:w="85" w:type="dxa"/>
            </w:tcMar>
            <w:vAlign w:val="center"/>
          </w:tcPr>
          <w:p w14:paraId="0A266BBC" w14:textId="77777777" w:rsidR="00865365" w:rsidRDefault="00000000">
            <w:pPr>
              <w:spacing w:after="0" w:line="240" w:lineRule="auto"/>
            </w:pPr>
            <w:r>
              <w:rPr>
                <w:sz w:val="15"/>
              </w:rPr>
              <w:t>5.6</w:t>
            </w:r>
          </w:p>
        </w:tc>
      </w:tr>
      <w:tr w:rsidR="00865365" w14:paraId="71D8BD07" w14:textId="77777777">
        <w:trPr>
          <w:cantSplit/>
          <w:jc w:val="center"/>
        </w:trPr>
        <w:tc>
          <w:tcPr>
            <w:tcW w:w="2721" w:type="dxa"/>
            <w:shd w:val="clear" w:color="auto" w:fill="FAFAFA"/>
            <w:tcMar>
              <w:top w:w="70" w:type="dxa"/>
              <w:left w:w="85" w:type="dxa"/>
              <w:bottom w:w="70" w:type="dxa"/>
              <w:right w:w="85" w:type="dxa"/>
            </w:tcMar>
            <w:vAlign w:val="center"/>
          </w:tcPr>
          <w:p w14:paraId="355D570F" w14:textId="77777777" w:rsidR="00865365" w:rsidRDefault="00000000">
            <w:pPr>
              <w:spacing w:after="0" w:line="240" w:lineRule="auto"/>
            </w:pPr>
            <w:r>
              <w:rPr>
                <w:sz w:val="15"/>
              </w:rPr>
              <w:t>Competență și instruire</w:t>
            </w:r>
          </w:p>
        </w:tc>
        <w:tc>
          <w:tcPr>
            <w:tcW w:w="5783" w:type="dxa"/>
            <w:shd w:val="clear" w:color="auto" w:fill="FAFAFA"/>
            <w:tcMar>
              <w:top w:w="70" w:type="dxa"/>
              <w:left w:w="85" w:type="dxa"/>
              <w:bottom w:w="70" w:type="dxa"/>
              <w:right w:w="85" w:type="dxa"/>
            </w:tcMar>
            <w:vAlign w:val="center"/>
          </w:tcPr>
          <w:p w14:paraId="58E1A3CE" w14:textId="77777777" w:rsidR="00865365" w:rsidRDefault="00000000">
            <w:pPr>
              <w:spacing w:after="0" w:line="240" w:lineRule="auto"/>
            </w:pPr>
            <w:r>
              <w:rPr>
                <w:sz w:val="15"/>
              </w:rPr>
              <w:t>Proceduri pentru competență, instruire și conștientizare, plus înregistrări.</w:t>
            </w:r>
          </w:p>
        </w:tc>
        <w:tc>
          <w:tcPr>
            <w:tcW w:w="1417" w:type="dxa"/>
            <w:shd w:val="clear" w:color="auto" w:fill="FAFAFA"/>
            <w:tcMar>
              <w:top w:w="70" w:type="dxa"/>
              <w:left w:w="85" w:type="dxa"/>
              <w:bottom w:w="70" w:type="dxa"/>
              <w:right w:w="85" w:type="dxa"/>
            </w:tcMar>
            <w:vAlign w:val="center"/>
          </w:tcPr>
          <w:p w14:paraId="6355E901" w14:textId="77777777" w:rsidR="00865365" w:rsidRDefault="00000000">
            <w:pPr>
              <w:spacing w:after="0" w:line="240" w:lineRule="auto"/>
            </w:pPr>
            <w:r>
              <w:rPr>
                <w:sz w:val="15"/>
              </w:rPr>
              <w:t>6.2</w:t>
            </w:r>
          </w:p>
        </w:tc>
      </w:tr>
      <w:tr w:rsidR="00865365" w14:paraId="18F6A1A5" w14:textId="77777777">
        <w:trPr>
          <w:cantSplit/>
          <w:jc w:val="center"/>
        </w:trPr>
        <w:tc>
          <w:tcPr>
            <w:tcW w:w="2721" w:type="dxa"/>
            <w:shd w:val="clear" w:color="auto" w:fill="FFFFFF"/>
            <w:tcMar>
              <w:top w:w="70" w:type="dxa"/>
              <w:left w:w="85" w:type="dxa"/>
              <w:bottom w:w="70" w:type="dxa"/>
              <w:right w:w="85" w:type="dxa"/>
            </w:tcMar>
            <w:vAlign w:val="center"/>
          </w:tcPr>
          <w:p w14:paraId="22D8A470" w14:textId="77777777" w:rsidR="00865365" w:rsidRDefault="00000000">
            <w:pPr>
              <w:spacing w:after="0" w:line="240" w:lineRule="auto"/>
            </w:pPr>
            <w:r>
              <w:rPr>
                <w:sz w:val="15"/>
              </w:rPr>
              <w:t>Infrastructură și mentenanță</w:t>
            </w:r>
          </w:p>
        </w:tc>
        <w:tc>
          <w:tcPr>
            <w:tcW w:w="5783" w:type="dxa"/>
            <w:shd w:val="clear" w:color="auto" w:fill="FFFFFF"/>
            <w:tcMar>
              <w:top w:w="70" w:type="dxa"/>
              <w:left w:w="85" w:type="dxa"/>
              <w:bottom w:w="70" w:type="dxa"/>
              <w:right w:w="85" w:type="dxa"/>
            </w:tcMar>
            <w:vAlign w:val="center"/>
          </w:tcPr>
          <w:p w14:paraId="6C292FEE" w14:textId="77777777" w:rsidR="00865365" w:rsidRPr="000E298F" w:rsidRDefault="00000000">
            <w:pPr>
              <w:spacing w:after="0" w:line="240" w:lineRule="auto"/>
              <w:rPr>
                <w:lang w:val="fr-FR"/>
              </w:rPr>
            </w:pPr>
            <w:r w:rsidRPr="000E298F">
              <w:rPr>
                <w:sz w:val="15"/>
                <w:lang w:val="fr-FR"/>
              </w:rPr>
              <w:t>Cerințe și înregistrări de mentenanță când pot afecta calitatea produsului.</w:t>
            </w:r>
          </w:p>
        </w:tc>
        <w:tc>
          <w:tcPr>
            <w:tcW w:w="1417" w:type="dxa"/>
            <w:shd w:val="clear" w:color="auto" w:fill="FFFFFF"/>
            <w:tcMar>
              <w:top w:w="70" w:type="dxa"/>
              <w:left w:w="85" w:type="dxa"/>
              <w:bottom w:w="70" w:type="dxa"/>
              <w:right w:w="85" w:type="dxa"/>
            </w:tcMar>
            <w:vAlign w:val="center"/>
          </w:tcPr>
          <w:p w14:paraId="0320B619" w14:textId="77777777" w:rsidR="00865365" w:rsidRDefault="00000000">
            <w:pPr>
              <w:spacing w:after="0" w:line="240" w:lineRule="auto"/>
            </w:pPr>
            <w:r>
              <w:rPr>
                <w:sz w:val="15"/>
              </w:rPr>
              <w:t>6.3</w:t>
            </w:r>
          </w:p>
        </w:tc>
      </w:tr>
      <w:tr w:rsidR="00865365" w14:paraId="1CDAA903" w14:textId="77777777">
        <w:trPr>
          <w:cantSplit/>
          <w:jc w:val="center"/>
        </w:trPr>
        <w:tc>
          <w:tcPr>
            <w:tcW w:w="2721" w:type="dxa"/>
            <w:shd w:val="clear" w:color="auto" w:fill="FAFAFA"/>
            <w:tcMar>
              <w:top w:w="70" w:type="dxa"/>
              <w:left w:w="85" w:type="dxa"/>
              <w:bottom w:w="70" w:type="dxa"/>
              <w:right w:w="85" w:type="dxa"/>
            </w:tcMar>
            <w:vAlign w:val="center"/>
          </w:tcPr>
          <w:p w14:paraId="48A3F223" w14:textId="77777777" w:rsidR="00865365" w:rsidRPr="000E298F" w:rsidRDefault="00000000">
            <w:pPr>
              <w:spacing w:after="0" w:line="240" w:lineRule="auto"/>
              <w:rPr>
                <w:lang w:val="fr-FR"/>
              </w:rPr>
            </w:pPr>
            <w:r w:rsidRPr="000E298F">
              <w:rPr>
                <w:sz w:val="15"/>
                <w:lang w:val="fr-FR"/>
              </w:rPr>
              <w:t>Mediul de lucru și contaminarea</w:t>
            </w:r>
          </w:p>
        </w:tc>
        <w:tc>
          <w:tcPr>
            <w:tcW w:w="5783" w:type="dxa"/>
            <w:shd w:val="clear" w:color="auto" w:fill="FAFAFA"/>
            <w:tcMar>
              <w:top w:w="70" w:type="dxa"/>
              <w:left w:w="85" w:type="dxa"/>
              <w:bottom w:w="70" w:type="dxa"/>
              <w:right w:w="85" w:type="dxa"/>
            </w:tcMar>
            <w:vAlign w:val="center"/>
          </w:tcPr>
          <w:p w14:paraId="548D0639" w14:textId="77777777" w:rsidR="00865365" w:rsidRPr="000E298F" w:rsidRDefault="00000000">
            <w:pPr>
              <w:spacing w:after="0" w:line="240" w:lineRule="auto"/>
              <w:rPr>
                <w:lang w:val="fr-FR"/>
              </w:rPr>
            </w:pPr>
            <w:r w:rsidRPr="000E298F">
              <w:rPr>
                <w:sz w:val="15"/>
                <w:lang w:val="fr-FR"/>
              </w:rPr>
              <w:t>Cerințe documentate și aranjamente speciale, când sunt aplicabile.</w:t>
            </w:r>
          </w:p>
        </w:tc>
        <w:tc>
          <w:tcPr>
            <w:tcW w:w="1417" w:type="dxa"/>
            <w:shd w:val="clear" w:color="auto" w:fill="FAFAFA"/>
            <w:tcMar>
              <w:top w:w="70" w:type="dxa"/>
              <w:left w:w="85" w:type="dxa"/>
              <w:bottom w:w="70" w:type="dxa"/>
              <w:right w:w="85" w:type="dxa"/>
            </w:tcMar>
            <w:vAlign w:val="center"/>
          </w:tcPr>
          <w:p w14:paraId="4134ACEC" w14:textId="77777777" w:rsidR="00865365" w:rsidRDefault="00000000">
            <w:pPr>
              <w:spacing w:after="0" w:line="240" w:lineRule="auto"/>
            </w:pPr>
            <w:r>
              <w:rPr>
                <w:sz w:val="15"/>
              </w:rPr>
              <w:t>6.4</w:t>
            </w:r>
          </w:p>
        </w:tc>
      </w:tr>
      <w:tr w:rsidR="00865365" w14:paraId="0A6A6FAF" w14:textId="77777777">
        <w:trPr>
          <w:cantSplit/>
          <w:jc w:val="center"/>
        </w:trPr>
        <w:tc>
          <w:tcPr>
            <w:tcW w:w="2721" w:type="dxa"/>
            <w:shd w:val="clear" w:color="auto" w:fill="FFFFFF"/>
            <w:tcMar>
              <w:top w:w="70" w:type="dxa"/>
              <w:left w:w="85" w:type="dxa"/>
              <w:bottom w:w="70" w:type="dxa"/>
              <w:right w:w="85" w:type="dxa"/>
            </w:tcMar>
            <w:vAlign w:val="center"/>
          </w:tcPr>
          <w:p w14:paraId="0B929250" w14:textId="77777777" w:rsidR="00865365" w:rsidRDefault="00000000">
            <w:pPr>
              <w:spacing w:after="0" w:line="240" w:lineRule="auto"/>
            </w:pPr>
            <w:r>
              <w:rPr>
                <w:sz w:val="15"/>
              </w:rPr>
              <w:t>Managementul riscului</w:t>
            </w:r>
          </w:p>
        </w:tc>
        <w:tc>
          <w:tcPr>
            <w:tcW w:w="5783" w:type="dxa"/>
            <w:shd w:val="clear" w:color="auto" w:fill="FFFFFF"/>
            <w:tcMar>
              <w:top w:w="70" w:type="dxa"/>
              <w:left w:w="85" w:type="dxa"/>
              <w:bottom w:w="70" w:type="dxa"/>
              <w:right w:w="85" w:type="dxa"/>
            </w:tcMar>
            <w:vAlign w:val="center"/>
          </w:tcPr>
          <w:p w14:paraId="1103BFB6" w14:textId="77777777" w:rsidR="00865365" w:rsidRPr="000E298F" w:rsidRDefault="00000000">
            <w:pPr>
              <w:spacing w:after="0" w:line="240" w:lineRule="auto"/>
              <w:rPr>
                <w:lang w:val="fr-FR"/>
              </w:rPr>
            </w:pPr>
            <w:r w:rsidRPr="000E298F">
              <w:rPr>
                <w:sz w:val="15"/>
                <w:lang w:val="fr-FR"/>
              </w:rPr>
              <w:t>Proces documentat pe durata realizării produsului și înregistrările rezultate.</w:t>
            </w:r>
          </w:p>
        </w:tc>
        <w:tc>
          <w:tcPr>
            <w:tcW w:w="1417" w:type="dxa"/>
            <w:shd w:val="clear" w:color="auto" w:fill="FFFFFF"/>
            <w:tcMar>
              <w:top w:w="70" w:type="dxa"/>
              <w:left w:w="85" w:type="dxa"/>
              <w:bottom w:w="70" w:type="dxa"/>
              <w:right w:w="85" w:type="dxa"/>
            </w:tcMar>
            <w:vAlign w:val="center"/>
          </w:tcPr>
          <w:p w14:paraId="57DE68E1" w14:textId="77777777" w:rsidR="00865365" w:rsidRDefault="00000000">
            <w:pPr>
              <w:spacing w:after="0" w:line="240" w:lineRule="auto"/>
            </w:pPr>
            <w:r>
              <w:rPr>
                <w:sz w:val="15"/>
              </w:rPr>
              <w:t>7.1</w:t>
            </w:r>
          </w:p>
        </w:tc>
      </w:tr>
      <w:tr w:rsidR="00865365" w14:paraId="6B0A2A61" w14:textId="77777777">
        <w:trPr>
          <w:cantSplit/>
          <w:jc w:val="center"/>
        </w:trPr>
        <w:tc>
          <w:tcPr>
            <w:tcW w:w="2721" w:type="dxa"/>
            <w:shd w:val="clear" w:color="auto" w:fill="FAFAFA"/>
            <w:tcMar>
              <w:top w:w="70" w:type="dxa"/>
              <w:left w:w="85" w:type="dxa"/>
              <w:bottom w:w="70" w:type="dxa"/>
              <w:right w:w="85" w:type="dxa"/>
            </w:tcMar>
            <w:vAlign w:val="center"/>
          </w:tcPr>
          <w:p w14:paraId="304B4E4A" w14:textId="77777777" w:rsidR="00865365" w:rsidRDefault="00000000">
            <w:pPr>
              <w:spacing w:after="0" w:line="240" w:lineRule="auto"/>
            </w:pPr>
            <w:r>
              <w:rPr>
                <w:sz w:val="15"/>
              </w:rPr>
              <w:t>Comunicarea cu clientul</w:t>
            </w:r>
          </w:p>
        </w:tc>
        <w:tc>
          <w:tcPr>
            <w:tcW w:w="5783" w:type="dxa"/>
            <w:shd w:val="clear" w:color="auto" w:fill="FAFAFA"/>
            <w:tcMar>
              <w:top w:w="70" w:type="dxa"/>
              <w:left w:w="85" w:type="dxa"/>
              <w:bottom w:w="70" w:type="dxa"/>
              <w:right w:w="85" w:type="dxa"/>
            </w:tcMar>
            <w:vAlign w:val="center"/>
          </w:tcPr>
          <w:p w14:paraId="54072BD2" w14:textId="77777777" w:rsidR="00865365" w:rsidRDefault="00000000">
            <w:pPr>
              <w:spacing w:after="0" w:line="240" w:lineRule="auto"/>
            </w:pPr>
            <w:r>
              <w:rPr>
                <w:sz w:val="15"/>
              </w:rPr>
              <w:t>Aranjamente/proceduri documentate pentru informații, comenzi, feedback și notificări.</w:t>
            </w:r>
          </w:p>
        </w:tc>
        <w:tc>
          <w:tcPr>
            <w:tcW w:w="1417" w:type="dxa"/>
            <w:shd w:val="clear" w:color="auto" w:fill="FAFAFA"/>
            <w:tcMar>
              <w:top w:w="70" w:type="dxa"/>
              <w:left w:w="85" w:type="dxa"/>
              <w:bottom w:w="70" w:type="dxa"/>
              <w:right w:w="85" w:type="dxa"/>
            </w:tcMar>
            <w:vAlign w:val="center"/>
          </w:tcPr>
          <w:p w14:paraId="3229074F" w14:textId="77777777" w:rsidR="00865365" w:rsidRDefault="00000000">
            <w:pPr>
              <w:spacing w:after="0" w:line="240" w:lineRule="auto"/>
            </w:pPr>
            <w:r>
              <w:rPr>
                <w:sz w:val="15"/>
              </w:rPr>
              <w:t>7.2.3</w:t>
            </w:r>
          </w:p>
        </w:tc>
      </w:tr>
      <w:tr w:rsidR="00865365" w14:paraId="48494064" w14:textId="77777777">
        <w:trPr>
          <w:cantSplit/>
          <w:jc w:val="center"/>
        </w:trPr>
        <w:tc>
          <w:tcPr>
            <w:tcW w:w="2721" w:type="dxa"/>
            <w:shd w:val="clear" w:color="auto" w:fill="FFFFFF"/>
            <w:tcMar>
              <w:top w:w="70" w:type="dxa"/>
              <w:left w:w="85" w:type="dxa"/>
              <w:bottom w:w="70" w:type="dxa"/>
              <w:right w:w="85" w:type="dxa"/>
            </w:tcMar>
            <w:vAlign w:val="center"/>
          </w:tcPr>
          <w:p w14:paraId="0008AC6D" w14:textId="77777777" w:rsidR="00865365" w:rsidRDefault="00000000">
            <w:pPr>
              <w:spacing w:after="0" w:line="240" w:lineRule="auto"/>
            </w:pPr>
            <w:r>
              <w:rPr>
                <w:sz w:val="15"/>
              </w:rPr>
              <w:t>Proiectare și dezvoltare</w:t>
            </w:r>
          </w:p>
        </w:tc>
        <w:tc>
          <w:tcPr>
            <w:tcW w:w="5783" w:type="dxa"/>
            <w:shd w:val="clear" w:color="auto" w:fill="FFFFFF"/>
            <w:tcMar>
              <w:top w:w="70" w:type="dxa"/>
              <w:left w:w="85" w:type="dxa"/>
              <w:bottom w:w="70" w:type="dxa"/>
              <w:right w:w="85" w:type="dxa"/>
            </w:tcMar>
            <w:vAlign w:val="center"/>
          </w:tcPr>
          <w:p w14:paraId="67CB7556" w14:textId="77777777" w:rsidR="00865365" w:rsidRDefault="00000000">
            <w:pPr>
              <w:spacing w:after="0" w:line="240" w:lineRule="auto"/>
            </w:pPr>
            <w:r>
              <w:rPr>
                <w:sz w:val="15"/>
              </w:rPr>
              <w:t>Proceduri, planuri, intrări, ieșiri, revizuiri, verificare, validare, transfer, schimbări și dosar.</w:t>
            </w:r>
          </w:p>
        </w:tc>
        <w:tc>
          <w:tcPr>
            <w:tcW w:w="1417" w:type="dxa"/>
            <w:shd w:val="clear" w:color="auto" w:fill="FFFFFF"/>
            <w:tcMar>
              <w:top w:w="70" w:type="dxa"/>
              <w:left w:w="85" w:type="dxa"/>
              <w:bottom w:w="70" w:type="dxa"/>
              <w:right w:w="85" w:type="dxa"/>
            </w:tcMar>
            <w:vAlign w:val="center"/>
          </w:tcPr>
          <w:p w14:paraId="036156BD" w14:textId="77777777" w:rsidR="00865365" w:rsidRDefault="00000000">
            <w:pPr>
              <w:spacing w:after="0" w:line="240" w:lineRule="auto"/>
            </w:pPr>
            <w:r>
              <w:rPr>
                <w:sz w:val="15"/>
              </w:rPr>
              <w:t>7.3</w:t>
            </w:r>
          </w:p>
        </w:tc>
      </w:tr>
      <w:tr w:rsidR="00865365" w14:paraId="3104F3D3" w14:textId="77777777">
        <w:trPr>
          <w:cantSplit/>
          <w:jc w:val="center"/>
        </w:trPr>
        <w:tc>
          <w:tcPr>
            <w:tcW w:w="2721" w:type="dxa"/>
            <w:shd w:val="clear" w:color="auto" w:fill="FAFAFA"/>
            <w:tcMar>
              <w:top w:w="70" w:type="dxa"/>
              <w:left w:w="85" w:type="dxa"/>
              <w:bottom w:w="70" w:type="dxa"/>
              <w:right w:w="85" w:type="dxa"/>
            </w:tcMar>
            <w:vAlign w:val="center"/>
          </w:tcPr>
          <w:p w14:paraId="3D380ADA" w14:textId="77777777" w:rsidR="00865365" w:rsidRDefault="00000000">
            <w:pPr>
              <w:spacing w:after="0" w:line="240" w:lineRule="auto"/>
            </w:pPr>
            <w:r>
              <w:rPr>
                <w:sz w:val="15"/>
              </w:rPr>
              <w:t>Achiziții și furnizori</w:t>
            </w:r>
          </w:p>
        </w:tc>
        <w:tc>
          <w:tcPr>
            <w:tcW w:w="5783" w:type="dxa"/>
            <w:shd w:val="clear" w:color="auto" w:fill="FAFAFA"/>
            <w:tcMar>
              <w:top w:w="70" w:type="dxa"/>
              <w:left w:w="85" w:type="dxa"/>
              <w:bottom w:w="70" w:type="dxa"/>
              <w:right w:w="85" w:type="dxa"/>
            </w:tcMar>
            <w:vAlign w:val="center"/>
          </w:tcPr>
          <w:p w14:paraId="2A0534D3" w14:textId="77777777" w:rsidR="00865365" w:rsidRDefault="00000000">
            <w:pPr>
              <w:spacing w:after="0" w:line="240" w:lineRule="auto"/>
            </w:pPr>
            <w:r>
              <w:rPr>
                <w:sz w:val="15"/>
              </w:rPr>
              <w:t>Proceduri, criterii și înregistrări pentru evaluare, selecție, reevaluare și verificarea produsului achiziționat.</w:t>
            </w:r>
          </w:p>
        </w:tc>
        <w:tc>
          <w:tcPr>
            <w:tcW w:w="1417" w:type="dxa"/>
            <w:shd w:val="clear" w:color="auto" w:fill="FAFAFA"/>
            <w:tcMar>
              <w:top w:w="70" w:type="dxa"/>
              <w:left w:w="85" w:type="dxa"/>
              <w:bottom w:w="70" w:type="dxa"/>
              <w:right w:w="85" w:type="dxa"/>
            </w:tcMar>
            <w:vAlign w:val="center"/>
          </w:tcPr>
          <w:p w14:paraId="24C83E26" w14:textId="77777777" w:rsidR="00865365" w:rsidRDefault="00000000">
            <w:pPr>
              <w:spacing w:after="0" w:line="240" w:lineRule="auto"/>
            </w:pPr>
            <w:r>
              <w:rPr>
                <w:sz w:val="15"/>
              </w:rPr>
              <w:t>7.4</w:t>
            </w:r>
          </w:p>
        </w:tc>
      </w:tr>
      <w:tr w:rsidR="00865365" w14:paraId="60A2448C" w14:textId="77777777">
        <w:trPr>
          <w:cantSplit/>
          <w:jc w:val="center"/>
        </w:trPr>
        <w:tc>
          <w:tcPr>
            <w:tcW w:w="2721" w:type="dxa"/>
            <w:shd w:val="clear" w:color="auto" w:fill="FFFFFF"/>
            <w:tcMar>
              <w:top w:w="70" w:type="dxa"/>
              <w:left w:w="85" w:type="dxa"/>
              <w:bottom w:w="70" w:type="dxa"/>
              <w:right w:w="85" w:type="dxa"/>
            </w:tcMar>
            <w:vAlign w:val="center"/>
          </w:tcPr>
          <w:p w14:paraId="260AAC16" w14:textId="77777777" w:rsidR="00865365" w:rsidRDefault="00000000">
            <w:pPr>
              <w:spacing w:after="0" w:line="240" w:lineRule="auto"/>
            </w:pPr>
            <w:r>
              <w:rPr>
                <w:sz w:val="15"/>
              </w:rPr>
              <w:t>Producție și service</w:t>
            </w:r>
          </w:p>
        </w:tc>
        <w:tc>
          <w:tcPr>
            <w:tcW w:w="5783" w:type="dxa"/>
            <w:shd w:val="clear" w:color="auto" w:fill="FFFFFF"/>
            <w:tcMar>
              <w:top w:w="70" w:type="dxa"/>
              <w:left w:w="85" w:type="dxa"/>
              <w:bottom w:w="70" w:type="dxa"/>
              <w:right w:w="85" w:type="dxa"/>
            </w:tcMar>
            <w:vAlign w:val="center"/>
          </w:tcPr>
          <w:p w14:paraId="027897F2" w14:textId="77777777" w:rsidR="00865365" w:rsidRPr="000E298F" w:rsidRDefault="00000000">
            <w:pPr>
              <w:spacing w:after="0" w:line="240" w:lineRule="auto"/>
              <w:rPr>
                <w:lang w:val="fr-FR"/>
              </w:rPr>
            </w:pPr>
            <w:r w:rsidRPr="000E298F">
              <w:rPr>
                <w:sz w:val="15"/>
                <w:lang w:val="fr-FR"/>
              </w:rPr>
              <w:t>Documente de control, înregistrări, cerințe de curățenie, instalare, service, sterilitate și validare, după caz.</w:t>
            </w:r>
          </w:p>
        </w:tc>
        <w:tc>
          <w:tcPr>
            <w:tcW w:w="1417" w:type="dxa"/>
            <w:shd w:val="clear" w:color="auto" w:fill="FFFFFF"/>
            <w:tcMar>
              <w:top w:w="70" w:type="dxa"/>
              <w:left w:w="85" w:type="dxa"/>
              <w:bottom w:w="70" w:type="dxa"/>
              <w:right w:w="85" w:type="dxa"/>
            </w:tcMar>
            <w:vAlign w:val="center"/>
          </w:tcPr>
          <w:p w14:paraId="6769CB1F" w14:textId="77777777" w:rsidR="00865365" w:rsidRDefault="00000000">
            <w:pPr>
              <w:spacing w:after="0" w:line="240" w:lineRule="auto"/>
            </w:pPr>
            <w:r>
              <w:rPr>
                <w:sz w:val="15"/>
              </w:rPr>
              <w:t>7.5</w:t>
            </w:r>
          </w:p>
        </w:tc>
      </w:tr>
      <w:tr w:rsidR="00865365" w14:paraId="3A91FFE8" w14:textId="77777777">
        <w:trPr>
          <w:cantSplit/>
          <w:jc w:val="center"/>
        </w:trPr>
        <w:tc>
          <w:tcPr>
            <w:tcW w:w="2721" w:type="dxa"/>
            <w:shd w:val="clear" w:color="auto" w:fill="FAFAFA"/>
            <w:tcMar>
              <w:top w:w="70" w:type="dxa"/>
              <w:left w:w="85" w:type="dxa"/>
              <w:bottom w:w="70" w:type="dxa"/>
              <w:right w:w="85" w:type="dxa"/>
            </w:tcMar>
            <w:vAlign w:val="center"/>
          </w:tcPr>
          <w:p w14:paraId="4C2C88FF" w14:textId="77777777" w:rsidR="00865365" w:rsidRDefault="00000000">
            <w:pPr>
              <w:spacing w:after="0" w:line="240" w:lineRule="auto"/>
            </w:pPr>
            <w:r>
              <w:rPr>
                <w:sz w:val="15"/>
              </w:rPr>
              <w:t>Identificare și trasabilitate</w:t>
            </w:r>
          </w:p>
        </w:tc>
        <w:tc>
          <w:tcPr>
            <w:tcW w:w="5783" w:type="dxa"/>
            <w:shd w:val="clear" w:color="auto" w:fill="FAFAFA"/>
            <w:tcMar>
              <w:top w:w="70" w:type="dxa"/>
              <w:left w:w="85" w:type="dxa"/>
              <w:bottom w:w="70" w:type="dxa"/>
              <w:right w:w="85" w:type="dxa"/>
            </w:tcMar>
            <w:vAlign w:val="center"/>
          </w:tcPr>
          <w:p w14:paraId="63908C2E" w14:textId="77777777" w:rsidR="00865365" w:rsidRDefault="00000000">
            <w:pPr>
              <w:spacing w:after="0" w:line="240" w:lineRule="auto"/>
            </w:pPr>
            <w:r>
              <w:rPr>
                <w:sz w:val="15"/>
              </w:rPr>
              <w:t>Proceduri și înregistrări, inclusiv cerințe speciale pentru implantabile, după caz.</w:t>
            </w:r>
          </w:p>
        </w:tc>
        <w:tc>
          <w:tcPr>
            <w:tcW w:w="1417" w:type="dxa"/>
            <w:shd w:val="clear" w:color="auto" w:fill="FAFAFA"/>
            <w:tcMar>
              <w:top w:w="70" w:type="dxa"/>
              <w:left w:w="85" w:type="dxa"/>
              <w:bottom w:w="70" w:type="dxa"/>
              <w:right w:w="85" w:type="dxa"/>
            </w:tcMar>
            <w:vAlign w:val="center"/>
          </w:tcPr>
          <w:p w14:paraId="3B5EAFFB" w14:textId="77777777" w:rsidR="00865365" w:rsidRDefault="00000000">
            <w:pPr>
              <w:spacing w:after="0" w:line="240" w:lineRule="auto"/>
            </w:pPr>
            <w:r>
              <w:rPr>
                <w:sz w:val="15"/>
              </w:rPr>
              <w:t>7.5.8–7.5.9</w:t>
            </w:r>
          </w:p>
        </w:tc>
      </w:tr>
      <w:tr w:rsidR="00865365" w14:paraId="088554C9" w14:textId="77777777">
        <w:trPr>
          <w:cantSplit/>
          <w:jc w:val="center"/>
        </w:trPr>
        <w:tc>
          <w:tcPr>
            <w:tcW w:w="2721" w:type="dxa"/>
            <w:shd w:val="clear" w:color="auto" w:fill="FFFFFF"/>
            <w:tcMar>
              <w:top w:w="70" w:type="dxa"/>
              <w:left w:w="85" w:type="dxa"/>
              <w:bottom w:w="70" w:type="dxa"/>
              <w:right w:w="85" w:type="dxa"/>
            </w:tcMar>
            <w:vAlign w:val="center"/>
          </w:tcPr>
          <w:p w14:paraId="0E134B50" w14:textId="77777777" w:rsidR="00865365" w:rsidRPr="000E298F" w:rsidRDefault="00000000">
            <w:pPr>
              <w:spacing w:after="0" w:line="240" w:lineRule="auto"/>
              <w:rPr>
                <w:lang w:val="fr-FR"/>
              </w:rPr>
            </w:pPr>
            <w:r w:rsidRPr="000E298F">
              <w:rPr>
                <w:sz w:val="15"/>
                <w:lang w:val="fr-FR"/>
              </w:rPr>
              <w:t>Echipamente de monitorizare și măsurare</w:t>
            </w:r>
          </w:p>
        </w:tc>
        <w:tc>
          <w:tcPr>
            <w:tcW w:w="5783" w:type="dxa"/>
            <w:shd w:val="clear" w:color="auto" w:fill="FFFFFF"/>
            <w:tcMar>
              <w:top w:w="70" w:type="dxa"/>
              <w:left w:w="85" w:type="dxa"/>
              <w:bottom w:w="70" w:type="dxa"/>
              <w:right w:w="85" w:type="dxa"/>
            </w:tcMar>
            <w:vAlign w:val="center"/>
          </w:tcPr>
          <w:p w14:paraId="153D0259" w14:textId="77777777" w:rsidR="00865365" w:rsidRDefault="00000000">
            <w:pPr>
              <w:spacing w:after="0" w:line="240" w:lineRule="auto"/>
            </w:pPr>
            <w:r>
              <w:rPr>
                <w:sz w:val="15"/>
              </w:rPr>
              <w:t>Proceduri și înregistrări pentru calibrare/verificare, protecție și validarea software-ului folosit.</w:t>
            </w:r>
          </w:p>
        </w:tc>
        <w:tc>
          <w:tcPr>
            <w:tcW w:w="1417" w:type="dxa"/>
            <w:shd w:val="clear" w:color="auto" w:fill="FFFFFF"/>
            <w:tcMar>
              <w:top w:w="70" w:type="dxa"/>
              <w:left w:w="85" w:type="dxa"/>
              <w:bottom w:w="70" w:type="dxa"/>
              <w:right w:w="85" w:type="dxa"/>
            </w:tcMar>
            <w:vAlign w:val="center"/>
          </w:tcPr>
          <w:p w14:paraId="608FD258" w14:textId="77777777" w:rsidR="00865365" w:rsidRDefault="00000000">
            <w:pPr>
              <w:spacing w:after="0" w:line="240" w:lineRule="auto"/>
            </w:pPr>
            <w:r>
              <w:rPr>
                <w:sz w:val="15"/>
              </w:rPr>
              <w:t>7.6</w:t>
            </w:r>
          </w:p>
        </w:tc>
      </w:tr>
      <w:tr w:rsidR="00865365" w14:paraId="5976B33B" w14:textId="77777777">
        <w:trPr>
          <w:cantSplit/>
          <w:jc w:val="center"/>
        </w:trPr>
        <w:tc>
          <w:tcPr>
            <w:tcW w:w="2721" w:type="dxa"/>
            <w:shd w:val="clear" w:color="auto" w:fill="FAFAFA"/>
            <w:tcMar>
              <w:top w:w="70" w:type="dxa"/>
              <w:left w:w="85" w:type="dxa"/>
              <w:bottom w:w="70" w:type="dxa"/>
              <w:right w:w="85" w:type="dxa"/>
            </w:tcMar>
            <w:vAlign w:val="center"/>
          </w:tcPr>
          <w:p w14:paraId="7E125C30" w14:textId="77777777" w:rsidR="00865365" w:rsidRDefault="00000000">
            <w:pPr>
              <w:spacing w:after="0" w:line="240" w:lineRule="auto"/>
            </w:pPr>
            <w:r>
              <w:rPr>
                <w:sz w:val="15"/>
              </w:rPr>
              <w:t>Feedback, reclamații și raportare</w:t>
            </w:r>
          </w:p>
        </w:tc>
        <w:tc>
          <w:tcPr>
            <w:tcW w:w="5783" w:type="dxa"/>
            <w:shd w:val="clear" w:color="auto" w:fill="FAFAFA"/>
            <w:tcMar>
              <w:top w:w="70" w:type="dxa"/>
              <w:left w:w="85" w:type="dxa"/>
              <w:bottom w:w="70" w:type="dxa"/>
              <w:right w:w="85" w:type="dxa"/>
            </w:tcMar>
            <w:vAlign w:val="center"/>
          </w:tcPr>
          <w:p w14:paraId="21678DFB" w14:textId="77777777" w:rsidR="00865365" w:rsidRDefault="00000000">
            <w:pPr>
              <w:spacing w:after="0" w:line="240" w:lineRule="auto"/>
            </w:pPr>
            <w:r>
              <w:rPr>
                <w:sz w:val="15"/>
              </w:rPr>
              <w:t>Proceduri documentate și înregistrări pentru feedback, reclamații și raportarea către autorități.</w:t>
            </w:r>
          </w:p>
        </w:tc>
        <w:tc>
          <w:tcPr>
            <w:tcW w:w="1417" w:type="dxa"/>
            <w:shd w:val="clear" w:color="auto" w:fill="FAFAFA"/>
            <w:tcMar>
              <w:top w:w="70" w:type="dxa"/>
              <w:left w:w="85" w:type="dxa"/>
              <w:bottom w:w="70" w:type="dxa"/>
              <w:right w:w="85" w:type="dxa"/>
            </w:tcMar>
            <w:vAlign w:val="center"/>
          </w:tcPr>
          <w:p w14:paraId="1CBEA96E" w14:textId="77777777" w:rsidR="00865365" w:rsidRDefault="00000000">
            <w:pPr>
              <w:spacing w:after="0" w:line="240" w:lineRule="auto"/>
            </w:pPr>
            <w:r>
              <w:rPr>
                <w:sz w:val="15"/>
              </w:rPr>
              <w:t>8.2.1–8.2.3</w:t>
            </w:r>
          </w:p>
        </w:tc>
      </w:tr>
      <w:tr w:rsidR="00865365" w14:paraId="4A1652CB" w14:textId="77777777">
        <w:trPr>
          <w:cantSplit/>
          <w:jc w:val="center"/>
        </w:trPr>
        <w:tc>
          <w:tcPr>
            <w:tcW w:w="2721" w:type="dxa"/>
            <w:shd w:val="clear" w:color="auto" w:fill="FFFFFF"/>
            <w:tcMar>
              <w:top w:w="70" w:type="dxa"/>
              <w:left w:w="85" w:type="dxa"/>
              <w:bottom w:w="70" w:type="dxa"/>
              <w:right w:w="85" w:type="dxa"/>
            </w:tcMar>
            <w:vAlign w:val="center"/>
          </w:tcPr>
          <w:p w14:paraId="39C6C935" w14:textId="77777777" w:rsidR="00865365" w:rsidRDefault="00000000">
            <w:pPr>
              <w:spacing w:after="0" w:line="240" w:lineRule="auto"/>
            </w:pPr>
            <w:r>
              <w:rPr>
                <w:sz w:val="15"/>
              </w:rPr>
              <w:t>Audit intern și acceptarea produsului</w:t>
            </w:r>
          </w:p>
        </w:tc>
        <w:tc>
          <w:tcPr>
            <w:tcW w:w="5783" w:type="dxa"/>
            <w:shd w:val="clear" w:color="auto" w:fill="FFFFFF"/>
            <w:tcMar>
              <w:top w:w="70" w:type="dxa"/>
              <w:left w:w="85" w:type="dxa"/>
              <w:bottom w:w="70" w:type="dxa"/>
              <w:right w:w="85" w:type="dxa"/>
            </w:tcMar>
            <w:vAlign w:val="center"/>
          </w:tcPr>
          <w:p w14:paraId="1A21C9E0" w14:textId="77777777" w:rsidR="00865365" w:rsidRPr="000E298F" w:rsidRDefault="00000000">
            <w:pPr>
              <w:spacing w:after="0" w:line="240" w:lineRule="auto"/>
              <w:rPr>
                <w:lang w:val="fr-FR"/>
              </w:rPr>
            </w:pPr>
            <w:r w:rsidRPr="000E298F">
              <w:rPr>
                <w:sz w:val="15"/>
                <w:lang w:val="fr-FR"/>
              </w:rPr>
              <w:t>Procedură/înregistrări de audit și dovezi ale conformității produsului.</w:t>
            </w:r>
          </w:p>
        </w:tc>
        <w:tc>
          <w:tcPr>
            <w:tcW w:w="1417" w:type="dxa"/>
            <w:shd w:val="clear" w:color="auto" w:fill="FFFFFF"/>
            <w:tcMar>
              <w:top w:w="70" w:type="dxa"/>
              <w:left w:w="85" w:type="dxa"/>
              <w:bottom w:w="70" w:type="dxa"/>
              <w:right w:w="85" w:type="dxa"/>
            </w:tcMar>
            <w:vAlign w:val="center"/>
          </w:tcPr>
          <w:p w14:paraId="1D4A6521" w14:textId="77777777" w:rsidR="00865365" w:rsidRDefault="00000000">
            <w:pPr>
              <w:spacing w:after="0" w:line="240" w:lineRule="auto"/>
            </w:pPr>
            <w:r>
              <w:rPr>
                <w:sz w:val="15"/>
              </w:rPr>
              <w:t>8.2.4 / 8.2.6</w:t>
            </w:r>
          </w:p>
        </w:tc>
      </w:tr>
      <w:tr w:rsidR="00865365" w14:paraId="06F18DC6" w14:textId="77777777">
        <w:trPr>
          <w:cantSplit/>
          <w:jc w:val="center"/>
        </w:trPr>
        <w:tc>
          <w:tcPr>
            <w:tcW w:w="2721" w:type="dxa"/>
            <w:shd w:val="clear" w:color="auto" w:fill="FAFAFA"/>
            <w:tcMar>
              <w:top w:w="70" w:type="dxa"/>
              <w:left w:w="85" w:type="dxa"/>
              <w:bottom w:w="70" w:type="dxa"/>
              <w:right w:w="85" w:type="dxa"/>
            </w:tcMar>
            <w:vAlign w:val="center"/>
          </w:tcPr>
          <w:p w14:paraId="55730B3D" w14:textId="77777777" w:rsidR="00865365" w:rsidRDefault="00000000">
            <w:pPr>
              <w:spacing w:after="0" w:line="240" w:lineRule="auto"/>
            </w:pPr>
            <w:r>
              <w:rPr>
                <w:sz w:val="15"/>
              </w:rPr>
              <w:t>Produs neconform și rework</w:t>
            </w:r>
          </w:p>
        </w:tc>
        <w:tc>
          <w:tcPr>
            <w:tcW w:w="5783" w:type="dxa"/>
            <w:shd w:val="clear" w:color="auto" w:fill="FAFAFA"/>
            <w:tcMar>
              <w:top w:w="70" w:type="dxa"/>
              <w:left w:w="85" w:type="dxa"/>
              <w:bottom w:w="70" w:type="dxa"/>
              <w:right w:w="85" w:type="dxa"/>
            </w:tcMar>
            <w:vAlign w:val="center"/>
          </w:tcPr>
          <w:p w14:paraId="398306AA" w14:textId="77777777" w:rsidR="00865365" w:rsidRDefault="00000000">
            <w:pPr>
              <w:spacing w:after="0" w:line="240" w:lineRule="auto"/>
            </w:pPr>
            <w:r>
              <w:rPr>
                <w:sz w:val="15"/>
              </w:rPr>
              <w:t>Proceduri și înregistrări pentru control, concesii, acțiuni post-livrare și reprocesare.</w:t>
            </w:r>
          </w:p>
        </w:tc>
        <w:tc>
          <w:tcPr>
            <w:tcW w:w="1417" w:type="dxa"/>
            <w:shd w:val="clear" w:color="auto" w:fill="FAFAFA"/>
            <w:tcMar>
              <w:top w:w="70" w:type="dxa"/>
              <w:left w:w="85" w:type="dxa"/>
              <w:bottom w:w="70" w:type="dxa"/>
              <w:right w:w="85" w:type="dxa"/>
            </w:tcMar>
            <w:vAlign w:val="center"/>
          </w:tcPr>
          <w:p w14:paraId="72A389FC" w14:textId="77777777" w:rsidR="00865365" w:rsidRDefault="00000000">
            <w:pPr>
              <w:spacing w:after="0" w:line="240" w:lineRule="auto"/>
            </w:pPr>
            <w:r>
              <w:rPr>
                <w:sz w:val="15"/>
              </w:rPr>
              <w:t>8.3</w:t>
            </w:r>
          </w:p>
        </w:tc>
      </w:tr>
      <w:tr w:rsidR="00865365" w14:paraId="3440F152" w14:textId="77777777">
        <w:trPr>
          <w:cantSplit/>
          <w:jc w:val="center"/>
        </w:trPr>
        <w:tc>
          <w:tcPr>
            <w:tcW w:w="2721" w:type="dxa"/>
            <w:shd w:val="clear" w:color="auto" w:fill="FFFFFF"/>
            <w:tcMar>
              <w:top w:w="70" w:type="dxa"/>
              <w:left w:w="85" w:type="dxa"/>
              <w:bottom w:w="70" w:type="dxa"/>
              <w:right w:w="85" w:type="dxa"/>
            </w:tcMar>
            <w:vAlign w:val="center"/>
          </w:tcPr>
          <w:p w14:paraId="7BD896E7" w14:textId="77777777" w:rsidR="00865365" w:rsidRDefault="00000000">
            <w:pPr>
              <w:spacing w:after="0" w:line="240" w:lineRule="auto"/>
            </w:pPr>
            <w:r>
              <w:rPr>
                <w:sz w:val="15"/>
              </w:rPr>
              <w:t>Analiza datelor, CAPA și acțiuni preventive</w:t>
            </w:r>
          </w:p>
        </w:tc>
        <w:tc>
          <w:tcPr>
            <w:tcW w:w="5783" w:type="dxa"/>
            <w:shd w:val="clear" w:color="auto" w:fill="FFFFFF"/>
            <w:tcMar>
              <w:top w:w="70" w:type="dxa"/>
              <w:left w:w="85" w:type="dxa"/>
              <w:bottom w:w="70" w:type="dxa"/>
              <w:right w:w="85" w:type="dxa"/>
            </w:tcMar>
            <w:vAlign w:val="center"/>
          </w:tcPr>
          <w:p w14:paraId="3F22220A" w14:textId="77777777" w:rsidR="00865365" w:rsidRDefault="00000000">
            <w:pPr>
              <w:spacing w:after="0" w:line="240" w:lineRule="auto"/>
            </w:pPr>
            <w:r>
              <w:rPr>
                <w:sz w:val="15"/>
              </w:rPr>
              <w:t>Proceduri documentate și înregistrări ale analizelor și acțiunilor.</w:t>
            </w:r>
          </w:p>
        </w:tc>
        <w:tc>
          <w:tcPr>
            <w:tcW w:w="1417" w:type="dxa"/>
            <w:shd w:val="clear" w:color="auto" w:fill="FFFFFF"/>
            <w:tcMar>
              <w:top w:w="70" w:type="dxa"/>
              <w:left w:w="85" w:type="dxa"/>
              <w:bottom w:w="70" w:type="dxa"/>
              <w:right w:w="85" w:type="dxa"/>
            </w:tcMar>
            <w:vAlign w:val="center"/>
          </w:tcPr>
          <w:p w14:paraId="1B80B8DF" w14:textId="77777777" w:rsidR="00865365" w:rsidRDefault="00000000">
            <w:pPr>
              <w:spacing w:after="0" w:line="240" w:lineRule="auto"/>
            </w:pPr>
            <w:r>
              <w:rPr>
                <w:sz w:val="15"/>
              </w:rPr>
              <w:t>8.4 / 8.5.2–8.5.3</w:t>
            </w:r>
          </w:p>
        </w:tc>
      </w:tr>
    </w:tbl>
    <w:p w14:paraId="3A769402" w14:textId="77777777" w:rsidR="00865365" w:rsidRDefault="00865365">
      <w:pPr>
        <w:spacing w:after="20"/>
      </w:pPr>
    </w:p>
    <w:p w14:paraId="7218D38F" w14:textId="77777777" w:rsidR="00865365" w:rsidRDefault="00000000">
      <w:pPr>
        <w:pStyle w:val="Heading2"/>
      </w:pPr>
      <w:r>
        <w:t>Documente condiționale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835"/>
        <w:gridCol w:w="4195"/>
        <w:gridCol w:w="2891"/>
      </w:tblGrid>
      <w:tr w:rsidR="00865365" w14:paraId="7B1049AF" w14:textId="77777777">
        <w:trPr>
          <w:tblHeader/>
          <w:jc w:val="center"/>
        </w:trPr>
        <w:tc>
          <w:tcPr>
            <w:tcW w:w="2835" w:type="dxa"/>
            <w:shd w:val="clear" w:color="auto" w:fill="D71920"/>
            <w:tcMar>
              <w:top w:w="70" w:type="dxa"/>
              <w:left w:w="85" w:type="dxa"/>
              <w:bottom w:w="70" w:type="dxa"/>
              <w:right w:w="85" w:type="dxa"/>
            </w:tcMar>
            <w:vAlign w:val="center"/>
          </w:tcPr>
          <w:p w14:paraId="3D79160D" w14:textId="77777777" w:rsidR="00865365" w:rsidRDefault="00000000">
            <w:pPr>
              <w:spacing w:after="0" w:line="240" w:lineRule="auto"/>
              <w:jc w:val="center"/>
            </w:pPr>
            <w:r>
              <w:rPr>
                <w:b/>
                <w:color w:val="FFFFFF"/>
                <w:sz w:val="15"/>
              </w:rPr>
              <w:t>DOCUMENT / DOVADĂ</w:t>
            </w:r>
          </w:p>
        </w:tc>
        <w:tc>
          <w:tcPr>
            <w:tcW w:w="4195" w:type="dxa"/>
            <w:shd w:val="clear" w:color="auto" w:fill="D71920"/>
            <w:tcMar>
              <w:top w:w="70" w:type="dxa"/>
              <w:left w:w="85" w:type="dxa"/>
              <w:bottom w:w="70" w:type="dxa"/>
              <w:right w:w="85" w:type="dxa"/>
            </w:tcMar>
            <w:vAlign w:val="center"/>
          </w:tcPr>
          <w:p w14:paraId="694FC95C" w14:textId="77777777" w:rsidR="00865365" w:rsidRDefault="00000000">
            <w:pPr>
              <w:spacing w:after="0" w:line="240" w:lineRule="auto"/>
              <w:jc w:val="center"/>
            </w:pPr>
            <w:r>
              <w:rPr>
                <w:b/>
                <w:color w:val="FFFFFF"/>
                <w:sz w:val="15"/>
              </w:rPr>
              <w:t>CÂND DEVINE NECESAR</w:t>
            </w:r>
          </w:p>
        </w:tc>
        <w:tc>
          <w:tcPr>
            <w:tcW w:w="2891" w:type="dxa"/>
            <w:shd w:val="clear" w:color="auto" w:fill="D71920"/>
            <w:tcMar>
              <w:top w:w="70" w:type="dxa"/>
              <w:left w:w="85" w:type="dxa"/>
              <w:bottom w:w="70" w:type="dxa"/>
              <w:right w:w="85" w:type="dxa"/>
            </w:tcMar>
            <w:vAlign w:val="center"/>
          </w:tcPr>
          <w:p w14:paraId="34ECCA0E" w14:textId="77777777" w:rsidR="00865365" w:rsidRDefault="00000000">
            <w:pPr>
              <w:spacing w:after="0" w:line="240" w:lineRule="auto"/>
              <w:jc w:val="center"/>
            </w:pPr>
            <w:r>
              <w:rPr>
                <w:b/>
                <w:color w:val="FFFFFF"/>
                <w:sz w:val="15"/>
              </w:rPr>
              <w:t>BAZA DECIZIEI</w:t>
            </w:r>
          </w:p>
        </w:tc>
      </w:tr>
      <w:tr w:rsidR="00865365" w14:paraId="14B6CDD7" w14:textId="77777777">
        <w:trPr>
          <w:cantSplit/>
          <w:jc w:val="center"/>
        </w:trPr>
        <w:tc>
          <w:tcPr>
            <w:tcW w:w="2835" w:type="dxa"/>
            <w:shd w:val="clear" w:color="auto" w:fill="FFFFFF"/>
            <w:tcMar>
              <w:top w:w="70" w:type="dxa"/>
              <w:left w:w="85" w:type="dxa"/>
              <w:bottom w:w="70" w:type="dxa"/>
              <w:right w:w="85" w:type="dxa"/>
            </w:tcMar>
            <w:vAlign w:val="center"/>
          </w:tcPr>
          <w:p w14:paraId="3AE7AD2B" w14:textId="77777777" w:rsidR="00865365" w:rsidRDefault="00000000">
            <w:pPr>
              <w:spacing w:after="0" w:line="240" w:lineRule="auto"/>
            </w:pPr>
            <w:r>
              <w:rPr>
                <w:sz w:val="15"/>
              </w:rPr>
              <w:t>Proceduri pentru dispozitive sterile</w:t>
            </w:r>
          </w:p>
        </w:tc>
        <w:tc>
          <w:tcPr>
            <w:tcW w:w="4195" w:type="dxa"/>
            <w:shd w:val="clear" w:color="auto" w:fill="FFFFFF"/>
            <w:tcMar>
              <w:top w:w="70" w:type="dxa"/>
              <w:left w:w="85" w:type="dxa"/>
              <w:bottom w:w="70" w:type="dxa"/>
              <w:right w:w="85" w:type="dxa"/>
            </w:tcMar>
            <w:vAlign w:val="center"/>
          </w:tcPr>
          <w:p w14:paraId="64EB285B" w14:textId="77777777" w:rsidR="00865365" w:rsidRDefault="00000000">
            <w:pPr>
              <w:spacing w:after="0" w:line="240" w:lineRule="auto"/>
            </w:pPr>
            <w:r>
              <w:rPr>
                <w:sz w:val="15"/>
              </w:rPr>
              <w:t>Organizația produce sau controlează produse sterile.</w:t>
            </w:r>
          </w:p>
        </w:tc>
        <w:tc>
          <w:tcPr>
            <w:tcW w:w="2891" w:type="dxa"/>
            <w:shd w:val="clear" w:color="auto" w:fill="FFFFFF"/>
            <w:tcMar>
              <w:top w:w="70" w:type="dxa"/>
              <w:left w:w="85" w:type="dxa"/>
              <w:bottom w:w="70" w:type="dxa"/>
              <w:right w:w="85" w:type="dxa"/>
            </w:tcMar>
            <w:vAlign w:val="center"/>
          </w:tcPr>
          <w:p w14:paraId="2C780DD1" w14:textId="77777777" w:rsidR="00865365" w:rsidRDefault="00000000">
            <w:pPr>
              <w:spacing w:after="0" w:line="240" w:lineRule="auto"/>
            </w:pPr>
            <w:r>
              <w:rPr>
                <w:sz w:val="15"/>
              </w:rPr>
              <w:t>7.5.5–7.5.7 și cerințe reglementare</w:t>
            </w:r>
          </w:p>
        </w:tc>
      </w:tr>
      <w:tr w:rsidR="00865365" w14:paraId="0DEE7FCE" w14:textId="77777777">
        <w:trPr>
          <w:cantSplit/>
          <w:jc w:val="center"/>
        </w:trPr>
        <w:tc>
          <w:tcPr>
            <w:tcW w:w="2835" w:type="dxa"/>
            <w:shd w:val="clear" w:color="auto" w:fill="FAFAFA"/>
            <w:tcMar>
              <w:top w:w="70" w:type="dxa"/>
              <w:left w:w="85" w:type="dxa"/>
              <w:bottom w:w="70" w:type="dxa"/>
              <w:right w:w="85" w:type="dxa"/>
            </w:tcMar>
            <w:vAlign w:val="center"/>
          </w:tcPr>
          <w:p w14:paraId="44036C73" w14:textId="77777777" w:rsidR="00865365" w:rsidRDefault="00000000">
            <w:pPr>
              <w:spacing w:after="0" w:line="240" w:lineRule="auto"/>
            </w:pPr>
            <w:r>
              <w:rPr>
                <w:sz w:val="15"/>
              </w:rPr>
              <w:t>Trasabilitate extinsă pentru implantabile</w:t>
            </w:r>
          </w:p>
        </w:tc>
        <w:tc>
          <w:tcPr>
            <w:tcW w:w="4195" w:type="dxa"/>
            <w:shd w:val="clear" w:color="auto" w:fill="FAFAFA"/>
            <w:tcMar>
              <w:top w:w="70" w:type="dxa"/>
              <w:left w:w="85" w:type="dxa"/>
              <w:bottom w:w="70" w:type="dxa"/>
              <w:right w:w="85" w:type="dxa"/>
            </w:tcMar>
            <w:vAlign w:val="center"/>
          </w:tcPr>
          <w:p w14:paraId="52644C39" w14:textId="77777777" w:rsidR="00865365" w:rsidRPr="000E298F" w:rsidRDefault="00000000">
            <w:pPr>
              <w:spacing w:after="0" w:line="240" w:lineRule="auto"/>
              <w:rPr>
                <w:lang w:val="fr-FR"/>
              </w:rPr>
            </w:pPr>
            <w:r w:rsidRPr="000E298F">
              <w:rPr>
                <w:sz w:val="15"/>
                <w:lang w:val="fr-FR"/>
              </w:rPr>
              <w:t>Dispozitive implantabile sau alte categorii cu cerințe speciale.</w:t>
            </w:r>
          </w:p>
        </w:tc>
        <w:tc>
          <w:tcPr>
            <w:tcW w:w="2891" w:type="dxa"/>
            <w:shd w:val="clear" w:color="auto" w:fill="FAFAFA"/>
            <w:tcMar>
              <w:top w:w="70" w:type="dxa"/>
              <w:left w:w="85" w:type="dxa"/>
              <w:bottom w:w="70" w:type="dxa"/>
              <w:right w:w="85" w:type="dxa"/>
            </w:tcMar>
            <w:vAlign w:val="center"/>
          </w:tcPr>
          <w:p w14:paraId="6CCCF561" w14:textId="77777777" w:rsidR="00865365" w:rsidRDefault="00000000">
            <w:pPr>
              <w:spacing w:after="0" w:line="240" w:lineRule="auto"/>
            </w:pPr>
            <w:r>
              <w:rPr>
                <w:sz w:val="15"/>
              </w:rPr>
              <w:t>7.5.9.2 și legislație</w:t>
            </w:r>
          </w:p>
        </w:tc>
      </w:tr>
      <w:tr w:rsidR="00865365" w14:paraId="6E7BA5C1" w14:textId="77777777">
        <w:trPr>
          <w:cantSplit/>
          <w:jc w:val="center"/>
        </w:trPr>
        <w:tc>
          <w:tcPr>
            <w:tcW w:w="2835" w:type="dxa"/>
            <w:shd w:val="clear" w:color="auto" w:fill="FFFFFF"/>
            <w:tcMar>
              <w:top w:w="70" w:type="dxa"/>
              <w:left w:w="85" w:type="dxa"/>
              <w:bottom w:w="70" w:type="dxa"/>
              <w:right w:w="85" w:type="dxa"/>
            </w:tcMar>
            <w:vAlign w:val="center"/>
          </w:tcPr>
          <w:p w14:paraId="11A9B52A" w14:textId="77777777" w:rsidR="00865365" w:rsidRDefault="00000000">
            <w:pPr>
              <w:spacing w:after="0" w:line="240" w:lineRule="auto"/>
            </w:pPr>
            <w:r>
              <w:rPr>
                <w:sz w:val="15"/>
              </w:rPr>
              <w:t>Instalare și service</w:t>
            </w:r>
          </w:p>
        </w:tc>
        <w:tc>
          <w:tcPr>
            <w:tcW w:w="4195" w:type="dxa"/>
            <w:shd w:val="clear" w:color="auto" w:fill="FFFFFF"/>
            <w:tcMar>
              <w:top w:w="70" w:type="dxa"/>
              <w:left w:w="85" w:type="dxa"/>
              <w:bottom w:w="70" w:type="dxa"/>
              <w:right w:w="85" w:type="dxa"/>
            </w:tcMar>
            <w:vAlign w:val="center"/>
          </w:tcPr>
          <w:p w14:paraId="3697CFFE" w14:textId="77777777" w:rsidR="00865365" w:rsidRDefault="00000000">
            <w:pPr>
              <w:spacing w:after="0" w:line="240" w:lineRule="auto"/>
            </w:pPr>
            <w:r>
              <w:rPr>
                <w:sz w:val="15"/>
              </w:rPr>
              <w:t>Aceste activități sunt cerințe specificate ale produsului.</w:t>
            </w:r>
          </w:p>
        </w:tc>
        <w:tc>
          <w:tcPr>
            <w:tcW w:w="2891" w:type="dxa"/>
            <w:shd w:val="clear" w:color="auto" w:fill="FFFFFF"/>
            <w:tcMar>
              <w:top w:w="70" w:type="dxa"/>
              <w:left w:w="85" w:type="dxa"/>
              <w:bottom w:w="70" w:type="dxa"/>
              <w:right w:w="85" w:type="dxa"/>
            </w:tcMar>
            <w:vAlign w:val="center"/>
          </w:tcPr>
          <w:p w14:paraId="791324E7" w14:textId="77777777" w:rsidR="00865365" w:rsidRDefault="00000000">
            <w:pPr>
              <w:spacing w:after="0" w:line="240" w:lineRule="auto"/>
            </w:pPr>
            <w:r>
              <w:rPr>
                <w:sz w:val="15"/>
              </w:rPr>
              <w:t>7.5.3–7.5.4</w:t>
            </w:r>
          </w:p>
        </w:tc>
      </w:tr>
      <w:tr w:rsidR="00865365" w14:paraId="028F6D6C" w14:textId="77777777">
        <w:trPr>
          <w:cantSplit/>
          <w:jc w:val="center"/>
        </w:trPr>
        <w:tc>
          <w:tcPr>
            <w:tcW w:w="2835" w:type="dxa"/>
            <w:shd w:val="clear" w:color="auto" w:fill="FAFAFA"/>
            <w:tcMar>
              <w:top w:w="70" w:type="dxa"/>
              <w:left w:w="85" w:type="dxa"/>
              <w:bottom w:w="70" w:type="dxa"/>
              <w:right w:w="85" w:type="dxa"/>
            </w:tcMar>
            <w:vAlign w:val="center"/>
          </w:tcPr>
          <w:p w14:paraId="1892D66D" w14:textId="77777777" w:rsidR="00865365" w:rsidRDefault="00000000">
            <w:pPr>
              <w:spacing w:after="0" w:line="240" w:lineRule="auto"/>
            </w:pPr>
            <w:r>
              <w:rPr>
                <w:sz w:val="15"/>
              </w:rPr>
              <w:lastRenderedPageBreak/>
              <w:t>Controlul contaminării și curățeniei</w:t>
            </w:r>
          </w:p>
        </w:tc>
        <w:tc>
          <w:tcPr>
            <w:tcW w:w="4195" w:type="dxa"/>
            <w:shd w:val="clear" w:color="auto" w:fill="FAFAFA"/>
            <w:tcMar>
              <w:top w:w="70" w:type="dxa"/>
              <w:left w:w="85" w:type="dxa"/>
              <w:bottom w:w="70" w:type="dxa"/>
              <w:right w:w="85" w:type="dxa"/>
            </w:tcMar>
            <w:vAlign w:val="center"/>
          </w:tcPr>
          <w:p w14:paraId="5438CA12" w14:textId="77777777" w:rsidR="00865365" w:rsidRDefault="00000000">
            <w:pPr>
              <w:spacing w:after="0" w:line="240" w:lineRule="auto"/>
            </w:pPr>
            <w:r>
              <w:rPr>
                <w:sz w:val="15"/>
              </w:rPr>
              <w:t>Curățenia, biocontaminarea sau particulele influențează produsul.</w:t>
            </w:r>
          </w:p>
        </w:tc>
        <w:tc>
          <w:tcPr>
            <w:tcW w:w="2891" w:type="dxa"/>
            <w:shd w:val="clear" w:color="auto" w:fill="FAFAFA"/>
            <w:tcMar>
              <w:top w:w="70" w:type="dxa"/>
              <w:left w:w="85" w:type="dxa"/>
              <w:bottom w:w="70" w:type="dxa"/>
              <w:right w:w="85" w:type="dxa"/>
            </w:tcMar>
            <w:vAlign w:val="center"/>
          </w:tcPr>
          <w:p w14:paraId="21ACF067" w14:textId="77777777" w:rsidR="00865365" w:rsidRDefault="00000000">
            <w:pPr>
              <w:spacing w:after="0" w:line="240" w:lineRule="auto"/>
            </w:pPr>
            <w:r>
              <w:rPr>
                <w:sz w:val="15"/>
              </w:rPr>
              <w:t>6.4 / 7.5.2</w:t>
            </w:r>
          </w:p>
        </w:tc>
      </w:tr>
      <w:tr w:rsidR="00865365" w14:paraId="56AD67A6" w14:textId="77777777">
        <w:trPr>
          <w:cantSplit/>
          <w:jc w:val="center"/>
        </w:trPr>
        <w:tc>
          <w:tcPr>
            <w:tcW w:w="2835" w:type="dxa"/>
            <w:shd w:val="clear" w:color="auto" w:fill="FFFFFF"/>
            <w:tcMar>
              <w:top w:w="70" w:type="dxa"/>
              <w:left w:w="85" w:type="dxa"/>
              <w:bottom w:w="70" w:type="dxa"/>
              <w:right w:w="85" w:type="dxa"/>
            </w:tcMar>
            <w:vAlign w:val="center"/>
          </w:tcPr>
          <w:p w14:paraId="53657F15" w14:textId="77777777" w:rsidR="00865365" w:rsidRDefault="00000000">
            <w:pPr>
              <w:spacing w:after="0" w:line="240" w:lineRule="auto"/>
            </w:pPr>
            <w:r>
              <w:rPr>
                <w:sz w:val="15"/>
              </w:rPr>
              <w:t>Validarea proceselor speciale</w:t>
            </w:r>
          </w:p>
        </w:tc>
        <w:tc>
          <w:tcPr>
            <w:tcW w:w="4195" w:type="dxa"/>
            <w:shd w:val="clear" w:color="auto" w:fill="FFFFFF"/>
            <w:tcMar>
              <w:top w:w="70" w:type="dxa"/>
              <w:left w:w="85" w:type="dxa"/>
              <w:bottom w:w="70" w:type="dxa"/>
              <w:right w:w="85" w:type="dxa"/>
            </w:tcMar>
            <w:vAlign w:val="center"/>
          </w:tcPr>
          <w:p w14:paraId="77C920F8" w14:textId="77777777" w:rsidR="00865365" w:rsidRDefault="00000000">
            <w:pPr>
              <w:spacing w:after="0" w:line="240" w:lineRule="auto"/>
            </w:pPr>
            <w:r>
              <w:rPr>
                <w:sz w:val="15"/>
              </w:rPr>
              <w:t>Rezultatul nu poate fi verificat complet ulterior.</w:t>
            </w:r>
          </w:p>
        </w:tc>
        <w:tc>
          <w:tcPr>
            <w:tcW w:w="2891" w:type="dxa"/>
            <w:shd w:val="clear" w:color="auto" w:fill="FFFFFF"/>
            <w:tcMar>
              <w:top w:w="70" w:type="dxa"/>
              <w:left w:w="85" w:type="dxa"/>
              <w:bottom w:w="70" w:type="dxa"/>
              <w:right w:w="85" w:type="dxa"/>
            </w:tcMar>
            <w:vAlign w:val="center"/>
          </w:tcPr>
          <w:p w14:paraId="7A02C0DA" w14:textId="77777777" w:rsidR="00865365" w:rsidRDefault="00000000">
            <w:pPr>
              <w:spacing w:after="0" w:line="240" w:lineRule="auto"/>
            </w:pPr>
            <w:r>
              <w:rPr>
                <w:sz w:val="15"/>
              </w:rPr>
              <w:t>7.5.6</w:t>
            </w:r>
          </w:p>
        </w:tc>
      </w:tr>
      <w:tr w:rsidR="00865365" w14:paraId="11C146BB" w14:textId="77777777">
        <w:trPr>
          <w:cantSplit/>
          <w:jc w:val="center"/>
        </w:trPr>
        <w:tc>
          <w:tcPr>
            <w:tcW w:w="2835" w:type="dxa"/>
            <w:shd w:val="clear" w:color="auto" w:fill="FAFAFA"/>
            <w:tcMar>
              <w:top w:w="70" w:type="dxa"/>
              <w:left w:w="85" w:type="dxa"/>
              <w:bottom w:w="70" w:type="dxa"/>
              <w:right w:w="85" w:type="dxa"/>
            </w:tcMar>
            <w:vAlign w:val="center"/>
          </w:tcPr>
          <w:p w14:paraId="556E4044" w14:textId="77777777" w:rsidR="00865365" w:rsidRDefault="00000000">
            <w:pPr>
              <w:spacing w:after="0" w:line="240" w:lineRule="auto"/>
            </w:pPr>
            <w:r>
              <w:rPr>
                <w:sz w:val="15"/>
              </w:rPr>
              <w:t>Validarea software-ului QMS și producție</w:t>
            </w:r>
          </w:p>
        </w:tc>
        <w:tc>
          <w:tcPr>
            <w:tcW w:w="4195" w:type="dxa"/>
            <w:shd w:val="clear" w:color="auto" w:fill="FAFAFA"/>
            <w:tcMar>
              <w:top w:w="70" w:type="dxa"/>
              <w:left w:w="85" w:type="dxa"/>
              <w:bottom w:w="70" w:type="dxa"/>
              <w:right w:w="85" w:type="dxa"/>
            </w:tcMar>
            <w:vAlign w:val="center"/>
          </w:tcPr>
          <w:p w14:paraId="01A45F4D" w14:textId="77777777" w:rsidR="00865365" w:rsidRDefault="00000000">
            <w:pPr>
              <w:spacing w:after="0" w:line="240" w:lineRule="auto"/>
            </w:pPr>
            <w:r>
              <w:rPr>
                <w:sz w:val="15"/>
              </w:rPr>
              <w:t>Software-ul este folosit în QMS, producție sau măsurare.</w:t>
            </w:r>
          </w:p>
        </w:tc>
        <w:tc>
          <w:tcPr>
            <w:tcW w:w="2891" w:type="dxa"/>
            <w:shd w:val="clear" w:color="auto" w:fill="FAFAFA"/>
            <w:tcMar>
              <w:top w:w="70" w:type="dxa"/>
              <w:left w:w="85" w:type="dxa"/>
              <w:bottom w:w="70" w:type="dxa"/>
              <w:right w:w="85" w:type="dxa"/>
            </w:tcMar>
            <w:vAlign w:val="center"/>
          </w:tcPr>
          <w:p w14:paraId="19E8C459" w14:textId="77777777" w:rsidR="00865365" w:rsidRDefault="00000000">
            <w:pPr>
              <w:spacing w:after="0" w:line="240" w:lineRule="auto"/>
            </w:pPr>
            <w:r>
              <w:rPr>
                <w:sz w:val="15"/>
              </w:rPr>
              <w:t>4.1.6 / 7.5.6 / 7.6</w:t>
            </w:r>
          </w:p>
        </w:tc>
      </w:tr>
      <w:tr w:rsidR="00865365" w14:paraId="375AD1CB" w14:textId="77777777">
        <w:trPr>
          <w:cantSplit/>
          <w:jc w:val="center"/>
        </w:trPr>
        <w:tc>
          <w:tcPr>
            <w:tcW w:w="2835" w:type="dxa"/>
            <w:shd w:val="clear" w:color="auto" w:fill="FFFFFF"/>
            <w:tcMar>
              <w:top w:w="70" w:type="dxa"/>
              <w:left w:w="85" w:type="dxa"/>
              <w:bottom w:w="70" w:type="dxa"/>
              <w:right w:w="85" w:type="dxa"/>
            </w:tcMar>
            <w:vAlign w:val="center"/>
          </w:tcPr>
          <w:p w14:paraId="3EC31BFC" w14:textId="77777777" w:rsidR="00865365" w:rsidRDefault="00000000">
            <w:pPr>
              <w:spacing w:after="0" w:line="240" w:lineRule="auto"/>
            </w:pPr>
            <w:r>
              <w:rPr>
                <w:sz w:val="15"/>
              </w:rPr>
              <w:t>Advisory notices / field actions</w:t>
            </w:r>
          </w:p>
        </w:tc>
        <w:tc>
          <w:tcPr>
            <w:tcW w:w="4195" w:type="dxa"/>
            <w:shd w:val="clear" w:color="auto" w:fill="FFFFFF"/>
            <w:tcMar>
              <w:top w:w="70" w:type="dxa"/>
              <w:left w:w="85" w:type="dxa"/>
              <w:bottom w:w="70" w:type="dxa"/>
              <w:right w:w="85" w:type="dxa"/>
            </w:tcMar>
            <w:vAlign w:val="center"/>
          </w:tcPr>
          <w:p w14:paraId="5E155C89" w14:textId="77777777" w:rsidR="00865365" w:rsidRDefault="00000000">
            <w:pPr>
              <w:spacing w:after="0" w:line="240" w:lineRule="auto"/>
            </w:pPr>
            <w:r>
              <w:rPr>
                <w:sz w:val="15"/>
              </w:rPr>
              <w:t>Reglementările și produsul pot necesita acțiuni în teren.</w:t>
            </w:r>
          </w:p>
        </w:tc>
        <w:tc>
          <w:tcPr>
            <w:tcW w:w="2891" w:type="dxa"/>
            <w:shd w:val="clear" w:color="auto" w:fill="FFFFFF"/>
            <w:tcMar>
              <w:top w:w="70" w:type="dxa"/>
              <w:left w:w="85" w:type="dxa"/>
              <w:bottom w:w="70" w:type="dxa"/>
              <w:right w:w="85" w:type="dxa"/>
            </w:tcMar>
            <w:vAlign w:val="center"/>
          </w:tcPr>
          <w:p w14:paraId="748BEEF3" w14:textId="77777777" w:rsidR="00865365" w:rsidRDefault="00000000">
            <w:pPr>
              <w:spacing w:after="0" w:line="240" w:lineRule="auto"/>
            </w:pPr>
            <w:r>
              <w:rPr>
                <w:sz w:val="15"/>
              </w:rPr>
              <w:t>8.2.3 / 8.3.3 și legislație</w:t>
            </w:r>
          </w:p>
        </w:tc>
      </w:tr>
      <w:tr w:rsidR="00865365" w14:paraId="26DE7BFF" w14:textId="77777777">
        <w:trPr>
          <w:cantSplit/>
          <w:jc w:val="center"/>
        </w:trPr>
        <w:tc>
          <w:tcPr>
            <w:tcW w:w="2835" w:type="dxa"/>
            <w:shd w:val="clear" w:color="auto" w:fill="FAFAFA"/>
            <w:tcMar>
              <w:top w:w="70" w:type="dxa"/>
              <w:left w:w="85" w:type="dxa"/>
              <w:bottom w:w="70" w:type="dxa"/>
              <w:right w:w="85" w:type="dxa"/>
            </w:tcMar>
            <w:vAlign w:val="center"/>
          </w:tcPr>
          <w:p w14:paraId="322F39C8" w14:textId="77777777" w:rsidR="00865365" w:rsidRDefault="00000000">
            <w:pPr>
              <w:spacing w:after="0" w:line="240" w:lineRule="auto"/>
            </w:pPr>
            <w:r>
              <w:rPr>
                <w:sz w:val="15"/>
              </w:rPr>
              <w:t>UDI și înregistrări piață</w:t>
            </w:r>
          </w:p>
        </w:tc>
        <w:tc>
          <w:tcPr>
            <w:tcW w:w="4195" w:type="dxa"/>
            <w:shd w:val="clear" w:color="auto" w:fill="FAFAFA"/>
            <w:tcMar>
              <w:top w:w="70" w:type="dxa"/>
              <w:left w:w="85" w:type="dxa"/>
              <w:bottom w:w="70" w:type="dxa"/>
              <w:right w:w="85" w:type="dxa"/>
            </w:tcMar>
            <w:vAlign w:val="center"/>
          </w:tcPr>
          <w:p w14:paraId="58C869BF" w14:textId="77777777" w:rsidR="00865365" w:rsidRDefault="00000000">
            <w:pPr>
              <w:spacing w:after="0" w:line="240" w:lineRule="auto"/>
            </w:pPr>
            <w:r>
              <w:rPr>
                <w:sz w:val="15"/>
              </w:rPr>
              <w:t>Piața/jurisdicția impune identificare și înregistrare specifice.</w:t>
            </w:r>
          </w:p>
        </w:tc>
        <w:tc>
          <w:tcPr>
            <w:tcW w:w="2891" w:type="dxa"/>
            <w:shd w:val="clear" w:color="auto" w:fill="FAFAFA"/>
            <w:tcMar>
              <w:top w:w="70" w:type="dxa"/>
              <w:left w:w="85" w:type="dxa"/>
              <w:bottom w:w="70" w:type="dxa"/>
              <w:right w:w="85" w:type="dxa"/>
            </w:tcMar>
            <w:vAlign w:val="center"/>
          </w:tcPr>
          <w:p w14:paraId="1B8DB827" w14:textId="77777777" w:rsidR="00865365" w:rsidRDefault="00000000">
            <w:pPr>
              <w:spacing w:after="0" w:line="240" w:lineRule="auto"/>
            </w:pPr>
            <w:r>
              <w:rPr>
                <w:sz w:val="15"/>
              </w:rPr>
              <w:t>Cerințe de reglementare</w:t>
            </w:r>
          </w:p>
        </w:tc>
      </w:tr>
      <w:tr w:rsidR="00865365" w14:paraId="7F4C7653" w14:textId="77777777">
        <w:trPr>
          <w:cantSplit/>
          <w:jc w:val="center"/>
        </w:trPr>
        <w:tc>
          <w:tcPr>
            <w:tcW w:w="2835" w:type="dxa"/>
            <w:shd w:val="clear" w:color="auto" w:fill="FFFFFF"/>
            <w:tcMar>
              <w:top w:w="70" w:type="dxa"/>
              <w:left w:w="85" w:type="dxa"/>
              <w:bottom w:w="70" w:type="dxa"/>
              <w:right w:w="85" w:type="dxa"/>
            </w:tcMar>
            <w:vAlign w:val="center"/>
          </w:tcPr>
          <w:p w14:paraId="4047B895" w14:textId="77777777" w:rsidR="00865365" w:rsidRDefault="00000000">
            <w:pPr>
              <w:spacing w:after="0" w:line="240" w:lineRule="auto"/>
            </w:pPr>
            <w:r>
              <w:rPr>
                <w:sz w:val="15"/>
              </w:rPr>
              <w:t>Evaluare clinică / performanță</w:t>
            </w:r>
          </w:p>
        </w:tc>
        <w:tc>
          <w:tcPr>
            <w:tcW w:w="4195" w:type="dxa"/>
            <w:shd w:val="clear" w:color="auto" w:fill="FFFFFF"/>
            <w:tcMar>
              <w:top w:w="70" w:type="dxa"/>
              <w:left w:w="85" w:type="dxa"/>
              <w:bottom w:w="70" w:type="dxa"/>
              <w:right w:w="85" w:type="dxa"/>
            </w:tcMar>
            <w:vAlign w:val="center"/>
          </w:tcPr>
          <w:p w14:paraId="1A8108E5" w14:textId="77777777" w:rsidR="00865365" w:rsidRPr="000E298F" w:rsidRDefault="00000000">
            <w:pPr>
              <w:spacing w:after="0" w:line="240" w:lineRule="auto"/>
              <w:rPr>
                <w:lang w:val="fr-FR"/>
              </w:rPr>
            </w:pPr>
            <w:r w:rsidRPr="000E298F">
              <w:rPr>
                <w:sz w:val="15"/>
                <w:lang w:val="fr-FR"/>
              </w:rPr>
              <w:t>Rolul și tipul dispozitivului impun aceste dosare.</w:t>
            </w:r>
          </w:p>
        </w:tc>
        <w:tc>
          <w:tcPr>
            <w:tcW w:w="2891" w:type="dxa"/>
            <w:shd w:val="clear" w:color="auto" w:fill="FFFFFF"/>
            <w:tcMar>
              <w:top w:w="70" w:type="dxa"/>
              <w:left w:w="85" w:type="dxa"/>
              <w:bottom w:w="70" w:type="dxa"/>
              <w:right w:w="85" w:type="dxa"/>
            </w:tcMar>
            <w:vAlign w:val="center"/>
          </w:tcPr>
          <w:p w14:paraId="633EE7B8" w14:textId="77777777" w:rsidR="00865365" w:rsidRDefault="00000000">
            <w:pPr>
              <w:spacing w:after="0" w:line="240" w:lineRule="auto"/>
            </w:pPr>
            <w:r>
              <w:rPr>
                <w:sz w:val="15"/>
              </w:rPr>
              <w:t>Reglementări aplicabile</w:t>
            </w:r>
          </w:p>
        </w:tc>
      </w:tr>
    </w:tbl>
    <w:p w14:paraId="3364515A" w14:textId="77777777" w:rsidR="00865365" w:rsidRDefault="00865365">
      <w:pPr>
        <w:spacing w:after="20"/>
      </w:pPr>
    </w:p>
    <w:p w14:paraId="2A91C5A2" w14:textId="77777777" w:rsidR="00865365" w:rsidRDefault="00000000">
      <w:pPr>
        <w:pStyle w:val="Heading2"/>
      </w:pPr>
      <w:r>
        <w:t>Documente recomandate pentru control eficace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005"/>
        <w:gridCol w:w="5159"/>
        <w:gridCol w:w="1757"/>
      </w:tblGrid>
      <w:tr w:rsidR="00865365" w14:paraId="4E389EE0" w14:textId="77777777">
        <w:trPr>
          <w:tblHeader/>
          <w:jc w:val="center"/>
        </w:trPr>
        <w:tc>
          <w:tcPr>
            <w:tcW w:w="3005" w:type="dxa"/>
            <w:shd w:val="clear" w:color="auto" w:fill="D71920"/>
            <w:tcMar>
              <w:top w:w="70" w:type="dxa"/>
              <w:left w:w="85" w:type="dxa"/>
              <w:bottom w:w="70" w:type="dxa"/>
              <w:right w:w="85" w:type="dxa"/>
            </w:tcMar>
            <w:vAlign w:val="center"/>
          </w:tcPr>
          <w:p w14:paraId="3557ACD2" w14:textId="77777777" w:rsidR="00865365" w:rsidRDefault="00000000">
            <w:pPr>
              <w:spacing w:after="0" w:line="240" w:lineRule="auto"/>
              <w:jc w:val="center"/>
            </w:pPr>
            <w:r>
              <w:rPr>
                <w:b/>
                <w:color w:val="FFFFFF"/>
                <w:sz w:val="15"/>
              </w:rPr>
              <w:t>DOCUMENT</w:t>
            </w:r>
          </w:p>
        </w:tc>
        <w:tc>
          <w:tcPr>
            <w:tcW w:w="5159" w:type="dxa"/>
            <w:shd w:val="clear" w:color="auto" w:fill="D71920"/>
            <w:tcMar>
              <w:top w:w="70" w:type="dxa"/>
              <w:left w:w="85" w:type="dxa"/>
              <w:bottom w:w="70" w:type="dxa"/>
              <w:right w:w="85" w:type="dxa"/>
            </w:tcMar>
            <w:vAlign w:val="center"/>
          </w:tcPr>
          <w:p w14:paraId="7F8DCD60" w14:textId="77777777" w:rsidR="00865365" w:rsidRDefault="00000000">
            <w:pPr>
              <w:spacing w:after="0" w:line="240" w:lineRule="auto"/>
              <w:jc w:val="center"/>
            </w:pPr>
            <w:r>
              <w:rPr>
                <w:b/>
                <w:color w:val="FFFFFF"/>
                <w:sz w:val="15"/>
              </w:rPr>
              <w:t>VALOARE PRACTICĂ</w:t>
            </w:r>
          </w:p>
        </w:tc>
        <w:tc>
          <w:tcPr>
            <w:tcW w:w="1757" w:type="dxa"/>
            <w:shd w:val="clear" w:color="auto" w:fill="D71920"/>
            <w:tcMar>
              <w:top w:w="70" w:type="dxa"/>
              <w:left w:w="85" w:type="dxa"/>
              <w:bottom w:w="70" w:type="dxa"/>
              <w:right w:w="85" w:type="dxa"/>
            </w:tcMar>
            <w:vAlign w:val="center"/>
          </w:tcPr>
          <w:p w14:paraId="7E0CDAF3" w14:textId="77777777" w:rsidR="00865365" w:rsidRDefault="00000000">
            <w:pPr>
              <w:spacing w:after="0" w:line="240" w:lineRule="auto"/>
              <w:jc w:val="center"/>
            </w:pPr>
            <w:r>
              <w:rPr>
                <w:b/>
                <w:color w:val="FFFFFF"/>
                <w:sz w:val="15"/>
              </w:rPr>
              <w:t>PRIORITATE</w:t>
            </w:r>
          </w:p>
        </w:tc>
      </w:tr>
      <w:tr w:rsidR="00865365" w14:paraId="6FCE87F1" w14:textId="77777777">
        <w:trPr>
          <w:cantSplit/>
          <w:jc w:val="center"/>
        </w:trPr>
        <w:tc>
          <w:tcPr>
            <w:tcW w:w="3005" w:type="dxa"/>
            <w:shd w:val="clear" w:color="auto" w:fill="FFFFFF"/>
            <w:tcMar>
              <w:top w:w="70" w:type="dxa"/>
              <w:left w:w="85" w:type="dxa"/>
              <w:bottom w:w="70" w:type="dxa"/>
              <w:right w:w="85" w:type="dxa"/>
            </w:tcMar>
            <w:vAlign w:val="center"/>
          </w:tcPr>
          <w:p w14:paraId="6D33E84A" w14:textId="77777777" w:rsidR="00865365" w:rsidRPr="000E298F" w:rsidRDefault="00000000">
            <w:pPr>
              <w:spacing w:after="0" w:line="240" w:lineRule="auto"/>
              <w:rPr>
                <w:lang w:val="fr-FR"/>
              </w:rPr>
            </w:pPr>
            <w:r w:rsidRPr="000E298F">
              <w:rPr>
                <w:sz w:val="15"/>
                <w:lang w:val="fr-FR"/>
              </w:rPr>
              <w:t>Matrice cerințe reglementare pe piață</w:t>
            </w:r>
          </w:p>
        </w:tc>
        <w:tc>
          <w:tcPr>
            <w:tcW w:w="5159" w:type="dxa"/>
            <w:shd w:val="clear" w:color="auto" w:fill="FFFFFF"/>
            <w:tcMar>
              <w:top w:w="70" w:type="dxa"/>
              <w:left w:w="85" w:type="dxa"/>
              <w:bottom w:w="70" w:type="dxa"/>
              <w:right w:w="85" w:type="dxa"/>
            </w:tcMar>
            <w:vAlign w:val="center"/>
          </w:tcPr>
          <w:p w14:paraId="7B6354D1" w14:textId="77777777" w:rsidR="00865365" w:rsidRPr="000E298F" w:rsidRDefault="00000000">
            <w:pPr>
              <w:spacing w:after="0" w:line="240" w:lineRule="auto"/>
              <w:rPr>
                <w:lang w:val="fr-FR"/>
              </w:rPr>
            </w:pPr>
            <w:r w:rsidRPr="000E298F">
              <w:rPr>
                <w:sz w:val="15"/>
                <w:lang w:val="fr-FR"/>
              </w:rPr>
              <w:t>Leagă rolul, clasa, produsul și jurisdicția de documente, termene și responsabilități.</w:t>
            </w:r>
          </w:p>
        </w:tc>
        <w:tc>
          <w:tcPr>
            <w:tcW w:w="1757" w:type="dxa"/>
            <w:shd w:val="clear" w:color="auto" w:fill="FFFFFF"/>
            <w:tcMar>
              <w:top w:w="70" w:type="dxa"/>
              <w:left w:w="85" w:type="dxa"/>
              <w:bottom w:w="70" w:type="dxa"/>
              <w:right w:w="85" w:type="dxa"/>
            </w:tcMar>
            <w:vAlign w:val="center"/>
          </w:tcPr>
          <w:p w14:paraId="2CB9D288" w14:textId="77777777" w:rsidR="00865365" w:rsidRDefault="00000000">
            <w:pPr>
              <w:spacing w:after="0" w:line="240" w:lineRule="auto"/>
            </w:pPr>
            <w:r>
              <w:rPr>
                <w:sz w:val="15"/>
              </w:rPr>
              <w:t>Foarte ridicată</w:t>
            </w:r>
          </w:p>
        </w:tc>
      </w:tr>
      <w:tr w:rsidR="00865365" w14:paraId="7A168D32" w14:textId="77777777">
        <w:trPr>
          <w:cantSplit/>
          <w:jc w:val="center"/>
        </w:trPr>
        <w:tc>
          <w:tcPr>
            <w:tcW w:w="3005" w:type="dxa"/>
            <w:shd w:val="clear" w:color="auto" w:fill="FAFAFA"/>
            <w:tcMar>
              <w:top w:w="70" w:type="dxa"/>
              <w:left w:w="85" w:type="dxa"/>
              <w:bottom w:w="70" w:type="dxa"/>
              <w:right w:w="85" w:type="dxa"/>
            </w:tcMar>
            <w:vAlign w:val="center"/>
          </w:tcPr>
          <w:p w14:paraId="61420EE7" w14:textId="77777777" w:rsidR="00865365" w:rsidRDefault="00000000">
            <w:pPr>
              <w:spacing w:after="0" w:line="240" w:lineRule="auto"/>
            </w:pPr>
            <w:r>
              <w:rPr>
                <w:sz w:val="15"/>
              </w:rPr>
              <w:t>Registru dispozitive și dosare</w:t>
            </w:r>
          </w:p>
        </w:tc>
        <w:tc>
          <w:tcPr>
            <w:tcW w:w="5159" w:type="dxa"/>
            <w:shd w:val="clear" w:color="auto" w:fill="FAFAFA"/>
            <w:tcMar>
              <w:top w:w="70" w:type="dxa"/>
              <w:left w:w="85" w:type="dxa"/>
              <w:bottom w:w="70" w:type="dxa"/>
              <w:right w:w="85" w:type="dxa"/>
            </w:tcMar>
            <w:vAlign w:val="center"/>
          </w:tcPr>
          <w:p w14:paraId="3E42928E" w14:textId="77777777" w:rsidR="00865365" w:rsidRDefault="00000000">
            <w:pPr>
              <w:spacing w:after="0" w:line="240" w:lineRule="auto"/>
            </w:pPr>
            <w:r>
              <w:rPr>
                <w:sz w:val="15"/>
              </w:rPr>
              <w:t>Arată configurația, versiunea, piețele, proprietarul și starea dosarului fiecărui produs.</w:t>
            </w:r>
          </w:p>
        </w:tc>
        <w:tc>
          <w:tcPr>
            <w:tcW w:w="1757" w:type="dxa"/>
            <w:shd w:val="clear" w:color="auto" w:fill="FAFAFA"/>
            <w:tcMar>
              <w:top w:w="70" w:type="dxa"/>
              <w:left w:w="85" w:type="dxa"/>
              <w:bottom w:w="70" w:type="dxa"/>
              <w:right w:w="85" w:type="dxa"/>
            </w:tcMar>
            <w:vAlign w:val="center"/>
          </w:tcPr>
          <w:p w14:paraId="1AFD14E0" w14:textId="77777777" w:rsidR="00865365" w:rsidRDefault="00000000">
            <w:pPr>
              <w:spacing w:after="0" w:line="240" w:lineRule="auto"/>
            </w:pPr>
            <w:r>
              <w:rPr>
                <w:sz w:val="15"/>
              </w:rPr>
              <w:t>Ridicată</w:t>
            </w:r>
          </w:p>
        </w:tc>
      </w:tr>
      <w:tr w:rsidR="00865365" w14:paraId="567A8A13" w14:textId="77777777">
        <w:trPr>
          <w:cantSplit/>
          <w:jc w:val="center"/>
        </w:trPr>
        <w:tc>
          <w:tcPr>
            <w:tcW w:w="3005" w:type="dxa"/>
            <w:shd w:val="clear" w:color="auto" w:fill="FFFFFF"/>
            <w:tcMar>
              <w:top w:w="70" w:type="dxa"/>
              <w:left w:w="85" w:type="dxa"/>
              <w:bottom w:w="70" w:type="dxa"/>
              <w:right w:w="85" w:type="dxa"/>
            </w:tcMar>
            <w:vAlign w:val="center"/>
          </w:tcPr>
          <w:p w14:paraId="4E339D5E" w14:textId="77777777" w:rsidR="00865365" w:rsidRDefault="00000000">
            <w:pPr>
              <w:spacing w:after="0" w:line="240" w:lineRule="auto"/>
            </w:pPr>
            <w:r>
              <w:rPr>
                <w:sz w:val="15"/>
              </w:rPr>
              <w:t>Matrice proceduri–cerințe</w:t>
            </w:r>
          </w:p>
        </w:tc>
        <w:tc>
          <w:tcPr>
            <w:tcW w:w="5159" w:type="dxa"/>
            <w:shd w:val="clear" w:color="auto" w:fill="FFFFFF"/>
            <w:tcMar>
              <w:top w:w="70" w:type="dxa"/>
              <w:left w:w="85" w:type="dxa"/>
              <w:bottom w:w="70" w:type="dxa"/>
              <w:right w:w="85" w:type="dxa"/>
            </w:tcMar>
            <w:vAlign w:val="center"/>
          </w:tcPr>
          <w:p w14:paraId="2D28EFB3" w14:textId="77777777" w:rsidR="00865365" w:rsidRDefault="00000000">
            <w:pPr>
              <w:spacing w:after="0" w:line="240" w:lineRule="auto"/>
            </w:pPr>
            <w:r>
              <w:rPr>
                <w:sz w:val="15"/>
              </w:rPr>
              <w:t>Demonstrează acoperirea standardului și a reglementărilor fără duplicare.</w:t>
            </w:r>
          </w:p>
        </w:tc>
        <w:tc>
          <w:tcPr>
            <w:tcW w:w="1757" w:type="dxa"/>
            <w:shd w:val="clear" w:color="auto" w:fill="FFFFFF"/>
            <w:tcMar>
              <w:top w:w="70" w:type="dxa"/>
              <w:left w:w="85" w:type="dxa"/>
              <w:bottom w:w="70" w:type="dxa"/>
              <w:right w:w="85" w:type="dxa"/>
            </w:tcMar>
            <w:vAlign w:val="center"/>
          </w:tcPr>
          <w:p w14:paraId="1680639F" w14:textId="77777777" w:rsidR="00865365" w:rsidRDefault="00000000">
            <w:pPr>
              <w:spacing w:after="0" w:line="240" w:lineRule="auto"/>
            </w:pPr>
            <w:r>
              <w:rPr>
                <w:sz w:val="15"/>
              </w:rPr>
              <w:t>Medie</w:t>
            </w:r>
          </w:p>
        </w:tc>
      </w:tr>
      <w:tr w:rsidR="00865365" w14:paraId="3884D5CD" w14:textId="77777777">
        <w:trPr>
          <w:cantSplit/>
          <w:jc w:val="center"/>
        </w:trPr>
        <w:tc>
          <w:tcPr>
            <w:tcW w:w="3005" w:type="dxa"/>
            <w:shd w:val="clear" w:color="auto" w:fill="FAFAFA"/>
            <w:tcMar>
              <w:top w:w="70" w:type="dxa"/>
              <w:left w:w="85" w:type="dxa"/>
              <w:bottom w:w="70" w:type="dxa"/>
              <w:right w:w="85" w:type="dxa"/>
            </w:tcMar>
            <w:vAlign w:val="center"/>
          </w:tcPr>
          <w:p w14:paraId="360FE766" w14:textId="77777777" w:rsidR="00865365" w:rsidRDefault="00000000">
            <w:pPr>
              <w:spacing w:after="0" w:line="240" w:lineRule="auto"/>
            </w:pPr>
            <w:r>
              <w:rPr>
                <w:sz w:val="15"/>
              </w:rPr>
              <w:t>Plan master de validare</w:t>
            </w:r>
          </w:p>
        </w:tc>
        <w:tc>
          <w:tcPr>
            <w:tcW w:w="5159" w:type="dxa"/>
            <w:shd w:val="clear" w:color="auto" w:fill="FAFAFA"/>
            <w:tcMar>
              <w:top w:w="70" w:type="dxa"/>
              <w:left w:w="85" w:type="dxa"/>
              <w:bottom w:w="70" w:type="dxa"/>
              <w:right w:w="85" w:type="dxa"/>
            </w:tcMar>
            <w:vAlign w:val="center"/>
          </w:tcPr>
          <w:p w14:paraId="1B2D0E7F" w14:textId="77777777" w:rsidR="00865365" w:rsidRDefault="00000000">
            <w:pPr>
              <w:spacing w:after="0" w:line="240" w:lineRule="auto"/>
            </w:pPr>
            <w:r>
              <w:rPr>
                <w:sz w:val="15"/>
              </w:rPr>
              <w:t>Prioritizează procesele, software-ul, metodele și revalidările.</w:t>
            </w:r>
          </w:p>
        </w:tc>
        <w:tc>
          <w:tcPr>
            <w:tcW w:w="1757" w:type="dxa"/>
            <w:shd w:val="clear" w:color="auto" w:fill="FAFAFA"/>
            <w:tcMar>
              <w:top w:w="70" w:type="dxa"/>
              <w:left w:w="85" w:type="dxa"/>
              <w:bottom w:w="70" w:type="dxa"/>
              <w:right w:w="85" w:type="dxa"/>
            </w:tcMar>
            <w:vAlign w:val="center"/>
          </w:tcPr>
          <w:p w14:paraId="2A91DAD5" w14:textId="77777777" w:rsidR="00865365" w:rsidRDefault="00000000">
            <w:pPr>
              <w:spacing w:after="0" w:line="240" w:lineRule="auto"/>
            </w:pPr>
            <w:r>
              <w:rPr>
                <w:sz w:val="15"/>
              </w:rPr>
              <w:t>Ridicată</w:t>
            </w:r>
          </w:p>
        </w:tc>
      </w:tr>
      <w:tr w:rsidR="00865365" w14:paraId="7B2274D7" w14:textId="77777777">
        <w:trPr>
          <w:cantSplit/>
          <w:jc w:val="center"/>
        </w:trPr>
        <w:tc>
          <w:tcPr>
            <w:tcW w:w="3005" w:type="dxa"/>
            <w:shd w:val="clear" w:color="auto" w:fill="FFFFFF"/>
            <w:tcMar>
              <w:top w:w="70" w:type="dxa"/>
              <w:left w:w="85" w:type="dxa"/>
              <w:bottom w:w="70" w:type="dxa"/>
              <w:right w:w="85" w:type="dxa"/>
            </w:tcMar>
            <w:vAlign w:val="center"/>
          </w:tcPr>
          <w:p w14:paraId="5B0AEAB2" w14:textId="77777777" w:rsidR="00865365" w:rsidRDefault="00000000">
            <w:pPr>
              <w:spacing w:after="0" w:line="240" w:lineRule="auto"/>
            </w:pPr>
            <w:r>
              <w:rPr>
                <w:sz w:val="15"/>
              </w:rPr>
              <w:t>Registru schimbări produs/proces</w:t>
            </w:r>
          </w:p>
        </w:tc>
        <w:tc>
          <w:tcPr>
            <w:tcW w:w="5159" w:type="dxa"/>
            <w:shd w:val="clear" w:color="auto" w:fill="FFFFFF"/>
            <w:tcMar>
              <w:top w:w="70" w:type="dxa"/>
              <w:left w:w="85" w:type="dxa"/>
              <w:bottom w:w="70" w:type="dxa"/>
              <w:right w:w="85" w:type="dxa"/>
            </w:tcMar>
            <w:vAlign w:val="center"/>
          </w:tcPr>
          <w:p w14:paraId="4CDA849B" w14:textId="77777777" w:rsidR="00865365" w:rsidRPr="000E298F" w:rsidRDefault="00000000">
            <w:pPr>
              <w:spacing w:after="0" w:line="240" w:lineRule="auto"/>
              <w:rPr>
                <w:lang w:val="fr-FR"/>
              </w:rPr>
            </w:pPr>
            <w:r w:rsidRPr="000E298F">
              <w:rPr>
                <w:sz w:val="15"/>
                <w:lang w:val="fr-FR"/>
              </w:rPr>
              <w:t>Leagă schimbarea de risc, design, validare, reglementare, furnizori și dosare.</w:t>
            </w:r>
          </w:p>
        </w:tc>
        <w:tc>
          <w:tcPr>
            <w:tcW w:w="1757" w:type="dxa"/>
            <w:shd w:val="clear" w:color="auto" w:fill="FFFFFF"/>
            <w:tcMar>
              <w:top w:w="70" w:type="dxa"/>
              <w:left w:w="85" w:type="dxa"/>
              <w:bottom w:w="70" w:type="dxa"/>
              <w:right w:w="85" w:type="dxa"/>
            </w:tcMar>
            <w:vAlign w:val="center"/>
          </w:tcPr>
          <w:p w14:paraId="761E1542" w14:textId="77777777" w:rsidR="00865365" w:rsidRDefault="00000000">
            <w:pPr>
              <w:spacing w:after="0" w:line="240" w:lineRule="auto"/>
            </w:pPr>
            <w:r>
              <w:rPr>
                <w:sz w:val="15"/>
              </w:rPr>
              <w:t>Foarte ridicată</w:t>
            </w:r>
          </w:p>
        </w:tc>
      </w:tr>
      <w:tr w:rsidR="00865365" w14:paraId="6476BEC6" w14:textId="77777777">
        <w:trPr>
          <w:cantSplit/>
          <w:jc w:val="center"/>
        </w:trPr>
        <w:tc>
          <w:tcPr>
            <w:tcW w:w="3005" w:type="dxa"/>
            <w:shd w:val="clear" w:color="auto" w:fill="FAFAFA"/>
            <w:tcMar>
              <w:top w:w="70" w:type="dxa"/>
              <w:left w:w="85" w:type="dxa"/>
              <w:bottom w:w="70" w:type="dxa"/>
              <w:right w:w="85" w:type="dxa"/>
            </w:tcMar>
            <w:vAlign w:val="center"/>
          </w:tcPr>
          <w:p w14:paraId="73E963A6" w14:textId="77777777" w:rsidR="00865365" w:rsidRPr="000E298F" w:rsidRDefault="00000000">
            <w:pPr>
              <w:spacing w:after="0" w:line="240" w:lineRule="auto"/>
              <w:rPr>
                <w:lang w:val="fr-FR"/>
              </w:rPr>
            </w:pPr>
            <w:r w:rsidRPr="000E298F">
              <w:rPr>
                <w:sz w:val="15"/>
                <w:lang w:val="fr-FR"/>
              </w:rPr>
              <w:t>Matrice retenție pe piață și produs</w:t>
            </w:r>
          </w:p>
        </w:tc>
        <w:tc>
          <w:tcPr>
            <w:tcW w:w="5159" w:type="dxa"/>
            <w:shd w:val="clear" w:color="auto" w:fill="FAFAFA"/>
            <w:tcMar>
              <w:top w:w="70" w:type="dxa"/>
              <w:left w:w="85" w:type="dxa"/>
              <w:bottom w:w="70" w:type="dxa"/>
              <w:right w:w="85" w:type="dxa"/>
            </w:tcMar>
            <w:vAlign w:val="center"/>
          </w:tcPr>
          <w:p w14:paraId="5BA0C7C5" w14:textId="77777777" w:rsidR="00865365" w:rsidRPr="000E298F" w:rsidRDefault="00000000">
            <w:pPr>
              <w:spacing w:after="0" w:line="240" w:lineRule="auto"/>
              <w:rPr>
                <w:lang w:val="fr-FR"/>
              </w:rPr>
            </w:pPr>
            <w:r w:rsidRPr="000E298F">
              <w:rPr>
                <w:sz w:val="15"/>
                <w:lang w:val="fr-FR"/>
              </w:rPr>
              <w:t>Controlează termenele diferite pentru dosare, loturi, implantabile și reclamații.</w:t>
            </w:r>
          </w:p>
        </w:tc>
        <w:tc>
          <w:tcPr>
            <w:tcW w:w="1757" w:type="dxa"/>
            <w:shd w:val="clear" w:color="auto" w:fill="FAFAFA"/>
            <w:tcMar>
              <w:top w:w="70" w:type="dxa"/>
              <w:left w:w="85" w:type="dxa"/>
              <w:bottom w:w="70" w:type="dxa"/>
              <w:right w:w="85" w:type="dxa"/>
            </w:tcMar>
            <w:vAlign w:val="center"/>
          </w:tcPr>
          <w:p w14:paraId="421CC322" w14:textId="77777777" w:rsidR="00865365" w:rsidRDefault="00000000">
            <w:pPr>
              <w:spacing w:after="0" w:line="240" w:lineRule="auto"/>
            </w:pPr>
            <w:r>
              <w:rPr>
                <w:sz w:val="15"/>
              </w:rPr>
              <w:t>Foarte ridicată</w:t>
            </w:r>
          </w:p>
        </w:tc>
      </w:tr>
      <w:tr w:rsidR="00865365" w14:paraId="2D8C566A" w14:textId="77777777">
        <w:trPr>
          <w:cantSplit/>
          <w:jc w:val="center"/>
        </w:trPr>
        <w:tc>
          <w:tcPr>
            <w:tcW w:w="3005" w:type="dxa"/>
            <w:shd w:val="clear" w:color="auto" w:fill="FFFFFF"/>
            <w:tcMar>
              <w:top w:w="70" w:type="dxa"/>
              <w:left w:w="85" w:type="dxa"/>
              <w:bottom w:w="70" w:type="dxa"/>
              <w:right w:w="85" w:type="dxa"/>
            </w:tcMar>
            <w:vAlign w:val="center"/>
          </w:tcPr>
          <w:p w14:paraId="3A81A073" w14:textId="77777777" w:rsidR="00865365" w:rsidRDefault="00000000">
            <w:pPr>
              <w:spacing w:after="0" w:line="240" w:lineRule="auto"/>
            </w:pPr>
            <w:r>
              <w:rPr>
                <w:sz w:val="15"/>
              </w:rPr>
              <w:t>Plan post-producție și trenduri</w:t>
            </w:r>
          </w:p>
        </w:tc>
        <w:tc>
          <w:tcPr>
            <w:tcW w:w="5159" w:type="dxa"/>
            <w:shd w:val="clear" w:color="auto" w:fill="FFFFFF"/>
            <w:tcMar>
              <w:top w:w="70" w:type="dxa"/>
              <w:left w:w="85" w:type="dxa"/>
              <w:bottom w:w="70" w:type="dxa"/>
              <w:right w:w="85" w:type="dxa"/>
            </w:tcMar>
            <w:vAlign w:val="center"/>
          </w:tcPr>
          <w:p w14:paraId="19F5328C" w14:textId="77777777" w:rsidR="00865365" w:rsidRDefault="00000000">
            <w:pPr>
              <w:spacing w:after="0" w:line="240" w:lineRule="auto"/>
            </w:pPr>
            <w:r>
              <w:rPr>
                <w:sz w:val="15"/>
              </w:rPr>
              <w:t>Integrează feedback, reclamații, service, vigilență, CAPA și risk management.</w:t>
            </w:r>
          </w:p>
        </w:tc>
        <w:tc>
          <w:tcPr>
            <w:tcW w:w="1757" w:type="dxa"/>
            <w:shd w:val="clear" w:color="auto" w:fill="FFFFFF"/>
            <w:tcMar>
              <w:top w:w="70" w:type="dxa"/>
              <w:left w:w="85" w:type="dxa"/>
              <w:bottom w:w="70" w:type="dxa"/>
              <w:right w:w="85" w:type="dxa"/>
            </w:tcMar>
            <w:vAlign w:val="center"/>
          </w:tcPr>
          <w:p w14:paraId="6EA0E55F" w14:textId="77777777" w:rsidR="00865365" w:rsidRDefault="00000000">
            <w:pPr>
              <w:spacing w:after="0" w:line="240" w:lineRule="auto"/>
            </w:pPr>
            <w:r>
              <w:rPr>
                <w:sz w:val="15"/>
              </w:rPr>
              <w:t>Ridicată</w:t>
            </w:r>
          </w:p>
        </w:tc>
      </w:tr>
      <w:tr w:rsidR="00865365" w14:paraId="7D1E9E15" w14:textId="77777777">
        <w:trPr>
          <w:cantSplit/>
          <w:jc w:val="center"/>
        </w:trPr>
        <w:tc>
          <w:tcPr>
            <w:tcW w:w="3005" w:type="dxa"/>
            <w:shd w:val="clear" w:color="auto" w:fill="FAFAFA"/>
            <w:tcMar>
              <w:top w:w="70" w:type="dxa"/>
              <w:left w:w="85" w:type="dxa"/>
              <w:bottom w:w="70" w:type="dxa"/>
              <w:right w:w="85" w:type="dxa"/>
            </w:tcMar>
            <w:vAlign w:val="center"/>
          </w:tcPr>
          <w:p w14:paraId="7BDBDF5F" w14:textId="77777777" w:rsidR="00865365" w:rsidRPr="000E298F" w:rsidRDefault="00000000">
            <w:pPr>
              <w:spacing w:after="0" w:line="240" w:lineRule="auto"/>
              <w:rPr>
                <w:lang w:val="fr-FR"/>
              </w:rPr>
            </w:pPr>
            <w:r w:rsidRPr="000E298F">
              <w:rPr>
                <w:sz w:val="15"/>
                <w:lang w:val="fr-FR"/>
              </w:rPr>
              <w:t>Bibliotecă de dovezi de trasabilitate</w:t>
            </w:r>
          </w:p>
        </w:tc>
        <w:tc>
          <w:tcPr>
            <w:tcW w:w="5159" w:type="dxa"/>
            <w:shd w:val="clear" w:color="auto" w:fill="FAFAFA"/>
            <w:tcMar>
              <w:top w:w="70" w:type="dxa"/>
              <w:left w:w="85" w:type="dxa"/>
              <w:bottom w:w="70" w:type="dxa"/>
              <w:right w:w="85" w:type="dxa"/>
            </w:tcMar>
            <w:vAlign w:val="center"/>
          </w:tcPr>
          <w:p w14:paraId="3D152890" w14:textId="77777777" w:rsidR="00865365" w:rsidRDefault="00000000">
            <w:pPr>
              <w:spacing w:after="0" w:line="240" w:lineRule="auto"/>
            </w:pPr>
            <w:r>
              <w:rPr>
                <w:sz w:val="15"/>
              </w:rPr>
              <w:t>Leagă cerința de produs, lot, echipament, operator, furnizor și eliberare.</w:t>
            </w:r>
          </w:p>
        </w:tc>
        <w:tc>
          <w:tcPr>
            <w:tcW w:w="1757" w:type="dxa"/>
            <w:shd w:val="clear" w:color="auto" w:fill="FAFAFA"/>
            <w:tcMar>
              <w:top w:w="70" w:type="dxa"/>
              <w:left w:w="85" w:type="dxa"/>
              <w:bottom w:w="70" w:type="dxa"/>
              <w:right w:w="85" w:type="dxa"/>
            </w:tcMar>
            <w:vAlign w:val="center"/>
          </w:tcPr>
          <w:p w14:paraId="6FC1E943" w14:textId="77777777" w:rsidR="00865365" w:rsidRDefault="00000000">
            <w:pPr>
              <w:spacing w:after="0" w:line="240" w:lineRule="auto"/>
            </w:pPr>
            <w:r>
              <w:rPr>
                <w:sz w:val="15"/>
              </w:rPr>
              <w:t>Ridicată</w:t>
            </w:r>
          </w:p>
        </w:tc>
      </w:tr>
    </w:tbl>
    <w:p w14:paraId="1AA37774" w14:textId="77777777" w:rsidR="00865365" w:rsidRDefault="00865365">
      <w:pPr>
        <w:spacing w:after="2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65365" w:rsidRPr="000E298F" w14:paraId="02A3A66F" w14:textId="77777777">
        <w:trPr>
          <w:cantSplit/>
          <w:jc w:val="center"/>
        </w:trPr>
        <w:tc>
          <w:tcPr>
            <w:tcW w:w="567" w:type="dxa"/>
            <w:shd w:val="clear" w:color="auto" w:fill="D71920"/>
            <w:tcMar>
              <w:top w:w="70" w:type="dxa"/>
              <w:left w:w="85" w:type="dxa"/>
              <w:bottom w:w="70" w:type="dxa"/>
              <w:right w:w="85" w:type="dxa"/>
            </w:tcMar>
            <w:vAlign w:val="center"/>
          </w:tcPr>
          <w:p w14:paraId="0C2A5F4E" w14:textId="77777777" w:rsidR="00865365" w:rsidRDefault="00000000">
            <w:pPr>
              <w:spacing w:after="0" w:line="240" w:lineRule="auto"/>
              <w:jc w:val="center"/>
            </w:pPr>
            <w:r>
              <w:rPr>
                <w:b/>
                <w:color w:val="FFFFFF"/>
                <w:sz w:val="30"/>
              </w:rPr>
              <w:t>!</w:t>
            </w:r>
          </w:p>
        </w:tc>
        <w:tc>
          <w:tcPr>
            <w:tcW w:w="9354" w:type="dxa"/>
            <w:shd w:val="clear" w:color="auto" w:fill="FCEBEC"/>
          </w:tcPr>
          <w:p w14:paraId="5096F5B9" w14:textId="77777777" w:rsidR="00865365" w:rsidRPr="000E298F" w:rsidRDefault="00000000">
            <w:pPr>
              <w:spacing w:after="20"/>
              <w:rPr>
                <w:lang w:val="fr-FR"/>
              </w:rPr>
            </w:pPr>
            <w:r w:rsidRPr="000E298F">
              <w:rPr>
                <w:b/>
                <w:color w:val="D71920"/>
                <w:sz w:val="17"/>
                <w:lang w:val="fr-FR"/>
              </w:rPr>
              <w:t>INTERPRETAREA CORECTĂ PENTRU ISO 13485</w:t>
            </w:r>
          </w:p>
          <w:p w14:paraId="4A5D9180" w14:textId="77777777" w:rsidR="00865365" w:rsidRPr="000E298F" w:rsidRDefault="00000000">
            <w:pPr>
              <w:spacing w:after="0" w:line="247" w:lineRule="auto"/>
              <w:rPr>
                <w:lang w:val="fr-FR"/>
              </w:rPr>
            </w:pPr>
            <w:r w:rsidRPr="000E298F">
              <w:rPr>
                <w:sz w:val="16"/>
                <w:lang w:val="fr-FR"/>
              </w:rPr>
              <w:t>ISO 13485 conține mai multe cerințe explicite pentru proceduri și înregistrări decât standardele generale de management. Totuși, setul exact depinde de rolul organizației, dispozitive, clasa de risc, procese, piețe și reglementări. Documentația trebuie să formeze un sistem coerent și trasabil, nu o colecție de proceduri izolate.</w:t>
            </w:r>
          </w:p>
        </w:tc>
      </w:tr>
    </w:tbl>
    <w:p w14:paraId="5B349603" w14:textId="77777777" w:rsidR="00865365" w:rsidRPr="000E298F" w:rsidRDefault="00865365">
      <w:pPr>
        <w:spacing w:after="0"/>
        <w:rPr>
          <w:lang w:val="fr-FR"/>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14:paraId="572BB499" w14:textId="77777777">
        <w:trPr>
          <w:cantSplit/>
          <w:jc w:val="center"/>
        </w:trPr>
        <w:tc>
          <w:tcPr>
            <w:tcW w:w="1020" w:type="dxa"/>
            <w:shd w:val="clear" w:color="auto" w:fill="D71920"/>
            <w:tcMar>
              <w:top w:w="70" w:type="dxa"/>
              <w:left w:w="85" w:type="dxa"/>
              <w:bottom w:w="70" w:type="dxa"/>
              <w:right w:w="85" w:type="dxa"/>
            </w:tcMar>
            <w:vAlign w:val="center"/>
          </w:tcPr>
          <w:p w14:paraId="0B6BD8F2" w14:textId="77777777" w:rsidR="00865365" w:rsidRDefault="00000000">
            <w:pPr>
              <w:spacing w:after="0" w:line="240" w:lineRule="auto"/>
              <w:jc w:val="center"/>
            </w:pPr>
            <w:r>
              <w:rPr>
                <w:b/>
                <w:color w:val="FFFFFF"/>
                <w:sz w:val="34"/>
              </w:rPr>
              <w:t>3</w:t>
            </w:r>
          </w:p>
        </w:tc>
        <w:tc>
          <w:tcPr>
            <w:tcW w:w="8901" w:type="dxa"/>
            <w:shd w:val="clear" w:color="auto" w:fill="F3F4F5"/>
          </w:tcPr>
          <w:p w14:paraId="436E7CF4" w14:textId="77777777" w:rsidR="00865365" w:rsidRDefault="00000000">
            <w:pPr>
              <w:spacing w:after="20"/>
            </w:pPr>
            <w:r>
              <w:rPr>
                <w:b/>
                <w:sz w:val="27"/>
              </w:rPr>
              <w:t>Arhitectura documentară recomandată</w:t>
            </w:r>
          </w:p>
          <w:p w14:paraId="00BC6999" w14:textId="77777777" w:rsidR="00865365" w:rsidRDefault="00000000">
            <w:pPr>
              <w:spacing w:after="0"/>
            </w:pPr>
            <w:r>
              <w:rPr>
                <w:color w:val="666666"/>
                <w:sz w:val="16"/>
              </w:rPr>
              <w:t>O structură simplă reduce duplicarea și ajută utilizatorii să găsească informația corectă</w:t>
            </w:r>
          </w:p>
        </w:tc>
      </w:tr>
    </w:tbl>
    <w:p w14:paraId="42BC3D41" w14:textId="77777777" w:rsidR="00865365" w:rsidRDefault="00865365">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247"/>
        <w:gridCol w:w="2211"/>
        <w:gridCol w:w="4365"/>
        <w:gridCol w:w="2098"/>
      </w:tblGrid>
      <w:tr w:rsidR="00865365" w14:paraId="0A0E6355" w14:textId="77777777">
        <w:trPr>
          <w:tblHeader/>
          <w:jc w:val="center"/>
        </w:trPr>
        <w:tc>
          <w:tcPr>
            <w:tcW w:w="1247" w:type="dxa"/>
            <w:shd w:val="clear" w:color="auto" w:fill="D71920"/>
            <w:tcMar>
              <w:top w:w="70" w:type="dxa"/>
              <w:left w:w="85" w:type="dxa"/>
              <w:bottom w:w="70" w:type="dxa"/>
              <w:right w:w="85" w:type="dxa"/>
            </w:tcMar>
            <w:vAlign w:val="center"/>
          </w:tcPr>
          <w:p w14:paraId="4A86CC97" w14:textId="77777777" w:rsidR="00865365" w:rsidRDefault="00000000">
            <w:pPr>
              <w:spacing w:after="0" w:line="240" w:lineRule="auto"/>
              <w:jc w:val="center"/>
            </w:pPr>
            <w:r>
              <w:rPr>
                <w:b/>
                <w:color w:val="FFFFFF"/>
                <w:sz w:val="15"/>
              </w:rPr>
              <w:t>NIVEL</w:t>
            </w:r>
          </w:p>
        </w:tc>
        <w:tc>
          <w:tcPr>
            <w:tcW w:w="2211" w:type="dxa"/>
            <w:shd w:val="clear" w:color="auto" w:fill="D71920"/>
            <w:tcMar>
              <w:top w:w="70" w:type="dxa"/>
              <w:left w:w="85" w:type="dxa"/>
              <w:bottom w:w="70" w:type="dxa"/>
              <w:right w:w="85" w:type="dxa"/>
            </w:tcMar>
            <w:vAlign w:val="center"/>
          </w:tcPr>
          <w:p w14:paraId="30639EDD" w14:textId="77777777" w:rsidR="00865365" w:rsidRDefault="00000000">
            <w:pPr>
              <w:spacing w:after="0" w:line="240" w:lineRule="auto"/>
              <w:jc w:val="center"/>
            </w:pPr>
            <w:r>
              <w:rPr>
                <w:b/>
                <w:color w:val="FFFFFF"/>
                <w:sz w:val="15"/>
              </w:rPr>
              <w:t>ROL</w:t>
            </w:r>
          </w:p>
        </w:tc>
        <w:tc>
          <w:tcPr>
            <w:tcW w:w="4365" w:type="dxa"/>
            <w:shd w:val="clear" w:color="auto" w:fill="D71920"/>
            <w:tcMar>
              <w:top w:w="70" w:type="dxa"/>
              <w:left w:w="85" w:type="dxa"/>
              <w:bottom w:w="70" w:type="dxa"/>
              <w:right w:w="85" w:type="dxa"/>
            </w:tcMar>
            <w:vAlign w:val="center"/>
          </w:tcPr>
          <w:p w14:paraId="78D24E3C" w14:textId="77777777" w:rsidR="00865365" w:rsidRDefault="00000000">
            <w:pPr>
              <w:spacing w:after="0" w:line="240" w:lineRule="auto"/>
              <w:jc w:val="center"/>
            </w:pPr>
            <w:r>
              <w:rPr>
                <w:b/>
                <w:color w:val="FFFFFF"/>
                <w:sz w:val="15"/>
              </w:rPr>
              <w:t>EXEMPLE</w:t>
            </w:r>
          </w:p>
        </w:tc>
        <w:tc>
          <w:tcPr>
            <w:tcW w:w="2098" w:type="dxa"/>
            <w:shd w:val="clear" w:color="auto" w:fill="D71920"/>
            <w:tcMar>
              <w:top w:w="70" w:type="dxa"/>
              <w:left w:w="85" w:type="dxa"/>
              <w:bottom w:w="70" w:type="dxa"/>
              <w:right w:w="85" w:type="dxa"/>
            </w:tcMar>
            <w:vAlign w:val="center"/>
          </w:tcPr>
          <w:p w14:paraId="37105EB7" w14:textId="77777777" w:rsidR="00865365" w:rsidRDefault="00000000">
            <w:pPr>
              <w:spacing w:after="0" w:line="240" w:lineRule="auto"/>
              <w:jc w:val="center"/>
            </w:pPr>
            <w:r>
              <w:rPr>
                <w:b/>
                <w:color w:val="FFFFFF"/>
                <w:sz w:val="15"/>
              </w:rPr>
              <w:t>PROPRIETAR</w:t>
            </w:r>
          </w:p>
        </w:tc>
      </w:tr>
      <w:tr w:rsidR="00865365" w14:paraId="460F1825" w14:textId="77777777">
        <w:trPr>
          <w:cantSplit/>
          <w:jc w:val="center"/>
        </w:trPr>
        <w:tc>
          <w:tcPr>
            <w:tcW w:w="1247" w:type="dxa"/>
            <w:shd w:val="clear" w:color="auto" w:fill="FFFFFF"/>
            <w:tcMar>
              <w:top w:w="70" w:type="dxa"/>
              <w:left w:w="85" w:type="dxa"/>
              <w:bottom w:w="70" w:type="dxa"/>
              <w:right w:w="85" w:type="dxa"/>
            </w:tcMar>
            <w:vAlign w:val="center"/>
          </w:tcPr>
          <w:p w14:paraId="650566FA" w14:textId="77777777" w:rsidR="00865365" w:rsidRDefault="00000000">
            <w:pPr>
              <w:spacing w:after="0" w:line="240" w:lineRule="auto"/>
              <w:jc w:val="center"/>
            </w:pPr>
            <w:r>
              <w:rPr>
                <w:sz w:val="15"/>
              </w:rPr>
              <w:t>Nivel 1</w:t>
            </w:r>
          </w:p>
        </w:tc>
        <w:tc>
          <w:tcPr>
            <w:tcW w:w="2211" w:type="dxa"/>
            <w:shd w:val="clear" w:color="auto" w:fill="FFFFFF"/>
            <w:tcMar>
              <w:top w:w="70" w:type="dxa"/>
              <w:left w:w="85" w:type="dxa"/>
              <w:bottom w:w="70" w:type="dxa"/>
              <w:right w:w="85" w:type="dxa"/>
            </w:tcMar>
            <w:vAlign w:val="center"/>
          </w:tcPr>
          <w:p w14:paraId="1B4C8061" w14:textId="77777777" w:rsidR="00865365" w:rsidRDefault="00000000">
            <w:pPr>
              <w:spacing w:after="0" w:line="240" w:lineRule="auto"/>
            </w:pPr>
            <w:r>
              <w:rPr>
                <w:sz w:val="15"/>
              </w:rPr>
              <w:t>Direcție și guvernanță</w:t>
            </w:r>
          </w:p>
        </w:tc>
        <w:tc>
          <w:tcPr>
            <w:tcW w:w="4365" w:type="dxa"/>
            <w:shd w:val="clear" w:color="auto" w:fill="FFFFFF"/>
            <w:tcMar>
              <w:top w:w="70" w:type="dxa"/>
              <w:left w:w="85" w:type="dxa"/>
              <w:bottom w:w="70" w:type="dxa"/>
              <w:right w:w="85" w:type="dxa"/>
            </w:tcMar>
            <w:vAlign w:val="center"/>
          </w:tcPr>
          <w:p w14:paraId="60E5D0DE" w14:textId="77777777" w:rsidR="00865365" w:rsidRPr="000E298F" w:rsidRDefault="00000000">
            <w:pPr>
              <w:spacing w:after="0" w:line="240" w:lineRule="auto"/>
              <w:rPr>
                <w:lang w:val="fr-FR"/>
              </w:rPr>
            </w:pPr>
            <w:r w:rsidRPr="000E298F">
              <w:rPr>
                <w:sz w:val="15"/>
                <w:lang w:val="fr-FR"/>
              </w:rPr>
              <w:t>Domeniu ISO 13485, politică, obiective, roluri, procese și responsabilități.</w:t>
            </w:r>
          </w:p>
        </w:tc>
        <w:tc>
          <w:tcPr>
            <w:tcW w:w="2098" w:type="dxa"/>
            <w:shd w:val="clear" w:color="auto" w:fill="FFFFFF"/>
            <w:tcMar>
              <w:top w:w="70" w:type="dxa"/>
              <w:left w:w="85" w:type="dxa"/>
              <w:bottom w:w="70" w:type="dxa"/>
              <w:right w:w="85" w:type="dxa"/>
            </w:tcMar>
            <w:vAlign w:val="center"/>
          </w:tcPr>
          <w:p w14:paraId="6B8AC75C" w14:textId="77777777" w:rsidR="00865365" w:rsidRDefault="00000000">
            <w:pPr>
              <w:spacing w:after="0" w:line="240" w:lineRule="auto"/>
            </w:pPr>
            <w:r>
              <w:rPr>
                <w:sz w:val="15"/>
              </w:rPr>
              <w:t>Conducere / coordonator sistem</w:t>
            </w:r>
          </w:p>
        </w:tc>
      </w:tr>
      <w:tr w:rsidR="00865365" w14:paraId="493F8478" w14:textId="77777777">
        <w:trPr>
          <w:cantSplit/>
          <w:jc w:val="center"/>
        </w:trPr>
        <w:tc>
          <w:tcPr>
            <w:tcW w:w="1247" w:type="dxa"/>
            <w:shd w:val="clear" w:color="auto" w:fill="FAFAFA"/>
            <w:tcMar>
              <w:top w:w="70" w:type="dxa"/>
              <w:left w:w="85" w:type="dxa"/>
              <w:bottom w:w="70" w:type="dxa"/>
              <w:right w:w="85" w:type="dxa"/>
            </w:tcMar>
            <w:vAlign w:val="center"/>
          </w:tcPr>
          <w:p w14:paraId="4C1E29DE" w14:textId="77777777" w:rsidR="00865365" w:rsidRDefault="00000000">
            <w:pPr>
              <w:spacing w:after="0" w:line="240" w:lineRule="auto"/>
              <w:jc w:val="center"/>
            </w:pPr>
            <w:r>
              <w:rPr>
                <w:sz w:val="15"/>
              </w:rPr>
              <w:t>Nivel 2</w:t>
            </w:r>
          </w:p>
        </w:tc>
        <w:tc>
          <w:tcPr>
            <w:tcW w:w="2211" w:type="dxa"/>
            <w:shd w:val="clear" w:color="auto" w:fill="FAFAFA"/>
            <w:tcMar>
              <w:top w:w="70" w:type="dxa"/>
              <w:left w:w="85" w:type="dxa"/>
              <w:bottom w:w="70" w:type="dxa"/>
              <w:right w:w="85" w:type="dxa"/>
            </w:tcMar>
            <w:vAlign w:val="center"/>
          </w:tcPr>
          <w:p w14:paraId="3C390F1A" w14:textId="77777777" w:rsidR="00865365" w:rsidRDefault="00000000">
            <w:pPr>
              <w:spacing w:after="0" w:line="240" w:lineRule="auto"/>
            </w:pPr>
            <w:r>
              <w:rPr>
                <w:sz w:val="15"/>
              </w:rPr>
              <w:t>Planificare și control</w:t>
            </w:r>
          </w:p>
        </w:tc>
        <w:tc>
          <w:tcPr>
            <w:tcW w:w="4365" w:type="dxa"/>
            <w:shd w:val="clear" w:color="auto" w:fill="FAFAFA"/>
            <w:tcMar>
              <w:top w:w="70" w:type="dxa"/>
              <w:left w:w="85" w:type="dxa"/>
              <w:bottom w:w="70" w:type="dxa"/>
              <w:right w:w="85" w:type="dxa"/>
            </w:tcMar>
            <w:vAlign w:val="center"/>
          </w:tcPr>
          <w:p w14:paraId="74053009" w14:textId="77777777" w:rsidR="00865365" w:rsidRDefault="00000000">
            <w:pPr>
              <w:spacing w:after="0" w:line="240" w:lineRule="auto"/>
            </w:pPr>
            <w:r>
              <w:rPr>
                <w:sz w:val="15"/>
              </w:rPr>
              <w:t>Metodologii, registre, planuri, proceduri, criterii și reguli de decizie.</w:t>
            </w:r>
          </w:p>
        </w:tc>
        <w:tc>
          <w:tcPr>
            <w:tcW w:w="2098" w:type="dxa"/>
            <w:shd w:val="clear" w:color="auto" w:fill="FAFAFA"/>
            <w:tcMar>
              <w:top w:w="70" w:type="dxa"/>
              <w:left w:w="85" w:type="dxa"/>
              <w:bottom w:w="70" w:type="dxa"/>
              <w:right w:w="85" w:type="dxa"/>
            </w:tcMar>
            <w:vAlign w:val="center"/>
          </w:tcPr>
          <w:p w14:paraId="0610B013" w14:textId="77777777" w:rsidR="00865365" w:rsidRDefault="00000000">
            <w:pPr>
              <w:spacing w:after="0" w:line="240" w:lineRule="auto"/>
            </w:pPr>
            <w:r>
              <w:rPr>
                <w:sz w:val="15"/>
              </w:rPr>
              <w:t>Proprietari de proces / specialiști</w:t>
            </w:r>
          </w:p>
        </w:tc>
      </w:tr>
      <w:tr w:rsidR="00865365" w14:paraId="028B90B5" w14:textId="77777777">
        <w:trPr>
          <w:cantSplit/>
          <w:jc w:val="center"/>
        </w:trPr>
        <w:tc>
          <w:tcPr>
            <w:tcW w:w="1247" w:type="dxa"/>
            <w:shd w:val="clear" w:color="auto" w:fill="FFFFFF"/>
            <w:tcMar>
              <w:top w:w="70" w:type="dxa"/>
              <w:left w:w="85" w:type="dxa"/>
              <w:bottom w:w="70" w:type="dxa"/>
              <w:right w:w="85" w:type="dxa"/>
            </w:tcMar>
            <w:vAlign w:val="center"/>
          </w:tcPr>
          <w:p w14:paraId="24C9D8F2" w14:textId="77777777" w:rsidR="00865365" w:rsidRDefault="00000000">
            <w:pPr>
              <w:spacing w:after="0" w:line="240" w:lineRule="auto"/>
              <w:jc w:val="center"/>
            </w:pPr>
            <w:r>
              <w:rPr>
                <w:sz w:val="15"/>
              </w:rPr>
              <w:t>Nivel 3</w:t>
            </w:r>
          </w:p>
        </w:tc>
        <w:tc>
          <w:tcPr>
            <w:tcW w:w="2211" w:type="dxa"/>
            <w:shd w:val="clear" w:color="auto" w:fill="FFFFFF"/>
            <w:tcMar>
              <w:top w:w="70" w:type="dxa"/>
              <w:left w:w="85" w:type="dxa"/>
              <w:bottom w:w="70" w:type="dxa"/>
              <w:right w:w="85" w:type="dxa"/>
            </w:tcMar>
            <w:vAlign w:val="center"/>
          </w:tcPr>
          <w:p w14:paraId="6E947E39" w14:textId="77777777" w:rsidR="00865365" w:rsidRDefault="00000000">
            <w:pPr>
              <w:spacing w:after="0" w:line="240" w:lineRule="auto"/>
            </w:pPr>
            <w:r>
              <w:rPr>
                <w:sz w:val="15"/>
              </w:rPr>
              <w:t>Execuție</w:t>
            </w:r>
          </w:p>
        </w:tc>
        <w:tc>
          <w:tcPr>
            <w:tcW w:w="4365" w:type="dxa"/>
            <w:shd w:val="clear" w:color="auto" w:fill="FFFFFF"/>
            <w:tcMar>
              <w:top w:w="70" w:type="dxa"/>
              <w:left w:w="85" w:type="dxa"/>
              <w:bottom w:w="70" w:type="dxa"/>
              <w:right w:w="85" w:type="dxa"/>
            </w:tcMar>
            <w:vAlign w:val="center"/>
          </w:tcPr>
          <w:p w14:paraId="51BB4765" w14:textId="77777777" w:rsidR="00865365" w:rsidRPr="000E298F" w:rsidRDefault="00000000">
            <w:pPr>
              <w:spacing w:after="0" w:line="240" w:lineRule="auto"/>
              <w:rPr>
                <w:lang w:val="fr-FR"/>
              </w:rPr>
            </w:pPr>
            <w:r w:rsidRPr="000E298F">
              <w:rPr>
                <w:sz w:val="15"/>
                <w:lang w:val="fr-FR"/>
              </w:rPr>
              <w:t>Instrucțiuni, permise, specificații, liste de verificare, planuri locale și materiale vizuale.</w:t>
            </w:r>
          </w:p>
        </w:tc>
        <w:tc>
          <w:tcPr>
            <w:tcW w:w="2098" w:type="dxa"/>
            <w:shd w:val="clear" w:color="auto" w:fill="FFFFFF"/>
            <w:tcMar>
              <w:top w:w="70" w:type="dxa"/>
              <w:left w:w="85" w:type="dxa"/>
              <w:bottom w:w="70" w:type="dxa"/>
              <w:right w:w="85" w:type="dxa"/>
            </w:tcMar>
            <w:vAlign w:val="center"/>
          </w:tcPr>
          <w:p w14:paraId="18AEBCBE" w14:textId="77777777" w:rsidR="00865365" w:rsidRDefault="00000000">
            <w:pPr>
              <w:spacing w:after="0" w:line="240" w:lineRule="auto"/>
            </w:pPr>
            <w:r>
              <w:rPr>
                <w:sz w:val="15"/>
              </w:rPr>
              <w:t>Manageri operaționali / supraveghetori</w:t>
            </w:r>
          </w:p>
        </w:tc>
      </w:tr>
      <w:tr w:rsidR="00865365" w14:paraId="236FEAB8" w14:textId="77777777">
        <w:trPr>
          <w:cantSplit/>
          <w:jc w:val="center"/>
        </w:trPr>
        <w:tc>
          <w:tcPr>
            <w:tcW w:w="1247" w:type="dxa"/>
            <w:shd w:val="clear" w:color="auto" w:fill="FAFAFA"/>
            <w:tcMar>
              <w:top w:w="70" w:type="dxa"/>
              <w:left w:w="85" w:type="dxa"/>
              <w:bottom w:w="70" w:type="dxa"/>
              <w:right w:w="85" w:type="dxa"/>
            </w:tcMar>
            <w:vAlign w:val="center"/>
          </w:tcPr>
          <w:p w14:paraId="3F3B0E66" w14:textId="77777777" w:rsidR="00865365" w:rsidRDefault="00000000">
            <w:pPr>
              <w:spacing w:after="0" w:line="240" w:lineRule="auto"/>
              <w:jc w:val="center"/>
            </w:pPr>
            <w:r>
              <w:rPr>
                <w:sz w:val="15"/>
              </w:rPr>
              <w:t>Nivel 4</w:t>
            </w:r>
          </w:p>
        </w:tc>
        <w:tc>
          <w:tcPr>
            <w:tcW w:w="2211" w:type="dxa"/>
            <w:shd w:val="clear" w:color="auto" w:fill="FAFAFA"/>
            <w:tcMar>
              <w:top w:w="70" w:type="dxa"/>
              <w:left w:w="85" w:type="dxa"/>
              <w:bottom w:w="70" w:type="dxa"/>
              <w:right w:w="85" w:type="dxa"/>
            </w:tcMar>
            <w:vAlign w:val="center"/>
          </w:tcPr>
          <w:p w14:paraId="57A4440F" w14:textId="77777777" w:rsidR="00865365" w:rsidRDefault="00000000">
            <w:pPr>
              <w:spacing w:after="0" w:line="240" w:lineRule="auto"/>
            </w:pPr>
            <w:r>
              <w:rPr>
                <w:sz w:val="15"/>
              </w:rPr>
              <w:t>Dovezi</w:t>
            </w:r>
          </w:p>
        </w:tc>
        <w:tc>
          <w:tcPr>
            <w:tcW w:w="4365" w:type="dxa"/>
            <w:shd w:val="clear" w:color="auto" w:fill="FAFAFA"/>
            <w:tcMar>
              <w:top w:w="70" w:type="dxa"/>
              <w:left w:w="85" w:type="dxa"/>
              <w:bottom w:w="70" w:type="dxa"/>
              <w:right w:w="85" w:type="dxa"/>
            </w:tcMar>
            <w:vAlign w:val="center"/>
          </w:tcPr>
          <w:p w14:paraId="53D3DE99" w14:textId="77777777" w:rsidR="00865365" w:rsidRPr="000E298F" w:rsidRDefault="00000000">
            <w:pPr>
              <w:spacing w:after="0" w:line="240" w:lineRule="auto"/>
              <w:rPr>
                <w:lang w:val="fr-FR"/>
              </w:rPr>
            </w:pPr>
            <w:r w:rsidRPr="000E298F">
              <w:rPr>
                <w:sz w:val="15"/>
                <w:lang w:val="fr-FR"/>
              </w:rPr>
              <w:t>Formulare completate, rezultate, rapoarte, loguri, aprobări, fotografii și baze de date.</w:t>
            </w:r>
          </w:p>
        </w:tc>
        <w:tc>
          <w:tcPr>
            <w:tcW w:w="2098" w:type="dxa"/>
            <w:shd w:val="clear" w:color="auto" w:fill="FAFAFA"/>
            <w:tcMar>
              <w:top w:w="70" w:type="dxa"/>
              <w:left w:w="85" w:type="dxa"/>
              <w:bottom w:w="70" w:type="dxa"/>
              <w:right w:w="85" w:type="dxa"/>
            </w:tcMar>
            <w:vAlign w:val="center"/>
          </w:tcPr>
          <w:p w14:paraId="020F63AF" w14:textId="77777777" w:rsidR="00865365" w:rsidRDefault="00000000">
            <w:pPr>
              <w:spacing w:after="0" w:line="240" w:lineRule="auto"/>
            </w:pPr>
            <w:r>
              <w:rPr>
                <w:sz w:val="15"/>
              </w:rPr>
              <w:t>Persoana care realizează activitatea</w:t>
            </w:r>
          </w:p>
        </w:tc>
      </w:tr>
    </w:tbl>
    <w:p w14:paraId="178C6CE4" w14:textId="77777777" w:rsidR="00865365" w:rsidRDefault="00865365">
      <w:pPr>
        <w:spacing w:after="20"/>
      </w:pPr>
    </w:p>
    <w:p w14:paraId="013A1B5B" w14:textId="77777777" w:rsidR="00865365" w:rsidRDefault="00000000">
      <w:pPr>
        <w:pStyle w:val="Heading2"/>
      </w:pPr>
      <w:r>
        <w:t>Familii documentare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381"/>
        <w:gridCol w:w="4706"/>
        <w:gridCol w:w="2041"/>
      </w:tblGrid>
      <w:tr w:rsidR="00865365" w14:paraId="6F4A4E2F" w14:textId="77777777">
        <w:trPr>
          <w:tblHeader/>
          <w:jc w:val="center"/>
        </w:trPr>
        <w:tc>
          <w:tcPr>
            <w:tcW w:w="794" w:type="dxa"/>
            <w:shd w:val="clear" w:color="auto" w:fill="D71920"/>
            <w:tcMar>
              <w:top w:w="70" w:type="dxa"/>
              <w:left w:w="85" w:type="dxa"/>
              <w:bottom w:w="70" w:type="dxa"/>
              <w:right w:w="85" w:type="dxa"/>
            </w:tcMar>
            <w:vAlign w:val="center"/>
          </w:tcPr>
          <w:p w14:paraId="2D383233" w14:textId="77777777" w:rsidR="00865365" w:rsidRDefault="00000000">
            <w:pPr>
              <w:spacing w:after="0" w:line="240" w:lineRule="auto"/>
              <w:jc w:val="center"/>
            </w:pPr>
            <w:r>
              <w:rPr>
                <w:b/>
                <w:color w:val="FFFFFF"/>
                <w:sz w:val="15"/>
              </w:rPr>
              <w:t>COD</w:t>
            </w:r>
          </w:p>
        </w:tc>
        <w:tc>
          <w:tcPr>
            <w:tcW w:w="2381" w:type="dxa"/>
            <w:shd w:val="clear" w:color="auto" w:fill="D71920"/>
            <w:tcMar>
              <w:top w:w="70" w:type="dxa"/>
              <w:left w:w="85" w:type="dxa"/>
              <w:bottom w:w="70" w:type="dxa"/>
              <w:right w:w="85" w:type="dxa"/>
            </w:tcMar>
            <w:vAlign w:val="center"/>
          </w:tcPr>
          <w:p w14:paraId="5FEA9496" w14:textId="77777777" w:rsidR="00865365" w:rsidRDefault="00000000">
            <w:pPr>
              <w:spacing w:after="0" w:line="240" w:lineRule="auto"/>
              <w:jc w:val="center"/>
            </w:pPr>
            <w:r>
              <w:rPr>
                <w:b/>
                <w:color w:val="FFFFFF"/>
                <w:sz w:val="15"/>
              </w:rPr>
              <w:t>FAMILIE</w:t>
            </w:r>
          </w:p>
        </w:tc>
        <w:tc>
          <w:tcPr>
            <w:tcW w:w="4706" w:type="dxa"/>
            <w:shd w:val="clear" w:color="auto" w:fill="D71920"/>
            <w:tcMar>
              <w:top w:w="70" w:type="dxa"/>
              <w:left w:w="85" w:type="dxa"/>
              <w:bottom w:w="70" w:type="dxa"/>
              <w:right w:w="85" w:type="dxa"/>
            </w:tcMar>
            <w:vAlign w:val="center"/>
          </w:tcPr>
          <w:p w14:paraId="45531D77" w14:textId="77777777" w:rsidR="00865365" w:rsidRDefault="00000000">
            <w:pPr>
              <w:spacing w:after="0" w:line="240" w:lineRule="auto"/>
              <w:jc w:val="center"/>
            </w:pPr>
            <w:r>
              <w:rPr>
                <w:b/>
                <w:color w:val="FFFFFF"/>
                <w:sz w:val="15"/>
              </w:rPr>
              <w:t>CONȚINUT</w:t>
            </w:r>
          </w:p>
        </w:tc>
        <w:tc>
          <w:tcPr>
            <w:tcW w:w="2041" w:type="dxa"/>
            <w:shd w:val="clear" w:color="auto" w:fill="D71920"/>
            <w:tcMar>
              <w:top w:w="70" w:type="dxa"/>
              <w:left w:w="85" w:type="dxa"/>
              <w:bottom w:w="70" w:type="dxa"/>
              <w:right w:w="85" w:type="dxa"/>
            </w:tcMar>
            <w:vAlign w:val="center"/>
          </w:tcPr>
          <w:p w14:paraId="209E2DA8" w14:textId="77777777" w:rsidR="00865365" w:rsidRDefault="00000000">
            <w:pPr>
              <w:spacing w:after="0" w:line="240" w:lineRule="auto"/>
              <w:jc w:val="center"/>
            </w:pPr>
            <w:r>
              <w:rPr>
                <w:b/>
                <w:color w:val="FFFFFF"/>
                <w:sz w:val="15"/>
              </w:rPr>
              <w:t>PRIORITATE</w:t>
            </w:r>
          </w:p>
        </w:tc>
      </w:tr>
      <w:tr w:rsidR="00865365" w14:paraId="14836CF1" w14:textId="77777777">
        <w:trPr>
          <w:cantSplit/>
          <w:jc w:val="center"/>
        </w:trPr>
        <w:tc>
          <w:tcPr>
            <w:tcW w:w="794" w:type="dxa"/>
            <w:shd w:val="clear" w:color="auto" w:fill="FFFFFF"/>
            <w:tcMar>
              <w:top w:w="70" w:type="dxa"/>
              <w:left w:w="85" w:type="dxa"/>
              <w:bottom w:w="70" w:type="dxa"/>
              <w:right w:w="85" w:type="dxa"/>
            </w:tcMar>
            <w:vAlign w:val="center"/>
          </w:tcPr>
          <w:p w14:paraId="10A65E35" w14:textId="77777777" w:rsidR="00865365" w:rsidRDefault="00000000">
            <w:pPr>
              <w:spacing w:after="0" w:line="240" w:lineRule="auto"/>
              <w:jc w:val="center"/>
            </w:pPr>
            <w:r>
              <w:rPr>
                <w:sz w:val="15"/>
              </w:rPr>
              <w:t>QMS</w:t>
            </w:r>
          </w:p>
        </w:tc>
        <w:tc>
          <w:tcPr>
            <w:tcW w:w="2381" w:type="dxa"/>
            <w:shd w:val="clear" w:color="auto" w:fill="FFFFFF"/>
            <w:tcMar>
              <w:top w:w="70" w:type="dxa"/>
              <w:left w:w="85" w:type="dxa"/>
              <w:bottom w:w="70" w:type="dxa"/>
              <w:right w:w="85" w:type="dxa"/>
            </w:tcMar>
            <w:vAlign w:val="center"/>
          </w:tcPr>
          <w:p w14:paraId="5978D7EA" w14:textId="77777777" w:rsidR="00865365" w:rsidRDefault="00000000">
            <w:pPr>
              <w:spacing w:after="0" w:line="240" w:lineRule="auto"/>
            </w:pPr>
            <w:r>
              <w:rPr>
                <w:sz w:val="15"/>
              </w:rPr>
              <w:t>Guvernanță SMC</w:t>
            </w:r>
          </w:p>
        </w:tc>
        <w:tc>
          <w:tcPr>
            <w:tcW w:w="4706" w:type="dxa"/>
            <w:shd w:val="clear" w:color="auto" w:fill="FFFFFF"/>
            <w:tcMar>
              <w:top w:w="70" w:type="dxa"/>
              <w:left w:w="85" w:type="dxa"/>
              <w:bottom w:w="70" w:type="dxa"/>
              <w:right w:w="85" w:type="dxa"/>
            </w:tcMar>
            <w:vAlign w:val="center"/>
          </w:tcPr>
          <w:p w14:paraId="0C0022D9" w14:textId="77777777" w:rsidR="00865365" w:rsidRDefault="00000000">
            <w:pPr>
              <w:spacing w:after="0" w:line="240" w:lineRule="auto"/>
            </w:pPr>
            <w:r>
              <w:rPr>
                <w:sz w:val="15"/>
              </w:rPr>
              <w:t>Manual, politici, obiective, procese, roluri, management review și control documente.</w:t>
            </w:r>
          </w:p>
        </w:tc>
        <w:tc>
          <w:tcPr>
            <w:tcW w:w="2041" w:type="dxa"/>
            <w:shd w:val="clear" w:color="auto" w:fill="FFFFFF"/>
            <w:tcMar>
              <w:top w:w="70" w:type="dxa"/>
              <w:left w:w="85" w:type="dxa"/>
              <w:bottom w:w="70" w:type="dxa"/>
              <w:right w:w="85" w:type="dxa"/>
            </w:tcMar>
            <w:vAlign w:val="center"/>
          </w:tcPr>
          <w:p w14:paraId="7C459574" w14:textId="77777777" w:rsidR="00865365" w:rsidRDefault="00000000">
            <w:pPr>
              <w:spacing w:after="0" w:line="240" w:lineRule="auto"/>
            </w:pPr>
            <w:r>
              <w:rPr>
                <w:sz w:val="15"/>
              </w:rPr>
              <w:t>Esențial</w:t>
            </w:r>
          </w:p>
        </w:tc>
      </w:tr>
      <w:tr w:rsidR="00865365" w14:paraId="7DF3E851" w14:textId="77777777">
        <w:trPr>
          <w:cantSplit/>
          <w:jc w:val="center"/>
        </w:trPr>
        <w:tc>
          <w:tcPr>
            <w:tcW w:w="794" w:type="dxa"/>
            <w:shd w:val="clear" w:color="auto" w:fill="FAFAFA"/>
            <w:tcMar>
              <w:top w:w="70" w:type="dxa"/>
              <w:left w:w="85" w:type="dxa"/>
              <w:bottom w:w="70" w:type="dxa"/>
              <w:right w:w="85" w:type="dxa"/>
            </w:tcMar>
            <w:vAlign w:val="center"/>
          </w:tcPr>
          <w:p w14:paraId="10F71F50" w14:textId="77777777" w:rsidR="00865365" w:rsidRDefault="00000000">
            <w:pPr>
              <w:spacing w:after="0" w:line="240" w:lineRule="auto"/>
              <w:jc w:val="center"/>
            </w:pPr>
            <w:r>
              <w:rPr>
                <w:sz w:val="15"/>
              </w:rPr>
              <w:t>REG</w:t>
            </w:r>
          </w:p>
        </w:tc>
        <w:tc>
          <w:tcPr>
            <w:tcW w:w="2381" w:type="dxa"/>
            <w:shd w:val="clear" w:color="auto" w:fill="FAFAFA"/>
            <w:tcMar>
              <w:top w:w="70" w:type="dxa"/>
              <w:left w:w="85" w:type="dxa"/>
              <w:bottom w:w="70" w:type="dxa"/>
              <w:right w:w="85" w:type="dxa"/>
            </w:tcMar>
            <w:vAlign w:val="center"/>
          </w:tcPr>
          <w:p w14:paraId="7378F7A8" w14:textId="77777777" w:rsidR="00865365" w:rsidRDefault="00000000">
            <w:pPr>
              <w:spacing w:after="0" w:line="240" w:lineRule="auto"/>
            </w:pPr>
            <w:r>
              <w:rPr>
                <w:sz w:val="15"/>
              </w:rPr>
              <w:t>Reglementare</w:t>
            </w:r>
          </w:p>
        </w:tc>
        <w:tc>
          <w:tcPr>
            <w:tcW w:w="4706" w:type="dxa"/>
            <w:shd w:val="clear" w:color="auto" w:fill="FAFAFA"/>
            <w:tcMar>
              <w:top w:w="70" w:type="dxa"/>
              <w:left w:w="85" w:type="dxa"/>
              <w:bottom w:w="70" w:type="dxa"/>
              <w:right w:w="85" w:type="dxa"/>
            </w:tcMar>
            <w:vAlign w:val="center"/>
          </w:tcPr>
          <w:p w14:paraId="02C1DFB2" w14:textId="77777777" w:rsidR="00865365" w:rsidRDefault="00000000">
            <w:pPr>
              <w:spacing w:after="0" w:line="240" w:lineRule="auto"/>
            </w:pPr>
            <w:r>
              <w:rPr>
                <w:sz w:val="15"/>
              </w:rPr>
              <w:t>Rol, piețe, clasificare, cerințe, înregistrări, raportări și schimbări.</w:t>
            </w:r>
          </w:p>
        </w:tc>
        <w:tc>
          <w:tcPr>
            <w:tcW w:w="2041" w:type="dxa"/>
            <w:shd w:val="clear" w:color="auto" w:fill="FAFAFA"/>
            <w:tcMar>
              <w:top w:w="70" w:type="dxa"/>
              <w:left w:w="85" w:type="dxa"/>
              <w:bottom w:w="70" w:type="dxa"/>
              <w:right w:w="85" w:type="dxa"/>
            </w:tcMar>
            <w:vAlign w:val="center"/>
          </w:tcPr>
          <w:p w14:paraId="62AF6649" w14:textId="77777777" w:rsidR="00865365" w:rsidRDefault="00000000">
            <w:pPr>
              <w:spacing w:after="0" w:line="240" w:lineRule="auto"/>
            </w:pPr>
            <w:r>
              <w:rPr>
                <w:sz w:val="15"/>
              </w:rPr>
              <w:t>Esențial</w:t>
            </w:r>
          </w:p>
        </w:tc>
      </w:tr>
      <w:tr w:rsidR="00865365" w14:paraId="2C176403" w14:textId="77777777">
        <w:trPr>
          <w:cantSplit/>
          <w:jc w:val="center"/>
        </w:trPr>
        <w:tc>
          <w:tcPr>
            <w:tcW w:w="794" w:type="dxa"/>
            <w:shd w:val="clear" w:color="auto" w:fill="FFFFFF"/>
            <w:tcMar>
              <w:top w:w="70" w:type="dxa"/>
              <w:left w:w="85" w:type="dxa"/>
              <w:bottom w:w="70" w:type="dxa"/>
              <w:right w:w="85" w:type="dxa"/>
            </w:tcMar>
            <w:vAlign w:val="center"/>
          </w:tcPr>
          <w:p w14:paraId="11246E8E" w14:textId="77777777" w:rsidR="00865365" w:rsidRDefault="00000000">
            <w:pPr>
              <w:spacing w:after="0" w:line="240" w:lineRule="auto"/>
              <w:jc w:val="center"/>
            </w:pPr>
            <w:r>
              <w:rPr>
                <w:sz w:val="15"/>
              </w:rPr>
              <w:t>DEV</w:t>
            </w:r>
          </w:p>
        </w:tc>
        <w:tc>
          <w:tcPr>
            <w:tcW w:w="2381" w:type="dxa"/>
            <w:shd w:val="clear" w:color="auto" w:fill="FFFFFF"/>
            <w:tcMar>
              <w:top w:w="70" w:type="dxa"/>
              <w:left w:w="85" w:type="dxa"/>
              <w:bottom w:w="70" w:type="dxa"/>
              <w:right w:w="85" w:type="dxa"/>
            </w:tcMar>
            <w:vAlign w:val="center"/>
          </w:tcPr>
          <w:p w14:paraId="3DB1EC44" w14:textId="77777777" w:rsidR="00865365" w:rsidRDefault="00000000">
            <w:pPr>
              <w:spacing w:after="0" w:line="240" w:lineRule="auto"/>
            </w:pPr>
            <w:r>
              <w:rPr>
                <w:sz w:val="15"/>
              </w:rPr>
              <w:t>Proiectare și dezvoltare</w:t>
            </w:r>
          </w:p>
        </w:tc>
        <w:tc>
          <w:tcPr>
            <w:tcW w:w="4706" w:type="dxa"/>
            <w:shd w:val="clear" w:color="auto" w:fill="FFFFFF"/>
            <w:tcMar>
              <w:top w:w="70" w:type="dxa"/>
              <w:left w:w="85" w:type="dxa"/>
              <w:bottom w:w="70" w:type="dxa"/>
              <w:right w:w="85" w:type="dxa"/>
            </w:tcMar>
            <w:vAlign w:val="center"/>
          </w:tcPr>
          <w:p w14:paraId="6DC1CCC2" w14:textId="77777777" w:rsidR="00865365" w:rsidRDefault="00000000">
            <w:pPr>
              <w:spacing w:after="0" w:line="240" w:lineRule="auto"/>
            </w:pPr>
            <w:r>
              <w:rPr>
                <w:sz w:val="15"/>
              </w:rPr>
              <w:t>Planuri, cerințe, outputs, reviews, verificare, validare, transfer și design file.</w:t>
            </w:r>
          </w:p>
        </w:tc>
        <w:tc>
          <w:tcPr>
            <w:tcW w:w="2041" w:type="dxa"/>
            <w:shd w:val="clear" w:color="auto" w:fill="FFFFFF"/>
            <w:tcMar>
              <w:top w:w="70" w:type="dxa"/>
              <w:left w:w="85" w:type="dxa"/>
              <w:bottom w:w="70" w:type="dxa"/>
              <w:right w:w="85" w:type="dxa"/>
            </w:tcMar>
            <w:vAlign w:val="center"/>
          </w:tcPr>
          <w:p w14:paraId="3ED9296F" w14:textId="77777777" w:rsidR="00865365" w:rsidRDefault="00000000">
            <w:pPr>
              <w:spacing w:after="0" w:line="240" w:lineRule="auto"/>
            </w:pPr>
            <w:r>
              <w:rPr>
                <w:sz w:val="15"/>
              </w:rPr>
              <w:t>Condițional / critic</w:t>
            </w:r>
          </w:p>
        </w:tc>
      </w:tr>
      <w:tr w:rsidR="00865365" w14:paraId="4E15AF55" w14:textId="77777777">
        <w:trPr>
          <w:cantSplit/>
          <w:jc w:val="center"/>
        </w:trPr>
        <w:tc>
          <w:tcPr>
            <w:tcW w:w="794" w:type="dxa"/>
            <w:shd w:val="clear" w:color="auto" w:fill="FAFAFA"/>
            <w:tcMar>
              <w:top w:w="70" w:type="dxa"/>
              <w:left w:w="85" w:type="dxa"/>
              <w:bottom w:w="70" w:type="dxa"/>
              <w:right w:w="85" w:type="dxa"/>
            </w:tcMar>
            <w:vAlign w:val="center"/>
          </w:tcPr>
          <w:p w14:paraId="18649505" w14:textId="77777777" w:rsidR="00865365" w:rsidRDefault="00000000">
            <w:pPr>
              <w:spacing w:after="0" w:line="240" w:lineRule="auto"/>
              <w:jc w:val="center"/>
            </w:pPr>
            <w:r>
              <w:rPr>
                <w:sz w:val="15"/>
              </w:rPr>
              <w:t>RSK</w:t>
            </w:r>
          </w:p>
        </w:tc>
        <w:tc>
          <w:tcPr>
            <w:tcW w:w="2381" w:type="dxa"/>
            <w:shd w:val="clear" w:color="auto" w:fill="FAFAFA"/>
            <w:tcMar>
              <w:top w:w="70" w:type="dxa"/>
              <w:left w:w="85" w:type="dxa"/>
              <w:bottom w:w="70" w:type="dxa"/>
              <w:right w:w="85" w:type="dxa"/>
            </w:tcMar>
            <w:vAlign w:val="center"/>
          </w:tcPr>
          <w:p w14:paraId="65B590B2" w14:textId="77777777" w:rsidR="00865365" w:rsidRDefault="00000000">
            <w:pPr>
              <w:spacing w:after="0" w:line="240" w:lineRule="auto"/>
            </w:pPr>
            <w:r>
              <w:rPr>
                <w:sz w:val="15"/>
              </w:rPr>
              <w:t>Managementul riscului</w:t>
            </w:r>
          </w:p>
        </w:tc>
        <w:tc>
          <w:tcPr>
            <w:tcW w:w="4706" w:type="dxa"/>
            <w:shd w:val="clear" w:color="auto" w:fill="FAFAFA"/>
            <w:tcMar>
              <w:top w:w="70" w:type="dxa"/>
              <w:left w:w="85" w:type="dxa"/>
              <w:bottom w:w="70" w:type="dxa"/>
              <w:right w:w="85" w:type="dxa"/>
            </w:tcMar>
            <w:vAlign w:val="center"/>
          </w:tcPr>
          <w:p w14:paraId="017CD921" w14:textId="77777777" w:rsidR="00865365" w:rsidRDefault="00000000">
            <w:pPr>
              <w:spacing w:after="0" w:line="240" w:lineRule="auto"/>
            </w:pPr>
            <w:r>
              <w:rPr>
                <w:sz w:val="15"/>
              </w:rPr>
              <w:t>Plan, analiză, evaluare, control, benefit-risk, producție și post-producție.</w:t>
            </w:r>
          </w:p>
        </w:tc>
        <w:tc>
          <w:tcPr>
            <w:tcW w:w="2041" w:type="dxa"/>
            <w:shd w:val="clear" w:color="auto" w:fill="FAFAFA"/>
            <w:tcMar>
              <w:top w:w="70" w:type="dxa"/>
              <w:left w:w="85" w:type="dxa"/>
              <w:bottom w:w="70" w:type="dxa"/>
              <w:right w:w="85" w:type="dxa"/>
            </w:tcMar>
            <w:vAlign w:val="center"/>
          </w:tcPr>
          <w:p w14:paraId="2DA28003" w14:textId="77777777" w:rsidR="00865365" w:rsidRDefault="00000000">
            <w:pPr>
              <w:spacing w:after="0" w:line="240" w:lineRule="auto"/>
            </w:pPr>
            <w:r>
              <w:rPr>
                <w:sz w:val="15"/>
              </w:rPr>
              <w:t>Esențial</w:t>
            </w:r>
          </w:p>
        </w:tc>
      </w:tr>
      <w:tr w:rsidR="00865365" w14:paraId="671B8489" w14:textId="77777777">
        <w:trPr>
          <w:cantSplit/>
          <w:jc w:val="center"/>
        </w:trPr>
        <w:tc>
          <w:tcPr>
            <w:tcW w:w="794" w:type="dxa"/>
            <w:shd w:val="clear" w:color="auto" w:fill="FFFFFF"/>
            <w:tcMar>
              <w:top w:w="70" w:type="dxa"/>
              <w:left w:w="85" w:type="dxa"/>
              <w:bottom w:w="70" w:type="dxa"/>
              <w:right w:w="85" w:type="dxa"/>
            </w:tcMar>
            <w:vAlign w:val="center"/>
          </w:tcPr>
          <w:p w14:paraId="30F436B8" w14:textId="77777777" w:rsidR="00865365" w:rsidRDefault="00000000">
            <w:pPr>
              <w:spacing w:after="0" w:line="240" w:lineRule="auto"/>
              <w:jc w:val="center"/>
            </w:pPr>
            <w:r>
              <w:rPr>
                <w:sz w:val="15"/>
              </w:rPr>
              <w:lastRenderedPageBreak/>
              <w:t>SUP</w:t>
            </w:r>
          </w:p>
        </w:tc>
        <w:tc>
          <w:tcPr>
            <w:tcW w:w="2381" w:type="dxa"/>
            <w:shd w:val="clear" w:color="auto" w:fill="FFFFFF"/>
            <w:tcMar>
              <w:top w:w="70" w:type="dxa"/>
              <w:left w:w="85" w:type="dxa"/>
              <w:bottom w:w="70" w:type="dxa"/>
              <w:right w:w="85" w:type="dxa"/>
            </w:tcMar>
            <w:vAlign w:val="center"/>
          </w:tcPr>
          <w:p w14:paraId="23E4031E" w14:textId="77777777" w:rsidR="00865365" w:rsidRDefault="00000000">
            <w:pPr>
              <w:spacing w:after="0" w:line="240" w:lineRule="auto"/>
            </w:pPr>
            <w:r>
              <w:rPr>
                <w:sz w:val="15"/>
              </w:rPr>
              <w:t>Furnizori și achiziții</w:t>
            </w:r>
          </w:p>
        </w:tc>
        <w:tc>
          <w:tcPr>
            <w:tcW w:w="4706" w:type="dxa"/>
            <w:shd w:val="clear" w:color="auto" w:fill="FFFFFF"/>
            <w:tcMar>
              <w:top w:w="70" w:type="dxa"/>
              <w:left w:w="85" w:type="dxa"/>
              <w:bottom w:w="70" w:type="dxa"/>
              <w:right w:w="85" w:type="dxa"/>
            </w:tcMar>
            <w:vAlign w:val="center"/>
          </w:tcPr>
          <w:p w14:paraId="7D585A4E" w14:textId="77777777" w:rsidR="00865365" w:rsidRDefault="00000000">
            <w:pPr>
              <w:spacing w:after="0" w:line="240" w:lineRule="auto"/>
            </w:pPr>
            <w:r>
              <w:rPr>
                <w:sz w:val="15"/>
              </w:rPr>
              <w:t>Evaluare, clasificare, acorduri, schimbări, performanță și verificare.</w:t>
            </w:r>
          </w:p>
        </w:tc>
        <w:tc>
          <w:tcPr>
            <w:tcW w:w="2041" w:type="dxa"/>
            <w:shd w:val="clear" w:color="auto" w:fill="FFFFFF"/>
            <w:tcMar>
              <w:top w:w="70" w:type="dxa"/>
              <w:left w:w="85" w:type="dxa"/>
              <w:bottom w:w="70" w:type="dxa"/>
              <w:right w:w="85" w:type="dxa"/>
            </w:tcMar>
            <w:vAlign w:val="center"/>
          </w:tcPr>
          <w:p w14:paraId="418D5C52" w14:textId="77777777" w:rsidR="00865365" w:rsidRDefault="00000000">
            <w:pPr>
              <w:spacing w:after="0" w:line="240" w:lineRule="auto"/>
            </w:pPr>
            <w:r>
              <w:rPr>
                <w:sz w:val="15"/>
              </w:rPr>
              <w:t>Esențial</w:t>
            </w:r>
          </w:p>
        </w:tc>
      </w:tr>
      <w:tr w:rsidR="00865365" w14:paraId="34A97AE7" w14:textId="77777777">
        <w:trPr>
          <w:cantSplit/>
          <w:jc w:val="center"/>
        </w:trPr>
        <w:tc>
          <w:tcPr>
            <w:tcW w:w="794" w:type="dxa"/>
            <w:shd w:val="clear" w:color="auto" w:fill="FAFAFA"/>
            <w:tcMar>
              <w:top w:w="70" w:type="dxa"/>
              <w:left w:w="85" w:type="dxa"/>
              <w:bottom w:w="70" w:type="dxa"/>
              <w:right w:w="85" w:type="dxa"/>
            </w:tcMar>
            <w:vAlign w:val="center"/>
          </w:tcPr>
          <w:p w14:paraId="25B8784D" w14:textId="77777777" w:rsidR="00865365" w:rsidRDefault="00000000">
            <w:pPr>
              <w:spacing w:after="0" w:line="240" w:lineRule="auto"/>
              <w:jc w:val="center"/>
            </w:pPr>
            <w:r>
              <w:rPr>
                <w:sz w:val="15"/>
              </w:rPr>
              <w:t>MFG</w:t>
            </w:r>
          </w:p>
        </w:tc>
        <w:tc>
          <w:tcPr>
            <w:tcW w:w="2381" w:type="dxa"/>
            <w:shd w:val="clear" w:color="auto" w:fill="FAFAFA"/>
            <w:tcMar>
              <w:top w:w="70" w:type="dxa"/>
              <w:left w:w="85" w:type="dxa"/>
              <w:bottom w:w="70" w:type="dxa"/>
              <w:right w:w="85" w:type="dxa"/>
            </w:tcMar>
            <w:vAlign w:val="center"/>
          </w:tcPr>
          <w:p w14:paraId="30EBF778" w14:textId="77777777" w:rsidR="00865365" w:rsidRDefault="00000000">
            <w:pPr>
              <w:spacing w:after="0" w:line="240" w:lineRule="auto"/>
            </w:pPr>
            <w:r>
              <w:rPr>
                <w:sz w:val="15"/>
              </w:rPr>
              <w:t>Producție și validare</w:t>
            </w:r>
          </w:p>
        </w:tc>
        <w:tc>
          <w:tcPr>
            <w:tcW w:w="4706" w:type="dxa"/>
            <w:shd w:val="clear" w:color="auto" w:fill="FAFAFA"/>
            <w:tcMar>
              <w:top w:w="70" w:type="dxa"/>
              <w:left w:w="85" w:type="dxa"/>
              <w:bottom w:w="70" w:type="dxa"/>
              <w:right w:w="85" w:type="dxa"/>
            </w:tcMar>
            <w:vAlign w:val="center"/>
          </w:tcPr>
          <w:p w14:paraId="678173BC" w14:textId="77777777" w:rsidR="00865365" w:rsidRDefault="00000000">
            <w:pPr>
              <w:spacing w:after="0" w:line="240" w:lineRule="auto"/>
            </w:pPr>
            <w:r>
              <w:rPr>
                <w:sz w:val="15"/>
              </w:rPr>
              <w:t>Instrucțiuni, DHR/lot, validări, curățenie, sterilizare, mentenanță și eliberare.</w:t>
            </w:r>
          </w:p>
        </w:tc>
        <w:tc>
          <w:tcPr>
            <w:tcW w:w="2041" w:type="dxa"/>
            <w:shd w:val="clear" w:color="auto" w:fill="FAFAFA"/>
            <w:tcMar>
              <w:top w:w="70" w:type="dxa"/>
              <w:left w:w="85" w:type="dxa"/>
              <w:bottom w:w="70" w:type="dxa"/>
              <w:right w:w="85" w:type="dxa"/>
            </w:tcMar>
            <w:vAlign w:val="center"/>
          </w:tcPr>
          <w:p w14:paraId="6C41D587" w14:textId="77777777" w:rsidR="00865365" w:rsidRDefault="00000000">
            <w:pPr>
              <w:spacing w:after="0" w:line="240" w:lineRule="auto"/>
            </w:pPr>
            <w:r>
              <w:rPr>
                <w:sz w:val="15"/>
              </w:rPr>
              <w:t>Esențial</w:t>
            </w:r>
          </w:p>
        </w:tc>
      </w:tr>
      <w:tr w:rsidR="00865365" w14:paraId="127140B4" w14:textId="77777777">
        <w:trPr>
          <w:cantSplit/>
          <w:jc w:val="center"/>
        </w:trPr>
        <w:tc>
          <w:tcPr>
            <w:tcW w:w="794" w:type="dxa"/>
            <w:shd w:val="clear" w:color="auto" w:fill="FFFFFF"/>
            <w:tcMar>
              <w:top w:w="70" w:type="dxa"/>
              <w:left w:w="85" w:type="dxa"/>
              <w:bottom w:w="70" w:type="dxa"/>
              <w:right w:w="85" w:type="dxa"/>
            </w:tcMar>
            <w:vAlign w:val="center"/>
          </w:tcPr>
          <w:p w14:paraId="64DCC842" w14:textId="77777777" w:rsidR="00865365" w:rsidRDefault="00000000">
            <w:pPr>
              <w:spacing w:after="0" w:line="240" w:lineRule="auto"/>
              <w:jc w:val="center"/>
            </w:pPr>
            <w:r>
              <w:rPr>
                <w:sz w:val="15"/>
              </w:rPr>
              <w:t>PMS</w:t>
            </w:r>
          </w:p>
        </w:tc>
        <w:tc>
          <w:tcPr>
            <w:tcW w:w="2381" w:type="dxa"/>
            <w:shd w:val="clear" w:color="auto" w:fill="FFFFFF"/>
            <w:tcMar>
              <w:top w:w="70" w:type="dxa"/>
              <w:left w:w="85" w:type="dxa"/>
              <w:bottom w:w="70" w:type="dxa"/>
              <w:right w:w="85" w:type="dxa"/>
            </w:tcMar>
            <w:vAlign w:val="center"/>
          </w:tcPr>
          <w:p w14:paraId="04FB6BBD" w14:textId="77777777" w:rsidR="00865365" w:rsidRDefault="00000000">
            <w:pPr>
              <w:spacing w:after="0" w:line="240" w:lineRule="auto"/>
            </w:pPr>
            <w:r>
              <w:rPr>
                <w:sz w:val="15"/>
              </w:rPr>
              <w:t>Post-producție</w:t>
            </w:r>
          </w:p>
        </w:tc>
        <w:tc>
          <w:tcPr>
            <w:tcW w:w="4706" w:type="dxa"/>
            <w:shd w:val="clear" w:color="auto" w:fill="FFFFFF"/>
            <w:tcMar>
              <w:top w:w="70" w:type="dxa"/>
              <w:left w:w="85" w:type="dxa"/>
              <w:bottom w:w="70" w:type="dxa"/>
              <w:right w:w="85" w:type="dxa"/>
            </w:tcMar>
            <w:vAlign w:val="center"/>
          </w:tcPr>
          <w:p w14:paraId="3C60EA62" w14:textId="77777777" w:rsidR="00865365" w:rsidRDefault="00000000">
            <w:pPr>
              <w:spacing w:after="0" w:line="240" w:lineRule="auto"/>
            </w:pPr>
            <w:r>
              <w:rPr>
                <w:sz w:val="15"/>
              </w:rPr>
              <w:t>Feedback, reclamații, service, vigilență, advisory notices și trenduri.</w:t>
            </w:r>
          </w:p>
        </w:tc>
        <w:tc>
          <w:tcPr>
            <w:tcW w:w="2041" w:type="dxa"/>
            <w:shd w:val="clear" w:color="auto" w:fill="FFFFFF"/>
            <w:tcMar>
              <w:top w:w="70" w:type="dxa"/>
              <w:left w:w="85" w:type="dxa"/>
              <w:bottom w:w="70" w:type="dxa"/>
              <w:right w:w="85" w:type="dxa"/>
            </w:tcMar>
            <w:vAlign w:val="center"/>
          </w:tcPr>
          <w:p w14:paraId="6D0C7855" w14:textId="77777777" w:rsidR="00865365" w:rsidRDefault="00000000">
            <w:pPr>
              <w:spacing w:after="0" w:line="240" w:lineRule="auto"/>
            </w:pPr>
            <w:r>
              <w:rPr>
                <w:sz w:val="15"/>
              </w:rPr>
              <w:t>Esențial</w:t>
            </w:r>
          </w:p>
        </w:tc>
      </w:tr>
      <w:tr w:rsidR="00865365" w14:paraId="6E02E643" w14:textId="77777777">
        <w:trPr>
          <w:cantSplit/>
          <w:jc w:val="center"/>
        </w:trPr>
        <w:tc>
          <w:tcPr>
            <w:tcW w:w="794" w:type="dxa"/>
            <w:shd w:val="clear" w:color="auto" w:fill="FAFAFA"/>
            <w:tcMar>
              <w:top w:w="70" w:type="dxa"/>
              <w:left w:w="85" w:type="dxa"/>
              <w:bottom w:w="70" w:type="dxa"/>
              <w:right w:w="85" w:type="dxa"/>
            </w:tcMar>
            <w:vAlign w:val="center"/>
          </w:tcPr>
          <w:p w14:paraId="1DCBFB8E" w14:textId="77777777" w:rsidR="00865365" w:rsidRDefault="00000000">
            <w:pPr>
              <w:spacing w:after="0" w:line="240" w:lineRule="auto"/>
              <w:jc w:val="center"/>
            </w:pPr>
            <w:r>
              <w:rPr>
                <w:sz w:val="15"/>
              </w:rPr>
              <w:t>CAP</w:t>
            </w:r>
          </w:p>
        </w:tc>
        <w:tc>
          <w:tcPr>
            <w:tcW w:w="2381" w:type="dxa"/>
            <w:shd w:val="clear" w:color="auto" w:fill="FAFAFA"/>
            <w:tcMar>
              <w:top w:w="70" w:type="dxa"/>
              <w:left w:w="85" w:type="dxa"/>
              <w:bottom w:w="70" w:type="dxa"/>
              <w:right w:w="85" w:type="dxa"/>
            </w:tcMar>
            <w:vAlign w:val="center"/>
          </w:tcPr>
          <w:p w14:paraId="357E38F9" w14:textId="77777777" w:rsidR="00865365" w:rsidRDefault="00000000">
            <w:pPr>
              <w:spacing w:after="0" w:line="240" w:lineRule="auto"/>
            </w:pPr>
            <w:r>
              <w:rPr>
                <w:sz w:val="15"/>
              </w:rPr>
              <w:t>Asigurare și îmbunătățire</w:t>
            </w:r>
          </w:p>
        </w:tc>
        <w:tc>
          <w:tcPr>
            <w:tcW w:w="4706" w:type="dxa"/>
            <w:shd w:val="clear" w:color="auto" w:fill="FAFAFA"/>
            <w:tcMar>
              <w:top w:w="70" w:type="dxa"/>
              <w:left w:w="85" w:type="dxa"/>
              <w:bottom w:w="70" w:type="dxa"/>
              <w:right w:w="85" w:type="dxa"/>
            </w:tcMar>
            <w:vAlign w:val="center"/>
          </w:tcPr>
          <w:p w14:paraId="465C7FC0" w14:textId="77777777" w:rsidR="00865365" w:rsidRDefault="00000000">
            <w:pPr>
              <w:spacing w:after="0" w:line="240" w:lineRule="auto"/>
            </w:pPr>
            <w:r>
              <w:rPr>
                <w:sz w:val="15"/>
              </w:rPr>
              <w:t>Audit, neconformități, analiza datelor, CAPA și acțiuni preventive.</w:t>
            </w:r>
          </w:p>
        </w:tc>
        <w:tc>
          <w:tcPr>
            <w:tcW w:w="2041" w:type="dxa"/>
            <w:shd w:val="clear" w:color="auto" w:fill="FAFAFA"/>
            <w:tcMar>
              <w:top w:w="70" w:type="dxa"/>
              <w:left w:w="85" w:type="dxa"/>
              <w:bottom w:w="70" w:type="dxa"/>
              <w:right w:w="85" w:type="dxa"/>
            </w:tcMar>
            <w:vAlign w:val="center"/>
          </w:tcPr>
          <w:p w14:paraId="659DB3AD" w14:textId="77777777" w:rsidR="00865365" w:rsidRDefault="00000000">
            <w:pPr>
              <w:spacing w:after="0" w:line="240" w:lineRule="auto"/>
            </w:pPr>
            <w:r>
              <w:rPr>
                <w:sz w:val="15"/>
              </w:rPr>
              <w:t>Esențial</w:t>
            </w:r>
          </w:p>
        </w:tc>
      </w:tr>
    </w:tbl>
    <w:p w14:paraId="00488032" w14:textId="77777777" w:rsidR="00865365" w:rsidRDefault="00865365">
      <w:pPr>
        <w:spacing w:after="20"/>
      </w:pPr>
    </w:p>
    <w:p w14:paraId="786AA858" w14:textId="77777777" w:rsidR="00865365" w:rsidRDefault="00000000">
      <w:pPr>
        <w:pStyle w:val="Heading2"/>
      </w:pPr>
      <w:r>
        <w:t>Convenție simplă de codificare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005"/>
        <w:gridCol w:w="4989"/>
      </w:tblGrid>
      <w:tr w:rsidR="00865365" w14:paraId="424F6AD7" w14:textId="77777777">
        <w:trPr>
          <w:tblHeader/>
          <w:jc w:val="center"/>
        </w:trPr>
        <w:tc>
          <w:tcPr>
            <w:tcW w:w="1928" w:type="dxa"/>
            <w:shd w:val="clear" w:color="auto" w:fill="D71920"/>
            <w:tcMar>
              <w:top w:w="70" w:type="dxa"/>
              <w:left w:w="85" w:type="dxa"/>
              <w:bottom w:w="70" w:type="dxa"/>
              <w:right w:w="85" w:type="dxa"/>
            </w:tcMar>
            <w:vAlign w:val="center"/>
          </w:tcPr>
          <w:p w14:paraId="2EC9424A" w14:textId="77777777" w:rsidR="00865365" w:rsidRDefault="00000000">
            <w:pPr>
              <w:spacing w:after="0" w:line="240" w:lineRule="auto"/>
              <w:jc w:val="center"/>
            </w:pPr>
            <w:r>
              <w:rPr>
                <w:b/>
                <w:color w:val="FFFFFF"/>
                <w:sz w:val="15"/>
              </w:rPr>
              <w:t>ELEMENT</w:t>
            </w:r>
          </w:p>
        </w:tc>
        <w:tc>
          <w:tcPr>
            <w:tcW w:w="3005" w:type="dxa"/>
            <w:shd w:val="clear" w:color="auto" w:fill="D71920"/>
            <w:tcMar>
              <w:top w:w="70" w:type="dxa"/>
              <w:left w:w="85" w:type="dxa"/>
              <w:bottom w:w="70" w:type="dxa"/>
              <w:right w:w="85" w:type="dxa"/>
            </w:tcMar>
            <w:vAlign w:val="center"/>
          </w:tcPr>
          <w:p w14:paraId="7A00DE95" w14:textId="77777777" w:rsidR="00865365" w:rsidRDefault="00000000">
            <w:pPr>
              <w:spacing w:after="0" w:line="240" w:lineRule="auto"/>
              <w:jc w:val="center"/>
            </w:pPr>
            <w:r>
              <w:rPr>
                <w:b/>
                <w:color w:val="FFFFFF"/>
                <w:sz w:val="15"/>
              </w:rPr>
              <w:t>EXEMPLU</w:t>
            </w:r>
          </w:p>
        </w:tc>
        <w:tc>
          <w:tcPr>
            <w:tcW w:w="4989" w:type="dxa"/>
            <w:shd w:val="clear" w:color="auto" w:fill="D71920"/>
            <w:tcMar>
              <w:top w:w="70" w:type="dxa"/>
              <w:left w:w="85" w:type="dxa"/>
              <w:bottom w:w="70" w:type="dxa"/>
              <w:right w:w="85" w:type="dxa"/>
            </w:tcMar>
            <w:vAlign w:val="center"/>
          </w:tcPr>
          <w:p w14:paraId="0E67E1D5" w14:textId="77777777" w:rsidR="00865365" w:rsidRDefault="00000000">
            <w:pPr>
              <w:spacing w:after="0" w:line="240" w:lineRule="auto"/>
              <w:jc w:val="center"/>
            </w:pPr>
            <w:r>
              <w:rPr>
                <w:b/>
                <w:color w:val="FFFFFF"/>
                <w:sz w:val="15"/>
              </w:rPr>
              <w:t>EXPLICAȚIE</w:t>
            </w:r>
          </w:p>
        </w:tc>
      </w:tr>
      <w:tr w:rsidR="00865365" w14:paraId="4F9E8B3C" w14:textId="77777777">
        <w:trPr>
          <w:cantSplit/>
          <w:jc w:val="center"/>
        </w:trPr>
        <w:tc>
          <w:tcPr>
            <w:tcW w:w="1928" w:type="dxa"/>
            <w:shd w:val="clear" w:color="auto" w:fill="FFFFFF"/>
            <w:tcMar>
              <w:top w:w="70" w:type="dxa"/>
              <w:left w:w="85" w:type="dxa"/>
              <w:bottom w:w="70" w:type="dxa"/>
              <w:right w:w="85" w:type="dxa"/>
            </w:tcMar>
            <w:vAlign w:val="center"/>
          </w:tcPr>
          <w:p w14:paraId="7BC2985D" w14:textId="77777777" w:rsidR="00865365" w:rsidRDefault="00000000">
            <w:pPr>
              <w:spacing w:after="0" w:line="240" w:lineRule="auto"/>
            </w:pPr>
            <w:r>
              <w:rPr>
                <w:sz w:val="16"/>
              </w:rPr>
              <w:t>Tip</w:t>
            </w:r>
          </w:p>
        </w:tc>
        <w:tc>
          <w:tcPr>
            <w:tcW w:w="3005" w:type="dxa"/>
            <w:shd w:val="clear" w:color="auto" w:fill="FFFFFF"/>
            <w:tcMar>
              <w:top w:w="70" w:type="dxa"/>
              <w:left w:w="85" w:type="dxa"/>
              <w:bottom w:w="70" w:type="dxa"/>
              <w:right w:w="85" w:type="dxa"/>
            </w:tcMar>
            <w:vAlign w:val="center"/>
          </w:tcPr>
          <w:p w14:paraId="735C14F4" w14:textId="77777777" w:rsidR="00865365" w:rsidRDefault="00000000">
            <w:pPr>
              <w:spacing w:after="0" w:line="240" w:lineRule="auto"/>
            </w:pPr>
            <w:r>
              <w:rPr>
                <w:sz w:val="16"/>
              </w:rPr>
              <w:t>POL / PRO / INS / FOR / REG / PLN</w:t>
            </w:r>
          </w:p>
        </w:tc>
        <w:tc>
          <w:tcPr>
            <w:tcW w:w="4989" w:type="dxa"/>
            <w:shd w:val="clear" w:color="auto" w:fill="FFFFFF"/>
            <w:tcMar>
              <w:top w:w="70" w:type="dxa"/>
              <w:left w:w="85" w:type="dxa"/>
              <w:bottom w:w="70" w:type="dxa"/>
              <w:right w:w="85" w:type="dxa"/>
            </w:tcMar>
            <w:vAlign w:val="center"/>
          </w:tcPr>
          <w:p w14:paraId="2E9CC782" w14:textId="77777777" w:rsidR="00865365" w:rsidRDefault="00000000">
            <w:pPr>
              <w:spacing w:after="0" w:line="240" w:lineRule="auto"/>
            </w:pPr>
            <w:r>
              <w:rPr>
                <w:sz w:val="16"/>
              </w:rPr>
              <w:t>Politică, procedură, instrucțiune, formular, registru sau plan.</w:t>
            </w:r>
          </w:p>
        </w:tc>
      </w:tr>
      <w:tr w:rsidR="00865365" w14:paraId="6331F325" w14:textId="77777777">
        <w:trPr>
          <w:cantSplit/>
          <w:jc w:val="center"/>
        </w:trPr>
        <w:tc>
          <w:tcPr>
            <w:tcW w:w="1928" w:type="dxa"/>
            <w:shd w:val="clear" w:color="auto" w:fill="FAFAFA"/>
            <w:tcMar>
              <w:top w:w="70" w:type="dxa"/>
              <w:left w:w="85" w:type="dxa"/>
              <w:bottom w:w="70" w:type="dxa"/>
              <w:right w:w="85" w:type="dxa"/>
            </w:tcMar>
            <w:vAlign w:val="center"/>
          </w:tcPr>
          <w:p w14:paraId="105061CE" w14:textId="77777777" w:rsidR="00865365" w:rsidRDefault="00000000">
            <w:pPr>
              <w:spacing w:after="0" w:line="240" w:lineRule="auto"/>
            </w:pPr>
            <w:r>
              <w:rPr>
                <w:sz w:val="16"/>
              </w:rPr>
              <w:t>Domeniu</w:t>
            </w:r>
          </w:p>
        </w:tc>
        <w:tc>
          <w:tcPr>
            <w:tcW w:w="3005" w:type="dxa"/>
            <w:shd w:val="clear" w:color="auto" w:fill="FAFAFA"/>
            <w:tcMar>
              <w:top w:w="70" w:type="dxa"/>
              <w:left w:w="85" w:type="dxa"/>
              <w:bottom w:w="70" w:type="dxa"/>
              <w:right w:w="85" w:type="dxa"/>
            </w:tcMar>
            <w:vAlign w:val="center"/>
          </w:tcPr>
          <w:p w14:paraId="76C4C99D" w14:textId="77777777" w:rsidR="00865365" w:rsidRDefault="00000000">
            <w:pPr>
              <w:spacing w:after="0" w:line="240" w:lineRule="auto"/>
            </w:pPr>
            <w:r>
              <w:rPr>
                <w:sz w:val="16"/>
              </w:rPr>
              <w:t>MED / SSM / INT</w:t>
            </w:r>
          </w:p>
        </w:tc>
        <w:tc>
          <w:tcPr>
            <w:tcW w:w="4989" w:type="dxa"/>
            <w:shd w:val="clear" w:color="auto" w:fill="FAFAFA"/>
            <w:tcMar>
              <w:top w:w="70" w:type="dxa"/>
              <w:left w:w="85" w:type="dxa"/>
              <w:bottom w:w="70" w:type="dxa"/>
              <w:right w:w="85" w:type="dxa"/>
            </w:tcMar>
            <w:vAlign w:val="center"/>
          </w:tcPr>
          <w:p w14:paraId="76778B8F" w14:textId="77777777" w:rsidR="00865365" w:rsidRDefault="00000000">
            <w:pPr>
              <w:spacing w:after="0" w:line="240" w:lineRule="auto"/>
            </w:pPr>
            <w:r>
              <w:rPr>
                <w:sz w:val="16"/>
              </w:rPr>
              <w:t>Mediu, sănătate și securitate în muncă sau sistem integrat.</w:t>
            </w:r>
          </w:p>
        </w:tc>
      </w:tr>
      <w:tr w:rsidR="00865365" w:rsidRPr="000E298F" w14:paraId="28713A43" w14:textId="77777777">
        <w:trPr>
          <w:cantSplit/>
          <w:jc w:val="center"/>
        </w:trPr>
        <w:tc>
          <w:tcPr>
            <w:tcW w:w="1928" w:type="dxa"/>
            <w:shd w:val="clear" w:color="auto" w:fill="FFFFFF"/>
            <w:tcMar>
              <w:top w:w="70" w:type="dxa"/>
              <w:left w:w="85" w:type="dxa"/>
              <w:bottom w:w="70" w:type="dxa"/>
              <w:right w:w="85" w:type="dxa"/>
            </w:tcMar>
            <w:vAlign w:val="center"/>
          </w:tcPr>
          <w:p w14:paraId="0E49B892" w14:textId="77777777" w:rsidR="00865365" w:rsidRDefault="00000000">
            <w:pPr>
              <w:spacing w:after="0" w:line="240" w:lineRule="auto"/>
            </w:pPr>
            <w:r>
              <w:rPr>
                <w:sz w:val="16"/>
              </w:rPr>
              <w:t>Proces</w:t>
            </w:r>
          </w:p>
        </w:tc>
        <w:tc>
          <w:tcPr>
            <w:tcW w:w="3005" w:type="dxa"/>
            <w:shd w:val="clear" w:color="auto" w:fill="FFFFFF"/>
            <w:tcMar>
              <w:top w:w="70" w:type="dxa"/>
              <w:left w:w="85" w:type="dxa"/>
              <w:bottom w:w="70" w:type="dxa"/>
              <w:right w:w="85" w:type="dxa"/>
            </w:tcMar>
            <w:vAlign w:val="center"/>
          </w:tcPr>
          <w:p w14:paraId="3D3A829F" w14:textId="77777777" w:rsidR="00865365" w:rsidRDefault="00000000">
            <w:pPr>
              <w:spacing w:after="0" w:line="240" w:lineRule="auto"/>
            </w:pPr>
            <w:r>
              <w:rPr>
                <w:sz w:val="16"/>
              </w:rPr>
              <w:t>ACH / OPR / MNT / HR</w:t>
            </w:r>
          </w:p>
        </w:tc>
        <w:tc>
          <w:tcPr>
            <w:tcW w:w="4989" w:type="dxa"/>
            <w:shd w:val="clear" w:color="auto" w:fill="FFFFFF"/>
            <w:tcMar>
              <w:top w:w="70" w:type="dxa"/>
              <w:left w:w="85" w:type="dxa"/>
              <w:bottom w:w="70" w:type="dxa"/>
              <w:right w:w="85" w:type="dxa"/>
            </w:tcMar>
            <w:vAlign w:val="center"/>
          </w:tcPr>
          <w:p w14:paraId="08B1CF7A" w14:textId="77777777" w:rsidR="00865365" w:rsidRPr="000E298F" w:rsidRDefault="00000000">
            <w:pPr>
              <w:spacing w:after="0" w:line="240" w:lineRule="auto"/>
              <w:rPr>
                <w:lang w:val="fr-FR"/>
              </w:rPr>
            </w:pPr>
            <w:r w:rsidRPr="000E298F">
              <w:rPr>
                <w:sz w:val="16"/>
                <w:lang w:val="fr-FR"/>
              </w:rPr>
              <w:t>Achiziții, operațiuni, mentenanță, resurse umane etc.</w:t>
            </w:r>
          </w:p>
        </w:tc>
      </w:tr>
      <w:tr w:rsidR="00865365" w:rsidRPr="000E298F" w14:paraId="04304EC8" w14:textId="77777777">
        <w:trPr>
          <w:cantSplit/>
          <w:jc w:val="center"/>
        </w:trPr>
        <w:tc>
          <w:tcPr>
            <w:tcW w:w="1928" w:type="dxa"/>
            <w:shd w:val="clear" w:color="auto" w:fill="FAFAFA"/>
            <w:tcMar>
              <w:top w:w="70" w:type="dxa"/>
              <w:left w:w="85" w:type="dxa"/>
              <w:bottom w:w="70" w:type="dxa"/>
              <w:right w:w="85" w:type="dxa"/>
            </w:tcMar>
            <w:vAlign w:val="center"/>
          </w:tcPr>
          <w:p w14:paraId="1AD4E5FF" w14:textId="77777777" w:rsidR="00865365" w:rsidRDefault="00000000">
            <w:pPr>
              <w:spacing w:after="0" w:line="240" w:lineRule="auto"/>
            </w:pPr>
            <w:r>
              <w:rPr>
                <w:sz w:val="16"/>
              </w:rPr>
              <w:t>Număr</w:t>
            </w:r>
          </w:p>
        </w:tc>
        <w:tc>
          <w:tcPr>
            <w:tcW w:w="3005" w:type="dxa"/>
            <w:shd w:val="clear" w:color="auto" w:fill="FAFAFA"/>
            <w:tcMar>
              <w:top w:w="70" w:type="dxa"/>
              <w:left w:w="85" w:type="dxa"/>
              <w:bottom w:w="70" w:type="dxa"/>
              <w:right w:w="85" w:type="dxa"/>
            </w:tcMar>
            <w:vAlign w:val="center"/>
          </w:tcPr>
          <w:p w14:paraId="74883050" w14:textId="77777777" w:rsidR="00865365" w:rsidRDefault="00000000">
            <w:pPr>
              <w:spacing w:after="0" w:line="240" w:lineRule="auto"/>
            </w:pPr>
            <w:r>
              <w:rPr>
                <w:sz w:val="16"/>
              </w:rPr>
              <w:t>01, 02, 03</w:t>
            </w:r>
          </w:p>
        </w:tc>
        <w:tc>
          <w:tcPr>
            <w:tcW w:w="4989" w:type="dxa"/>
            <w:shd w:val="clear" w:color="auto" w:fill="FAFAFA"/>
            <w:tcMar>
              <w:top w:w="70" w:type="dxa"/>
              <w:left w:w="85" w:type="dxa"/>
              <w:bottom w:w="70" w:type="dxa"/>
              <w:right w:w="85" w:type="dxa"/>
            </w:tcMar>
            <w:vAlign w:val="center"/>
          </w:tcPr>
          <w:p w14:paraId="27B2749C" w14:textId="77777777" w:rsidR="00865365" w:rsidRPr="000E298F" w:rsidRDefault="00000000">
            <w:pPr>
              <w:spacing w:after="0" w:line="240" w:lineRule="auto"/>
              <w:rPr>
                <w:lang w:val="fr-FR"/>
              </w:rPr>
            </w:pPr>
            <w:r w:rsidRPr="000E298F">
              <w:rPr>
                <w:sz w:val="16"/>
                <w:lang w:val="fr-FR"/>
              </w:rPr>
              <w:t>Număr unic în familie sau proces.</w:t>
            </w:r>
          </w:p>
        </w:tc>
      </w:tr>
      <w:tr w:rsidR="00865365" w:rsidRPr="000E298F" w14:paraId="6BC7814E" w14:textId="77777777">
        <w:trPr>
          <w:cantSplit/>
          <w:jc w:val="center"/>
        </w:trPr>
        <w:tc>
          <w:tcPr>
            <w:tcW w:w="1928" w:type="dxa"/>
            <w:shd w:val="clear" w:color="auto" w:fill="FFFFFF"/>
            <w:tcMar>
              <w:top w:w="70" w:type="dxa"/>
              <w:left w:w="85" w:type="dxa"/>
              <w:bottom w:w="70" w:type="dxa"/>
              <w:right w:w="85" w:type="dxa"/>
            </w:tcMar>
            <w:vAlign w:val="center"/>
          </w:tcPr>
          <w:p w14:paraId="4C4AF46B" w14:textId="77777777" w:rsidR="00865365" w:rsidRDefault="00000000">
            <w:pPr>
              <w:spacing w:after="0" w:line="240" w:lineRule="auto"/>
            </w:pPr>
            <w:r>
              <w:rPr>
                <w:sz w:val="16"/>
              </w:rPr>
              <w:t>Revizie</w:t>
            </w:r>
          </w:p>
        </w:tc>
        <w:tc>
          <w:tcPr>
            <w:tcW w:w="3005" w:type="dxa"/>
            <w:shd w:val="clear" w:color="auto" w:fill="FFFFFF"/>
            <w:tcMar>
              <w:top w:w="70" w:type="dxa"/>
              <w:left w:w="85" w:type="dxa"/>
              <w:bottom w:w="70" w:type="dxa"/>
              <w:right w:w="85" w:type="dxa"/>
            </w:tcMar>
            <w:vAlign w:val="center"/>
          </w:tcPr>
          <w:p w14:paraId="728F9BB0" w14:textId="77777777" w:rsidR="00865365" w:rsidRDefault="00000000">
            <w:pPr>
              <w:spacing w:after="0" w:line="240" w:lineRule="auto"/>
            </w:pPr>
            <w:r>
              <w:rPr>
                <w:sz w:val="16"/>
              </w:rPr>
              <w:t>R00, R01, R02</w:t>
            </w:r>
          </w:p>
        </w:tc>
        <w:tc>
          <w:tcPr>
            <w:tcW w:w="4989" w:type="dxa"/>
            <w:shd w:val="clear" w:color="auto" w:fill="FFFFFF"/>
            <w:tcMar>
              <w:top w:w="70" w:type="dxa"/>
              <w:left w:w="85" w:type="dxa"/>
              <w:bottom w:w="70" w:type="dxa"/>
              <w:right w:w="85" w:type="dxa"/>
            </w:tcMar>
            <w:vAlign w:val="center"/>
          </w:tcPr>
          <w:p w14:paraId="0A54A195" w14:textId="77777777" w:rsidR="00865365" w:rsidRPr="000E298F" w:rsidRDefault="00000000">
            <w:pPr>
              <w:spacing w:after="0" w:line="240" w:lineRule="auto"/>
              <w:rPr>
                <w:lang w:val="fr-FR"/>
              </w:rPr>
            </w:pPr>
            <w:r w:rsidRPr="000E298F">
              <w:rPr>
                <w:sz w:val="16"/>
                <w:lang w:val="fr-FR"/>
              </w:rPr>
              <w:t>Versiunea aprobată; distinctă de data documentului.</w:t>
            </w:r>
          </w:p>
        </w:tc>
      </w:tr>
      <w:tr w:rsidR="00865365" w14:paraId="0659BDCA" w14:textId="77777777">
        <w:trPr>
          <w:cantSplit/>
          <w:jc w:val="center"/>
        </w:trPr>
        <w:tc>
          <w:tcPr>
            <w:tcW w:w="1928" w:type="dxa"/>
            <w:shd w:val="clear" w:color="auto" w:fill="FAFAFA"/>
            <w:tcMar>
              <w:top w:w="70" w:type="dxa"/>
              <w:left w:w="85" w:type="dxa"/>
              <w:bottom w:w="70" w:type="dxa"/>
              <w:right w:w="85" w:type="dxa"/>
            </w:tcMar>
            <w:vAlign w:val="center"/>
          </w:tcPr>
          <w:p w14:paraId="5FB885AB" w14:textId="77777777" w:rsidR="00865365" w:rsidRDefault="00000000">
            <w:pPr>
              <w:spacing w:after="0" w:line="240" w:lineRule="auto"/>
            </w:pPr>
            <w:r>
              <w:rPr>
                <w:sz w:val="16"/>
              </w:rPr>
              <w:t>Exemplu</w:t>
            </w:r>
          </w:p>
        </w:tc>
        <w:tc>
          <w:tcPr>
            <w:tcW w:w="3005" w:type="dxa"/>
            <w:shd w:val="clear" w:color="auto" w:fill="FAFAFA"/>
            <w:tcMar>
              <w:top w:w="70" w:type="dxa"/>
              <w:left w:w="85" w:type="dxa"/>
              <w:bottom w:w="70" w:type="dxa"/>
              <w:right w:w="85" w:type="dxa"/>
            </w:tcMar>
            <w:vAlign w:val="center"/>
          </w:tcPr>
          <w:p w14:paraId="44ECE689" w14:textId="77777777" w:rsidR="00865365" w:rsidRDefault="00000000">
            <w:pPr>
              <w:spacing w:after="0" w:line="240" w:lineRule="auto"/>
            </w:pPr>
            <w:r>
              <w:rPr>
                <w:sz w:val="16"/>
              </w:rPr>
              <w:t>PRO-MD-DEV-07-R03</w:t>
            </w:r>
          </w:p>
        </w:tc>
        <w:tc>
          <w:tcPr>
            <w:tcW w:w="4989" w:type="dxa"/>
            <w:shd w:val="clear" w:color="auto" w:fill="FAFAFA"/>
            <w:tcMar>
              <w:top w:w="70" w:type="dxa"/>
              <w:left w:w="85" w:type="dxa"/>
              <w:bottom w:w="70" w:type="dxa"/>
              <w:right w:w="85" w:type="dxa"/>
            </w:tcMar>
            <w:vAlign w:val="center"/>
          </w:tcPr>
          <w:p w14:paraId="4F54E172" w14:textId="77777777" w:rsidR="00865365" w:rsidRDefault="00000000">
            <w:pPr>
              <w:spacing w:after="0" w:line="240" w:lineRule="auto"/>
            </w:pPr>
            <w:r>
              <w:rPr>
                <w:sz w:val="16"/>
              </w:rPr>
              <w:t>Procedura pentru proiectarea și dezvoltarea dispozitivului medical, nr. 07, revizia 03.</w:t>
            </w:r>
          </w:p>
        </w:tc>
      </w:tr>
    </w:tbl>
    <w:p w14:paraId="3BD2AD06" w14:textId="77777777" w:rsidR="00865365" w:rsidRDefault="00865365">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rsidRPr="000E298F" w14:paraId="5B875149" w14:textId="77777777">
        <w:trPr>
          <w:cantSplit/>
          <w:jc w:val="center"/>
        </w:trPr>
        <w:tc>
          <w:tcPr>
            <w:tcW w:w="1020" w:type="dxa"/>
            <w:shd w:val="clear" w:color="auto" w:fill="D71920"/>
            <w:tcMar>
              <w:top w:w="70" w:type="dxa"/>
              <w:left w:w="85" w:type="dxa"/>
              <w:bottom w:w="70" w:type="dxa"/>
              <w:right w:w="85" w:type="dxa"/>
            </w:tcMar>
            <w:vAlign w:val="center"/>
          </w:tcPr>
          <w:p w14:paraId="1C449354" w14:textId="77777777" w:rsidR="00865365" w:rsidRDefault="00000000">
            <w:pPr>
              <w:spacing w:after="0" w:line="240" w:lineRule="auto"/>
              <w:jc w:val="center"/>
            </w:pPr>
            <w:r>
              <w:rPr>
                <w:b/>
                <w:color w:val="FFFFFF"/>
                <w:sz w:val="34"/>
              </w:rPr>
              <w:t>4</w:t>
            </w:r>
          </w:p>
        </w:tc>
        <w:tc>
          <w:tcPr>
            <w:tcW w:w="8901" w:type="dxa"/>
            <w:shd w:val="clear" w:color="auto" w:fill="F3F4F5"/>
          </w:tcPr>
          <w:p w14:paraId="0DD4B052" w14:textId="77777777" w:rsidR="00865365" w:rsidRPr="000E298F" w:rsidRDefault="00000000">
            <w:pPr>
              <w:spacing w:after="20"/>
              <w:rPr>
                <w:lang w:val="fr-FR"/>
              </w:rPr>
            </w:pPr>
            <w:r w:rsidRPr="000E298F">
              <w:rPr>
                <w:b/>
                <w:sz w:val="27"/>
                <w:lang w:val="fr-FR"/>
              </w:rPr>
              <w:t>Fișele documentelor esențiale</w:t>
            </w:r>
          </w:p>
          <w:p w14:paraId="337CF31C" w14:textId="77777777" w:rsidR="00865365" w:rsidRPr="000E298F" w:rsidRDefault="00000000">
            <w:pPr>
              <w:spacing w:after="0"/>
              <w:rPr>
                <w:lang w:val="fr-FR"/>
              </w:rPr>
            </w:pPr>
            <w:r w:rsidRPr="000E298F">
              <w:rPr>
                <w:color w:val="666666"/>
                <w:sz w:val="16"/>
                <w:lang w:val="fr-FR"/>
              </w:rPr>
              <w:t>Conținut minim orientativ, proprietari, dovezi și erori de evitat</w:t>
            </w:r>
          </w:p>
        </w:tc>
      </w:tr>
    </w:tbl>
    <w:p w14:paraId="71464EBC" w14:textId="77777777" w:rsidR="00865365" w:rsidRPr="000E298F" w:rsidRDefault="00865365">
      <w:pPr>
        <w:spacing w:after="0"/>
        <w:rPr>
          <w:lang w:val="fr-FR"/>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1C49FE26" w14:textId="77777777">
        <w:trPr>
          <w:jc w:val="center"/>
        </w:trPr>
        <w:tc>
          <w:tcPr>
            <w:tcW w:w="9921" w:type="dxa"/>
            <w:gridSpan w:val="2"/>
            <w:shd w:val="clear" w:color="auto" w:fill="D71920"/>
            <w:tcMar>
              <w:top w:w="70" w:type="dxa"/>
              <w:left w:w="85" w:type="dxa"/>
              <w:bottom w:w="70" w:type="dxa"/>
              <w:right w:w="85" w:type="dxa"/>
            </w:tcMar>
            <w:vAlign w:val="center"/>
          </w:tcPr>
          <w:p w14:paraId="31476DBF" w14:textId="77777777" w:rsidR="00865365" w:rsidRDefault="00000000">
            <w:pPr>
              <w:spacing w:after="0" w:line="240" w:lineRule="auto"/>
            </w:pPr>
            <w:r>
              <w:rPr>
                <w:b/>
                <w:color w:val="FFFFFF"/>
                <w:sz w:val="21"/>
              </w:rPr>
              <w:t>4.1. Manualul calității</w:t>
            </w:r>
          </w:p>
        </w:tc>
      </w:tr>
      <w:tr w:rsidR="00865365" w14:paraId="0BC6F06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DA7AF66"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500D3B8" w14:textId="77777777" w:rsidR="00865365" w:rsidRDefault="00000000">
            <w:pPr>
              <w:spacing w:after="0" w:line="240" w:lineRule="auto"/>
            </w:pPr>
            <w:r>
              <w:rPr>
                <w:sz w:val="15"/>
              </w:rPr>
              <w:t>Document menținut</w:t>
            </w:r>
          </w:p>
        </w:tc>
      </w:tr>
      <w:tr w:rsidR="00865365" w14:paraId="7446C68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010F28"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5AF61C6" w14:textId="77777777" w:rsidR="00865365" w:rsidRDefault="00000000">
            <w:pPr>
              <w:spacing w:after="0" w:line="240" w:lineRule="auto"/>
            </w:pPr>
            <w:r>
              <w:rPr>
                <w:sz w:val="15"/>
              </w:rPr>
              <w:t>4.2.2</w:t>
            </w:r>
          </w:p>
        </w:tc>
      </w:tr>
      <w:tr w:rsidR="00865365" w14:paraId="4CFF9B9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A3A8AC5"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12EA9916" w14:textId="77777777" w:rsidR="00865365" w:rsidRDefault="00000000">
            <w:pPr>
              <w:spacing w:after="0" w:line="240" w:lineRule="auto"/>
            </w:pPr>
            <w:r>
              <w:rPr>
                <w:sz w:val="15"/>
              </w:rPr>
              <w:t>În mod obișnuit</w:t>
            </w:r>
          </w:p>
        </w:tc>
      </w:tr>
      <w:tr w:rsidR="00865365" w14:paraId="3B62A53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500A4FC"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4C602B6" w14:textId="77777777" w:rsidR="00865365" w:rsidRDefault="00000000">
            <w:pPr>
              <w:spacing w:after="0" w:line="240" w:lineRule="auto"/>
            </w:pPr>
            <w:r>
              <w:rPr>
                <w:sz w:val="15"/>
              </w:rPr>
              <w:t>Descrie arhitectura SMC și domeniul certificat.</w:t>
            </w:r>
          </w:p>
        </w:tc>
      </w:tr>
      <w:tr w:rsidR="00865365" w14:paraId="487556A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268B8B8"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16835C37" w14:textId="77777777" w:rsidR="00865365" w:rsidRDefault="00000000">
            <w:pPr>
              <w:spacing w:after="0" w:line="240" w:lineRule="auto"/>
            </w:pPr>
            <w:r>
              <w:rPr>
                <w:sz w:val="15"/>
              </w:rPr>
              <w:t>Domeniu; excluderi/neaplicabilități justificate; proceduri/referințe; procese și interacțiuni; structură documentară.</w:t>
            </w:r>
          </w:p>
        </w:tc>
      </w:tr>
      <w:tr w:rsidR="00865365" w14:paraId="48C9F46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898EF1"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03DAAB0" w14:textId="77777777" w:rsidR="00865365" w:rsidRDefault="00000000">
            <w:pPr>
              <w:spacing w:after="0" w:line="240" w:lineRule="auto"/>
            </w:pPr>
            <w:r>
              <w:rPr>
                <w:sz w:val="15"/>
              </w:rPr>
              <w:t>Management representative / responsabil QMS.</w:t>
            </w:r>
          </w:p>
        </w:tc>
      </w:tr>
      <w:tr w:rsidR="00865365" w:rsidRPr="000E298F" w14:paraId="24A0EA9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6B31FA4"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0D19DD6" w14:textId="77777777" w:rsidR="00865365" w:rsidRPr="000E298F" w:rsidRDefault="00000000">
            <w:pPr>
              <w:spacing w:after="0" w:line="240" w:lineRule="auto"/>
              <w:rPr>
                <w:lang w:val="fr-FR"/>
              </w:rPr>
            </w:pPr>
            <w:r w:rsidRPr="000E298F">
              <w:rPr>
                <w:sz w:val="15"/>
                <w:lang w:val="fr-FR"/>
              </w:rPr>
              <w:t>La schimbări de rol, produse, procese, locații, piețe sau standard.</w:t>
            </w:r>
          </w:p>
        </w:tc>
      </w:tr>
      <w:tr w:rsidR="00865365" w14:paraId="288FBF8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C557B00"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65C9368" w14:textId="77777777" w:rsidR="00865365" w:rsidRDefault="00000000">
            <w:pPr>
              <w:spacing w:after="0" w:line="240" w:lineRule="auto"/>
            </w:pPr>
            <w:r>
              <w:rPr>
                <w:sz w:val="15"/>
              </w:rPr>
              <w:t>Hartă procese, organigramă, proceduri, dosare dispozitiv și indicatori.</w:t>
            </w:r>
          </w:p>
        </w:tc>
      </w:tr>
      <w:tr w:rsidR="00865365" w14:paraId="61E5264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DB40B44"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6F210C63" w14:textId="77777777" w:rsidR="00865365" w:rsidRDefault="00000000">
            <w:pPr>
              <w:spacing w:after="0" w:line="240" w:lineRule="auto"/>
            </w:pPr>
            <w:r>
              <w:rPr>
                <w:sz w:val="15"/>
              </w:rPr>
              <w:t>Manual generic; excluderi fără justificare; procese descrise diferit de practica reală.</w:t>
            </w:r>
          </w:p>
        </w:tc>
      </w:tr>
    </w:tbl>
    <w:p w14:paraId="2EF961DB"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1FE3FE34" w14:textId="77777777">
        <w:trPr>
          <w:jc w:val="center"/>
        </w:trPr>
        <w:tc>
          <w:tcPr>
            <w:tcW w:w="9921" w:type="dxa"/>
            <w:gridSpan w:val="2"/>
            <w:shd w:val="clear" w:color="auto" w:fill="D71920"/>
            <w:tcMar>
              <w:top w:w="70" w:type="dxa"/>
              <w:left w:w="85" w:type="dxa"/>
              <w:bottom w:w="70" w:type="dxa"/>
              <w:right w:w="85" w:type="dxa"/>
            </w:tcMar>
            <w:vAlign w:val="center"/>
          </w:tcPr>
          <w:p w14:paraId="302BEB05" w14:textId="77777777" w:rsidR="00865365" w:rsidRDefault="00000000">
            <w:pPr>
              <w:spacing w:after="0" w:line="240" w:lineRule="auto"/>
            </w:pPr>
            <w:r>
              <w:rPr>
                <w:b/>
                <w:color w:val="FFFFFF"/>
                <w:sz w:val="21"/>
              </w:rPr>
              <w:t>4.2. Dosarul dispozitivului medical</w:t>
            </w:r>
          </w:p>
        </w:tc>
      </w:tr>
      <w:tr w:rsidR="00865365" w:rsidRPr="000E298F" w14:paraId="566B85E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89BCD23"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5C196CB0" w14:textId="77777777" w:rsidR="00865365" w:rsidRPr="000E298F" w:rsidRDefault="00000000">
            <w:pPr>
              <w:spacing w:after="0" w:line="240" w:lineRule="auto"/>
              <w:rPr>
                <w:lang w:val="fr-FR"/>
              </w:rPr>
            </w:pPr>
            <w:r w:rsidRPr="000E298F">
              <w:rPr>
                <w:sz w:val="15"/>
                <w:lang w:val="fr-FR"/>
              </w:rPr>
              <w:t>Document menținut pe tip/familie</w:t>
            </w:r>
          </w:p>
        </w:tc>
      </w:tr>
      <w:tr w:rsidR="00865365" w14:paraId="26665C1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5FC2928"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65C3DF9C" w14:textId="77777777" w:rsidR="00865365" w:rsidRDefault="00000000">
            <w:pPr>
              <w:spacing w:after="0" w:line="240" w:lineRule="auto"/>
            </w:pPr>
            <w:r>
              <w:rPr>
                <w:sz w:val="15"/>
              </w:rPr>
              <w:t>4.2.3</w:t>
            </w:r>
          </w:p>
        </w:tc>
      </w:tr>
      <w:tr w:rsidR="00865365" w14:paraId="0ED399E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E7677F"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B7A531F" w14:textId="77777777" w:rsidR="00865365" w:rsidRDefault="00000000">
            <w:pPr>
              <w:spacing w:after="0" w:line="240" w:lineRule="auto"/>
            </w:pPr>
            <w:r>
              <w:rPr>
                <w:sz w:val="15"/>
              </w:rPr>
              <w:t>În mod obișnuit</w:t>
            </w:r>
          </w:p>
        </w:tc>
      </w:tr>
      <w:tr w:rsidR="00865365" w14:paraId="7FEAB90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6C37A32"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7433BD1B" w14:textId="77777777" w:rsidR="00865365" w:rsidRDefault="00000000">
            <w:pPr>
              <w:spacing w:after="0" w:line="240" w:lineRule="auto"/>
            </w:pPr>
            <w:r>
              <w:rPr>
                <w:sz w:val="15"/>
              </w:rPr>
              <w:t>Reunește specificațiile și documentele necesare realizării și controlului produsului.</w:t>
            </w:r>
          </w:p>
        </w:tc>
      </w:tr>
      <w:tr w:rsidR="00865365" w14:paraId="2908517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CA3EDA"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BDA1945" w14:textId="77777777" w:rsidR="00865365" w:rsidRDefault="00000000">
            <w:pPr>
              <w:spacing w:after="0" w:line="240" w:lineRule="auto"/>
            </w:pPr>
            <w:r>
              <w:rPr>
                <w:sz w:val="15"/>
              </w:rPr>
              <w:t>Descriere; utilizare; etichetare; specificații produs; producție; ambalare; depozitare; distribuție; instalare; service; măsurare; referințe.</w:t>
            </w:r>
          </w:p>
        </w:tc>
      </w:tr>
      <w:tr w:rsidR="00865365" w14:paraId="025A824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29531D"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F664B10" w14:textId="77777777" w:rsidR="00865365" w:rsidRDefault="00000000">
            <w:pPr>
              <w:spacing w:after="0" w:line="240" w:lineRule="auto"/>
            </w:pPr>
            <w:r>
              <w:rPr>
                <w:sz w:val="15"/>
              </w:rPr>
              <w:t>Product owner / QA/RA.</w:t>
            </w:r>
          </w:p>
        </w:tc>
      </w:tr>
      <w:tr w:rsidR="00865365" w:rsidRPr="000E298F" w14:paraId="6AD84D9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5439821"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6D3023BF" w14:textId="77777777" w:rsidR="00865365" w:rsidRPr="000E298F" w:rsidRDefault="00000000">
            <w:pPr>
              <w:spacing w:after="0" w:line="240" w:lineRule="auto"/>
              <w:rPr>
                <w:lang w:val="fr-FR"/>
              </w:rPr>
            </w:pPr>
            <w:r w:rsidRPr="000E298F">
              <w:rPr>
                <w:sz w:val="15"/>
                <w:lang w:val="fr-FR"/>
              </w:rPr>
              <w:t>La orice schimbare relevantă și pe durata ciclului de viață.</w:t>
            </w:r>
          </w:p>
        </w:tc>
      </w:tr>
      <w:tr w:rsidR="00865365" w:rsidRPr="000E298F" w14:paraId="450595F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725C020"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E48417F" w14:textId="77777777" w:rsidR="00865365" w:rsidRPr="000E298F" w:rsidRDefault="00000000">
            <w:pPr>
              <w:spacing w:after="0" w:line="240" w:lineRule="auto"/>
              <w:rPr>
                <w:lang w:val="fr-FR"/>
              </w:rPr>
            </w:pPr>
            <w:r w:rsidRPr="000E298F">
              <w:rPr>
                <w:sz w:val="15"/>
                <w:lang w:val="fr-FR"/>
              </w:rPr>
              <w:t>Desene, BOM, specificații, instrucțiuni, DMR, etichete și metode de test.</w:t>
            </w:r>
          </w:p>
        </w:tc>
      </w:tr>
      <w:tr w:rsidR="00865365" w14:paraId="4F0E34B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25786CB"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72DACD98" w14:textId="77777777" w:rsidR="00865365" w:rsidRDefault="00000000">
            <w:pPr>
              <w:spacing w:after="0" w:line="240" w:lineRule="auto"/>
            </w:pPr>
            <w:r>
              <w:rPr>
                <w:sz w:val="15"/>
              </w:rPr>
              <w:t>Dosar incomplet; versiuni necorelate; lipsa legăturii cu schimbările și piețele.</w:t>
            </w:r>
          </w:p>
        </w:tc>
      </w:tr>
    </w:tbl>
    <w:p w14:paraId="6F09EC15"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68BCFA82" w14:textId="77777777">
        <w:trPr>
          <w:jc w:val="center"/>
        </w:trPr>
        <w:tc>
          <w:tcPr>
            <w:tcW w:w="9921" w:type="dxa"/>
            <w:gridSpan w:val="2"/>
            <w:shd w:val="clear" w:color="auto" w:fill="D71920"/>
            <w:tcMar>
              <w:top w:w="70" w:type="dxa"/>
              <w:left w:w="85" w:type="dxa"/>
              <w:bottom w:w="70" w:type="dxa"/>
              <w:right w:w="85" w:type="dxa"/>
            </w:tcMar>
            <w:vAlign w:val="center"/>
          </w:tcPr>
          <w:p w14:paraId="6AB2CF06" w14:textId="77777777" w:rsidR="00865365" w:rsidRDefault="00000000">
            <w:pPr>
              <w:spacing w:after="0" w:line="240" w:lineRule="auto"/>
            </w:pPr>
            <w:r>
              <w:rPr>
                <w:b/>
                <w:color w:val="FFFFFF"/>
                <w:sz w:val="21"/>
              </w:rPr>
              <w:t>4.3. Controlul documentelor</w:t>
            </w:r>
          </w:p>
        </w:tc>
      </w:tr>
      <w:tr w:rsidR="00865365" w14:paraId="52A836F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E34B8F"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ED669DF" w14:textId="77777777" w:rsidR="00865365" w:rsidRDefault="00000000">
            <w:pPr>
              <w:spacing w:after="0" w:line="240" w:lineRule="auto"/>
            </w:pPr>
            <w:r>
              <w:rPr>
                <w:sz w:val="15"/>
              </w:rPr>
              <w:t>Procedură documentată</w:t>
            </w:r>
          </w:p>
        </w:tc>
      </w:tr>
      <w:tr w:rsidR="00865365" w14:paraId="3D6EE32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51D9AF"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5118BF47" w14:textId="77777777" w:rsidR="00865365" w:rsidRDefault="00000000">
            <w:pPr>
              <w:spacing w:after="0" w:line="240" w:lineRule="auto"/>
            </w:pPr>
            <w:r>
              <w:rPr>
                <w:sz w:val="15"/>
              </w:rPr>
              <w:t>4.2.4</w:t>
            </w:r>
          </w:p>
        </w:tc>
      </w:tr>
      <w:tr w:rsidR="00865365" w14:paraId="567ED5A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20E3420" w14:textId="77777777" w:rsidR="00865365" w:rsidRDefault="00000000">
            <w:pPr>
              <w:spacing w:after="0" w:line="240" w:lineRule="auto"/>
            </w:pPr>
            <w:r>
              <w:rPr>
                <w:b/>
                <w:sz w:val="15"/>
              </w:rPr>
              <w:lastRenderedPageBreak/>
              <w:t>Când este necesar</w:t>
            </w:r>
          </w:p>
        </w:tc>
        <w:tc>
          <w:tcPr>
            <w:tcW w:w="7540" w:type="dxa"/>
            <w:shd w:val="clear" w:color="auto" w:fill="FFFFFF"/>
            <w:tcMar>
              <w:top w:w="70" w:type="dxa"/>
              <w:left w:w="85" w:type="dxa"/>
              <w:bottom w:w="70" w:type="dxa"/>
              <w:right w:w="85" w:type="dxa"/>
            </w:tcMar>
            <w:vAlign w:val="center"/>
          </w:tcPr>
          <w:p w14:paraId="55F2965A" w14:textId="77777777" w:rsidR="00865365" w:rsidRDefault="00000000">
            <w:pPr>
              <w:spacing w:after="0" w:line="240" w:lineRule="auto"/>
            </w:pPr>
            <w:r>
              <w:rPr>
                <w:sz w:val="15"/>
              </w:rPr>
              <w:t>În mod obișnuit</w:t>
            </w:r>
          </w:p>
        </w:tc>
      </w:tr>
      <w:tr w:rsidR="00865365" w14:paraId="67161D5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AD77B80"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7A9C5CE" w14:textId="77777777" w:rsidR="00865365" w:rsidRDefault="00000000">
            <w:pPr>
              <w:spacing w:after="0" w:line="240" w:lineRule="auto"/>
            </w:pPr>
            <w:r>
              <w:rPr>
                <w:sz w:val="15"/>
              </w:rPr>
              <w:t>Asigură aprobarea, disponibilitatea, istoricul și retragerea versiunilor.</w:t>
            </w:r>
          </w:p>
        </w:tc>
      </w:tr>
      <w:tr w:rsidR="00865365" w14:paraId="78495BF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66F9014"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10F73F70" w14:textId="77777777" w:rsidR="00865365" w:rsidRDefault="00000000">
            <w:pPr>
              <w:spacing w:after="0" w:line="240" w:lineRule="auto"/>
            </w:pPr>
            <w:r>
              <w:rPr>
                <w:sz w:val="15"/>
              </w:rPr>
              <w:t>Creare; verificare; aprobare; identificare; distribuție; acces; modificare; documente externe; copii; arhivare; prevenirea utilizării versiunilor depășite.</w:t>
            </w:r>
          </w:p>
        </w:tc>
      </w:tr>
      <w:tr w:rsidR="00865365" w14:paraId="5BC44E9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159057E"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F347DA1" w14:textId="77777777" w:rsidR="00865365" w:rsidRDefault="00000000">
            <w:pPr>
              <w:spacing w:after="0" w:line="240" w:lineRule="auto"/>
            </w:pPr>
            <w:r>
              <w:rPr>
                <w:sz w:val="15"/>
              </w:rPr>
              <w:t>Document control / QA.</w:t>
            </w:r>
          </w:p>
        </w:tc>
      </w:tr>
      <w:tr w:rsidR="00865365" w:rsidRPr="000E298F" w14:paraId="4B46041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5072304"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DD6FA1D" w14:textId="77777777" w:rsidR="00865365" w:rsidRPr="000E298F" w:rsidRDefault="00000000">
            <w:pPr>
              <w:spacing w:after="0" w:line="240" w:lineRule="auto"/>
              <w:rPr>
                <w:lang w:val="fr-FR"/>
              </w:rPr>
            </w:pPr>
            <w:r w:rsidRPr="000E298F">
              <w:rPr>
                <w:sz w:val="15"/>
                <w:lang w:val="fr-FR"/>
              </w:rPr>
              <w:t>La schimbări de sistem sau instrument.</w:t>
            </w:r>
          </w:p>
        </w:tc>
      </w:tr>
      <w:tr w:rsidR="00865365" w14:paraId="0FE510A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172910"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B8F34B1" w14:textId="77777777" w:rsidR="00865365" w:rsidRDefault="00000000">
            <w:pPr>
              <w:spacing w:after="0" w:line="240" w:lineRule="auto"/>
            </w:pPr>
            <w:r>
              <w:rPr>
                <w:sz w:val="15"/>
              </w:rPr>
              <w:t>Listă master, fluxuri de aprobare, training pe revizii și arhivă.</w:t>
            </w:r>
          </w:p>
        </w:tc>
      </w:tr>
      <w:tr w:rsidR="00865365" w14:paraId="42C4750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1BD2398"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00B7641" w14:textId="77777777" w:rsidR="00865365" w:rsidRDefault="00000000">
            <w:pPr>
              <w:spacing w:after="0" w:line="240" w:lineRule="auto"/>
            </w:pPr>
            <w:r>
              <w:rPr>
                <w:sz w:val="15"/>
              </w:rPr>
              <w:t>Data reviziei fără descrierea schimbării; documente externe necontrolate; copii tipărite active neidentificate.</w:t>
            </w:r>
          </w:p>
        </w:tc>
      </w:tr>
    </w:tbl>
    <w:p w14:paraId="05C97598"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rsidRPr="000E298F" w14:paraId="4A9845A6" w14:textId="77777777">
        <w:trPr>
          <w:jc w:val="center"/>
        </w:trPr>
        <w:tc>
          <w:tcPr>
            <w:tcW w:w="9921" w:type="dxa"/>
            <w:gridSpan w:val="2"/>
            <w:shd w:val="clear" w:color="auto" w:fill="D71920"/>
            <w:tcMar>
              <w:top w:w="70" w:type="dxa"/>
              <w:left w:w="85" w:type="dxa"/>
              <w:bottom w:w="70" w:type="dxa"/>
              <w:right w:w="85" w:type="dxa"/>
            </w:tcMar>
            <w:vAlign w:val="center"/>
          </w:tcPr>
          <w:p w14:paraId="1CB0ED9C" w14:textId="77777777" w:rsidR="00865365" w:rsidRPr="000E298F" w:rsidRDefault="00000000">
            <w:pPr>
              <w:spacing w:after="0" w:line="240" w:lineRule="auto"/>
              <w:rPr>
                <w:lang w:val="fr-FR"/>
              </w:rPr>
            </w:pPr>
            <w:r w:rsidRPr="000E298F">
              <w:rPr>
                <w:b/>
                <w:color w:val="FFFFFF"/>
                <w:sz w:val="21"/>
                <w:lang w:val="fr-FR"/>
              </w:rPr>
              <w:t>4.4. Controlul înregistrărilor și matricea de retenție</w:t>
            </w:r>
          </w:p>
        </w:tc>
      </w:tr>
      <w:tr w:rsidR="00865365" w14:paraId="63383FA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EB4D230"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9F04FF6" w14:textId="77777777" w:rsidR="00865365" w:rsidRDefault="00000000">
            <w:pPr>
              <w:spacing w:after="0" w:line="240" w:lineRule="auto"/>
            </w:pPr>
            <w:r>
              <w:rPr>
                <w:sz w:val="15"/>
              </w:rPr>
              <w:t>Procedură documentată</w:t>
            </w:r>
          </w:p>
        </w:tc>
      </w:tr>
      <w:tr w:rsidR="00865365" w14:paraId="0D9DC38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FEE8E61"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DD91F96" w14:textId="77777777" w:rsidR="00865365" w:rsidRDefault="00000000">
            <w:pPr>
              <w:spacing w:after="0" w:line="240" w:lineRule="auto"/>
            </w:pPr>
            <w:r>
              <w:rPr>
                <w:sz w:val="15"/>
              </w:rPr>
              <w:t>4.2.5</w:t>
            </w:r>
          </w:p>
        </w:tc>
      </w:tr>
      <w:tr w:rsidR="00865365" w14:paraId="77B1D9C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635D52"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17000AFA" w14:textId="77777777" w:rsidR="00865365" w:rsidRDefault="00000000">
            <w:pPr>
              <w:spacing w:after="0" w:line="240" w:lineRule="auto"/>
            </w:pPr>
            <w:r>
              <w:rPr>
                <w:sz w:val="15"/>
              </w:rPr>
              <w:t>În mod obișnuit</w:t>
            </w:r>
          </w:p>
        </w:tc>
      </w:tr>
      <w:tr w:rsidR="00865365" w:rsidRPr="000E298F" w14:paraId="5893BD6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CFCBA00"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6788505" w14:textId="77777777" w:rsidR="00865365" w:rsidRPr="000E298F" w:rsidRDefault="00000000">
            <w:pPr>
              <w:spacing w:after="0" w:line="240" w:lineRule="auto"/>
              <w:rPr>
                <w:lang w:val="fr-FR"/>
              </w:rPr>
            </w:pPr>
            <w:r w:rsidRPr="000E298F">
              <w:rPr>
                <w:sz w:val="15"/>
                <w:lang w:val="fr-FR"/>
              </w:rPr>
              <w:t>Protejează dovezile de conformitate și trasabilitate.</w:t>
            </w:r>
          </w:p>
        </w:tc>
      </w:tr>
      <w:tr w:rsidR="00865365" w14:paraId="20CED66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6D5CED1"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436BFCD2" w14:textId="77777777" w:rsidR="00865365" w:rsidRDefault="00000000">
            <w:pPr>
              <w:spacing w:after="0" w:line="240" w:lineRule="auto"/>
            </w:pPr>
            <w:r>
              <w:rPr>
                <w:sz w:val="15"/>
              </w:rPr>
              <w:t>Identificare; format; integritate; acces; confidențialitate; recuperare; backup; termen; arhivare; distrugere; semnături; corecturi.</w:t>
            </w:r>
          </w:p>
        </w:tc>
      </w:tr>
      <w:tr w:rsidR="00865365" w14:paraId="6540155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A0456FB"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5389B70B" w14:textId="77777777" w:rsidR="00865365" w:rsidRDefault="00000000">
            <w:pPr>
              <w:spacing w:after="0" w:line="240" w:lineRule="auto"/>
            </w:pPr>
            <w:r>
              <w:rPr>
                <w:sz w:val="15"/>
              </w:rPr>
              <w:t>QA, juridic/reglementare și IT.</w:t>
            </w:r>
          </w:p>
        </w:tc>
      </w:tr>
      <w:tr w:rsidR="00865365" w:rsidRPr="000E298F" w14:paraId="224D399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68047A1"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6248EA31" w14:textId="77777777" w:rsidR="00865365" w:rsidRPr="000E298F" w:rsidRDefault="00000000">
            <w:pPr>
              <w:spacing w:after="0" w:line="240" w:lineRule="auto"/>
              <w:rPr>
                <w:lang w:val="fr-FR"/>
              </w:rPr>
            </w:pPr>
            <w:r w:rsidRPr="000E298F">
              <w:rPr>
                <w:sz w:val="15"/>
                <w:lang w:val="fr-FR"/>
              </w:rPr>
              <w:t>La schimbări legale, produs, piață sau sistem.</w:t>
            </w:r>
          </w:p>
        </w:tc>
      </w:tr>
      <w:tr w:rsidR="00865365" w:rsidRPr="000E298F" w14:paraId="16C01DD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7A60209"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6A8DA01" w14:textId="77777777" w:rsidR="00865365" w:rsidRPr="000E298F" w:rsidRDefault="00000000">
            <w:pPr>
              <w:spacing w:after="0" w:line="240" w:lineRule="auto"/>
              <w:rPr>
                <w:lang w:val="fr-FR"/>
              </w:rPr>
            </w:pPr>
            <w:r w:rsidRPr="000E298F">
              <w:rPr>
                <w:sz w:val="15"/>
                <w:lang w:val="fr-FR"/>
              </w:rPr>
              <w:t>Matrice retenție, arhive, loguri, teste restaurare și certificate distrugere.</w:t>
            </w:r>
          </w:p>
        </w:tc>
      </w:tr>
      <w:tr w:rsidR="00865365" w:rsidRPr="000E298F" w14:paraId="3EED9F7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44E9BD"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65C7D971" w14:textId="77777777" w:rsidR="00865365" w:rsidRPr="000E298F" w:rsidRDefault="00000000">
            <w:pPr>
              <w:spacing w:after="0" w:line="240" w:lineRule="auto"/>
              <w:rPr>
                <w:lang w:val="fr-FR"/>
              </w:rPr>
            </w:pPr>
            <w:r w:rsidRPr="000E298F">
              <w:rPr>
                <w:sz w:val="15"/>
                <w:lang w:val="fr-FR"/>
              </w:rPr>
              <w:t>Un singur termen pentru toate înregistrările; ștergere automată nevalidată; date pacient neprotejate.</w:t>
            </w:r>
          </w:p>
        </w:tc>
      </w:tr>
    </w:tbl>
    <w:p w14:paraId="3D0B62C9" w14:textId="77777777" w:rsidR="00865365" w:rsidRPr="000E298F" w:rsidRDefault="00865365">
      <w:pPr>
        <w:spacing w:after="40"/>
        <w:rPr>
          <w:lang w:val="fr-FR"/>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4C5A0550" w14:textId="77777777">
        <w:trPr>
          <w:jc w:val="center"/>
        </w:trPr>
        <w:tc>
          <w:tcPr>
            <w:tcW w:w="9921" w:type="dxa"/>
            <w:gridSpan w:val="2"/>
            <w:shd w:val="clear" w:color="auto" w:fill="D71920"/>
            <w:tcMar>
              <w:top w:w="70" w:type="dxa"/>
              <w:left w:w="85" w:type="dxa"/>
              <w:bottom w:w="70" w:type="dxa"/>
              <w:right w:w="85" w:type="dxa"/>
            </w:tcMar>
            <w:vAlign w:val="center"/>
          </w:tcPr>
          <w:p w14:paraId="78D98897" w14:textId="77777777" w:rsidR="00865365" w:rsidRDefault="00000000">
            <w:pPr>
              <w:spacing w:after="0" w:line="240" w:lineRule="auto"/>
            </w:pPr>
            <w:r>
              <w:rPr>
                <w:b/>
                <w:color w:val="FFFFFF"/>
                <w:sz w:val="21"/>
              </w:rPr>
              <w:t>4.5. Matricea cerințelor de reglementare</w:t>
            </w:r>
          </w:p>
        </w:tc>
      </w:tr>
      <w:tr w:rsidR="00865365" w14:paraId="1FBEE0A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8A9CAA"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44A8EDFD" w14:textId="77777777" w:rsidR="00865365" w:rsidRDefault="00000000">
            <w:pPr>
              <w:spacing w:after="0" w:line="240" w:lineRule="auto"/>
            </w:pPr>
            <w:r>
              <w:rPr>
                <w:sz w:val="15"/>
              </w:rPr>
              <w:t>Document recomandat esențial</w:t>
            </w:r>
          </w:p>
        </w:tc>
      </w:tr>
      <w:tr w:rsidR="00865365" w14:paraId="2F1DD5F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BCFCB2"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53721F1" w14:textId="77777777" w:rsidR="00865365" w:rsidRDefault="00000000">
            <w:pPr>
              <w:spacing w:after="0" w:line="240" w:lineRule="auto"/>
            </w:pPr>
            <w:r>
              <w:rPr>
                <w:sz w:val="15"/>
              </w:rPr>
              <w:t>4.1 / 5.6 / 7.2</w:t>
            </w:r>
          </w:p>
        </w:tc>
      </w:tr>
      <w:tr w:rsidR="00865365" w14:paraId="0C15EF3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6A66682"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8B753C7" w14:textId="77777777" w:rsidR="00865365" w:rsidRDefault="00000000">
            <w:pPr>
              <w:spacing w:after="0" w:line="240" w:lineRule="auto"/>
            </w:pPr>
            <w:r>
              <w:rPr>
                <w:sz w:val="15"/>
              </w:rPr>
              <w:t>În mod obișnuit</w:t>
            </w:r>
          </w:p>
        </w:tc>
      </w:tr>
      <w:tr w:rsidR="00865365" w14:paraId="115C674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0878087"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95A8992" w14:textId="77777777" w:rsidR="00865365" w:rsidRDefault="00000000">
            <w:pPr>
              <w:spacing w:after="0" w:line="240" w:lineRule="auto"/>
            </w:pPr>
            <w:r>
              <w:rPr>
                <w:sz w:val="15"/>
              </w:rPr>
              <w:t>Clarifică obligațiile pe rol, produs și piață.</w:t>
            </w:r>
          </w:p>
        </w:tc>
      </w:tr>
      <w:tr w:rsidR="00865365" w:rsidRPr="000E298F" w14:paraId="298FC07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0F3D6D5"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45856565" w14:textId="77777777" w:rsidR="00865365" w:rsidRPr="000E298F" w:rsidRDefault="00000000">
            <w:pPr>
              <w:spacing w:after="0" w:line="240" w:lineRule="auto"/>
              <w:rPr>
                <w:lang w:val="fr-FR"/>
              </w:rPr>
            </w:pPr>
            <w:r w:rsidRPr="000E298F">
              <w:rPr>
                <w:sz w:val="15"/>
                <w:lang w:val="fr-FR"/>
              </w:rPr>
              <w:t>Jurisdicție; rol; dispozitiv; clasă; cerință; document; responsabil; termen; autoritate; notificare; dovadă; stare.</w:t>
            </w:r>
          </w:p>
        </w:tc>
      </w:tr>
      <w:tr w:rsidR="00865365" w14:paraId="0F11228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AD84B5D"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6CFDAFF" w14:textId="77777777" w:rsidR="00865365" w:rsidRDefault="00000000">
            <w:pPr>
              <w:spacing w:after="0" w:line="240" w:lineRule="auto"/>
            </w:pPr>
            <w:r>
              <w:rPr>
                <w:sz w:val="15"/>
              </w:rPr>
              <w:t>Regulatory Affairs.</w:t>
            </w:r>
          </w:p>
        </w:tc>
      </w:tr>
      <w:tr w:rsidR="00865365" w:rsidRPr="000E298F" w14:paraId="2303619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F678B16"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624F9B3D" w14:textId="77777777" w:rsidR="00865365" w:rsidRPr="000E298F" w:rsidRDefault="00000000">
            <w:pPr>
              <w:spacing w:after="0" w:line="240" w:lineRule="auto"/>
              <w:rPr>
                <w:lang w:val="fr-FR"/>
              </w:rPr>
            </w:pPr>
            <w:r w:rsidRPr="000E298F">
              <w:rPr>
                <w:sz w:val="15"/>
                <w:lang w:val="fr-FR"/>
              </w:rPr>
              <w:t>Continuu și la schimbări legislative sau de produs.</w:t>
            </w:r>
          </w:p>
        </w:tc>
      </w:tr>
      <w:tr w:rsidR="00865365" w:rsidRPr="000E298F" w14:paraId="1B5FE45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C4471B"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2BE8C1CF" w14:textId="77777777" w:rsidR="00865365" w:rsidRPr="000E298F" w:rsidRDefault="00000000">
            <w:pPr>
              <w:spacing w:after="0" w:line="240" w:lineRule="auto"/>
              <w:rPr>
                <w:lang w:val="fr-FR"/>
              </w:rPr>
            </w:pPr>
            <w:r w:rsidRPr="000E298F">
              <w:rPr>
                <w:sz w:val="15"/>
                <w:lang w:val="fr-FR"/>
              </w:rPr>
              <w:t>Înregistrări autorități, certificate, dosare, rapoarte și comunicări.</w:t>
            </w:r>
          </w:p>
        </w:tc>
      </w:tr>
      <w:tr w:rsidR="00865365" w14:paraId="7DFFF7B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8C8862C"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4FD01D46" w14:textId="77777777" w:rsidR="00865365" w:rsidRDefault="00000000">
            <w:pPr>
              <w:spacing w:after="0" w:line="240" w:lineRule="auto"/>
            </w:pPr>
            <w:r>
              <w:rPr>
                <w:sz w:val="15"/>
              </w:rPr>
              <w:t>Reglementări listate fără aplicabilitate; rol economic neclar; cerințe de schimbare/notificare omise.</w:t>
            </w:r>
          </w:p>
        </w:tc>
      </w:tr>
    </w:tbl>
    <w:p w14:paraId="5FCF4042"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rsidRPr="000E298F" w14:paraId="50927449" w14:textId="77777777">
        <w:trPr>
          <w:jc w:val="center"/>
        </w:trPr>
        <w:tc>
          <w:tcPr>
            <w:tcW w:w="9921" w:type="dxa"/>
            <w:gridSpan w:val="2"/>
            <w:shd w:val="clear" w:color="auto" w:fill="D71920"/>
            <w:tcMar>
              <w:top w:w="70" w:type="dxa"/>
              <w:left w:w="85" w:type="dxa"/>
              <w:bottom w:w="70" w:type="dxa"/>
              <w:right w:w="85" w:type="dxa"/>
            </w:tcMar>
            <w:vAlign w:val="center"/>
          </w:tcPr>
          <w:p w14:paraId="2CE10BE7" w14:textId="77777777" w:rsidR="00865365" w:rsidRPr="000E298F" w:rsidRDefault="00000000">
            <w:pPr>
              <w:spacing w:after="0" w:line="240" w:lineRule="auto"/>
              <w:rPr>
                <w:lang w:val="fr-FR"/>
              </w:rPr>
            </w:pPr>
            <w:r w:rsidRPr="000E298F">
              <w:rPr>
                <w:b/>
                <w:color w:val="FFFFFF"/>
                <w:sz w:val="21"/>
                <w:lang w:val="fr-FR"/>
              </w:rPr>
              <w:t>4.6. Procesul și dosarul de management al riscului</w:t>
            </w:r>
          </w:p>
        </w:tc>
      </w:tr>
      <w:tr w:rsidR="00865365" w14:paraId="62E0C6B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D83E66B"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82B5ECD" w14:textId="77777777" w:rsidR="00865365" w:rsidRDefault="00000000">
            <w:pPr>
              <w:spacing w:after="0" w:line="240" w:lineRule="auto"/>
            </w:pPr>
            <w:r>
              <w:rPr>
                <w:sz w:val="15"/>
              </w:rPr>
              <w:t>Procedură documentată și înregistrări</w:t>
            </w:r>
          </w:p>
        </w:tc>
      </w:tr>
      <w:tr w:rsidR="00865365" w14:paraId="77BB7C1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4338DE7"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8D7BEB2" w14:textId="77777777" w:rsidR="00865365" w:rsidRDefault="00000000">
            <w:pPr>
              <w:spacing w:after="0" w:line="240" w:lineRule="auto"/>
            </w:pPr>
            <w:r>
              <w:rPr>
                <w:sz w:val="15"/>
              </w:rPr>
              <w:t>7.1</w:t>
            </w:r>
          </w:p>
        </w:tc>
      </w:tr>
      <w:tr w:rsidR="00865365" w14:paraId="3AA905A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E947EDB"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1D3852E" w14:textId="77777777" w:rsidR="00865365" w:rsidRDefault="00000000">
            <w:pPr>
              <w:spacing w:after="0" w:line="240" w:lineRule="auto"/>
            </w:pPr>
            <w:r>
              <w:rPr>
                <w:sz w:val="15"/>
              </w:rPr>
              <w:t>În mod obișnuit</w:t>
            </w:r>
          </w:p>
        </w:tc>
      </w:tr>
      <w:tr w:rsidR="00865365" w14:paraId="497E569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4AF6F8"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33F14204" w14:textId="77777777" w:rsidR="00865365" w:rsidRDefault="00000000">
            <w:pPr>
              <w:spacing w:after="0" w:line="240" w:lineRule="auto"/>
            </w:pPr>
            <w:r>
              <w:rPr>
                <w:sz w:val="15"/>
              </w:rPr>
              <w:t>Integrează riscul în realizarea produsului și datele post-producție.</w:t>
            </w:r>
          </w:p>
        </w:tc>
      </w:tr>
      <w:tr w:rsidR="00865365" w14:paraId="5BBFF6C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ECCBA9C"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F1FA313" w14:textId="77777777" w:rsidR="00865365" w:rsidRDefault="00000000">
            <w:pPr>
              <w:spacing w:after="0" w:line="240" w:lineRule="auto"/>
            </w:pPr>
            <w:r>
              <w:rPr>
                <w:sz w:val="15"/>
              </w:rPr>
              <w:t>Plan; criterii; analiză pericole; evaluare; controale; verificarea controalelor; risc rezidual; benefit-risk; raport; producție/post-producție; revizuiri.</w:t>
            </w:r>
          </w:p>
        </w:tc>
      </w:tr>
      <w:tr w:rsidR="00865365" w14:paraId="5D01BFA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E6B1931"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1DB25208" w14:textId="77777777" w:rsidR="00865365" w:rsidRDefault="00000000">
            <w:pPr>
              <w:spacing w:after="0" w:line="240" w:lineRule="auto"/>
            </w:pPr>
            <w:r>
              <w:rPr>
                <w:sz w:val="15"/>
              </w:rPr>
              <w:t>Risk manager / R&amp;D / QA/RA.</w:t>
            </w:r>
          </w:p>
        </w:tc>
      </w:tr>
      <w:tr w:rsidR="00865365" w14:paraId="129826E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722D6E5"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E9AC583" w14:textId="77777777" w:rsidR="00865365" w:rsidRDefault="00000000">
            <w:pPr>
              <w:spacing w:after="0" w:line="240" w:lineRule="auto"/>
            </w:pPr>
            <w:r>
              <w:rPr>
                <w:sz w:val="15"/>
              </w:rPr>
              <w:t>Pe ciclul de viață și la schimbări/semnale.</w:t>
            </w:r>
          </w:p>
        </w:tc>
      </w:tr>
      <w:tr w:rsidR="00865365" w14:paraId="6FC0017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185BFA"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2B8D88A6" w14:textId="77777777" w:rsidR="00865365" w:rsidRDefault="00000000">
            <w:pPr>
              <w:spacing w:after="0" w:line="240" w:lineRule="auto"/>
            </w:pPr>
            <w:r>
              <w:rPr>
                <w:sz w:val="15"/>
              </w:rPr>
              <w:t>Analize, teste, usability, biocompatibilitate, reclamații, CAPA, service și literatură.</w:t>
            </w:r>
          </w:p>
        </w:tc>
      </w:tr>
      <w:tr w:rsidR="00865365" w14:paraId="6226F5A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056F80"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4F9354BF" w14:textId="77777777" w:rsidR="00865365" w:rsidRDefault="00000000">
            <w:pPr>
              <w:spacing w:after="0" w:line="240" w:lineRule="auto"/>
            </w:pPr>
            <w:r>
              <w:rPr>
                <w:sz w:val="15"/>
              </w:rPr>
              <w:t>Dosar înghețat la lansare; lipsa legăturii cu CAPA și PMS; controale fără verificare.</w:t>
            </w:r>
          </w:p>
        </w:tc>
      </w:tr>
    </w:tbl>
    <w:p w14:paraId="0BAB18CF"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5877D941" w14:textId="77777777">
        <w:trPr>
          <w:jc w:val="center"/>
        </w:trPr>
        <w:tc>
          <w:tcPr>
            <w:tcW w:w="9921" w:type="dxa"/>
            <w:gridSpan w:val="2"/>
            <w:shd w:val="clear" w:color="auto" w:fill="D71920"/>
            <w:tcMar>
              <w:top w:w="70" w:type="dxa"/>
              <w:left w:w="85" w:type="dxa"/>
              <w:bottom w:w="70" w:type="dxa"/>
              <w:right w:w="85" w:type="dxa"/>
            </w:tcMar>
            <w:vAlign w:val="center"/>
          </w:tcPr>
          <w:p w14:paraId="3DE36A75" w14:textId="77777777" w:rsidR="00865365" w:rsidRDefault="00000000">
            <w:pPr>
              <w:spacing w:after="0" w:line="240" w:lineRule="auto"/>
            </w:pPr>
            <w:r>
              <w:rPr>
                <w:b/>
                <w:color w:val="FFFFFF"/>
                <w:sz w:val="21"/>
              </w:rPr>
              <w:t>4.7. Procedura și planul de proiectare și dezvoltare</w:t>
            </w:r>
          </w:p>
        </w:tc>
      </w:tr>
      <w:tr w:rsidR="00865365" w14:paraId="2753135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8D668C9"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247E9627" w14:textId="77777777" w:rsidR="00865365" w:rsidRDefault="00000000">
            <w:pPr>
              <w:spacing w:after="0" w:line="240" w:lineRule="auto"/>
            </w:pPr>
            <w:r>
              <w:rPr>
                <w:sz w:val="15"/>
              </w:rPr>
              <w:t>Procedură documentată / condițional</w:t>
            </w:r>
          </w:p>
        </w:tc>
      </w:tr>
      <w:tr w:rsidR="00865365" w14:paraId="52C8BDF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9189FEE"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0BC4C53" w14:textId="77777777" w:rsidR="00865365" w:rsidRDefault="00000000">
            <w:pPr>
              <w:spacing w:after="0" w:line="240" w:lineRule="auto"/>
            </w:pPr>
            <w:r>
              <w:rPr>
                <w:sz w:val="15"/>
              </w:rPr>
              <w:t>7.3.1–7.3.2</w:t>
            </w:r>
          </w:p>
        </w:tc>
      </w:tr>
      <w:tr w:rsidR="00865365" w14:paraId="00AAA98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A2D1801" w14:textId="77777777" w:rsidR="00865365" w:rsidRDefault="00000000">
            <w:pPr>
              <w:spacing w:after="0" w:line="240" w:lineRule="auto"/>
            </w:pPr>
            <w:r>
              <w:rPr>
                <w:b/>
                <w:sz w:val="15"/>
              </w:rPr>
              <w:lastRenderedPageBreak/>
              <w:t>Când este necesar</w:t>
            </w:r>
          </w:p>
        </w:tc>
        <w:tc>
          <w:tcPr>
            <w:tcW w:w="7540" w:type="dxa"/>
            <w:shd w:val="clear" w:color="auto" w:fill="FFFFFF"/>
            <w:tcMar>
              <w:top w:w="70" w:type="dxa"/>
              <w:left w:w="85" w:type="dxa"/>
              <w:bottom w:w="70" w:type="dxa"/>
              <w:right w:w="85" w:type="dxa"/>
            </w:tcMar>
            <w:vAlign w:val="center"/>
          </w:tcPr>
          <w:p w14:paraId="2EFED128" w14:textId="77777777" w:rsidR="00865365" w:rsidRDefault="00000000">
            <w:pPr>
              <w:spacing w:after="0" w:line="240" w:lineRule="auto"/>
            </w:pPr>
            <w:r>
              <w:rPr>
                <w:sz w:val="15"/>
              </w:rPr>
              <w:t>În mod obișnuit</w:t>
            </w:r>
          </w:p>
        </w:tc>
      </w:tr>
      <w:tr w:rsidR="00865365" w14:paraId="1A1DCE8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E354F4B"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E2FC823" w14:textId="77777777" w:rsidR="00865365" w:rsidRDefault="00000000">
            <w:pPr>
              <w:spacing w:after="0" w:line="240" w:lineRule="auto"/>
            </w:pPr>
            <w:r>
              <w:rPr>
                <w:sz w:val="15"/>
              </w:rPr>
              <w:t>Controlează etapele, responsabilitățile, interfețele și actualizarea planului.</w:t>
            </w:r>
          </w:p>
        </w:tc>
      </w:tr>
      <w:tr w:rsidR="00865365" w14:paraId="6430273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488F11B"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1496470B" w14:textId="77777777" w:rsidR="00865365" w:rsidRDefault="00000000">
            <w:pPr>
              <w:spacing w:after="0" w:line="240" w:lineRule="auto"/>
            </w:pPr>
            <w:r>
              <w:rPr>
                <w:sz w:val="15"/>
              </w:rPr>
              <w:t>Etape; activități; responsabilități; review; V&amp;V; transfer; management risc; resurse; interfețe; deliverables; actualizare.</w:t>
            </w:r>
          </w:p>
        </w:tc>
      </w:tr>
      <w:tr w:rsidR="00865365" w14:paraId="1D5F117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65E62D9"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E02D2D6" w14:textId="77777777" w:rsidR="00865365" w:rsidRDefault="00000000">
            <w:pPr>
              <w:spacing w:after="0" w:line="240" w:lineRule="auto"/>
            </w:pPr>
            <w:r>
              <w:rPr>
                <w:sz w:val="15"/>
              </w:rPr>
              <w:t>R&amp;D / design assurance.</w:t>
            </w:r>
          </w:p>
        </w:tc>
      </w:tr>
      <w:tr w:rsidR="00865365" w14:paraId="3B05ADC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2DE522"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2BC408F" w14:textId="77777777" w:rsidR="00865365" w:rsidRDefault="00000000">
            <w:pPr>
              <w:spacing w:after="0" w:line="240" w:lineRule="auto"/>
            </w:pPr>
            <w:r>
              <w:rPr>
                <w:sz w:val="15"/>
              </w:rPr>
              <w:t>Pe proiect și la schimbări.</w:t>
            </w:r>
          </w:p>
        </w:tc>
      </w:tr>
      <w:tr w:rsidR="00865365" w14:paraId="178C5D2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E880A2"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699BC2C8" w14:textId="77777777" w:rsidR="00865365" w:rsidRDefault="00000000">
            <w:pPr>
              <w:spacing w:after="0" w:line="240" w:lineRule="auto"/>
            </w:pPr>
            <w:r>
              <w:rPr>
                <w:sz w:val="15"/>
              </w:rPr>
              <w:t>Planuri, minute, tichete, matrice responsabilități și aprobări.</w:t>
            </w:r>
          </w:p>
        </w:tc>
      </w:tr>
      <w:tr w:rsidR="00865365" w14:paraId="44887F2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EDD9918"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6473352" w14:textId="77777777" w:rsidR="00865365" w:rsidRDefault="00000000">
            <w:pPr>
              <w:spacing w:after="0" w:line="240" w:lineRule="auto"/>
            </w:pPr>
            <w:r>
              <w:rPr>
                <w:sz w:val="15"/>
              </w:rPr>
              <w:t>Plan creat după activități; interfețe neclare; independență review insuficientă.</w:t>
            </w:r>
          </w:p>
        </w:tc>
      </w:tr>
    </w:tbl>
    <w:p w14:paraId="43837F2B"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27F3A324" w14:textId="77777777">
        <w:trPr>
          <w:jc w:val="center"/>
        </w:trPr>
        <w:tc>
          <w:tcPr>
            <w:tcW w:w="9921" w:type="dxa"/>
            <w:gridSpan w:val="2"/>
            <w:shd w:val="clear" w:color="auto" w:fill="D71920"/>
            <w:tcMar>
              <w:top w:w="70" w:type="dxa"/>
              <w:left w:w="85" w:type="dxa"/>
              <w:bottom w:w="70" w:type="dxa"/>
              <w:right w:w="85" w:type="dxa"/>
            </w:tcMar>
            <w:vAlign w:val="center"/>
          </w:tcPr>
          <w:p w14:paraId="26B279B4" w14:textId="77777777" w:rsidR="00865365" w:rsidRDefault="00000000">
            <w:pPr>
              <w:spacing w:after="0" w:line="240" w:lineRule="auto"/>
            </w:pPr>
            <w:r>
              <w:rPr>
                <w:b/>
                <w:color w:val="FFFFFF"/>
                <w:sz w:val="21"/>
              </w:rPr>
              <w:t>4.8. Dosarul de proiectare și dezvoltare</w:t>
            </w:r>
          </w:p>
        </w:tc>
      </w:tr>
      <w:tr w:rsidR="00865365" w14:paraId="7E70286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8C6711F"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FEE9251" w14:textId="77777777" w:rsidR="00865365" w:rsidRDefault="00000000">
            <w:pPr>
              <w:spacing w:after="0" w:line="240" w:lineRule="auto"/>
            </w:pPr>
            <w:r>
              <w:rPr>
                <w:sz w:val="15"/>
              </w:rPr>
              <w:t>Înregistrare păstrată / condițional</w:t>
            </w:r>
          </w:p>
        </w:tc>
      </w:tr>
      <w:tr w:rsidR="00865365" w14:paraId="2122435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FCA144A"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67928E1" w14:textId="77777777" w:rsidR="00865365" w:rsidRDefault="00000000">
            <w:pPr>
              <w:spacing w:after="0" w:line="240" w:lineRule="auto"/>
            </w:pPr>
            <w:r>
              <w:rPr>
                <w:sz w:val="15"/>
              </w:rPr>
              <w:t>7.3.10</w:t>
            </w:r>
          </w:p>
        </w:tc>
      </w:tr>
      <w:tr w:rsidR="00865365" w14:paraId="51D9DC6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A7D2C67"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6F1D4B2C" w14:textId="77777777" w:rsidR="00865365" w:rsidRDefault="00000000">
            <w:pPr>
              <w:spacing w:after="0" w:line="240" w:lineRule="auto"/>
            </w:pPr>
            <w:r>
              <w:rPr>
                <w:sz w:val="15"/>
              </w:rPr>
              <w:t>În mod obișnuit</w:t>
            </w:r>
          </w:p>
        </w:tc>
      </w:tr>
      <w:tr w:rsidR="00865365" w14:paraId="114047A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DEA5522"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1D0C5C8" w14:textId="77777777" w:rsidR="00865365" w:rsidRDefault="00000000">
            <w:pPr>
              <w:spacing w:after="0" w:line="240" w:lineRule="auto"/>
            </w:pPr>
            <w:r>
              <w:rPr>
                <w:sz w:val="15"/>
              </w:rPr>
              <w:t>Demonstrează că proiectarea a fost controlată și cerințele au fost îndeplinite.</w:t>
            </w:r>
          </w:p>
        </w:tc>
      </w:tr>
      <w:tr w:rsidR="00865365" w14:paraId="24F2D9A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0880EA"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3468F43" w14:textId="77777777" w:rsidR="00865365" w:rsidRDefault="00000000">
            <w:pPr>
              <w:spacing w:after="0" w:line="240" w:lineRule="auto"/>
            </w:pPr>
            <w:r>
              <w:rPr>
                <w:sz w:val="15"/>
              </w:rPr>
              <w:t>Plan; inputs; outputs; reviews; verificare; validare; transfer; schimbări; neconformități; aprobări; trasabilitate.</w:t>
            </w:r>
          </w:p>
        </w:tc>
      </w:tr>
      <w:tr w:rsidR="00865365" w14:paraId="36C7B63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94AD1E"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49C21C62" w14:textId="77777777" w:rsidR="00865365" w:rsidRDefault="00000000">
            <w:pPr>
              <w:spacing w:after="0" w:line="240" w:lineRule="auto"/>
            </w:pPr>
            <w:r>
              <w:rPr>
                <w:sz w:val="15"/>
              </w:rPr>
              <w:t>R&amp;D / design assurance.</w:t>
            </w:r>
          </w:p>
        </w:tc>
      </w:tr>
      <w:tr w:rsidR="00865365" w14:paraId="66F230D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6A5406E"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CA59281" w14:textId="77777777" w:rsidR="00865365" w:rsidRDefault="00000000">
            <w:pPr>
              <w:spacing w:after="0" w:line="240" w:lineRule="auto"/>
            </w:pPr>
            <w:r>
              <w:rPr>
                <w:sz w:val="15"/>
              </w:rPr>
              <w:t>Pe durata proiectului și după lansare conform retenției.</w:t>
            </w:r>
          </w:p>
        </w:tc>
      </w:tr>
      <w:tr w:rsidR="00865365" w14:paraId="674411D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44850A4"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54A87AF" w14:textId="77777777" w:rsidR="00865365" w:rsidRDefault="00000000">
            <w:pPr>
              <w:spacing w:after="0" w:line="240" w:lineRule="auto"/>
            </w:pPr>
            <w:r>
              <w:rPr>
                <w:sz w:val="15"/>
              </w:rPr>
              <w:t>Protocoale, rapoarte, matrice trasabilitate, versiuni și decizii.</w:t>
            </w:r>
          </w:p>
        </w:tc>
      </w:tr>
      <w:tr w:rsidR="00865365" w14:paraId="718E019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96CAFE8"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9A53279" w14:textId="77777777" w:rsidR="00865365" w:rsidRDefault="00000000">
            <w:pPr>
              <w:spacing w:after="0" w:line="240" w:lineRule="auto"/>
            </w:pPr>
            <w:r>
              <w:rPr>
                <w:sz w:val="15"/>
              </w:rPr>
              <w:t>Documente dispersate fără index; lipsa trasabilității cerință–test–risc; rezultate neaprobate.</w:t>
            </w:r>
          </w:p>
        </w:tc>
      </w:tr>
    </w:tbl>
    <w:p w14:paraId="6FE0733E"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19A6E699" w14:textId="77777777">
        <w:trPr>
          <w:jc w:val="center"/>
        </w:trPr>
        <w:tc>
          <w:tcPr>
            <w:tcW w:w="9921" w:type="dxa"/>
            <w:gridSpan w:val="2"/>
            <w:shd w:val="clear" w:color="auto" w:fill="D71920"/>
            <w:tcMar>
              <w:top w:w="70" w:type="dxa"/>
              <w:left w:w="85" w:type="dxa"/>
              <w:bottom w:w="70" w:type="dxa"/>
              <w:right w:w="85" w:type="dxa"/>
            </w:tcMar>
            <w:vAlign w:val="center"/>
          </w:tcPr>
          <w:p w14:paraId="10B20CEF" w14:textId="77777777" w:rsidR="00865365" w:rsidRDefault="00000000">
            <w:pPr>
              <w:spacing w:after="0" w:line="240" w:lineRule="auto"/>
            </w:pPr>
            <w:r>
              <w:rPr>
                <w:b/>
                <w:color w:val="FFFFFF"/>
                <w:sz w:val="21"/>
              </w:rPr>
              <w:t>4.9. Controlul schimbărilor de produs și proces</w:t>
            </w:r>
          </w:p>
        </w:tc>
      </w:tr>
      <w:tr w:rsidR="00865365" w14:paraId="462D162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E930C8"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37014126" w14:textId="77777777" w:rsidR="00865365" w:rsidRDefault="00000000">
            <w:pPr>
              <w:spacing w:after="0" w:line="240" w:lineRule="auto"/>
            </w:pPr>
            <w:r>
              <w:rPr>
                <w:sz w:val="15"/>
              </w:rPr>
              <w:t>Procedură / registru recomandat esențial</w:t>
            </w:r>
          </w:p>
        </w:tc>
      </w:tr>
      <w:tr w:rsidR="00865365" w14:paraId="0A2D8CB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AB7138E"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6C761C6E" w14:textId="77777777" w:rsidR="00865365" w:rsidRDefault="00000000">
            <w:pPr>
              <w:spacing w:after="0" w:line="240" w:lineRule="auto"/>
            </w:pPr>
            <w:r>
              <w:rPr>
                <w:sz w:val="15"/>
              </w:rPr>
              <w:t>7.3.9 / 7.5.6</w:t>
            </w:r>
          </w:p>
        </w:tc>
      </w:tr>
      <w:tr w:rsidR="00865365" w14:paraId="7E3C141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07D1457"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98213BD" w14:textId="77777777" w:rsidR="00865365" w:rsidRDefault="00000000">
            <w:pPr>
              <w:spacing w:after="0" w:line="240" w:lineRule="auto"/>
            </w:pPr>
            <w:r>
              <w:rPr>
                <w:sz w:val="15"/>
              </w:rPr>
              <w:t>În mod obișnuit</w:t>
            </w:r>
          </w:p>
        </w:tc>
      </w:tr>
      <w:tr w:rsidR="00865365" w14:paraId="697DDE7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1DBE623"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C18ABA6" w14:textId="77777777" w:rsidR="00865365" w:rsidRDefault="00000000">
            <w:pPr>
              <w:spacing w:after="0" w:line="240" w:lineRule="auto"/>
            </w:pPr>
            <w:r>
              <w:rPr>
                <w:sz w:val="15"/>
              </w:rPr>
              <w:t>Evaluează impactul înainte de implementare și asigură aprobările necesare.</w:t>
            </w:r>
          </w:p>
        </w:tc>
      </w:tr>
      <w:tr w:rsidR="00865365" w14:paraId="56F09FB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CC48EF"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416BA29" w14:textId="77777777" w:rsidR="00865365" w:rsidRDefault="00000000">
            <w:pPr>
              <w:spacing w:after="0" w:line="240" w:lineRule="auto"/>
            </w:pPr>
            <w:r>
              <w:rPr>
                <w:sz w:val="15"/>
              </w:rPr>
              <w:t>Descriere; motiv; produse/loturi; risc; V&amp;V; validare; reglementare; furnizori; etichetare; stoc; instruire; aprobare; data efectivă.</w:t>
            </w:r>
          </w:p>
        </w:tc>
      </w:tr>
      <w:tr w:rsidR="00865365" w14:paraId="288597D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82C341A"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2D7B69F" w14:textId="77777777" w:rsidR="00865365" w:rsidRDefault="00000000">
            <w:pPr>
              <w:spacing w:after="0" w:line="240" w:lineRule="auto"/>
            </w:pPr>
            <w:r>
              <w:rPr>
                <w:sz w:val="15"/>
              </w:rPr>
              <w:t>Change owner, QA/RA și funcțiile afectate.</w:t>
            </w:r>
          </w:p>
        </w:tc>
      </w:tr>
      <w:tr w:rsidR="00865365" w14:paraId="4C3E81C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1E5DFC"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30085F58" w14:textId="77777777" w:rsidR="00865365" w:rsidRDefault="00000000">
            <w:pPr>
              <w:spacing w:after="0" w:line="240" w:lineRule="auto"/>
            </w:pPr>
            <w:r>
              <w:rPr>
                <w:sz w:val="15"/>
              </w:rPr>
              <w:t>Pentru fiecare schimbare temporară sau permanentă.</w:t>
            </w:r>
          </w:p>
        </w:tc>
      </w:tr>
      <w:tr w:rsidR="00865365" w14:paraId="0F32A5D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50625E3"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27E8207A" w14:textId="77777777" w:rsidR="00865365" w:rsidRDefault="00000000">
            <w:pPr>
              <w:spacing w:after="0" w:line="240" w:lineRule="auto"/>
            </w:pPr>
            <w:r>
              <w:rPr>
                <w:sz w:val="15"/>
              </w:rPr>
              <w:t>ECO/ECN, analize impact, notificări, validări, training și verificări post-implementare.</w:t>
            </w:r>
          </w:p>
        </w:tc>
      </w:tr>
      <w:tr w:rsidR="00865365" w14:paraId="5EF7A1C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510E174"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3A5E966" w14:textId="77777777" w:rsidR="00865365" w:rsidRDefault="00000000">
            <w:pPr>
              <w:spacing w:after="0" w:line="240" w:lineRule="auto"/>
            </w:pPr>
            <w:r>
              <w:rPr>
                <w:sz w:val="15"/>
              </w:rPr>
              <w:t>Schimbare fragmentată pe departamente; implementare înainte de aprobare; lipsa evaluării piețelor.</w:t>
            </w:r>
          </w:p>
        </w:tc>
      </w:tr>
    </w:tbl>
    <w:p w14:paraId="5D054FB0"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343293DE" w14:textId="77777777">
        <w:trPr>
          <w:jc w:val="center"/>
        </w:trPr>
        <w:tc>
          <w:tcPr>
            <w:tcW w:w="9921" w:type="dxa"/>
            <w:gridSpan w:val="2"/>
            <w:shd w:val="clear" w:color="auto" w:fill="D71920"/>
            <w:tcMar>
              <w:top w:w="70" w:type="dxa"/>
              <w:left w:w="85" w:type="dxa"/>
              <w:bottom w:w="70" w:type="dxa"/>
              <w:right w:w="85" w:type="dxa"/>
            </w:tcMar>
            <w:vAlign w:val="center"/>
          </w:tcPr>
          <w:p w14:paraId="2FCF0654" w14:textId="77777777" w:rsidR="00865365" w:rsidRDefault="00000000">
            <w:pPr>
              <w:spacing w:after="0" w:line="240" w:lineRule="auto"/>
            </w:pPr>
            <w:r>
              <w:rPr>
                <w:b/>
                <w:color w:val="FFFFFF"/>
                <w:sz w:val="21"/>
              </w:rPr>
              <w:t>4.10. Evaluarea și controlul furnizorilor</w:t>
            </w:r>
          </w:p>
        </w:tc>
      </w:tr>
      <w:tr w:rsidR="00865365" w14:paraId="62268EF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5F6CD7"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4EDF28A1" w14:textId="77777777" w:rsidR="00865365" w:rsidRDefault="00000000">
            <w:pPr>
              <w:spacing w:after="0" w:line="240" w:lineRule="auto"/>
            </w:pPr>
            <w:r>
              <w:rPr>
                <w:sz w:val="15"/>
              </w:rPr>
              <w:t>Procedură documentată și înregistrări</w:t>
            </w:r>
          </w:p>
        </w:tc>
      </w:tr>
      <w:tr w:rsidR="00865365" w14:paraId="5F5C59A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C486C54"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170CC5A" w14:textId="77777777" w:rsidR="00865365" w:rsidRDefault="00000000">
            <w:pPr>
              <w:spacing w:after="0" w:line="240" w:lineRule="auto"/>
            </w:pPr>
            <w:r>
              <w:rPr>
                <w:sz w:val="15"/>
              </w:rPr>
              <w:t>7.4.1</w:t>
            </w:r>
          </w:p>
        </w:tc>
      </w:tr>
      <w:tr w:rsidR="00865365" w14:paraId="7A21495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4E86E60"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13DF5735" w14:textId="77777777" w:rsidR="00865365" w:rsidRDefault="00000000">
            <w:pPr>
              <w:spacing w:after="0" w:line="240" w:lineRule="auto"/>
            </w:pPr>
            <w:r>
              <w:rPr>
                <w:sz w:val="15"/>
              </w:rPr>
              <w:t>În mod obișnuit</w:t>
            </w:r>
          </w:p>
        </w:tc>
      </w:tr>
      <w:tr w:rsidR="00865365" w14:paraId="23EC6BF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06AA0D"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CB697DB" w14:textId="77777777" w:rsidR="00865365" w:rsidRDefault="00000000">
            <w:pPr>
              <w:spacing w:after="0" w:line="240" w:lineRule="auto"/>
            </w:pPr>
            <w:r>
              <w:rPr>
                <w:sz w:val="15"/>
              </w:rPr>
              <w:t>Controlează furnizorii proporțional cu impactul produsului/serviciului.</w:t>
            </w:r>
          </w:p>
        </w:tc>
      </w:tr>
      <w:tr w:rsidR="00865365" w14:paraId="54A2F40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F61661"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EC55D8E" w14:textId="77777777" w:rsidR="00865365" w:rsidRDefault="00000000">
            <w:pPr>
              <w:spacing w:after="0" w:line="240" w:lineRule="auto"/>
            </w:pPr>
            <w:r>
              <w:rPr>
                <w:sz w:val="15"/>
              </w:rPr>
              <w:t>Clasificare; criterii; evaluare; selecție; acord calitate; schimbări; monitorizare; reevaluare; escaladare; dezaprobare.</w:t>
            </w:r>
          </w:p>
        </w:tc>
      </w:tr>
      <w:tr w:rsidR="00865365" w14:paraId="3E8011A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A7818B8"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C590776" w14:textId="77777777" w:rsidR="00865365" w:rsidRDefault="00000000">
            <w:pPr>
              <w:spacing w:after="0" w:line="240" w:lineRule="auto"/>
            </w:pPr>
            <w:r>
              <w:rPr>
                <w:sz w:val="15"/>
              </w:rPr>
              <w:t>Achiziții, SQE și QA.</w:t>
            </w:r>
          </w:p>
        </w:tc>
      </w:tr>
      <w:tr w:rsidR="00865365" w14:paraId="7F3590A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2333BEB"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128E7BF1" w14:textId="77777777" w:rsidR="00865365" w:rsidRDefault="00000000">
            <w:pPr>
              <w:spacing w:after="0" w:line="240" w:lineRule="auto"/>
            </w:pPr>
            <w:r>
              <w:rPr>
                <w:sz w:val="15"/>
              </w:rPr>
              <w:t>La aprobare, periodic, la schimbări și probleme.</w:t>
            </w:r>
          </w:p>
        </w:tc>
      </w:tr>
      <w:tr w:rsidR="00865365" w14:paraId="5430C0C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4FB8181"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FA41118" w14:textId="77777777" w:rsidR="00865365" w:rsidRDefault="00000000">
            <w:pPr>
              <w:spacing w:after="0" w:line="240" w:lineRule="auto"/>
            </w:pPr>
            <w:r>
              <w:rPr>
                <w:sz w:val="15"/>
              </w:rPr>
              <w:t>Audituri, certificate, performanță, SCAR, acorduri, notificări schimbare și reevaluări.</w:t>
            </w:r>
          </w:p>
        </w:tc>
      </w:tr>
      <w:tr w:rsidR="00865365" w14:paraId="4040AF2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D5F697A"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05E6476" w14:textId="77777777" w:rsidR="00865365" w:rsidRDefault="00000000">
            <w:pPr>
              <w:spacing w:after="0" w:line="240" w:lineRule="auto"/>
            </w:pPr>
            <w:r>
              <w:rPr>
                <w:sz w:val="15"/>
              </w:rPr>
              <w:t>Toți furnizorii tratați la fel; certificate acceptate fără analiză; schimbări furnizor necontrolate.</w:t>
            </w:r>
          </w:p>
        </w:tc>
      </w:tr>
    </w:tbl>
    <w:p w14:paraId="0C8C2C10"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55F75F06" w14:textId="77777777">
        <w:trPr>
          <w:jc w:val="center"/>
        </w:trPr>
        <w:tc>
          <w:tcPr>
            <w:tcW w:w="9921" w:type="dxa"/>
            <w:gridSpan w:val="2"/>
            <w:shd w:val="clear" w:color="auto" w:fill="D71920"/>
            <w:tcMar>
              <w:top w:w="70" w:type="dxa"/>
              <w:left w:w="85" w:type="dxa"/>
              <w:bottom w:w="70" w:type="dxa"/>
              <w:right w:w="85" w:type="dxa"/>
            </w:tcMar>
            <w:vAlign w:val="center"/>
          </w:tcPr>
          <w:p w14:paraId="788308D9" w14:textId="77777777" w:rsidR="00865365" w:rsidRDefault="00000000">
            <w:pPr>
              <w:spacing w:after="0" w:line="240" w:lineRule="auto"/>
            </w:pPr>
            <w:r>
              <w:rPr>
                <w:b/>
                <w:color w:val="FFFFFF"/>
                <w:sz w:val="21"/>
              </w:rPr>
              <w:t>4.11. Documentația de producție și înregistrarea lotului/dispozitivului</w:t>
            </w:r>
          </w:p>
        </w:tc>
      </w:tr>
      <w:tr w:rsidR="00865365" w14:paraId="32DDCED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E053C21"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9E07462" w14:textId="77777777" w:rsidR="00865365" w:rsidRDefault="00000000">
            <w:pPr>
              <w:spacing w:after="0" w:line="240" w:lineRule="auto"/>
            </w:pPr>
            <w:r>
              <w:rPr>
                <w:sz w:val="15"/>
              </w:rPr>
              <w:t>Document menținut și înregistrări păstrate</w:t>
            </w:r>
          </w:p>
        </w:tc>
      </w:tr>
      <w:tr w:rsidR="00865365" w14:paraId="715F0B2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255A01F"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9EC82B4" w14:textId="77777777" w:rsidR="00865365" w:rsidRDefault="00000000">
            <w:pPr>
              <w:spacing w:after="0" w:line="240" w:lineRule="auto"/>
            </w:pPr>
            <w:r>
              <w:rPr>
                <w:sz w:val="15"/>
              </w:rPr>
              <w:t>7.5.1 / 7.5.8–7.5.9</w:t>
            </w:r>
          </w:p>
        </w:tc>
      </w:tr>
      <w:tr w:rsidR="00865365" w14:paraId="5D1AAC6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63AFCBA" w14:textId="77777777" w:rsidR="00865365" w:rsidRDefault="00000000">
            <w:pPr>
              <w:spacing w:after="0" w:line="240" w:lineRule="auto"/>
            </w:pPr>
            <w:r>
              <w:rPr>
                <w:b/>
                <w:sz w:val="15"/>
              </w:rPr>
              <w:lastRenderedPageBreak/>
              <w:t>Când este necesar</w:t>
            </w:r>
          </w:p>
        </w:tc>
        <w:tc>
          <w:tcPr>
            <w:tcW w:w="7540" w:type="dxa"/>
            <w:shd w:val="clear" w:color="auto" w:fill="FFFFFF"/>
            <w:tcMar>
              <w:top w:w="70" w:type="dxa"/>
              <w:left w:w="85" w:type="dxa"/>
              <w:bottom w:w="70" w:type="dxa"/>
              <w:right w:w="85" w:type="dxa"/>
            </w:tcMar>
            <w:vAlign w:val="center"/>
          </w:tcPr>
          <w:p w14:paraId="7FFE62A1" w14:textId="77777777" w:rsidR="00865365" w:rsidRDefault="00000000">
            <w:pPr>
              <w:spacing w:after="0" w:line="240" w:lineRule="auto"/>
            </w:pPr>
            <w:r>
              <w:rPr>
                <w:sz w:val="15"/>
              </w:rPr>
              <w:t>În mod obișnuit</w:t>
            </w:r>
          </w:p>
        </w:tc>
      </w:tr>
      <w:tr w:rsidR="00865365" w14:paraId="3F80525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53E2AC"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42BCDBB" w14:textId="77777777" w:rsidR="00865365" w:rsidRDefault="00000000">
            <w:pPr>
              <w:spacing w:after="0" w:line="240" w:lineRule="auto"/>
            </w:pPr>
            <w:r>
              <w:rPr>
                <w:sz w:val="15"/>
              </w:rPr>
              <w:t>Asigură fabricarea conform specificațiilor și trasabilitatea eliberării.</w:t>
            </w:r>
          </w:p>
        </w:tc>
      </w:tr>
      <w:tr w:rsidR="00865365" w14:paraId="3098B60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8E340B9"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136DBBE" w14:textId="77777777" w:rsidR="00865365" w:rsidRDefault="00000000">
            <w:pPr>
              <w:spacing w:after="0" w:line="240" w:lineRule="auto"/>
            </w:pPr>
            <w:r>
              <w:rPr>
                <w:sz w:val="15"/>
              </w:rPr>
              <w:t>Instrucțiuni; parametri; echipamente; materiale; operatori; loturi; inspecții; rezultate; neconformități; etichetare; eliberare; cantități.</w:t>
            </w:r>
          </w:p>
        </w:tc>
      </w:tr>
      <w:tr w:rsidR="00865365" w14:paraId="371B427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D8C189D"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2991DDC" w14:textId="77777777" w:rsidR="00865365" w:rsidRDefault="00000000">
            <w:pPr>
              <w:spacing w:after="0" w:line="240" w:lineRule="auto"/>
            </w:pPr>
            <w:r>
              <w:rPr>
                <w:sz w:val="15"/>
              </w:rPr>
              <w:t>Operațiuni și QA.</w:t>
            </w:r>
          </w:p>
        </w:tc>
      </w:tr>
      <w:tr w:rsidR="00865365" w14:paraId="0EC1D7B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BD2666A"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1AFC268" w14:textId="77777777" w:rsidR="00865365" w:rsidRDefault="00000000">
            <w:pPr>
              <w:spacing w:after="0" w:line="240" w:lineRule="auto"/>
            </w:pPr>
            <w:r>
              <w:rPr>
                <w:sz w:val="15"/>
              </w:rPr>
              <w:t>La fiecare lot/unitate și la revizii.</w:t>
            </w:r>
          </w:p>
        </w:tc>
      </w:tr>
      <w:tr w:rsidR="00865365" w14:paraId="0C49233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D7D4958"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A7381D9" w14:textId="77777777" w:rsidR="00865365" w:rsidRDefault="00000000">
            <w:pPr>
              <w:spacing w:after="0" w:line="240" w:lineRule="auto"/>
            </w:pPr>
            <w:r>
              <w:rPr>
                <w:sz w:val="15"/>
              </w:rPr>
              <w:t>DHR/lot record, loguri, travelers, rapoarte test, etichete și aprobări.</w:t>
            </w:r>
          </w:p>
        </w:tc>
      </w:tr>
      <w:tr w:rsidR="00865365" w14:paraId="55CFA3E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CD9F150"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00B8A92" w14:textId="77777777" w:rsidR="00865365" w:rsidRDefault="00000000">
            <w:pPr>
              <w:spacing w:after="0" w:line="240" w:lineRule="auto"/>
            </w:pPr>
            <w:r>
              <w:rPr>
                <w:sz w:val="15"/>
              </w:rPr>
              <w:t>Câmpuri necompletate; corecturi necontrolate; amestec de revizii; lipsa trasabilității componentelor critice.</w:t>
            </w:r>
          </w:p>
        </w:tc>
      </w:tr>
    </w:tbl>
    <w:p w14:paraId="19D0D7B4"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38BC625B" w14:textId="77777777">
        <w:trPr>
          <w:jc w:val="center"/>
        </w:trPr>
        <w:tc>
          <w:tcPr>
            <w:tcW w:w="9921" w:type="dxa"/>
            <w:gridSpan w:val="2"/>
            <w:shd w:val="clear" w:color="auto" w:fill="D71920"/>
            <w:tcMar>
              <w:top w:w="70" w:type="dxa"/>
              <w:left w:w="85" w:type="dxa"/>
              <w:bottom w:w="70" w:type="dxa"/>
              <w:right w:w="85" w:type="dxa"/>
            </w:tcMar>
            <w:vAlign w:val="center"/>
          </w:tcPr>
          <w:p w14:paraId="7BEFC743" w14:textId="77777777" w:rsidR="00865365" w:rsidRDefault="00000000">
            <w:pPr>
              <w:spacing w:after="0" w:line="240" w:lineRule="auto"/>
            </w:pPr>
            <w:r>
              <w:rPr>
                <w:b/>
                <w:color w:val="FFFFFF"/>
                <w:sz w:val="21"/>
              </w:rPr>
              <w:t>4.12. Validarea proceselor și planul master de validare</w:t>
            </w:r>
          </w:p>
        </w:tc>
      </w:tr>
      <w:tr w:rsidR="00865365" w14:paraId="2AC6E5C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E161134"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1F9ED10F" w14:textId="77777777" w:rsidR="00865365" w:rsidRDefault="00000000">
            <w:pPr>
              <w:spacing w:after="0" w:line="240" w:lineRule="auto"/>
            </w:pPr>
            <w:r>
              <w:rPr>
                <w:sz w:val="15"/>
              </w:rPr>
              <w:t>Procedură și înregistrări / condițional</w:t>
            </w:r>
          </w:p>
        </w:tc>
      </w:tr>
      <w:tr w:rsidR="00865365" w14:paraId="3898330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B698EAF"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B939A6E" w14:textId="77777777" w:rsidR="00865365" w:rsidRDefault="00000000">
            <w:pPr>
              <w:spacing w:after="0" w:line="240" w:lineRule="auto"/>
            </w:pPr>
            <w:r>
              <w:rPr>
                <w:sz w:val="15"/>
              </w:rPr>
              <w:t>7.5.6</w:t>
            </w:r>
          </w:p>
        </w:tc>
      </w:tr>
      <w:tr w:rsidR="00865365" w14:paraId="21A3027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EB18F8"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7329B21D" w14:textId="77777777" w:rsidR="00865365" w:rsidRDefault="00000000">
            <w:pPr>
              <w:spacing w:after="0" w:line="240" w:lineRule="auto"/>
            </w:pPr>
            <w:r>
              <w:rPr>
                <w:sz w:val="15"/>
              </w:rPr>
              <w:t>În mod obișnuit</w:t>
            </w:r>
          </w:p>
        </w:tc>
      </w:tr>
      <w:tr w:rsidR="00865365" w14:paraId="575C1A5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5A15EEE"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AC37494" w14:textId="77777777" w:rsidR="00865365" w:rsidRDefault="00000000">
            <w:pPr>
              <w:spacing w:after="0" w:line="240" w:lineRule="auto"/>
            </w:pPr>
            <w:r>
              <w:rPr>
                <w:sz w:val="15"/>
              </w:rPr>
              <w:t>Demonstrează că procesele cu rezultat neverificabil ulterior produc consecvent rezultatul planificat.</w:t>
            </w:r>
          </w:p>
        </w:tc>
      </w:tr>
      <w:tr w:rsidR="00865365" w14:paraId="4B3C1EF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36C88BB"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75C615B8" w14:textId="77777777" w:rsidR="00865365" w:rsidRDefault="00000000">
            <w:pPr>
              <w:spacing w:after="0" w:line="240" w:lineRule="auto"/>
            </w:pPr>
            <w:r>
              <w:rPr>
                <w:sz w:val="15"/>
              </w:rPr>
              <w:t>Scop; criterii; calificări; protocol; parametri; worst case; eșantionare; rezultate; deviații; aprobare; revalidare; software.</w:t>
            </w:r>
          </w:p>
        </w:tc>
      </w:tr>
      <w:tr w:rsidR="00865365" w14:paraId="0AB06AA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C7DC685"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035CAC2" w14:textId="77777777" w:rsidR="00865365" w:rsidRDefault="00000000">
            <w:pPr>
              <w:spacing w:after="0" w:line="240" w:lineRule="auto"/>
            </w:pPr>
            <w:r>
              <w:rPr>
                <w:sz w:val="15"/>
              </w:rPr>
              <w:t>Validation/engineering și QA.</w:t>
            </w:r>
          </w:p>
        </w:tc>
      </w:tr>
      <w:tr w:rsidR="00865365" w14:paraId="003F77D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F7DA37"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3B7B3225" w14:textId="77777777" w:rsidR="00865365" w:rsidRDefault="00000000">
            <w:pPr>
              <w:spacing w:after="0" w:line="240" w:lineRule="auto"/>
            </w:pPr>
            <w:r>
              <w:rPr>
                <w:sz w:val="15"/>
              </w:rPr>
              <w:t>Înainte de utilizare și la schimbări/revizuire periodică.</w:t>
            </w:r>
          </w:p>
        </w:tc>
      </w:tr>
      <w:tr w:rsidR="00865365" w14:paraId="6F6546E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DE4D74F"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6F24BCA0" w14:textId="77777777" w:rsidR="00865365" w:rsidRDefault="00000000">
            <w:pPr>
              <w:spacing w:after="0" w:line="240" w:lineRule="auto"/>
            </w:pPr>
            <w:r>
              <w:rPr>
                <w:sz w:val="15"/>
              </w:rPr>
              <w:t>IQ/OQ/PQ, rapoarte, statistici, mentenanță, calibrare și change control.</w:t>
            </w:r>
          </w:p>
        </w:tc>
      </w:tr>
      <w:tr w:rsidR="00865365" w14:paraId="120106A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B5ED53B"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026F7E6" w14:textId="77777777" w:rsidR="00865365" w:rsidRDefault="00000000">
            <w:pPr>
              <w:spacing w:after="0" w:line="240" w:lineRule="auto"/>
            </w:pPr>
            <w:r>
              <w:rPr>
                <w:sz w:val="15"/>
              </w:rPr>
              <w:t>Validare retrospectivă nejustificată; criterii modificate după test; revalidare absentă.</w:t>
            </w:r>
          </w:p>
        </w:tc>
      </w:tr>
    </w:tbl>
    <w:p w14:paraId="4C67FA52"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772C41F5" w14:textId="77777777">
        <w:trPr>
          <w:jc w:val="center"/>
        </w:trPr>
        <w:tc>
          <w:tcPr>
            <w:tcW w:w="9921" w:type="dxa"/>
            <w:gridSpan w:val="2"/>
            <w:shd w:val="clear" w:color="auto" w:fill="D71920"/>
            <w:tcMar>
              <w:top w:w="70" w:type="dxa"/>
              <w:left w:w="85" w:type="dxa"/>
              <w:bottom w:w="70" w:type="dxa"/>
              <w:right w:w="85" w:type="dxa"/>
            </w:tcMar>
            <w:vAlign w:val="center"/>
          </w:tcPr>
          <w:p w14:paraId="4BFAFF98" w14:textId="77777777" w:rsidR="00865365" w:rsidRDefault="00000000">
            <w:pPr>
              <w:spacing w:after="0" w:line="240" w:lineRule="auto"/>
            </w:pPr>
            <w:r>
              <w:rPr>
                <w:b/>
                <w:color w:val="FFFFFF"/>
                <w:sz w:val="21"/>
              </w:rPr>
              <w:t>4.13. Validarea software-ului utilizat în QMS/producție/măsurare</w:t>
            </w:r>
          </w:p>
        </w:tc>
      </w:tr>
      <w:tr w:rsidR="00865365" w14:paraId="2F40420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7EB48BD"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18527ADD" w14:textId="77777777" w:rsidR="00865365" w:rsidRDefault="00000000">
            <w:pPr>
              <w:spacing w:after="0" w:line="240" w:lineRule="auto"/>
            </w:pPr>
            <w:r>
              <w:rPr>
                <w:sz w:val="15"/>
              </w:rPr>
              <w:t>Procedură și înregistrări / condițional</w:t>
            </w:r>
          </w:p>
        </w:tc>
      </w:tr>
      <w:tr w:rsidR="00865365" w14:paraId="3085D85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F320D43"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E33B3CF" w14:textId="77777777" w:rsidR="00865365" w:rsidRDefault="00000000">
            <w:pPr>
              <w:spacing w:after="0" w:line="240" w:lineRule="auto"/>
            </w:pPr>
            <w:r>
              <w:rPr>
                <w:sz w:val="15"/>
              </w:rPr>
              <w:t>4.1.6 / 7.5.6 / 7.6</w:t>
            </w:r>
          </w:p>
        </w:tc>
      </w:tr>
      <w:tr w:rsidR="00865365" w14:paraId="1B3334B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C8D6F9"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48EBDABC" w14:textId="77777777" w:rsidR="00865365" w:rsidRDefault="00000000">
            <w:pPr>
              <w:spacing w:after="0" w:line="240" w:lineRule="auto"/>
            </w:pPr>
            <w:r>
              <w:rPr>
                <w:sz w:val="15"/>
              </w:rPr>
              <w:t>În mod obișnuit</w:t>
            </w:r>
          </w:p>
        </w:tc>
      </w:tr>
      <w:tr w:rsidR="00865365" w14:paraId="332B42F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6792E57"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1F37062" w14:textId="77777777" w:rsidR="00865365" w:rsidRDefault="00000000">
            <w:pPr>
              <w:spacing w:after="0" w:line="240" w:lineRule="auto"/>
            </w:pPr>
            <w:r>
              <w:rPr>
                <w:sz w:val="15"/>
              </w:rPr>
              <w:t>Asigură că software-ul este adecvat utilizării intenționate și riscului.</w:t>
            </w:r>
          </w:p>
        </w:tc>
      </w:tr>
      <w:tr w:rsidR="00865365" w14:paraId="61E46C8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DB4854D"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316A9BB6" w14:textId="77777777" w:rsidR="00865365" w:rsidRDefault="00000000">
            <w:pPr>
              <w:spacing w:after="0" w:line="240" w:lineRule="auto"/>
            </w:pPr>
            <w:r>
              <w:rPr>
                <w:sz w:val="15"/>
              </w:rPr>
              <w:t>Utilizare intenționată; clasificare risc; cerințe; testare; configurație; date; acces; schimbări; furnizor; incidente; revizuire.</w:t>
            </w:r>
          </w:p>
        </w:tc>
      </w:tr>
      <w:tr w:rsidR="00865365" w14:paraId="3CB7C7E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2582D1"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1184FBD" w14:textId="77777777" w:rsidR="00865365" w:rsidRDefault="00000000">
            <w:pPr>
              <w:spacing w:after="0" w:line="240" w:lineRule="auto"/>
            </w:pPr>
            <w:r>
              <w:rPr>
                <w:sz w:val="15"/>
              </w:rPr>
              <w:t>System owner, IT și QA.</w:t>
            </w:r>
          </w:p>
        </w:tc>
      </w:tr>
      <w:tr w:rsidR="00865365" w14:paraId="53F9E96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17C8BE8"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52103CD0" w14:textId="77777777" w:rsidR="00865365" w:rsidRDefault="00000000">
            <w:pPr>
              <w:spacing w:after="0" w:line="240" w:lineRule="auto"/>
            </w:pPr>
            <w:r>
              <w:rPr>
                <w:sz w:val="15"/>
              </w:rPr>
              <w:t>Înainte de utilizare și după schimbări semnificative.</w:t>
            </w:r>
          </w:p>
        </w:tc>
      </w:tr>
      <w:tr w:rsidR="00865365" w14:paraId="30F00B8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57B04B5"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B705EC2" w14:textId="77777777" w:rsidR="00865365" w:rsidRDefault="00000000">
            <w:pPr>
              <w:spacing w:after="0" w:line="240" w:lineRule="auto"/>
            </w:pPr>
            <w:r>
              <w:rPr>
                <w:sz w:val="15"/>
              </w:rPr>
              <w:t>URS, evaluări risc, protocoale, rezultate, audit trail, aprobări și tichete.</w:t>
            </w:r>
          </w:p>
        </w:tc>
      </w:tr>
      <w:tr w:rsidR="00865365" w14:paraId="11CF5CB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3F5EADF"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C40176D" w14:textId="77777777" w:rsidR="00865365" w:rsidRDefault="00000000">
            <w:pPr>
              <w:spacing w:after="0" w:line="240" w:lineRule="auto"/>
            </w:pPr>
            <w:r>
              <w:rPr>
                <w:sz w:val="15"/>
              </w:rPr>
              <w:t>Validarea platformei furnizorului confundată cu utilizarea locală; spreadsheet-uri necontrolate; schimbări SaaS neevaluate.</w:t>
            </w:r>
          </w:p>
        </w:tc>
      </w:tr>
    </w:tbl>
    <w:p w14:paraId="5B254B3F"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51DB5419" w14:textId="77777777">
        <w:trPr>
          <w:jc w:val="center"/>
        </w:trPr>
        <w:tc>
          <w:tcPr>
            <w:tcW w:w="9921" w:type="dxa"/>
            <w:gridSpan w:val="2"/>
            <w:shd w:val="clear" w:color="auto" w:fill="D71920"/>
            <w:tcMar>
              <w:top w:w="70" w:type="dxa"/>
              <w:left w:w="85" w:type="dxa"/>
              <w:bottom w:w="70" w:type="dxa"/>
              <w:right w:w="85" w:type="dxa"/>
            </w:tcMar>
            <w:vAlign w:val="center"/>
          </w:tcPr>
          <w:p w14:paraId="40C49D82" w14:textId="77777777" w:rsidR="00865365" w:rsidRDefault="00000000">
            <w:pPr>
              <w:spacing w:after="0" w:line="240" w:lineRule="auto"/>
            </w:pPr>
            <w:r>
              <w:rPr>
                <w:b/>
                <w:color w:val="FFFFFF"/>
                <w:sz w:val="21"/>
              </w:rPr>
              <w:t>4.14. Feedback, reclamații și raportare către autorități</w:t>
            </w:r>
          </w:p>
        </w:tc>
      </w:tr>
      <w:tr w:rsidR="00865365" w14:paraId="6E50AEF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636350C"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489DF1C3" w14:textId="77777777" w:rsidR="00865365" w:rsidRDefault="00000000">
            <w:pPr>
              <w:spacing w:after="0" w:line="240" w:lineRule="auto"/>
            </w:pPr>
            <w:r>
              <w:rPr>
                <w:sz w:val="15"/>
              </w:rPr>
              <w:t>Proceduri documentate și înregistrări</w:t>
            </w:r>
          </w:p>
        </w:tc>
      </w:tr>
      <w:tr w:rsidR="00865365" w14:paraId="5FBFF31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550D81"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61F3C456" w14:textId="77777777" w:rsidR="00865365" w:rsidRDefault="00000000">
            <w:pPr>
              <w:spacing w:after="0" w:line="240" w:lineRule="auto"/>
            </w:pPr>
            <w:r>
              <w:rPr>
                <w:sz w:val="15"/>
              </w:rPr>
              <w:t>8.2.1–8.2.3</w:t>
            </w:r>
          </w:p>
        </w:tc>
      </w:tr>
      <w:tr w:rsidR="00865365" w14:paraId="32A0CE7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1DE20CF"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19D826A" w14:textId="77777777" w:rsidR="00865365" w:rsidRDefault="00000000">
            <w:pPr>
              <w:spacing w:after="0" w:line="240" w:lineRule="auto"/>
            </w:pPr>
            <w:r>
              <w:rPr>
                <w:sz w:val="15"/>
              </w:rPr>
              <w:t>În mod obișnuit</w:t>
            </w:r>
          </w:p>
        </w:tc>
      </w:tr>
      <w:tr w:rsidR="00865365" w14:paraId="708BE77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E1E4ACE"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B289FEB" w14:textId="77777777" w:rsidR="00865365" w:rsidRDefault="00000000">
            <w:pPr>
              <w:spacing w:after="0" w:line="240" w:lineRule="auto"/>
            </w:pPr>
            <w:r>
              <w:rPr>
                <w:sz w:val="15"/>
              </w:rPr>
              <w:t>Asigură colectarea, evaluarea, investigarea și notificarea promptă.</w:t>
            </w:r>
          </w:p>
        </w:tc>
      </w:tr>
      <w:tr w:rsidR="00865365" w14:paraId="06D3F4A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23BAC0D"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6445740" w14:textId="77777777" w:rsidR="00865365" w:rsidRDefault="00000000">
            <w:pPr>
              <w:spacing w:after="0" w:line="240" w:lineRule="auto"/>
            </w:pPr>
            <w:r>
              <w:rPr>
                <w:sz w:val="15"/>
              </w:rPr>
              <w:t>Surse; recepție; triere; severitate; evaluare raportabilitate; investigație; răspuns; loturi; trend; risk/CAPA; termene; decizii.</w:t>
            </w:r>
          </w:p>
        </w:tc>
      </w:tr>
      <w:tr w:rsidR="00865365" w14:paraId="246A609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C5CE883"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3508E27" w14:textId="77777777" w:rsidR="00865365" w:rsidRDefault="00000000">
            <w:pPr>
              <w:spacing w:after="0" w:line="240" w:lineRule="auto"/>
            </w:pPr>
            <w:r>
              <w:rPr>
                <w:sz w:val="15"/>
              </w:rPr>
              <w:t>PMS/vigilență, QA/RA.</w:t>
            </w:r>
          </w:p>
        </w:tc>
      </w:tr>
      <w:tr w:rsidR="00865365" w14:paraId="3FEEF62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0081BFB"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2263C94" w14:textId="77777777" w:rsidR="00865365" w:rsidRDefault="00000000">
            <w:pPr>
              <w:spacing w:after="0" w:line="240" w:lineRule="auto"/>
            </w:pPr>
            <w:r>
              <w:rPr>
                <w:sz w:val="15"/>
              </w:rPr>
              <w:t>Continuu și la schimbări reglementare.</w:t>
            </w:r>
          </w:p>
        </w:tc>
      </w:tr>
      <w:tr w:rsidR="00865365" w14:paraId="4855E31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D65D75C"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5703D02B" w14:textId="77777777" w:rsidR="00865365" w:rsidRDefault="00000000">
            <w:pPr>
              <w:spacing w:after="0" w:line="240" w:lineRule="auto"/>
            </w:pPr>
            <w:r>
              <w:rPr>
                <w:sz w:val="15"/>
              </w:rPr>
              <w:t>Dosare reclamații, comunicări, investigații, notificări, decizii și trenduri.</w:t>
            </w:r>
          </w:p>
        </w:tc>
      </w:tr>
      <w:tr w:rsidR="00865365" w14:paraId="0DF8A99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1F6425A"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7F5C2B5E" w14:textId="77777777" w:rsidR="00865365" w:rsidRDefault="00000000">
            <w:pPr>
              <w:spacing w:after="0" w:line="240" w:lineRule="auto"/>
            </w:pPr>
            <w:r>
              <w:rPr>
                <w:sz w:val="15"/>
              </w:rPr>
              <w:t>Reclamații reclasificate ca solicitări; investigație absentă fără justificare; termene legale netratate.</w:t>
            </w:r>
          </w:p>
        </w:tc>
      </w:tr>
    </w:tbl>
    <w:p w14:paraId="178EC3D3"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71A4BA4D" w14:textId="77777777">
        <w:trPr>
          <w:jc w:val="center"/>
        </w:trPr>
        <w:tc>
          <w:tcPr>
            <w:tcW w:w="9921" w:type="dxa"/>
            <w:gridSpan w:val="2"/>
            <w:shd w:val="clear" w:color="auto" w:fill="D71920"/>
            <w:tcMar>
              <w:top w:w="70" w:type="dxa"/>
              <w:left w:w="85" w:type="dxa"/>
              <w:bottom w:w="70" w:type="dxa"/>
              <w:right w:w="85" w:type="dxa"/>
            </w:tcMar>
            <w:vAlign w:val="center"/>
          </w:tcPr>
          <w:p w14:paraId="5AFB3172" w14:textId="77777777" w:rsidR="00865365" w:rsidRDefault="00000000">
            <w:pPr>
              <w:spacing w:after="0" w:line="240" w:lineRule="auto"/>
            </w:pPr>
            <w:r>
              <w:rPr>
                <w:b/>
                <w:color w:val="FFFFFF"/>
                <w:sz w:val="21"/>
              </w:rPr>
              <w:t>4.15. Controlul produsului neconform și rework</w:t>
            </w:r>
          </w:p>
        </w:tc>
      </w:tr>
      <w:tr w:rsidR="00865365" w14:paraId="214A8B9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78C1EA5"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358097C1" w14:textId="77777777" w:rsidR="00865365" w:rsidRDefault="00000000">
            <w:pPr>
              <w:spacing w:after="0" w:line="240" w:lineRule="auto"/>
            </w:pPr>
            <w:r>
              <w:rPr>
                <w:sz w:val="15"/>
              </w:rPr>
              <w:t>Procedură documentată și înregistrări</w:t>
            </w:r>
          </w:p>
        </w:tc>
      </w:tr>
      <w:tr w:rsidR="00865365" w14:paraId="3787B69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3DA472C" w14:textId="77777777" w:rsidR="00865365" w:rsidRDefault="00000000">
            <w:pPr>
              <w:spacing w:after="0" w:line="240" w:lineRule="auto"/>
            </w:pPr>
            <w:r>
              <w:rPr>
                <w:b/>
                <w:sz w:val="15"/>
              </w:rPr>
              <w:lastRenderedPageBreak/>
              <w:t>Referință</w:t>
            </w:r>
          </w:p>
        </w:tc>
        <w:tc>
          <w:tcPr>
            <w:tcW w:w="7540" w:type="dxa"/>
            <w:shd w:val="clear" w:color="auto" w:fill="FFFFFF"/>
            <w:tcMar>
              <w:top w:w="70" w:type="dxa"/>
              <w:left w:w="85" w:type="dxa"/>
              <w:bottom w:w="70" w:type="dxa"/>
              <w:right w:w="85" w:type="dxa"/>
            </w:tcMar>
            <w:vAlign w:val="center"/>
          </w:tcPr>
          <w:p w14:paraId="27E92D9D" w14:textId="77777777" w:rsidR="00865365" w:rsidRDefault="00000000">
            <w:pPr>
              <w:spacing w:after="0" w:line="240" w:lineRule="auto"/>
            </w:pPr>
            <w:r>
              <w:rPr>
                <w:sz w:val="15"/>
              </w:rPr>
              <w:t>8.3</w:t>
            </w:r>
          </w:p>
        </w:tc>
      </w:tr>
      <w:tr w:rsidR="00865365" w14:paraId="178D142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C741DBC"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DA5AA8F" w14:textId="77777777" w:rsidR="00865365" w:rsidRDefault="00000000">
            <w:pPr>
              <w:spacing w:after="0" w:line="240" w:lineRule="auto"/>
            </w:pPr>
            <w:r>
              <w:rPr>
                <w:sz w:val="15"/>
              </w:rPr>
              <w:t>În mod obișnuit</w:t>
            </w:r>
          </w:p>
        </w:tc>
      </w:tr>
      <w:tr w:rsidR="00865365" w14:paraId="4C35788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4A0A36"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5767364" w14:textId="77777777" w:rsidR="00865365" w:rsidRDefault="00000000">
            <w:pPr>
              <w:spacing w:after="0" w:line="240" w:lineRule="auto"/>
            </w:pPr>
            <w:r>
              <w:rPr>
                <w:sz w:val="15"/>
              </w:rPr>
              <w:t>Previne utilizarea/eliberarea neintenționată și controlează dispoziția.</w:t>
            </w:r>
          </w:p>
        </w:tc>
      </w:tr>
      <w:tr w:rsidR="00865365" w14:paraId="77AEB24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A5DAB89"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368A6E1A" w14:textId="77777777" w:rsidR="00865365" w:rsidRDefault="00000000">
            <w:pPr>
              <w:spacing w:after="0" w:line="240" w:lineRule="auto"/>
            </w:pPr>
            <w:r>
              <w:rPr>
                <w:sz w:val="15"/>
              </w:rPr>
              <w:t>Identificare; segregare; evaluare; dispoziție; concesie; autoritate; notificare; acțiuni post-livrare; rework; reinspecție; risc; trasabilitate.</w:t>
            </w:r>
          </w:p>
        </w:tc>
      </w:tr>
      <w:tr w:rsidR="00865365" w14:paraId="7D7C05A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3FA885E"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D4E3CB7" w14:textId="77777777" w:rsidR="00865365" w:rsidRDefault="00000000">
            <w:pPr>
              <w:spacing w:after="0" w:line="240" w:lineRule="auto"/>
            </w:pPr>
            <w:r>
              <w:rPr>
                <w:sz w:val="15"/>
              </w:rPr>
              <w:t>QA și proprietarul procesului.</w:t>
            </w:r>
          </w:p>
        </w:tc>
      </w:tr>
      <w:tr w:rsidR="00865365" w14:paraId="7C2194C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F1DB52"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6E7791CF" w14:textId="77777777" w:rsidR="00865365" w:rsidRDefault="00000000">
            <w:pPr>
              <w:spacing w:after="0" w:line="240" w:lineRule="auto"/>
            </w:pPr>
            <w:r>
              <w:rPr>
                <w:sz w:val="15"/>
              </w:rPr>
              <w:t>Pentru fiecare caz și la schimbări de criterii.</w:t>
            </w:r>
          </w:p>
        </w:tc>
      </w:tr>
      <w:tr w:rsidR="00865365" w14:paraId="5E5E4F6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F567E2D"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24334803" w14:textId="77777777" w:rsidR="00865365" w:rsidRDefault="00000000">
            <w:pPr>
              <w:spacing w:after="0" w:line="240" w:lineRule="auto"/>
            </w:pPr>
            <w:r>
              <w:rPr>
                <w:sz w:val="15"/>
              </w:rPr>
              <w:t>NCR, MRB, concesii, rework instruction, reinspecții și CAPA.</w:t>
            </w:r>
          </w:p>
        </w:tc>
      </w:tr>
      <w:tr w:rsidR="00865365" w14:paraId="0D307EA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1880EC"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E16D685" w14:textId="77777777" w:rsidR="00865365" w:rsidRDefault="00000000">
            <w:pPr>
              <w:spacing w:after="0" w:line="240" w:lineRule="auto"/>
            </w:pPr>
            <w:r>
              <w:rPr>
                <w:sz w:val="15"/>
              </w:rPr>
              <w:t>Concesie fără autorizare reglementară/client; rework repetat ca practică normală; produs asociat neevaluat.</w:t>
            </w:r>
          </w:p>
        </w:tc>
      </w:tr>
    </w:tbl>
    <w:p w14:paraId="18780B23"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2A17C61B" w14:textId="77777777">
        <w:trPr>
          <w:jc w:val="center"/>
        </w:trPr>
        <w:tc>
          <w:tcPr>
            <w:tcW w:w="9921" w:type="dxa"/>
            <w:gridSpan w:val="2"/>
            <w:shd w:val="clear" w:color="auto" w:fill="D71920"/>
            <w:tcMar>
              <w:top w:w="70" w:type="dxa"/>
              <w:left w:w="85" w:type="dxa"/>
              <w:bottom w:w="70" w:type="dxa"/>
              <w:right w:w="85" w:type="dxa"/>
            </w:tcMar>
            <w:vAlign w:val="center"/>
          </w:tcPr>
          <w:p w14:paraId="50500D37" w14:textId="77777777" w:rsidR="00865365" w:rsidRDefault="00000000">
            <w:pPr>
              <w:spacing w:after="0" w:line="240" w:lineRule="auto"/>
            </w:pPr>
            <w:r>
              <w:rPr>
                <w:b/>
                <w:color w:val="FFFFFF"/>
                <w:sz w:val="21"/>
              </w:rPr>
              <w:t>4.16. Analiza datelor și CAPA</w:t>
            </w:r>
          </w:p>
        </w:tc>
      </w:tr>
      <w:tr w:rsidR="00865365" w14:paraId="613D92D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D17CC74"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450B6564" w14:textId="77777777" w:rsidR="00865365" w:rsidRDefault="00000000">
            <w:pPr>
              <w:spacing w:after="0" w:line="240" w:lineRule="auto"/>
            </w:pPr>
            <w:r>
              <w:rPr>
                <w:sz w:val="15"/>
              </w:rPr>
              <w:t>Proceduri documentate și înregistrări</w:t>
            </w:r>
          </w:p>
        </w:tc>
      </w:tr>
      <w:tr w:rsidR="00865365" w14:paraId="3CEC571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237BA1F"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EEBF393" w14:textId="77777777" w:rsidR="00865365" w:rsidRDefault="00000000">
            <w:pPr>
              <w:spacing w:after="0" w:line="240" w:lineRule="auto"/>
            </w:pPr>
            <w:r>
              <w:rPr>
                <w:sz w:val="15"/>
              </w:rPr>
              <w:t>8.4 / 8.5.2</w:t>
            </w:r>
          </w:p>
        </w:tc>
      </w:tr>
      <w:tr w:rsidR="00865365" w14:paraId="26A4438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1D5335E"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7B207137" w14:textId="77777777" w:rsidR="00865365" w:rsidRDefault="00000000">
            <w:pPr>
              <w:spacing w:after="0" w:line="240" w:lineRule="auto"/>
            </w:pPr>
            <w:r>
              <w:rPr>
                <w:sz w:val="15"/>
              </w:rPr>
              <w:t>În mod obișnuit</w:t>
            </w:r>
          </w:p>
        </w:tc>
      </w:tr>
      <w:tr w:rsidR="00865365" w14:paraId="3BBAE0B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6BFE904"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B5AF6CE" w14:textId="77777777" w:rsidR="00865365" w:rsidRDefault="00000000">
            <w:pPr>
              <w:spacing w:after="0" w:line="240" w:lineRule="auto"/>
            </w:pPr>
            <w:r>
              <w:rPr>
                <w:sz w:val="15"/>
              </w:rPr>
              <w:t>Detectează tendințe, investighează cauze și verifică eficacitatea acțiunilor.</w:t>
            </w:r>
          </w:p>
        </w:tc>
      </w:tr>
      <w:tr w:rsidR="00865365" w14:paraId="308142F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4C19A3"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180426F" w14:textId="77777777" w:rsidR="00865365" w:rsidRDefault="00000000">
            <w:pPr>
              <w:spacing w:after="0" w:line="240" w:lineRule="auto"/>
            </w:pPr>
            <w:r>
              <w:rPr>
                <w:sz w:val="15"/>
              </w:rPr>
              <w:t>Surse; metode; praguri; semnale; problem statement; containment; cauze; acțiuni; risc; verificare; eficacitate; extindere; închidere.</w:t>
            </w:r>
          </w:p>
        </w:tc>
      </w:tr>
      <w:tr w:rsidR="00865365" w14:paraId="7EC29C0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9F3B342"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4530DE07" w14:textId="77777777" w:rsidR="00865365" w:rsidRDefault="00000000">
            <w:pPr>
              <w:spacing w:after="0" w:line="240" w:lineRule="auto"/>
            </w:pPr>
            <w:r>
              <w:rPr>
                <w:sz w:val="15"/>
              </w:rPr>
              <w:t>QA/CAPA board și proprietarii proceselor.</w:t>
            </w:r>
          </w:p>
        </w:tc>
      </w:tr>
      <w:tr w:rsidR="00865365" w14:paraId="4BBCE3C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AE9223F"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CD3930B" w14:textId="77777777" w:rsidR="00865365" w:rsidRDefault="00000000">
            <w:pPr>
              <w:spacing w:after="0" w:line="240" w:lineRule="auto"/>
            </w:pPr>
            <w:r>
              <w:rPr>
                <w:sz w:val="15"/>
              </w:rPr>
              <w:t>Continuu și periodic.</w:t>
            </w:r>
          </w:p>
        </w:tc>
      </w:tr>
      <w:tr w:rsidR="00865365" w14:paraId="285E157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7A96B8"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1F4D362" w14:textId="77777777" w:rsidR="00865365" w:rsidRDefault="00000000">
            <w:pPr>
              <w:spacing w:after="0" w:line="240" w:lineRule="auto"/>
            </w:pPr>
            <w:r>
              <w:rPr>
                <w:sz w:val="15"/>
              </w:rPr>
              <w:t>Trenduri, Pareto, investigații, 5 Why/Fishbone, planuri, dovezi și effectiveness checks.</w:t>
            </w:r>
          </w:p>
        </w:tc>
      </w:tr>
      <w:tr w:rsidR="00865365" w14:paraId="4F21251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C6A5F48"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57D630F6" w14:textId="77777777" w:rsidR="00865365" w:rsidRDefault="00000000">
            <w:pPr>
              <w:spacing w:after="0" w:line="240" w:lineRule="auto"/>
            </w:pPr>
            <w:r>
              <w:rPr>
                <w:sz w:val="15"/>
              </w:rPr>
              <w:t>Cauză „eroare operator”; CAPA pentru fiecare abatere minoră; închidere pe implementare, nu eficacitate.</w:t>
            </w:r>
          </w:p>
        </w:tc>
      </w:tr>
    </w:tbl>
    <w:p w14:paraId="4599718C" w14:textId="77777777" w:rsidR="00865365" w:rsidRDefault="00865365">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865365" w14:paraId="38CAA1F5" w14:textId="77777777">
        <w:trPr>
          <w:jc w:val="center"/>
        </w:trPr>
        <w:tc>
          <w:tcPr>
            <w:tcW w:w="9921" w:type="dxa"/>
            <w:gridSpan w:val="2"/>
            <w:shd w:val="clear" w:color="auto" w:fill="D71920"/>
            <w:tcMar>
              <w:top w:w="70" w:type="dxa"/>
              <w:left w:w="85" w:type="dxa"/>
              <w:bottom w:w="70" w:type="dxa"/>
              <w:right w:w="85" w:type="dxa"/>
            </w:tcMar>
            <w:vAlign w:val="center"/>
          </w:tcPr>
          <w:p w14:paraId="2AA5E18D" w14:textId="77777777" w:rsidR="00865365" w:rsidRDefault="00000000">
            <w:pPr>
              <w:spacing w:after="0" w:line="240" w:lineRule="auto"/>
            </w:pPr>
            <w:r>
              <w:rPr>
                <w:b/>
                <w:color w:val="FFFFFF"/>
                <w:sz w:val="21"/>
              </w:rPr>
              <w:t>4.17. Audit intern și analiza de management</w:t>
            </w:r>
          </w:p>
        </w:tc>
      </w:tr>
      <w:tr w:rsidR="00865365" w14:paraId="7A2EE81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0B415A3" w14:textId="77777777" w:rsidR="00865365"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27AEDBB1" w14:textId="77777777" w:rsidR="00865365" w:rsidRDefault="00000000">
            <w:pPr>
              <w:spacing w:after="0" w:line="240" w:lineRule="auto"/>
            </w:pPr>
            <w:r>
              <w:rPr>
                <w:sz w:val="15"/>
              </w:rPr>
              <w:t>Proceduri și înregistrări</w:t>
            </w:r>
          </w:p>
        </w:tc>
      </w:tr>
      <w:tr w:rsidR="00865365" w14:paraId="7892945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48AD5E7" w14:textId="77777777" w:rsidR="00865365"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D3D026C" w14:textId="77777777" w:rsidR="00865365" w:rsidRDefault="00000000">
            <w:pPr>
              <w:spacing w:after="0" w:line="240" w:lineRule="auto"/>
            </w:pPr>
            <w:r>
              <w:rPr>
                <w:sz w:val="15"/>
              </w:rPr>
              <w:t>5.6 / 8.2.4</w:t>
            </w:r>
          </w:p>
        </w:tc>
      </w:tr>
      <w:tr w:rsidR="00865365" w14:paraId="7C1D242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A50D246" w14:textId="77777777" w:rsidR="00865365"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799FA22A" w14:textId="77777777" w:rsidR="00865365" w:rsidRDefault="00000000">
            <w:pPr>
              <w:spacing w:after="0" w:line="240" w:lineRule="auto"/>
            </w:pPr>
            <w:r>
              <w:rPr>
                <w:sz w:val="15"/>
              </w:rPr>
              <w:t>În mod obișnuit</w:t>
            </w:r>
          </w:p>
        </w:tc>
      </w:tr>
      <w:tr w:rsidR="00865365" w14:paraId="14C3871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50213E4" w14:textId="77777777" w:rsidR="00865365"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3BC1CC33" w14:textId="77777777" w:rsidR="00865365" w:rsidRDefault="00000000">
            <w:pPr>
              <w:spacing w:after="0" w:line="240" w:lineRule="auto"/>
            </w:pPr>
            <w:r>
              <w:rPr>
                <w:sz w:val="15"/>
              </w:rPr>
              <w:t>Asigură evaluarea sistemului, deciziile conducerii și resursele.</w:t>
            </w:r>
          </w:p>
        </w:tc>
      </w:tr>
      <w:tr w:rsidR="00865365" w14:paraId="62762B5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231B0F" w14:textId="77777777" w:rsidR="00865365"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9D1D8C7" w14:textId="77777777" w:rsidR="00865365" w:rsidRDefault="00000000">
            <w:pPr>
              <w:spacing w:after="0" w:line="240" w:lineRule="auto"/>
            </w:pPr>
            <w:r>
              <w:rPr>
                <w:sz w:val="15"/>
              </w:rPr>
              <w:t>Program; independență; criterii; rezultate; acțiuni; intrări management review; tendințe; schimbări; reglementare; decizii; termene.</w:t>
            </w:r>
          </w:p>
        </w:tc>
      </w:tr>
      <w:tr w:rsidR="00865365" w14:paraId="2B5A93B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68F19B" w14:textId="77777777" w:rsidR="00865365"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5709BB12" w14:textId="77777777" w:rsidR="00865365" w:rsidRDefault="00000000">
            <w:pPr>
              <w:spacing w:after="0" w:line="240" w:lineRule="auto"/>
            </w:pPr>
            <w:r>
              <w:rPr>
                <w:sz w:val="15"/>
              </w:rPr>
              <w:t>Coordonator audit și conducerea de vârf.</w:t>
            </w:r>
          </w:p>
        </w:tc>
      </w:tr>
      <w:tr w:rsidR="00865365" w14:paraId="4C2A3E6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CE23FE1" w14:textId="77777777" w:rsidR="00865365"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1EB97780" w14:textId="77777777" w:rsidR="00865365" w:rsidRDefault="00000000">
            <w:pPr>
              <w:spacing w:after="0" w:line="240" w:lineRule="auto"/>
            </w:pPr>
            <w:r>
              <w:rPr>
                <w:sz w:val="15"/>
              </w:rPr>
              <w:t>La interval planificat și după schimbări semnificative.</w:t>
            </w:r>
          </w:p>
        </w:tc>
      </w:tr>
      <w:tr w:rsidR="00865365" w14:paraId="12A4D6E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A87AD1" w14:textId="77777777" w:rsidR="00865365"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597C5A66" w14:textId="77777777" w:rsidR="00865365" w:rsidRDefault="00000000">
            <w:pPr>
              <w:spacing w:after="0" w:line="240" w:lineRule="auto"/>
            </w:pPr>
            <w:r>
              <w:rPr>
                <w:sz w:val="15"/>
              </w:rPr>
              <w:t>Planuri, rapoarte, minute, dashboard, bugete și urmărirea deciziilor.</w:t>
            </w:r>
          </w:p>
        </w:tc>
      </w:tr>
      <w:tr w:rsidR="00865365" w14:paraId="0783C18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D5C35F" w14:textId="77777777" w:rsidR="00865365"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BB4F0BA" w14:textId="77777777" w:rsidR="00865365" w:rsidRDefault="00000000">
            <w:pPr>
              <w:spacing w:after="0" w:line="240" w:lineRule="auto"/>
            </w:pPr>
            <w:r>
              <w:rPr>
                <w:sz w:val="15"/>
              </w:rPr>
              <w:t>Audit de conformitate fără produs/proces; management review fără PMS, risc și reglementare; acțiuni neurmărite.</w:t>
            </w:r>
          </w:p>
        </w:tc>
      </w:tr>
    </w:tbl>
    <w:p w14:paraId="64A4F79E" w14:textId="77777777" w:rsidR="00865365" w:rsidRDefault="00865365">
      <w:pPr>
        <w:spacing w:after="4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14:paraId="0BBF1D10" w14:textId="77777777">
        <w:trPr>
          <w:cantSplit/>
          <w:jc w:val="center"/>
        </w:trPr>
        <w:tc>
          <w:tcPr>
            <w:tcW w:w="1020" w:type="dxa"/>
            <w:shd w:val="clear" w:color="auto" w:fill="D71920"/>
            <w:tcMar>
              <w:top w:w="70" w:type="dxa"/>
              <w:left w:w="85" w:type="dxa"/>
              <w:bottom w:w="70" w:type="dxa"/>
              <w:right w:w="85" w:type="dxa"/>
            </w:tcMar>
            <w:vAlign w:val="center"/>
          </w:tcPr>
          <w:p w14:paraId="27BC477C" w14:textId="77777777" w:rsidR="00865365" w:rsidRDefault="00000000">
            <w:pPr>
              <w:spacing w:after="0" w:line="240" w:lineRule="auto"/>
              <w:jc w:val="center"/>
            </w:pPr>
            <w:r>
              <w:rPr>
                <w:b/>
                <w:color w:val="FFFFFF"/>
                <w:sz w:val="34"/>
              </w:rPr>
              <w:t>5</w:t>
            </w:r>
          </w:p>
        </w:tc>
        <w:tc>
          <w:tcPr>
            <w:tcW w:w="8901" w:type="dxa"/>
            <w:shd w:val="clear" w:color="auto" w:fill="F3F4F5"/>
          </w:tcPr>
          <w:p w14:paraId="7D0F26C7" w14:textId="77777777" w:rsidR="00865365" w:rsidRDefault="00000000">
            <w:pPr>
              <w:spacing w:after="20"/>
            </w:pPr>
            <w:r>
              <w:rPr>
                <w:b/>
                <w:sz w:val="27"/>
              </w:rPr>
              <w:t>Documente condiționale pe produs, proces și piață</w:t>
            </w:r>
          </w:p>
          <w:p w14:paraId="494F8C1D" w14:textId="77777777" w:rsidR="00865365" w:rsidRDefault="00000000">
            <w:pPr>
              <w:spacing w:after="0"/>
            </w:pPr>
            <w:r>
              <w:rPr>
                <w:color w:val="666666"/>
                <w:sz w:val="16"/>
              </w:rPr>
              <w:t>Organizația trebuie să combine ISO 13485 cu reglementările aplicabile fiecărui dispozitiv și rol</w:t>
            </w:r>
          </w:p>
        </w:tc>
      </w:tr>
    </w:tbl>
    <w:p w14:paraId="3DCAB133" w14:textId="77777777" w:rsidR="00865365" w:rsidRDefault="00865365">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835"/>
        <w:gridCol w:w="3118"/>
        <w:gridCol w:w="3969"/>
      </w:tblGrid>
      <w:tr w:rsidR="00865365" w14:paraId="1F55FD8B" w14:textId="77777777">
        <w:trPr>
          <w:tblHeader/>
          <w:jc w:val="center"/>
        </w:trPr>
        <w:tc>
          <w:tcPr>
            <w:tcW w:w="2835" w:type="dxa"/>
            <w:shd w:val="clear" w:color="auto" w:fill="D71920"/>
            <w:tcMar>
              <w:top w:w="70" w:type="dxa"/>
              <w:left w:w="85" w:type="dxa"/>
              <w:bottom w:w="70" w:type="dxa"/>
              <w:right w:w="85" w:type="dxa"/>
            </w:tcMar>
            <w:vAlign w:val="center"/>
          </w:tcPr>
          <w:p w14:paraId="23FCC8D2" w14:textId="77777777" w:rsidR="00865365" w:rsidRDefault="00000000">
            <w:pPr>
              <w:spacing w:after="0" w:line="240" w:lineRule="auto"/>
              <w:jc w:val="center"/>
            </w:pPr>
            <w:r>
              <w:rPr>
                <w:b/>
                <w:color w:val="FFFFFF"/>
                <w:sz w:val="15"/>
              </w:rPr>
              <w:t>DOCUMENT / DOSAR</w:t>
            </w:r>
          </w:p>
        </w:tc>
        <w:tc>
          <w:tcPr>
            <w:tcW w:w="3118" w:type="dxa"/>
            <w:shd w:val="clear" w:color="auto" w:fill="D71920"/>
            <w:tcMar>
              <w:top w:w="70" w:type="dxa"/>
              <w:left w:w="85" w:type="dxa"/>
              <w:bottom w:w="70" w:type="dxa"/>
              <w:right w:w="85" w:type="dxa"/>
            </w:tcMar>
            <w:vAlign w:val="center"/>
          </w:tcPr>
          <w:p w14:paraId="33B0EB38" w14:textId="77777777" w:rsidR="00865365" w:rsidRDefault="00000000">
            <w:pPr>
              <w:spacing w:after="0" w:line="240" w:lineRule="auto"/>
              <w:jc w:val="center"/>
            </w:pPr>
            <w:r>
              <w:rPr>
                <w:b/>
                <w:color w:val="FFFFFF"/>
                <w:sz w:val="15"/>
              </w:rPr>
              <w:t>CÂND ESTE RELEVANT</w:t>
            </w:r>
          </w:p>
        </w:tc>
        <w:tc>
          <w:tcPr>
            <w:tcW w:w="3969" w:type="dxa"/>
            <w:shd w:val="clear" w:color="auto" w:fill="D71920"/>
            <w:tcMar>
              <w:top w:w="70" w:type="dxa"/>
              <w:left w:w="85" w:type="dxa"/>
              <w:bottom w:w="70" w:type="dxa"/>
              <w:right w:w="85" w:type="dxa"/>
            </w:tcMar>
            <w:vAlign w:val="center"/>
          </w:tcPr>
          <w:p w14:paraId="253C8F66" w14:textId="77777777" w:rsidR="00865365" w:rsidRDefault="00000000">
            <w:pPr>
              <w:spacing w:after="0" w:line="240" w:lineRule="auto"/>
              <w:jc w:val="center"/>
            </w:pPr>
            <w:r>
              <w:rPr>
                <w:b/>
                <w:color w:val="FFFFFF"/>
                <w:sz w:val="15"/>
              </w:rPr>
              <w:t>CONȚINUT / DOVEZI</w:t>
            </w:r>
          </w:p>
        </w:tc>
      </w:tr>
      <w:tr w:rsidR="00865365" w14:paraId="1559E6BC" w14:textId="77777777">
        <w:trPr>
          <w:cantSplit/>
          <w:jc w:val="center"/>
        </w:trPr>
        <w:tc>
          <w:tcPr>
            <w:tcW w:w="2835" w:type="dxa"/>
            <w:shd w:val="clear" w:color="auto" w:fill="FFFFFF"/>
            <w:tcMar>
              <w:top w:w="70" w:type="dxa"/>
              <w:left w:w="85" w:type="dxa"/>
              <w:bottom w:w="70" w:type="dxa"/>
              <w:right w:w="85" w:type="dxa"/>
            </w:tcMar>
            <w:vAlign w:val="center"/>
          </w:tcPr>
          <w:p w14:paraId="40EC8DE5" w14:textId="77777777" w:rsidR="00865365" w:rsidRDefault="00000000">
            <w:pPr>
              <w:spacing w:after="0" w:line="240" w:lineRule="auto"/>
            </w:pPr>
            <w:r>
              <w:rPr>
                <w:sz w:val="14"/>
              </w:rPr>
              <w:t>Sterilizare și sterile barrier</w:t>
            </w:r>
          </w:p>
        </w:tc>
        <w:tc>
          <w:tcPr>
            <w:tcW w:w="3118" w:type="dxa"/>
            <w:shd w:val="clear" w:color="auto" w:fill="FFFFFF"/>
            <w:tcMar>
              <w:top w:w="70" w:type="dxa"/>
              <w:left w:w="85" w:type="dxa"/>
              <w:bottom w:w="70" w:type="dxa"/>
              <w:right w:w="85" w:type="dxa"/>
            </w:tcMar>
            <w:vAlign w:val="center"/>
          </w:tcPr>
          <w:p w14:paraId="4E0C6035" w14:textId="77777777" w:rsidR="00865365" w:rsidRDefault="00000000">
            <w:pPr>
              <w:spacing w:after="0" w:line="240" w:lineRule="auto"/>
            </w:pPr>
            <w:r>
              <w:rPr>
                <w:sz w:val="14"/>
              </w:rPr>
              <w:t>Dispozitive sterile sau procese de sterilizare/ambalare</w:t>
            </w:r>
          </w:p>
        </w:tc>
        <w:tc>
          <w:tcPr>
            <w:tcW w:w="3969" w:type="dxa"/>
            <w:shd w:val="clear" w:color="auto" w:fill="FFFFFF"/>
            <w:tcMar>
              <w:top w:w="70" w:type="dxa"/>
              <w:left w:w="85" w:type="dxa"/>
              <w:bottom w:w="70" w:type="dxa"/>
              <w:right w:w="85" w:type="dxa"/>
            </w:tcMar>
            <w:vAlign w:val="center"/>
          </w:tcPr>
          <w:p w14:paraId="4BD3BF2C" w14:textId="77777777" w:rsidR="00865365" w:rsidRDefault="00000000">
            <w:pPr>
              <w:spacing w:after="0" w:line="240" w:lineRule="auto"/>
            </w:pPr>
            <w:r>
              <w:rPr>
                <w:sz w:val="14"/>
              </w:rPr>
              <w:t>Validare, parametri, loturi, bioburden, mediu, eliberare, schimbări și revalidare.</w:t>
            </w:r>
          </w:p>
        </w:tc>
      </w:tr>
      <w:tr w:rsidR="00865365" w14:paraId="2F550527" w14:textId="77777777">
        <w:trPr>
          <w:cantSplit/>
          <w:jc w:val="center"/>
        </w:trPr>
        <w:tc>
          <w:tcPr>
            <w:tcW w:w="2835" w:type="dxa"/>
            <w:shd w:val="clear" w:color="auto" w:fill="FAFAFA"/>
            <w:tcMar>
              <w:top w:w="70" w:type="dxa"/>
              <w:left w:w="85" w:type="dxa"/>
              <w:bottom w:w="70" w:type="dxa"/>
              <w:right w:w="85" w:type="dxa"/>
            </w:tcMar>
            <w:vAlign w:val="center"/>
          </w:tcPr>
          <w:p w14:paraId="34F5756B" w14:textId="77777777" w:rsidR="00865365" w:rsidRDefault="00000000">
            <w:pPr>
              <w:spacing w:after="0" w:line="240" w:lineRule="auto"/>
            </w:pPr>
            <w:r>
              <w:rPr>
                <w:sz w:val="14"/>
              </w:rPr>
              <w:t>Biocompatibilitate și siguranță biologică</w:t>
            </w:r>
          </w:p>
        </w:tc>
        <w:tc>
          <w:tcPr>
            <w:tcW w:w="3118" w:type="dxa"/>
            <w:shd w:val="clear" w:color="auto" w:fill="FAFAFA"/>
            <w:tcMar>
              <w:top w:w="70" w:type="dxa"/>
              <w:left w:w="85" w:type="dxa"/>
              <w:bottom w:w="70" w:type="dxa"/>
              <w:right w:w="85" w:type="dxa"/>
            </w:tcMar>
            <w:vAlign w:val="center"/>
          </w:tcPr>
          <w:p w14:paraId="47A64969" w14:textId="77777777" w:rsidR="00865365" w:rsidRDefault="00000000">
            <w:pPr>
              <w:spacing w:after="0" w:line="240" w:lineRule="auto"/>
            </w:pPr>
            <w:r>
              <w:rPr>
                <w:sz w:val="14"/>
              </w:rPr>
              <w:t>Contact direct/indirect cu pacientul/utilizatorul</w:t>
            </w:r>
          </w:p>
        </w:tc>
        <w:tc>
          <w:tcPr>
            <w:tcW w:w="3969" w:type="dxa"/>
            <w:shd w:val="clear" w:color="auto" w:fill="FAFAFA"/>
            <w:tcMar>
              <w:top w:w="70" w:type="dxa"/>
              <w:left w:w="85" w:type="dxa"/>
              <w:bottom w:w="70" w:type="dxa"/>
              <w:right w:w="85" w:type="dxa"/>
            </w:tcMar>
            <w:vAlign w:val="center"/>
          </w:tcPr>
          <w:p w14:paraId="515B1C2F" w14:textId="77777777" w:rsidR="00865365" w:rsidRDefault="00000000">
            <w:pPr>
              <w:spacing w:after="0" w:line="240" w:lineRule="auto"/>
            </w:pPr>
            <w:r>
              <w:rPr>
                <w:sz w:val="14"/>
              </w:rPr>
              <w:t>Plan, caracterizare, evaluare, teste, raționament, risc și concluzii.</w:t>
            </w:r>
          </w:p>
        </w:tc>
      </w:tr>
      <w:tr w:rsidR="00865365" w14:paraId="70312ECD" w14:textId="77777777">
        <w:trPr>
          <w:cantSplit/>
          <w:jc w:val="center"/>
        </w:trPr>
        <w:tc>
          <w:tcPr>
            <w:tcW w:w="2835" w:type="dxa"/>
            <w:shd w:val="clear" w:color="auto" w:fill="FFFFFF"/>
            <w:tcMar>
              <w:top w:w="70" w:type="dxa"/>
              <w:left w:w="85" w:type="dxa"/>
              <w:bottom w:w="70" w:type="dxa"/>
              <w:right w:w="85" w:type="dxa"/>
            </w:tcMar>
            <w:vAlign w:val="center"/>
          </w:tcPr>
          <w:p w14:paraId="6BB366FB" w14:textId="77777777" w:rsidR="00865365" w:rsidRDefault="00000000">
            <w:pPr>
              <w:spacing w:after="0" w:line="240" w:lineRule="auto"/>
            </w:pPr>
            <w:r>
              <w:rPr>
                <w:sz w:val="14"/>
              </w:rPr>
              <w:t>Usability / human factors</w:t>
            </w:r>
          </w:p>
        </w:tc>
        <w:tc>
          <w:tcPr>
            <w:tcW w:w="3118" w:type="dxa"/>
            <w:shd w:val="clear" w:color="auto" w:fill="FFFFFF"/>
            <w:tcMar>
              <w:top w:w="70" w:type="dxa"/>
              <w:left w:w="85" w:type="dxa"/>
              <w:bottom w:w="70" w:type="dxa"/>
              <w:right w:w="85" w:type="dxa"/>
            </w:tcMar>
            <w:vAlign w:val="center"/>
          </w:tcPr>
          <w:p w14:paraId="5C82A5C4" w14:textId="77777777" w:rsidR="00865365" w:rsidRDefault="00000000">
            <w:pPr>
              <w:spacing w:after="0" w:line="240" w:lineRule="auto"/>
            </w:pPr>
            <w:r>
              <w:rPr>
                <w:sz w:val="14"/>
              </w:rPr>
              <w:t>Interfața și utilizarea pot genera riscuri</w:t>
            </w:r>
          </w:p>
        </w:tc>
        <w:tc>
          <w:tcPr>
            <w:tcW w:w="3969" w:type="dxa"/>
            <w:shd w:val="clear" w:color="auto" w:fill="FFFFFF"/>
            <w:tcMar>
              <w:top w:w="70" w:type="dxa"/>
              <w:left w:w="85" w:type="dxa"/>
              <w:bottom w:w="70" w:type="dxa"/>
              <w:right w:w="85" w:type="dxa"/>
            </w:tcMar>
            <w:vAlign w:val="center"/>
          </w:tcPr>
          <w:p w14:paraId="1B1E3057" w14:textId="77777777" w:rsidR="00865365" w:rsidRDefault="00000000">
            <w:pPr>
              <w:spacing w:after="0" w:line="240" w:lineRule="auto"/>
            </w:pPr>
            <w:r>
              <w:rPr>
                <w:sz w:val="14"/>
              </w:rPr>
              <w:t>Utilizare, utilizatori, scenarii, erori, evaluări formative/sumative și legătura cu risc.</w:t>
            </w:r>
          </w:p>
        </w:tc>
      </w:tr>
      <w:tr w:rsidR="00865365" w14:paraId="2D775339" w14:textId="77777777">
        <w:trPr>
          <w:cantSplit/>
          <w:jc w:val="center"/>
        </w:trPr>
        <w:tc>
          <w:tcPr>
            <w:tcW w:w="2835" w:type="dxa"/>
            <w:shd w:val="clear" w:color="auto" w:fill="FAFAFA"/>
            <w:tcMar>
              <w:top w:w="70" w:type="dxa"/>
              <w:left w:w="85" w:type="dxa"/>
              <w:bottom w:w="70" w:type="dxa"/>
              <w:right w:w="85" w:type="dxa"/>
            </w:tcMar>
            <w:vAlign w:val="center"/>
          </w:tcPr>
          <w:p w14:paraId="29DD6D54" w14:textId="77777777" w:rsidR="00865365" w:rsidRDefault="00000000">
            <w:pPr>
              <w:spacing w:after="0" w:line="240" w:lineRule="auto"/>
            </w:pPr>
            <w:r>
              <w:rPr>
                <w:sz w:val="14"/>
              </w:rPr>
              <w:t>Software medical / cybersecurity</w:t>
            </w:r>
          </w:p>
        </w:tc>
        <w:tc>
          <w:tcPr>
            <w:tcW w:w="3118" w:type="dxa"/>
            <w:shd w:val="clear" w:color="auto" w:fill="FAFAFA"/>
            <w:tcMar>
              <w:top w:w="70" w:type="dxa"/>
              <w:left w:w="85" w:type="dxa"/>
              <w:bottom w:w="70" w:type="dxa"/>
              <w:right w:w="85" w:type="dxa"/>
            </w:tcMar>
            <w:vAlign w:val="center"/>
          </w:tcPr>
          <w:p w14:paraId="2EB7F6EC" w14:textId="77777777" w:rsidR="00865365" w:rsidRDefault="00000000">
            <w:pPr>
              <w:spacing w:after="0" w:line="240" w:lineRule="auto"/>
            </w:pPr>
            <w:r>
              <w:rPr>
                <w:sz w:val="14"/>
              </w:rPr>
              <w:t>Dispozitivul conține software sau este conectat</w:t>
            </w:r>
          </w:p>
        </w:tc>
        <w:tc>
          <w:tcPr>
            <w:tcW w:w="3969" w:type="dxa"/>
            <w:shd w:val="clear" w:color="auto" w:fill="FAFAFA"/>
            <w:tcMar>
              <w:top w:w="70" w:type="dxa"/>
              <w:left w:w="85" w:type="dxa"/>
              <w:bottom w:w="70" w:type="dxa"/>
              <w:right w:w="85" w:type="dxa"/>
            </w:tcMar>
            <w:vAlign w:val="center"/>
          </w:tcPr>
          <w:p w14:paraId="6288998B" w14:textId="77777777" w:rsidR="00865365" w:rsidRDefault="00000000">
            <w:pPr>
              <w:spacing w:after="0" w:line="240" w:lineRule="auto"/>
            </w:pPr>
            <w:r>
              <w:rPr>
                <w:sz w:val="14"/>
              </w:rPr>
              <w:t>Ciclu dezvoltare, arhitectură, cerințe, V&amp;V, SOUP, vulnerabilități, actualizări și PMS.</w:t>
            </w:r>
          </w:p>
        </w:tc>
      </w:tr>
      <w:tr w:rsidR="00865365" w14:paraId="5DBC3C22" w14:textId="77777777">
        <w:trPr>
          <w:cantSplit/>
          <w:jc w:val="center"/>
        </w:trPr>
        <w:tc>
          <w:tcPr>
            <w:tcW w:w="2835" w:type="dxa"/>
            <w:shd w:val="clear" w:color="auto" w:fill="FFFFFF"/>
            <w:tcMar>
              <w:top w:w="70" w:type="dxa"/>
              <w:left w:w="85" w:type="dxa"/>
              <w:bottom w:w="70" w:type="dxa"/>
              <w:right w:w="85" w:type="dxa"/>
            </w:tcMar>
            <w:vAlign w:val="center"/>
          </w:tcPr>
          <w:p w14:paraId="55C0707F" w14:textId="77777777" w:rsidR="00865365" w:rsidRDefault="00000000">
            <w:pPr>
              <w:spacing w:after="0" w:line="240" w:lineRule="auto"/>
            </w:pPr>
            <w:r>
              <w:rPr>
                <w:sz w:val="14"/>
              </w:rPr>
              <w:t>Trasabilitate implantabile</w:t>
            </w:r>
          </w:p>
        </w:tc>
        <w:tc>
          <w:tcPr>
            <w:tcW w:w="3118" w:type="dxa"/>
            <w:shd w:val="clear" w:color="auto" w:fill="FFFFFF"/>
            <w:tcMar>
              <w:top w:w="70" w:type="dxa"/>
              <w:left w:w="85" w:type="dxa"/>
              <w:bottom w:w="70" w:type="dxa"/>
              <w:right w:w="85" w:type="dxa"/>
            </w:tcMar>
            <w:vAlign w:val="center"/>
          </w:tcPr>
          <w:p w14:paraId="52A89A38" w14:textId="77777777" w:rsidR="00865365" w:rsidRDefault="00000000">
            <w:pPr>
              <w:spacing w:after="0" w:line="240" w:lineRule="auto"/>
            </w:pPr>
            <w:r>
              <w:rPr>
                <w:sz w:val="14"/>
              </w:rPr>
              <w:t>Dispozitive implantabile sau cerințe speciale</w:t>
            </w:r>
          </w:p>
        </w:tc>
        <w:tc>
          <w:tcPr>
            <w:tcW w:w="3969" w:type="dxa"/>
            <w:shd w:val="clear" w:color="auto" w:fill="FFFFFF"/>
            <w:tcMar>
              <w:top w:w="70" w:type="dxa"/>
              <w:left w:w="85" w:type="dxa"/>
              <w:bottom w:w="70" w:type="dxa"/>
              <w:right w:w="85" w:type="dxa"/>
            </w:tcMar>
            <w:vAlign w:val="center"/>
          </w:tcPr>
          <w:p w14:paraId="29312745" w14:textId="77777777" w:rsidR="00865365" w:rsidRDefault="00000000">
            <w:pPr>
              <w:spacing w:after="0" w:line="240" w:lineRule="auto"/>
            </w:pPr>
            <w:r>
              <w:rPr>
                <w:sz w:val="14"/>
              </w:rPr>
              <w:t>Componente, materiale, mediu, personal, distribuitori, utilizatori și date cerute de jurisdicție.</w:t>
            </w:r>
          </w:p>
        </w:tc>
      </w:tr>
      <w:tr w:rsidR="00865365" w14:paraId="26B0FAA7" w14:textId="77777777">
        <w:trPr>
          <w:cantSplit/>
          <w:jc w:val="center"/>
        </w:trPr>
        <w:tc>
          <w:tcPr>
            <w:tcW w:w="2835" w:type="dxa"/>
            <w:shd w:val="clear" w:color="auto" w:fill="FAFAFA"/>
            <w:tcMar>
              <w:top w:w="70" w:type="dxa"/>
              <w:left w:w="85" w:type="dxa"/>
              <w:bottom w:w="70" w:type="dxa"/>
              <w:right w:w="85" w:type="dxa"/>
            </w:tcMar>
            <w:vAlign w:val="center"/>
          </w:tcPr>
          <w:p w14:paraId="195BDBCA" w14:textId="77777777" w:rsidR="00865365" w:rsidRDefault="00000000">
            <w:pPr>
              <w:spacing w:after="0" w:line="240" w:lineRule="auto"/>
            </w:pPr>
            <w:r>
              <w:rPr>
                <w:sz w:val="14"/>
              </w:rPr>
              <w:t>Instalare și service</w:t>
            </w:r>
          </w:p>
        </w:tc>
        <w:tc>
          <w:tcPr>
            <w:tcW w:w="3118" w:type="dxa"/>
            <w:shd w:val="clear" w:color="auto" w:fill="FAFAFA"/>
            <w:tcMar>
              <w:top w:w="70" w:type="dxa"/>
              <w:left w:w="85" w:type="dxa"/>
              <w:bottom w:w="70" w:type="dxa"/>
              <w:right w:w="85" w:type="dxa"/>
            </w:tcMar>
            <w:vAlign w:val="center"/>
          </w:tcPr>
          <w:p w14:paraId="740B9C63" w14:textId="77777777" w:rsidR="00865365" w:rsidRDefault="00000000">
            <w:pPr>
              <w:spacing w:after="0" w:line="240" w:lineRule="auto"/>
            </w:pPr>
            <w:r>
              <w:rPr>
                <w:sz w:val="14"/>
              </w:rPr>
              <w:t>Sunt activități specificate</w:t>
            </w:r>
          </w:p>
        </w:tc>
        <w:tc>
          <w:tcPr>
            <w:tcW w:w="3969" w:type="dxa"/>
            <w:shd w:val="clear" w:color="auto" w:fill="FAFAFA"/>
            <w:tcMar>
              <w:top w:w="70" w:type="dxa"/>
              <w:left w:w="85" w:type="dxa"/>
              <w:bottom w:w="70" w:type="dxa"/>
              <w:right w:w="85" w:type="dxa"/>
            </w:tcMar>
            <w:vAlign w:val="center"/>
          </w:tcPr>
          <w:p w14:paraId="7C7B7128" w14:textId="77777777" w:rsidR="00865365" w:rsidRDefault="00000000">
            <w:pPr>
              <w:spacing w:after="0" w:line="240" w:lineRule="auto"/>
            </w:pPr>
            <w:r>
              <w:rPr>
                <w:sz w:val="14"/>
              </w:rPr>
              <w:t>Instrucțiuni, acceptare, competență, piese, măsurări, rapoarte și feedback către PMS.</w:t>
            </w:r>
          </w:p>
        </w:tc>
      </w:tr>
      <w:tr w:rsidR="00865365" w14:paraId="0429C700" w14:textId="77777777">
        <w:trPr>
          <w:cantSplit/>
          <w:jc w:val="center"/>
        </w:trPr>
        <w:tc>
          <w:tcPr>
            <w:tcW w:w="2835" w:type="dxa"/>
            <w:shd w:val="clear" w:color="auto" w:fill="FFFFFF"/>
            <w:tcMar>
              <w:top w:w="70" w:type="dxa"/>
              <w:left w:w="85" w:type="dxa"/>
              <w:bottom w:w="70" w:type="dxa"/>
              <w:right w:w="85" w:type="dxa"/>
            </w:tcMar>
            <w:vAlign w:val="center"/>
          </w:tcPr>
          <w:p w14:paraId="6E8C9A87" w14:textId="77777777" w:rsidR="00865365" w:rsidRDefault="00000000">
            <w:pPr>
              <w:spacing w:after="0" w:line="240" w:lineRule="auto"/>
            </w:pPr>
            <w:r>
              <w:rPr>
                <w:sz w:val="14"/>
              </w:rPr>
              <w:lastRenderedPageBreak/>
              <w:t>Evaluare clinică / performanță</w:t>
            </w:r>
          </w:p>
        </w:tc>
        <w:tc>
          <w:tcPr>
            <w:tcW w:w="3118" w:type="dxa"/>
            <w:shd w:val="clear" w:color="auto" w:fill="FFFFFF"/>
            <w:tcMar>
              <w:top w:w="70" w:type="dxa"/>
              <w:left w:w="85" w:type="dxa"/>
              <w:bottom w:w="70" w:type="dxa"/>
              <w:right w:w="85" w:type="dxa"/>
            </w:tcMar>
            <w:vAlign w:val="center"/>
          </w:tcPr>
          <w:p w14:paraId="23112049" w14:textId="77777777" w:rsidR="00865365" w:rsidRDefault="00000000">
            <w:pPr>
              <w:spacing w:after="0" w:line="240" w:lineRule="auto"/>
            </w:pPr>
            <w:r>
              <w:rPr>
                <w:sz w:val="14"/>
              </w:rPr>
              <w:t>Cerință de reglementare pentru dispozitiv</w:t>
            </w:r>
          </w:p>
        </w:tc>
        <w:tc>
          <w:tcPr>
            <w:tcW w:w="3969" w:type="dxa"/>
            <w:shd w:val="clear" w:color="auto" w:fill="FFFFFF"/>
            <w:tcMar>
              <w:top w:w="70" w:type="dxa"/>
              <w:left w:w="85" w:type="dxa"/>
              <w:bottom w:w="70" w:type="dxa"/>
              <w:right w:w="85" w:type="dxa"/>
            </w:tcMar>
            <w:vAlign w:val="center"/>
          </w:tcPr>
          <w:p w14:paraId="63105214" w14:textId="77777777" w:rsidR="00865365" w:rsidRDefault="00000000">
            <w:pPr>
              <w:spacing w:after="0" w:line="240" w:lineRule="auto"/>
            </w:pPr>
            <w:r>
              <w:rPr>
                <w:sz w:val="14"/>
              </w:rPr>
              <w:t>Plan, date, literatură, investigații, echivalență, concluzii și actualizare.</w:t>
            </w:r>
          </w:p>
        </w:tc>
      </w:tr>
      <w:tr w:rsidR="00865365" w14:paraId="26C54E7E" w14:textId="77777777">
        <w:trPr>
          <w:cantSplit/>
          <w:jc w:val="center"/>
        </w:trPr>
        <w:tc>
          <w:tcPr>
            <w:tcW w:w="2835" w:type="dxa"/>
            <w:shd w:val="clear" w:color="auto" w:fill="FAFAFA"/>
            <w:tcMar>
              <w:top w:w="70" w:type="dxa"/>
              <w:left w:w="85" w:type="dxa"/>
              <w:bottom w:w="70" w:type="dxa"/>
              <w:right w:w="85" w:type="dxa"/>
            </w:tcMar>
            <w:vAlign w:val="center"/>
          </w:tcPr>
          <w:p w14:paraId="51C3F688" w14:textId="77777777" w:rsidR="00865365" w:rsidRDefault="00000000">
            <w:pPr>
              <w:spacing w:after="0" w:line="240" w:lineRule="auto"/>
            </w:pPr>
            <w:r>
              <w:rPr>
                <w:sz w:val="14"/>
              </w:rPr>
              <w:t>Vigilență și field safety corrective action</w:t>
            </w:r>
          </w:p>
        </w:tc>
        <w:tc>
          <w:tcPr>
            <w:tcW w:w="3118" w:type="dxa"/>
            <w:shd w:val="clear" w:color="auto" w:fill="FAFAFA"/>
            <w:tcMar>
              <w:top w:w="70" w:type="dxa"/>
              <w:left w:w="85" w:type="dxa"/>
              <w:bottom w:w="70" w:type="dxa"/>
              <w:right w:w="85" w:type="dxa"/>
            </w:tcMar>
            <w:vAlign w:val="center"/>
          </w:tcPr>
          <w:p w14:paraId="65D5ADB3" w14:textId="77777777" w:rsidR="00865365" w:rsidRDefault="00000000">
            <w:pPr>
              <w:spacing w:after="0" w:line="240" w:lineRule="auto"/>
            </w:pPr>
            <w:r>
              <w:rPr>
                <w:sz w:val="14"/>
              </w:rPr>
              <w:t>Evenimente raportabile sau acțiuni în teren</w:t>
            </w:r>
          </w:p>
        </w:tc>
        <w:tc>
          <w:tcPr>
            <w:tcW w:w="3969" w:type="dxa"/>
            <w:shd w:val="clear" w:color="auto" w:fill="FAFAFA"/>
            <w:tcMar>
              <w:top w:w="70" w:type="dxa"/>
              <w:left w:w="85" w:type="dxa"/>
              <w:bottom w:w="70" w:type="dxa"/>
              <w:right w:w="85" w:type="dxa"/>
            </w:tcMar>
            <w:vAlign w:val="center"/>
          </w:tcPr>
          <w:p w14:paraId="51759440" w14:textId="77777777" w:rsidR="00865365" w:rsidRDefault="00000000">
            <w:pPr>
              <w:spacing w:after="0" w:line="240" w:lineRule="auto"/>
            </w:pPr>
            <w:r>
              <w:rPr>
                <w:sz w:val="14"/>
              </w:rPr>
              <w:t>Decizie, termene, notificări, comunicare, trasabilitate, eficacitate și închidere.</w:t>
            </w:r>
          </w:p>
        </w:tc>
      </w:tr>
    </w:tbl>
    <w:p w14:paraId="7A60F92F" w14:textId="77777777" w:rsidR="00865365" w:rsidRDefault="00865365">
      <w:pPr>
        <w:spacing w:after="20"/>
      </w:pPr>
    </w:p>
    <w:tbl>
      <w:tblPr>
        <w:tblW w:w="0" w:type="auto"/>
        <w:jc w:val="center"/>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Layout w:type="fixed"/>
        <w:tblLook w:val="04A0" w:firstRow="1" w:lastRow="0" w:firstColumn="1" w:lastColumn="0" w:noHBand="0" w:noVBand="1"/>
      </w:tblPr>
      <w:tblGrid>
        <w:gridCol w:w="567"/>
        <w:gridCol w:w="9354"/>
      </w:tblGrid>
      <w:tr w:rsidR="00865365" w14:paraId="60FA7873" w14:textId="77777777">
        <w:trPr>
          <w:cantSplit/>
          <w:jc w:val="center"/>
        </w:trPr>
        <w:tc>
          <w:tcPr>
            <w:tcW w:w="567" w:type="dxa"/>
            <w:shd w:val="clear" w:color="auto" w:fill="D71920"/>
            <w:tcMar>
              <w:top w:w="70" w:type="dxa"/>
              <w:left w:w="85" w:type="dxa"/>
              <w:bottom w:w="70" w:type="dxa"/>
              <w:right w:w="85" w:type="dxa"/>
            </w:tcMar>
            <w:vAlign w:val="center"/>
          </w:tcPr>
          <w:p w14:paraId="75446FDD" w14:textId="77777777" w:rsidR="00865365" w:rsidRDefault="00000000">
            <w:pPr>
              <w:spacing w:after="0" w:line="240" w:lineRule="auto"/>
              <w:jc w:val="center"/>
            </w:pPr>
            <w:r>
              <w:rPr>
                <w:b/>
                <w:color w:val="FFFFFF"/>
                <w:sz w:val="30"/>
              </w:rPr>
              <w:t>!</w:t>
            </w:r>
          </w:p>
        </w:tc>
        <w:tc>
          <w:tcPr>
            <w:tcW w:w="9354" w:type="dxa"/>
            <w:shd w:val="clear" w:color="auto" w:fill="FFF4CC"/>
          </w:tcPr>
          <w:p w14:paraId="5D8471C9" w14:textId="77777777" w:rsidR="00865365" w:rsidRDefault="00000000">
            <w:pPr>
              <w:spacing w:after="20"/>
            </w:pPr>
            <w:r>
              <w:rPr>
                <w:b/>
                <w:color w:val="D71920"/>
                <w:sz w:val="17"/>
              </w:rPr>
              <w:t>CERINȚELE DE REGLEMENTARE PREVALEAZĂ</w:t>
            </w:r>
          </w:p>
          <w:p w14:paraId="3D0E19A4" w14:textId="77777777" w:rsidR="00865365" w:rsidRDefault="00000000">
            <w:pPr>
              <w:spacing w:after="0" w:line="247" w:lineRule="auto"/>
            </w:pPr>
            <w:r>
              <w:rPr>
                <w:sz w:val="16"/>
              </w:rPr>
              <w:t>ISO 13485 este un standard de sistem. Dosarele tehnice, termenele de raportare, UDI, evaluarea clinică, supravegherea post-piață și retenția pot fi definite diferit de fiecare jurisdicție. RA trebuie să confirme cerința aplicabilă înainte de aprobarea documentelor.</w:t>
            </w:r>
          </w:p>
        </w:tc>
      </w:tr>
    </w:tbl>
    <w:p w14:paraId="03EBC5BF" w14:textId="77777777" w:rsidR="00865365" w:rsidRDefault="00865365">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14:paraId="4FA68382" w14:textId="77777777">
        <w:trPr>
          <w:cantSplit/>
          <w:jc w:val="center"/>
        </w:trPr>
        <w:tc>
          <w:tcPr>
            <w:tcW w:w="1020" w:type="dxa"/>
            <w:shd w:val="clear" w:color="auto" w:fill="D71920"/>
            <w:tcMar>
              <w:top w:w="70" w:type="dxa"/>
              <w:left w:w="85" w:type="dxa"/>
              <w:bottom w:w="70" w:type="dxa"/>
              <w:right w:w="85" w:type="dxa"/>
            </w:tcMar>
            <w:vAlign w:val="center"/>
          </w:tcPr>
          <w:p w14:paraId="070DEE6E" w14:textId="77777777" w:rsidR="00865365" w:rsidRDefault="00000000">
            <w:pPr>
              <w:spacing w:after="0" w:line="240" w:lineRule="auto"/>
              <w:jc w:val="center"/>
            </w:pPr>
            <w:r>
              <w:rPr>
                <w:b/>
                <w:color w:val="FFFFFF"/>
                <w:sz w:val="34"/>
              </w:rPr>
              <w:t>6</w:t>
            </w:r>
          </w:p>
        </w:tc>
        <w:tc>
          <w:tcPr>
            <w:tcW w:w="8901" w:type="dxa"/>
            <w:shd w:val="clear" w:color="auto" w:fill="F3F4F5"/>
          </w:tcPr>
          <w:p w14:paraId="3C80B4B9" w14:textId="77777777" w:rsidR="00865365" w:rsidRDefault="00000000">
            <w:pPr>
              <w:spacing w:after="20"/>
            </w:pPr>
            <w:r>
              <w:rPr>
                <w:b/>
                <w:sz w:val="27"/>
              </w:rPr>
              <w:t>Controlul ciclului de viață al documentelor</w:t>
            </w:r>
          </w:p>
          <w:p w14:paraId="30A1F0FA" w14:textId="77777777" w:rsidR="00865365" w:rsidRDefault="00000000">
            <w:pPr>
              <w:spacing w:after="0"/>
            </w:pPr>
            <w:r>
              <w:rPr>
                <w:color w:val="666666"/>
                <w:sz w:val="16"/>
              </w:rPr>
              <w:t>Documentele trebuie să fie disponibile, actuale, protejate și retrase controlat</w:t>
            </w:r>
          </w:p>
        </w:tc>
      </w:tr>
    </w:tbl>
    <w:p w14:paraId="420FE027" w14:textId="77777777" w:rsidR="00865365" w:rsidRDefault="00865365">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94"/>
        <w:gridCol w:w="7427"/>
      </w:tblGrid>
      <w:tr w:rsidR="00865365" w14:paraId="62874FD7" w14:textId="77777777">
        <w:trPr>
          <w:tblHeader/>
          <w:jc w:val="center"/>
        </w:trPr>
        <w:tc>
          <w:tcPr>
            <w:tcW w:w="2494" w:type="dxa"/>
            <w:shd w:val="clear" w:color="auto" w:fill="D71920"/>
            <w:tcMar>
              <w:top w:w="70" w:type="dxa"/>
              <w:left w:w="85" w:type="dxa"/>
              <w:bottom w:w="70" w:type="dxa"/>
              <w:right w:w="85" w:type="dxa"/>
            </w:tcMar>
            <w:vAlign w:val="center"/>
          </w:tcPr>
          <w:p w14:paraId="76170E68" w14:textId="77777777" w:rsidR="00865365" w:rsidRDefault="00000000">
            <w:pPr>
              <w:spacing w:after="0" w:line="240" w:lineRule="auto"/>
              <w:jc w:val="center"/>
            </w:pPr>
            <w:r>
              <w:rPr>
                <w:b/>
                <w:color w:val="FFFFFF"/>
                <w:sz w:val="15"/>
              </w:rPr>
              <w:t>ETAPĂ / CONTROL</w:t>
            </w:r>
          </w:p>
        </w:tc>
        <w:tc>
          <w:tcPr>
            <w:tcW w:w="7427" w:type="dxa"/>
            <w:shd w:val="clear" w:color="auto" w:fill="D71920"/>
            <w:tcMar>
              <w:top w:w="70" w:type="dxa"/>
              <w:left w:w="85" w:type="dxa"/>
              <w:bottom w:w="70" w:type="dxa"/>
              <w:right w:w="85" w:type="dxa"/>
            </w:tcMar>
            <w:vAlign w:val="center"/>
          </w:tcPr>
          <w:p w14:paraId="6D90AE9B" w14:textId="77777777" w:rsidR="00865365" w:rsidRDefault="00000000">
            <w:pPr>
              <w:spacing w:after="0" w:line="240" w:lineRule="auto"/>
              <w:jc w:val="center"/>
            </w:pPr>
            <w:r>
              <w:rPr>
                <w:b/>
                <w:color w:val="FFFFFF"/>
                <w:sz w:val="15"/>
              </w:rPr>
              <w:t>REGULĂ PRACTICĂ</w:t>
            </w:r>
          </w:p>
        </w:tc>
      </w:tr>
      <w:tr w:rsidR="00865365" w14:paraId="42FF97CB" w14:textId="77777777">
        <w:trPr>
          <w:cantSplit/>
          <w:jc w:val="center"/>
        </w:trPr>
        <w:tc>
          <w:tcPr>
            <w:tcW w:w="2494" w:type="dxa"/>
            <w:shd w:val="clear" w:color="auto" w:fill="FFFFFF"/>
            <w:tcMar>
              <w:top w:w="70" w:type="dxa"/>
              <w:left w:w="85" w:type="dxa"/>
              <w:bottom w:w="70" w:type="dxa"/>
              <w:right w:w="85" w:type="dxa"/>
            </w:tcMar>
            <w:vAlign w:val="center"/>
          </w:tcPr>
          <w:p w14:paraId="7C0EDBB8" w14:textId="77777777" w:rsidR="00865365" w:rsidRDefault="00000000">
            <w:pPr>
              <w:spacing w:after="0" w:line="240" w:lineRule="auto"/>
            </w:pPr>
            <w:r>
              <w:rPr>
                <w:sz w:val="16"/>
              </w:rPr>
              <w:t>Creare</w:t>
            </w:r>
          </w:p>
        </w:tc>
        <w:tc>
          <w:tcPr>
            <w:tcW w:w="7427" w:type="dxa"/>
            <w:shd w:val="clear" w:color="auto" w:fill="FFFFFF"/>
            <w:tcMar>
              <w:top w:w="70" w:type="dxa"/>
              <w:left w:w="85" w:type="dxa"/>
              <w:bottom w:w="70" w:type="dxa"/>
              <w:right w:w="85" w:type="dxa"/>
            </w:tcMar>
            <w:vAlign w:val="center"/>
          </w:tcPr>
          <w:p w14:paraId="61102245" w14:textId="77777777" w:rsidR="00865365" w:rsidRDefault="00000000">
            <w:pPr>
              <w:spacing w:after="0" w:line="240" w:lineRule="auto"/>
            </w:pPr>
            <w:r>
              <w:rPr>
                <w:sz w:val="16"/>
              </w:rPr>
              <w:t>Scop, utilizatori, proprietar, cod, format, conținut minim și legături cu alte documente.</w:t>
            </w:r>
          </w:p>
        </w:tc>
      </w:tr>
      <w:tr w:rsidR="00865365" w14:paraId="5E2E1501" w14:textId="77777777">
        <w:trPr>
          <w:cantSplit/>
          <w:jc w:val="center"/>
        </w:trPr>
        <w:tc>
          <w:tcPr>
            <w:tcW w:w="2494" w:type="dxa"/>
            <w:shd w:val="clear" w:color="auto" w:fill="FAFAFA"/>
            <w:tcMar>
              <w:top w:w="70" w:type="dxa"/>
              <w:left w:w="85" w:type="dxa"/>
              <w:bottom w:w="70" w:type="dxa"/>
              <w:right w:w="85" w:type="dxa"/>
            </w:tcMar>
            <w:vAlign w:val="center"/>
          </w:tcPr>
          <w:p w14:paraId="626F21B5" w14:textId="77777777" w:rsidR="00865365" w:rsidRDefault="00000000">
            <w:pPr>
              <w:spacing w:after="0" w:line="240" w:lineRule="auto"/>
            </w:pPr>
            <w:r>
              <w:rPr>
                <w:sz w:val="16"/>
              </w:rPr>
              <w:t>Analiză și aprobare</w:t>
            </w:r>
          </w:p>
        </w:tc>
        <w:tc>
          <w:tcPr>
            <w:tcW w:w="7427" w:type="dxa"/>
            <w:shd w:val="clear" w:color="auto" w:fill="FAFAFA"/>
            <w:tcMar>
              <w:top w:w="70" w:type="dxa"/>
              <w:left w:w="85" w:type="dxa"/>
              <w:bottom w:w="70" w:type="dxa"/>
              <w:right w:w="85" w:type="dxa"/>
            </w:tcMar>
            <w:vAlign w:val="center"/>
          </w:tcPr>
          <w:p w14:paraId="5C6D0A39" w14:textId="77777777" w:rsidR="00865365" w:rsidRDefault="00000000">
            <w:pPr>
              <w:spacing w:after="0" w:line="240" w:lineRule="auto"/>
            </w:pPr>
            <w:r>
              <w:rPr>
                <w:sz w:val="16"/>
              </w:rPr>
              <w:t>Verificare tehnică și aprobare de către persoane competente și autorizate.</w:t>
            </w:r>
          </w:p>
        </w:tc>
      </w:tr>
      <w:tr w:rsidR="00865365" w14:paraId="141D3379" w14:textId="77777777">
        <w:trPr>
          <w:cantSplit/>
          <w:jc w:val="center"/>
        </w:trPr>
        <w:tc>
          <w:tcPr>
            <w:tcW w:w="2494" w:type="dxa"/>
            <w:shd w:val="clear" w:color="auto" w:fill="FFFFFF"/>
            <w:tcMar>
              <w:top w:w="70" w:type="dxa"/>
              <w:left w:w="85" w:type="dxa"/>
              <w:bottom w:w="70" w:type="dxa"/>
              <w:right w:w="85" w:type="dxa"/>
            </w:tcMar>
            <w:vAlign w:val="center"/>
          </w:tcPr>
          <w:p w14:paraId="28E8C193" w14:textId="77777777" w:rsidR="00865365" w:rsidRDefault="00000000">
            <w:pPr>
              <w:spacing w:after="0" w:line="240" w:lineRule="auto"/>
            </w:pPr>
            <w:r>
              <w:rPr>
                <w:sz w:val="16"/>
              </w:rPr>
              <w:t>Publicare</w:t>
            </w:r>
          </w:p>
        </w:tc>
        <w:tc>
          <w:tcPr>
            <w:tcW w:w="7427" w:type="dxa"/>
            <w:shd w:val="clear" w:color="auto" w:fill="FFFFFF"/>
            <w:tcMar>
              <w:top w:w="70" w:type="dxa"/>
              <w:left w:w="85" w:type="dxa"/>
              <w:bottom w:w="70" w:type="dxa"/>
              <w:right w:w="85" w:type="dxa"/>
            </w:tcMar>
            <w:vAlign w:val="center"/>
          </w:tcPr>
          <w:p w14:paraId="0456E1B3" w14:textId="77777777" w:rsidR="00865365" w:rsidRDefault="00000000">
            <w:pPr>
              <w:spacing w:after="0" w:line="240" w:lineRule="auto"/>
            </w:pPr>
            <w:r>
              <w:rPr>
                <w:sz w:val="16"/>
              </w:rPr>
              <w:t>Versiunea oficială este identificată și disponibilă la punctul de utilizare.</w:t>
            </w:r>
          </w:p>
        </w:tc>
      </w:tr>
      <w:tr w:rsidR="00865365" w14:paraId="050449BB" w14:textId="77777777">
        <w:trPr>
          <w:cantSplit/>
          <w:jc w:val="center"/>
        </w:trPr>
        <w:tc>
          <w:tcPr>
            <w:tcW w:w="2494" w:type="dxa"/>
            <w:shd w:val="clear" w:color="auto" w:fill="FAFAFA"/>
            <w:tcMar>
              <w:top w:w="70" w:type="dxa"/>
              <w:left w:w="85" w:type="dxa"/>
              <w:bottom w:w="70" w:type="dxa"/>
              <w:right w:w="85" w:type="dxa"/>
            </w:tcMar>
            <w:vAlign w:val="center"/>
          </w:tcPr>
          <w:p w14:paraId="3F4C5936" w14:textId="77777777" w:rsidR="00865365" w:rsidRDefault="00000000">
            <w:pPr>
              <w:spacing w:after="0" w:line="240" w:lineRule="auto"/>
            </w:pPr>
            <w:r>
              <w:rPr>
                <w:sz w:val="16"/>
              </w:rPr>
              <w:t>Comunicare și instruire</w:t>
            </w:r>
          </w:p>
        </w:tc>
        <w:tc>
          <w:tcPr>
            <w:tcW w:w="7427" w:type="dxa"/>
            <w:shd w:val="clear" w:color="auto" w:fill="FAFAFA"/>
            <w:tcMar>
              <w:top w:w="70" w:type="dxa"/>
              <w:left w:w="85" w:type="dxa"/>
              <w:bottom w:w="70" w:type="dxa"/>
              <w:right w:w="85" w:type="dxa"/>
            </w:tcMar>
            <w:vAlign w:val="center"/>
          </w:tcPr>
          <w:p w14:paraId="6F07458E" w14:textId="77777777" w:rsidR="00865365" w:rsidRDefault="00000000">
            <w:pPr>
              <w:spacing w:after="0" w:line="240" w:lineRule="auto"/>
            </w:pPr>
            <w:r>
              <w:rPr>
                <w:sz w:val="16"/>
              </w:rPr>
              <w:t>Schimbările relevante sunt explicate; competența este verificată când riscul o impune.</w:t>
            </w:r>
          </w:p>
        </w:tc>
      </w:tr>
      <w:tr w:rsidR="00865365" w14:paraId="40C0A292" w14:textId="77777777">
        <w:trPr>
          <w:cantSplit/>
          <w:jc w:val="center"/>
        </w:trPr>
        <w:tc>
          <w:tcPr>
            <w:tcW w:w="2494" w:type="dxa"/>
            <w:shd w:val="clear" w:color="auto" w:fill="FFFFFF"/>
            <w:tcMar>
              <w:top w:w="70" w:type="dxa"/>
              <w:left w:w="85" w:type="dxa"/>
              <w:bottom w:w="70" w:type="dxa"/>
              <w:right w:w="85" w:type="dxa"/>
            </w:tcMar>
            <w:vAlign w:val="center"/>
          </w:tcPr>
          <w:p w14:paraId="108D4934" w14:textId="77777777" w:rsidR="00865365" w:rsidRDefault="00000000">
            <w:pPr>
              <w:spacing w:after="0" w:line="240" w:lineRule="auto"/>
            </w:pPr>
            <w:r>
              <w:rPr>
                <w:sz w:val="16"/>
              </w:rPr>
              <w:t>Modificare</w:t>
            </w:r>
          </w:p>
        </w:tc>
        <w:tc>
          <w:tcPr>
            <w:tcW w:w="7427" w:type="dxa"/>
            <w:shd w:val="clear" w:color="auto" w:fill="FFFFFF"/>
            <w:tcMar>
              <w:top w:w="70" w:type="dxa"/>
              <w:left w:w="85" w:type="dxa"/>
              <w:bottom w:w="70" w:type="dxa"/>
              <w:right w:w="85" w:type="dxa"/>
            </w:tcMar>
            <w:vAlign w:val="center"/>
          </w:tcPr>
          <w:p w14:paraId="173E0132" w14:textId="77777777" w:rsidR="00865365" w:rsidRDefault="00000000">
            <w:pPr>
              <w:spacing w:after="0" w:line="240" w:lineRule="auto"/>
            </w:pPr>
            <w:r>
              <w:rPr>
                <w:sz w:val="16"/>
              </w:rPr>
              <w:t>Motiv, impact, aprobări, data intrării în vigoare și documentele/activitățile afectate.</w:t>
            </w:r>
          </w:p>
        </w:tc>
      </w:tr>
      <w:tr w:rsidR="00865365" w14:paraId="37D77ABD" w14:textId="77777777">
        <w:trPr>
          <w:cantSplit/>
          <w:jc w:val="center"/>
        </w:trPr>
        <w:tc>
          <w:tcPr>
            <w:tcW w:w="2494" w:type="dxa"/>
            <w:shd w:val="clear" w:color="auto" w:fill="FAFAFA"/>
            <w:tcMar>
              <w:top w:w="70" w:type="dxa"/>
              <w:left w:w="85" w:type="dxa"/>
              <w:bottom w:w="70" w:type="dxa"/>
              <w:right w:w="85" w:type="dxa"/>
            </w:tcMar>
            <w:vAlign w:val="center"/>
          </w:tcPr>
          <w:p w14:paraId="392998DA" w14:textId="77777777" w:rsidR="00865365" w:rsidRDefault="00000000">
            <w:pPr>
              <w:spacing w:after="0" w:line="240" w:lineRule="auto"/>
            </w:pPr>
            <w:r>
              <w:rPr>
                <w:sz w:val="16"/>
              </w:rPr>
              <w:t>Protecție</w:t>
            </w:r>
          </w:p>
        </w:tc>
        <w:tc>
          <w:tcPr>
            <w:tcW w:w="7427" w:type="dxa"/>
            <w:shd w:val="clear" w:color="auto" w:fill="FAFAFA"/>
            <w:tcMar>
              <w:top w:w="70" w:type="dxa"/>
              <w:left w:w="85" w:type="dxa"/>
              <w:bottom w:w="70" w:type="dxa"/>
              <w:right w:w="85" w:type="dxa"/>
            </w:tcMar>
            <w:vAlign w:val="center"/>
          </w:tcPr>
          <w:p w14:paraId="0BD9A68F" w14:textId="77777777" w:rsidR="00865365" w:rsidRDefault="00000000">
            <w:pPr>
              <w:spacing w:after="0" w:line="240" w:lineRule="auto"/>
            </w:pPr>
            <w:r>
              <w:rPr>
                <w:sz w:val="16"/>
              </w:rPr>
              <w:t>Acces, confidențialitate, integritate, backup, prevenirea modificării sau ștergerii neautorizate.</w:t>
            </w:r>
          </w:p>
        </w:tc>
      </w:tr>
      <w:tr w:rsidR="00865365" w14:paraId="2149DF59" w14:textId="77777777">
        <w:trPr>
          <w:cantSplit/>
          <w:jc w:val="center"/>
        </w:trPr>
        <w:tc>
          <w:tcPr>
            <w:tcW w:w="2494" w:type="dxa"/>
            <w:shd w:val="clear" w:color="auto" w:fill="FFFFFF"/>
            <w:tcMar>
              <w:top w:w="70" w:type="dxa"/>
              <w:left w:w="85" w:type="dxa"/>
              <w:bottom w:w="70" w:type="dxa"/>
              <w:right w:w="85" w:type="dxa"/>
            </w:tcMar>
            <w:vAlign w:val="center"/>
          </w:tcPr>
          <w:p w14:paraId="608C86BD" w14:textId="77777777" w:rsidR="00865365" w:rsidRDefault="00000000">
            <w:pPr>
              <w:spacing w:after="0" w:line="240" w:lineRule="auto"/>
            </w:pPr>
            <w:r>
              <w:rPr>
                <w:sz w:val="16"/>
              </w:rPr>
              <w:t>Păstrare</w:t>
            </w:r>
          </w:p>
        </w:tc>
        <w:tc>
          <w:tcPr>
            <w:tcW w:w="7427" w:type="dxa"/>
            <w:shd w:val="clear" w:color="auto" w:fill="FFFFFF"/>
            <w:tcMar>
              <w:top w:w="70" w:type="dxa"/>
              <w:left w:w="85" w:type="dxa"/>
              <w:bottom w:w="70" w:type="dxa"/>
              <w:right w:w="85" w:type="dxa"/>
            </w:tcMar>
            <w:vAlign w:val="center"/>
          </w:tcPr>
          <w:p w14:paraId="0A19F7F3" w14:textId="77777777" w:rsidR="00865365" w:rsidRDefault="00000000">
            <w:pPr>
              <w:spacing w:after="0" w:line="240" w:lineRule="auto"/>
            </w:pPr>
            <w:r>
              <w:rPr>
                <w:sz w:val="16"/>
              </w:rPr>
              <w:t>Termen stabilit prin lege, autorizație, contract, risc, nevoie de trasabilitate sau valoare de business.</w:t>
            </w:r>
          </w:p>
        </w:tc>
      </w:tr>
      <w:tr w:rsidR="00865365" w14:paraId="0343D138" w14:textId="77777777">
        <w:trPr>
          <w:cantSplit/>
          <w:jc w:val="center"/>
        </w:trPr>
        <w:tc>
          <w:tcPr>
            <w:tcW w:w="2494" w:type="dxa"/>
            <w:shd w:val="clear" w:color="auto" w:fill="FAFAFA"/>
            <w:tcMar>
              <w:top w:w="70" w:type="dxa"/>
              <w:left w:w="85" w:type="dxa"/>
              <w:bottom w:w="70" w:type="dxa"/>
              <w:right w:w="85" w:type="dxa"/>
            </w:tcMar>
            <w:vAlign w:val="center"/>
          </w:tcPr>
          <w:p w14:paraId="2A0A2A68" w14:textId="77777777" w:rsidR="00865365" w:rsidRDefault="00000000">
            <w:pPr>
              <w:spacing w:after="0" w:line="240" w:lineRule="auto"/>
            </w:pPr>
            <w:r>
              <w:rPr>
                <w:sz w:val="16"/>
              </w:rPr>
              <w:t>Retragere și eliminare</w:t>
            </w:r>
          </w:p>
        </w:tc>
        <w:tc>
          <w:tcPr>
            <w:tcW w:w="7427" w:type="dxa"/>
            <w:shd w:val="clear" w:color="auto" w:fill="FAFAFA"/>
            <w:tcMar>
              <w:top w:w="70" w:type="dxa"/>
              <w:left w:w="85" w:type="dxa"/>
              <w:bottom w:w="70" w:type="dxa"/>
              <w:right w:w="85" w:type="dxa"/>
            </w:tcMar>
            <w:vAlign w:val="center"/>
          </w:tcPr>
          <w:p w14:paraId="63099FC9" w14:textId="77777777" w:rsidR="00865365" w:rsidRDefault="00000000">
            <w:pPr>
              <w:spacing w:after="0" w:line="240" w:lineRule="auto"/>
            </w:pPr>
            <w:r>
              <w:rPr>
                <w:sz w:val="16"/>
              </w:rPr>
              <w:t>Versiunile depășite sunt eliminate din utilizare; arhivarea ori distrugerea este autorizată.</w:t>
            </w:r>
          </w:p>
        </w:tc>
      </w:tr>
      <w:tr w:rsidR="00865365" w14:paraId="238D27B1" w14:textId="77777777">
        <w:trPr>
          <w:cantSplit/>
          <w:jc w:val="center"/>
        </w:trPr>
        <w:tc>
          <w:tcPr>
            <w:tcW w:w="2494" w:type="dxa"/>
            <w:shd w:val="clear" w:color="auto" w:fill="FFFFFF"/>
            <w:tcMar>
              <w:top w:w="70" w:type="dxa"/>
              <w:left w:w="85" w:type="dxa"/>
              <w:bottom w:w="70" w:type="dxa"/>
              <w:right w:w="85" w:type="dxa"/>
            </w:tcMar>
            <w:vAlign w:val="center"/>
          </w:tcPr>
          <w:p w14:paraId="5BBDF3BC" w14:textId="77777777" w:rsidR="00865365" w:rsidRDefault="00000000">
            <w:pPr>
              <w:spacing w:after="0" w:line="240" w:lineRule="auto"/>
            </w:pPr>
            <w:r>
              <w:rPr>
                <w:sz w:val="16"/>
              </w:rPr>
              <w:t>Semnături și integritatea datelor</w:t>
            </w:r>
          </w:p>
        </w:tc>
        <w:tc>
          <w:tcPr>
            <w:tcW w:w="7427" w:type="dxa"/>
            <w:shd w:val="clear" w:color="auto" w:fill="FFFFFF"/>
            <w:tcMar>
              <w:top w:w="70" w:type="dxa"/>
              <w:left w:w="85" w:type="dxa"/>
              <w:bottom w:w="70" w:type="dxa"/>
              <w:right w:w="85" w:type="dxa"/>
            </w:tcMar>
            <w:vAlign w:val="center"/>
          </w:tcPr>
          <w:p w14:paraId="213C5B74" w14:textId="77777777" w:rsidR="00865365" w:rsidRDefault="00000000">
            <w:pPr>
              <w:spacing w:after="0" w:line="240" w:lineRule="auto"/>
            </w:pPr>
            <w:r>
              <w:rPr>
                <w:sz w:val="16"/>
              </w:rPr>
              <w:t>Stabiliți reguli pentru semnături electronice, audit trail, atribuibilitate, corecturi, copii verificate și prevenirea completării retroactive.</w:t>
            </w:r>
          </w:p>
        </w:tc>
      </w:tr>
      <w:tr w:rsidR="00865365" w14:paraId="69FD3B26" w14:textId="77777777">
        <w:trPr>
          <w:cantSplit/>
          <w:jc w:val="center"/>
        </w:trPr>
        <w:tc>
          <w:tcPr>
            <w:tcW w:w="2494" w:type="dxa"/>
            <w:shd w:val="clear" w:color="auto" w:fill="FAFAFA"/>
            <w:tcMar>
              <w:top w:w="70" w:type="dxa"/>
              <w:left w:w="85" w:type="dxa"/>
              <w:bottom w:w="70" w:type="dxa"/>
              <w:right w:w="85" w:type="dxa"/>
            </w:tcMar>
            <w:vAlign w:val="center"/>
          </w:tcPr>
          <w:p w14:paraId="79386DC4" w14:textId="77777777" w:rsidR="00865365" w:rsidRDefault="00000000">
            <w:pPr>
              <w:spacing w:after="0" w:line="240" w:lineRule="auto"/>
            </w:pPr>
            <w:r>
              <w:rPr>
                <w:sz w:val="16"/>
              </w:rPr>
              <w:t>Legătura dintre dosare</w:t>
            </w:r>
          </w:p>
        </w:tc>
        <w:tc>
          <w:tcPr>
            <w:tcW w:w="7427" w:type="dxa"/>
            <w:shd w:val="clear" w:color="auto" w:fill="FAFAFA"/>
            <w:tcMar>
              <w:top w:w="70" w:type="dxa"/>
              <w:left w:w="85" w:type="dxa"/>
              <w:bottom w:w="70" w:type="dxa"/>
              <w:right w:w="85" w:type="dxa"/>
            </w:tcMar>
            <w:vAlign w:val="center"/>
          </w:tcPr>
          <w:p w14:paraId="04D7E873" w14:textId="77777777" w:rsidR="00865365" w:rsidRDefault="00000000">
            <w:pPr>
              <w:spacing w:after="0" w:line="240" w:lineRule="auto"/>
            </w:pPr>
            <w:r>
              <w:rPr>
                <w:sz w:val="16"/>
              </w:rPr>
              <w:t>Schimbările trebuie propagate controlat în dosarul dispozitivului, design file, risk file, producție, etichetare, validări și documentele de piață.</w:t>
            </w:r>
          </w:p>
        </w:tc>
      </w:tr>
      <w:tr w:rsidR="00865365" w14:paraId="7D5D6269" w14:textId="77777777">
        <w:trPr>
          <w:cantSplit/>
          <w:jc w:val="center"/>
        </w:trPr>
        <w:tc>
          <w:tcPr>
            <w:tcW w:w="2494" w:type="dxa"/>
            <w:shd w:val="clear" w:color="auto" w:fill="FFFFFF"/>
            <w:tcMar>
              <w:top w:w="70" w:type="dxa"/>
              <w:left w:w="85" w:type="dxa"/>
              <w:bottom w:w="70" w:type="dxa"/>
              <w:right w:w="85" w:type="dxa"/>
            </w:tcMar>
            <w:vAlign w:val="center"/>
          </w:tcPr>
          <w:p w14:paraId="32D30390" w14:textId="77777777" w:rsidR="00865365" w:rsidRDefault="00000000">
            <w:pPr>
              <w:spacing w:after="0" w:line="240" w:lineRule="auto"/>
            </w:pPr>
            <w:r>
              <w:rPr>
                <w:sz w:val="16"/>
              </w:rPr>
              <w:t>Confidențialitate și date de sănătate</w:t>
            </w:r>
          </w:p>
        </w:tc>
        <w:tc>
          <w:tcPr>
            <w:tcW w:w="7427" w:type="dxa"/>
            <w:shd w:val="clear" w:color="auto" w:fill="FFFFFF"/>
            <w:tcMar>
              <w:top w:w="70" w:type="dxa"/>
              <w:left w:w="85" w:type="dxa"/>
              <w:bottom w:w="70" w:type="dxa"/>
              <w:right w:w="85" w:type="dxa"/>
            </w:tcMar>
            <w:vAlign w:val="center"/>
          </w:tcPr>
          <w:p w14:paraId="643C6E39" w14:textId="77777777" w:rsidR="00865365" w:rsidRDefault="00000000">
            <w:pPr>
              <w:spacing w:after="0" w:line="240" w:lineRule="auto"/>
            </w:pPr>
            <w:r>
              <w:rPr>
                <w:sz w:val="16"/>
              </w:rPr>
              <w:t>Protejați datele pacienților, utilizatorilor, investigațiilor clinice și reclamațiilor conform jurisdicției.</w:t>
            </w:r>
          </w:p>
        </w:tc>
      </w:tr>
      <w:tr w:rsidR="00865365" w14:paraId="43712580" w14:textId="77777777">
        <w:trPr>
          <w:cantSplit/>
          <w:jc w:val="center"/>
        </w:trPr>
        <w:tc>
          <w:tcPr>
            <w:tcW w:w="2494" w:type="dxa"/>
            <w:shd w:val="clear" w:color="auto" w:fill="FAFAFA"/>
            <w:tcMar>
              <w:top w:w="70" w:type="dxa"/>
              <w:left w:w="85" w:type="dxa"/>
              <w:bottom w:w="70" w:type="dxa"/>
              <w:right w:w="85" w:type="dxa"/>
            </w:tcMar>
            <w:vAlign w:val="center"/>
          </w:tcPr>
          <w:p w14:paraId="029550F5" w14:textId="77777777" w:rsidR="00865365" w:rsidRDefault="00000000">
            <w:pPr>
              <w:spacing w:after="0" w:line="240" w:lineRule="auto"/>
            </w:pPr>
            <w:r>
              <w:rPr>
                <w:sz w:val="16"/>
              </w:rPr>
              <w:t>Versiunea aplicabilă pe lot</w:t>
            </w:r>
          </w:p>
        </w:tc>
        <w:tc>
          <w:tcPr>
            <w:tcW w:w="7427" w:type="dxa"/>
            <w:shd w:val="clear" w:color="auto" w:fill="FAFAFA"/>
            <w:tcMar>
              <w:top w:w="70" w:type="dxa"/>
              <w:left w:w="85" w:type="dxa"/>
              <w:bottom w:w="70" w:type="dxa"/>
              <w:right w:w="85" w:type="dxa"/>
            </w:tcMar>
            <w:vAlign w:val="center"/>
          </w:tcPr>
          <w:p w14:paraId="354F6F64" w14:textId="77777777" w:rsidR="00865365" w:rsidRDefault="00000000">
            <w:pPr>
              <w:spacing w:after="0" w:line="240" w:lineRule="auto"/>
            </w:pPr>
            <w:r>
              <w:rPr>
                <w:sz w:val="16"/>
              </w:rPr>
              <w:t>Înregistrarea de producție trebuie să permită identificarea reviziilor de documente, software, materiale și echipamente folosite.</w:t>
            </w:r>
          </w:p>
        </w:tc>
      </w:tr>
    </w:tbl>
    <w:p w14:paraId="66B865A1" w14:textId="77777777" w:rsidR="00865365" w:rsidRDefault="00865365">
      <w:pPr>
        <w:spacing w:after="20"/>
      </w:pPr>
    </w:p>
    <w:p w14:paraId="4B1FD24A" w14:textId="77777777" w:rsidR="00865365" w:rsidRDefault="00000000">
      <w:pPr>
        <w:pStyle w:val="Heading2"/>
      </w:pPr>
      <w:r>
        <w:t>Elemente minime pe un document controlat</w:t>
      </w:r>
    </w:p>
    <w:p w14:paraId="1ED343F1" w14:textId="77777777" w:rsidR="00865365" w:rsidRDefault="00000000">
      <w:pPr>
        <w:pStyle w:val="ListBullet"/>
        <w:spacing w:after="40"/>
        <w:ind w:left="283" w:hanging="170"/>
      </w:pPr>
      <w:r>
        <w:t>Titlu, cod, proprietar, număr de revizie și data intrării în vigoare.</w:t>
      </w:r>
    </w:p>
    <w:p w14:paraId="29E22CF9" w14:textId="77777777" w:rsidR="00865365" w:rsidRDefault="00000000">
      <w:pPr>
        <w:pStyle w:val="ListBullet"/>
        <w:spacing w:after="40"/>
        <w:ind w:left="283" w:hanging="170"/>
      </w:pPr>
      <w:r>
        <w:t>Aprobator și, când este necesar, verificator tehnic sau juridic.</w:t>
      </w:r>
    </w:p>
    <w:p w14:paraId="64E41DAD" w14:textId="77777777" w:rsidR="00865365" w:rsidRDefault="00000000">
      <w:pPr>
        <w:pStyle w:val="ListBullet"/>
        <w:spacing w:after="40"/>
        <w:ind w:left="283" w:hanging="170"/>
      </w:pPr>
      <w:r>
        <w:t>Domeniu de utilizare, roluri responsabile și documente asociate.</w:t>
      </w:r>
    </w:p>
    <w:p w14:paraId="1E537228" w14:textId="77777777" w:rsidR="00865365" w:rsidRDefault="00000000">
      <w:pPr>
        <w:pStyle w:val="ListBullet"/>
        <w:spacing w:after="40"/>
        <w:ind w:left="283" w:hanging="170"/>
      </w:pPr>
      <w:r>
        <w:t>Istoric succint al modificărilor importante.</w:t>
      </w:r>
    </w:p>
    <w:p w14:paraId="024F2920" w14:textId="77777777" w:rsidR="00865365" w:rsidRDefault="00000000">
      <w:pPr>
        <w:pStyle w:val="ListBullet"/>
        <w:spacing w:after="40"/>
        <w:ind w:left="283" w:hanging="170"/>
      </w:pPr>
      <w:r>
        <w:t>Identificarea copiei necontrolate, dacă documentul este tipărit sau exportat.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65365" w14:paraId="13D4AC34" w14:textId="77777777">
        <w:trPr>
          <w:cantSplit/>
          <w:jc w:val="center"/>
        </w:trPr>
        <w:tc>
          <w:tcPr>
            <w:tcW w:w="567" w:type="dxa"/>
            <w:shd w:val="clear" w:color="auto" w:fill="D71920"/>
            <w:tcMar>
              <w:top w:w="70" w:type="dxa"/>
              <w:left w:w="85" w:type="dxa"/>
              <w:bottom w:w="70" w:type="dxa"/>
              <w:right w:w="85" w:type="dxa"/>
            </w:tcMar>
            <w:vAlign w:val="center"/>
          </w:tcPr>
          <w:p w14:paraId="31E953C4" w14:textId="77777777" w:rsidR="00865365" w:rsidRDefault="00000000">
            <w:pPr>
              <w:spacing w:after="0" w:line="240" w:lineRule="auto"/>
              <w:jc w:val="center"/>
            </w:pPr>
            <w:r>
              <w:rPr>
                <w:b/>
                <w:color w:val="FFFFFF"/>
                <w:sz w:val="30"/>
              </w:rPr>
              <w:t>i</w:t>
            </w:r>
          </w:p>
        </w:tc>
        <w:tc>
          <w:tcPr>
            <w:tcW w:w="9354" w:type="dxa"/>
            <w:shd w:val="clear" w:color="auto" w:fill="FCEBEC"/>
          </w:tcPr>
          <w:p w14:paraId="5F3F6750" w14:textId="77777777" w:rsidR="00865365" w:rsidRDefault="00000000">
            <w:pPr>
              <w:spacing w:after="20"/>
            </w:pPr>
            <w:r>
              <w:rPr>
                <w:b/>
                <w:color w:val="D71920"/>
                <w:sz w:val="17"/>
              </w:rPr>
              <w:t>TERMENELE DE PĂSTRARE NU SUNT UNIVERSALE</w:t>
            </w:r>
          </w:p>
          <w:p w14:paraId="1E6B4221" w14:textId="77777777" w:rsidR="00865365" w:rsidRDefault="00000000">
            <w:pPr>
              <w:spacing w:after="0" w:line="247" w:lineRule="auto"/>
            </w:pPr>
            <w:r>
              <w:rPr>
                <w:sz w:val="16"/>
              </w:rPr>
              <w:t>Standardul nu stabilește, de regulă, un număr fix de ani. Organizația trebuie să coreleze păstrarea cu legislația, autorizațiile, contractele, perioadele de latență, termenele de prescripție, riscul și necesitatea de analiză a tendințelor.</w:t>
            </w:r>
          </w:p>
        </w:tc>
      </w:tr>
    </w:tbl>
    <w:p w14:paraId="60DF13EA" w14:textId="77777777" w:rsidR="00865365" w:rsidRDefault="00865365">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14:paraId="0C196845" w14:textId="77777777">
        <w:trPr>
          <w:cantSplit/>
          <w:jc w:val="center"/>
        </w:trPr>
        <w:tc>
          <w:tcPr>
            <w:tcW w:w="1020" w:type="dxa"/>
            <w:shd w:val="clear" w:color="auto" w:fill="D71920"/>
            <w:tcMar>
              <w:top w:w="70" w:type="dxa"/>
              <w:left w:w="85" w:type="dxa"/>
              <w:bottom w:w="70" w:type="dxa"/>
              <w:right w:w="85" w:type="dxa"/>
            </w:tcMar>
            <w:vAlign w:val="center"/>
          </w:tcPr>
          <w:p w14:paraId="690BEDB8" w14:textId="77777777" w:rsidR="00865365" w:rsidRDefault="00000000">
            <w:pPr>
              <w:spacing w:after="0" w:line="240" w:lineRule="auto"/>
              <w:jc w:val="center"/>
            </w:pPr>
            <w:r>
              <w:rPr>
                <w:b/>
                <w:color w:val="FFFFFF"/>
                <w:sz w:val="34"/>
              </w:rPr>
              <w:t>7</w:t>
            </w:r>
          </w:p>
        </w:tc>
        <w:tc>
          <w:tcPr>
            <w:tcW w:w="8901" w:type="dxa"/>
            <w:shd w:val="clear" w:color="auto" w:fill="F3F4F5"/>
          </w:tcPr>
          <w:p w14:paraId="09AB9366" w14:textId="77777777" w:rsidR="00865365" w:rsidRDefault="00000000">
            <w:pPr>
              <w:spacing w:after="20"/>
            </w:pPr>
            <w:r>
              <w:rPr>
                <w:b/>
                <w:sz w:val="27"/>
              </w:rPr>
              <w:t>Modele de registre și formulare</w:t>
            </w:r>
          </w:p>
          <w:p w14:paraId="16426495" w14:textId="77777777" w:rsidR="00865365" w:rsidRDefault="00000000">
            <w:pPr>
              <w:spacing w:after="0"/>
            </w:pPr>
            <w:r>
              <w:rPr>
                <w:color w:val="666666"/>
                <w:sz w:val="16"/>
              </w:rPr>
              <w:t>Câmpurile pot fi integrate într-o aplicație, într-un registru unic sau în documentele existente</w:t>
            </w:r>
          </w:p>
        </w:tc>
      </w:tr>
    </w:tbl>
    <w:p w14:paraId="45C1E520" w14:textId="77777777" w:rsidR="00865365" w:rsidRDefault="00865365">
      <w:pPr>
        <w:spacing w:after="0"/>
      </w:pPr>
    </w:p>
    <w:p w14:paraId="3A7FD019" w14:textId="77777777" w:rsidR="00865365" w:rsidRDefault="00000000">
      <w:pPr>
        <w:pStyle w:val="Heading2"/>
      </w:pPr>
      <w:r>
        <w:t>Listă master a documentelor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04"/>
        <w:gridCol w:w="2438"/>
        <w:gridCol w:w="1417"/>
        <w:gridCol w:w="680"/>
        <w:gridCol w:w="1020"/>
        <w:gridCol w:w="1417"/>
        <w:gridCol w:w="1020"/>
        <w:gridCol w:w="624"/>
      </w:tblGrid>
      <w:tr w:rsidR="00865365" w14:paraId="4D42D085" w14:textId="77777777">
        <w:trPr>
          <w:tblHeader/>
          <w:jc w:val="center"/>
        </w:trPr>
        <w:tc>
          <w:tcPr>
            <w:tcW w:w="1304" w:type="dxa"/>
            <w:shd w:val="clear" w:color="auto" w:fill="D71920"/>
            <w:tcMar>
              <w:top w:w="70" w:type="dxa"/>
              <w:left w:w="85" w:type="dxa"/>
              <w:bottom w:w="70" w:type="dxa"/>
              <w:right w:w="85" w:type="dxa"/>
            </w:tcMar>
            <w:vAlign w:val="center"/>
          </w:tcPr>
          <w:p w14:paraId="545F0FE5" w14:textId="77777777" w:rsidR="00865365" w:rsidRDefault="00000000">
            <w:pPr>
              <w:spacing w:after="0" w:line="240" w:lineRule="auto"/>
              <w:jc w:val="center"/>
            </w:pPr>
            <w:r>
              <w:rPr>
                <w:b/>
                <w:color w:val="FFFFFF"/>
                <w:sz w:val="13"/>
              </w:rPr>
              <w:t>COD</w:t>
            </w:r>
          </w:p>
        </w:tc>
        <w:tc>
          <w:tcPr>
            <w:tcW w:w="2438" w:type="dxa"/>
            <w:shd w:val="clear" w:color="auto" w:fill="D71920"/>
            <w:tcMar>
              <w:top w:w="70" w:type="dxa"/>
              <w:left w:w="85" w:type="dxa"/>
              <w:bottom w:w="70" w:type="dxa"/>
              <w:right w:w="85" w:type="dxa"/>
            </w:tcMar>
            <w:vAlign w:val="center"/>
          </w:tcPr>
          <w:p w14:paraId="5DF1A299" w14:textId="77777777" w:rsidR="00865365" w:rsidRDefault="00000000">
            <w:pPr>
              <w:spacing w:after="0" w:line="240" w:lineRule="auto"/>
              <w:jc w:val="center"/>
            </w:pPr>
            <w:r>
              <w:rPr>
                <w:b/>
                <w:color w:val="FFFFFF"/>
                <w:sz w:val="13"/>
              </w:rPr>
              <w:t>TITLU</w:t>
            </w:r>
          </w:p>
        </w:tc>
        <w:tc>
          <w:tcPr>
            <w:tcW w:w="1417" w:type="dxa"/>
            <w:shd w:val="clear" w:color="auto" w:fill="D71920"/>
            <w:tcMar>
              <w:top w:w="70" w:type="dxa"/>
              <w:left w:w="85" w:type="dxa"/>
              <w:bottom w:w="70" w:type="dxa"/>
              <w:right w:w="85" w:type="dxa"/>
            </w:tcMar>
            <w:vAlign w:val="center"/>
          </w:tcPr>
          <w:p w14:paraId="19F7C2B1" w14:textId="77777777" w:rsidR="00865365" w:rsidRDefault="00000000">
            <w:pPr>
              <w:spacing w:after="0" w:line="240" w:lineRule="auto"/>
              <w:jc w:val="center"/>
            </w:pPr>
            <w:r>
              <w:rPr>
                <w:b/>
                <w:color w:val="FFFFFF"/>
                <w:sz w:val="13"/>
              </w:rPr>
              <w:t>PROPRIETAR</w:t>
            </w:r>
          </w:p>
        </w:tc>
        <w:tc>
          <w:tcPr>
            <w:tcW w:w="680" w:type="dxa"/>
            <w:shd w:val="clear" w:color="auto" w:fill="D71920"/>
            <w:tcMar>
              <w:top w:w="70" w:type="dxa"/>
              <w:left w:w="85" w:type="dxa"/>
              <w:bottom w:w="70" w:type="dxa"/>
              <w:right w:w="85" w:type="dxa"/>
            </w:tcMar>
            <w:vAlign w:val="center"/>
          </w:tcPr>
          <w:p w14:paraId="50F4C47C" w14:textId="77777777" w:rsidR="00865365" w:rsidRDefault="00000000">
            <w:pPr>
              <w:spacing w:after="0" w:line="240" w:lineRule="auto"/>
              <w:jc w:val="center"/>
            </w:pPr>
            <w:r>
              <w:rPr>
                <w:b/>
                <w:color w:val="FFFFFF"/>
                <w:sz w:val="13"/>
              </w:rPr>
              <w:t>REV.</w:t>
            </w:r>
          </w:p>
        </w:tc>
        <w:tc>
          <w:tcPr>
            <w:tcW w:w="1020" w:type="dxa"/>
            <w:shd w:val="clear" w:color="auto" w:fill="D71920"/>
            <w:tcMar>
              <w:top w:w="70" w:type="dxa"/>
              <w:left w:w="85" w:type="dxa"/>
              <w:bottom w:w="70" w:type="dxa"/>
              <w:right w:w="85" w:type="dxa"/>
            </w:tcMar>
            <w:vAlign w:val="center"/>
          </w:tcPr>
          <w:p w14:paraId="5922AE20" w14:textId="77777777" w:rsidR="00865365" w:rsidRDefault="00000000">
            <w:pPr>
              <w:spacing w:after="0" w:line="240" w:lineRule="auto"/>
              <w:jc w:val="center"/>
            </w:pPr>
            <w:r>
              <w:rPr>
                <w:b/>
                <w:color w:val="FFFFFF"/>
                <w:sz w:val="13"/>
              </w:rPr>
              <w:t>DATA</w:t>
            </w:r>
          </w:p>
        </w:tc>
        <w:tc>
          <w:tcPr>
            <w:tcW w:w="1417" w:type="dxa"/>
            <w:shd w:val="clear" w:color="auto" w:fill="D71920"/>
            <w:tcMar>
              <w:top w:w="70" w:type="dxa"/>
              <w:left w:w="85" w:type="dxa"/>
              <w:bottom w:w="70" w:type="dxa"/>
              <w:right w:w="85" w:type="dxa"/>
            </w:tcMar>
            <w:vAlign w:val="center"/>
          </w:tcPr>
          <w:p w14:paraId="227EDCBD" w14:textId="77777777" w:rsidR="00865365" w:rsidRDefault="00000000">
            <w:pPr>
              <w:spacing w:after="0" w:line="240" w:lineRule="auto"/>
              <w:jc w:val="center"/>
            </w:pPr>
            <w:r>
              <w:rPr>
                <w:b/>
                <w:color w:val="FFFFFF"/>
                <w:sz w:val="13"/>
              </w:rPr>
              <w:t>LOCAȚIE</w:t>
            </w:r>
          </w:p>
        </w:tc>
        <w:tc>
          <w:tcPr>
            <w:tcW w:w="1020" w:type="dxa"/>
            <w:shd w:val="clear" w:color="auto" w:fill="D71920"/>
            <w:tcMar>
              <w:top w:w="70" w:type="dxa"/>
              <w:left w:w="85" w:type="dxa"/>
              <w:bottom w:w="70" w:type="dxa"/>
              <w:right w:w="85" w:type="dxa"/>
            </w:tcMar>
            <w:vAlign w:val="center"/>
          </w:tcPr>
          <w:p w14:paraId="77E713B3" w14:textId="77777777" w:rsidR="00865365" w:rsidRDefault="00000000">
            <w:pPr>
              <w:spacing w:after="0" w:line="240" w:lineRule="auto"/>
              <w:jc w:val="center"/>
            </w:pPr>
            <w:r>
              <w:rPr>
                <w:b/>
                <w:color w:val="FFFFFF"/>
                <w:sz w:val="13"/>
              </w:rPr>
              <w:t>ACCES</w:t>
            </w:r>
          </w:p>
        </w:tc>
        <w:tc>
          <w:tcPr>
            <w:tcW w:w="624" w:type="dxa"/>
            <w:shd w:val="clear" w:color="auto" w:fill="D71920"/>
            <w:tcMar>
              <w:top w:w="70" w:type="dxa"/>
              <w:left w:w="85" w:type="dxa"/>
              <w:bottom w:w="70" w:type="dxa"/>
              <w:right w:w="85" w:type="dxa"/>
            </w:tcMar>
            <w:vAlign w:val="center"/>
          </w:tcPr>
          <w:p w14:paraId="76EBC072" w14:textId="77777777" w:rsidR="00865365" w:rsidRDefault="00000000">
            <w:pPr>
              <w:spacing w:after="0" w:line="240" w:lineRule="auto"/>
              <w:jc w:val="center"/>
            </w:pPr>
            <w:r>
              <w:rPr>
                <w:b/>
                <w:color w:val="FFFFFF"/>
                <w:sz w:val="13"/>
              </w:rPr>
              <w:t>STATUS</w:t>
            </w:r>
          </w:p>
        </w:tc>
      </w:tr>
      <w:tr w:rsidR="00865365" w14:paraId="2DBD6595" w14:textId="77777777">
        <w:trPr>
          <w:cantSplit/>
          <w:jc w:val="center"/>
        </w:trPr>
        <w:tc>
          <w:tcPr>
            <w:tcW w:w="1304" w:type="dxa"/>
            <w:shd w:val="clear" w:color="auto" w:fill="FFFFFF"/>
            <w:tcMar>
              <w:top w:w="70" w:type="dxa"/>
              <w:left w:w="85" w:type="dxa"/>
              <w:bottom w:w="70" w:type="dxa"/>
              <w:right w:w="85" w:type="dxa"/>
            </w:tcMar>
            <w:vAlign w:val="center"/>
          </w:tcPr>
          <w:p w14:paraId="174668F1" w14:textId="77777777" w:rsidR="00865365" w:rsidRDefault="00000000">
            <w:pPr>
              <w:spacing w:after="0" w:line="240" w:lineRule="auto"/>
            </w:pPr>
            <w:r>
              <w:rPr>
                <w:sz w:val="13"/>
              </w:rPr>
              <w:t>MAN-QMS-01</w:t>
            </w:r>
          </w:p>
        </w:tc>
        <w:tc>
          <w:tcPr>
            <w:tcW w:w="2438" w:type="dxa"/>
            <w:shd w:val="clear" w:color="auto" w:fill="FFFFFF"/>
            <w:tcMar>
              <w:top w:w="70" w:type="dxa"/>
              <w:left w:w="85" w:type="dxa"/>
              <w:bottom w:w="70" w:type="dxa"/>
              <w:right w:w="85" w:type="dxa"/>
            </w:tcMar>
            <w:vAlign w:val="center"/>
          </w:tcPr>
          <w:p w14:paraId="0334AB3D" w14:textId="77777777" w:rsidR="00865365" w:rsidRDefault="00000000">
            <w:pPr>
              <w:spacing w:after="0" w:line="240" w:lineRule="auto"/>
            </w:pPr>
            <w:r>
              <w:rPr>
                <w:sz w:val="13"/>
              </w:rPr>
              <w:t>Manualul calității</w:t>
            </w:r>
          </w:p>
        </w:tc>
        <w:tc>
          <w:tcPr>
            <w:tcW w:w="1417" w:type="dxa"/>
            <w:shd w:val="clear" w:color="auto" w:fill="FFFFFF"/>
            <w:tcMar>
              <w:top w:w="70" w:type="dxa"/>
              <w:left w:w="85" w:type="dxa"/>
              <w:bottom w:w="70" w:type="dxa"/>
              <w:right w:w="85" w:type="dxa"/>
            </w:tcMar>
            <w:vAlign w:val="center"/>
          </w:tcPr>
          <w:p w14:paraId="1699F3CB" w14:textId="77777777" w:rsidR="00865365" w:rsidRDefault="00000000">
            <w:pPr>
              <w:spacing w:after="0" w:line="240" w:lineRule="auto"/>
            </w:pPr>
            <w:r>
              <w:rPr>
                <w:sz w:val="13"/>
              </w:rPr>
              <w:t>QA</w:t>
            </w:r>
          </w:p>
        </w:tc>
        <w:tc>
          <w:tcPr>
            <w:tcW w:w="680" w:type="dxa"/>
            <w:shd w:val="clear" w:color="auto" w:fill="FFFFFF"/>
            <w:tcMar>
              <w:top w:w="70" w:type="dxa"/>
              <w:left w:w="85" w:type="dxa"/>
              <w:bottom w:w="70" w:type="dxa"/>
              <w:right w:w="85" w:type="dxa"/>
            </w:tcMar>
            <w:vAlign w:val="center"/>
          </w:tcPr>
          <w:p w14:paraId="2B2A61CE" w14:textId="77777777" w:rsidR="00865365" w:rsidRDefault="00000000">
            <w:pPr>
              <w:spacing w:after="0" w:line="240" w:lineRule="auto"/>
            </w:pPr>
            <w:r>
              <w:rPr>
                <w:sz w:val="13"/>
              </w:rPr>
              <w:t>R__</w:t>
            </w:r>
          </w:p>
        </w:tc>
        <w:tc>
          <w:tcPr>
            <w:tcW w:w="1020" w:type="dxa"/>
            <w:shd w:val="clear" w:color="auto" w:fill="FFFFFF"/>
            <w:tcMar>
              <w:top w:w="70" w:type="dxa"/>
              <w:left w:w="85" w:type="dxa"/>
              <w:bottom w:w="70" w:type="dxa"/>
              <w:right w:w="85" w:type="dxa"/>
            </w:tcMar>
            <w:vAlign w:val="center"/>
          </w:tcPr>
          <w:p w14:paraId="13F6E904" w14:textId="77777777" w:rsidR="00865365" w:rsidRDefault="00000000">
            <w:pPr>
              <w:spacing w:after="0" w:line="240" w:lineRule="auto"/>
            </w:pPr>
            <w:r>
              <w:rPr>
                <w:sz w:val="13"/>
              </w:rPr>
              <w:t>__/__/____</w:t>
            </w:r>
          </w:p>
        </w:tc>
        <w:tc>
          <w:tcPr>
            <w:tcW w:w="1417" w:type="dxa"/>
            <w:shd w:val="clear" w:color="auto" w:fill="FFFFFF"/>
            <w:tcMar>
              <w:top w:w="70" w:type="dxa"/>
              <w:left w:w="85" w:type="dxa"/>
              <w:bottom w:w="70" w:type="dxa"/>
              <w:right w:w="85" w:type="dxa"/>
            </w:tcMar>
            <w:vAlign w:val="center"/>
          </w:tcPr>
          <w:p w14:paraId="0255F561" w14:textId="77777777" w:rsidR="00865365" w:rsidRDefault="00000000">
            <w:pPr>
              <w:spacing w:after="0" w:line="240" w:lineRule="auto"/>
            </w:pPr>
            <w:r>
              <w:rPr>
                <w:sz w:val="13"/>
              </w:rPr>
              <w:t>eQMS</w:t>
            </w:r>
          </w:p>
        </w:tc>
        <w:tc>
          <w:tcPr>
            <w:tcW w:w="1020" w:type="dxa"/>
            <w:shd w:val="clear" w:color="auto" w:fill="FFFFFF"/>
            <w:tcMar>
              <w:top w:w="70" w:type="dxa"/>
              <w:left w:w="85" w:type="dxa"/>
              <w:bottom w:w="70" w:type="dxa"/>
              <w:right w:w="85" w:type="dxa"/>
            </w:tcMar>
            <w:vAlign w:val="center"/>
          </w:tcPr>
          <w:p w14:paraId="36B3432F" w14:textId="77777777" w:rsidR="00865365" w:rsidRDefault="00000000">
            <w:pPr>
              <w:spacing w:after="0" w:line="240" w:lineRule="auto"/>
            </w:pPr>
            <w:r>
              <w:rPr>
                <w:sz w:val="13"/>
              </w:rPr>
              <w:t>Intern</w:t>
            </w:r>
          </w:p>
        </w:tc>
        <w:tc>
          <w:tcPr>
            <w:tcW w:w="624" w:type="dxa"/>
            <w:shd w:val="clear" w:color="auto" w:fill="FFFFFF"/>
            <w:tcMar>
              <w:top w:w="70" w:type="dxa"/>
              <w:left w:w="85" w:type="dxa"/>
              <w:bottom w:w="70" w:type="dxa"/>
              <w:right w:w="85" w:type="dxa"/>
            </w:tcMar>
            <w:vAlign w:val="center"/>
          </w:tcPr>
          <w:p w14:paraId="16253DB7" w14:textId="77777777" w:rsidR="00865365" w:rsidRDefault="00000000">
            <w:pPr>
              <w:spacing w:after="0" w:line="240" w:lineRule="auto"/>
            </w:pPr>
            <w:r>
              <w:rPr>
                <w:sz w:val="13"/>
              </w:rPr>
              <w:t>Activ</w:t>
            </w:r>
          </w:p>
        </w:tc>
      </w:tr>
      <w:tr w:rsidR="00865365" w14:paraId="501E89E9" w14:textId="77777777">
        <w:trPr>
          <w:cantSplit/>
          <w:jc w:val="center"/>
        </w:trPr>
        <w:tc>
          <w:tcPr>
            <w:tcW w:w="1304" w:type="dxa"/>
            <w:shd w:val="clear" w:color="auto" w:fill="FAFAFA"/>
            <w:tcMar>
              <w:top w:w="70" w:type="dxa"/>
              <w:left w:w="85" w:type="dxa"/>
              <w:bottom w:w="70" w:type="dxa"/>
              <w:right w:w="85" w:type="dxa"/>
            </w:tcMar>
            <w:vAlign w:val="center"/>
          </w:tcPr>
          <w:p w14:paraId="55EEBF46" w14:textId="77777777" w:rsidR="00865365" w:rsidRDefault="00000000">
            <w:pPr>
              <w:spacing w:after="0" w:line="240" w:lineRule="auto"/>
            </w:pPr>
            <w:r>
              <w:rPr>
                <w:sz w:val="13"/>
              </w:rPr>
              <w:t>REG-MD-02</w:t>
            </w:r>
          </w:p>
        </w:tc>
        <w:tc>
          <w:tcPr>
            <w:tcW w:w="2438" w:type="dxa"/>
            <w:shd w:val="clear" w:color="auto" w:fill="FAFAFA"/>
            <w:tcMar>
              <w:top w:w="70" w:type="dxa"/>
              <w:left w:w="85" w:type="dxa"/>
              <w:bottom w:w="70" w:type="dxa"/>
              <w:right w:w="85" w:type="dxa"/>
            </w:tcMar>
            <w:vAlign w:val="center"/>
          </w:tcPr>
          <w:p w14:paraId="432CB878" w14:textId="77777777" w:rsidR="00865365" w:rsidRDefault="00000000">
            <w:pPr>
              <w:spacing w:after="0" w:line="240" w:lineRule="auto"/>
            </w:pPr>
            <w:r>
              <w:rPr>
                <w:sz w:val="13"/>
              </w:rPr>
              <w:t>Matrice cerințe reglementare</w:t>
            </w:r>
          </w:p>
        </w:tc>
        <w:tc>
          <w:tcPr>
            <w:tcW w:w="1417" w:type="dxa"/>
            <w:shd w:val="clear" w:color="auto" w:fill="FAFAFA"/>
            <w:tcMar>
              <w:top w:w="70" w:type="dxa"/>
              <w:left w:w="85" w:type="dxa"/>
              <w:bottom w:w="70" w:type="dxa"/>
              <w:right w:w="85" w:type="dxa"/>
            </w:tcMar>
            <w:vAlign w:val="center"/>
          </w:tcPr>
          <w:p w14:paraId="25ADBDD8" w14:textId="77777777" w:rsidR="00865365" w:rsidRDefault="00000000">
            <w:pPr>
              <w:spacing w:after="0" w:line="240" w:lineRule="auto"/>
            </w:pPr>
            <w:r>
              <w:rPr>
                <w:sz w:val="13"/>
              </w:rPr>
              <w:t>RA</w:t>
            </w:r>
          </w:p>
        </w:tc>
        <w:tc>
          <w:tcPr>
            <w:tcW w:w="680" w:type="dxa"/>
            <w:shd w:val="clear" w:color="auto" w:fill="FAFAFA"/>
            <w:tcMar>
              <w:top w:w="70" w:type="dxa"/>
              <w:left w:w="85" w:type="dxa"/>
              <w:bottom w:w="70" w:type="dxa"/>
              <w:right w:w="85" w:type="dxa"/>
            </w:tcMar>
            <w:vAlign w:val="center"/>
          </w:tcPr>
          <w:p w14:paraId="1558D0AD" w14:textId="77777777" w:rsidR="00865365" w:rsidRDefault="00000000">
            <w:pPr>
              <w:spacing w:after="0" w:line="240" w:lineRule="auto"/>
            </w:pPr>
            <w:r>
              <w:rPr>
                <w:sz w:val="13"/>
              </w:rPr>
              <w:t>R__</w:t>
            </w:r>
          </w:p>
        </w:tc>
        <w:tc>
          <w:tcPr>
            <w:tcW w:w="1020" w:type="dxa"/>
            <w:shd w:val="clear" w:color="auto" w:fill="FAFAFA"/>
            <w:tcMar>
              <w:top w:w="70" w:type="dxa"/>
              <w:left w:w="85" w:type="dxa"/>
              <w:bottom w:w="70" w:type="dxa"/>
              <w:right w:w="85" w:type="dxa"/>
            </w:tcMar>
            <w:vAlign w:val="center"/>
          </w:tcPr>
          <w:p w14:paraId="0B4A4216" w14:textId="77777777" w:rsidR="00865365" w:rsidRDefault="00000000">
            <w:pPr>
              <w:spacing w:after="0" w:line="240" w:lineRule="auto"/>
            </w:pPr>
            <w:r>
              <w:rPr>
                <w:sz w:val="13"/>
              </w:rPr>
              <w:t>__/__/____</w:t>
            </w:r>
          </w:p>
        </w:tc>
        <w:tc>
          <w:tcPr>
            <w:tcW w:w="1417" w:type="dxa"/>
            <w:shd w:val="clear" w:color="auto" w:fill="FAFAFA"/>
            <w:tcMar>
              <w:top w:w="70" w:type="dxa"/>
              <w:left w:w="85" w:type="dxa"/>
              <w:bottom w:w="70" w:type="dxa"/>
              <w:right w:w="85" w:type="dxa"/>
            </w:tcMar>
            <w:vAlign w:val="center"/>
          </w:tcPr>
          <w:p w14:paraId="3AD5F32D" w14:textId="77777777" w:rsidR="00865365" w:rsidRDefault="00000000">
            <w:pPr>
              <w:spacing w:after="0" w:line="240" w:lineRule="auto"/>
            </w:pPr>
            <w:r>
              <w:rPr>
                <w:sz w:val="13"/>
              </w:rPr>
              <w:t>eQMS</w:t>
            </w:r>
          </w:p>
        </w:tc>
        <w:tc>
          <w:tcPr>
            <w:tcW w:w="1020" w:type="dxa"/>
            <w:shd w:val="clear" w:color="auto" w:fill="FAFAFA"/>
            <w:tcMar>
              <w:top w:w="70" w:type="dxa"/>
              <w:left w:w="85" w:type="dxa"/>
              <w:bottom w:w="70" w:type="dxa"/>
              <w:right w:w="85" w:type="dxa"/>
            </w:tcMar>
            <w:vAlign w:val="center"/>
          </w:tcPr>
          <w:p w14:paraId="3CDECD21" w14:textId="77777777" w:rsidR="00865365" w:rsidRDefault="00000000">
            <w:pPr>
              <w:spacing w:after="0" w:line="240" w:lineRule="auto"/>
            </w:pPr>
            <w:r>
              <w:rPr>
                <w:sz w:val="13"/>
              </w:rPr>
              <w:t>Restricționat</w:t>
            </w:r>
          </w:p>
        </w:tc>
        <w:tc>
          <w:tcPr>
            <w:tcW w:w="624" w:type="dxa"/>
            <w:shd w:val="clear" w:color="auto" w:fill="FAFAFA"/>
            <w:tcMar>
              <w:top w:w="70" w:type="dxa"/>
              <w:left w:w="85" w:type="dxa"/>
              <w:bottom w:w="70" w:type="dxa"/>
              <w:right w:w="85" w:type="dxa"/>
            </w:tcMar>
            <w:vAlign w:val="center"/>
          </w:tcPr>
          <w:p w14:paraId="4A704547" w14:textId="77777777" w:rsidR="00865365" w:rsidRDefault="00000000">
            <w:pPr>
              <w:spacing w:after="0" w:line="240" w:lineRule="auto"/>
            </w:pPr>
            <w:r>
              <w:rPr>
                <w:sz w:val="13"/>
              </w:rPr>
              <w:t>Activ</w:t>
            </w:r>
          </w:p>
        </w:tc>
      </w:tr>
      <w:tr w:rsidR="00865365" w14:paraId="4B18D7D3" w14:textId="77777777">
        <w:trPr>
          <w:cantSplit/>
          <w:jc w:val="center"/>
        </w:trPr>
        <w:tc>
          <w:tcPr>
            <w:tcW w:w="1304" w:type="dxa"/>
            <w:shd w:val="clear" w:color="auto" w:fill="FFFFFF"/>
            <w:tcMar>
              <w:top w:w="70" w:type="dxa"/>
              <w:left w:w="85" w:type="dxa"/>
              <w:bottom w:w="70" w:type="dxa"/>
              <w:right w:w="85" w:type="dxa"/>
            </w:tcMar>
            <w:vAlign w:val="center"/>
          </w:tcPr>
          <w:p w14:paraId="3E9D96AC" w14:textId="77777777" w:rsidR="00865365" w:rsidRDefault="00000000">
            <w:pPr>
              <w:spacing w:after="0" w:line="240" w:lineRule="auto"/>
            </w:pPr>
            <w:r>
              <w:rPr>
                <w:sz w:val="13"/>
              </w:rPr>
              <w:t>FIL-MD-03</w:t>
            </w:r>
          </w:p>
        </w:tc>
        <w:tc>
          <w:tcPr>
            <w:tcW w:w="2438" w:type="dxa"/>
            <w:shd w:val="clear" w:color="auto" w:fill="FFFFFF"/>
            <w:tcMar>
              <w:top w:w="70" w:type="dxa"/>
              <w:left w:w="85" w:type="dxa"/>
              <w:bottom w:w="70" w:type="dxa"/>
              <w:right w:w="85" w:type="dxa"/>
            </w:tcMar>
            <w:vAlign w:val="center"/>
          </w:tcPr>
          <w:p w14:paraId="3EAA14F5" w14:textId="77777777" w:rsidR="00865365" w:rsidRDefault="00000000">
            <w:pPr>
              <w:spacing w:after="0" w:line="240" w:lineRule="auto"/>
            </w:pPr>
            <w:r>
              <w:rPr>
                <w:sz w:val="13"/>
              </w:rPr>
              <w:t>Dosar dispozitiv - familie ____</w:t>
            </w:r>
          </w:p>
        </w:tc>
        <w:tc>
          <w:tcPr>
            <w:tcW w:w="1417" w:type="dxa"/>
            <w:shd w:val="clear" w:color="auto" w:fill="FFFFFF"/>
            <w:tcMar>
              <w:top w:w="70" w:type="dxa"/>
              <w:left w:w="85" w:type="dxa"/>
              <w:bottom w:w="70" w:type="dxa"/>
              <w:right w:w="85" w:type="dxa"/>
            </w:tcMar>
            <w:vAlign w:val="center"/>
          </w:tcPr>
          <w:p w14:paraId="1DF2D7FE" w14:textId="77777777" w:rsidR="00865365" w:rsidRDefault="00000000">
            <w:pPr>
              <w:spacing w:after="0" w:line="240" w:lineRule="auto"/>
            </w:pPr>
            <w:r>
              <w:rPr>
                <w:sz w:val="13"/>
              </w:rPr>
              <w:t>Product owner</w:t>
            </w:r>
          </w:p>
        </w:tc>
        <w:tc>
          <w:tcPr>
            <w:tcW w:w="680" w:type="dxa"/>
            <w:shd w:val="clear" w:color="auto" w:fill="FFFFFF"/>
            <w:tcMar>
              <w:top w:w="70" w:type="dxa"/>
              <w:left w:w="85" w:type="dxa"/>
              <w:bottom w:w="70" w:type="dxa"/>
              <w:right w:w="85" w:type="dxa"/>
            </w:tcMar>
            <w:vAlign w:val="center"/>
          </w:tcPr>
          <w:p w14:paraId="0854EEB6" w14:textId="77777777" w:rsidR="00865365" w:rsidRDefault="00000000">
            <w:pPr>
              <w:spacing w:after="0" w:line="240" w:lineRule="auto"/>
            </w:pPr>
            <w:r>
              <w:rPr>
                <w:sz w:val="13"/>
              </w:rPr>
              <w:t>R__</w:t>
            </w:r>
          </w:p>
        </w:tc>
        <w:tc>
          <w:tcPr>
            <w:tcW w:w="1020" w:type="dxa"/>
            <w:shd w:val="clear" w:color="auto" w:fill="FFFFFF"/>
            <w:tcMar>
              <w:top w:w="70" w:type="dxa"/>
              <w:left w:w="85" w:type="dxa"/>
              <w:bottom w:w="70" w:type="dxa"/>
              <w:right w:w="85" w:type="dxa"/>
            </w:tcMar>
            <w:vAlign w:val="center"/>
          </w:tcPr>
          <w:p w14:paraId="3D5681E0" w14:textId="77777777" w:rsidR="00865365" w:rsidRDefault="00000000">
            <w:pPr>
              <w:spacing w:after="0" w:line="240" w:lineRule="auto"/>
            </w:pPr>
            <w:r>
              <w:rPr>
                <w:sz w:val="13"/>
              </w:rPr>
              <w:t>__/__/____</w:t>
            </w:r>
          </w:p>
        </w:tc>
        <w:tc>
          <w:tcPr>
            <w:tcW w:w="1417" w:type="dxa"/>
            <w:shd w:val="clear" w:color="auto" w:fill="FFFFFF"/>
            <w:tcMar>
              <w:top w:w="70" w:type="dxa"/>
              <w:left w:w="85" w:type="dxa"/>
              <w:bottom w:w="70" w:type="dxa"/>
              <w:right w:w="85" w:type="dxa"/>
            </w:tcMar>
            <w:vAlign w:val="center"/>
          </w:tcPr>
          <w:p w14:paraId="3AC14C56" w14:textId="77777777" w:rsidR="00865365" w:rsidRDefault="00000000">
            <w:pPr>
              <w:spacing w:after="0" w:line="240" w:lineRule="auto"/>
            </w:pPr>
            <w:r>
              <w:rPr>
                <w:sz w:val="13"/>
              </w:rPr>
              <w:t>PLM/eQMS</w:t>
            </w:r>
          </w:p>
        </w:tc>
        <w:tc>
          <w:tcPr>
            <w:tcW w:w="1020" w:type="dxa"/>
            <w:shd w:val="clear" w:color="auto" w:fill="FFFFFF"/>
            <w:tcMar>
              <w:top w:w="70" w:type="dxa"/>
              <w:left w:w="85" w:type="dxa"/>
              <w:bottom w:w="70" w:type="dxa"/>
              <w:right w:w="85" w:type="dxa"/>
            </w:tcMar>
            <w:vAlign w:val="center"/>
          </w:tcPr>
          <w:p w14:paraId="249A508B" w14:textId="77777777" w:rsidR="00865365" w:rsidRDefault="00000000">
            <w:pPr>
              <w:spacing w:after="0" w:line="240" w:lineRule="auto"/>
            </w:pPr>
            <w:r>
              <w:rPr>
                <w:sz w:val="13"/>
              </w:rPr>
              <w:t>Restricționat</w:t>
            </w:r>
          </w:p>
        </w:tc>
        <w:tc>
          <w:tcPr>
            <w:tcW w:w="624" w:type="dxa"/>
            <w:shd w:val="clear" w:color="auto" w:fill="FFFFFF"/>
            <w:tcMar>
              <w:top w:w="70" w:type="dxa"/>
              <w:left w:w="85" w:type="dxa"/>
              <w:bottom w:w="70" w:type="dxa"/>
              <w:right w:w="85" w:type="dxa"/>
            </w:tcMar>
            <w:vAlign w:val="center"/>
          </w:tcPr>
          <w:p w14:paraId="4F109B0B" w14:textId="77777777" w:rsidR="00865365" w:rsidRDefault="00000000">
            <w:pPr>
              <w:spacing w:after="0" w:line="240" w:lineRule="auto"/>
            </w:pPr>
            <w:r>
              <w:rPr>
                <w:sz w:val="13"/>
              </w:rPr>
              <w:t>Activ</w:t>
            </w:r>
          </w:p>
        </w:tc>
      </w:tr>
      <w:tr w:rsidR="00865365" w14:paraId="7B0AA61B" w14:textId="77777777">
        <w:trPr>
          <w:cantSplit/>
          <w:jc w:val="center"/>
        </w:trPr>
        <w:tc>
          <w:tcPr>
            <w:tcW w:w="1304" w:type="dxa"/>
            <w:shd w:val="clear" w:color="auto" w:fill="FAFAFA"/>
            <w:tcMar>
              <w:top w:w="70" w:type="dxa"/>
              <w:left w:w="85" w:type="dxa"/>
              <w:bottom w:w="70" w:type="dxa"/>
              <w:right w:w="85" w:type="dxa"/>
            </w:tcMar>
            <w:vAlign w:val="center"/>
          </w:tcPr>
          <w:p w14:paraId="131CA9E6" w14:textId="77777777" w:rsidR="00865365" w:rsidRDefault="00865365">
            <w:pPr>
              <w:spacing w:after="0" w:line="240" w:lineRule="auto"/>
            </w:pPr>
          </w:p>
        </w:tc>
        <w:tc>
          <w:tcPr>
            <w:tcW w:w="2438" w:type="dxa"/>
            <w:shd w:val="clear" w:color="auto" w:fill="FAFAFA"/>
            <w:tcMar>
              <w:top w:w="70" w:type="dxa"/>
              <w:left w:w="85" w:type="dxa"/>
              <w:bottom w:w="70" w:type="dxa"/>
              <w:right w:w="85" w:type="dxa"/>
            </w:tcMar>
            <w:vAlign w:val="center"/>
          </w:tcPr>
          <w:p w14:paraId="4DAE93C7" w14:textId="77777777" w:rsidR="00865365" w:rsidRDefault="00865365">
            <w:pPr>
              <w:spacing w:after="0" w:line="240" w:lineRule="auto"/>
            </w:pPr>
          </w:p>
        </w:tc>
        <w:tc>
          <w:tcPr>
            <w:tcW w:w="1417" w:type="dxa"/>
            <w:shd w:val="clear" w:color="auto" w:fill="FAFAFA"/>
            <w:tcMar>
              <w:top w:w="70" w:type="dxa"/>
              <w:left w:w="85" w:type="dxa"/>
              <w:bottom w:w="70" w:type="dxa"/>
              <w:right w:w="85" w:type="dxa"/>
            </w:tcMar>
            <w:vAlign w:val="center"/>
          </w:tcPr>
          <w:p w14:paraId="3D680E1D" w14:textId="77777777" w:rsidR="00865365" w:rsidRDefault="00865365">
            <w:pPr>
              <w:spacing w:after="0" w:line="240" w:lineRule="auto"/>
            </w:pPr>
          </w:p>
        </w:tc>
        <w:tc>
          <w:tcPr>
            <w:tcW w:w="680" w:type="dxa"/>
            <w:shd w:val="clear" w:color="auto" w:fill="FAFAFA"/>
            <w:tcMar>
              <w:top w:w="70" w:type="dxa"/>
              <w:left w:w="85" w:type="dxa"/>
              <w:bottom w:w="70" w:type="dxa"/>
              <w:right w:w="85" w:type="dxa"/>
            </w:tcMar>
            <w:vAlign w:val="center"/>
          </w:tcPr>
          <w:p w14:paraId="5BF239B0" w14:textId="77777777" w:rsidR="00865365" w:rsidRDefault="00865365">
            <w:pPr>
              <w:spacing w:after="0" w:line="240" w:lineRule="auto"/>
            </w:pPr>
          </w:p>
        </w:tc>
        <w:tc>
          <w:tcPr>
            <w:tcW w:w="1020" w:type="dxa"/>
            <w:shd w:val="clear" w:color="auto" w:fill="FAFAFA"/>
            <w:tcMar>
              <w:top w:w="70" w:type="dxa"/>
              <w:left w:w="85" w:type="dxa"/>
              <w:bottom w:w="70" w:type="dxa"/>
              <w:right w:w="85" w:type="dxa"/>
            </w:tcMar>
            <w:vAlign w:val="center"/>
          </w:tcPr>
          <w:p w14:paraId="769BF5E4" w14:textId="77777777" w:rsidR="00865365" w:rsidRDefault="00865365">
            <w:pPr>
              <w:spacing w:after="0" w:line="240" w:lineRule="auto"/>
            </w:pPr>
          </w:p>
        </w:tc>
        <w:tc>
          <w:tcPr>
            <w:tcW w:w="1417" w:type="dxa"/>
            <w:shd w:val="clear" w:color="auto" w:fill="FAFAFA"/>
            <w:tcMar>
              <w:top w:w="70" w:type="dxa"/>
              <w:left w:w="85" w:type="dxa"/>
              <w:bottom w:w="70" w:type="dxa"/>
              <w:right w:w="85" w:type="dxa"/>
            </w:tcMar>
            <w:vAlign w:val="center"/>
          </w:tcPr>
          <w:p w14:paraId="58352DAD" w14:textId="77777777" w:rsidR="00865365" w:rsidRDefault="00865365">
            <w:pPr>
              <w:spacing w:after="0" w:line="240" w:lineRule="auto"/>
            </w:pPr>
          </w:p>
        </w:tc>
        <w:tc>
          <w:tcPr>
            <w:tcW w:w="1020" w:type="dxa"/>
            <w:shd w:val="clear" w:color="auto" w:fill="FAFAFA"/>
            <w:tcMar>
              <w:top w:w="70" w:type="dxa"/>
              <w:left w:w="85" w:type="dxa"/>
              <w:bottom w:w="70" w:type="dxa"/>
              <w:right w:w="85" w:type="dxa"/>
            </w:tcMar>
            <w:vAlign w:val="center"/>
          </w:tcPr>
          <w:p w14:paraId="0B263DD0" w14:textId="77777777" w:rsidR="00865365" w:rsidRDefault="00865365">
            <w:pPr>
              <w:spacing w:after="0" w:line="240" w:lineRule="auto"/>
            </w:pPr>
          </w:p>
        </w:tc>
        <w:tc>
          <w:tcPr>
            <w:tcW w:w="624" w:type="dxa"/>
            <w:shd w:val="clear" w:color="auto" w:fill="FAFAFA"/>
            <w:tcMar>
              <w:top w:w="70" w:type="dxa"/>
              <w:left w:w="85" w:type="dxa"/>
              <w:bottom w:w="70" w:type="dxa"/>
              <w:right w:w="85" w:type="dxa"/>
            </w:tcMar>
            <w:vAlign w:val="center"/>
          </w:tcPr>
          <w:p w14:paraId="551E009F" w14:textId="77777777" w:rsidR="00865365" w:rsidRDefault="00865365">
            <w:pPr>
              <w:spacing w:after="0" w:line="240" w:lineRule="auto"/>
            </w:pPr>
          </w:p>
        </w:tc>
      </w:tr>
      <w:tr w:rsidR="00865365" w14:paraId="0F106D38" w14:textId="77777777">
        <w:trPr>
          <w:cantSplit/>
          <w:jc w:val="center"/>
        </w:trPr>
        <w:tc>
          <w:tcPr>
            <w:tcW w:w="1304" w:type="dxa"/>
            <w:shd w:val="clear" w:color="auto" w:fill="FFFFFF"/>
            <w:tcMar>
              <w:top w:w="70" w:type="dxa"/>
              <w:left w:w="85" w:type="dxa"/>
              <w:bottom w:w="70" w:type="dxa"/>
              <w:right w:w="85" w:type="dxa"/>
            </w:tcMar>
            <w:vAlign w:val="center"/>
          </w:tcPr>
          <w:p w14:paraId="62934B8C" w14:textId="77777777" w:rsidR="00865365" w:rsidRDefault="00865365">
            <w:pPr>
              <w:spacing w:after="0" w:line="240" w:lineRule="auto"/>
            </w:pPr>
          </w:p>
        </w:tc>
        <w:tc>
          <w:tcPr>
            <w:tcW w:w="2438" w:type="dxa"/>
            <w:shd w:val="clear" w:color="auto" w:fill="FFFFFF"/>
            <w:tcMar>
              <w:top w:w="70" w:type="dxa"/>
              <w:left w:w="85" w:type="dxa"/>
              <w:bottom w:w="70" w:type="dxa"/>
              <w:right w:w="85" w:type="dxa"/>
            </w:tcMar>
            <w:vAlign w:val="center"/>
          </w:tcPr>
          <w:p w14:paraId="47C62FDF" w14:textId="77777777" w:rsidR="00865365" w:rsidRDefault="00865365">
            <w:pPr>
              <w:spacing w:after="0" w:line="240" w:lineRule="auto"/>
            </w:pPr>
          </w:p>
        </w:tc>
        <w:tc>
          <w:tcPr>
            <w:tcW w:w="1417" w:type="dxa"/>
            <w:shd w:val="clear" w:color="auto" w:fill="FFFFFF"/>
            <w:tcMar>
              <w:top w:w="70" w:type="dxa"/>
              <w:left w:w="85" w:type="dxa"/>
              <w:bottom w:w="70" w:type="dxa"/>
              <w:right w:w="85" w:type="dxa"/>
            </w:tcMar>
            <w:vAlign w:val="center"/>
          </w:tcPr>
          <w:p w14:paraId="19275B13" w14:textId="77777777" w:rsidR="00865365" w:rsidRDefault="00865365">
            <w:pPr>
              <w:spacing w:after="0" w:line="240" w:lineRule="auto"/>
            </w:pPr>
          </w:p>
        </w:tc>
        <w:tc>
          <w:tcPr>
            <w:tcW w:w="680" w:type="dxa"/>
            <w:shd w:val="clear" w:color="auto" w:fill="FFFFFF"/>
            <w:tcMar>
              <w:top w:w="70" w:type="dxa"/>
              <w:left w:w="85" w:type="dxa"/>
              <w:bottom w:w="70" w:type="dxa"/>
              <w:right w:w="85" w:type="dxa"/>
            </w:tcMar>
            <w:vAlign w:val="center"/>
          </w:tcPr>
          <w:p w14:paraId="15DDB24F" w14:textId="77777777" w:rsidR="00865365" w:rsidRDefault="00865365">
            <w:pPr>
              <w:spacing w:after="0" w:line="240" w:lineRule="auto"/>
            </w:pPr>
          </w:p>
        </w:tc>
        <w:tc>
          <w:tcPr>
            <w:tcW w:w="1020" w:type="dxa"/>
            <w:shd w:val="clear" w:color="auto" w:fill="FFFFFF"/>
            <w:tcMar>
              <w:top w:w="70" w:type="dxa"/>
              <w:left w:w="85" w:type="dxa"/>
              <w:bottom w:w="70" w:type="dxa"/>
              <w:right w:w="85" w:type="dxa"/>
            </w:tcMar>
            <w:vAlign w:val="center"/>
          </w:tcPr>
          <w:p w14:paraId="750E4255" w14:textId="77777777" w:rsidR="00865365" w:rsidRDefault="00865365">
            <w:pPr>
              <w:spacing w:after="0" w:line="240" w:lineRule="auto"/>
            </w:pPr>
          </w:p>
        </w:tc>
        <w:tc>
          <w:tcPr>
            <w:tcW w:w="1417" w:type="dxa"/>
            <w:shd w:val="clear" w:color="auto" w:fill="FFFFFF"/>
            <w:tcMar>
              <w:top w:w="70" w:type="dxa"/>
              <w:left w:w="85" w:type="dxa"/>
              <w:bottom w:w="70" w:type="dxa"/>
              <w:right w:w="85" w:type="dxa"/>
            </w:tcMar>
            <w:vAlign w:val="center"/>
          </w:tcPr>
          <w:p w14:paraId="3F13BB94" w14:textId="77777777" w:rsidR="00865365" w:rsidRDefault="00865365">
            <w:pPr>
              <w:spacing w:after="0" w:line="240" w:lineRule="auto"/>
            </w:pPr>
          </w:p>
        </w:tc>
        <w:tc>
          <w:tcPr>
            <w:tcW w:w="1020" w:type="dxa"/>
            <w:shd w:val="clear" w:color="auto" w:fill="FFFFFF"/>
            <w:tcMar>
              <w:top w:w="70" w:type="dxa"/>
              <w:left w:w="85" w:type="dxa"/>
              <w:bottom w:w="70" w:type="dxa"/>
              <w:right w:w="85" w:type="dxa"/>
            </w:tcMar>
            <w:vAlign w:val="center"/>
          </w:tcPr>
          <w:p w14:paraId="730FEA9D" w14:textId="77777777" w:rsidR="00865365" w:rsidRDefault="00865365">
            <w:pPr>
              <w:spacing w:after="0" w:line="240" w:lineRule="auto"/>
            </w:pPr>
          </w:p>
        </w:tc>
        <w:tc>
          <w:tcPr>
            <w:tcW w:w="624" w:type="dxa"/>
            <w:shd w:val="clear" w:color="auto" w:fill="FFFFFF"/>
            <w:tcMar>
              <w:top w:w="70" w:type="dxa"/>
              <w:left w:w="85" w:type="dxa"/>
              <w:bottom w:w="70" w:type="dxa"/>
              <w:right w:w="85" w:type="dxa"/>
            </w:tcMar>
            <w:vAlign w:val="center"/>
          </w:tcPr>
          <w:p w14:paraId="44A87EAC" w14:textId="77777777" w:rsidR="00865365" w:rsidRDefault="00865365">
            <w:pPr>
              <w:spacing w:after="0" w:line="240" w:lineRule="auto"/>
            </w:pPr>
          </w:p>
        </w:tc>
      </w:tr>
      <w:tr w:rsidR="00865365" w14:paraId="35F68733" w14:textId="77777777">
        <w:trPr>
          <w:cantSplit/>
          <w:jc w:val="center"/>
        </w:trPr>
        <w:tc>
          <w:tcPr>
            <w:tcW w:w="1304" w:type="dxa"/>
            <w:shd w:val="clear" w:color="auto" w:fill="FAFAFA"/>
            <w:tcMar>
              <w:top w:w="70" w:type="dxa"/>
              <w:left w:w="85" w:type="dxa"/>
              <w:bottom w:w="70" w:type="dxa"/>
              <w:right w:w="85" w:type="dxa"/>
            </w:tcMar>
            <w:vAlign w:val="center"/>
          </w:tcPr>
          <w:p w14:paraId="043AC3EE" w14:textId="77777777" w:rsidR="00865365" w:rsidRDefault="00865365">
            <w:pPr>
              <w:spacing w:after="0" w:line="240" w:lineRule="auto"/>
            </w:pPr>
          </w:p>
        </w:tc>
        <w:tc>
          <w:tcPr>
            <w:tcW w:w="2438" w:type="dxa"/>
            <w:shd w:val="clear" w:color="auto" w:fill="FAFAFA"/>
            <w:tcMar>
              <w:top w:w="70" w:type="dxa"/>
              <w:left w:w="85" w:type="dxa"/>
              <w:bottom w:w="70" w:type="dxa"/>
              <w:right w:w="85" w:type="dxa"/>
            </w:tcMar>
            <w:vAlign w:val="center"/>
          </w:tcPr>
          <w:p w14:paraId="5D7B38FB" w14:textId="77777777" w:rsidR="00865365" w:rsidRDefault="00865365">
            <w:pPr>
              <w:spacing w:after="0" w:line="240" w:lineRule="auto"/>
            </w:pPr>
          </w:p>
        </w:tc>
        <w:tc>
          <w:tcPr>
            <w:tcW w:w="1417" w:type="dxa"/>
            <w:shd w:val="clear" w:color="auto" w:fill="FAFAFA"/>
            <w:tcMar>
              <w:top w:w="70" w:type="dxa"/>
              <w:left w:w="85" w:type="dxa"/>
              <w:bottom w:w="70" w:type="dxa"/>
              <w:right w:w="85" w:type="dxa"/>
            </w:tcMar>
            <w:vAlign w:val="center"/>
          </w:tcPr>
          <w:p w14:paraId="5B45E5E0" w14:textId="77777777" w:rsidR="00865365" w:rsidRDefault="00865365">
            <w:pPr>
              <w:spacing w:after="0" w:line="240" w:lineRule="auto"/>
            </w:pPr>
          </w:p>
        </w:tc>
        <w:tc>
          <w:tcPr>
            <w:tcW w:w="680" w:type="dxa"/>
            <w:shd w:val="clear" w:color="auto" w:fill="FAFAFA"/>
            <w:tcMar>
              <w:top w:w="70" w:type="dxa"/>
              <w:left w:w="85" w:type="dxa"/>
              <w:bottom w:w="70" w:type="dxa"/>
              <w:right w:w="85" w:type="dxa"/>
            </w:tcMar>
            <w:vAlign w:val="center"/>
          </w:tcPr>
          <w:p w14:paraId="2390A369" w14:textId="77777777" w:rsidR="00865365" w:rsidRDefault="00865365">
            <w:pPr>
              <w:spacing w:after="0" w:line="240" w:lineRule="auto"/>
            </w:pPr>
          </w:p>
        </w:tc>
        <w:tc>
          <w:tcPr>
            <w:tcW w:w="1020" w:type="dxa"/>
            <w:shd w:val="clear" w:color="auto" w:fill="FAFAFA"/>
            <w:tcMar>
              <w:top w:w="70" w:type="dxa"/>
              <w:left w:w="85" w:type="dxa"/>
              <w:bottom w:w="70" w:type="dxa"/>
              <w:right w:w="85" w:type="dxa"/>
            </w:tcMar>
            <w:vAlign w:val="center"/>
          </w:tcPr>
          <w:p w14:paraId="7ED9AF3C" w14:textId="77777777" w:rsidR="00865365" w:rsidRDefault="00865365">
            <w:pPr>
              <w:spacing w:after="0" w:line="240" w:lineRule="auto"/>
            </w:pPr>
          </w:p>
        </w:tc>
        <w:tc>
          <w:tcPr>
            <w:tcW w:w="1417" w:type="dxa"/>
            <w:shd w:val="clear" w:color="auto" w:fill="FAFAFA"/>
            <w:tcMar>
              <w:top w:w="70" w:type="dxa"/>
              <w:left w:w="85" w:type="dxa"/>
              <w:bottom w:w="70" w:type="dxa"/>
              <w:right w:w="85" w:type="dxa"/>
            </w:tcMar>
            <w:vAlign w:val="center"/>
          </w:tcPr>
          <w:p w14:paraId="00248491" w14:textId="77777777" w:rsidR="00865365" w:rsidRDefault="00865365">
            <w:pPr>
              <w:spacing w:after="0" w:line="240" w:lineRule="auto"/>
            </w:pPr>
          </w:p>
        </w:tc>
        <w:tc>
          <w:tcPr>
            <w:tcW w:w="1020" w:type="dxa"/>
            <w:shd w:val="clear" w:color="auto" w:fill="FAFAFA"/>
            <w:tcMar>
              <w:top w:w="70" w:type="dxa"/>
              <w:left w:w="85" w:type="dxa"/>
              <w:bottom w:w="70" w:type="dxa"/>
              <w:right w:w="85" w:type="dxa"/>
            </w:tcMar>
            <w:vAlign w:val="center"/>
          </w:tcPr>
          <w:p w14:paraId="13FE5438" w14:textId="77777777" w:rsidR="00865365" w:rsidRDefault="00865365">
            <w:pPr>
              <w:spacing w:after="0" w:line="240" w:lineRule="auto"/>
            </w:pPr>
          </w:p>
        </w:tc>
        <w:tc>
          <w:tcPr>
            <w:tcW w:w="624" w:type="dxa"/>
            <w:shd w:val="clear" w:color="auto" w:fill="FAFAFA"/>
            <w:tcMar>
              <w:top w:w="70" w:type="dxa"/>
              <w:left w:w="85" w:type="dxa"/>
              <w:bottom w:w="70" w:type="dxa"/>
              <w:right w:w="85" w:type="dxa"/>
            </w:tcMar>
            <w:vAlign w:val="center"/>
          </w:tcPr>
          <w:p w14:paraId="1EF19BE6" w14:textId="77777777" w:rsidR="00865365" w:rsidRDefault="00865365">
            <w:pPr>
              <w:spacing w:after="0" w:line="240" w:lineRule="auto"/>
            </w:pPr>
          </w:p>
        </w:tc>
      </w:tr>
      <w:tr w:rsidR="00865365" w14:paraId="70818495" w14:textId="77777777">
        <w:trPr>
          <w:cantSplit/>
          <w:jc w:val="center"/>
        </w:trPr>
        <w:tc>
          <w:tcPr>
            <w:tcW w:w="1304" w:type="dxa"/>
            <w:shd w:val="clear" w:color="auto" w:fill="FFFFFF"/>
            <w:tcMar>
              <w:top w:w="70" w:type="dxa"/>
              <w:left w:w="85" w:type="dxa"/>
              <w:bottom w:w="70" w:type="dxa"/>
              <w:right w:w="85" w:type="dxa"/>
            </w:tcMar>
            <w:vAlign w:val="center"/>
          </w:tcPr>
          <w:p w14:paraId="4DAD87DE" w14:textId="77777777" w:rsidR="00865365" w:rsidRDefault="00865365">
            <w:pPr>
              <w:spacing w:after="0" w:line="240" w:lineRule="auto"/>
            </w:pPr>
          </w:p>
        </w:tc>
        <w:tc>
          <w:tcPr>
            <w:tcW w:w="2438" w:type="dxa"/>
            <w:shd w:val="clear" w:color="auto" w:fill="FFFFFF"/>
            <w:tcMar>
              <w:top w:w="70" w:type="dxa"/>
              <w:left w:w="85" w:type="dxa"/>
              <w:bottom w:w="70" w:type="dxa"/>
              <w:right w:w="85" w:type="dxa"/>
            </w:tcMar>
            <w:vAlign w:val="center"/>
          </w:tcPr>
          <w:p w14:paraId="15422F69" w14:textId="77777777" w:rsidR="00865365" w:rsidRDefault="00865365">
            <w:pPr>
              <w:spacing w:after="0" w:line="240" w:lineRule="auto"/>
            </w:pPr>
          </w:p>
        </w:tc>
        <w:tc>
          <w:tcPr>
            <w:tcW w:w="1417" w:type="dxa"/>
            <w:shd w:val="clear" w:color="auto" w:fill="FFFFFF"/>
            <w:tcMar>
              <w:top w:w="70" w:type="dxa"/>
              <w:left w:w="85" w:type="dxa"/>
              <w:bottom w:w="70" w:type="dxa"/>
              <w:right w:w="85" w:type="dxa"/>
            </w:tcMar>
            <w:vAlign w:val="center"/>
          </w:tcPr>
          <w:p w14:paraId="272187DE" w14:textId="77777777" w:rsidR="00865365" w:rsidRDefault="00865365">
            <w:pPr>
              <w:spacing w:after="0" w:line="240" w:lineRule="auto"/>
            </w:pPr>
          </w:p>
        </w:tc>
        <w:tc>
          <w:tcPr>
            <w:tcW w:w="680" w:type="dxa"/>
            <w:shd w:val="clear" w:color="auto" w:fill="FFFFFF"/>
            <w:tcMar>
              <w:top w:w="70" w:type="dxa"/>
              <w:left w:w="85" w:type="dxa"/>
              <w:bottom w:w="70" w:type="dxa"/>
              <w:right w:w="85" w:type="dxa"/>
            </w:tcMar>
            <w:vAlign w:val="center"/>
          </w:tcPr>
          <w:p w14:paraId="4C661661" w14:textId="77777777" w:rsidR="00865365" w:rsidRDefault="00865365">
            <w:pPr>
              <w:spacing w:after="0" w:line="240" w:lineRule="auto"/>
            </w:pPr>
          </w:p>
        </w:tc>
        <w:tc>
          <w:tcPr>
            <w:tcW w:w="1020" w:type="dxa"/>
            <w:shd w:val="clear" w:color="auto" w:fill="FFFFFF"/>
            <w:tcMar>
              <w:top w:w="70" w:type="dxa"/>
              <w:left w:w="85" w:type="dxa"/>
              <w:bottom w:w="70" w:type="dxa"/>
              <w:right w:w="85" w:type="dxa"/>
            </w:tcMar>
            <w:vAlign w:val="center"/>
          </w:tcPr>
          <w:p w14:paraId="03757310" w14:textId="77777777" w:rsidR="00865365" w:rsidRDefault="00865365">
            <w:pPr>
              <w:spacing w:after="0" w:line="240" w:lineRule="auto"/>
            </w:pPr>
          </w:p>
        </w:tc>
        <w:tc>
          <w:tcPr>
            <w:tcW w:w="1417" w:type="dxa"/>
            <w:shd w:val="clear" w:color="auto" w:fill="FFFFFF"/>
            <w:tcMar>
              <w:top w:w="70" w:type="dxa"/>
              <w:left w:w="85" w:type="dxa"/>
              <w:bottom w:w="70" w:type="dxa"/>
              <w:right w:w="85" w:type="dxa"/>
            </w:tcMar>
            <w:vAlign w:val="center"/>
          </w:tcPr>
          <w:p w14:paraId="4BCBEEE6" w14:textId="77777777" w:rsidR="00865365" w:rsidRDefault="00865365">
            <w:pPr>
              <w:spacing w:after="0" w:line="240" w:lineRule="auto"/>
            </w:pPr>
          </w:p>
        </w:tc>
        <w:tc>
          <w:tcPr>
            <w:tcW w:w="1020" w:type="dxa"/>
            <w:shd w:val="clear" w:color="auto" w:fill="FFFFFF"/>
            <w:tcMar>
              <w:top w:w="70" w:type="dxa"/>
              <w:left w:w="85" w:type="dxa"/>
              <w:bottom w:w="70" w:type="dxa"/>
              <w:right w:w="85" w:type="dxa"/>
            </w:tcMar>
            <w:vAlign w:val="center"/>
          </w:tcPr>
          <w:p w14:paraId="6998CF55" w14:textId="77777777" w:rsidR="00865365" w:rsidRDefault="00865365">
            <w:pPr>
              <w:spacing w:after="0" w:line="240" w:lineRule="auto"/>
            </w:pPr>
          </w:p>
        </w:tc>
        <w:tc>
          <w:tcPr>
            <w:tcW w:w="624" w:type="dxa"/>
            <w:shd w:val="clear" w:color="auto" w:fill="FFFFFF"/>
            <w:tcMar>
              <w:top w:w="70" w:type="dxa"/>
              <w:left w:w="85" w:type="dxa"/>
              <w:bottom w:w="70" w:type="dxa"/>
              <w:right w:w="85" w:type="dxa"/>
            </w:tcMar>
            <w:vAlign w:val="center"/>
          </w:tcPr>
          <w:p w14:paraId="2656F1A8" w14:textId="77777777" w:rsidR="00865365" w:rsidRDefault="00865365">
            <w:pPr>
              <w:spacing w:after="0" w:line="240" w:lineRule="auto"/>
            </w:pPr>
          </w:p>
        </w:tc>
      </w:tr>
    </w:tbl>
    <w:p w14:paraId="33C83E11" w14:textId="77777777" w:rsidR="00865365" w:rsidRDefault="00865365">
      <w:pPr>
        <w:spacing w:after="20"/>
      </w:pPr>
    </w:p>
    <w:p w14:paraId="2401E86C" w14:textId="77777777" w:rsidR="00865365" w:rsidRDefault="00000000">
      <w:pPr>
        <w:pStyle w:val="Heading2"/>
      </w:pPr>
      <w:r>
        <w:t>Matrice orientativă a termenelor de păstrare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154"/>
        <w:gridCol w:w="3231"/>
        <w:gridCol w:w="3231"/>
        <w:gridCol w:w="1304"/>
      </w:tblGrid>
      <w:tr w:rsidR="00865365" w14:paraId="66484316" w14:textId="77777777">
        <w:trPr>
          <w:tblHeader/>
          <w:jc w:val="center"/>
        </w:trPr>
        <w:tc>
          <w:tcPr>
            <w:tcW w:w="2154" w:type="dxa"/>
            <w:shd w:val="clear" w:color="auto" w:fill="D71920"/>
            <w:tcMar>
              <w:top w:w="70" w:type="dxa"/>
              <w:left w:w="85" w:type="dxa"/>
              <w:bottom w:w="70" w:type="dxa"/>
              <w:right w:w="85" w:type="dxa"/>
            </w:tcMar>
            <w:vAlign w:val="center"/>
          </w:tcPr>
          <w:p w14:paraId="783E2D54" w14:textId="77777777" w:rsidR="00865365" w:rsidRDefault="00000000">
            <w:pPr>
              <w:spacing w:after="0" w:line="240" w:lineRule="auto"/>
              <w:jc w:val="center"/>
            </w:pPr>
            <w:r>
              <w:rPr>
                <w:b/>
                <w:color w:val="FFFFFF"/>
                <w:sz w:val="15"/>
              </w:rPr>
              <w:t>CATEGORIE</w:t>
            </w:r>
          </w:p>
        </w:tc>
        <w:tc>
          <w:tcPr>
            <w:tcW w:w="3231" w:type="dxa"/>
            <w:shd w:val="clear" w:color="auto" w:fill="D71920"/>
            <w:tcMar>
              <w:top w:w="70" w:type="dxa"/>
              <w:left w:w="85" w:type="dxa"/>
              <w:bottom w:w="70" w:type="dxa"/>
              <w:right w:w="85" w:type="dxa"/>
            </w:tcMar>
            <w:vAlign w:val="center"/>
          </w:tcPr>
          <w:p w14:paraId="045DF544" w14:textId="77777777" w:rsidR="00865365" w:rsidRDefault="00000000">
            <w:pPr>
              <w:spacing w:after="0" w:line="240" w:lineRule="auto"/>
              <w:jc w:val="center"/>
            </w:pPr>
            <w:r>
              <w:rPr>
                <w:b/>
                <w:color w:val="FFFFFF"/>
                <w:sz w:val="15"/>
              </w:rPr>
              <w:t>EXEMPLE</w:t>
            </w:r>
          </w:p>
        </w:tc>
        <w:tc>
          <w:tcPr>
            <w:tcW w:w="3231" w:type="dxa"/>
            <w:shd w:val="clear" w:color="auto" w:fill="D71920"/>
            <w:tcMar>
              <w:top w:w="70" w:type="dxa"/>
              <w:left w:w="85" w:type="dxa"/>
              <w:bottom w:w="70" w:type="dxa"/>
              <w:right w:w="85" w:type="dxa"/>
            </w:tcMar>
            <w:vAlign w:val="center"/>
          </w:tcPr>
          <w:p w14:paraId="2396EE06" w14:textId="77777777" w:rsidR="00865365" w:rsidRDefault="00000000">
            <w:pPr>
              <w:spacing w:after="0" w:line="240" w:lineRule="auto"/>
              <w:jc w:val="center"/>
            </w:pPr>
            <w:r>
              <w:rPr>
                <w:b/>
                <w:color w:val="FFFFFF"/>
                <w:sz w:val="15"/>
              </w:rPr>
              <w:t>CRITERIU DE STABILIRE</w:t>
            </w:r>
          </w:p>
        </w:tc>
        <w:tc>
          <w:tcPr>
            <w:tcW w:w="1304" w:type="dxa"/>
            <w:shd w:val="clear" w:color="auto" w:fill="D71920"/>
            <w:tcMar>
              <w:top w:w="70" w:type="dxa"/>
              <w:left w:w="85" w:type="dxa"/>
              <w:bottom w:w="70" w:type="dxa"/>
              <w:right w:w="85" w:type="dxa"/>
            </w:tcMar>
            <w:vAlign w:val="center"/>
          </w:tcPr>
          <w:p w14:paraId="7036181F" w14:textId="77777777" w:rsidR="00865365" w:rsidRDefault="00000000">
            <w:pPr>
              <w:spacing w:after="0" w:line="240" w:lineRule="auto"/>
              <w:jc w:val="center"/>
            </w:pPr>
            <w:r>
              <w:rPr>
                <w:b/>
                <w:color w:val="FFFFFF"/>
                <w:sz w:val="15"/>
              </w:rPr>
              <w:t>TERMEN APROBAT</w:t>
            </w:r>
          </w:p>
        </w:tc>
      </w:tr>
      <w:tr w:rsidR="00865365" w14:paraId="47746C20" w14:textId="77777777">
        <w:trPr>
          <w:cantSplit/>
          <w:jc w:val="center"/>
        </w:trPr>
        <w:tc>
          <w:tcPr>
            <w:tcW w:w="2154" w:type="dxa"/>
            <w:shd w:val="clear" w:color="auto" w:fill="FFFFFF"/>
            <w:tcMar>
              <w:top w:w="70" w:type="dxa"/>
              <w:left w:w="85" w:type="dxa"/>
              <w:bottom w:w="70" w:type="dxa"/>
              <w:right w:w="85" w:type="dxa"/>
            </w:tcMar>
            <w:vAlign w:val="center"/>
          </w:tcPr>
          <w:p w14:paraId="7D429D7F" w14:textId="77777777" w:rsidR="00865365" w:rsidRDefault="00000000">
            <w:pPr>
              <w:spacing w:after="0" w:line="240" w:lineRule="auto"/>
            </w:pPr>
            <w:r>
              <w:rPr>
                <w:sz w:val="14"/>
              </w:rPr>
              <w:t>Dosar dispozitiv / design</w:t>
            </w:r>
          </w:p>
        </w:tc>
        <w:tc>
          <w:tcPr>
            <w:tcW w:w="3231" w:type="dxa"/>
            <w:shd w:val="clear" w:color="auto" w:fill="FFFFFF"/>
            <w:tcMar>
              <w:top w:w="70" w:type="dxa"/>
              <w:left w:w="85" w:type="dxa"/>
              <w:bottom w:w="70" w:type="dxa"/>
              <w:right w:w="85" w:type="dxa"/>
            </w:tcMar>
            <w:vAlign w:val="center"/>
          </w:tcPr>
          <w:p w14:paraId="7FA110A9" w14:textId="77777777" w:rsidR="00865365" w:rsidRDefault="00000000">
            <w:pPr>
              <w:spacing w:after="0" w:line="240" w:lineRule="auto"/>
            </w:pPr>
            <w:r>
              <w:rPr>
                <w:sz w:val="14"/>
              </w:rPr>
              <w:t>Specificații, design file, V&amp;V, risc și schimbări</w:t>
            </w:r>
          </w:p>
        </w:tc>
        <w:tc>
          <w:tcPr>
            <w:tcW w:w="3231" w:type="dxa"/>
            <w:shd w:val="clear" w:color="auto" w:fill="FFFFFF"/>
            <w:tcMar>
              <w:top w:w="70" w:type="dxa"/>
              <w:left w:w="85" w:type="dxa"/>
              <w:bottom w:w="70" w:type="dxa"/>
              <w:right w:w="85" w:type="dxa"/>
            </w:tcMar>
            <w:vAlign w:val="center"/>
          </w:tcPr>
          <w:p w14:paraId="61092997" w14:textId="77777777" w:rsidR="00865365" w:rsidRDefault="00000000">
            <w:pPr>
              <w:spacing w:after="0" w:line="240" w:lineRule="auto"/>
            </w:pPr>
            <w:r>
              <w:rPr>
                <w:sz w:val="14"/>
              </w:rPr>
              <w:t>Viața dispozitivului + cerința jurisdicției + răspundere</w:t>
            </w:r>
          </w:p>
        </w:tc>
        <w:tc>
          <w:tcPr>
            <w:tcW w:w="1304" w:type="dxa"/>
            <w:shd w:val="clear" w:color="auto" w:fill="FFFFFF"/>
            <w:tcMar>
              <w:top w:w="70" w:type="dxa"/>
              <w:left w:w="85" w:type="dxa"/>
              <w:bottom w:w="70" w:type="dxa"/>
              <w:right w:w="85" w:type="dxa"/>
            </w:tcMar>
            <w:vAlign w:val="center"/>
          </w:tcPr>
          <w:p w14:paraId="378D6BFC" w14:textId="77777777" w:rsidR="00865365" w:rsidRDefault="00865365">
            <w:pPr>
              <w:spacing w:after="0" w:line="240" w:lineRule="auto"/>
            </w:pPr>
          </w:p>
        </w:tc>
      </w:tr>
      <w:tr w:rsidR="00865365" w14:paraId="5F2719F5" w14:textId="77777777">
        <w:trPr>
          <w:cantSplit/>
          <w:jc w:val="center"/>
        </w:trPr>
        <w:tc>
          <w:tcPr>
            <w:tcW w:w="2154" w:type="dxa"/>
            <w:shd w:val="clear" w:color="auto" w:fill="FAFAFA"/>
            <w:tcMar>
              <w:top w:w="70" w:type="dxa"/>
              <w:left w:w="85" w:type="dxa"/>
              <w:bottom w:w="70" w:type="dxa"/>
              <w:right w:w="85" w:type="dxa"/>
            </w:tcMar>
            <w:vAlign w:val="center"/>
          </w:tcPr>
          <w:p w14:paraId="5864EFB3" w14:textId="77777777" w:rsidR="00865365" w:rsidRDefault="00000000">
            <w:pPr>
              <w:spacing w:after="0" w:line="240" w:lineRule="auto"/>
            </w:pPr>
            <w:r>
              <w:rPr>
                <w:sz w:val="14"/>
              </w:rPr>
              <w:t>Producție și trasabilitate</w:t>
            </w:r>
          </w:p>
        </w:tc>
        <w:tc>
          <w:tcPr>
            <w:tcW w:w="3231" w:type="dxa"/>
            <w:shd w:val="clear" w:color="auto" w:fill="FAFAFA"/>
            <w:tcMar>
              <w:top w:w="70" w:type="dxa"/>
              <w:left w:w="85" w:type="dxa"/>
              <w:bottom w:w="70" w:type="dxa"/>
              <w:right w:w="85" w:type="dxa"/>
            </w:tcMar>
            <w:vAlign w:val="center"/>
          </w:tcPr>
          <w:p w14:paraId="334C8B55" w14:textId="77777777" w:rsidR="00865365" w:rsidRDefault="00000000">
            <w:pPr>
              <w:spacing w:after="0" w:line="240" w:lineRule="auto"/>
            </w:pPr>
            <w:r>
              <w:rPr>
                <w:sz w:val="14"/>
              </w:rPr>
              <w:t>Lot/DHR, materiale, echipamente, operatori, eliberare</w:t>
            </w:r>
          </w:p>
        </w:tc>
        <w:tc>
          <w:tcPr>
            <w:tcW w:w="3231" w:type="dxa"/>
            <w:shd w:val="clear" w:color="auto" w:fill="FAFAFA"/>
            <w:tcMar>
              <w:top w:w="70" w:type="dxa"/>
              <w:left w:w="85" w:type="dxa"/>
              <w:bottom w:w="70" w:type="dxa"/>
              <w:right w:w="85" w:type="dxa"/>
            </w:tcMar>
            <w:vAlign w:val="center"/>
          </w:tcPr>
          <w:p w14:paraId="1A8A0589" w14:textId="77777777" w:rsidR="00865365" w:rsidRDefault="00000000">
            <w:pPr>
              <w:spacing w:after="0" w:line="240" w:lineRule="auto"/>
            </w:pPr>
            <w:r>
              <w:rPr>
                <w:sz w:val="14"/>
              </w:rPr>
              <w:t>Viața dispozitivului / termen definit de reglementare și tip produs</w:t>
            </w:r>
          </w:p>
        </w:tc>
        <w:tc>
          <w:tcPr>
            <w:tcW w:w="1304" w:type="dxa"/>
            <w:shd w:val="clear" w:color="auto" w:fill="FAFAFA"/>
            <w:tcMar>
              <w:top w:w="70" w:type="dxa"/>
              <w:left w:w="85" w:type="dxa"/>
              <w:bottom w:w="70" w:type="dxa"/>
              <w:right w:w="85" w:type="dxa"/>
            </w:tcMar>
            <w:vAlign w:val="center"/>
          </w:tcPr>
          <w:p w14:paraId="3C032173" w14:textId="77777777" w:rsidR="00865365" w:rsidRDefault="00865365">
            <w:pPr>
              <w:spacing w:after="0" w:line="240" w:lineRule="auto"/>
            </w:pPr>
          </w:p>
        </w:tc>
      </w:tr>
      <w:tr w:rsidR="00865365" w14:paraId="11044001" w14:textId="77777777">
        <w:trPr>
          <w:cantSplit/>
          <w:jc w:val="center"/>
        </w:trPr>
        <w:tc>
          <w:tcPr>
            <w:tcW w:w="2154" w:type="dxa"/>
            <w:shd w:val="clear" w:color="auto" w:fill="FFFFFF"/>
            <w:tcMar>
              <w:top w:w="70" w:type="dxa"/>
              <w:left w:w="85" w:type="dxa"/>
              <w:bottom w:w="70" w:type="dxa"/>
              <w:right w:w="85" w:type="dxa"/>
            </w:tcMar>
            <w:vAlign w:val="center"/>
          </w:tcPr>
          <w:p w14:paraId="7A1BBC65" w14:textId="77777777" w:rsidR="00865365" w:rsidRDefault="00000000">
            <w:pPr>
              <w:spacing w:after="0" w:line="240" w:lineRule="auto"/>
            </w:pPr>
            <w:r>
              <w:rPr>
                <w:sz w:val="14"/>
              </w:rPr>
              <w:t>Implantabile</w:t>
            </w:r>
          </w:p>
        </w:tc>
        <w:tc>
          <w:tcPr>
            <w:tcW w:w="3231" w:type="dxa"/>
            <w:shd w:val="clear" w:color="auto" w:fill="FFFFFF"/>
            <w:tcMar>
              <w:top w:w="70" w:type="dxa"/>
              <w:left w:w="85" w:type="dxa"/>
              <w:bottom w:w="70" w:type="dxa"/>
              <w:right w:w="85" w:type="dxa"/>
            </w:tcMar>
            <w:vAlign w:val="center"/>
          </w:tcPr>
          <w:p w14:paraId="15175A37" w14:textId="77777777" w:rsidR="00865365" w:rsidRDefault="00000000">
            <w:pPr>
              <w:spacing w:after="0" w:line="240" w:lineRule="auto"/>
            </w:pPr>
            <w:r>
              <w:rPr>
                <w:sz w:val="14"/>
              </w:rPr>
              <w:t>Trasabilitate extinsă și distribuție</w:t>
            </w:r>
          </w:p>
        </w:tc>
        <w:tc>
          <w:tcPr>
            <w:tcW w:w="3231" w:type="dxa"/>
            <w:shd w:val="clear" w:color="auto" w:fill="FFFFFF"/>
            <w:tcMar>
              <w:top w:w="70" w:type="dxa"/>
              <w:left w:w="85" w:type="dxa"/>
              <w:bottom w:w="70" w:type="dxa"/>
              <w:right w:w="85" w:type="dxa"/>
            </w:tcMar>
            <w:vAlign w:val="center"/>
          </w:tcPr>
          <w:p w14:paraId="3BECBCA2" w14:textId="77777777" w:rsidR="00865365" w:rsidRDefault="00000000">
            <w:pPr>
              <w:spacing w:after="0" w:line="240" w:lineRule="auto"/>
            </w:pPr>
            <w:r>
              <w:rPr>
                <w:sz w:val="14"/>
              </w:rPr>
              <w:t>Cerințe speciale ale jurisdicției și durată relevantă clinic</w:t>
            </w:r>
          </w:p>
        </w:tc>
        <w:tc>
          <w:tcPr>
            <w:tcW w:w="1304" w:type="dxa"/>
            <w:shd w:val="clear" w:color="auto" w:fill="FFFFFF"/>
            <w:tcMar>
              <w:top w:w="70" w:type="dxa"/>
              <w:left w:w="85" w:type="dxa"/>
              <w:bottom w:w="70" w:type="dxa"/>
              <w:right w:w="85" w:type="dxa"/>
            </w:tcMar>
            <w:vAlign w:val="center"/>
          </w:tcPr>
          <w:p w14:paraId="040D65BA" w14:textId="77777777" w:rsidR="00865365" w:rsidRDefault="00865365">
            <w:pPr>
              <w:spacing w:after="0" w:line="240" w:lineRule="auto"/>
            </w:pPr>
          </w:p>
        </w:tc>
      </w:tr>
      <w:tr w:rsidR="00865365" w14:paraId="35241135" w14:textId="77777777">
        <w:trPr>
          <w:cantSplit/>
          <w:jc w:val="center"/>
        </w:trPr>
        <w:tc>
          <w:tcPr>
            <w:tcW w:w="2154" w:type="dxa"/>
            <w:shd w:val="clear" w:color="auto" w:fill="FAFAFA"/>
            <w:tcMar>
              <w:top w:w="70" w:type="dxa"/>
              <w:left w:w="85" w:type="dxa"/>
              <w:bottom w:w="70" w:type="dxa"/>
              <w:right w:w="85" w:type="dxa"/>
            </w:tcMar>
            <w:vAlign w:val="center"/>
          </w:tcPr>
          <w:p w14:paraId="6B181903" w14:textId="77777777" w:rsidR="00865365" w:rsidRDefault="00000000">
            <w:pPr>
              <w:spacing w:after="0" w:line="240" w:lineRule="auto"/>
            </w:pPr>
            <w:r>
              <w:rPr>
                <w:sz w:val="14"/>
              </w:rPr>
              <w:t>Reclamații și vigilență</w:t>
            </w:r>
          </w:p>
        </w:tc>
        <w:tc>
          <w:tcPr>
            <w:tcW w:w="3231" w:type="dxa"/>
            <w:shd w:val="clear" w:color="auto" w:fill="FAFAFA"/>
            <w:tcMar>
              <w:top w:w="70" w:type="dxa"/>
              <w:left w:w="85" w:type="dxa"/>
              <w:bottom w:w="70" w:type="dxa"/>
              <w:right w:w="85" w:type="dxa"/>
            </w:tcMar>
            <w:vAlign w:val="center"/>
          </w:tcPr>
          <w:p w14:paraId="16848034" w14:textId="77777777" w:rsidR="00865365" w:rsidRDefault="00000000">
            <w:pPr>
              <w:spacing w:after="0" w:line="240" w:lineRule="auto"/>
            </w:pPr>
            <w:r>
              <w:rPr>
                <w:sz w:val="14"/>
              </w:rPr>
              <w:t>Investigații, raportabilitate, notificări și răspunsuri</w:t>
            </w:r>
          </w:p>
        </w:tc>
        <w:tc>
          <w:tcPr>
            <w:tcW w:w="3231" w:type="dxa"/>
            <w:shd w:val="clear" w:color="auto" w:fill="FAFAFA"/>
            <w:tcMar>
              <w:top w:w="70" w:type="dxa"/>
              <w:left w:w="85" w:type="dxa"/>
              <w:bottom w:w="70" w:type="dxa"/>
              <w:right w:w="85" w:type="dxa"/>
            </w:tcMar>
            <w:vAlign w:val="center"/>
          </w:tcPr>
          <w:p w14:paraId="743704F5" w14:textId="77777777" w:rsidR="00865365" w:rsidRDefault="00000000">
            <w:pPr>
              <w:spacing w:after="0" w:line="240" w:lineRule="auto"/>
            </w:pPr>
            <w:r>
              <w:rPr>
                <w:sz w:val="14"/>
              </w:rPr>
              <w:t>Cerințe legale + viață produs + litigii și risk management</w:t>
            </w:r>
          </w:p>
        </w:tc>
        <w:tc>
          <w:tcPr>
            <w:tcW w:w="1304" w:type="dxa"/>
            <w:shd w:val="clear" w:color="auto" w:fill="FAFAFA"/>
            <w:tcMar>
              <w:top w:w="70" w:type="dxa"/>
              <w:left w:w="85" w:type="dxa"/>
              <w:bottom w:w="70" w:type="dxa"/>
              <w:right w:w="85" w:type="dxa"/>
            </w:tcMar>
            <w:vAlign w:val="center"/>
          </w:tcPr>
          <w:p w14:paraId="7DC62270" w14:textId="77777777" w:rsidR="00865365" w:rsidRDefault="00865365">
            <w:pPr>
              <w:spacing w:after="0" w:line="240" w:lineRule="auto"/>
            </w:pPr>
          </w:p>
        </w:tc>
      </w:tr>
      <w:tr w:rsidR="00865365" w14:paraId="7CC2DB87" w14:textId="77777777">
        <w:trPr>
          <w:cantSplit/>
          <w:jc w:val="center"/>
        </w:trPr>
        <w:tc>
          <w:tcPr>
            <w:tcW w:w="2154" w:type="dxa"/>
            <w:shd w:val="clear" w:color="auto" w:fill="FFFFFF"/>
            <w:tcMar>
              <w:top w:w="70" w:type="dxa"/>
              <w:left w:w="85" w:type="dxa"/>
              <w:bottom w:w="70" w:type="dxa"/>
              <w:right w:w="85" w:type="dxa"/>
            </w:tcMar>
            <w:vAlign w:val="center"/>
          </w:tcPr>
          <w:p w14:paraId="43B4F519" w14:textId="77777777" w:rsidR="00865365" w:rsidRDefault="00000000">
            <w:pPr>
              <w:spacing w:after="0" w:line="240" w:lineRule="auto"/>
            </w:pPr>
            <w:r>
              <w:rPr>
                <w:sz w:val="14"/>
              </w:rPr>
              <w:t>Validări</w:t>
            </w:r>
          </w:p>
        </w:tc>
        <w:tc>
          <w:tcPr>
            <w:tcW w:w="3231" w:type="dxa"/>
            <w:shd w:val="clear" w:color="auto" w:fill="FFFFFF"/>
            <w:tcMar>
              <w:top w:w="70" w:type="dxa"/>
              <w:left w:w="85" w:type="dxa"/>
              <w:bottom w:w="70" w:type="dxa"/>
              <w:right w:w="85" w:type="dxa"/>
            </w:tcMar>
            <w:vAlign w:val="center"/>
          </w:tcPr>
          <w:p w14:paraId="102B8791" w14:textId="77777777" w:rsidR="00865365" w:rsidRDefault="00000000">
            <w:pPr>
              <w:spacing w:after="0" w:line="240" w:lineRule="auto"/>
            </w:pPr>
            <w:r>
              <w:rPr>
                <w:sz w:val="14"/>
              </w:rPr>
              <w:t>Procese, sterilizare, software, metode și ambalare</w:t>
            </w:r>
          </w:p>
        </w:tc>
        <w:tc>
          <w:tcPr>
            <w:tcW w:w="3231" w:type="dxa"/>
            <w:shd w:val="clear" w:color="auto" w:fill="FFFFFF"/>
            <w:tcMar>
              <w:top w:w="70" w:type="dxa"/>
              <w:left w:w="85" w:type="dxa"/>
              <w:bottom w:w="70" w:type="dxa"/>
              <w:right w:w="85" w:type="dxa"/>
            </w:tcMar>
            <w:vAlign w:val="center"/>
          </w:tcPr>
          <w:p w14:paraId="70FC8417" w14:textId="77777777" w:rsidR="00865365" w:rsidRDefault="00000000">
            <w:pPr>
              <w:spacing w:after="0" w:line="240" w:lineRule="auto"/>
            </w:pPr>
            <w:r>
              <w:rPr>
                <w:sz w:val="14"/>
              </w:rPr>
              <w:t>Durata procesului/echipamentului + istoric schimbări și audit</w:t>
            </w:r>
          </w:p>
        </w:tc>
        <w:tc>
          <w:tcPr>
            <w:tcW w:w="1304" w:type="dxa"/>
            <w:shd w:val="clear" w:color="auto" w:fill="FFFFFF"/>
            <w:tcMar>
              <w:top w:w="70" w:type="dxa"/>
              <w:left w:w="85" w:type="dxa"/>
              <w:bottom w:w="70" w:type="dxa"/>
              <w:right w:w="85" w:type="dxa"/>
            </w:tcMar>
            <w:vAlign w:val="center"/>
          </w:tcPr>
          <w:p w14:paraId="22644BF6" w14:textId="77777777" w:rsidR="00865365" w:rsidRDefault="00865365">
            <w:pPr>
              <w:spacing w:after="0" w:line="240" w:lineRule="auto"/>
            </w:pPr>
          </w:p>
        </w:tc>
      </w:tr>
      <w:tr w:rsidR="00865365" w14:paraId="301265C9" w14:textId="77777777">
        <w:trPr>
          <w:cantSplit/>
          <w:jc w:val="center"/>
        </w:trPr>
        <w:tc>
          <w:tcPr>
            <w:tcW w:w="2154" w:type="dxa"/>
            <w:shd w:val="clear" w:color="auto" w:fill="FAFAFA"/>
            <w:tcMar>
              <w:top w:w="70" w:type="dxa"/>
              <w:left w:w="85" w:type="dxa"/>
              <w:bottom w:w="70" w:type="dxa"/>
              <w:right w:w="85" w:type="dxa"/>
            </w:tcMar>
            <w:vAlign w:val="center"/>
          </w:tcPr>
          <w:p w14:paraId="5A6CCEF7" w14:textId="77777777" w:rsidR="00865365" w:rsidRDefault="00000000">
            <w:pPr>
              <w:spacing w:after="0" w:line="240" w:lineRule="auto"/>
            </w:pPr>
            <w:r>
              <w:rPr>
                <w:sz w:val="14"/>
              </w:rPr>
              <w:t>Furnizori</w:t>
            </w:r>
          </w:p>
        </w:tc>
        <w:tc>
          <w:tcPr>
            <w:tcW w:w="3231" w:type="dxa"/>
            <w:shd w:val="clear" w:color="auto" w:fill="FAFAFA"/>
            <w:tcMar>
              <w:top w:w="70" w:type="dxa"/>
              <w:left w:w="85" w:type="dxa"/>
              <w:bottom w:w="70" w:type="dxa"/>
              <w:right w:w="85" w:type="dxa"/>
            </w:tcMar>
            <w:vAlign w:val="center"/>
          </w:tcPr>
          <w:p w14:paraId="1B4CBC90" w14:textId="77777777" w:rsidR="00865365" w:rsidRDefault="00000000">
            <w:pPr>
              <w:spacing w:after="0" w:line="240" w:lineRule="auto"/>
            </w:pPr>
            <w:r>
              <w:rPr>
                <w:sz w:val="14"/>
              </w:rPr>
              <w:t>Evaluări, acorduri, schimbări, SCAR și performanță</w:t>
            </w:r>
          </w:p>
        </w:tc>
        <w:tc>
          <w:tcPr>
            <w:tcW w:w="3231" w:type="dxa"/>
            <w:shd w:val="clear" w:color="auto" w:fill="FAFAFA"/>
            <w:tcMar>
              <w:top w:w="70" w:type="dxa"/>
              <w:left w:w="85" w:type="dxa"/>
              <w:bottom w:w="70" w:type="dxa"/>
              <w:right w:w="85" w:type="dxa"/>
            </w:tcMar>
            <w:vAlign w:val="center"/>
          </w:tcPr>
          <w:p w14:paraId="69EAAA31" w14:textId="77777777" w:rsidR="00865365" w:rsidRDefault="00000000">
            <w:pPr>
              <w:spacing w:after="0" w:line="240" w:lineRule="auto"/>
            </w:pPr>
            <w:r>
              <w:rPr>
                <w:sz w:val="14"/>
              </w:rPr>
              <w:t>Durata relației + viața produsului afectat + răspundere</w:t>
            </w:r>
          </w:p>
        </w:tc>
        <w:tc>
          <w:tcPr>
            <w:tcW w:w="1304" w:type="dxa"/>
            <w:shd w:val="clear" w:color="auto" w:fill="FAFAFA"/>
            <w:tcMar>
              <w:top w:w="70" w:type="dxa"/>
              <w:left w:w="85" w:type="dxa"/>
              <w:bottom w:w="70" w:type="dxa"/>
              <w:right w:w="85" w:type="dxa"/>
            </w:tcMar>
            <w:vAlign w:val="center"/>
          </w:tcPr>
          <w:p w14:paraId="6A8FF762" w14:textId="77777777" w:rsidR="00865365" w:rsidRDefault="00865365">
            <w:pPr>
              <w:spacing w:after="0" w:line="240" w:lineRule="auto"/>
            </w:pPr>
          </w:p>
        </w:tc>
      </w:tr>
      <w:tr w:rsidR="00865365" w14:paraId="58189AFC" w14:textId="77777777">
        <w:trPr>
          <w:cantSplit/>
          <w:jc w:val="center"/>
        </w:trPr>
        <w:tc>
          <w:tcPr>
            <w:tcW w:w="2154" w:type="dxa"/>
            <w:shd w:val="clear" w:color="auto" w:fill="FFFFFF"/>
            <w:tcMar>
              <w:top w:w="70" w:type="dxa"/>
              <w:left w:w="85" w:type="dxa"/>
              <w:bottom w:w="70" w:type="dxa"/>
              <w:right w:w="85" w:type="dxa"/>
            </w:tcMar>
            <w:vAlign w:val="center"/>
          </w:tcPr>
          <w:p w14:paraId="4CD79B2C" w14:textId="77777777" w:rsidR="00865365" w:rsidRDefault="00000000">
            <w:pPr>
              <w:spacing w:after="0" w:line="240" w:lineRule="auto"/>
            </w:pPr>
            <w:r>
              <w:rPr>
                <w:sz w:val="14"/>
              </w:rPr>
              <w:t>Competență și autorizări</w:t>
            </w:r>
          </w:p>
        </w:tc>
        <w:tc>
          <w:tcPr>
            <w:tcW w:w="3231" w:type="dxa"/>
            <w:shd w:val="clear" w:color="auto" w:fill="FFFFFF"/>
            <w:tcMar>
              <w:top w:w="70" w:type="dxa"/>
              <w:left w:w="85" w:type="dxa"/>
              <w:bottom w:w="70" w:type="dxa"/>
              <w:right w:w="85" w:type="dxa"/>
            </w:tcMar>
            <w:vAlign w:val="center"/>
          </w:tcPr>
          <w:p w14:paraId="0668C7F2" w14:textId="77777777" w:rsidR="00865365" w:rsidRDefault="00000000">
            <w:pPr>
              <w:spacing w:after="0" w:line="240" w:lineRule="auto"/>
            </w:pPr>
            <w:r>
              <w:rPr>
                <w:sz w:val="14"/>
              </w:rPr>
              <w:t>Instruiri, evaluări și calificări</w:t>
            </w:r>
          </w:p>
        </w:tc>
        <w:tc>
          <w:tcPr>
            <w:tcW w:w="3231" w:type="dxa"/>
            <w:shd w:val="clear" w:color="auto" w:fill="FFFFFF"/>
            <w:tcMar>
              <w:top w:w="70" w:type="dxa"/>
              <w:left w:w="85" w:type="dxa"/>
              <w:bottom w:w="70" w:type="dxa"/>
              <w:right w:w="85" w:type="dxa"/>
            </w:tcMar>
            <w:vAlign w:val="center"/>
          </w:tcPr>
          <w:p w14:paraId="7CCB4409" w14:textId="77777777" w:rsidR="00865365" w:rsidRDefault="00000000">
            <w:pPr>
              <w:spacing w:after="0" w:line="240" w:lineRule="auto"/>
            </w:pPr>
            <w:r>
              <w:rPr>
                <w:sz w:val="14"/>
              </w:rPr>
              <w:t>Durata rolului + cerințe reglementare și trasabilitate lot</w:t>
            </w:r>
          </w:p>
        </w:tc>
        <w:tc>
          <w:tcPr>
            <w:tcW w:w="1304" w:type="dxa"/>
            <w:shd w:val="clear" w:color="auto" w:fill="FFFFFF"/>
            <w:tcMar>
              <w:top w:w="70" w:type="dxa"/>
              <w:left w:w="85" w:type="dxa"/>
              <w:bottom w:w="70" w:type="dxa"/>
              <w:right w:w="85" w:type="dxa"/>
            </w:tcMar>
            <w:vAlign w:val="center"/>
          </w:tcPr>
          <w:p w14:paraId="1CFE0528" w14:textId="77777777" w:rsidR="00865365" w:rsidRDefault="00865365">
            <w:pPr>
              <w:spacing w:after="0" w:line="240" w:lineRule="auto"/>
            </w:pPr>
          </w:p>
        </w:tc>
      </w:tr>
    </w:tbl>
    <w:p w14:paraId="42FE8C04" w14:textId="77777777" w:rsidR="00865365" w:rsidRDefault="00865365">
      <w:pPr>
        <w:spacing w:after="20"/>
      </w:pPr>
    </w:p>
    <w:p w14:paraId="3A4E4075" w14:textId="77777777" w:rsidR="00865365" w:rsidRDefault="00000000">
      <w:pPr>
        <w:pStyle w:val="Heading2"/>
      </w:pPr>
      <w:r>
        <w:t>Cerere de creare sau modificare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855"/>
        <w:gridCol w:w="1928"/>
        <w:gridCol w:w="2211"/>
      </w:tblGrid>
      <w:tr w:rsidR="00865365" w14:paraId="4AF8B20A" w14:textId="77777777">
        <w:trPr>
          <w:jc w:val="center"/>
        </w:trPr>
        <w:tc>
          <w:tcPr>
            <w:tcW w:w="1928" w:type="dxa"/>
            <w:shd w:val="clear" w:color="auto" w:fill="F3F4F5"/>
            <w:tcMar>
              <w:top w:w="70" w:type="dxa"/>
              <w:left w:w="85" w:type="dxa"/>
              <w:bottom w:w="70" w:type="dxa"/>
              <w:right w:w="85" w:type="dxa"/>
            </w:tcMar>
            <w:vAlign w:val="center"/>
          </w:tcPr>
          <w:p w14:paraId="670B9B86" w14:textId="77777777" w:rsidR="00865365" w:rsidRDefault="00000000">
            <w:pPr>
              <w:spacing w:after="0" w:line="240" w:lineRule="auto"/>
            </w:pPr>
            <w:r>
              <w:rPr>
                <w:b/>
                <w:sz w:val="15"/>
              </w:rPr>
              <w:t>Solicitant</w:t>
            </w:r>
          </w:p>
        </w:tc>
        <w:tc>
          <w:tcPr>
            <w:tcW w:w="3855" w:type="dxa"/>
            <w:shd w:val="clear" w:color="auto" w:fill="FFFFFF"/>
            <w:tcMar>
              <w:top w:w="70" w:type="dxa"/>
              <w:left w:w="85" w:type="dxa"/>
              <w:bottom w:w="70" w:type="dxa"/>
              <w:right w:w="85" w:type="dxa"/>
            </w:tcMar>
            <w:vAlign w:val="center"/>
          </w:tcPr>
          <w:p w14:paraId="435A4769" w14:textId="77777777" w:rsidR="00865365" w:rsidRDefault="00865365">
            <w:pPr>
              <w:spacing w:after="0" w:line="240" w:lineRule="auto"/>
            </w:pPr>
          </w:p>
        </w:tc>
        <w:tc>
          <w:tcPr>
            <w:tcW w:w="1928" w:type="dxa"/>
            <w:shd w:val="clear" w:color="auto" w:fill="F3F4F5"/>
            <w:tcMar>
              <w:top w:w="70" w:type="dxa"/>
              <w:left w:w="85" w:type="dxa"/>
              <w:bottom w:w="70" w:type="dxa"/>
              <w:right w:w="85" w:type="dxa"/>
            </w:tcMar>
            <w:vAlign w:val="center"/>
          </w:tcPr>
          <w:p w14:paraId="797257EA" w14:textId="77777777" w:rsidR="00865365" w:rsidRDefault="00000000">
            <w:pPr>
              <w:spacing w:after="0" w:line="240" w:lineRule="auto"/>
            </w:pPr>
            <w:r>
              <w:rPr>
                <w:b/>
                <w:sz w:val="15"/>
              </w:rPr>
              <w:t>Data</w:t>
            </w:r>
          </w:p>
        </w:tc>
        <w:tc>
          <w:tcPr>
            <w:tcW w:w="2211" w:type="dxa"/>
            <w:shd w:val="clear" w:color="auto" w:fill="FFFFFF"/>
            <w:tcMar>
              <w:top w:w="70" w:type="dxa"/>
              <w:left w:w="85" w:type="dxa"/>
              <w:bottom w:w="70" w:type="dxa"/>
              <w:right w:w="85" w:type="dxa"/>
            </w:tcMar>
            <w:vAlign w:val="center"/>
          </w:tcPr>
          <w:p w14:paraId="32A3A4DE" w14:textId="77777777" w:rsidR="00865365" w:rsidRDefault="00865365">
            <w:pPr>
              <w:spacing w:after="0" w:line="240" w:lineRule="auto"/>
            </w:pPr>
          </w:p>
        </w:tc>
      </w:tr>
      <w:tr w:rsidR="00865365" w14:paraId="443D6D5D" w14:textId="77777777">
        <w:trPr>
          <w:jc w:val="center"/>
        </w:trPr>
        <w:tc>
          <w:tcPr>
            <w:tcW w:w="1928" w:type="dxa"/>
            <w:shd w:val="clear" w:color="auto" w:fill="F3F4F5"/>
            <w:tcMar>
              <w:top w:w="70" w:type="dxa"/>
              <w:left w:w="85" w:type="dxa"/>
              <w:bottom w:w="70" w:type="dxa"/>
              <w:right w:w="85" w:type="dxa"/>
            </w:tcMar>
            <w:vAlign w:val="center"/>
          </w:tcPr>
          <w:p w14:paraId="41D2F7DC" w14:textId="77777777" w:rsidR="00865365" w:rsidRDefault="00000000">
            <w:pPr>
              <w:spacing w:after="0" w:line="240" w:lineRule="auto"/>
            </w:pPr>
            <w:r>
              <w:rPr>
                <w:b/>
                <w:sz w:val="15"/>
              </w:rPr>
              <w:t>Document / cod</w:t>
            </w:r>
          </w:p>
        </w:tc>
        <w:tc>
          <w:tcPr>
            <w:tcW w:w="3855" w:type="dxa"/>
            <w:shd w:val="clear" w:color="auto" w:fill="FFFFFF"/>
            <w:tcMar>
              <w:top w:w="70" w:type="dxa"/>
              <w:left w:w="85" w:type="dxa"/>
              <w:bottom w:w="70" w:type="dxa"/>
              <w:right w:w="85" w:type="dxa"/>
            </w:tcMar>
            <w:vAlign w:val="center"/>
          </w:tcPr>
          <w:p w14:paraId="557B7EAC" w14:textId="77777777" w:rsidR="00865365" w:rsidRDefault="00865365">
            <w:pPr>
              <w:spacing w:after="0" w:line="240" w:lineRule="auto"/>
            </w:pPr>
          </w:p>
        </w:tc>
        <w:tc>
          <w:tcPr>
            <w:tcW w:w="1928" w:type="dxa"/>
            <w:shd w:val="clear" w:color="auto" w:fill="F3F4F5"/>
            <w:tcMar>
              <w:top w:w="70" w:type="dxa"/>
              <w:left w:w="85" w:type="dxa"/>
              <w:bottom w:w="70" w:type="dxa"/>
              <w:right w:w="85" w:type="dxa"/>
            </w:tcMar>
            <w:vAlign w:val="center"/>
          </w:tcPr>
          <w:p w14:paraId="7DB77ED2" w14:textId="77777777" w:rsidR="00865365" w:rsidRDefault="00000000">
            <w:pPr>
              <w:spacing w:after="0" w:line="240" w:lineRule="auto"/>
            </w:pPr>
            <w:r>
              <w:rPr>
                <w:b/>
                <w:sz w:val="15"/>
              </w:rPr>
              <w:t>Proces</w:t>
            </w:r>
          </w:p>
        </w:tc>
        <w:tc>
          <w:tcPr>
            <w:tcW w:w="2211" w:type="dxa"/>
            <w:shd w:val="clear" w:color="auto" w:fill="FFFFFF"/>
            <w:tcMar>
              <w:top w:w="70" w:type="dxa"/>
              <w:left w:w="85" w:type="dxa"/>
              <w:bottom w:w="70" w:type="dxa"/>
              <w:right w:w="85" w:type="dxa"/>
            </w:tcMar>
            <w:vAlign w:val="center"/>
          </w:tcPr>
          <w:p w14:paraId="0389458A" w14:textId="77777777" w:rsidR="00865365" w:rsidRDefault="00865365">
            <w:pPr>
              <w:spacing w:after="0" w:line="240" w:lineRule="auto"/>
            </w:pPr>
          </w:p>
        </w:tc>
      </w:tr>
      <w:tr w:rsidR="00865365" w14:paraId="607B53F9" w14:textId="77777777">
        <w:trPr>
          <w:jc w:val="center"/>
        </w:trPr>
        <w:tc>
          <w:tcPr>
            <w:tcW w:w="1928" w:type="dxa"/>
            <w:shd w:val="clear" w:color="auto" w:fill="F3F4F5"/>
            <w:tcMar>
              <w:top w:w="70" w:type="dxa"/>
              <w:left w:w="85" w:type="dxa"/>
              <w:bottom w:w="70" w:type="dxa"/>
              <w:right w:w="85" w:type="dxa"/>
            </w:tcMar>
            <w:vAlign w:val="center"/>
          </w:tcPr>
          <w:p w14:paraId="03996567" w14:textId="77777777" w:rsidR="00865365" w:rsidRDefault="00000000">
            <w:pPr>
              <w:spacing w:after="0" w:line="240" w:lineRule="auto"/>
            </w:pPr>
            <w:r>
              <w:rPr>
                <w:b/>
                <w:sz w:val="15"/>
              </w:rPr>
              <w:t>Tip solicitare</w:t>
            </w:r>
          </w:p>
        </w:tc>
        <w:tc>
          <w:tcPr>
            <w:tcW w:w="3855" w:type="dxa"/>
            <w:shd w:val="clear" w:color="auto" w:fill="FFFFFF"/>
            <w:tcMar>
              <w:top w:w="70" w:type="dxa"/>
              <w:left w:w="85" w:type="dxa"/>
              <w:bottom w:w="70" w:type="dxa"/>
              <w:right w:w="85" w:type="dxa"/>
            </w:tcMar>
            <w:vAlign w:val="center"/>
          </w:tcPr>
          <w:p w14:paraId="2ED3C103" w14:textId="77777777" w:rsidR="00865365" w:rsidRDefault="00000000">
            <w:pPr>
              <w:spacing w:after="0" w:line="240" w:lineRule="auto"/>
            </w:pPr>
            <w:r>
              <w:rPr>
                <w:sz w:val="15"/>
              </w:rPr>
              <w:t>☐ creare   ☐ modificare   ☐ retragere</w:t>
            </w:r>
          </w:p>
        </w:tc>
        <w:tc>
          <w:tcPr>
            <w:tcW w:w="1928" w:type="dxa"/>
            <w:shd w:val="clear" w:color="auto" w:fill="F3F4F5"/>
            <w:tcMar>
              <w:top w:w="70" w:type="dxa"/>
              <w:left w:w="85" w:type="dxa"/>
              <w:bottom w:w="70" w:type="dxa"/>
              <w:right w:w="85" w:type="dxa"/>
            </w:tcMar>
            <w:vAlign w:val="center"/>
          </w:tcPr>
          <w:p w14:paraId="0CA06A75" w14:textId="77777777" w:rsidR="00865365" w:rsidRDefault="00000000">
            <w:pPr>
              <w:spacing w:after="0" w:line="240" w:lineRule="auto"/>
            </w:pPr>
            <w:r>
              <w:rPr>
                <w:b/>
                <w:sz w:val="15"/>
              </w:rPr>
              <w:t>Prioritate</w:t>
            </w:r>
          </w:p>
        </w:tc>
        <w:tc>
          <w:tcPr>
            <w:tcW w:w="2211" w:type="dxa"/>
            <w:shd w:val="clear" w:color="auto" w:fill="FFFFFF"/>
            <w:tcMar>
              <w:top w:w="70" w:type="dxa"/>
              <w:left w:w="85" w:type="dxa"/>
              <w:bottom w:w="70" w:type="dxa"/>
              <w:right w:w="85" w:type="dxa"/>
            </w:tcMar>
            <w:vAlign w:val="center"/>
          </w:tcPr>
          <w:p w14:paraId="0120C03B" w14:textId="77777777" w:rsidR="00865365" w:rsidRDefault="00865365">
            <w:pPr>
              <w:spacing w:after="0" w:line="240" w:lineRule="auto"/>
            </w:pPr>
          </w:p>
        </w:tc>
      </w:tr>
      <w:tr w:rsidR="00865365" w14:paraId="6D19634D" w14:textId="77777777">
        <w:trPr>
          <w:jc w:val="center"/>
        </w:trPr>
        <w:tc>
          <w:tcPr>
            <w:tcW w:w="1928" w:type="dxa"/>
            <w:shd w:val="clear" w:color="auto" w:fill="F3F4F5"/>
            <w:tcMar>
              <w:top w:w="70" w:type="dxa"/>
              <w:left w:w="85" w:type="dxa"/>
              <w:bottom w:w="70" w:type="dxa"/>
              <w:right w:w="85" w:type="dxa"/>
            </w:tcMar>
            <w:vAlign w:val="center"/>
          </w:tcPr>
          <w:p w14:paraId="76516EAB" w14:textId="77777777" w:rsidR="00865365" w:rsidRDefault="00000000">
            <w:pPr>
              <w:spacing w:after="0" w:line="240" w:lineRule="auto"/>
            </w:pPr>
            <w:r>
              <w:rPr>
                <w:b/>
                <w:sz w:val="15"/>
              </w:rPr>
              <w:t>Motiv și risc</w:t>
            </w:r>
          </w:p>
        </w:tc>
        <w:tc>
          <w:tcPr>
            <w:tcW w:w="3855" w:type="dxa"/>
            <w:shd w:val="clear" w:color="auto" w:fill="FFFFFF"/>
            <w:tcMar>
              <w:top w:w="70" w:type="dxa"/>
              <w:left w:w="85" w:type="dxa"/>
              <w:bottom w:w="70" w:type="dxa"/>
              <w:right w:w="85" w:type="dxa"/>
            </w:tcMar>
            <w:vAlign w:val="center"/>
          </w:tcPr>
          <w:p w14:paraId="2D0F7B0D" w14:textId="77777777" w:rsidR="00865365" w:rsidRDefault="00865365">
            <w:pPr>
              <w:spacing w:after="0" w:line="240" w:lineRule="auto"/>
            </w:pPr>
          </w:p>
        </w:tc>
        <w:tc>
          <w:tcPr>
            <w:tcW w:w="1928" w:type="dxa"/>
            <w:shd w:val="clear" w:color="auto" w:fill="F3F4F5"/>
            <w:tcMar>
              <w:top w:w="70" w:type="dxa"/>
              <w:left w:w="85" w:type="dxa"/>
              <w:bottom w:w="70" w:type="dxa"/>
              <w:right w:w="85" w:type="dxa"/>
            </w:tcMar>
            <w:vAlign w:val="center"/>
          </w:tcPr>
          <w:p w14:paraId="45F06EF9" w14:textId="77777777" w:rsidR="00865365" w:rsidRDefault="00000000">
            <w:pPr>
              <w:spacing w:after="0" w:line="240" w:lineRule="auto"/>
            </w:pPr>
            <w:r>
              <w:rPr>
                <w:b/>
                <w:sz w:val="15"/>
              </w:rPr>
              <w:t>Cerință asociată</w:t>
            </w:r>
          </w:p>
        </w:tc>
        <w:tc>
          <w:tcPr>
            <w:tcW w:w="2211" w:type="dxa"/>
            <w:shd w:val="clear" w:color="auto" w:fill="FFFFFF"/>
            <w:tcMar>
              <w:top w:w="70" w:type="dxa"/>
              <w:left w:w="85" w:type="dxa"/>
              <w:bottom w:w="70" w:type="dxa"/>
              <w:right w:w="85" w:type="dxa"/>
            </w:tcMar>
            <w:vAlign w:val="center"/>
          </w:tcPr>
          <w:p w14:paraId="33DE2AB6" w14:textId="77777777" w:rsidR="00865365" w:rsidRDefault="00865365">
            <w:pPr>
              <w:spacing w:after="0" w:line="240" w:lineRule="auto"/>
            </w:pPr>
          </w:p>
        </w:tc>
      </w:tr>
      <w:tr w:rsidR="00865365" w14:paraId="65F4BD6F" w14:textId="77777777">
        <w:trPr>
          <w:jc w:val="center"/>
        </w:trPr>
        <w:tc>
          <w:tcPr>
            <w:tcW w:w="1928" w:type="dxa"/>
            <w:shd w:val="clear" w:color="auto" w:fill="F3F4F5"/>
            <w:tcMar>
              <w:top w:w="70" w:type="dxa"/>
              <w:left w:w="85" w:type="dxa"/>
              <w:bottom w:w="70" w:type="dxa"/>
              <w:right w:w="85" w:type="dxa"/>
            </w:tcMar>
            <w:vAlign w:val="center"/>
          </w:tcPr>
          <w:p w14:paraId="0203835A" w14:textId="77777777" w:rsidR="00865365" w:rsidRDefault="00000000">
            <w:pPr>
              <w:spacing w:after="0" w:line="240" w:lineRule="auto"/>
            </w:pPr>
            <w:r>
              <w:rPr>
                <w:b/>
                <w:sz w:val="15"/>
              </w:rPr>
              <w:t>Descriere modificare</w:t>
            </w:r>
          </w:p>
        </w:tc>
        <w:tc>
          <w:tcPr>
            <w:tcW w:w="3855" w:type="dxa"/>
            <w:shd w:val="clear" w:color="auto" w:fill="FFFFFF"/>
            <w:tcMar>
              <w:top w:w="70" w:type="dxa"/>
              <w:left w:w="85" w:type="dxa"/>
              <w:bottom w:w="70" w:type="dxa"/>
              <w:right w:w="85" w:type="dxa"/>
            </w:tcMar>
            <w:vAlign w:val="center"/>
          </w:tcPr>
          <w:p w14:paraId="5BD2C945" w14:textId="77777777" w:rsidR="00865365" w:rsidRDefault="00865365">
            <w:pPr>
              <w:spacing w:after="0" w:line="240" w:lineRule="auto"/>
            </w:pPr>
          </w:p>
        </w:tc>
        <w:tc>
          <w:tcPr>
            <w:tcW w:w="1928" w:type="dxa"/>
            <w:shd w:val="clear" w:color="auto" w:fill="F3F4F5"/>
            <w:tcMar>
              <w:top w:w="70" w:type="dxa"/>
              <w:left w:w="85" w:type="dxa"/>
              <w:bottom w:w="70" w:type="dxa"/>
              <w:right w:w="85" w:type="dxa"/>
            </w:tcMar>
            <w:vAlign w:val="center"/>
          </w:tcPr>
          <w:p w14:paraId="4080310A" w14:textId="77777777" w:rsidR="00865365" w:rsidRDefault="00000000">
            <w:pPr>
              <w:spacing w:after="0" w:line="240" w:lineRule="auto"/>
            </w:pPr>
            <w:r>
              <w:rPr>
                <w:b/>
                <w:sz w:val="15"/>
              </w:rPr>
              <w:t>Documente afectate</w:t>
            </w:r>
          </w:p>
        </w:tc>
        <w:tc>
          <w:tcPr>
            <w:tcW w:w="2211" w:type="dxa"/>
            <w:shd w:val="clear" w:color="auto" w:fill="FFFFFF"/>
            <w:tcMar>
              <w:top w:w="70" w:type="dxa"/>
              <w:left w:w="85" w:type="dxa"/>
              <w:bottom w:w="70" w:type="dxa"/>
              <w:right w:w="85" w:type="dxa"/>
            </w:tcMar>
            <w:vAlign w:val="center"/>
          </w:tcPr>
          <w:p w14:paraId="10E6165E" w14:textId="77777777" w:rsidR="00865365" w:rsidRDefault="00865365">
            <w:pPr>
              <w:spacing w:after="0" w:line="240" w:lineRule="auto"/>
            </w:pPr>
          </w:p>
        </w:tc>
      </w:tr>
      <w:tr w:rsidR="00865365" w14:paraId="4A4522BE" w14:textId="77777777">
        <w:trPr>
          <w:jc w:val="center"/>
        </w:trPr>
        <w:tc>
          <w:tcPr>
            <w:tcW w:w="1928" w:type="dxa"/>
            <w:shd w:val="clear" w:color="auto" w:fill="F3F4F5"/>
            <w:tcMar>
              <w:top w:w="70" w:type="dxa"/>
              <w:left w:w="85" w:type="dxa"/>
              <w:bottom w:w="70" w:type="dxa"/>
              <w:right w:w="85" w:type="dxa"/>
            </w:tcMar>
            <w:vAlign w:val="center"/>
          </w:tcPr>
          <w:p w14:paraId="79142862" w14:textId="77777777" w:rsidR="00865365" w:rsidRDefault="00000000">
            <w:pPr>
              <w:spacing w:after="0" w:line="240" w:lineRule="auto"/>
            </w:pPr>
            <w:r>
              <w:rPr>
                <w:b/>
                <w:sz w:val="15"/>
              </w:rPr>
              <w:t>Impact operațional</w:t>
            </w:r>
          </w:p>
        </w:tc>
        <w:tc>
          <w:tcPr>
            <w:tcW w:w="3855" w:type="dxa"/>
            <w:shd w:val="clear" w:color="auto" w:fill="FFFFFF"/>
            <w:tcMar>
              <w:top w:w="70" w:type="dxa"/>
              <w:left w:w="85" w:type="dxa"/>
              <w:bottom w:w="70" w:type="dxa"/>
              <w:right w:w="85" w:type="dxa"/>
            </w:tcMar>
            <w:vAlign w:val="center"/>
          </w:tcPr>
          <w:p w14:paraId="155E285F" w14:textId="77777777" w:rsidR="00865365" w:rsidRDefault="00865365">
            <w:pPr>
              <w:spacing w:after="0" w:line="240" w:lineRule="auto"/>
            </w:pPr>
          </w:p>
        </w:tc>
        <w:tc>
          <w:tcPr>
            <w:tcW w:w="1928" w:type="dxa"/>
            <w:shd w:val="clear" w:color="auto" w:fill="F3F4F5"/>
            <w:tcMar>
              <w:top w:w="70" w:type="dxa"/>
              <w:left w:w="85" w:type="dxa"/>
              <w:bottom w:w="70" w:type="dxa"/>
              <w:right w:w="85" w:type="dxa"/>
            </w:tcMar>
            <w:vAlign w:val="center"/>
          </w:tcPr>
          <w:p w14:paraId="583F8639" w14:textId="77777777" w:rsidR="00865365" w:rsidRDefault="00000000">
            <w:pPr>
              <w:spacing w:after="0" w:line="240" w:lineRule="auto"/>
            </w:pPr>
            <w:r>
              <w:rPr>
                <w:b/>
                <w:sz w:val="15"/>
              </w:rPr>
              <w:t>Impact instruire / comunicare</w:t>
            </w:r>
          </w:p>
        </w:tc>
        <w:tc>
          <w:tcPr>
            <w:tcW w:w="2211" w:type="dxa"/>
            <w:shd w:val="clear" w:color="auto" w:fill="FFFFFF"/>
            <w:tcMar>
              <w:top w:w="70" w:type="dxa"/>
              <w:left w:w="85" w:type="dxa"/>
              <w:bottom w:w="70" w:type="dxa"/>
              <w:right w:w="85" w:type="dxa"/>
            </w:tcMar>
            <w:vAlign w:val="center"/>
          </w:tcPr>
          <w:p w14:paraId="180D1E03" w14:textId="77777777" w:rsidR="00865365" w:rsidRDefault="00865365">
            <w:pPr>
              <w:spacing w:after="0" w:line="240" w:lineRule="auto"/>
            </w:pPr>
          </w:p>
        </w:tc>
      </w:tr>
      <w:tr w:rsidR="00865365" w14:paraId="664E6F8C" w14:textId="77777777">
        <w:trPr>
          <w:jc w:val="center"/>
        </w:trPr>
        <w:tc>
          <w:tcPr>
            <w:tcW w:w="1928" w:type="dxa"/>
            <w:shd w:val="clear" w:color="auto" w:fill="F3F4F5"/>
            <w:tcMar>
              <w:top w:w="70" w:type="dxa"/>
              <w:left w:w="85" w:type="dxa"/>
              <w:bottom w:w="70" w:type="dxa"/>
              <w:right w:w="85" w:type="dxa"/>
            </w:tcMar>
            <w:vAlign w:val="center"/>
          </w:tcPr>
          <w:p w14:paraId="5952C211" w14:textId="77777777" w:rsidR="00865365" w:rsidRDefault="00000000">
            <w:pPr>
              <w:spacing w:after="0" w:line="240" w:lineRule="auto"/>
            </w:pPr>
            <w:r>
              <w:rPr>
                <w:b/>
                <w:sz w:val="15"/>
              </w:rPr>
              <w:t>Decizie</w:t>
            </w:r>
          </w:p>
        </w:tc>
        <w:tc>
          <w:tcPr>
            <w:tcW w:w="3855" w:type="dxa"/>
            <w:shd w:val="clear" w:color="auto" w:fill="FFFFFF"/>
            <w:tcMar>
              <w:top w:w="70" w:type="dxa"/>
              <w:left w:w="85" w:type="dxa"/>
              <w:bottom w:w="70" w:type="dxa"/>
              <w:right w:w="85" w:type="dxa"/>
            </w:tcMar>
            <w:vAlign w:val="center"/>
          </w:tcPr>
          <w:p w14:paraId="56EBE75B" w14:textId="77777777" w:rsidR="00865365" w:rsidRDefault="00000000">
            <w:pPr>
              <w:spacing w:after="0" w:line="240" w:lineRule="auto"/>
            </w:pPr>
            <w:r>
              <w:rPr>
                <w:sz w:val="15"/>
              </w:rPr>
              <w:t>☐ aprobat   ☐ respins   ☐ revizuire</w:t>
            </w:r>
          </w:p>
        </w:tc>
        <w:tc>
          <w:tcPr>
            <w:tcW w:w="1928" w:type="dxa"/>
            <w:shd w:val="clear" w:color="auto" w:fill="F3F4F5"/>
            <w:tcMar>
              <w:top w:w="70" w:type="dxa"/>
              <w:left w:w="85" w:type="dxa"/>
              <w:bottom w:w="70" w:type="dxa"/>
              <w:right w:w="85" w:type="dxa"/>
            </w:tcMar>
            <w:vAlign w:val="center"/>
          </w:tcPr>
          <w:p w14:paraId="33177E74" w14:textId="77777777" w:rsidR="00865365" w:rsidRDefault="00000000">
            <w:pPr>
              <w:spacing w:after="0" w:line="240" w:lineRule="auto"/>
            </w:pPr>
            <w:r>
              <w:rPr>
                <w:b/>
                <w:sz w:val="15"/>
              </w:rPr>
              <w:t>Aprobator</w:t>
            </w:r>
          </w:p>
        </w:tc>
        <w:tc>
          <w:tcPr>
            <w:tcW w:w="2211" w:type="dxa"/>
            <w:shd w:val="clear" w:color="auto" w:fill="FFFFFF"/>
            <w:tcMar>
              <w:top w:w="70" w:type="dxa"/>
              <w:left w:w="85" w:type="dxa"/>
              <w:bottom w:w="70" w:type="dxa"/>
              <w:right w:w="85" w:type="dxa"/>
            </w:tcMar>
            <w:vAlign w:val="center"/>
          </w:tcPr>
          <w:p w14:paraId="275AED4D" w14:textId="77777777" w:rsidR="00865365" w:rsidRDefault="00865365">
            <w:pPr>
              <w:spacing w:after="0" w:line="240" w:lineRule="auto"/>
            </w:pPr>
          </w:p>
        </w:tc>
      </w:tr>
    </w:tbl>
    <w:p w14:paraId="6A1A401F" w14:textId="77777777" w:rsidR="00865365" w:rsidRDefault="00000000">
      <w:pPr>
        <w:pStyle w:val="Heading2"/>
      </w:pPr>
      <w:r>
        <w:t>Index rapid al documentelor ISO 13485</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231"/>
        <w:gridCol w:w="1077"/>
        <w:gridCol w:w="1417"/>
        <w:gridCol w:w="1701"/>
        <w:gridCol w:w="1361"/>
        <w:gridCol w:w="567"/>
      </w:tblGrid>
      <w:tr w:rsidR="00865365" w14:paraId="47C8F4B3" w14:textId="77777777">
        <w:trPr>
          <w:tblHeader/>
          <w:jc w:val="center"/>
        </w:trPr>
        <w:tc>
          <w:tcPr>
            <w:tcW w:w="567" w:type="dxa"/>
            <w:shd w:val="clear" w:color="auto" w:fill="D71920"/>
            <w:tcMar>
              <w:top w:w="70" w:type="dxa"/>
              <w:left w:w="85" w:type="dxa"/>
              <w:bottom w:w="70" w:type="dxa"/>
              <w:right w:w="85" w:type="dxa"/>
            </w:tcMar>
            <w:vAlign w:val="center"/>
          </w:tcPr>
          <w:p w14:paraId="0C1AE58B" w14:textId="77777777" w:rsidR="00865365" w:rsidRDefault="00000000">
            <w:pPr>
              <w:spacing w:after="0" w:line="240" w:lineRule="auto"/>
              <w:jc w:val="center"/>
            </w:pPr>
            <w:r>
              <w:rPr>
                <w:b/>
                <w:color w:val="FFFFFF"/>
                <w:sz w:val="14"/>
              </w:rPr>
              <w:t>#</w:t>
            </w:r>
          </w:p>
        </w:tc>
        <w:tc>
          <w:tcPr>
            <w:tcW w:w="3231" w:type="dxa"/>
            <w:shd w:val="clear" w:color="auto" w:fill="D71920"/>
            <w:tcMar>
              <w:top w:w="70" w:type="dxa"/>
              <w:left w:w="85" w:type="dxa"/>
              <w:bottom w:w="70" w:type="dxa"/>
              <w:right w:w="85" w:type="dxa"/>
            </w:tcMar>
            <w:vAlign w:val="center"/>
          </w:tcPr>
          <w:p w14:paraId="7EE4B7C5" w14:textId="77777777" w:rsidR="00865365" w:rsidRDefault="00000000">
            <w:pPr>
              <w:spacing w:after="0" w:line="240" w:lineRule="auto"/>
              <w:jc w:val="center"/>
            </w:pPr>
            <w:r>
              <w:rPr>
                <w:b/>
                <w:color w:val="FFFFFF"/>
                <w:sz w:val="14"/>
              </w:rPr>
              <w:t>DOCUMENT / ÎNREGISTRARE</w:t>
            </w:r>
          </w:p>
        </w:tc>
        <w:tc>
          <w:tcPr>
            <w:tcW w:w="1077" w:type="dxa"/>
            <w:shd w:val="clear" w:color="auto" w:fill="D71920"/>
            <w:tcMar>
              <w:top w:w="70" w:type="dxa"/>
              <w:left w:w="85" w:type="dxa"/>
              <w:bottom w:w="70" w:type="dxa"/>
              <w:right w:w="85" w:type="dxa"/>
            </w:tcMar>
            <w:vAlign w:val="center"/>
          </w:tcPr>
          <w:p w14:paraId="276AFC33" w14:textId="77777777" w:rsidR="00865365" w:rsidRDefault="00000000">
            <w:pPr>
              <w:spacing w:after="0" w:line="240" w:lineRule="auto"/>
              <w:jc w:val="center"/>
            </w:pPr>
            <w:r>
              <w:rPr>
                <w:b/>
                <w:color w:val="FFFFFF"/>
                <w:sz w:val="14"/>
              </w:rPr>
              <w:t>CLAUZĂ</w:t>
            </w:r>
          </w:p>
        </w:tc>
        <w:tc>
          <w:tcPr>
            <w:tcW w:w="1417" w:type="dxa"/>
            <w:shd w:val="clear" w:color="auto" w:fill="D71920"/>
            <w:tcMar>
              <w:top w:w="70" w:type="dxa"/>
              <w:left w:w="85" w:type="dxa"/>
              <w:bottom w:w="70" w:type="dxa"/>
              <w:right w:w="85" w:type="dxa"/>
            </w:tcMar>
            <w:vAlign w:val="center"/>
          </w:tcPr>
          <w:p w14:paraId="4E59FF47" w14:textId="77777777" w:rsidR="00865365" w:rsidRDefault="00000000">
            <w:pPr>
              <w:spacing w:after="0" w:line="240" w:lineRule="auto"/>
              <w:jc w:val="center"/>
            </w:pPr>
            <w:r>
              <w:rPr>
                <w:b/>
                <w:color w:val="FFFFFF"/>
                <w:sz w:val="14"/>
              </w:rPr>
              <w:t>PROPRIETAR</w:t>
            </w:r>
          </w:p>
        </w:tc>
        <w:tc>
          <w:tcPr>
            <w:tcW w:w="1701" w:type="dxa"/>
            <w:shd w:val="clear" w:color="auto" w:fill="D71920"/>
            <w:tcMar>
              <w:top w:w="70" w:type="dxa"/>
              <w:left w:w="85" w:type="dxa"/>
              <w:bottom w:w="70" w:type="dxa"/>
              <w:right w:w="85" w:type="dxa"/>
            </w:tcMar>
            <w:vAlign w:val="center"/>
          </w:tcPr>
          <w:p w14:paraId="6DA31CF5" w14:textId="77777777" w:rsidR="00865365" w:rsidRDefault="00000000">
            <w:pPr>
              <w:spacing w:after="0" w:line="240" w:lineRule="auto"/>
              <w:jc w:val="center"/>
            </w:pPr>
            <w:r>
              <w:rPr>
                <w:b/>
                <w:color w:val="FFFFFF"/>
                <w:sz w:val="14"/>
              </w:rPr>
              <w:t>LOCAȚIE</w:t>
            </w:r>
          </w:p>
        </w:tc>
        <w:tc>
          <w:tcPr>
            <w:tcW w:w="1361" w:type="dxa"/>
            <w:shd w:val="clear" w:color="auto" w:fill="D71920"/>
            <w:tcMar>
              <w:top w:w="70" w:type="dxa"/>
              <w:left w:w="85" w:type="dxa"/>
              <w:bottom w:w="70" w:type="dxa"/>
              <w:right w:w="85" w:type="dxa"/>
            </w:tcMar>
            <w:vAlign w:val="center"/>
          </w:tcPr>
          <w:p w14:paraId="259ADEDD" w14:textId="77777777" w:rsidR="00865365" w:rsidRDefault="00000000">
            <w:pPr>
              <w:spacing w:after="0" w:line="240" w:lineRule="auto"/>
              <w:jc w:val="center"/>
            </w:pPr>
            <w:r>
              <w:rPr>
                <w:b/>
                <w:color w:val="FFFFFF"/>
                <w:sz w:val="14"/>
              </w:rPr>
              <w:t>REVIZUIRE</w:t>
            </w:r>
          </w:p>
        </w:tc>
        <w:tc>
          <w:tcPr>
            <w:tcW w:w="567" w:type="dxa"/>
            <w:shd w:val="clear" w:color="auto" w:fill="D71920"/>
            <w:tcMar>
              <w:top w:w="70" w:type="dxa"/>
              <w:left w:w="85" w:type="dxa"/>
              <w:bottom w:w="70" w:type="dxa"/>
              <w:right w:w="85" w:type="dxa"/>
            </w:tcMar>
            <w:vAlign w:val="center"/>
          </w:tcPr>
          <w:p w14:paraId="41648180" w14:textId="77777777" w:rsidR="00865365" w:rsidRDefault="00000000">
            <w:pPr>
              <w:spacing w:after="0" w:line="240" w:lineRule="auto"/>
              <w:jc w:val="center"/>
            </w:pPr>
            <w:r>
              <w:rPr>
                <w:b/>
                <w:color w:val="FFFFFF"/>
                <w:sz w:val="14"/>
              </w:rPr>
              <w:t>STATUS</w:t>
            </w:r>
          </w:p>
        </w:tc>
      </w:tr>
      <w:tr w:rsidR="00865365" w14:paraId="5B876CC5" w14:textId="77777777">
        <w:trPr>
          <w:cantSplit/>
          <w:jc w:val="center"/>
        </w:trPr>
        <w:tc>
          <w:tcPr>
            <w:tcW w:w="567" w:type="dxa"/>
            <w:shd w:val="clear" w:color="auto" w:fill="FFFFFF"/>
            <w:tcMar>
              <w:top w:w="70" w:type="dxa"/>
              <w:left w:w="85" w:type="dxa"/>
              <w:bottom w:w="70" w:type="dxa"/>
              <w:right w:w="85" w:type="dxa"/>
            </w:tcMar>
            <w:vAlign w:val="center"/>
          </w:tcPr>
          <w:p w14:paraId="036051C5" w14:textId="77777777" w:rsidR="00865365" w:rsidRDefault="00865365">
            <w:pPr>
              <w:spacing w:after="0" w:line="240" w:lineRule="auto"/>
            </w:pPr>
          </w:p>
        </w:tc>
        <w:tc>
          <w:tcPr>
            <w:tcW w:w="3231" w:type="dxa"/>
            <w:shd w:val="clear" w:color="auto" w:fill="FFFFFF"/>
            <w:tcMar>
              <w:top w:w="70" w:type="dxa"/>
              <w:left w:w="85" w:type="dxa"/>
              <w:bottom w:w="70" w:type="dxa"/>
              <w:right w:w="85" w:type="dxa"/>
            </w:tcMar>
            <w:vAlign w:val="center"/>
          </w:tcPr>
          <w:p w14:paraId="212DA4C5" w14:textId="77777777" w:rsidR="00865365" w:rsidRDefault="00865365">
            <w:pPr>
              <w:spacing w:after="0" w:line="240" w:lineRule="auto"/>
            </w:pPr>
          </w:p>
        </w:tc>
        <w:tc>
          <w:tcPr>
            <w:tcW w:w="1077" w:type="dxa"/>
            <w:shd w:val="clear" w:color="auto" w:fill="FFFFFF"/>
            <w:tcMar>
              <w:top w:w="70" w:type="dxa"/>
              <w:left w:w="85" w:type="dxa"/>
              <w:bottom w:w="70" w:type="dxa"/>
              <w:right w:w="85" w:type="dxa"/>
            </w:tcMar>
            <w:vAlign w:val="center"/>
          </w:tcPr>
          <w:p w14:paraId="6F16E7DD" w14:textId="77777777" w:rsidR="00865365" w:rsidRDefault="00865365">
            <w:pPr>
              <w:spacing w:after="0" w:line="240" w:lineRule="auto"/>
            </w:pPr>
          </w:p>
        </w:tc>
        <w:tc>
          <w:tcPr>
            <w:tcW w:w="1417" w:type="dxa"/>
            <w:shd w:val="clear" w:color="auto" w:fill="FFFFFF"/>
            <w:tcMar>
              <w:top w:w="70" w:type="dxa"/>
              <w:left w:w="85" w:type="dxa"/>
              <w:bottom w:w="70" w:type="dxa"/>
              <w:right w:w="85" w:type="dxa"/>
            </w:tcMar>
            <w:vAlign w:val="center"/>
          </w:tcPr>
          <w:p w14:paraId="5CCA025E" w14:textId="77777777" w:rsidR="00865365" w:rsidRDefault="00865365">
            <w:pPr>
              <w:spacing w:after="0" w:line="240" w:lineRule="auto"/>
            </w:pPr>
          </w:p>
        </w:tc>
        <w:tc>
          <w:tcPr>
            <w:tcW w:w="1701" w:type="dxa"/>
            <w:shd w:val="clear" w:color="auto" w:fill="FFFFFF"/>
            <w:tcMar>
              <w:top w:w="70" w:type="dxa"/>
              <w:left w:w="85" w:type="dxa"/>
              <w:bottom w:w="70" w:type="dxa"/>
              <w:right w:w="85" w:type="dxa"/>
            </w:tcMar>
            <w:vAlign w:val="center"/>
          </w:tcPr>
          <w:p w14:paraId="4CC9BE5E" w14:textId="77777777" w:rsidR="00865365" w:rsidRDefault="00865365">
            <w:pPr>
              <w:spacing w:after="0" w:line="240" w:lineRule="auto"/>
            </w:pPr>
          </w:p>
        </w:tc>
        <w:tc>
          <w:tcPr>
            <w:tcW w:w="1361" w:type="dxa"/>
            <w:shd w:val="clear" w:color="auto" w:fill="FFFFFF"/>
            <w:tcMar>
              <w:top w:w="70" w:type="dxa"/>
              <w:left w:w="85" w:type="dxa"/>
              <w:bottom w:w="70" w:type="dxa"/>
              <w:right w:w="85" w:type="dxa"/>
            </w:tcMar>
            <w:vAlign w:val="center"/>
          </w:tcPr>
          <w:p w14:paraId="7298FD67" w14:textId="77777777" w:rsidR="00865365" w:rsidRDefault="00865365">
            <w:pPr>
              <w:spacing w:after="0" w:line="240" w:lineRule="auto"/>
            </w:pPr>
          </w:p>
        </w:tc>
        <w:tc>
          <w:tcPr>
            <w:tcW w:w="567" w:type="dxa"/>
            <w:shd w:val="clear" w:color="auto" w:fill="FFFFFF"/>
            <w:tcMar>
              <w:top w:w="70" w:type="dxa"/>
              <w:left w:w="85" w:type="dxa"/>
              <w:bottom w:w="70" w:type="dxa"/>
              <w:right w:w="85" w:type="dxa"/>
            </w:tcMar>
            <w:vAlign w:val="center"/>
          </w:tcPr>
          <w:p w14:paraId="723E4FC7" w14:textId="77777777" w:rsidR="00865365" w:rsidRDefault="00865365">
            <w:pPr>
              <w:spacing w:after="0" w:line="240" w:lineRule="auto"/>
            </w:pPr>
          </w:p>
        </w:tc>
      </w:tr>
      <w:tr w:rsidR="00865365" w14:paraId="045F54F0" w14:textId="77777777">
        <w:trPr>
          <w:cantSplit/>
          <w:jc w:val="center"/>
        </w:trPr>
        <w:tc>
          <w:tcPr>
            <w:tcW w:w="567" w:type="dxa"/>
            <w:shd w:val="clear" w:color="auto" w:fill="FAFAFA"/>
            <w:tcMar>
              <w:top w:w="70" w:type="dxa"/>
              <w:left w:w="85" w:type="dxa"/>
              <w:bottom w:w="70" w:type="dxa"/>
              <w:right w:w="85" w:type="dxa"/>
            </w:tcMar>
            <w:vAlign w:val="center"/>
          </w:tcPr>
          <w:p w14:paraId="7564958F" w14:textId="77777777" w:rsidR="00865365" w:rsidRDefault="00865365">
            <w:pPr>
              <w:spacing w:after="0" w:line="240" w:lineRule="auto"/>
            </w:pPr>
          </w:p>
        </w:tc>
        <w:tc>
          <w:tcPr>
            <w:tcW w:w="3231" w:type="dxa"/>
            <w:shd w:val="clear" w:color="auto" w:fill="FAFAFA"/>
            <w:tcMar>
              <w:top w:w="70" w:type="dxa"/>
              <w:left w:w="85" w:type="dxa"/>
              <w:bottom w:w="70" w:type="dxa"/>
              <w:right w:w="85" w:type="dxa"/>
            </w:tcMar>
            <w:vAlign w:val="center"/>
          </w:tcPr>
          <w:p w14:paraId="2ECA808B" w14:textId="77777777" w:rsidR="00865365" w:rsidRDefault="00865365">
            <w:pPr>
              <w:spacing w:after="0" w:line="240" w:lineRule="auto"/>
            </w:pPr>
          </w:p>
        </w:tc>
        <w:tc>
          <w:tcPr>
            <w:tcW w:w="1077" w:type="dxa"/>
            <w:shd w:val="clear" w:color="auto" w:fill="FAFAFA"/>
            <w:tcMar>
              <w:top w:w="70" w:type="dxa"/>
              <w:left w:w="85" w:type="dxa"/>
              <w:bottom w:w="70" w:type="dxa"/>
              <w:right w:w="85" w:type="dxa"/>
            </w:tcMar>
            <w:vAlign w:val="center"/>
          </w:tcPr>
          <w:p w14:paraId="29B2160F" w14:textId="77777777" w:rsidR="00865365" w:rsidRDefault="00865365">
            <w:pPr>
              <w:spacing w:after="0" w:line="240" w:lineRule="auto"/>
            </w:pPr>
          </w:p>
        </w:tc>
        <w:tc>
          <w:tcPr>
            <w:tcW w:w="1417" w:type="dxa"/>
            <w:shd w:val="clear" w:color="auto" w:fill="FAFAFA"/>
            <w:tcMar>
              <w:top w:w="70" w:type="dxa"/>
              <w:left w:w="85" w:type="dxa"/>
              <w:bottom w:w="70" w:type="dxa"/>
              <w:right w:w="85" w:type="dxa"/>
            </w:tcMar>
            <w:vAlign w:val="center"/>
          </w:tcPr>
          <w:p w14:paraId="300514D1" w14:textId="77777777" w:rsidR="00865365" w:rsidRDefault="00865365">
            <w:pPr>
              <w:spacing w:after="0" w:line="240" w:lineRule="auto"/>
            </w:pPr>
          </w:p>
        </w:tc>
        <w:tc>
          <w:tcPr>
            <w:tcW w:w="1701" w:type="dxa"/>
            <w:shd w:val="clear" w:color="auto" w:fill="FAFAFA"/>
            <w:tcMar>
              <w:top w:w="70" w:type="dxa"/>
              <w:left w:w="85" w:type="dxa"/>
              <w:bottom w:w="70" w:type="dxa"/>
              <w:right w:w="85" w:type="dxa"/>
            </w:tcMar>
            <w:vAlign w:val="center"/>
          </w:tcPr>
          <w:p w14:paraId="4DFC67D2" w14:textId="77777777" w:rsidR="00865365" w:rsidRDefault="00865365">
            <w:pPr>
              <w:spacing w:after="0" w:line="240" w:lineRule="auto"/>
            </w:pPr>
          </w:p>
        </w:tc>
        <w:tc>
          <w:tcPr>
            <w:tcW w:w="1361" w:type="dxa"/>
            <w:shd w:val="clear" w:color="auto" w:fill="FAFAFA"/>
            <w:tcMar>
              <w:top w:w="70" w:type="dxa"/>
              <w:left w:w="85" w:type="dxa"/>
              <w:bottom w:w="70" w:type="dxa"/>
              <w:right w:w="85" w:type="dxa"/>
            </w:tcMar>
            <w:vAlign w:val="center"/>
          </w:tcPr>
          <w:p w14:paraId="6727D195" w14:textId="77777777" w:rsidR="00865365" w:rsidRDefault="00865365">
            <w:pPr>
              <w:spacing w:after="0" w:line="240" w:lineRule="auto"/>
            </w:pPr>
          </w:p>
        </w:tc>
        <w:tc>
          <w:tcPr>
            <w:tcW w:w="567" w:type="dxa"/>
            <w:shd w:val="clear" w:color="auto" w:fill="FAFAFA"/>
            <w:tcMar>
              <w:top w:w="70" w:type="dxa"/>
              <w:left w:w="85" w:type="dxa"/>
              <w:bottom w:w="70" w:type="dxa"/>
              <w:right w:w="85" w:type="dxa"/>
            </w:tcMar>
            <w:vAlign w:val="center"/>
          </w:tcPr>
          <w:p w14:paraId="7DA0295A" w14:textId="77777777" w:rsidR="00865365" w:rsidRDefault="00865365">
            <w:pPr>
              <w:spacing w:after="0" w:line="240" w:lineRule="auto"/>
            </w:pPr>
          </w:p>
        </w:tc>
      </w:tr>
      <w:tr w:rsidR="00865365" w14:paraId="2AEF74E5" w14:textId="77777777">
        <w:trPr>
          <w:cantSplit/>
          <w:jc w:val="center"/>
        </w:trPr>
        <w:tc>
          <w:tcPr>
            <w:tcW w:w="567" w:type="dxa"/>
            <w:shd w:val="clear" w:color="auto" w:fill="FFFFFF"/>
            <w:tcMar>
              <w:top w:w="70" w:type="dxa"/>
              <w:left w:w="85" w:type="dxa"/>
              <w:bottom w:w="70" w:type="dxa"/>
              <w:right w:w="85" w:type="dxa"/>
            </w:tcMar>
            <w:vAlign w:val="center"/>
          </w:tcPr>
          <w:p w14:paraId="584A3CC0" w14:textId="77777777" w:rsidR="00865365" w:rsidRDefault="00865365">
            <w:pPr>
              <w:spacing w:after="0" w:line="240" w:lineRule="auto"/>
            </w:pPr>
          </w:p>
        </w:tc>
        <w:tc>
          <w:tcPr>
            <w:tcW w:w="3231" w:type="dxa"/>
            <w:shd w:val="clear" w:color="auto" w:fill="FFFFFF"/>
            <w:tcMar>
              <w:top w:w="70" w:type="dxa"/>
              <w:left w:w="85" w:type="dxa"/>
              <w:bottom w:w="70" w:type="dxa"/>
              <w:right w:w="85" w:type="dxa"/>
            </w:tcMar>
            <w:vAlign w:val="center"/>
          </w:tcPr>
          <w:p w14:paraId="3309691E" w14:textId="77777777" w:rsidR="00865365" w:rsidRDefault="00865365">
            <w:pPr>
              <w:spacing w:after="0" w:line="240" w:lineRule="auto"/>
            </w:pPr>
          </w:p>
        </w:tc>
        <w:tc>
          <w:tcPr>
            <w:tcW w:w="1077" w:type="dxa"/>
            <w:shd w:val="clear" w:color="auto" w:fill="FFFFFF"/>
            <w:tcMar>
              <w:top w:w="70" w:type="dxa"/>
              <w:left w:w="85" w:type="dxa"/>
              <w:bottom w:w="70" w:type="dxa"/>
              <w:right w:w="85" w:type="dxa"/>
            </w:tcMar>
            <w:vAlign w:val="center"/>
          </w:tcPr>
          <w:p w14:paraId="0B1275CC" w14:textId="77777777" w:rsidR="00865365" w:rsidRDefault="00865365">
            <w:pPr>
              <w:spacing w:after="0" w:line="240" w:lineRule="auto"/>
            </w:pPr>
          </w:p>
        </w:tc>
        <w:tc>
          <w:tcPr>
            <w:tcW w:w="1417" w:type="dxa"/>
            <w:shd w:val="clear" w:color="auto" w:fill="FFFFFF"/>
            <w:tcMar>
              <w:top w:w="70" w:type="dxa"/>
              <w:left w:w="85" w:type="dxa"/>
              <w:bottom w:w="70" w:type="dxa"/>
              <w:right w:w="85" w:type="dxa"/>
            </w:tcMar>
            <w:vAlign w:val="center"/>
          </w:tcPr>
          <w:p w14:paraId="5E3DDB0A" w14:textId="77777777" w:rsidR="00865365" w:rsidRDefault="00865365">
            <w:pPr>
              <w:spacing w:after="0" w:line="240" w:lineRule="auto"/>
            </w:pPr>
          </w:p>
        </w:tc>
        <w:tc>
          <w:tcPr>
            <w:tcW w:w="1701" w:type="dxa"/>
            <w:shd w:val="clear" w:color="auto" w:fill="FFFFFF"/>
            <w:tcMar>
              <w:top w:w="70" w:type="dxa"/>
              <w:left w:w="85" w:type="dxa"/>
              <w:bottom w:w="70" w:type="dxa"/>
              <w:right w:w="85" w:type="dxa"/>
            </w:tcMar>
            <w:vAlign w:val="center"/>
          </w:tcPr>
          <w:p w14:paraId="0608F6DD" w14:textId="77777777" w:rsidR="00865365" w:rsidRDefault="00865365">
            <w:pPr>
              <w:spacing w:after="0" w:line="240" w:lineRule="auto"/>
            </w:pPr>
          </w:p>
        </w:tc>
        <w:tc>
          <w:tcPr>
            <w:tcW w:w="1361" w:type="dxa"/>
            <w:shd w:val="clear" w:color="auto" w:fill="FFFFFF"/>
            <w:tcMar>
              <w:top w:w="70" w:type="dxa"/>
              <w:left w:w="85" w:type="dxa"/>
              <w:bottom w:w="70" w:type="dxa"/>
              <w:right w:w="85" w:type="dxa"/>
            </w:tcMar>
            <w:vAlign w:val="center"/>
          </w:tcPr>
          <w:p w14:paraId="20F322CD" w14:textId="77777777" w:rsidR="00865365" w:rsidRDefault="00865365">
            <w:pPr>
              <w:spacing w:after="0" w:line="240" w:lineRule="auto"/>
            </w:pPr>
          </w:p>
        </w:tc>
        <w:tc>
          <w:tcPr>
            <w:tcW w:w="567" w:type="dxa"/>
            <w:shd w:val="clear" w:color="auto" w:fill="FFFFFF"/>
            <w:tcMar>
              <w:top w:w="70" w:type="dxa"/>
              <w:left w:w="85" w:type="dxa"/>
              <w:bottom w:w="70" w:type="dxa"/>
              <w:right w:w="85" w:type="dxa"/>
            </w:tcMar>
            <w:vAlign w:val="center"/>
          </w:tcPr>
          <w:p w14:paraId="2A8AD3E3" w14:textId="77777777" w:rsidR="00865365" w:rsidRDefault="00865365">
            <w:pPr>
              <w:spacing w:after="0" w:line="240" w:lineRule="auto"/>
            </w:pPr>
          </w:p>
        </w:tc>
      </w:tr>
      <w:tr w:rsidR="00865365" w14:paraId="2FA11462" w14:textId="77777777">
        <w:trPr>
          <w:cantSplit/>
          <w:jc w:val="center"/>
        </w:trPr>
        <w:tc>
          <w:tcPr>
            <w:tcW w:w="567" w:type="dxa"/>
            <w:shd w:val="clear" w:color="auto" w:fill="FAFAFA"/>
            <w:tcMar>
              <w:top w:w="70" w:type="dxa"/>
              <w:left w:w="85" w:type="dxa"/>
              <w:bottom w:w="70" w:type="dxa"/>
              <w:right w:w="85" w:type="dxa"/>
            </w:tcMar>
            <w:vAlign w:val="center"/>
          </w:tcPr>
          <w:p w14:paraId="3F644F55" w14:textId="77777777" w:rsidR="00865365" w:rsidRDefault="00865365">
            <w:pPr>
              <w:spacing w:after="0" w:line="240" w:lineRule="auto"/>
            </w:pPr>
          </w:p>
        </w:tc>
        <w:tc>
          <w:tcPr>
            <w:tcW w:w="3231" w:type="dxa"/>
            <w:shd w:val="clear" w:color="auto" w:fill="FAFAFA"/>
            <w:tcMar>
              <w:top w:w="70" w:type="dxa"/>
              <w:left w:w="85" w:type="dxa"/>
              <w:bottom w:w="70" w:type="dxa"/>
              <w:right w:w="85" w:type="dxa"/>
            </w:tcMar>
            <w:vAlign w:val="center"/>
          </w:tcPr>
          <w:p w14:paraId="06443711" w14:textId="77777777" w:rsidR="00865365" w:rsidRDefault="00865365">
            <w:pPr>
              <w:spacing w:after="0" w:line="240" w:lineRule="auto"/>
            </w:pPr>
          </w:p>
        </w:tc>
        <w:tc>
          <w:tcPr>
            <w:tcW w:w="1077" w:type="dxa"/>
            <w:shd w:val="clear" w:color="auto" w:fill="FAFAFA"/>
            <w:tcMar>
              <w:top w:w="70" w:type="dxa"/>
              <w:left w:w="85" w:type="dxa"/>
              <w:bottom w:w="70" w:type="dxa"/>
              <w:right w:w="85" w:type="dxa"/>
            </w:tcMar>
            <w:vAlign w:val="center"/>
          </w:tcPr>
          <w:p w14:paraId="020129B9" w14:textId="77777777" w:rsidR="00865365" w:rsidRDefault="00865365">
            <w:pPr>
              <w:spacing w:after="0" w:line="240" w:lineRule="auto"/>
            </w:pPr>
          </w:p>
        </w:tc>
        <w:tc>
          <w:tcPr>
            <w:tcW w:w="1417" w:type="dxa"/>
            <w:shd w:val="clear" w:color="auto" w:fill="FAFAFA"/>
            <w:tcMar>
              <w:top w:w="70" w:type="dxa"/>
              <w:left w:w="85" w:type="dxa"/>
              <w:bottom w:w="70" w:type="dxa"/>
              <w:right w:w="85" w:type="dxa"/>
            </w:tcMar>
            <w:vAlign w:val="center"/>
          </w:tcPr>
          <w:p w14:paraId="01AA4792" w14:textId="77777777" w:rsidR="00865365" w:rsidRDefault="00865365">
            <w:pPr>
              <w:spacing w:after="0" w:line="240" w:lineRule="auto"/>
            </w:pPr>
          </w:p>
        </w:tc>
        <w:tc>
          <w:tcPr>
            <w:tcW w:w="1701" w:type="dxa"/>
            <w:shd w:val="clear" w:color="auto" w:fill="FAFAFA"/>
            <w:tcMar>
              <w:top w:w="70" w:type="dxa"/>
              <w:left w:w="85" w:type="dxa"/>
              <w:bottom w:w="70" w:type="dxa"/>
              <w:right w:w="85" w:type="dxa"/>
            </w:tcMar>
            <w:vAlign w:val="center"/>
          </w:tcPr>
          <w:p w14:paraId="7C8869B4" w14:textId="77777777" w:rsidR="00865365" w:rsidRDefault="00865365">
            <w:pPr>
              <w:spacing w:after="0" w:line="240" w:lineRule="auto"/>
            </w:pPr>
          </w:p>
        </w:tc>
        <w:tc>
          <w:tcPr>
            <w:tcW w:w="1361" w:type="dxa"/>
            <w:shd w:val="clear" w:color="auto" w:fill="FAFAFA"/>
            <w:tcMar>
              <w:top w:w="70" w:type="dxa"/>
              <w:left w:w="85" w:type="dxa"/>
              <w:bottom w:w="70" w:type="dxa"/>
              <w:right w:w="85" w:type="dxa"/>
            </w:tcMar>
            <w:vAlign w:val="center"/>
          </w:tcPr>
          <w:p w14:paraId="184C2209" w14:textId="77777777" w:rsidR="00865365" w:rsidRDefault="00865365">
            <w:pPr>
              <w:spacing w:after="0" w:line="240" w:lineRule="auto"/>
            </w:pPr>
          </w:p>
        </w:tc>
        <w:tc>
          <w:tcPr>
            <w:tcW w:w="567" w:type="dxa"/>
            <w:shd w:val="clear" w:color="auto" w:fill="FAFAFA"/>
            <w:tcMar>
              <w:top w:w="70" w:type="dxa"/>
              <w:left w:w="85" w:type="dxa"/>
              <w:bottom w:w="70" w:type="dxa"/>
              <w:right w:w="85" w:type="dxa"/>
            </w:tcMar>
            <w:vAlign w:val="center"/>
          </w:tcPr>
          <w:p w14:paraId="3BC27F79" w14:textId="77777777" w:rsidR="00865365" w:rsidRDefault="00865365">
            <w:pPr>
              <w:spacing w:after="0" w:line="240" w:lineRule="auto"/>
            </w:pPr>
          </w:p>
        </w:tc>
      </w:tr>
      <w:tr w:rsidR="00865365" w14:paraId="02D67CE7" w14:textId="77777777">
        <w:trPr>
          <w:cantSplit/>
          <w:jc w:val="center"/>
        </w:trPr>
        <w:tc>
          <w:tcPr>
            <w:tcW w:w="567" w:type="dxa"/>
            <w:shd w:val="clear" w:color="auto" w:fill="FFFFFF"/>
            <w:tcMar>
              <w:top w:w="70" w:type="dxa"/>
              <w:left w:w="85" w:type="dxa"/>
              <w:bottom w:w="70" w:type="dxa"/>
              <w:right w:w="85" w:type="dxa"/>
            </w:tcMar>
            <w:vAlign w:val="center"/>
          </w:tcPr>
          <w:p w14:paraId="5197BBC2" w14:textId="77777777" w:rsidR="00865365" w:rsidRDefault="00865365">
            <w:pPr>
              <w:spacing w:after="0" w:line="240" w:lineRule="auto"/>
            </w:pPr>
          </w:p>
        </w:tc>
        <w:tc>
          <w:tcPr>
            <w:tcW w:w="3231" w:type="dxa"/>
            <w:shd w:val="clear" w:color="auto" w:fill="FFFFFF"/>
            <w:tcMar>
              <w:top w:w="70" w:type="dxa"/>
              <w:left w:w="85" w:type="dxa"/>
              <w:bottom w:w="70" w:type="dxa"/>
              <w:right w:w="85" w:type="dxa"/>
            </w:tcMar>
            <w:vAlign w:val="center"/>
          </w:tcPr>
          <w:p w14:paraId="450AD83E" w14:textId="77777777" w:rsidR="00865365" w:rsidRDefault="00865365">
            <w:pPr>
              <w:spacing w:after="0" w:line="240" w:lineRule="auto"/>
            </w:pPr>
          </w:p>
        </w:tc>
        <w:tc>
          <w:tcPr>
            <w:tcW w:w="1077" w:type="dxa"/>
            <w:shd w:val="clear" w:color="auto" w:fill="FFFFFF"/>
            <w:tcMar>
              <w:top w:w="70" w:type="dxa"/>
              <w:left w:w="85" w:type="dxa"/>
              <w:bottom w:w="70" w:type="dxa"/>
              <w:right w:w="85" w:type="dxa"/>
            </w:tcMar>
            <w:vAlign w:val="center"/>
          </w:tcPr>
          <w:p w14:paraId="4C16A966" w14:textId="77777777" w:rsidR="00865365" w:rsidRDefault="00865365">
            <w:pPr>
              <w:spacing w:after="0" w:line="240" w:lineRule="auto"/>
            </w:pPr>
          </w:p>
        </w:tc>
        <w:tc>
          <w:tcPr>
            <w:tcW w:w="1417" w:type="dxa"/>
            <w:shd w:val="clear" w:color="auto" w:fill="FFFFFF"/>
            <w:tcMar>
              <w:top w:w="70" w:type="dxa"/>
              <w:left w:w="85" w:type="dxa"/>
              <w:bottom w:w="70" w:type="dxa"/>
              <w:right w:w="85" w:type="dxa"/>
            </w:tcMar>
            <w:vAlign w:val="center"/>
          </w:tcPr>
          <w:p w14:paraId="1C6D96F5" w14:textId="77777777" w:rsidR="00865365" w:rsidRDefault="00865365">
            <w:pPr>
              <w:spacing w:after="0" w:line="240" w:lineRule="auto"/>
            </w:pPr>
          </w:p>
        </w:tc>
        <w:tc>
          <w:tcPr>
            <w:tcW w:w="1701" w:type="dxa"/>
            <w:shd w:val="clear" w:color="auto" w:fill="FFFFFF"/>
            <w:tcMar>
              <w:top w:w="70" w:type="dxa"/>
              <w:left w:w="85" w:type="dxa"/>
              <w:bottom w:w="70" w:type="dxa"/>
              <w:right w:w="85" w:type="dxa"/>
            </w:tcMar>
            <w:vAlign w:val="center"/>
          </w:tcPr>
          <w:p w14:paraId="3344F3DF" w14:textId="77777777" w:rsidR="00865365" w:rsidRDefault="00865365">
            <w:pPr>
              <w:spacing w:after="0" w:line="240" w:lineRule="auto"/>
            </w:pPr>
          </w:p>
        </w:tc>
        <w:tc>
          <w:tcPr>
            <w:tcW w:w="1361" w:type="dxa"/>
            <w:shd w:val="clear" w:color="auto" w:fill="FFFFFF"/>
            <w:tcMar>
              <w:top w:w="70" w:type="dxa"/>
              <w:left w:w="85" w:type="dxa"/>
              <w:bottom w:w="70" w:type="dxa"/>
              <w:right w:w="85" w:type="dxa"/>
            </w:tcMar>
            <w:vAlign w:val="center"/>
          </w:tcPr>
          <w:p w14:paraId="774C74B2" w14:textId="77777777" w:rsidR="00865365" w:rsidRDefault="00865365">
            <w:pPr>
              <w:spacing w:after="0" w:line="240" w:lineRule="auto"/>
            </w:pPr>
          </w:p>
        </w:tc>
        <w:tc>
          <w:tcPr>
            <w:tcW w:w="567" w:type="dxa"/>
            <w:shd w:val="clear" w:color="auto" w:fill="FFFFFF"/>
            <w:tcMar>
              <w:top w:w="70" w:type="dxa"/>
              <w:left w:w="85" w:type="dxa"/>
              <w:bottom w:w="70" w:type="dxa"/>
              <w:right w:w="85" w:type="dxa"/>
            </w:tcMar>
            <w:vAlign w:val="center"/>
          </w:tcPr>
          <w:p w14:paraId="4B25C3D4" w14:textId="77777777" w:rsidR="00865365" w:rsidRDefault="00865365">
            <w:pPr>
              <w:spacing w:after="0" w:line="240" w:lineRule="auto"/>
            </w:pPr>
          </w:p>
        </w:tc>
      </w:tr>
      <w:tr w:rsidR="00865365" w14:paraId="6D3D486D" w14:textId="77777777">
        <w:trPr>
          <w:cantSplit/>
          <w:jc w:val="center"/>
        </w:trPr>
        <w:tc>
          <w:tcPr>
            <w:tcW w:w="567" w:type="dxa"/>
            <w:shd w:val="clear" w:color="auto" w:fill="FAFAFA"/>
            <w:tcMar>
              <w:top w:w="70" w:type="dxa"/>
              <w:left w:w="85" w:type="dxa"/>
              <w:bottom w:w="70" w:type="dxa"/>
              <w:right w:w="85" w:type="dxa"/>
            </w:tcMar>
            <w:vAlign w:val="center"/>
          </w:tcPr>
          <w:p w14:paraId="79825812" w14:textId="77777777" w:rsidR="00865365" w:rsidRDefault="00865365">
            <w:pPr>
              <w:spacing w:after="0" w:line="240" w:lineRule="auto"/>
            </w:pPr>
          </w:p>
        </w:tc>
        <w:tc>
          <w:tcPr>
            <w:tcW w:w="3231" w:type="dxa"/>
            <w:shd w:val="clear" w:color="auto" w:fill="FAFAFA"/>
            <w:tcMar>
              <w:top w:w="70" w:type="dxa"/>
              <w:left w:w="85" w:type="dxa"/>
              <w:bottom w:w="70" w:type="dxa"/>
              <w:right w:w="85" w:type="dxa"/>
            </w:tcMar>
            <w:vAlign w:val="center"/>
          </w:tcPr>
          <w:p w14:paraId="1879A68D" w14:textId="77777777" w:rsidR="00865365" w:rsidRDefault="00865365">
            <w:pPr>
              <w:spacing w:after="0" w:line="240" w:lineRule="auto"/>
            </w:pPr>
          </w:p>
        </w:tc>
        <w:tc>
          <w:tcPr>
            <w:tcW w:w="1077" w:type="dxa"/>
            <w:shd w:val="clear" w:color="auto" w:fill="FAFAFA"/>
            <w:tcMar>
              <w:top w:w="70" w:type="dxa"/>
              <w:left w:w="85" w:type="dxa"/>
              <w:bottom w:w="70" w:type="dxa"/>
              <w:right w:w="85" w:type="dxa"/>
            </w:tcMar>
            <w:vAlign w:val="center"/>
          </w:tcPr>
          <w:p w14:paraId="0DF72AF2" w14:textId="77777777" w:rsidR="00865365" w:rsidRDefault="00865365">
            <w:pPr>
              <w:spacing w:after="0" w:line="240" w:lineRule="auto"/>
            </w:pPr>
          </w:p>
        </w:tc>
        <w:tc>
          <w:tcPr>
            <w:tcW w:w="1417" w:type="dxa"/>
            <w:shd w:val="clear" w:color="auto" w:fill="FAFAFA"/>
            <w:tcMar>
              <w:top w:w="70" w:type="dxa"/>
              <w:left w:w="85" w:type="dxa"/>
              <w:bottom w:w="70" w:type="dxa"/>
              <w:right w:w="85" w:type="dxa"/>
            </w:tcMar>
            <w:vAlign w:val="center"/>
          </w:tcPr>
          <w:p w14:paraId="5E373079" w14:textId="77777777" w:rsidR="00865365" w:rsidRDefault="00865365">
            <w:pPr>
              <w:spacing w:after="0" w:line="240" w:lineRule="auto"/>
            </w:pPr>
          </w:p>
        </w:tc>
        <w:tc>
          <w:tcPr>
            <w:tcW w:w="1701" w:type="dxa"/>
            <w:shd w:val="clear" w:color="auto" w:fill="FAFAFA"/>
            <w:tcMar>
              <w:top w:w="70" w:type="dxa"/>
              <w:left w:w="85" w:type="dxa"/>
              <w:bottom w:w="70" w:type="dxa"/>
              <w:right w:w="85" w:type="dxa"/>
            </w:tcMar>
            <w:vAlign w:val="center"/>
          </w:tcPr>
          <w:p w14:paraId="064B7265" w14:textId="77777777" w:rsidR="00865365" w:rsidRDefault="00865365">
            <w:pPr>
              <w:spacing w:after="0" w:line="240" w:lineRule="auto"/>
            </w:pPr>
          </w:p>
        </w:tc>
        <w:tc>
          <w:tcPr>
            <w:tcW w:w="1361" w:type="dxa"/>
            <w:shd w:val="clear" w:color="auto" w:fill="FAFAFA"/>
            <w:tcMar>
              <w:top w:w="70" w:type="dxa"/>
              <w:left w:w="85" w:type="dxa"/>
              <w:bottom w:w="70" w:type="dxa"/>
              <w:right w:w="85" w:type="dxa"/>
            </w:tcMar>
            <w:vAlign w:val="center"/>
          </w:tcPr>
          <w:p w14:paraId="17703767" w14:textId="77777777" w:rsidR="00865365" w:rsidRDefault="00865365">
            <w:pPr>
              <w:spacing w:after="0" w:line="240" w:lineRule="auto"/>
            </w:pPr>
          </w:p>
        </w:tc>
        <w:tc>
          <w:tcPr>
            <w:tcW w:w="567" w:type="dxa"/>
            <w:shd w:val="clear" w:color="auto" w:fill="FAFAFA"/>
            <w:tcMar>
              <w:top w:w="70" w:type="dxa"/>
              <w:left w:w="85" w:type="dxa"/>
              <w:bottom w:w="70" w:type="dxa"/>
              <w:right w:w="85" w:type="dxa"/>
            </w:tcMar>
            <w:vAlign w:val="center"/>
          </w:tcPr>
          <w:p w14:paraId="470A326D" w14:textId="77777777" w:rsidR="00865365" w:rsidRDefault="00865365">
            <w:pPr>
              <w:spacing w:after="0" w:line="240" w:lineRule="auto"/>
            </w:pPr>
          </w:p>
        </w:tc>
      </w:tr>
      <w:tr w:rsidR="00865365" w14:paraId="5F4E3A00" w14:textId="77777777">
        <w:trPr>
          <w:cantSplit/>
          <w:jc w:val="center"/>
        </w:trPr>
        <w:tc>
          <w:tcPr>
            <w:tcW w:w="567" w:type="dxa"/>
            <w:shd w:val="clear" w:color="auto" w:fill="FFFFFF"/>
            <w:tcMar>
              <w:top w:w="70" w:type="dxa"/>
              <w:left w:w="85" w:type="dxa"/>
              <w:bottom w:w="70" w:type="dxa"/>
              <w:right w:w="85" w:type="dxa"/>
            </w:tcMar>
            <w:vAlign w:val="center"/>
          </w:tcPr>
          <w:p w14:paraId="63106CB7" w14:textId="77777777" w:rsidR="00865365" w:rsidRDefault="00865365">
            <w:pPr>
              <w:spacing w:after="0" w:line="240" w:lineRule="auto"/>
            </w:pPr>
          </w:p>
        </w:tc>
        <w:tc>
          <w:tcPr>
            <w:tcW w:w="3231" w:type="dxa"/>
            <w:shd w:val="clear" w:color="auto" w:fill="FFFFFF"/>
            <w:tcMar>
              <w:top w:w="70" w:type="dxa"/>
              <w:left w:w="85" w:type="dxa"/>
              <w:bottom w:w="70" w:type="dxa"/>
              <w:right w:w="85" w:type="dxa"/>
            </w:tcMar>
            <w:vAlign w:val="center"/>
          </w:tcPr>
          <w:p w14:paraId="082790B6" w14:textId="77777777" w:rsidR="00865365" w:rsidRDefault="00865365">
            <w:pPr>
              <w:spacing w:after="0" w:line="240" w:lineRule="auto"/>
            </w:pPr>
          </w:p>
        </w:tc>
        <w:tc>
          <w:tcPr>
            <w:tcW w:w="1077" w:type="dxa"/>
            <w:shd w:val="clear" w:color="auto" w:fill="FFFFFF"/>
            <w:tcMar>
              <w:top w:w="70" w:type="dxa"/>
              <w:left w:w="85" w:type="dxa"/>
              <w:bottom w:w="70" w:type="dxa"/>
              <w:right w:w="85" w:type="dxa"/>
            </w:tcMar>
            <w:vAlign w:val="center"/>
          </w:tcPr>
          <w:p w14:paraId="70E73CA1" w14:textId="77777777" w:rsidR="00865365" w:rsidRDefault="00865365">
            <w:pPr>
              <w:spacing w:after="0" w:line="240" w:lineRule="auto"/>
            </w:pPr>
          </w:p>
        </w:tc>
        <w:tc>
          <w:tcPr>
            <w:tcW w:w="1417" w:type="dxa"/>
            <w:shd w:val="clear" w:color="auto" w:fill="FFFFFF"/>
            <w:tcMar>
              <w:top w:w="70" w:type="dxa"/>
              <w:left w:w="85" w:type="dxa"/>
              <w:bottom w:w="70" w:type="dxa"/>
              <w:right w:w="85" w:type="dxa"/>
            </w:tcMar>
            <w:vAlign w:val="center"/>
          </w:tcPr>
          <w:p w14:paraId="720DD443" w14:textId="77777777" w:rsidR="00865365" w:rsidRDefault="00865365">
            <w:pPr>
              <w:spacing w:after="0" w:line="240" w:lineRule="auto"/>
            </w:pPr>
          </w:p>
        </w:tc>
        <w:tc>
          <w:tcPr>
            <w:tcW w:w="1701" w:type="dxa"/>
            <w:shd w:val="clear" w:color="auto" w:fill="FFFFFF"/>
            <w:tcMar>
              <w:top w:w="70" w:type="dxa"/>
              <w:left w:w="85" w:type="dxa"/>
              <w:bottom w:w="70" w:type="dxa"/>
              <w:right w:w="85" w:type="dxa"/>
            </w:tcMar>
            <w:vAlign w:val="center"/>
          </w:tcPr>
          <w:p w14:paraId="1794FE36" w14:textId="77777777" w:rsidR="00865365" w:rsidRDefault="00865365">
            <w:pPr>
              <w:spacing w:after="0" w:line="240" w:lineRule="auto"/>
            </w:pPr>
          </w:p>
        </w:tc>
        <w:tc>
          <w:tcPr>
            <w:tcW w:w="1361" w:type="dxa"/>
            <w:shd w:val="clear" w:color="auto" w:fill="FFFFFF"/>
            <w:tcMar>
              <w:top w:w="70" w:type="dxa"/>
              <w:left w:w="85" w:type="dxa"/>
              <w:bottom w:w="70" w:type="dxa"/>
              <w:right w:w="85" w:type="dxa"/>
            </w:tcMar>
            <w:vAlign w:val="center"/>
          </w:tcPr>
          <w:p w14:paraId="49E91870" w14:textId="77777777" w:rsidR="00865365" w:rsidRDefault="00865365">
            <w:pPr>
              <w:spacing w:after="0" w:line="240" w:lineRule="auto"/>
            </w:pPr>
          </w:p>
        </w:tc>
        <w:tc>
          <w:tcPr>
            <w:tcW w:w="567" w:type="dxa"/>
            <w:shd w:val="clear" w:color="auto" w:fill="FFFFFF"/>
            <w:tcMar>
              <w:top w:w="70" w:type="dxa"/>
              <w:left w:w="85" w:type="dxa"/>
              <w:bottom w:w="70" w:type="dxa"/>
              <w:right w:w="85" w:type="dxa"/>
            </w:tcMar>
            <w:vAlign w:val="center"/>
          </w:tcPr>
          <w:p w14:paraId="0E5B4AB8" w14:textId="77777777" w:rsidR="00865365" w:rsidRDefault="00865365">
            <w:pPr>
              <w:spacing w:after="0" w:line="240" w:lineRule="auto"/>
            </w:pPr>
          </w:p>
        </w:tc>
      </w:tr>
      <w:tr w:rsidR="00865365" w14:paraId="38600827" w14:textId="77777777">
        <w:trPr>
          <w:cantSplit/>
          <w:jc w:val="center"/>
        </w:trPr>
        <w:tc>
          <w:tcPr>
            <w:tcW w:w="567" w:type="dxa"/>
            <w:shd w:val="clear" w:color="auto" w:fill="FAFAFA"/>
            <w:tcMar>
              <w:top w:w="70" w:type="dxa"/>
              <w:left w:w="85" w:type="dxa"/>
              <w:bottom w:w="70" w:type="dxa"/>
              <w:right w:w="85" w:type="dxa"/>
            </w:tcMar>
            <w:vAlign w:val="center"/>
          </w:tcPr>
          <w:p w14:paraId="571404F0" w14:textId="77777777" w:rsidR="00865365" w:rsidRDefault="00865365">
            <w:pPr>
              <w:spacing w:after="0" w:line="240" w:lineRule="auto"/>
            </w:pPr>
          </w:p>
        </w:tc>
        <w:tc>
          <w:tcPr>
            <w:tcW w:w="3231" w:type="dxa"/>
            <w:shd w:val="clear" w:color="auto" w:fill="FAFAFA"/>
            <w:tcMar>
              <w:top w:w="70" w:type="dxa"/>
              <w:left w:w="85" w:type="dxa"/>
              <w:bottom w:w="70" w:type="dxa"/>
              <w:right w:w="85" w:type="dxa"/>
            </w:tcMar>
            <w:vAlign w:val="center"/>
          </w:tcPr>
          <w:p w14:paraId="360E5D74" w14:textId="77777777" w:rsidR="00865365" w:rsidRDefault="00865365">
            <w:pPr>
              <w:spacing w:after="0" w:line="240" w:lineRule="auto"/>
            </w:pPr>
          </w:p>
        </w:tc>
        <w:tc>
          <w:tcPr>
            <w:tcW w:w="1077" w:type="dxa"/>
            <w:shd w:val="clear" w:color="auto" w:fill="FAFAFA"/>
            <w:tcMar>
              <w:top w:w="70" w:type="dxa"/>
              <w:left w:w="85" w:type="dxa"/>
              <w:bottom w:w="70" w:type="dxa"/>
              <w:right w:w="85" w:type="dxa"/>
            </w:tcMar>
            <w:vAlign w:val="center"/>
          </w:tcPr>
          <w:p w14:paraId="6024050E" w14:textId="77777777" w:rsidR="00865365" w:rsidRDefault="00865365">
            <w:pPr>
              <w:spacing w:after="0" w:line="240" w:lineRule="auto"/>
            </w:pPr>
          </w:p>
        </w:tc>
        <w:tc>
          <w:tcPr>
            <w:tcW w:w="1417" w:type="dxa"/>
            <w:shd w:val="clear" w:color="auto" w:fill="FAFAFA"/>
            <w:tcMar>
              <w:top w:w="70" w:type="dxa"/>
              <w:left w:w="85" w:type="dxa"/>
              <w:bottom w:w="70" w:type="dxa"/>
              <w:right w:w="85" w:type="dxa"/>
            </w:tcMar>
            <w:vAlign w:val="center"/>
          </w:tcPr>
          <w:p w14:paraId="60E2C2B9" w14:textId="77777777" w:rsidR="00865365" w:rsidRDefault="00865365">
            <w:pPr>
              <w:spacing w:after="0" w:line="240" w:lineRule="auto"/>
            </w:pPr>
          </w:p>
        </w:tc>
        <w:tc>
          <w:tcPr>
            <w:tcW w:w="1701" w:type="dxa"/>
            <w:shd w:val="clear" w:color="auto" w:fill="FAFAFA"/>
            <w:tcMar>
              <w:top w:w="70" w:type="dxa"/>
              <w:left w:w="85" w:type="dxa"/>
              <w:bottom w:w="70" w:type="dxa"/>
              <w:right w:w="85" w:type="dxa"/>
            </w:tcMar>
            <w:vAlign w:val="center"/>
          </w:tcPr>
          <w:p w14:paraId="76552ED6" w14:textId="77777777" w:rsidR="00865365" w:rsidRDefault="00865365">
            <w:pPr>
              <w:spacing w:after="0" w:line="240" w:lineRule="auto"/>
            </w:pPr>
          </w:p>
        </w:tc>
        <w:tc>
          <w:tcPr>
            <w:tcW w:w="1361" w:type="dxa"/>
            <w:shd w:val="clear" w:color="auto" w:fill="FAFAFA"/>
            <w:tcMar>
              <w:top w:w="70" w:type="dxa"/>
              <w:left w:w="85" w:type="dxa"/>
              <w:bottom w:w="70" w:type="dxa"/>
              <w:right w:w="85" w:type="dxa"/>
            </w:tcMar>
            <w:vAlign w:val="center"/>
          </w:tcPr>
          <w:p w14:paraId="3CF2BCB5" w14:textId="77777777" w:rsidR="00865365" w:rsidRDefault="00865365">
            <w:pPr>
              <w:spacing w:after="0" w:line="240" w:lineRule="auto"/>
            </w:pPr>
          </w:p>
        </w:tc>
        <w:tc>
          <w:tcPr>
            <w:tcW w:w="567" w:type="dxa"/>
            <w:shd w:val="clear" w:color="auto" w:fill="FAFAFA"/>
            <w:tcMar>
              <w:top w:w="70" w:type="dxa"/>
              <w:left w:w="85" w:type="dxa"/>
              <w:bottom w:w="70" w:type="dxa"/>
              <w:right w:w="85" w:type="dxa"/>
            </w:tcMar>
            <w:vAlign w:val="center"/>
          </w:tcPr>
          <w:p w14:paraId="473E340F" w14:textId="77777777" w:rsidR="00865365" w:rsidRDefault="00865365">
            <w:pPr>
              <w:spacing w:after="0" w:line="240" w:lineRule="auto"/>
            </w:pPr>
          </w:p>
        </w:tc>
      </w:tr>
    </w:tbl>
    <w:p w14:paraId="57259ECD" w14:textId="77777777" w:rsidR="00865365" w:rsidRDefault="00865365">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14:paraId="0073AFF3" w14:textId="77777777">
        <w:trPr>
          <w:cantSplit/>
          <w:jc w:val="center"/>
        </w:trPr>
        <w:tc>
          <w:tcPr>
            <w:tcW w:w="1020" w:type="dxa"/>
            <w:shd w:val="clear" w:color="auto" w:fill="D71920"/>
            <w:tcMar>
              <w:top w:w="70" w:type="dxa"/>
              <w:left w:w="85" w:type="dxa"/>
              <w:bottom w:w="70" w:type="dxa"/>
              <w:right w:w="85" w:type="dxa"/>
            </w:tcMar>
            <w:vAlign w:val="center"/>
          </w:tcPr>
          <w:p w14:paraId="594A081F" w14:textId="77777777" w:rsidR="00865365" w:rsidRDefault="00000000">
            <w:pPr>
              <w:spacing w:after="0" w:line="240" w:lineRule="auto"/>
              <w:jc w:val="center"/>
            </w:pPr>
            <w:r>
              <w:rPr>
                <w:b/>
                <w:color w:val="FFFFFF"/>
                <w:sz w:val="34"/>
              </w:rPr>
              <w:t>8</w:t>
            </w:r>
          </w:p>
        </w:tc>
        <w:tc>
          <w:tcPr>
            <w:tcW w:w="8901" w:type="dxa"/>
            <w:shd w:val="clear" w:color="auto" w:fill="F3F4F5"/>
          </w:tcPr>
          <w:p w14:paraId="08266B73" w14:textId="77777777" w:rsidR="00865365" w:rsidRDefault="00000000">
            <w:pPr>
              <w:spacing w:after="20"/>
            </w:pPr>
            <w:r>
              <w:rPr>
                <w:b/>
                <w:sz w:val="27"/>
              </w:rPr>
              <w:t>Documente digitale, cloud și surse externe</w:t>
            </w:r>
          </w:p>
          <w:p w14:paraId="44F4DA9E" w14:textId="77777777" w:rsidR="00865365" w:rsidRDefault="00000000">
            <w:pPr>
              <w:spacing w:after="0"/>
            </w:pPr>
            <w:r>
              <w:rPr>
                <w:color w:val="666666"/>
                <w:sz w:val="16"/>
              </w:rPr>
              <w:t>Platforma nu înlocuiește controlul; regulile trebuie să acopere accesul, integritatea și recuperarea</w:t>
            </w:r>
          </w:p>
        </w:tc>
      </w:tr>
    </w:tbl>
    <w:p w14:paraId="7131BADE" w14:textId="77777777" w:rsidR="00865365" w:rsidRDefault="00865365">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865365" w14:paraId="584B4EB2" w14:textId="77777777">
        <w:trPr>
          <w:tblHeader/>
          <w:jc w:val="center"/>
        </w:trPr>
        <w:tc>
          <w:tcPr>
            <w:tcW w:w="2551" w:type="dxa"/>
            <w:shd w:val="clear" w:color="auto" w:fill="D71920"/>
            <w:tcMar>
              <w:top w:w="70" w:type="dxa"/>
              <w:left w:w="85" w:type="dxa"/>
              <w:bottom w:w="70" w:type="dxa"/>
              <w:right w:w="85" w:type="dxa"/>
            </w:tcMar>
            <w:vAlign w:val="center"/>
          </w:tcPr>
          <w:p w14:paraId="1BDABC54" w14:textId="77777777" w:rsidR="00865365" w:rsidRDefault="00000000">
            <w:pPr>
              <w:spacing w:after="0" w:line="240" w:lineRule="auto"/>
              <w:jc w:val="center"/>
            </w:pPr>
            <w:r>
              <w:rPr>
                <w:b/>
                <w:color w:val="FFFFFF"/>
                <w:sz w:val="15"/>
              </w:rPr>
              <w:t>CONTROL</w:t>
            </w:r>
          </w:p>
        </w:tc>
        <w:tc>
          <w:tcPr>
            <w:tcW w:w="7370" w:type="dxa"/>
            <w:shd w:val="clear" w:color="auto" w:fill="D71920"/>
            <w:tcMar>
              <w:top w:w="70" w:type="dxa"/>
              <w:left w:w="85" w:type="dxa"/>
              <w:bottom w:w="70" w:type="dxa"/>
              <w:right w:w="85" w:type="dxa"/>
            </w:tcMar>
            <w:vAlign w:val="center"/>
          </w:tcPr>
          <w:p w14:paraId="3177B443" w14:textId="77777777" w:rsidR="00865365" w:rsidRDefault="00000000">
            <w:pPr>
              <w:spacing w:after="0" w:line="240" w:lineRule="auto"/>
              <w:jc w:val="center"/>
            </w:pPr>
            <w:r>
              <w:rPr>
                <w:b/>
                <w:color w:val="FFFFFF"/>
                <w:sz w:val="15"/>
              </w:rPr>
              <w:t>CE TREBUIE STABILIT</w:t>
            </w:r>
          </w:p>
        </w:tc>
      </w:tr>
      <w:tr w:rsidR="00865365" w14:paraId="24E2D624" w14:textId="77777777">
        <w:trPr>
          <w:cantSplit/>
          <w:jc w:val="center"/>
        </w:trPr>
        <w:tc>
          <w:tcPr>
            <w:tcW w:w="2551" w:type="dxa"/>
            <w:shd w:val="clear" w:color="auto" w:fill="FFFFFF"/>
            <w:tcMar>
              <w:top w:w="70" w:type="dxa"/>
              <w:left w:w="85" w:type="dxa"/>
              <w:bottom w:w="70" w:type="dxa"/>
              <w:right w:w="85" w:type="dxa"/>
            </w:tcMar>
            <w:vAlign w:val="center"/>
          </w:tcPr>
          <w:p w14:paraId="5C16F321" w14:textId="77777777" w:rsidR="00865365" w:rsidRDefault="00000000">
            <w:pPr>
              <w:spacing w:after="0" w:line="240" w:lineRule="auto"/>
            </w:pPr>
            <w:r>
              <w:rPr>
                <w:sz w:val="16"/>
              </w:rPr>
              <w:lastRenderedPageBreak/>
              <w:t>Sursa oficială</w:t>
            </w:r>
          </w:p>
        </w:tc>
        <w:tc>
          <w:tcPr>
            <w:tcW w:w="7370" w:type="dxa"/>
            <w:shd w:val="clear" w:color="auto" w:fill="FFFFFF"/>
            <w:tcMar>
              <w:top w:w="70" w:type="dxa"/>
              <w:left w:w="85" w:type="dxa"/>
              <w:bottom w:w="70" w:type="dxa"/>
              <w:right w:w="85" w:type="dxa"/>
            </w:tcMar>
            <w:vAlign w:val="center"/>
          </w:tcPr>
          <w:p w14:paraId="777A2B7A" w14:textId="77777777" w:rsidR="00865365" w:rsidRDefault="00000000">
            <w:pPr>
              <w:spacing w:after="0" w:line="240" w:lineRule="auto"/>
            </w:pPr>
            <w:r>
              <w:rPr>
                <w:sz w:val="16"/>
              </w:rPr>
              <w:t>Definiți unde se află versiunea controlată și ce copii sunt numai informative.</w:t>
            </w:r>
          </w:p>
        </w:tc>
      </w:tr>
      <w:tr w:rsidR="00865365" w14:paraId="600C2C11" w14:textId="77777777">
        <w:trPr>
          <w:cantSplit/>
          <w:jc w:val="center"/>
        </w:trPr>
        <w:tc>
          <w:tcPr>
            <w:tcW w:w="2551" w:type="dxa"/>
            <w:shd w:val="clear" w:color="auto" w:fill="FAFAFA"/>
            <w:tcMar>
              <w:top w:w="70" w:type="dxa"/>
              <w:left w:w="85" w:type="dxa"/>
              <w:bottom w:w="70" w:type="dxa"/>
              <w:right w:w="85" w:type="dxa"/>
            </w:tcMar>
            <w:vAlign w:val="center"/>
          </w:tcPr>
          <w:p w14:paraId="2D3DEF6E" w14:textId="77777777" w:rsidR="00865365" w:rsidRDefault="00000000">
            <w:pPr>
              <w:spacing w:after="0" w:line="240" w:lineRule="auto"/>
            </w:pPr>
            <w:r>
              <w:rPr>
                <w:sz w:val="16"/>
              </w:rPr>
              <w:t>Acces</w:t>
            </w:r>
          </w:p>
        </w:tc>
        <w:tc>
          <w:tcPr>
            <w:tcW w:w="7370" w:type="dxa"/>
            <w:shd w:val="clear" w:color="auto" w:fill="FAFAFA"/>
            <w:tcMar>
              <w:top w:w="70" w:type="dxa"/>
              <w:left w:w="85" w:type="dxa"/>
              <w:bottom w:w="70" w:type="dxa"/>
              <w:right w:w="85" w:type="dxa"/>
            </w:tcMar>
            <w:vAlign w:val="center"/>
          </w:tcPr>
          <w:p w14:paraId="3C172C52" w14:textId="77777777" w:rsidR="00865365" w:rsidRDefault="00000000">
            <w:pPr>
              <w:spacing w:after="0" w:line="240" w:lineRule="auto"/>
            </w:pPr>
            <w:r>
              <w:rPr>
                <w:sz w:val="16"/>
              </w:rPr>
              <w:t>Roluri, permisiuni și retragerea accesului la schimbarea rolului ori încetarea colaborării.</w:t>
            </w:r>
          </w:p>
        </w:tc>
      </w:tr>
      <w:tr w:rsidR="00865365" w14:paraId="704EA367" w14:textId="77777777">
        <w:trPr>
          <w:cantSplit/>
          <w:jc w:val="center"/>
        </w:trPr>
        <w:tc>
          <w:tcPr>
            <w:tcW w:w="2551" w:type="dxa"/>
            <w:shd w:val="clear" w:color="auto" w:fill="FFFFFF"/>
            <w:tcMar>
              <w:top w:w="70" w:type="dxa"/>
              <w:left w:w="85" w:type="dxa"/>
              <w:bottom w:w="70" w:type="dxa"/>
              <w:right w:w="85" w:type="dxa"/>
            </w:tcMar>
            <w:vAlign w:val="center"/>
          </w:tcPr>
          <w:p w14:paraId="4E035FB1" w14:textId="77777777" w:rsidR="00865365" w:rsidRDefault="00000000">
            <w:pPr>
              <w:spacing w:after="0" w:line="240" w:lineRule="auto"/>
            </w:pPr>
            <w:r>
              <w:rPr>
                <w:sz w:val="16"/>
              </w:rPr>
              <w:t>Integritate</w:t>
            </w:r>
          </w:p>
        </w:tc>
        <w:tc>
          <w:tcPr>
            <w:tcW w:w="7370" w:type="dxa"/>
            <w:shd w:val="clear" w:color="auto" w:fill="FFFFFF"/>
            <w:tcMar>
              <w:top w:w="70" w:type="dxa"/>
              <w:left w:w="85" w:type="dxa"/>
              <w:bottom w:w="70" w:type="dxa"/>
              <w:right w:w="85" w:type="dxa"/>
            </w:tcMar>
            <w:vAlign w:val="center"/>
          </w:tcPr>
          <w:p w14:paraId="727AE922" w14:textId="77777777" w:rsidR="00865365" w:rsidRDefault="00000000">
            <w:pPr>
              <w:spacing w:after="0" w:line="240" w:lineRule="auto"/>
            </w:pPr>
            <w:r>
              <w:rPr>
                <w:sz w:val="16"/>
              </w:rPr>
              <w:t>Istoric al modificărilor, aprobări trasabile și protecție împotriva suprascrierii sau ștergerii neautorizate.</w:t>
            </w:r>
          </w:p>
        </w:tc>
      </w:tr>
      <w:tr w:rsidR="00865365" w14:paraId="4D5E3C42" w14:textId="77777777">
        <w:trPr>
          <w:cantSplit/>
          <w:jc w:val="center"/>
        </w:trPr>
        <w:tc>
          <w:tcPr>
            <w:tcW w:w="2551" w:type="dxa"/>
            <w:shd w:val="clear" w:color="auto" w:fill="FAFAFA"/>
            <w:tcMar>
              <w:top w:w="70" w:type="dxa"/>
              <w:left w:w="85" w:type="dxa"/>
              <w:bottom w:w="70" w:type="dxa"/>
              <w:right w:w="85" w:type="dxa"/>
            </w:tcMar>
            <w:vAlign w:val="center"/>
          </w:tcPr>
          <w:p w14:paraId="13DF8F8C" w14:textId="77777777" w:rsidR="00865365" w:rsidRDefault="00000000">
            <w:pPr>
              <w:spacing w:after="0" w:line="240" w:lineRule="auto"/>
            </w:pPr>
            <w:r>
              <w:rPr>
                <w:sz w:val="16"/>
              </w:rPr>
              <w:t>Disponibilitate</w:t>
            </w:r>
          </w:p>
        </w:tc>
        <w:tc>
          <w:tcPr>
            <w:tcW w:w="7370" w:type="dxa"/>
            <w:shd w:val="clear" w:color="auto" w:fill="FAFAFA"/>
            <w:tcMar>
              <w:top w:w="70" w:type="dxa"/>
              <w:left w:w="85" w:type="dxa"/>
              <w:bottom w:w="70" w:type="dxa"/>
              <w:right w:w="85" w:type="dxa"/>
            </w:tcMar>
            <w:vAlign w:val="center"/>
          </w:tcPr>
          <w:p w14:paraId="02929B58" w14:textId="77777777" w:rsidR="00865365" w:rsidRDefault="00000000">
            <w:pPr>
              <w:spacing w:after="0" w:line="240" w:lineRule="auto"/>
            </w:pPr>
            <w:r>
              <w:rPr>
                <w:sz w:val="16"/>
              </w:rPr>
              <w:t>Backup, redundanță, mod de lucru alternativ și testarea restaurării.</w:t>
            </w:r>
          </w:p>
        </w:tc>
      </w:tr>
      <w:tr w:rsidR="00865365" w14:paraId="0FE2CAB0" w14:textId="77777777">
        <w:trPr>
          <w:cantSplit/>
          <w:jc w:val="center"/>
        </w:trPr>
        <w:tc>
          <w:tcPr>
            <w:tcW w:w="2551" w:type="dxa"/>
            <w:shd w:val="clear" w:color="auto" w:fill="FFFFFF"/>
            <w:tcMar>
              <w:top w:w="70" w:type="dxa"/>
              <w:left w:w="85" w:type="dxa"/>
              <w:bottom w:w="70" w:type="dxa"/>
              <w:right w:w="85" w:type="dxa"/>
            </w:tcMar>
            <w:vAlign w:val="center"/>
          </w:tcPr>
          <w:p w14:paraId="333AA026" w14:textId="77777777" w:rsidR="00865365" w:rsidRDefault="00000000">
            <w:pPr>
              <w:spacing w:after="0" w:line="240" w:lineRule="auto"/>
            </w:pPr>
            <w:r>
              <w:rPr>
                <w:sz w:val="16"/>
              </w:rPr>
              <w:t>Confidențialitate</w:t>
            </w:r>
          </w:p>
        </w:tc>
        <w:tc>
          <w:tcPr>
            <w:tcW w:w="7370" w:type="dxa"/>
            <w:shd w:val="clear" w:color="auto" w:fill="FFFFFF"/>
            <w:tcMar>
              <w:top w:w="70" w:type="dxa"/>
              <w:left w:w="85" w:type="dxa"/>
              <w:bottom w:w="70" w:type="dxa"/>
              <w:right w:w="85" w:type="dxa"/>
            </w:tcMar>
            <w:vAlign w:val="center"/>
          </w:tcPr>
          <w:p w14:paraId="6B1E990F" w14:textId="77777777" w:rsidR="00865365" w:rsidRDefault="00000000">
            <w:pPr>
              <w:spacing w:after="0" w:line="240" w:lineRule="auto"/>
            </w:pPr>
            <w:r>
              <w:rPr>
                <w:sz w:val="16"/>
              </w:rPr>
              <w:t>Clasificare, acces minim necesar și protecția datelor personale, medicale, comerciale sau de securitate.</w:t>
            </w:r>
          </w:p>
        </w:tc>
      </w:tr>
      <w:tr w:rsidR="00865365" w14:paraId="1B4A03AE" w14:textId="77777777">
        <w:trPr>
          <w:cantSplit/>
          <w:jc w:val="center"/>
        </w:trPr>
        <w:tc>
          <w:tcPr>
            <w:tcW w:w="2551" w:type="dxa"/>
            <w:shd w:val="clear" w:color="auto" w:fill="FAFAFA"/>
            <w:tcMar>
              <w:top w:w="70" w:type="dxa"/>
              <w:left w:w="85" w:type="dxa"/>
              <w:bottom w:w="70" w:type="dxa"/>
              <w:right w:w="85" w:type="dxa"/>
            </w:tcMar>
            <w:vAlign w:val="center"/>
          </w:tcPr>
          <w:p w14:paraId="0A868DB2" w14:textId="77777777" w:rsidR="00865365" w:rsidRDefault="00000000">
            <w:pPr>
              <w:spacing w:after="0" w:line="240" w:lineRule="auto"/>
            </w:pPr>
            <w:r>
              <w:rPr>
                <w:sz w:val="16"/>
              </w:rPr>
              <w:t>Identitate</w:t>
            </w:r>
          </w:p>
        </w:tc>
        <w:tc>
          <w:tcPr>
            <w:tcW w:w="7370" w:type="dxa"/>
            <w:shd w:val="clear" w:color="auto" w:fill="FAFAFA"/>
            <w:tcMar>
              <w:top w:w="70" w:type="dxa"/>
              <w:left w:w="85" w:type="dxa"/>
              <w:bottom w:w="70" w:type="dxa"/>
              <w:right w:w="85" w:type="dxa"/>
            </w:tcMar>
            <w:vAlign w:val="center"/>
          </w:tcPr>
          <w:p w14:paraId="66F68B47" w14:textId="77777777" w:rsidR="00865365" w:rsidRDefault="00000000">
            <w:pPr>
              <w:spacing w:after="0" w:line="240" w:lineRule="auto"/>
            </w:pPr>
            <w:r>
              <w:rPr>
                <w:sz w:val="16"/>
              </w:rPr>
              <w:t>Conturi individuale, autentificare și trasabilitatea persoanei care introduce, verifică ori aprobă date.</w:t>
            </w:r>
          </w:p>
        </w:tc>
      </w:tr>
      <w:tr w:rsidR="00865365" w14:paraId="33892DD4" w14:textId="77777777">
        <w:trPr>
          <w:cantSplit/>
          <w:jc w:val="center"/>
        </w:trPr>
        <w:tc>
          <w:tcPr>
            <w:tcW w:w="2551" w:type="dxa"/>
            <w:shd w:val="clear" w:color="auto" w:fill="FFFFFF"/>
            <w:tcMar>
              <w:top w:w="70" w:type="dxa"/>
              <w:left w:w="85" w:type="dxa"/>
              <w:bottom w:w="70" w:type="dxa"/>
              <w:right w:w="85" w:type="dxa"/>
            </w:tcMar>
            <w:vAlign w:val="center"/>
          </w:tcPr>
          <w:p w14:paraId="017BD85F" w14:textId="77777777" w:rsidR="00865365" w:rsidRDefault="00000000">
            <w:pPr>
              <w:spacing w:after="0" w:line="240" w:lineRule="auto"/>
            </w:pPr>
            <w:r>
              <w:rPr>
                <w:sz w:val="16"/>
              </w:rPr>
              <w:t>Păstrare</w:t>
            </w:r>
          </w:p>
        </w:tc>
        <w:tc>
          <w:tcPr>
            <w:tcW w:w="7370" w:type="dxa"/>
            <w:shd w:val="clear" w:color="auto" w:fill="FFFFFF"/>
            <w:tcMar>
              <w:top w:w="70" w:type="dxa"/>
              <w:left w:w="85" w:type="dxa"/>
              <w:bottom w:w="70" w:type="dxa"/>
              <w:right w:w="85" w:type="dxa"/>
            </w:tcMar>
            <w:vAlign w:val="center"/>
          </w:tcPr>
          <w:p w14:paraId="072863CC" w14:textId="77777777" w:rsidR="00865365" w:rsidRDefault="00000000">
            <w:pPr>
              <w:spacing w:after="0" w:line="240" w:lineRule="auto"/>
            </w:pPr>
            <w:r>
              <w:rPr>
                <w:sz w:val="16"/>
              </w:rPr>
              <w:t>Regulile se aplică și datelor din aplicații, e-mailurilor, logurilor, fotografiilor și semnăturilor electronice.</w:t>
            </w:r>
          </w:p>
        </w:tc>
      </w:tr>
      <w:tr w:rsidR="00865365" w14:paraId="1C5160CE" w14:textId="77777777">
        <w:trPr>
          <w:cantSplit/>
          <w:jc w:val="center"/>
        </w:trPr>
        <w:tc>
          <w:tcPr>
            <w:tcW w:w="2551" w:type="dxa"/>
            <w:shd w:val="clear" w:color="auto" w:fill="FAFAFA"/>
            <w:tcMar>
              <w:top w:w="70" w:type="dxa"/>
              <w:left w:w="85" w:type="dxa"/>
              <w:bottom w:w="70" w:type="dxa"/>
              <w:right w:w="85" w:type="dxa"/>
            </w:tcMar>
            <w:vAlign w:val="center"/>
          </w:tcPr>
          <w:p w14:paraId="30AFDD25" w14:textId="77777777" w:rsidR="00865365" w:rsidRDefault="00000000">
            <w:pPr>
              <w:spacing w:after="0" w:line="240" w:lineRule="auto"/>
            </w:pPr>
            <w:r>
              <w:rPr>
                <w:sz w:val="16"/>
              </w:rPr>
              <w:t>Migrare</w:t>
            </w:r>
          </w:p>
        </w:tc>
        <w:tc>
          <w:tcPr>
            <w:tcW w:w="7370" w:type="dxa"/>
            <w:shd w:val="clear" w:color="auto" w:fill="FAFAFA"/>
            <w:tcMar>
              <w:top w:w="70" w:type="dxa"/>
              <w:left w:w="85" w:type="dxa"/>
              <w:bottom w:w="70" w:type="dxa"/>
              <w:right w:w="85" w:type="dxa"/>
            </w:tcMar>
            <w:vAlign w:val="center"/>
          </w:tcPr>
          <w:p w14:paraId="65C39C55" w14:textId="77777777" w:rsidR="00865365" w:rsidRDefault="00000000">
            <w:pPr>
              <w:spacing w:after="0" w:line="240" w:lineRule="auto"/>
            </w:pPr>
            <w:r>
              <w:rPr>
                <w:sz w:val="16"/>
              </w:rPr>
              <w:t>Verificarea completitudinii, metadatelor și lizibilității la schimbarea aplicației sau furnizorului cloud.</w:t>
            </w:r>
          </w:p>
        </w:tc>
      </w:tr>
    </w:tbl>
    <w:p w14:paraId="78FB7AA0" w14:textId="77777777" w:rsidR="00865365" w:rsidRDefault="00865365">
      <w:pPr>
        <w:spacing w:after="20"/>
      </w:pPr>
    </w:p>
    <w:p w14:paraId="629C4A61" w14:textId="77777777" w:rsidR="00865365" w:rsidRDefault="00000000">
      <w:pPr>
        <w:pStyle w:val="Heading2"/>
      </w:pPr>
      <w:r>
        <w:t>Documente de origine externă</w:t>
      </w:r>
    </w:p>
    <w:p w14:paraId="20DE47A1" w14:textId="77777777" w:rsidR="00865365" w:rsidRDefault="00000000">
      <w:pPr>
        <w:pStyle w:val="ListBullet"/>
        <w:spacing w:after="40"/>
        <w:ind w:left="283" w:hanging="170"/>
      </w:pPr>
      <w:r>
        <w:t>Reglementări și ghiduri ale jurisdicțiilor în care dispozitivele sunt proiectate, fabricate, distribuite sau utilizate.</w:t>
      </w:r>
    </w:p>
    <w:p w14:paraId="0A6E9D8B" w14:textId="77777777" w:rsidR="00865365" w:rsidRDefault="00000000">
      <w:pPr>
        <w:pStyle w:val="ListBullet"/>
        <w:spacing w:after="40"/>
        <w:ind w:left="283" w:hanging="170"/>
      </w:pPr>
      <w:r>
        <w:t>Standarde armonizate/recunoscute și metode tehnice folosite pentru risc, biocompatibilitate, sterilizare, software, usability și ambalare.</w:t>
      </w:r>
    </w:p>
    <w:p w14:paraId="509E9DDC" w14:textId="77777777" w:rsidR="00865365" w:rsidRDefault="00000000">
      <w:pPr>
        <w:pStyle w:val="ListBullet"/>
        <w:spacing w:after="40"/>
        <w:ind w:left="283" w:hanging="170"/>
      </w:pPr>
      <w:r>
        <w:t>Certificate, specificații, acorduri de calitate și notificări de schimbare ale furnizorilor.</w:t>
      </w:r>
    </w:p>
    <w:p w14:paraId="701ADBE2" w14:textId="77777777" w:rsidR="00865365" w:rsidRDefault="00000000">
      <w:pPr>
        <w:pStyle w:val="ListBullet"/>
        <w:spacing w:after="40"/>
        <w:ind w:left="283" w:hanging="170"/>
      </w:pPr>
      <w:r>
        <w:t>Documentația producătorilor de echipamente, software, materiale și sisteme de măsurare.</w:t>
      </w:r>
    </w:p>
    <w:p w14:paraId="51725A92" w14:textId="77777777" w:rsidR="00865365" w:rsidRDefault="00000000">
      <w:pPr>
        <w:pStyle w:val="ListBullet"/>
        <w:spacing w:after="40"/>
        <w:ind w:left="283" w:hanging="170"/>
      </w:pPr>
      <w:r>
        <w:t>Comunicări și decizii ale autorităților, organismelor notificate, reprezentanților autorizați și importatorilor/distribuitorilor.</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14:paraId="53B3EB55" w14:textId="77777777">
        <w:trPr>
          <w:cantSplit/>
          <w:jc w:val="center"/>
        </w:trPr>
        <w:tc>
          <w:tcPr>
            <w:tcW w:w="1020" w:type="dxa"/>
            <w:shd w:val="clear" w:color="auto" w:fill="D71920"/>
            <w:tcMar>
              <w:top w:w="70" w:type="dxa"/>
              <w:left w:w="85" w:type="dxa"/>
              <w:bottom w:w="70" w:type="dxa"/>
              <w:right w:w="85" w:type="dxa"/>
            </w:tcMar>
            <w:vAlign w:val="center"/>
          </w:tcPr>
          <w:p w14:paraId="2B097B6A" w14:textId="77777777" w:rsidR="00865365" w:rsidRDefault="00000000">
            <w:pPr>
              <w:spacing w:after="0" w:line="240" w:lineRule="auto"/>
              <w:jc w:val="center"/>
            </w:pPr>
            <w:r>
              <w:rPr>
                <w:b/>
                <w:color w:val="FFFFFF"/>
                <w:sz w:val="34"/>
              </w:rPr>
              <w:t>9</w:t>
            </w:r>
          </w:p>
        </w:tc>
        <w:tc>
          <w:tcPr>
            <w:tcW w:w="8901" w:type="dxa"/>
            <w:shd w:val="clear" w:color="auto" w:fill="F3F4F5"/>
          </w:tcPr>
          <w:p w14:paraId="25D06C53" w14:textId="77777777" w:rsidR="00865365" w:rsidRDefault="00000000">
            <w:pPr>
              <w:spacing w:after="20"/>
            </w:pPr>
            <w:r>
              <w:rPr>
                <w:b/>
                <w:sz w:val="27"/>
              </w:rPr>
              <w:t>Set minim pentru o organizație mică</w:t>
            </w:r>
          </w:p>
          <w:p w14:paraId="47D86553" w14:textId="77777777" w:rsidR="00865365" w:rsidRDefault="00000000">
            <w:pPr>
              <w:spacing w:after="0"/>
            </w:pPr>
            <w:r>
              <w:rPr>
                <w:color w:val="666666"/>
                <w:sz w:val="16"/>
              </w:rPr>
              <w:t>Un sistem compact poate fi conform dacă este coerent, utilizat și susținut de dovezi</w:t>
            </w:r>
          </w:p>
        </w:tc>
      </w:tr>
    </w:tbl>
    <w:p w14:paraId="3857EEFA" w14:textId="77777777" w:rsidR="00865365" w:rsidRDefault="00865365">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3628"/>
        <w:gridCol w:w="5613"/>
      </w:tblGrid>
      <w:tr w:rsidR="00865365" w14:paraId="02753AB6" w14:textId="77777777">
        <w:trPr>
          <w:tblHeader/>
          <w:jc w:val="center"/>
        </w:trPr>
        <w:tc>
          <w:tcPr>
            <w:tcW w:w="680" w:type="dxa"/>
            <w:shd w:val="clear" w:color="auto" w:fill="D71920"/>
            <w:tcMar>
              <w:top w:w="70" w:type="dxa"/>
              <w:left w:w="85" w:type="dxa"/>
              <w:bottom w:w="70" w:type="dxa"/>
              <w:right w:w="85" w:type="dxa"/>
            </w:tcMar>
            <w:vAlign w:val="center"/>
          </w:tcPr>
          <w:p w14:paraId="2077B128" w14:textId="77777777" w:rsidR="00865365" w:rsidRDefault="00000000">
            <w:pPr>
              <w:spacing w:after="0" w:line="240" w:lineRule="auto"/>
              <w:jc w:val="center"/>
            </w:pPr>
            <w:r>
              <w:rPr>
                <w:b/>
                <w:color w:val="FFFFFF"/>
                <w:sz w:val="15"/>
              </w:rPr>
              <w:t>#</w:t>
            </w:r>
          </w:p>
        </w:tc>
        <w:tc>
          <w:tcPr>
            <w:tcW w:w="3628" w:type="dxa"/>
            <w:shd w:val="clear" w:color="auto" w:fill="D71920"/>
            <w:tcMar>
              <w:top w:w="70" w:type="dxa"/>
              <w:left w:w="85" w:type="dxa"/>
              <w:bottom w:w="70" w:type="dxa"/>
              <w:right w:w="85" w:type="dxa"/>
            </w:tcMar>
            <w:vAlign w:val="center"/>
          </w:tcPr>
          <w:p w14:paraId="2AD4182F" w14:textId="77777777" w:rsidR="00865365" w:rsidRDefault="00000000">
            <w:pPr>
              <w:spacing w:after="0" w:line="240" w:lineRule="auto"/>
              <w:jc w:val="center"/>
            </w:pPr>
            <w:r>
              <w:rPr>
                <w:b/>
                <w:color w:val="FFFFFF"/>
                <w:sz w:val="15"/>
              </w:rPr>
              <w:t>DOCUMENT / REGISTRU</w:t>
            </w:r>
          </w:p>
        </w:tc>
        <w:tc>
          <w:tcPr>
            <w:tcW w:w="5613" w:type="dxa"/>
            <w:shd w:val="clear" w:color="auto" w:fill="D71920"/>
            <w:tcMar>
              <w:top w:w="70" w:type="dxa"/>
              <w:left w:w="85" w:type="dxa"/>
              <w:bottom w:w="70" w:type="dxa"/>
              <w:right w:w="85" w:type="dxa"/>
            </w:tcMar>
            <w:vAlign w:val="center"/>
          </w:tcPr>
          <w:p w14:paraId="25B095F2" w14:textId="77777777" w:rsidR="00865365" w:rsidRDefault="00000000">
            <w:pPr>
              <w:spacing w:after="0" w:line="240" w:lineRule="auto"/>
              <w:jc w:val="center"/>
            </w:pPr>
            <w:r>
              <w:rPr>
                <w:b/>
                <w:color w:val="FFFFFF"/>
                <w:sz w:val="15"/>
              </w:rPr>
              <w:t>MOD COMPACT</w:t>
            </w:r>
          </w:p>
        </w:tc>
      </w:tr>
      <w:tr w:rsidR="00865365" w14:paraId="3C713BA3" w14:textId="77777777">
        <w:trPr>
          <w:cantSplit/>
          <w:jc w:val="center"/>
        </w:trPr>
        <w:tc>
          <w:tcPr>
            <w:tcW w:w="680" w:type="dxa"/>
            <w:shd w:val="clear" w:color="auto" w:fill="FFFFFF"/>
            <w:tcMar>
              <w:top w:w="70" w:type="dxa"/>
              <w:left w:w="85" w:type="dxa"/>
              <w:bottom w:w="70" w:type="dxa"/>
              <w:right w:w="85" w:type="dxa"/>
            </w:tcMar>
            <w:vAlign w:val="center"/>
          </w:tcPr>
          <w:p w14:paraId="665A0AC4" w14:textId="77777777" w:rsidR="00865365" w:rsidRDefault="00000000">
            <w:pPr>
              <w:spacing w:after="0" w:line="240" w:lineRule="auto"/>
              <w:jc w:val="center"/>
            </w:pPr>
            <w:r>
              <w:rPr>
                <w:sz w:val="15"/>
              </w:rPr>
              <w:t>1</w:t>
            </w:r>
          </w:p>
        </w:tc>
        <w:tc>
          <w:tcPr>
            <w:tcW w:w="3628" w:type="dxa"/>
            <w:shd w:val="clear" w:color="auto" w:fill="FFFFFF"/>
            <w:tcMar>
              <w:top w:w="70" w:type="dxa"/>
              <w:left w:w="85" w:type="dxa"/>
              <w:bottom w:w="70" w:type="dxa"/>
              <w:right w:w="85" w:type="dxa"/>
            </w:tcMar>
            <w:vAlign w:val="center"/>
          </w:tcPr>
          <w:p w14:paraId="275BF951" w14:textId="77777777" w:rsidR="00865365" w:rsidRDefault="00000000">
            <w:pPr>
              <w:spacing w:after="0" w:line="240" w:lineRule="auto"/>
            </w:pPr>
            <w:r>
              <w:rPr>
                <w:sz w:val="15"/>
              </w:rPr>
              <w:t>Manual QMS și hartă procese</w:t>
            </w:r>
          </w:p>
        </w:tc>
        <w:tc>
          <w:tcPr>
            <w:tcW w:w="5613" w:type="dxa"/>
            <w:shd w:val="clear" w:color="auto" w:fill="FFFFFF"/>
            <w:tcMar>
              <w:top w:w="70" w:type="dxa"/>
              <w:left w:w="85" w:type="dxa"/>
              <w:bottom w:w="70" w:type="dxa"/>
              <w:right w:w="85" w:type="dxa"/>
            </w:tcMar>
            <w:vAlign w:val="center"/>
          </w:tcPr>
          <w:p w14:paraId="0E78696D" w14:textId="77777777" w:rsidR="00865365" w:rsidRDefault="00000000">
            <w:pPr>
              <w:spacing w:after="0" w:line="240" w:lineRule="auto"/>
            </w:pPr>
            <w:r>
              <w:rPr>
                <w:sz w:val="15"/>
              </w:rPr>
              <w:t>Domeniu, roluri, proceduri și interacțiuni.</w:t>
            </w:r>
          </w:p>
        </w:tc>
      </w:tr>
      <w:tr w:rsidR="00865365" w14:paraId="45DCD6FF" w14:textId="77777777">
        <w:trPr>
          <w:cantSplit/>
          <w:jc w:val="center"/>
        </w:trPr>
        <w:tc>
          <w:tcPr>
            <w:tcW w:w="680" w:type="dxa"/>
            <w:shd w:val="clear" w:color="auto" w:fill="FAFAFA"/>
            <w:tcMar>
              <w:top w:w="70" w:type="dxa"/>
              <w:left w:w="85" w:type="dxa"/>
              <w:bottom w:w="70" w:type="dxa"/>
              <w:right w:w="85" w:type="dxa"/>
            </w:tcMar>
            <w:vAlign w:val="center"/>
          </w:tcPr>
          <w:p w14:paraId="5F09A92A" w14:textId="77777777" w:rsidR="00865365" w:rsidRDefault="00000000">
            <w:pPr>
              <w:spacing w:after="0" w:line="240" w:lineRule="auto"/>
              <w:jc w:val="center"/>
            </w:pPr>
            <w:r>
              <w:rPr>
                <w:sz w:val="15"/>
              </w:rPr>
              <w:t>2</w:t>
            </w:r>
          </w:p>
        </w:tc>
        <w:tc>
          <w:tcPr>
            <w:tcW w:w="3628" w:type="dxa"/>
            <w:shd w:val="clear" w:color="auto" w:fill="FAFAFA"/>
            <w:tcMar>
              <w:top w:w="70" w:type="dxa"/>
              <w:left w:w="85" w:type="dxa"/>
              <w:bottom w:w="70" w:type="dxa"/>
              <w:right w:w="85" w:type="dxa"/>
            </w:tcMar>
            <w:vAlign w:val="center"/>
          </w:tcPr>
          <w:p w14:paraId="10AB9F01" w14:textId="77777777" w:rsidR="00865365" w:rsidRDefault="00000000">
            <w:pPr>
              <w:spacing w:after="0" w:line="240" w:lineRule="auto"/>
            </w:pPr>
            <w:r>
              <w:rPr>
                <w:sz w:val="15"/>
              </w:rPr>
              <w:t>Control documente și înregistrări</w:t>
            </w:r>
          </w:p>
        </w:tc>
        <w:tc>
          <w:tcPr>
            <w:tcW w:w="5613" w:type="dxa"/>
            <w:shd w:val="clear" w:color="auto" w:fill="FAFAFA"/>
            <w:tcMar>
              <w:top w:w="70" w:type="dxa"/>
              <w:left w:w="85" w:type="dxa"/>
              <w:bottom w:w="70" w:type="dxa"/>
              <w:right w:w="85" w:type="dxa"/>
            </w:tcMar>
            <w:vAlign w:val="center"/>
          </w:tcPr>
          <w:p w14:paraId="22FFAEAD" w14:textId="77777777" w:rsidR="00865365" w:rsidRDefault="00000000">
            <w:pPr>
              <w:spacing w:after="0" w:line="240" w:lineRule="auto"/>
            </w:pPr>
            <w:r>
              <w:rPr>
                <w:sz w:val="15"/>
              </w:rPr>
              <w:t>Proceduri + listă master + matrice retenție.</w:t>
            </w:r>
          </w:p>
        </w:tc>
      </w:tr>
      <w:tr w:rsidR="00865365" w14:paraId="7B623FC7" w14:textId="77777777">
        <w:trPr>
          <w:cantSplit/>
          <w:jc w:val="center"/>
        </w:trPr>
        <w:tc>
          <w:tcPr>
            <w:tcW w:w="680" w:type="dxa"/>
            <w:shd w:val="clear" w:color="auto" w:fill="FFFFFF"/>
            <w:tcMar>
              <w:top w:w="70" w:type="dxa"/>
              <w:left w:w="85" w:type="dxa"/>
              <w:bottom w:w="70" w:type="dxa"/>
              <w:right w:w="85" w:type="dxa"/>
            </w:tcMar>
            <w:vAlign w:val="center"/>
          </w:tcPr>
          <w:p w14:paraId="4430DEA9" w14:textId="77777777" w:rsidR="00865365" w:rsidRDefault="00000000">
            <w:pPr>
              <w:spacing w:after="0" w:line="240" w:lineRule="auto"/>
              <w:jc w:val="center"/>
            </w:pPr>
            <w:r>
              <w:rPr>
                <w:sz w:val="15"/>
              </w:rPr>
              <w:t>3</w:t>
            </w:r>
          </w:p>
        </w:tc>
        <w:tc>
          <w:tcPr>
            <w:tcW w:w="3628" w:type="dxa"/>
            <w:shd w:val="clear" w:color="auto" w:fill="FFFFFF"/>
            <w:tcMar>
              <w:top w:w="70" w:type="dxa"/>
              <w:left w:w="85" w:type="dxa"/>
              <w:bottom w:w="70" w:type="dxa"/>
              <w:right w:w="85" w:type="dxa"/>
            </w:tcMar>
            <w:vAlign w:val="center"/>
          </w:tcPr>
          <w:p w14:paraId="21DAD40F" w14:textId="77777777" w:rsidR="00865365" w:rsidRDefault="00000000">
            <w:pPr>
              <w:spacing w:after="0" w:line="240" w:lineRule="auto"/>
            </w:pPr>
            <w:r>
              <w:rPr>
                <w:sz w:val="15"/>
              </w:rPr>
              <w:t>Matrice reglementare și registru dispozitive</w:t>
            </w:r>
          </w:p>
        </w:tc>
        <w:tc>
          <w:tcPr>
            <w:tcW w:w="5613" w:type="dxa"/>
            <w:shd w:val="clear" w:color="auto" w:fill="FFFFFF"/>
            <w:tcMar>
              <w:top w:w="70" w:type="dxa"/>
              <w:left w:w="85" w:type="dxa"/>
              <w:bottom w:w="70" w:type="dxa"/>
              <w:right w:w="85" w:type="dxa"/>
            </w:tcMar>
            <w:vAlign w:val="center"/>
          </w:tcPr>
          <w:p w14:paraId="6306150B" w14:textId="77777777" w:rsidR="00865365" w:rsidRDefault="00000000">
            <w:pPr>
              <w:spacing w:after="0" w:line="240" w:lineRule="auto"/>
            </w:pPr>
            <w:r>
              <w:rPr>
                <w:sz w:val="15"/>
              </w:rPr>
              <w:t>Piețe, roluri, clase, cerințe, dosare și termene.</w:t>
            </w:r>
          </w:p>
        </w:tc>
      </w:tr>
      <w:tr w:rsidR="00865365" w14:paraId="0C292BB3" w14:textId="77777777">
        <w:trPr>
          <w:cantSplit/>
          <w:jc w:val="center"/>
        </w:trPr>
        <w:tc>
          <w:tcPr>
            <w:tcW w:w="680" w:type="dxa"/>
            <w:shd w:val="clear" w:color="auto" w:fill="FAFAFA"/>
            <w:tcMar>
              <w:top w:w="70" w:type="dxa"/>
              <w:left w:w="85" w:type="dxa"/>
              <w:bottom w:w="70" w:type="dxa"/>
              <w:right w:w="85" w:type="dxa"/>
            </w:tcMar>
            <w:vAlign w:val="center"/>
          </w:tcPr>
          <w:p w14:paraId="0335AE02" w14:textId="77777777" w:rsidR="00865365" w:rsidRDefault="00000000">
            <w:pPr>
              <w:spacing w:after="0" w:line="240" w:lineRule="auto"/>
              <w:jc w:val="center"/>
            </w:pPr>
            <w:r>
              <w:rPr>
                <w:sz w:val="15"/>
              </w:rPr>
              <w:t>4</w:t>
            </w:r>
          </w:p>
        </w:tc>
        <w:tc>
          <w:tcPr>
            <w:tcW w:w="3628" w:type="dxa"/>
            <w:shd w:val="clear" w:color="auto" w:fill="FAFAFA"/>
            <w:tcMar>
              <w:top w:w="70" w:type="dxa"/>
              <w:left w:w="85" w:type="dxa"/>
              <w:bottom w:w="70" w:type="dxa"/>
              <w:right w:w="85" w:type="dxa"/>
            </w:tcMar>
            <w:vAlign w:val="center"/>
          </w:tcPr>
          <w:p w14:paraId="3D6127D1" w14:textId="77777777" w:rsidR="00865365" w:rsidRDefault="00000000">
            <w:pPr>
              <w:spacing w:after="0" w:line="240" w:lineRule="auto"/>
            </w:pPr>
            <w:r>
              <w:rPr>
                <w:sz w:val="15"/>
              </w:rPr>
              <w:t>Dosar dispozitiv și risk file</w:t>
            </w:r>
          </w:p>
        </w:tc>
        <w:tc>
          <w:tcPr>
            <w:tcW w:w="5613" w:type="dxa"/>
            <w:shd w:val="clear" w:color="auto" w:fill="FAFAFA"/>
            <w:tcMar>
              <w:top w:w="70" w:type="dxa"/>
              <w:left w:w="85" w:type="dxa"/>
              <w:bottom w:w="70" w:type="dxa"/>
              <w:right w:w="85" w:type="dxa"/>
            </w:tcMar>
            <w:vAlign w:val="center"/>
          </w:tcPr>
          <w:p w14:paraId="53415365" w14:textId="77777777" w:rsidR="00865365" w:rsidRDefault="00000000">
            <w:pPr>
              <w:spacing w:after="0" w:line="240" w:lineRule="auto"/>
            </w:pPr>
            <w:r>
              <w:rPr>
                <w:sz w:val="15"/>
              </w:rPr>
              <w:t>Structură indexată, controlată și legată de schimbări.</w:t>
            </w:r>
          </w:p>
        </w:tc>
      </w:tr>
      <w:tr w:rsidR="00865365" w14:paraId="62B1BBF3" w14:textId="77777777">
        <w:trPr>
          <w:cantSplit/>
          <w:jc w:val="center"/>
        </w:trPr>
        <w:tc>
          <w:tcPr>
            <w:tcW w:w="680" w:type="dxa"/>
            <w:shd w:val="clear" w:color="auto" w:fill="FFFFFF"/>
            <w:tcMar>
              <w:top w:w="70" w:type="dxa"/>
              <w:left w:w="85" w:type="dxa"/>
              <w:bottom w:w="70" w:type="dxa"/>
              <w:right w:w="85" w:type="dxa"/>
            </w:tcMar>
            <w:vAlign w:val="center"/>
          </w:tcPr>
          <w:p w14:paraId="227E3BFC" w14:textId="77777777" w:rsidR="00865365" w:rsidRDefault="00000000">
            <w:pPr>
              <w:spacing w:after="0" w:line="240" w:lineRule="auto"/>
              <w:jc w:val="center"/>
            </w:pPr>
            <w:r>
              <w:rPr>
                <w:sz w:val="15"/>
              </w:rPr>
              <w:t>5</w:t>
            </w:r>
          </w:p>
        </w:tc>
        <w:tc>
          <w:tcPr>
            <w:tcW w:w="3628" w:type="dxa"/>
            <w:shd w:val="clear" w:color="auto" w:fill="FFFFFF"/>
            <w:tcMar>
              <w:top w:w="70" w:type="dxa"/>
              <w:left w:w="85" w:type="dxa"/>
              <w:bottom w:w="70" w:type="dxa"/>
              <w:right w:w="85" w:type="dxa"/>
            </w:tcMar>
            <w:vAlign w:val="center"/>
          </w:tcPr>
          <w:p w14:paraId="5FCFF0BC" w14:textId="77777777" w:rsidR="00865365" w:rsidRDefault="00000000">
            <w:pPr>
              <w:spacing w:after="0" w:line="240" w:lineRule="auto"/>
            </w:pPr>
            <w:r>
              <w:rPr>
                <w:sz w:val="15"/>
              </w:rPr>
              <w:t>Furnizori, producție și trasabilitate</w:t>
            </w:r>
          </w:p>
        </w:tc>
        <w:tc>
          <w:tcPr>
            <w:tcW w:w="5613" w:type="dxa"/>
            <w:shd w:val="clear" w:color="auto" w:fill="FFFFFF"/>
            <w:tcMar>
              <w:top w:w="70" w:type="dxa"/>
              <w:left w:w="85" w:type="dxa"/>
              <w:bottom w:w="70" w:type="dxa"/>
              <w:right w:w="85" w:type="dxa"/>
            </w:tcMar>
            <w:vAlign w:val="center"/>
          </w:tcPr>
          <w:p w14:paraId="4753535C" w14:textId="77777777" w:rsidR="00865365" w:rsidRDefault="00000000">
            <w:pPr>
              <w:spacing w:after="0" w:line="240" w:lineRule="auto"/>
            </w:pPr>
            <w:r>
              <w:rPr>
                <w:sz w:val="15"/>
              </w:rPr>
              <w:t>Registre integrate cu criticitate și loturi.</w:t>
            </w:r>
          </w:p>
        </w:tc>
      </w:tr>
      <w:tr w:rsidR="00865365" w14:paraId="7BBAB4EA" w14:textId="77777777">
        <w:trPr>
          <w:cantSplit/>
          <w:jc w:val="center"/>
        </w:trPr>
        <w:tc>
          <w:tcPr>
            <w:tcW w:w="680" w:type="dxa"/>
            <w:shd w:val="clear" w:color="auto" w:fill="FAFAFA"/>
            <w:tcMar>
              <w:top w:w="70" w:type="dxa"/>
              <w:left w:w="85" w:type="dxa"/>
              <w:bottom w:w="70" w:type="dxa"/>
              <w:right w:w="85" w:type="dxa"/>
            </w:tcMar>
            <w:vAlign w:val="center"/>
          </w:tcPr>
          <w:p w14:paraId="578436B6" w14:textId="77777777" w:rsidR="00865365" w:rsidRDefault="00000000">
            <w:pPr>
              <w:spacing w:after="0" w:line="240" w:lineRule="auto"/>
              <w:jc w:val="center"/>
            </w:pPr>
            <w:r>
              <w:rPr>
                <w:sz w:val="15"/>
              </w:rPr>
              <w:t>6</w:t>
            </w:r>
          </w:p>
        </w:tc>
        <w:tc>
          <w:tcPr>
            <w:tcW w:w="3628" w:type="dxa"/>
            <w:shd w:val="clear" w:color="auto" w:fill="FAFAFA"/>
            <w:tcMar>
              <w:top w:w="70" w:type="dxa"/>
              <w:left w:w="85" w:type="dxa"/>
              <w:bottom w:w="70" w:type="dxa"/>
              <w:right w:w="85" w:type="dxa"/>
            </w:tcMar>
            <w:vAlign w:val="center"/>
          </w:tcPr>
          <w:p w14:paraId="0633D15E" w14:textId="77777777" w:rsidR="00865365" w:rsidRDefault="00000000">
            <w:pPr>
              <w:spacing w:after="0" w:line="240" w:lineRule="auto"/>
            </w:pPr>
            <w:r>
              <w:rPr>
                <w:sz w:val="15"/>
              </w:rPr>
              <w:t>Validări și echipamente</w:t>
            </w:r>
          </w:p>
        </w:tc>
        <w:tc>
          <w:tcPr>
            <w:tcW w:w="5613" w:type="dxa"/>
            <w:shd w:val="clear" w:color="auto" w:fill="FAFAFA"/>
            <w:tcMar>
              <w:top w:w="70" w:type="dxa"/>
              <w:left w:w="85" w:type="dxa"/>
              <w:bottom w:w="70" w:type="dxa"/>
              <w:right w:w="85" w:type="dxa"/>
            </w:tcMar>
            <w:vAlign w:val="center"/>
          </w:tcPr>
          <w:p w14:paraId="0CF3B02F" w14:textId="77777777" w:rsidR="00865365" w:rsidRDefault="00000000">
            <w:pPr>
              <w:spacing w:after="0" w:line="240" w:lineRule="auto"/>
            </w:pPr>
            <w:r>
              <w:rPr>
                <w:sz w:val="15"/>
              </w:rPr>
              <w:t>Plan master + protocoale/rapoarte și calibrare.</w:t>
            </w:r>
          </w:p>
        </w:tc>
      </w:tr>
      <w:tr w:rsidR="00865365" w14:paraId="31C57711" w14:textId="77777777">
        <w:trPr>
          <w:cantSplit/>
          <w:jc w:val="center"/>
        </w:trPr>
        <w:tc>
          <w:tcPr>
            <w:tcW w:w="680" w:type="dxa"/>
            <w:shd w:val="clear" w:color="auto" w:fill="FFFFFF"/>
            <w:tcMar>
              <w:top w:w="70" w:type="dxa"/>
              <w:left w:w="85" w:type="dxa"/>
              <w:bottom w:w="70" w:type="dxa"/>
              <w:right w:w="85" w:type="dxa"/>
            </w:tcMar>
            <w:vAlign w:val="center"/>
          </w:tcPr>
          <w:p w14:paraId="44BB7DE7" w14:textId="77777777" w:rsidR="00865365" w:rsidRDefault="00000000">
            <w:pPr>
              <w:spacing w:after="0" w:line="240" w:lineRule="auto"/>
              <w:jc w:val="center"/>
            </w:pPr>
            <w:r>
              <w:rPr>
                <w:sz w:val="15"/>
              </w:rPr>
              <w:t>7</w:t>
            </w:r>
          </w:p>
        </w:tc>
        <w:tc>
          <w:tcPr>
            <w:tcW w:w="3628" w:type="dxa"/>
            <w:shd w:val="clear" w:color="auto" w:fill="FFFFFF"/>
            <w:tcMar>
              <w:top w:w="70" w:type="dxa"/>
              <w:left w:w="85" w:type="dxa"/>
              <w:bottom w:w="70" w:type="dxa"/>
              <w:right w:w="85" w:type="dxa"/>
            </w:tcMar>
            <w:vAlign w:val="center"/>
          </w:tcPr>
          <w:p w14:paraId="67D9DB5C" w14:textId="77777777" w:rsidR="00865365" w:rsidRDefault="00000000">
            <w:pPr>
              <w:spacing w:after="0" w:line="240" w:lineRule="auto"/>
            </w:pPr>
            <w:r>
              <w:rPr>
                <w:sz w:val="15"/>
              </w:rPr>
              <w:t>Feedback, reclamații și CAPA</w:t>
            </w:r>
          </w:p>
        </w:tc>
        <w:tc>
          <w:tcPr>
            <w:tcW w:w="5613" w:type="dxa"/>
            <w:shd w:val="clear" w:color="auto" w:fill="FFFFFF"/>
            <w:tcMar>
              <w:top w:w="70" w:type="dxa"/>
              <w:left w:w="85" w:type="dxa"/>
              <w:bottom w:w="70" w:type="dxa"/>
              <w:right w:w="85" w:type="dxa"/>
            </w:tcMar>
            <w:vAlign w:val="center"/>
          </w:tcPr>
          <w:p w14:paraId="2BC14D76" w14:textId="77777777" w:rsidR="00865365" w:rsidRDefault="00000000">
            <w:pPr>
              <w:spacing w:after="0" w:line="240" w:lineRule="auto"/>
            </w:pPr>
            <w:r>
              <w:rPr>
                <w:sz w:val="15"/>
              </w:rPr>
              <w:t>Flux comun cu vigilență, trend și risk management.</w:t>
            </w:r>
          </w:p>
        </w:tc>
      </w:tr>
      <w:tr w:rsidR="00865365" w14:paraId="15AE6FF2" w14:textId="77777777">
        <w:trPr>
          <w:cantSplit/>
          <w:jc w:val="center"/>
        </w:trPr>
        <w:tc>
          <w:tcPr>
            <w:tcW w:w="680" w:type="dxa"/>
            <w:shd w:val="clear" w:color="auto" w:fill="FAFAFA"/>
            <w:tcMar>
              <w:top w:w="70" w:type="dxa"/>
              <w:left w:w="85" w:type="dxa"/>
              <w:bottom w:w="70" w:type="dxa"/>
              <w:right w:w="85" w:type="dxa"/>
            </w:tcMar>
            <w:vAlign w:val="center"/>
          </w:tcPr>
          <w:p w14:paraId="7F75A0C9" w14:textId="77777777" w:rsidR="00865365" w:rsidRDefault="00000000">
            <w:pPr>
              <w:spacing w:after="0" w:line="240" w:lineRule="auto"/>
              <w:jc w:val="center"/>
            </w:pPr>
            <w:r>
              <w:rPr>
                <w:sz w:val="15"/>
              </w:rPr>
              <w:t>8</w:t>
            </w:r>
          </w:p>
        </w:tc>
        <w:tc>
          <w:tcPr>
            <w:tcW w:w="3628" w:type="dxa"/>
            <w:shd w:val="clear" w:color="auto" w:fill="FAFAFA"/>
            <w:tcMar>
              <w:top w:w="70" w:type="dxa"/>
              <w:left w:w="85" w:type="dxa"/>
              <w:bottom w:w="70" w:type="dxa"/>
              <w:right w:w="85" w:type="dxa"/>
            </w:tcMar>
            <w:vAlign w:val="center"/>
          </w:tcPr>
          <w:p w14:paraId="5EA64883" w14:textId="77777777" w:rsidR="00865365" w:rsidRDefault="00000000">
            <w:pPr>
              <w:spacing w:after="0" w:line="240" w:lineRule="auto"/>
            </w:pPr>
            <w:r>
              <w:rPr>
                <w:sz w:val="15"/>
              </w:rPr>
              <w:t>Audit și management review</w:t>
            </w:r>
          </w:p>
        </w:tc>
        <w:tc>
          <w:tcPr>
            <w:tcW w:w="5613" w:type="dxa"/>
            <w:shd w:val="clear" w:color="auto" w:fill="FAFAFA"/>
            <w:tcMar>
              <w:top w:w="70" w:type="dxa"/>
              <w:left w:w="85" w:type="dxa"/>
              <w:bottom w:w="70" w:type="dxa"/>
              <w:right w:w="85" w:type="dxa"/>
            </w:tcMar>
            <w:vAlign w:val="center"/>
          </w:tcPr>
          <w:p w14:paraId="2C38AF6B" w14:textId="77777777" w:rsidR="00865365" w:rsidRDefault="00000000">
            <w:pPr>
              <w:spacing w:after="0" w:line="240" w:lineRule="auto"/>
            </w:pPr>
            <w:r>
              <w:rPr>
                <w:sz w:val="15"/>
              </w:rPr>
              <w:t>Calendar, rapoarte, decizii și acțiuni.</w:t>
            </w:r>
          </w:p>
        </w:tc>
      </w:tr>
    </w:tbl>
    <w:p w14:paraId="600942BF" w14:textId="77777777" w:rsidR="00865365" w:rsidRDefault="00865365">
      <w:pPr>
        <w:spacing w:after="20"/>
      </w:pPr>
    </w:p>
    <w:p w14:paraId="5E527D31" w14:textId="77777777" w:rsidR="00865365" w:rsidRDefault="00000000">
      <w:pPr>
        <w:pStyle w:val="Heading2"/>
      </w:pPr>
      <w:r>
        <w:t>Când trebuie crescut nivelul de documentare</w:t>
      </w:r>
    </w:p>
    <w:p w14:paraId="1D99988B" w14:textId="77777777" w:rsidR="00865365" w:rsidRDefault="00000000">
      <w:pPr>
        <w:pStyle w:val="ListBullet"/>
        <w:spacing w:after="40"/>
        <w:ind w:left="283" w:hanging="170"/>
      </w:pPr>
      <w:r>
        <w:t>Activitățile au risc ridicat, consecințe severe, cerințe de autorizare sau criterii tehnice complexe.</w:t>
      </w:r>
    </w:p>
    <w:p w14:paraId="287DDADF" w14:textId="77777777" w:rsidR="00865365" w:rsidRDefault="00000000">
      <w:pPr>
        <w:pStyle w:val="ListBullet"/>
        <w:spacing w:after="40"/>
        <w:ind w:left="283" w:hanging="170"/>
      </w:pPr>
      <w:r>
        <w:t>Există multe locații, schimburi, contractanți, limbi ori niveluri diferite de competență.</w:t>
      </w:r>
    </w:p>
    <w:p w14:paraId="7F4276B3" w14:textId="77777777" w:rsidR="00865365" w:rsidRDefault="00000000">
      <w:pPr>
        <w:pStyle w:val="ListBullet"/>
        <w:spacing w:after="40"/>
        <w:ind w:left="283" w:hanging="170"/>
      </w:pPr>
      <w:r>
        <w:t>Procesele sunt externalizate sau depind de furnizori critici și de un lanț valoric extins.</w:t>
      </w:r>
    </w:p>
    <w:p w14:paraId="33D09B20" w14:textId="77777777" w:rsidR="00865365" w:rsidRDefault="00000000">
      <w:pPr>
        <w:pStyle w:val="ListBullet"/>
        <w:spacing w:after="40"/>
        <w:ind w:left="283" w:hanging="170"/>
      </w:pPr>
      <w:r>
        <w:t>Apar frecvent incidente, abateri, reclamații, depășiri sau rezultate neconforme.</w:t>
      </w:r>
    </w:p>
    <w:p w14:paraId="64DBFC41" w14:textId="77777777" w:rsidR="00865365" w:rsidRDefault="00000000">
      <w:pPr>
        <w:pStyle w:val="ListBullet"/>
        <w:spacing w:after="40"/>
        <w:ind w:left="283" w:hanging="170"/>
      </w:pPr>
      <w:r>
        <w:t>Este necesară trasabilitate pe termen lung sau corelarea mai multor surse de date.</w:t>
      </w:r>
    </w:p>
    <w:p w14:paraId="66693D73" w14:textId="77777777" w:rsidR="00865365" w:rsidRDefault="00000000">
      <w:pPr>
        <w:pStyle w:val="ListBullet"/>
        <w:spacing w:after="40"/>
        <w:ind w:left="283" w:hanging="170"/>
      </w:pPr>
      <w:r>
        <w:t>Cunoștințele sunt concentrate la puține persoane și continuitatea este vulnerabilă.</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14:paraId="0DF1D972" w14:textId="77777777">
        <w:trPr>
          <w:cantSplit/>
          <w:jc w:val="center"/>
        </w:trPr>
        <w:tc>
          <w:tcPr>
            <w:tcW w:w="1020" w:type="dxa"/>
            <w:shd w:val="clear" w:color="auto" w:fill="D71920"/>
            <w:tcMar>
              <w:top w:w="70" w:type="dxa"/>
              <w:left w:w="85" w:type="dxa"/>
              <w:bottom w:w="70" w:type="dxa"/>
              <w:right w:w="85" w:type="dxa"/>
            </w:tcMar>
            <w:vAlign w:val="center"/>
          </w:tcPr>
          <w:p w14:paraId="6E675DEF" w14:textId="77777777" w:rsidR="00865365" w:rsidRDefault="00000000">
            <w:pPr>
              <w:spacing w:after="0" w:line="240" w:lineRule="auto"/>
              <w:jc w:val="center"/>
            </w:pPr>
            <w:r>
              <w:rPr>
                <w:b/>
                <w:color w:val="FFFFFF"/>
                <w:sz w:val="34"/>
              </w:rPr>
              <w:t>10</w:t>
            </w:r>
          </w:p>
        </w:tc>
        <w:tc>
          <w:tcPr>
            <w:tcW w:w="8901" w:type="dxa"/>
            <w:shd w:val="clear" w:color="auto" w:fill="F3F4F5"/>
          </w:tcPr>
          <w:p w14:paraId="0E8B8F04" w14:textId="77777777" w:rsidR="00865365" w:rsidRDefault="00000000">
            <w:pPr>
              <w:spacing w:after="20"/>
            </w:pPr>
            <w:r>
              <w:rPr>
                <w:b/>
                <w:sz w:val="27"/>
              </w:rPr>
              <w:t>Verificarea pregătirii documentare</w:t>
            </w:r>
          </w:p>
          <w:p w14:paraId="1AFA433A" w14:textId="77777777" w:rsidR="00865365" w:rsidRDefault="00000000">
            <w:pPr>
              <w:spacing w:after="0"/>
            </w:pPr>
            <w:r>
              <w:rPr>
                <w:color w:val="666666"/>
                <w:sz w:val="16"/>
              </w:rPr>
              <w:t>Un auditor verifică existența, utilizarea și eficacitatea informațiilor din SMC pentru dispozitive medicale</w:t>
            </w:r>
          </w:p>
        </w:tc>
      </w:tr>
    </w:tbl>
    <w:p w14:paraId="122FA7EF" w14:textId="77777777" w:rsidR="00865365" w:rsidRDefault="00865365">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865365" w14:paraId="71536C39" w14:textId="77777777">
        <w:trPr>
          <w:tblHeader/>
          <w:jc w:val="center"/>
        </w:trPr>
        <w:tc>
          <w:tcPr>
            <w:tcW w:w="1020" w:type="dxa"/>
            <w:shd w:val="clear" w:color="auto" w:fill="D71920"/>
            <w:tcMar>
              <w:top w:w="70" w:type="dxa"/>
              <w:left w:w="85" w:type="dxa"/>
              <w:bottom w:w="70" w:type="dxa"/>
              <w:right w:w="85" w:type="dxa"/>
            </w:tcMar>
            <w:vAlign w:val="center"/>
          </w:tcPr>
          <w:p w14:paraId="494A342C" w14:textId="77777777" w:rsidR="00865365" w:rsidRDefault="00000000">
            <w:pPr>
              <w:spacing w:after="0" w:line="240" w:lineRule="auto"/>
              <w:jc w:val="center"/>
            </w:pPr>
            <w:r>
              <w:rPr>
                <w:b/>
                <w:color w:val="FFFFFF"/>
                <w:sz w:val="15"/>
              </w:rPr>
              <w:t>STATUS</w:t>
            </w:r>
          </w:p>
        </w:tc>
        <w:tc>
          <w:tcPr>
            <w:tcW w:w="8901" w:type="dxa"/>
            <w:shd w:val="clear" w:color="auto" w:fill="D71920"/>
            <w:tcMar>
              <w:top w:w="70" w:type="dxa"/>
              <w:left w:w="85" w:type="dxa"/>
              <w:bottom w:w="70" w:type="dxa"/>
              <w:right w:w="85" w:type="dxa"/>
            </w:tcMar>
            <w:vAlign w:val="center"/>
          </w:tcPr>
          <w:p w14:paraId="3EC0463D" w14:textId="77777777" w:rsidR="00865365" w:rsidRDefault="00000000">
            <w:pPr>
              <w:spacing w:after="0" w:line="240" w:lineRule="auto"/>
              <w:jc w:val="center"/>
            </w:pPr>
            <w:r>
              <w:rPr>
                <w:b/>
                <w:color w:val="FFFFFF"/>
                <w:sz w:val="15"/>
              </w:rPr>
              <w:t>PUNCT DE VERIFICARE</w:t>
            </w:r>
          </w:p>
        </w:tc>
      </w:tr>
      <w:tr w:rsidR="00865365" w14:paraId="47162814" w14:textId="77777777">
        <w:trPr>
          <w:cantSplit/>
          <w:jc w:val="center"/>
        </w:trPr>
        <w:tc>
          <w:tcPr>
            <w:tcW w:w="1020" w:type="dxa"/>
            <w:shd w:val="clear" w:color="auto" w:fill="FFFFFF"/>
            <w:tcMar>
              <w:top w:w="70" w:type="dxa"/>
              <w:left w:w="85" w:type="dxa"/>
              <w:bottom w:w="70" w:type="dxa"/>
              <w:right w:w="85" w:type="dxa"/>
            </w:tcMar>
            <w:vAlign w:val="center"/>
          </w:tcPr>
          <w:p w14:paraId="286BAD49" w14:textId="77777777" w:rsidR="00865365"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45E3969F" w14:textId="77777777" w:rsidR="00865365" w:rsidRDefault="00000000">
            <w:pPr>
              <w:spacing w:after="0" w:line="240" w:lineRule="auto"/>
            </w:pPr>
            <w:r>
              <w:rPr>
                <w:sz w:val="15"/>
              </w:rPr>
              <w:t>Domeniul și rolul organizației sunt clare pentru fiecare dispozitiv și piață.</w:t>
            </w:r>
          </w:p>
        </w:tc>
      </w:tr>
      <w:tr w:rsidR="00865365" w14:paraId="1897AC15" w14:textId="77777777">
        <w:trPr>
          <w:cantSplit/>
          <w:jc w:val="center"/>
        </w:trPr>
        <w:tc>
          <w:tcPr>
            <w:tcW w:w="1020" w:type="dxa"/>
            <w:shd w:val="clear" w:color="auto" w:fill="FAFAFA"/>
            <w:tcMar>
              <w:top w:w="70" w:type="dxa"/>
              <w:left w:w="85" w:type="dxa"/>
              <w:bottom w:w="70" w:type="dxa"/>
              <w:right w:w="85" w:type="dxa"/>
            </w:tcMar>
            <w:vAlign w:val="center"/>
          </w:tcPr>
          <w:p w14:paraId="380C6AB2" w14:textId="77777777" w:rsidR="00865365"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4F6609ED" w14:textId="77777777" w:rsidR="00865365" w:rsidRDefault="00000000">
            <w:pPr>
              <w:spacing w:after="0" w:line="240" w:lineRule="auto"/>
            </w:pPr>
            <w:r>
              <w:rPr>
                <w:sz w:val="15"/>
              </w:rPr>
              <w:t>Manualul QMS descrie procesele reale și justifică neaplicabilitățile.</w:t>
            </w:r>
          </w:p>
        </w:tc>
      </w:tr>
      <w:tr w:rsidR="00865365" w14:paraId="669D2306" w14:textId="77777777">
        <w:trPr>
          <w:cantSplit/>
          <w:jc w:val="center"/>
        </w:trPr>
        <w:tc>
          <w:tcPr>
            <w:tcW w:w="1020" w:type="dxa"/>
            <w:shd w:val="clear" w:color="auto" w:fill="FFFFFF"/>
            <w:tcMar>
              <w:top w:w="70" w:type="dxa"/>
              <w:left w:w="85" w:type="dxa"/>
              <w:bottom w:w="70" w:type="dxa"/>
              <w:right w:w="85" w:type="dxa"/>
            </w:tcMar>
            <w:vAlign w:val="center"/>
          </w:tcPr>
          <w:p w14:paraId="0DB15316" w14:textId="77777777" w:rsidR="00865365"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66CD21F8" w14:textId="77777777" w:rsidR="00865365" w:rsidRDefault="00000000">
            <w:pPr>
              <w:spacing w:after="0" w:line="240" w:lineRule="auto"/>
            </w:pPr>
            <w:r>
              <w:rPr>
                <w:sz w:val="15"/>
              </w:rPr>
              <w:t>Dosarele dispozitivelor sunt complete, indexate, controlate și legate de configurația actuală.</w:t>
            </w:r>
          </w:p>
        </w:tc>
      </w:tr>
      <w:tr w:rsidR="00865365" w14:paraId="55988487" w14:textId="77777777">
        <w:trPr>
          <w:cantSplit/>
          <w:jc w:val="center"/>
        </w:trPr>
        <w:tc>
          <w:tcPr>
            <w:tcW w:w="1020" w:type="dxa"/>
            <w:shd w:val="clear" w:color="auto" w:fill="FAFAFA"/>
            <w:tcMar>
              <w:top w:w="70" w:type="dxa"/>
              <w:left w:w="85" w:type="dxa"/>
              <w:bottom w:w="70" w:type="dxa"/>
              <w:right w:w="85" w:type="dxa"/>
            </w:tcMar>
            <w:vAlign w:val="center"/>
          </w:tcPr>
          <w:p w14:paraId="355587A7" w14:textId="77777777" w:rsidR="00865365"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2D41EFC8" w14:textId="77777777" w:rsidR="00865365" w:rsidRDefault="00000000">
            <w:pPr>
              <w:spacing w:after="0" w:line="240" w:lineRule="auto"/>
            </w:pPr>
            <w:r>
              <w:rPr>
                <w:sz w:val="15"/>
              </w:rPr>
              <w:t>Cerințele de reglementare sunt actualizate și traduse în documente, termene și responsabilități.</w:t>
            </w:r>
          </w:p>
        </w:tc>
      </w:tr>
      <w:tr w:rsidR="00865365" w14:paraId="73F6D5DC" w14:textId="77777777">
        <w:trPr>
          <w:cantSplit/>
          <w:jc w:val="center"/>
        </w:trPr>
        <w:tc>
          <w:tcPr>
            <w:tcW w:w="1020" w:type="dxa"/>
            <w:shd w:val="clear" w:color="auto" w:fill="FFFFFF"/>
            <w:tcMar>
              <w:top w:w="70" w:type="dxa"/>
              <w:left w:w="85" w:type="dxa"/>
              <w:bottom w:w="70" w:type="dxa"/>
              <w:right w:w="85" w:type="dxa"/>
            </w:tcMar>
            <w:vAlign w:val="center"/>
          </w:tcPr>
          <w:p w14:paraId="572103B6" w14:textId="77777777" w:rsidR="00865365"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289840B3" w14:textId="77777777" w:rsidR="00865365" w:rsidRDefault="00000000">
            <w:pPr>
              <w:spacing w:after="0" w:line="240" w:lineRule="auto"/>
            </w:pPr>
            <w:r>
              <w:rPr>
                <w:sz w:val="15"/>
              </w:rPr>
              <w:t>Controlul documentelor și înregistrărilor protejează integritatea, semnăturile și audit trail-ul.</w:t>
            </w:r>
          </w:p>
        </w:tc>
      </w:tr>
      <w:tr w:rsidR="00865365" w14:paraId="3185FD8F" w14:textId="77777777">
        <w:trPr>
          <w:cantSplit/>
          <w:jc w:val="center"/>
        </w:trPr>
        <w:tc>
          <w:tcPr>
            <w:tcW w:w="1020" w:type="dxa"/>
            <w:shd w:val="clear" w:color="auto" w:fill="FAFAFA"/>
            <w:tcMar>
              <w:top w:w="70" w:type="dxa"/>
              <w:left w:w="85" w:type="dxa"/>
              <w:bottom w:w="70" w:type="dxa"/>
              <w:right w:w="85" w:type="dxa"/>
            </w:tcMar>
            <w:vAlign w:val="center"/>
          </w:tcPr>
          <w:p w14:paraId="5F775A06" w14:textId="77777777" w:rsidR="00865365"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00C570D3" w14:textId="77777777" w:rsidR="00865365" w:rsidRDefault="00000000">
            <w:pPr>
              <w:spacing w:after="0" w:line="240" w:lineRule="auto"/>
            </w:pPr>
            <w:r>
              <w:rPr>
                <w:sz w:val="15"/>
              </w:rPr>
              <w:t>Risk management este viu și integrează schimbări, reclamații, CAPA și date post-producție.</w:t>
            </w:r>
          </w:p>
        </w:tc>
      </w:tr>
      <w:tr w:rsidR="00865365" w14:paraId="05322E11" w14:textId="77777777">
        <w:trPr>
          <w:cantSplit/>
          <w:jc w:val="center"/>
        </w:trPr>
        <w:tc>
          <w:tcPr>
            <w:tcW w:w="1020" w:type="dxa"/>
            <w:shd w:val="clear" w:color="auto" w:fill="FFFFFF"/>
            <w:tcMar>
              <w:top w:w="70" w:type="dxa"/>
              <w:left w:w="85" w:type="dxa"/>
              <w:bottom w:w="70" w:type="dxa"/>
              <w:right w:w="85" w:type="dxa"/>
            </w:tcMar>
            <w:vAlign w:val="center"/>
          </w:tcPr>
          <w:p w14:paraId="7C5D258C" w14:textId="77777777" w:rsidR="00865365"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1C7665F5" w14:textId="77777777" w:rsidR="00865365" w:rsidRDefault="00000000">
            <w:pPr>
              <w:spacing w:after="0" w:line="240" w:lineRule="auto"/>
            </w:pPr>
            <w:r>
              <w:rPr>
                <w:sz w:val="15"/>
              </w:rPr>
              <w:t>Design file demonstrează trasabilitatea dintre cerințe, risc, outputs, V&amp;V și transfer.</w:t>
            </w:r>
          </w:p>
        </w:tc>
      </w:tr>
      <w:tr w:rsidR="00865365" w14:paraId="31EE8F5D" w14:textId="77777777">
        <w:trPr>
          <w:cantSplit/>
          <w:jc w:val="center"/>
        </w:trPr>
        <w:tc>
          <w:tcPr>
            <w:tcW w:w="1020" w:type="dxa"/>
            <w:shd w:val="clear" w:color="auto" w:fill="FAFAFA"/>
            <w:tcMar>
              <w:top w:w="70" w:type="dxa"/>
              <w:left w:w="85" w:type="dxa"/>
              <w:bottom w:w="70" w:type="dxa"/>
              <w:right w:w="85" w:type="dxa"/>
            </w:tcMar>
            <w:vAlign w:val="center"/>
          </w:tcPr>
          <w:p w14:paraId="711DEF48" w14:textId="77777777" w:rsidR="00865365" w:rsidRDefault="00000000">
            <w:pPr>
              <w:spacing w:after="0" w:line="240" w:lineRule="auto"/>
              <w:jc w:val="center"/>
            </w:pPr>
            <w:r>
              <w:rPr>
                <w:sz w:val="15"/>
              </w:rPr>
              <w:lastRenderedPageBreak/>
              <w:t>☐</w:t>
            </w:r>
          </w:p>
        </w:tc>
        <w:tc>
          <w:tcPr>
            <w:tcW w:w="8901" w:type="dxa"/>
            <w:shd w:val="clear" w:color="auto" w:fill="FAFAFA"/>
            <w:tcMar>
              <w:top w:w="70" w:type="dxa"/>
              <w:left w:w="85" w:type="dxa"/>
              <w:bottom w:w="70" w:type="dxa"/>
              <w:right w:w="85" w:type="dxa"/>
            </w:tcMar>
            <w:vAlign w:val="center"/>
          </w:tcPr>
          <w:p w14:paraId="24718456" w14:textId="77777777" w:rsidR="00865365" w:rsidRDefault="00000000">
            <w:pPr>
              <w:spacing w:after="0" w:line="240" w:lineRule="auto"/>
            </w:pPr>
            <w:r>
              <w:rPr>
                <w:sz w:val="15"/>
              </w:rPr>
              <w:t>Schimbările sunt evaluate înainte de implementare pentru impact tehnic, risc și reglementare.</w:t>
            </w:r>
          </w:p>
        </w:tc>
      </w:tr>
      <w:tr w:rsidR="00865365" w14:paraId="6E591DC3" w14:textId="77777777">
        <w:trPr>
          <w:cantSplit/>
          <w:jc w:val="center"/>
        </w:trPr>
        <w:tc>
          <w:tcPr>
            <w:tcW w:w="1020" w:type="dxa"/>
            <w:shd w:val="clear" w:color="auto" w:fill="FFFFFF"/>
            <w:tcMar>
              <w:top w:w="70" w:type="dxa"/>
              <w:left w:w="85" w:type="dxa"/>
              <w:bottom w:w="70" w:type="dxa"/>
              <w:right w:w="85" w:type="dxa"/>
            </w:tcMar>
            <w:vAlign w:val="center"/>
          </w:tcPr>
          <w:p w14:paraId="27FEBE80" w14:textId="77777777" w:rsidR="00865365"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72DEF490" w14:textId="77777777" w:rsidR="00865365" w:rsidRDefault="00000000">
            <w:pPr>
              <w:spacing w:after="0" w:line="240" w:lineRule="auto"/>
            </w:pPr>
            <w:r>
              <w:rPr>
                <w:sz w:val="15"/>
              </w:rPr>
              <w:t>Furnizorii sunt controlați proporțional cu impactul, iar schimbările lor sunt notificate și evaluate.</w:t>
            </w:r>
          </w:p>
        </w:tc>
      </w:tr>
      <w:tr w:rsidR="00865365" w14:paraId="3A025185" w14:textId="77777777">
        <w:trPr>
          <w:cantSplit/>
          <w:jc w:val="center"/>
        </w:trPr>
        <w:tc>
          <w:tcPr>
            <w:tcW w:w="1020" w:type="dxa"/>
            <w:shd w:val="clear" w:color="auto" w:fill="FAFAFA"/>
            <w:tcMar>
              <w:top w:w="70" w:type="dxa"/>
              <w:left w:w="85" w:type="dxa"/>
              <w:bottom w:w="70" w:type="dxa"/>
              <w:right w:w="85" w:type="dxa"/>
            </w:tcMar>
            <w:vAlign w:val="center"/>
          </w:tcPr>
          <w:p w14:paraId="6BD7BFF1" w14:textId="77777777" w:rsidR="00865365"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4EEB755D" w14:textId="77777777" w:rsidR="00865365" w:rsidRDefault="00000000">
            <w:pPr>
              <w:spacing w:after="0" w:line="240" w:lineRule="auto"/>
            </w:pPr>
            <w:r>
              <w:rPr>
                <w:sz w:val="15"/>
              </w:rPr>
              <w:t>Procesele speciale și software-ul relevant sunt validate și revalidate pe bază de risc.</w:t>
            </w:r>
          </w:p>
        </w:tc>
      </w:tr>
      <w:tr w:rsidR="00865365" w14:paraId="73D28360" w14:textId="77777777">
        <w:trPr>
          <w:cantSplit/>
          <w:jc w:val="center"/>
        </w:trPr>
        <w:tc>
          <w:tcPr>
            <w:tcW w:w="1020" w:type="dxa"/>
            <w:shd w:val="clear" w:color="auto" w:fill="FFFFFF"/>
            <w:tcMar>
              <w:top w:w="70" w:type="dxa"/>
              <w:left w:w="85" w:type="dxa"/>
              <w:bottom w:w="70" w:type="dxa"/>
              <w:right w:w="85" w:type="dxa"/>
            </w:tcMar>
            <w:vAlign w:val="center"/>
          </w:tcPr>
          <w:p w14:paraId="05FE21E7" w14:textId="77777777" w:rsidR="00865365"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1675272" w14:textId="77777777" w:rsidR="00865365" w:rsidRDefault="00000000">
            <w:pPr>
              <w:spacing w:after="0" w:line="240" w:lineRule="auto"/>
            </w:pPr>
            <w:r>
              <w:rPr>
                <w:sz w:val="15"/>
              </w:rPr>
              <w:t>Înregistrările de producție permit identificarea lotului, materialelor, echipamentelor, operatorilor și reviziilor.</w:t>
            </w:r>
          </w:p>
        </w:tc>
      </w:tr>
      <w:tr w:rsidR="00865365" w14:paraId="3500EC1C" w14:textId="77777777">
        <w:trPr>
          <w:cantSplit/>
          <w:jc w:val="center"/>
        </w:trPr>
        <w:tc>
          <w:tcPr>
            <w:tcW w:w="1020" w:type="dxa"/>
            <w:shd w:val="clear" w:color="auto" w:fill="FAFAFA"/>
            <w:tcMar>
              <w:top w:w="70" w:type="dxa"/>
              <w:left w:w="85" w:type="dxa"/>
              <w:bottom w:w="70" w:type="dxa"/>
              <w:right w:w="85" w:type="dxa"/>
            </w:tcMar>
            <w:vAlign w:val="center"/>
          </w:tcPr>
          <w:p w14:paraId="6E070145" w14:textId="77777777" w:rsidR="00865365"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1DC8A223" w14:textId="77777777" w:rsidR="00865365" w:rsidRDefault="00000000">
            <w:pPr>
              <w:spacing w:after="0" w:line="240" w:lineRule="auto"/>
            </w:pPr>
            <w:r>
              <w:rPr>
                <w:sz w:val="15"/>
              </w:rPr>
              <w:t>Reclamațiile sunt recunoscute, investigate și evaluate pentru raportabilitate în termenele aplicabile.</w:t>
            </w:r>
          </w:p>
        </w:tc>
      </w:tr>
      <w:tr w:rsidR="00865365" w14:paraId="1417F703" w14:textId="77777777">
        <w:trPr>
          <w:cantSplit/>
          <w:jc w:val="center"/>
        </w:trPr>
        <w:tc>
          <w:tcPr>
            <w:tcW w:w="1020" w:type="dxa"/>
            <w:shd w:val="clear" w:color="auto" w:fill="FFFFFF"/>
            <w:tcMar>
              <w:top w:w="70" w:type="dxa"/>
              <w:left w:w="85" w:type="dxa"/>
              <w:bottom w:w="70" w:type="dxa"/>
              <w:right w:w="85" w:type="dxa"/>
            </w:tcMar>
            <w:vAlign w:val="center"/>
          </w:tcPr>
          <w:p w14:paraId="7F6ECE60" w14:textId="77777777" w:rsidR="00865365"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58F041C5" w14:textId="77777777" w:rsidR="00865365" w:rsidRDefault="00000000">
            <w:pPr>
              <w:spacing w:after="0" w:line="240" w:lineRule="auto"/>
            </w:pPr>
            <w:r>
              <w:rPr>
                <w:sz w:val="15"/>
              </w:rPr>
              <w:t>Produsul neconform, reworkul și concesiile sunt controlate și corelate cu riscul.</w:t>
            </w:r>
          </w:p>
        </w:tc>
      </w:tr>
      <w:tr w:rsidR="00865365" w14:paraId="7417DB1B" w14:textId="77777777">
        <w:trPr>
          <w:cantSplit/>
          <w:jc w:val="center"/>
        </w:trPr>
        <w:tc>
          <w:tcPr>
            <w:tcW w:w="1020" w:type="dxa"/>
            <w:shd w:val="clear" w:color="auto" w:fill="FAFAFA"/>
            <w:tcMar>
              <w:top w:w="70" w:type="dxa"/>
              <w:left w:w="85" w:type="dxa"/>
              <w:bottom w:w="70" w:type="dxa"/>
              <w:right w:w="85" w:type="dxa"/>
            </w:tcMar>
            <w:vAlign w:val="center"/>
          </w:tcPr>
          <w:p w14:paraId="766BFCC3" w14:textId="77777777" w:rsidR="00865365"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27CCBA67" w14:textId="77777777" w:rsidR="00865365" w:rsidRDefault="00000000">
            <w:pPr>
              <w:spacing w:after="0" w:line="240" w:lineRule="auto"/>
            </w:pPr>
            <w:r>
              <w:rPr>
                <w:sz w:val="15"/>
              </w:rPr>
              <w:t>CAPA investighează cauze sistemice și este închisă numai după verificarea eficacității.</w:t>
            </w:r>
          </w:p>
        </w:tc>
      </w:tr>
      <w:tr w:rsidR="00865365" w14:paraId="06BD737D" w14:textId="77777777">
        <w:trPr>
          <w:cantSplit/>
          <w:jc w:val="center"/>
        </w:trPr>
        <w:tc>
          <w:tcPr>
            <w:tcW w:w="1020" w:type="dxa"/>
            <w:shd w:val="clear" w:color="auto" w:fill="FFFFFF"/>
            <w:tcMar>
              <w:top w:w="70" w:type="dxa"/>
              <w:left w:w="85" w:type="dxa"/>
              <w:bottom w:w="70" w:type="dxa"/>
              <w:right w:w="85" w:type="dxa"/>
            </w:tcMar>
            <w:vAlign w:val="center"/>
          </w:tcPr>
          <w:p w14:paraId="523D84E8" w14:textId="77777777" w:rsidR="00865365"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1D2099EA" w14:textId="77777777" w:rsidR="00865365" w:rsidRDefault="00000000">
            <w:pPr>
              <w:spacing w:after="0" w:line="240" w:lineRule="auto"/>
            </w:pPr>
            <w:r>
              <w:rPr>
                <w:sz w:val="15"/>
              </w:rPr>
              <w:t>Management review include date reglementare, PMS, risc, furnizori, audit și resurse.</w:t>
            </w:r>
          </w:p>
        </w:tc>
      </w:tr>
    </w:tbl>
    <w:p w14:paraId="2D042ED8" w14:textId="77777777" w:rsidR="00865365" w:rsidRDefault="00865365">
      <w:pPr>
        <w:spacing w:after="20"/>
      </w:pPr>
    </w:p>
    <w:p w14:paraId="1485E34C" w14:textId="77777777" w:rsidR="00865365" w:rsidRDefault="00000000">
      <w:pPr>
        <w:pStyle w:val="Heading2"/>
      </w:pPr>
      <w:r>
        <w:t>Plan pentru lacunele identificate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2494"/>
        <w:gridCol w:w="1984"/>
        <w:gridCol w:w="2494"/>
        <w:gridCol w:w="1020"/>
        <w:gridCol w:w="964"/>
        <w:gridCol w:w="397"/>
      </w:tblGrid>
      <w:tr w:rsidR="00865365" w14:paraId="5543DDA4" w14:textId="77777777">
        <w:trPr>
          <w:tblHeader/>
          <w:jc w:val="center"/>
        </w:trPr>
        <w:tc>
          <w:tcPr>
            <w:tcW w:w="567" w:type="dxa"/>
            <w:shd w:val="clear" w:color="auto" w:fill="D71920"/>
            <w:tcMar>
              <w:top w:w="70" w:type="dxa"/>
              <w:left w:w="85" w:type="dxa"/>
              <w:bottom w:w="70" w:type="dxa"/>
              <w:right w:w="85" w:type="dxa"/>
            </w:tcMar>
            <w:vAlign w:val="center"/>
          </w:tcPr>
          <w:p w14:paraId="6F6D9161" w14:textId="77777777" w:rsidR="00865365" w:rsidRDefault="00000000">
            <w:pPr>
              <w:spacing w:after="0" w:line="240" w:lineRule="auto"/>
              <w:jc w:val="center"/>
            </w:pPr>
            <w:r>
              <w:rPr>
                <w:b/>
                <w:color w:val="FFFFFF"/>
                <w:sz w:val="14"/>
              </w:rPr>
              <w:t>#</w:t>
            </w:r>
          </w:p>
        </w:tc>
        <w:tc>
          <w:tcPr>
            <w:tcW w:w="2494" w:type="dxa"/>
            <w:shd w:val="clear" w:color="auto" w:fill="D71920"/>
            <w:tcMar>
              <w:top w:w="70" w:type="dxa"/>
              <w:left w:w="85" w:type="dxa"/>
              <w:bottom w:w="70" w:type="dxa"/>
              <w:right w:w="85" w:type="dxa"/>
            </w:tcMar>
            <w:vAlign w:val="center"/>
          </w:tcPr>
          <w:p w14:paraId="596F2DF9" w14:textId="77777777" w:rsidR="00865365" w:rsidRDefault="00000000">
            <w:pPr>
              <w:spacing w:after="0" w:line="240" w:lineRule="auto"/>
              <w:jc w:val="center"/>
            </w:pPr>
            <w:r>
              <w:rPr>
                <w:b/>
                <w:color w:val="FFFFFF"/>
                <w:sz w:val="14"/>
              </w:rPr>
              <w:t>LACUNĂ</w:t>
            </w:r>
          </w:p>
        </w:tc>
        <w:tc>
          <w:tcPr>
            <w:tcW w:w="1984" w:type="dxa"/>
            <w:shd w:val="clear" w:color="auto" w:fill="D71920"/>
            <w:tcMar>
              <w:top w:w="70" w:type="dxa"/>
              <w:left w:w="85" w:type="dxa"/>
              <w:bottom w:w="70" w:type="dxa"/>
              <w:right w:w="85" w:type="dxa"/>
            </w:tcMar>
            <w:vAlign w:val="center"/>
          </w:tcPr>
          <w:p w14:paraId="19438D7D" w14:textId="77777777" w:rsidR="00865365" w:rsidRDefault="00000000">
            <w:pPr>
              <w:spacing w:after="0" w:line="240" w:lineRule="auto"/>
              <w:jc w:val="center"/>
            </w:pPr>
            <w:r>
              <w:rPr>
                <w:b/>
                <w:color w:val="FFFFFF"/>
                <w:sz w:val="14"/>
              </w:rPr>
              <w:t>RISC / IMPACT</w:t>
            </w:r>
          </w:p>
        </w:tc>
        <w:tc>
          <w:tcPr>
            <w:tcW w:w="2494" w:type="dxa"/>
            <w:shd w:val="clear" w:color="auto" w:fill="D71920"/>
            <w:tcMar>
              <w:top w:w="70" w:type="dxa"/>
              <w:left w:w="85" w:type="dxa"/>
              <w:bottom w:w="70" w:type="dxa"/>
              <w:right w:w="85" w:type="dxa"/>
            </w:tcMar>
            <w:vAlign w:val="center"/>
          </w:tcPr>
          <w:p w14:paraId="4F97BAB1" w14:textId="77777777" w:rsidR="00865365" w:rsidRDefault="00000000">
            <w:pPr>
              <w:spacing w:after="0" w:line="240" w:lineRule="auto"/>
              <w:jc w:val="center"/>
            </w:pPr>
            <w:r>
              <w:rPr>
                <w:b/>
                <w:color w:val="FFFFFF"/>
                <w:sz w:val="14"/>
              </w:rPr>
              <w:t>ACȚIUNE</w:t>
            </w:r>
          </w:p>
        </w:tc>
        <w:tc>
          <w:tcPr>
            <w:tcW w:w="1020" w:type="dxa"/>
            <w:shd w:val="clear" w:color="auto" w:fill="D71920"/>
            <w:tcMar>
              <w:top w:w="70" w:type="dxa"/>
              <w:left w:w="85" w:type="dxa"/>
              <w:bottom w:w="70" w:type="dxa"/>
              <w:right w:w="85" w:type="dxa"/>
            </w:tcMar>
            <w:vAlign w:val="center"/>
          </w:tcPr>
          <w:p w14:paraId="0AE200AE" w14:textId="77777777" w:rsidR="00865365" w:rsidRDefault="00000000">
            <w:pPr>
              <w:spacing w:after="0" w:line="240" w:lineRule="auto"/>
              <w:jc w:val="center"/>
            </w:pPr>
            <w:r>
              <w:rPr>
                <w:b/>
                <w:color w:val="FFFFFF"/>
                <w:sz w:val="14"/>
              </w:rPr>
              <w:t>RESP.</w:t>
            </w:r>
          </w:p>
        </w:tc>
        <w:tc>
          <w:tcPr>
            <w:tcW w:w="964" w:type="dxa"/>
            <w:shd w:val="clear" w:color="auto" w:fill="D71920"/>
            <w:tcMar>
              <w:top w:w="70" w:type="dxa"/>
              <w:left w:w="85" w:type="dxa"/>
              <w:bottom w:w="70" w:type="dxa"/>
              <w:right w:w="85" w:type="dxa"/>
            </w:tcMar>
            <w:vAlign w:val="center"/>
          </w:tcPr>
          <w:p w14:paraId="1B40C7AA" w14:textId="77777777" w:rsidR="00865365" w:rsidRDefault="00000000">
            <w:pPr>
              <w:spacing w:after="0" w:line="240" w:lineRule="auto"/>
              <w:jc w:val="center"/>
            </w:pPr>
            <w:r>
              <w:rPr>
                <w:b/>
                <w:color w:val="FFFFFF"/>
                <w:sz w:val="14"/>
              </w:rPr>
              <w:t>TERMEN</w:t>
            </w:r>
          </w:p>
        </w:tc>
        <w:tc>
          <w:tcPr>
            <w:tcW w:w="397" w:type="dxa"/>
            <w:shd w:val="clear" w:color="auto" w:fill="D71920"/>
            <w:tcMar>
              <w:top w:w="70" w:type="dxa"/>
              <w:left w:w="85" w:type="dxa"/>
              <w:bottom w:w="70" w:type="dxa"/>
              <w:right w:w="85" w:type="dxa"/>
            </w:tcMar>
            <w:vAlign w:val="center"/>
          </w:tcPr>
          <w:p w14:paraId="1F387DEE" w14:textId="77777777" w:rsidR="00865365" w:rsidRDefault="00000000">
            <w:pPr>
              <w:spacing w:after="0" w:line="240" w:lineRule="auto"/>
              <w:jc w:val="center"/>
            </w:pPr>
            <w:r>
              <w:rPr>
                <w:b/>
                <w:color w:val="FFFFFF"/>
                <w:sz w:val="14"/>
              </w:rPr>
              <w:t>STATUS</w:t>
            </w:r>
          </w:p>
        </w:tc>
      </w:tr>
      <w:tr w:rsidR="00865365" w14:paraId="538D1558" w14:textId="77777777">
        <w:trPr>
          <w:cantSplit/>
          <w:jc w:val="center"/>
        </w:trPr>
        <w:tc>
          <w:tcPr>
            <w:tcW w:w="567" w:type="dxa"/>
            <w:shd w:val="clear" w:color="auto" w:fill="FFFFFF"/>
            <w:tcMar>
              <w:top w:w="70" w:type="dxa"/>
              <w:left w:w="85" w:type="dxa"/>
              <w:bottom w:w="70" w:type="dxa"/>
              <w:right w:w="85" w:type="dxa"/>
            </w:tcMar>
            <w:vAlign w:val="center"/>
          </w:tcPr>
          <w:p w14:paraId="279AAFAD" w14:textId="77777777" w:rsidR="00865365" w:rsidRDefault="00865365">
            <w:pPr>
              <w:spacing w:after="0" w:line="240" w:lineRule="auto"/>
            </w:pPr>
          </w:p>
        </w:tc>
        <w:tc>
          <w:tcPr>
            <w:tcW w:w="2494" w:type="dxa"/>
            <w:shd w:val="clear" w:color="auto" w:fill="FFFFFF"/>
            <w:tcMar>
              <w:top w:w="70" w:type="dxa"/>
              <w:left w:w="85" w:type="dxa"/>
              <w:bottom w:w="70" w:type="dxa"/>
              <w:right w:w="85" w:type="dxa"/>
            </w:tcMar>
            <w:vAlign w:val="center"/>
          </w:tcPr>
          <w:p w14:paraId="7452442E" w14:textId="77777777" w:rsidR="00865365" w:rsidRDefault="00865365">
            <w:pPr>
              <w:spacing w:after="0" w:line="240" w:lineRule="auto"/>
            </w:pPr>
          </w:p>
        </w:tc>
        <w:tc>
          <w:tcPr>
            <w:tcW w:w="1984" w:type="dxa"/>
            <w:shd w:val="clear" w:color="auto" w:fill="FFFFFF"/>
            <w:tcMar>
              <w:top w:w="70" w:type="dxa"/>
              <w:left w:w="85" w:type="dxa"/>
              <w:bottom w:w="70" w:type="dxa"/>
              <w:right w:w="85" w:type="dxa"/>
            </w:tcMar>
            <w:vAlign w:val="center"/>
          </w:tcPr>
          <w:p w14:paraId="130E8BBB" w14:textId="77777777" w:rsidR="00865365" w:rsidRDefault="00865365">
            <w:pPr>
              <w:spacing w:after="0" w:line="240" w:lineRule="auto"/>
            </w:pPr>
          </w:p>
        </w:tc>
        <w:tc>
          <w:tcPr>
            <w:tcW w:w="2494" w:type="dxa"/>
            <w:shd w:val="clear" w:color="auto" w:fill="FFFFFF"/>
            <w:tcMar>
              <w:top w:w="70" w:type="dxa"/>
              <w:left w:w="85" w:type="dxa"/>
              <w:bottom w:w="70" w:type="dxa"/>
              <w:right w:w="85" w:type="dxa"/>
            </w:tcMar>
            <w:vAlign w:val="center"/>
          </w:tcPr>
          <w:p w14:paraId="30133184" w14:textId="77777777" w:rsidR="00865365" w:rsidRDefault="00865365">
            <w:pPr>
              <w:spacing w:after="0" w:line="240" w:lineRule="auto"/>
            </w:pPr>
          </w:p>
        </w:tc>
        <w:tc>
          <w:tcPr>
            <w:tcW w:w="1020" w:type="dxa"/>
            <w:shd w:val="clear" w:color="auto" w:fill="FFFFFF"/>
            <w:tcMar>
              <w:top w:w="70" w:type="dxa"/>
              <w:left w:w="85" w:type="dxa"/>
              <w:bottom w:w="70" w:type="dxa"/>
              <w:right w:w="85" w:type="dxa"/>
            </w:tcMar>
            <w:vAlign w:val="center"/>
          </w:tcPr>
          <w:p w14:paraId="6B5F71B6" w14:textId="77777777" w:rsidR="00865365" w:rsidRDefault="00865365">
            <w:pPr>
              <w:spacing w:after="0" w:line="240" w:lineRule="auto"/>
            </w:pPr>
          </w:p>
        </w:tc>
        <w:tc>
          <w:tcPr>
            <w:tcW w:w="964" w:type="dxa"/>
            <w:shd w:val="clear" w:color="auto" w:fill="FFFFFF"/>
            <w:tcMar>
              <w:top w:w="70" w:type="dxa"/>
              <w:left w:w="85" w:type="dxa"/>
              <w:bottom w:w="70" w:type="dxa"/>
              <w:right w:w="85" w:type="dxa"/>
            </w:tcMar>
            <w:vAlign w:val="center"/>
          </w:tcPr>
          <w:p w14:paraId="479A4E60" w14:textId="77777777" w:rsidR="00865365" w:rsidRDefault="00865365">
            <w:pPr>
              <w:spacing w:after="0" w:line="240" w:lineRule="auto"/>
            </w:pPr>
          </w:p>
        </w:tc>
        <w:tc>
          <w:tcPr>
            <w:tcW w:w="397" w:type="dxa"/>
            <w:shd w:val="clear" w:color="auto" w:fill="FFFFFF"/>
            <w:tcMar>
              <w:top w:w="70" w:type="dxa"/>
              <w:left w:w="85" w:type="dxa"/>
              <w:bottom w:w="70" w:type="dxa"/>
              <w:right w:w="85" w:type="dxa"/>
            </w:tcMar>
            <w:vAlign w:val="center"/>
          </w:tcPr>
          <w:p w14:paraId="05BD8B13" w14:textId="77777777" w:rsidR="00865365" w:rsidRDefault="00865365">
            <w:pPr>
              <w:spacing w:after="0" w:line="240" w:lineRule="auto"/>
            </w:pPr>
          </w:p>
        </w:tc>
      </w:tr>
      <w:tr w:rsidR="00865365" w14:paraId="5755278A" w14:textId="77777777">
        <w:trPr>
          <w:cantSplit/>
          <w:jc w:val="center"/>
        </w:trPr>
        <w:tc>
          <w:tcPr>
            <w:tcW w:w="567" w:type="dxa"/>
            <w:shd w:val="clear" w:color="auto" w:fill="FAFAFA"/>
            <w:tcMar>
              <w:top w:w="70" w:type="dxa"/>
              <w:left w:w="85" w:type="dxa"/>
              <w:bottom w:w="70" w:type="dxa"/>
              <w:right w:w="85" w:type="dxa"/>
            </w:tcMar>
            <w:vAlign w:val="center"/>
          </w:tcPr>
          <w:p w14:paraId="6678A8B5" w14:textId="77777777" w:rsidR="00865365" w:rsidRDefault="00865365">
            <w:pPr>
              <w:spacing w:after="0" w:line="240" w:lineRule="auto"/>
            </w:pPr>
          </w:p>
        </w:tc>
        <w:tc>
          <w:tcPr>
            <w:tcW w:w="2494" w:type="dxa"/>
            <w:shd w:val="clear" w:color="auto" w:fill="FAFAFA"/>
            <w:tcMar>
              <w:top w:w="70" w:type="dxa"/>
              <w:left w:w="85" w:type="dxa"/>
              <w:bottom w:w="70" w:type="dxa"/>
              <w:right w:w="85" w:type="dxa"/>
            </w:tcMar>
            <w:vAlign w:val="center"/>
          </w:tcPr>
          <w:p w14:paraId="3DED1C7E" w14:textId="77777777" w:rsidR="00865365" w:rsidRDefault="00865365">
            <w:pPr>
              <w:spacing w:after="0" w:line="240" w:lineRule="auto"/>
            </w:pPr>
          </w:p>
        </w:tc>
        <w:tc>
          <w:tcPr>
            <w:tcW w:w="1984" w:type="dxa"/>
            <w:shd w:val="clear" w:color="auto" w:fill="FAFAFA"/>
            <w:tcMar>
              <w:top w:w="70" w:type="dxa"/>
              <w:left w:w="85" w:type="dxa"/>
              <w:bottom w:w="70" w:type="dxa"/>
              <w:right w:w="85" w:type="dxa"/>
            </w:tcMar>
            <w:vAlign w:val="center"/>
          </w:tcPr>
          <w:p w14:paraId="4C6AE776" w14:textId="77777777" w:rsidR="00865365" w:rsidRDefault="00865365">
            <w:pPr>
              <w:spacing w:after="0" w:line="240" w:lineRule="auto"/>
            </w:pPr>
          </w:p>
        </w:tc>
        <w:tc>
          <w:tcPr>
            <w:tcW w:w="2494" w:type="dxa"/>
            <w:shd w:val="clear" w:color="auto" w:fill="FAFAFA"/>
            <w:tcMar>
              <w:top w:w="70" w:type="dxa"/>
              <w:left w:w="85" w:type="dxa"/>
              <w:bottom w:w="70" w:type="dxa"/>
              <w:right w:w="85" w:type="dxa"/>
            </w:tcMar>
            <w:vAlign w:val="center"/>
          </w:tcPr>
          <w:p w14:paraId="3C3E83F7" w14:textId="77777777" w:rsidR="00865365" w:rsidRDefault="00865365">
            <w:pPr>
              <w:spacing w:after="0" w:line="240" w:lineRule="auto"/>
            </w:pPr>
          </w:p>
        </w:tc>
        <w:tc>
          <w:tcPr>
            <w:tcW w:w="1020" w:type="dxa"/>
            <w:shd w:val="clear" w:color="auto" w:fill="FAFAFA"/>
            <w:tcMar>
              <w:top w:w="70" w:type="dxa"/>
              <w:left w:w="85" w:type="dxa"/>
              <w:bottom w:w="70" w:type="dxa"/>
              <w:right w:w="85" w:type="dxa"/>
            </w:tcMar>
            <w:vAlign w:val="center"/>
          </w:tcPr>
          <w:p w14:paraId="45597C5D" w14:textId="77777777" w:rsidR="00865365" w:rsidRDefault="00865365">
            <w:pPr>
              <w:spacing w:after="0" w:line="240" w:lineRule="auto"/>
            </w:pPr>
          </w:p>
        </w:tc>
        <w:tc>
          <w:tcPr>
            <w:tcW w:w="964" w:type="dxa"/>
            <w:shd w:val="clear" w:color="auto" w:fill="FAFAFA"/>
            <w:tcMar>
              <w:top w:w="70" w:type="dxa"/>
              <w:left w:w="85" w:type="dxa"/>
              <w:bottom w:w="70" w:type="dxa"/>
              <w:right w:w="85" w:type="dxa"/>
            </w:tcMar>
            <w:vAlign w:val="center"/>
          </w:tcPr>
          <w:p w14:paraId="1504C944" w14:textId="77777777" w:rsidR="00865365" w:rsidRDefault="00865365">
            <w:pPr>
              <w:spacing w:after="0" w:line="240" w:lineRule="auto"/>
            </w:pPr>
          </w:p>
        </w:tc>
        <w:tc>
          <w:tcPr>
            <w:tcW w:w="397" w:type="dxa"/>
            <w:shd w:val="clear" w:color="auto" w:fill="FAFAFA"/>
            <w:tcMar>
              <w:top w:w="70" w:type="dxa"/>
              <w:left w:w="85" w:type="dxa"/>
              <w:bottom w:w="70" w:type="dxa"/>
              <w:right w:w="85" w:type="dxa"/>
            </w:tcMar>
            <w:vAlign w:val="center"/>
          </w:tcPr>
          <w:p w14:paraId="73A9E222" w14:textId="77777777" w:rsidR="00865365" w:rsidRDefault="00865365">
            <w:pPr>
              <w:spacing w:after="0" w:line="240" w:lineRule="auto"/>
            </w:pPr>
          </w:p>
        </w:tc>
      </w:tr>
      <w:tr w:rsidR="00865365" w14:paraId="1CBDA881" w14:textId="77777777">
        <w:trPr>
          <w:cantSplit/>
          <w:jc w:val="center"/>
        </w:trPr>
        <w:tc>
          <w:tcPr>
            <w:tcW w:w="567" w:type="dxa"/>
            <w:shd w:val="clear" w:color="auto" w:fill="FFFFFF"/>
            <w:tcMar>
              <w:top w:w="70" w:type="dxa"/>
              <w:left w:w="85" w:type="dxa"/>
              <w:bottom w:w="70" w:type="dxa"/>
              <w:right w:w="85" w:type="dxa"/>
            </w:tcMar>
            <w:vAlign w:val="center"/>
          </w:tcPr>
          <w:p w14:paraId="78DAB644" w14:textId="77777777" w:rsidR="00865365" w:rsidRDefault="00865365">
            <w:pPr>
              <w:spacing w:after="0" w:line="240" w:lineRule="auto"/>
            </w:pPr>
          </w:p>
        </w:tc>
        <w:tc>
          <w:tcPr>
            <w:tcW w:w="2494" w:type="dxa"/>
            <w:shd w:val="clear" w:color="auto" w:fill="FFFFFF"/>
            <w:tcMar>
              <w:top w:w="70" w:type="dxa"/>
              <w:left w:w="85" w:type="dxa"/>
              <w:bottom w:w="70" w:type="dxa"/>
              <w:right w:w="85" w:type="dxa"/>
            </w:tcMar>
            <w:vAlign w:val="center"/>
          </w:tcPr>
          <w:p w14:paraId="798F466F" w14:textId="77777777" w:rsidR="00865365" w:rsidRDefault="00865365">
            <w:pPr>
              <w:spacing w:after="0" w:line="240" w:lineRule="auto"/>
            </w:pPr>
          </w:p>
        </w:tc>
        <w:tc>
          <w:tcPr>
            <w:tcW w:w="1984" w:type="dxa"/>
            <w:shd w:val="clear" w:color="auto" w:fill="FFFFFF"/>
            <w:tcMar>
              <w:top w:w="70" w:type="dxa"/>
              <w:left w:w="85" w:type="dxa"/>
              <w:bottom w:w="70" w:type="dxa"/>
              <w:right w:w="85" w:type="dxa"/>
            </w:tcMar>
            <w:vAlign w:val="center"/>
          </w:tcPr>
          <w:p w14:paraId="088E1AB8" w14:textId="77777777" w:rsidR="00865365" w:rsidRDefault="00865365">
            <w:pPr>
              <w:spacing w:after="0" w:line="240" w:lineRule="auto"/>
            </w:pPr>
          </w:p>
        </w:tc>
        <w:tc>
          <w:tcPr>
            <w:tcW w:w="2494" w:type="dxa"/>
            <w:shd w:val="clear" w:color="auto" w:fill="FFFFFF"/>
            <w:tcMar>
              <w:top w:w="70" w:type="dxa"/>
              <w:left w:w="85" w:type="dxa"/>
              <w:bottom w:w="70" w:type="dxa"/>
              <w:right w:w="85" w:type="dxa"/>
            </w:tcMar>
            <w:vAlign w:val="center"/>
          </w:tcPr>
          <w:p w14:paraId="4EA3CB33" w14:textId="77777777" w:rsidR="00865365" w:rsidRDefault="00865365">
            <w:pPr>
              <w:spacing w:after="0" w:line="240" w:lineRule="auto"/>
            </w:pPr>
          </w:p>
        </w:tc>
        <w:tc>
          <w:tcPr>
            <w:tcW w:w="1020" w:type="dxa"/>
            <w:shd w:val="clear" w:color="auto" w:fill="FFFFFF"/>
            <w:tcMar>
              <w:top w:w="70" w:type="dxa"/>
              <w:left w:w="85" w:type="dxa"/>
              <w:bottom w:w="70" w:type="dxa"/>
              <w:right w:w="85" w:type="dxa"/>
            </w:tcMar>
            <w:vAlign w:val="center"/>
          </w:tcPr>
          <w:p w14:paraId="7CB752DE" w14:textId="77777777" w:rsidR="00865365" w:rsidRDefault="00865365">
            <w:pPr>
              <w:spacing w:after="0" w:line="240" w:lineRule="auto"/>
            </w:pPr>
          </w:p>
        </w:tc>
        <w:tc>
          <w:tcPr>
            <w:tcW w:w="964" w:type="dxa"/>
            <w:shd w:val="clear" w:color="auto" w:fill="FFFFFF"/>
            <w:tcMar>
              <w:top w:w="70" w:type="dxa"/>
              <w:left w:w="85" w:type="dxa"/>
              <w:bottom w:w="70" w:type="dxa"/>
              <w:right w:w="85" w:type="dxa"/>
            </w:tcMar>
            <w:vAlign w:val="center"/>
          </w:tcPr>
          <w:p w14:paraId="1FF30BB5" w14:textId="77777777" w:rsidR="00865365" w:rsidRDefault="00865365">
            <w:pPr>
              <w:spacing w:after="0" w:line="240" w:lineRule="auto"/>
            </w:pPr>
          </w:p>
        </w:tc>
        <w:tc>
          <w:tcPr>
            <w:tcW w:w="397" w:type="dxa"/>
            <w:shd w:val="clear" w:color="auto" w:fill="FFFFFF"/>
            <w:tcMar>
              <w:top w:w="70" w:type="dxa"/>
              <w:left w:w="85" w:type="dxa"/>
              <w:bottom w:w="70" w:type="dxa"/>
              <w:right w:w="85" w:type="dxa"/>
            </w:tcMar>
            <w:vAlign w:val="center"/>
          </w:tcPr>
          <w:p w14:paraId="4A14D860" w14:textId="77777777" w:rsidR="00865365" w:rsidRDefault="00865365">
            <w:pPr>
              <w:spacing w:after="0" w:line="240" w:lineRule="auto"/>
            </w:pPr>
          </w:p>
        </w:tc>
      </w:tr>
      <w:tr w:rsidR="00865365" w14:paraId="0B52424A" w14:textId="77777777">
        <w:trPr>
          <w:cantSplit/>
          <w:jc w:val="center"/>
        </w:trPr>
        <w:tc>
          <w:tcPr>
            <w:tcW w:w="567" w:type="dxa"/>
            <w:shd w:val="clear" w:color="auto" w:fill="FAFAFA"/>
            <w:tcMar>
              <w:top w:w="70" w:type="dxa"/>
              <w:left w:w="85" w:type="dxa"/>
              <w:bottom w:w="70" w:type="dxa"/>
              <w:right w:w="85" w:type="dxa"/>
            </w:tcMar>
            <w:vAlign w:val="center"/>
          </w:tcPr>
          <w:p w14:paraId="32F6173C" w14:textId="77777777" w:rsidR="00865365" w:rsidRDefault="00865365">
            <w:pPr>
              <w:spacing w:after="0" w:line="240" w:lineRule="auto"/>
            </w:pPr>
          </w:p>
        </w:tc>
        <w:tc>
          <w:tcPr>
            <w:tcW w:w="2494" w:type="dxa"/>
            <w:shd w:val="clear" w:color="auto" w:fill="FAFAFA"/>
            <w:tcMar>
              <w:top w:w="70" w:type="dxa"/>
              <w:left w:w="85" w:type="dxa"/>
              <w:bottom w:w="70" w:type="dxa"/>
              <w:right w:w="85" w:type="dxa"/>
            </w:tcMar>
            <w:vAlign w:val="center"/>
          </w:tcPr>
          <w:p w14:paraId="25E61F62" w14:textId="77777777" w:rsidR="00865365" w:rsidRDefault="00865365">
            <w:pPr>
              <w:spacing w:after="0" w:line="240" w:lineRule="auto"/>
            </w:pPr>
          </w:p>
        </w:tc>
        <w:tc>
          <w:tcPr>
            <w:tcW w:w="1984" w:type="dxa"/>
            <w:shd w:val="clear" w:color="auto" w:fill="FAFAFA"/>
            <w:tcMar>
              <w:top w:w="70" w:type="dxa"/>
              <w:left w:w="85" w:type="dxa"/>
              <w:bottom w:w="70" w:type="dxa"/>
              <w:right w:w="85" w:type="dxa"/>
            </w:tcMar>
            <w:vAlign w:val="center"/>
          </w:tcPr>
          <w:p w14:paraId="084EAA21" w14:textId="77777777" w:rsidR="00865365" w:rsidRDefault="00865365">
            <w:pPr>
              <w:spacing w:after="0" w:line="240" w:lineRule="auto"/>
            </w:pPr>
          </w:p>
        </w:tc>
        <w:tc>
          <w:tcPr>
            <w:tcW w:w="2494" w:type="dxa"/>
            <w:shd w:val="clear" w:color="auto" w:fill="FAFAFA"/>
            <w:tcMar>
              <w:top w:w="70" w:type="dxa"/>
              <w:left w:w="85" w:type="dxa"/>
              <w:bottom w:w="70" w:type="dxa"/>
              <w:right w:w="85" w:type="dxa"/>
            </w:tcMar>
            <w:vAlign w:val="center"/>
          </w:tcPr>
          <w:p w14:paraId="4CE157F4" w14:textId="77777777" w:rsidR="00865365" w:rsidRDefault="00865365">
            <w:pPr>
              <w:spacing w:after="0" w:line="240" w:lineRule="auto"/>
            </w:pPr>
          </w:p>
        </w:tc>
        <w:tc>
          <w:tcPr>
            <w:tcW w:w="1020" w:type="dxa"/>
            <w:shd w:val="clear" w:color="auto" w:fill="FAFAFA"/>
            <w:tcMar>
              <w:top w:w="70" w:type="dxa"/>
              <w:left w:w="85" w:type="dxa"/>
              <w:bottom w:w="70" w:type="dxa"/>
              <w:right w:w="85" w:type="dxa"/>
            </w:tcMar>
            <w:vAlign w:val="center"/>
          </w:tcPr>
          <w:p w14:paraId="7BF80CAB" w14:textId="77777777" w:rsidR="00865365" w:rsidRDefault="00865365">
            <w:pPr>
              <w:spacing w:after="0" w:line="240" w:lineRule="auto"/>
            </w:pPr>
          </w:p>
        </w:tc>
        <w:tc>
          <w:tcPr>
            <w:tcW w:w="964" w:type="dxa"/>
            <w:shd w:val="clear" w:color="auto" w:fill="FAFAFA"/>
            <w:tcMar>
              <w:top w:w="70" w:type="dxa"/>
              <w:left w:w="85" w:type="dxa"/>
              <w:bottom w:w="70" w:type="dxa"/>
              <w:right w:w="85" w:type="dxa"/>
            </w:tcMar>
            <w:vAlign w:val="center"/>
          </w:tcPr>
          <w:p w14:paraId="760B04F0" w14:textId="77777777" w:rsidR="00865365" w:rsidRDefault="00865365">
            <w:pPr>
              <w:spacing w:after="0" w:line="240" w:lineRule="auto"/>
            </w:pPr>
          </w:p>
        </w:tc>
        <w:tc>
          <w:tcPr>
            <w:tcW w:w="397" w:type="dxa"/>
            <w:shd w:val="clear" w:color="auto" w:fill="FAFAFA"/>
            <w:tcMar>
              <w:top w:w="70" w:type="dxa"/>
              <w:left w:w="85" w:type="dxa"/>
              <w:bottom w:w="70" w:type="dxa"/>
              <w:right w:w="85" w:type="dxa"/>
            </w:tcMar>
            <w:vAlign w:val="center"/>
          </w:tcPr>
          <w:p w14:paraId="1FC95F1B" w14:textId="77777777" w:rsidR="00865365" w:rsidRDefault="00865365">
            <w:pPr>
              <w:spacing w:after="0" w:line="240" w:lineRule="auto"/>
            </w:pPr>
          </w:p>
        </w:tc>
      </w:tr>
      <w:tr w:rsidR="00865365" w14:paraId="1F7B4F3E" w14:textId="77777777">
        <w:trPr>
          <w:cantSplit/>
          <w:jc w:val="center"/>
        </w:trPr>
        <w:tc>
          <w:tcPr>
            <w:tcW w:w="567" w:type="dxa"/>
            <w:shd w:val="clear" w:color="auto" w:fill="FFFFFF"/>
            <w:tcMar>
              <w:top w:w="70" w:type="dxa"/>
              <w:left w:w="85" w:type="dxa"/>
              <w:bottom w:w="70" w:type="dxa"/>
              <w:right w:w="85" w:type="dxa"/>
            </w:tcMar>
            <w:vAlign w:val="center"/>
          </w:tcPr>
          <w:p w14:paraId="6DC5BC30" w14:textId="77777777" w:rsidR="00865365" w:rsidRDefault="00865365">
            <w:pPr>
              <w:spacing w:after="0" w:line="240" w:lineRule="auto"/>
            </w:pPr>
          </w:p>
        </w:tc>
        <w:tc>
          <w:tcPr>
            <w:tcW w:w="2494" w:type="dxa"/>
            <w:shd w:val="clear" w:color="auto" w:fill="FFFFFF"/>
            <w:tcMar>
              <w:top w:w="70" w:type="dxa"/>
              <w:left w:w="85" w:type="dxa"/>
              <w:bottom w:w="70" w:type="dxa"/>
              <w:right w:w="85" w:type="dxa"/>
            </w:tcMar>
            <w:vAlign w:val="center"/>
          </w:tcPr>
          <w:p w14:paraId="55D17D30" w14:textId="77777777" w:rsidR="00865365" w:rsidRDefault="00865365">
            <w:pPr>
              <w:spacing w:after="0" w:line="240" w:lineRule="auto"/>
            </w:pPr>
          </w:p>
        </w:tc>
        <w:tc>
          <w:tcPr>
            <w:tcW w:w="1984" w:type="dxa"/>
            <w:shd w:val="clear" w:color="auto" w:fill="FFFFFF"/>
            <w:tcMar>
              <w:top w:w="70" w:type="dxa"/>
              <w:left w:w="85" w:type="dxa"/>
              <w:bottom w:w="70" w:type="dxa"/>
              <w:right w:w="85" w:type="dxa"/>
            </w:tcMar>
            <w:vAlign w:val="center"/>
          </w:tcPr>
          <w:p w14:paraId="60BC8F19" w14:textId="77777777" w:rsidR="00865365" w:rsidRDefault="00865365">
            <w:pPr>
              <w:spacing w:after="0" w:line="240" w:lineRule="auto"/>
            </w:pPr>
          </w:p>
        </w:tc>
        <w:tc>
          <w:tcPr>
            <w:tcW w:w="2494" w:type="dxa"/>
            <w:shd w:val="clear" w:color="auto" w:fill="FFFFFF"/>
            <w:tcMar>
              <w:top w:w="70" w:type="dxa"/>
              <w:left w:w="85" w:type="dxa"/>
              <w:bottom w:w="70" w:type="dxa"/>
              <w:right w:w="85" w:type="dxa"/>
            </w:tcMar>
            <w:vAlign w:val="center"/>
          </w:tcPr>
          <w:p w14:paraId="3CCAAB2B" w14:textId="77777777" w:rsidR="00865365" w:rsidRDefault="00865365">
            <w:pPr>
              <w:spacing w:after="0" w:line="240" w:lineRule="auto"/>
            </w:pPr>
          </w:p>
        </w:tc>
        <w:tc>
          <w:tcPr>
            <w:tcW w:w="1020" w:type="dxa"/>
            <w:shd w:val="clear" w:color="auto" w:fill="FFFFFF"/>
            <w:tcMar>
              <w:top w:w="70" w:type="dxa"/>
              <w:left w:w="85" w:type="dxa"/>
              <w:bottom w:w="70" w:type="dxa"/>
              <w:right w:w="85" w:type="dxa"/>
            </w:tcMar>
            <w:vAlign w:val="center"/>
          </w:tcPr>
          <w:p w14:paraId="4615587A" w14:textId="77777777" w:rsidR="00865365" w:rsidRDefault="00865365">
            <w:pPr>
              <w:spacing w:after="0" w:line="240" w:lineRule="auto"/>
            </w:pPr>
          </w:p>
        </w:tc>
        <w:tc>
          <w:tcPr>
            <w:tcW w:w="964" w:type="dxa"/>
            <w:shd w:val="clear" w:color="auto" w:fill="FFFFFF"/>
            <w:tcMar>
              <w:top w:w="70" w:type="dxa"/>
              <w:left w:w="85" w:type="dxa"/>
              <w:bottom w:w="70" w:type="dxa"/>
              <w:right w:w="85" w:type="dxa"/>
            </w:tcMar>
            <w:vAlign w:val="center"/>
          </w:tcPr>
          <w:p w14:paraId="3BF02194" w14:textId="77777777" w:rsidR="00865365" w:rsidRDefault="00865365">
            <w:pPr>
              <w:spacing w:after="0" w:line="240" w:lineRule="auto"/>
            </w:pPr>
          </w:p>
        </w:tc>
        <w:tc>
          <w:tcPr>
            <w:tcW w:w="397" w:type="dxa"/>
            <w:shd w:val="clear" w:color="auto" w:fill="FFFFFF"/>
            <w:tcMar>
              <w:top w:w="70" w:type="dxa"/>
              <w:left w:w="85" w:type="dxa"/>
              <w:bottom w:w="70" w:type="dxa"/>
              <w:right w:w="85" w:type="dxa"/>
            </w:tcMar>
            <w:vAlign w:val="center"/>
          </w:tcPr>
          <w:p w14:paraId="0644FBC4" w14:textId="77777777" w:rsidR="00865365" w:rsidRDefault="00865365">
            <w:pPr>
              <w:spacing w:after="0" w:line="240" w:lineRule="auto"/>
            </w:pPr>
          </w:p>
        </w:tc>
      </w:tr>
      <w:tr w:rsidR="00865365" w14:paraId="61C733A1" w14:textId="77777777">
        <w:trPr>
          <w:cantSplit/>
          <w:jc w:val="center"/>
        </w:trPr>
        <w:tc>
          <w:tcPr>
            <w:tcW w:w="567" w:type="dxa"/>
            <w:shd w:val="clear" w:color="auto" w:fill="FAFAFA"/>
            <w:tcMar>
              <w:top w:w="70" w:type="dxa"/>
              <w:left w:w="85" w:type="dxa"/>
              <w:bottom w:w="70" w:type="dxa"/>
              <w:right w:w="85" w:type="dxa"/>
            </w:tcMar>
            <w:vAlign w:val="center"/>
          </w:tcPr>
          <w:p w14:paraId="589BCA79" w14:textId="77777777" w:rsidR="00865365" w:rsidRDefault="00865365">
            <w:pPr>
              <w:spacing w:after="0" w:line="240" w:lineRule="auto"/>
            </w:pPr>
          </w:p>
        </w:tc>
        <w:tc>
          <w:tcPr>
            <w:tcW w:w="2494" w:type="dxa"/>
            <w:shd w:val="clear" w:color="auto" w:fill="FAFAFA"/>
            <w:tcMar>
              <w:top w:w="70" w:type="dxa"/>
              <w:left w:w="85" w:type="dxa"/>
              <w:bottom w:w="70" w:type="dxa"/>
              <w:right w:w="85" w:type="dxa"/>
            </w:tcMar>
            <w:vAlign w:val="center"/>
          </w:tcPr>
          <w:p w14:paraId="6BB372B3" w14:textId="77777777" w:rsidR="00865365" w:rsidRDefault="00865365">
            <w:pPr>
              <w:spacing w:after="0" w:line="240" w:lineRule="auto"/>
            </w:pPr>
          </w:p>
        </w:tc>
        <w:tc>
          <w:tcPr>
            <w:tcW w:w="1984" w:type="dxa"/>
            <w:shd w:val="clear" w:color="auto" w:fill="FAFAFA"/>
            <w:tcMar>
              <w:top w:w="70" w:type="dxa"/>
              <w:left w:w="85" w:type="dxa"/>
              <w:bottom w:w="70" w:type="dxa"/>
              <w:right w:w="85" w:type="dxa"/>
            </w:tcMar>
            <w:vAlign w:val="center"/>
          </w:tcPr>
          <w:p w14:paraId="5E4428B3" w14:textId="77777777" w:rsidR="00865365" w:rsidRDefault="00865365">
            <w:pPr>
              <w:spacing w:after="0" w:line="240" w:lineRule="auto"/>
            </w:pPr>
          </w:p>
        </w:tc>
        <w:tc>
          <w:tcPr>
            <w:tcW w:w="2494" w:type="dxa"/>
            <w:shd w:val="clear" w:color="auto" w:fill="FAFAFA"/>
            <w:tcMar>
              <w:top w:w="70" w:type="dxa"/>
              <w:left w:w="85" w:type="dxa"/>
              <w:bottom w:w="70" w:type="dxa"/>
              <w:right w:w="85" w:type="dxa"/>
            </w:tcMar>
            <w:vAlign w:val="center"/>
          </w:tcPr>
          <w:p w14:paraId="77DA359D" w14:textId="77777777" w:rsidR="00865365" w:rsidRDefault="00865365">
            <w:pPr>
              <w:spacing w:after="0" w:line="240" w:lineRule="auto"/>
            </w:pPr>
          </w:p>
        </w:tc>
        <w:tc>
          <w:tcPr>
            <w:tcW w:w="1020" w:type="dxa"/>
            <w:shd w:val="clear" w:color="auto" w:fill="FAFAFA"/>
            <w:tcMar>
              <w:top w:w="70" w:type="dxa"/>
              <w:left w:w="85" w:type="dxa"/>
              <w:bottom w:w="70" w:type="dxa"/>
              <w:right w:w="85" w:type="dxa"/>
            </w:tcMar>
            <w:vAlign w:val="center"/>
          </w:tcPr>
          <w:p w14:paraId="0947B908" w14:textId="77777777" w:rsidR="00865365" w:rsidRDefault="00865365">
            <w:pPr>
              <w:spacing w:after="0" w:line="240" w:lineRule="auto"/>
            </w:pPr>
          </w:p>
        </w:tc>
        <w:tc>
          <w:tcPr>
            <w:tcW w:w="964" w:type="dxa"/>
            <w:shd w:val="clear" w:color="auto" w:fill="FAFAFA"/>
            <w:tcMar>
              <w:top w:w="70" w:type="dxa"/>
              <w:left w:w="85" w:type="dxa"/>
              <w:bottom w:w="70" w:type="dxa"/>
              <w:right w:w="85" w:type="dxa"/>
            </w:tcMar>
            <w:vAlign w:val="center"/>
          </w:tcPr>
          <w:p w14:paraId="1F921816" w14:textId="77777777" w:rsidR="00865365" w:rsidRDefault="00865365">
            <w:pPr>
              <w:spacing w:after="0" w:line="240" w:lineRule="auto"/>
            </w:pPr>
          </w:p>
        </w:tc>
        <w:tc>
          <w:tcPr>
            <w:tcW w:w="397" w:type="dxa"/>
            <w:shd w:val="clear" w:color="auto" w:fill="FAFAFA"/>
            <w:tcMar>
              <w:top w:w="70" w:type="dxa"/>
              <w:left w:w="85" w:type="dxa"/>
              <w:bottom w:w="70" w:type="dxa"/>
              <w:right w:w="85" w:type="dxa"/>
            </w:tcMar>
            <w:vAlign w:val="center"/>
          </w:tcPr>
          <w:p w14:paraId="42B2D5F7" w14:textId="77777777" w:rsidR="00865365" w:rsidRDefault="00865365">
            <w:pPr>
              <w:spacing w:after="0" w:line="240" w:lineRule="auto"/>
            </w:pPr>
          </w:p>
        </w:tc>
      </w:tr>
      <w:tr w:rsidR="00865365" w14:paraId="16378FF8" w14:textId="77777777">
        <w:trPr>
          <w:cantSplit/>
          <w:jc w:val="center"/>
        </w:trPr>
        <w:tc>
          <w:tcPr>
            <w:tcW w:w="567" w:type="dxa"/>
            <w:shd w:val="clear" w:color="auto" w:fill="FFFFFF"/>
            <w:tcMar>
              <w:top w:w="70" w:type="dxa"/>
              <w:left w:w="85" w:type="dxa"/>
              <w:bottom w:w="70" w:type="dxa"/>
              <w:right w:w="85" w:type="dxa"/>
            </w:tcMar>
            <w:vAlign w:val="center"/>
          </w:tcPr>
          <w:p w14:paraId="32148B98" w14:textId="77777777" w:rsidR="00865365" w:rsidRDefault="00865365">
            <w:pPr>
              <w:spacing w:after="0" w:line="240" w:lineRule="auto"/>
            </w:pPr>
          </w:p>
        </w:tc>
        <w:tc>
          <w:tcPr>
            <w:tcW w:w="2494" w:type="dxa"/>
            <w:shd w:val="clear" w:color="auto" w:fill="FFFFFF"/>
            <w:tcMar>
              <w:top w:w="70" w:type="dxa"/>
              <w:left w:w="85" w:type="dxa"/>
              <w:bottom w:w="70" w:type="dxa"/>
              <w:right w:w="85" w:type="dxa"/>
            </w:tcMar>
            <w:vAlign w:val="center"/>
          </w:tcPr>
          <w:p w14:paraId="593C1378" w14:textId="77777777" w:rsidR="00865365" w:rsidRDefault="00865365">
            <w:pPr>
              <w:spacing w:after="0" w:line="240" w:lineRule="auto"/>
            </w:pPr>
          </w:p>
        </w:tc>
        <w:tc>
          <w:tcPr>
            <w:tcW w:w="1984" w:type="dxa"/>
            <w:shd w:val="clear" w:color="auto" w:fill="FFFFFF"/>
            <w:tcMar>
              <w:top w:w="70" w:type="dxa"/>
              <w:left w:w="85" w:type="dxa"/>
              <w:bottom w:w="70" w:type="dxa"/>
              <w:right w:w="85" w:type="dxa"/>
            </w:tcMar>
            <w:vAlign w:val="center"/>
          </w:tcPr>
          <w:p w14:paraId="70C3C6D8" w14:textId="77777777" w:rsidR="00865365" w:rsidRDefault="00865365">
            <w:pPr>
              <w:spacing w:after="0" w:line="240" w:lineRule="auto"/>
            </w:pPr>
          </w:p>
        </w:tc>
        <w:tc>
          <w:tcPr>
            <w:tcW w:w="2494" w:type="dxa"/>
            <w:shd w:val="clear" w:color="auto" w:fill="FFFFFF"/>
            <w:tcMar>
              <w:top w:w="70" w:type="dxa"/>
              <w:left w:w="85" w:type="dxa"/>
              <w:bottom w:w="70" w:type="dxa"/>
              <w:right w:w="85" w:type="dxa"/>
            </w:tcMar>
            <w:vAlign w:val="center"/>
          </w:tcPr>
          <w:p w14:paraId="21B04E06" w14:textId="77777777" w:rsidR="00865365" w:rsidRDefault="00865365">
            <w:pPr>
              <w:spacing w:after="0" w:line="240" w:lineRule="auto"/>
            </w:pPr>
          </w:p>
        </w:tc>
        <w:tc>
          <w:tcPr>
            <w:tcW w:w="1020" w:type="dxa"/>
            <w:shd w:val="clear" w:color="auto" w:fill="FFFFFF"/>
            <w:tcMar>
              <w:top w:w="70" w:type="dxa"/>
              <w:left w:w="85" w:type="dxa"/>
              <w:bottom w:w="70" w:type="dxa"/>
              <w:right w:w="85" w:type="dxa"/>
            </w:tcMar>
            <w:vAlign w:val="center"/>
          </w:tcPr>
          <w:p w14:paraId="03ADF1E8" w14:textId="77777777" w:rsidR="00865365" w:rsidRDefault="00865365">
            <w:pPr>
              <w:spacing w:after="0" w:line="240" w:lineRule="auto"/>
            </w:pPr>
          </w:p>
        </w:tc>
        <w:tc>
          <w:tcPr>
            <w:tcW w:w="964" w:type="dxa"/>
            <w:shd w:val="clear" w:color="auto" w:fill="FFFFFF"/>
            <w:tcMar>
              <w:top w:w="70" w:type="dxa"/>
              <w:left w:w="85" w:type="dxa"/>
              <w:bottom w:w="70" w:type="dxa"/>
              <w:right w:w="85" w:type="dxa"/>
            </w:tcMar>
            <w:vAlign w:val="center"/>
          </w:tcPr>
          <w:p w14:paraId="43260DD3" w14:textId="77777777" w:rsidR="00865365" w:rsidRDefault="00865365">
            <w:pPr>
              <w:spacing w:after="0" w:line="240" w:lineRule="auto"/>
            </w:pPr>
          </w:p>
        </w:tc>
        <w:tc>
          <w:tcPr>
            <w:tcW w:w="397" w:type="dxa"/>
            <w:shd w:val="clear" w:color="auto" w:fill="FFFFFF"/>
            <w:tcMar>
              <w:top w:w="70" w:type="dxa"/>
              <w:left w:w="85" w:type="dxa"/>
              <w:bottom w:w="70" w:type="dxa"/>
              <w:right w:w="85" w:type="dxa"/>
            </w:tcMar>
            <w:vAlign w:val="center"/>
          </w:tcPr>
          <w:p w14:paraId="25ED2880" w14:textId="77777777" w:rsidR="00865365" w:rsidRDefault="00865365">
            <w:pPr>
              <w:spacing w:after="0" w:line="240" w:lineRule="auto"/>
            </w:pPr>
          </w:p>
        </w:tc>
      </w:tr>
    </w:tbl>
    <w:p w14:paraId="6C9ACBEC" w14:textId="77777777" w:rsidR="00865365" w:rsidRDefault="00865365">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65365" w14:paraId="04EF2B05" w14:textId="77777777">
        <w:trPr>
          <w:cantSplit/>
          <w:jc w:val="center"/>
        </w:trPr>
        <w:tc>
          <w:tcPr>
            <w:tcW w:w="1020" w:type="dxa"/>
            <w:shd w:val="clear" w:color="auto" w:fill="D71920"/>
            <w:tcMar>
              <w:top w:w="70" w:type="dxa"/>
              <w:left w:w="85" w:type="dxa"/>
              <w:bottom w:w="70" w:type="dxa"/>
              <w:right w:w="85" w:type="dxa"/>
            </w:tcMar>
            <w:vAlign w:val="center"/>
          </w:tcPr>
          <w:p w14:paraId="098E0ABC" w14:textId="77777777" w:rsidR="00865365" w:rsidRDefault="00000000">
            <w:pPr>
              <w:spacing w:after="0" w:line="240" w:lineRule="auto"/>
              <w:jc w:val="center"/>
            </w:pPr>
            <w:r>
              <w:rPr>
                <w:b/>
                <w:color w:val="FFFFFF"/>
                <w:sz w:val="34"/>
              </w:rPr>
              <w:t>11</w:t>
            </w:r>
          </w:p>
        </w:tc>
        <w:tc>
          <w:tcPr>
            <w:tcW w:w="8901" w:type="dxa"/>
            <w:shd w:val="clear" w:color="auto" w:fill="F3F4F5"/>
          </w:tcPr>
          <w:p w14:paraId="293E744A" w14:textId="77777777" w:rsidR="00865365" w:rsidRDefault="00000000">
            <w:pPr>
              <w:spacing w:after="20"/>
            </w:pPr>
            <w:r>
              <w:rPr>
                <w:b/>
                <w:sz w:val="27"/>
              </w:rPr>
              <w:t>Referințe, glosar și utilizare responsabilă</w:t>
            </w:r>
          </w:p>
          <w:p w14:paraId="5BFFF1E1" w14:textId="77777777" w:rsidR="00865365" w:rsidRDefault="00000000">
            <w:pPr>
              <w:spacing w:after="0"/>
            </w:pPr>
            <w:r>
              <w:rPr>
                <w:color w:val="666666"/>
                <w:sz w:val="16"/>
              </w:rPr>
              <w:t>Verificați ediția aplicabilă și toate cerințele legale, sectoriale, contractuale și locale</w:t>
            </w:r>
          </w:p>
        </w:tc>
      </w:tr>
    </w:tbl>
    <w:p w14:paraId="66520FF8" w14:textId="77777777" w:rsidR="00865365" w:rsidRDefault="00865365">
      <w:pPr>
        <w:spacing w:after="0"/>
      </w:pPr>
    </w:p>
    <w:p w14:paraId="753B7CED" w14:textId="77777777" w:rsidR="00865365" w:rsidRDefault="00000000">
      <w:pPr>
        <w:pStyle w:val="Heading2"/>
      </w:pPr>
      <w:r>
        <w:t>Baza documentului</w:t>
      </w:r>
    </w:p>
    <w:p w14:paraId="06347627" w14:textId="77777777" w:rsidR="00865365" w:rsidRDefault="00000000">
      <w:pPr>
        <w:spacing w:after="80"/>
      </w:pPr>
      <w:r>
        <w:t>Ghidul este aliniat ISO 13485:2016, ediția 3, revizuită și confirmată de ISO în 2025. Cerințele de reglementare pentru dispozitive medicale trebuie stabilite separat pentru fiecare rol, clasă de produs și piață.</w:t>
      </w:r>
    </w:p>
    <w:p w14:paraId="25A578EE" w14:textId="77777777" w:rsidR="00865365" w:rsidRDefault="00000000">
      <w:pPr>
        <w:pStyle w:val="ListBullet"/>
        <w:spacing w:after="50"/>
      </w:pPr>
      <w:hyperlink r:id="rId8">
        <w:r>
          <w:rPr>
            <w:color w:val="D71920"/>
            <w:u w:val="single"/>
          </w:rPr>
          <w:t>ISO 13485:2016 - pagina oficială</w:t>
        </w:r>
      </w:hyperlink>
    </w:p>
    <w:p w14:paraId="581D163B" w14:textId="77777777" w:rsidR="00865365" w:rsidRDefault="00000000">
      <w:pPr>
        <w:pStyle w:val="ListBullet"/>
        <w:spacing w:after="50"/>
      </w:pPr>
      <w:hyperlink r:id="rId9">
        <w:r>
          <w:rPr>
            <w:color w:val="D71920"/>
            <w:u w:val="single"/>
          </w:rPr>
          <w:t>ISO 13485 - prezentare generală</w:t>
        </w:r>
      </w:hyperlink>
    </w:p>
    <w:p w14:paraId="6EEAB21E" w14:textId="77777777" w:rsidR="00865365" w:rsidRDefault="00000000">
      <w:pPr>
        <w:pStyle w:val="ListBullet"/>
        <w:spacing w:after="50"/>
      </w:pPr>
      <w:hyperlink r:id="rId10">
        <w:r>
          <w:rPr>
            <w:color w:val="D71920"/>
            <w:u w:val="single"/>
          </w:rPr>
          <w:t>ISO 14971:2019 - managementul riscului pentru dispozitive medicale</w:t>
        </w:r>
      </w:hyperlink>
    </w:p>
    <w:p w14:paraId="3CC01D30" w14:textId="77777777" w:rsidR="00865365" w:rsidRDefault="00000000">
      <w:pPr>
        <w:pStyle w:val="ListBullet"/>
        <w:spacing w:after="50"/>
      </w:pPr>
      <w:hyperlink r:id="rId11">
        <w:r>
          <w:rPr>
            <w:color w:val="D71920"/>
            <w:u w:val="single"/>
          </w:rPr>
          <w:t>ISO/TC 210 - catalogul standardelor pentru dispozitive medicale</w:t>
        </w:r>
      </w:hyperlink>
    </w:p>
    <w:p w14:paraId="312C90AE" w14:textId="77777777" w:rsidR="00865365" w:rsidRDefault="00000000">
      <w:pPr>
        <w:pStyle w:val="ListBullet"/>
        <w:spacing w:after="50"/>
      </w:pPr>
      <w:hyperlink r:id="rId12">
        <w:r>
          <w:rPr>
            <w:color w:val="D71920"/>
            <w:u w:val="single"/>
          </w:rPr>
          <w:t>IMDRF - documente și ghiduri internaționale</w:t>
        </w:r>
      </w:hyperlink>
    </w:p>
    <w:p w14:paraId="15B73FAD" w14:textId="77777777" w:rsidR="00865365" w:rsidRDefault="00000000">
      <w:pPr>
        <w:pStyle w:val="Heading2"/>
      </w:pPr>
      <w:r>
        <w:t>Glosar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865365" w14:paraId="4B998BF3" w14:textId="77777777">
        <w:trPr>
          <w:tblHeader/>
          <w:jc w:val="center"/>
        </w:trPr>
        <w:tc>
          <w:tcPr>
            <w:tcW w:w="2721" w:type="dxa"/>
            <w:shd w:val="clear" w:color="auto" w:fill="D71920"/>
            <w:tcMar>
              <w:top w:w="70" w:type="dxa"/>
              <w:left w:w="85" w:type="dxa"/>
              <w:bottom w:w="70" w:type="dxa"/>
              <w:right w:w="85" w:type="dxa"/>
            </w:tcMar>
            <w:vAlign w:val="center"/>
          </w:tcPr>
          <w:p w14:paraId="321288DF" w14:textId="77777777" w:rsidR="00865365" w:rsidRDefault="00000000">
            <w:pPr>
              <w:spacing w:after="0" w:line="240" w:lineRule="auto"/>
              <w:jc w:val="center"/>
            </w:pPr>
            <w:r>
              <w:rPr>
                <w:b/>
                <w:color w:val="FFFFFF"/>
                <w:sz w:val="15"/>
              </w:rPr>
              <w:t>TERMEN</w:t>
            </w:r>
          </w:p>
        </w:tc>
        <w:tc>
          <w:tcPr>
            <w:tcW w:w="7200" w:type="dxa"/>
            <w:shd w:val="clear" w:color="auto" w:fill="D71920"/>
            <w:tcMar>
              <w:top w:w="70" w:type="dxa"/>
              <w:left w:w="85" w:type="dxa"/>
              <w:bottom w:w="70" w:type="dxa"/>
              <w:right w:w="85" w:type="dxa"/>
            </w:tcMar>
            <w:vAlign w:val="center"/>
          </w:tcPr>
          <w:p w14:paraId="0C198F42" w14:textId="77777777" w:rsidR="00865365" w:rsidRDefault="00000000">
            <w:pPr>
              <w:spacing w:after="0" w:line="240" w:lineRule="auto"/>
              <w:jc w:val="center"/>
            </w:pPr>
            <w:r>
              <w:rPr>
                <w:b/>
                <w:color w:val="FFFFFF"/>
                <w:sz w:val="15"/>
              </w:rPr>
              <w:t>EXPLICAȚIE PRACTICĂ</w:t>
            </w:r>
          </w:p>
        </w:tc>
      </w:tr>
      <w:tr w:rsidR="00865365" w14:paraId="13E9D3ED" w14:textId="77777777">
        <w:trPr>
          <w:cantSplit/>
          <w:jc w:val="center"/>
        </w:trPr>
        <w:tc>
          <w:tcPr>
            <w:tcW w:w="2721" w:type="dxa"/>
            <w:shd w:val="clear" w:color="auto" w:fill="FFFFFF"/>
            <w:tcMar>
              <w:top w:w="70" w:type="dxa"/>
              <w:left w:w="85" w:type="dxa"/>
              <w:bottom w:w="70" w:type="dxa"/>
              <w:right w:w="85" w:type="dxa"/>
            </w:tcMar>
            <w:vAlign w:val="center"/>
          </w:tcPr>
          <w:p w14:paraId="5C9AD339" w14:textId="77777777" w:rsidR="00865365" w:rsidRDefault="00000000">
            <w:pPr>
              <w:spacing w:after="0" w:line="240" w:lineRule="auto"/>
            </w:pPr>
            <w:r>
              <w:rPr>
                <w:sz w:val="15"/>
              </w:rPr>
              <w:t>Dispozitiv medical</w:t>
            </w:r>
          </w:p>
        </w:tc>
        <w:tc>
          <w:tcPr>
            <w:tcW w:w="7200" w:type="dxa"/>
            <w:shd w:val="clear" w:color="auto" w:fill="FFFFFF"/>
            <w:tcMar>
              <w:top w:w="70" w:type="dxa"/>
              <w:left w:w="85" w:type="dxa"/>
              <w:bottom w:w="70" w:type="dxa"/>
              <w:right w:w="85" w:type="dxa"/>
            </w:tcMar>
            <w:vAlign w:val="center"/>
          </w:tcPr>
          <w:p w14:paraId="3AA62BC4" w14:textId="77777777" w:rsidR="00865365" w:rsidRDefault="00000000">
            <w:pPr>
              <w:spacing w:after="0" w:line="240" w:lineRule="auto"/>
            </w:pPr>
            <w:r>
              <w:rPr>
                <w:sz w:val="15"/>
              </w:rPr>
              <w:t>Produs definit de reglementarea aplicabilă; clasificarea și cerințele diferă între jurisdicții.</w:t>
            </w:r>
          </w:p>
        </w:tc>
      </w:tr>
      <w:tr w:rsidR="00865365" w14:paraId="4A32D0AA" w14:textId="77777777">
        <w:trPr>
          <w:cantSplit/>
          <w:jc w:val="center"/>
        </w:trPr>
        <w:tc>
          <w:tcPr>
            <w:tcW w:w="2721" w:type="dxa"/>
            <w:shd w:val="clear" w:color="auto" w:fill="FAFAFA"/>
            <w:tcMar>
              <w:top w:w="70" w:type="dxa"/>
              <w:left w:w="85" w:type="dxa"/>
              <w:bottom w:w="70" w:type="dxa"/>
              <w:right w:w="85" w:type="dxa"/>
            </w:tcMar>
            <w:vAlign w:val="center"/>
          </w:tcPr>
          <w:p w14:paraId="0C73D6C9" w14:textId="77777777" w:rsidR="00865365" w:rsidRDefault="00000000">
            <w:pPr>
              <w:spacing w:after="0" w:line="240" w:lineRule="auto"/>
            </w:pPr>
            <w:r>
              <w:rPr>
                <w:sz w:val="15"/>
              </w:rPr>
              <w:t>Dosar dispozitiv</w:t>
            </w:r>
          </w:p>
        </w:tc>
        <w:tc>
          <w:tcPr>
            <w:tcW w:w="7200" w:type="dxa"/>
            <w:shd w:val="clear" w:color="auto" w:fill="FAFAFA"/>
            <w:tcMar>
              <w:top w:w="70" w:type="dxa"/>
              <w:left w:w="85" w:type="dxa"/>
              <w:bottom w:w="70" w:type="dxa"/>
              <w:right w:w="85" w:type="dxa"/>
            </w:tcMar>
            <w:vAlign w:val="center"/>
          </w:tcPr>
          <w:p w14:paraId="53038C86" w14:textId="77777777" w:rsidR="00865365" w:rsidRDefault="00000000">
            <w:pPr>
              <w:spacing w:after="0" w:line="240" w:lineRule="auto"/>
            </w:pPr>
            <w:r>
              <w:rPr>
                <w:sz w:val="15"/>
              </w:rPr>
              <w:t>Colecția controlată care definește specificațiile și procesele pentru un tip/familie de dispozitive.</w:t>
            </w:r>
          </w:p>
        </w:tc>
      </w:tr>
      <w:tr w:rsidR="00865365" w14:paraId="2D73C8D3" w14:textId="77777777">
        <w:trPr>
          <w:cantSplit/>
          <w:jc w:val="center"/>
        </w:trPr>
        <w:tc>
          <w:tcPr>
            <w:tcW w:w="2721" w:type="dxa"/>
            <w:shd w:val="clear" w:color="auto" w:fill="FFFFFF"/>
            <w:tcMar>
              <w:top w:w="70" w:type="dxa"/>
              <w:left w:w="85" w:type="dxa"/>
              <w:bottom w:w="70" w:type="dxa"/>
              <w:right w:w="85" w:type="dxa"/>
            </w:tcMar>
            <w:vAlign w:val="center"/>
          </w:tcPr>
          <w:p w14:paraId="1A7BD763" w14:textId="77777777" w:rsidR="00865365" w:rsidRDefault="00000000">
            <w:pPr>
              <w:spacing w:after="0" w:line="240" w:lineRule="auto"/>
            </w:pPr>
            <w:r>
              <w:rPr>
                <w:sz w:val="15"/>
              </w:rPr>
              <w:t>Design file</w:t>
            </w:r>
          </w:p>
        </w:tc>
        <w:tc>
          <w:tcPr>
            <w:tcW w:w="7200" w:type="dxa"/>
            <w:shd w:val="clear" w:color="auto" w:fill="FFFFFF"/>
            <w:tcMar>
              <w:top w:w="70" w:type="dxa"/>
              <w:left w:w="85" w:type="dxa"/>
              <w:bottom w:w="70" w:type="dxa"/>
              <w:right w:w="85" w:type="dxa"/>
            </w:tcMar>
            <w:vAlign w:val="center"/>
          </w:tcPr>
          <w:p w14:paraId="1C02AB56" w14:textId="77777777" w:rsidR="00865365" w:rsidRDefault="00000000">
            <w:pPr>
              <w:spacing w:after="0" w:line="240" w:lineRule="auto"/>
            </w:pPr>
            <w:r>
              <w:rPr>
                <w:sz w:val="15"/>
              </w:rPr>
              <w:t>Înregistrările care demonstrează conformitatea proiectării și dezvoltării.</w:t>
            </w:r>
          </w:p>
        </w:tc>
      </w:tr>
      <w:tr w:rsidR="00865365" w14:paraId="4F136BE6" w14:textId="77777777">
        <w:trPr>
          <w:cantSplit/>
          <w:jc w:val="center"/>
        </w:trPr>
        <w:tc>
          <w:tcPr>
            <w:tcW w:w="2721" w:type="dxa"/>
            <w:shd w:val="clear" w:color="auto" w:fill="FAFAFA"/>
            <w:tcMar>
              <w:top w:w="70" w:type="dxa"/>
              <w:left w:w="85" w:type="dxa"/>
              <w:bottom w:w="70" w:type="dxa"/>
              <w:right w:w="85" w:type="dxa"/>
            </w:tcMar>
            <w:vAlign w:val="center"/>
          </w:tcPr>
          <w:p w14:paraId="4DEC2489" w14:textId="77777777" w:rsidR="00865365" w:rsidRDefault="00000000">
            <w:pPr>
              <w:spacing w:after="0" w:line="240" w:lineRule="auto"/>
            </w:pPr>
            <w:r>
              <w:rPr>
                <w:sz w:val="15"/>
              </w:rPr>
              <w:t>Risk management file</w:t>
            </w:r>
          </w:p>
        </w:tc>
        <w:tc>
          <w:tcPr>
            <w:tcW w:w="7200" w:type="dxa"/>
            <w:shd w:val="clear" w:color="auto" w:fill="FAFAFA"/>
            <w:tcMar>
              <w:top w:w="70" w:type="dxa"/>
              <w:left w:w="85" w:type="dxa"/>
              <w:bottom w:w="70" w:type="dxa"/>
              <w:right w:w="85" w:type="dxa"/>
            </w:tcMar>
            <w:vAlign w:val="center"/>
          </w:tcPr>
          <w:p w14:paraId="77428C75" w14:textId="77777777" w:rsidR="00865365" w:rsidRDefault="00000000">
            <w:pPr>
              <w:spacing w:after="0" w:line="240" w:lineRule="auto"/>
            </w:pPr>
            <w:r>
              <w:rPr>
                <w:sz w:val="15"/>
              </w:rPr>
              <w:t>Set de înregistrări și referințe rezultate din procesul de management al riscului.</w:t>
            </w:r>
          </w:p>
        </w:tc>
      </w:tr>
      <w:tr w:rsidR="00865365" w14:paraId="304F187E" w14:textId="77777777">
        <w:trPr>
          <w:cantSplit/>
          <w:jc w:val="center"/>
        </w:trPr>
        <w:tc>
          <w:tcPr>
            <w:tcW w:w="2721" w:type="dxa"/>
            <w:shd w:val="clear" w:color="auto" w:fill="FFFFFF"/>
            <w:tcMar>
              <w:top w:w="70" w:type="dxa"/>
              <w:left w:w="85" w:type="dxa"/>
              <w:bottom w:w="70" w:type="dxa"/>
              <w:right w:w="85" w:type="dxa"/>
            </w:tcMar>
            <w:vAlign w:val="center"/>
          </w:tcPr>
          <w:p w14:paraId="371F3916" w14:textId="77777777" w:rsidR="00865365" w:rsidRDefault="00000000">
            <w:pPr>
              <w:spacing w:after="0" w:line="240" w:lineRule="auto"/>
            </w:pPr>
            <w:r>
              <w:rPr>
                <w:sz w:val="15"/>
              </w:rPr>
              <w:t>DHR / lot record</w:t>
            </w:r>
          </w:p>
        </w:tc>
        <w:tc>
          <w:tcPr>
            <w:tcW w:w="7200" w:type="dxa"/>
            <w:shd w:val="clear" w:color="auto" w:fill="FFFFFF"/>
            <w:tcMar>
              <w:top w:w="70" w:type="dxa"/>
              <w:left w:w="85" w:type="dxa"/>
              <w:bottom w:w="70" w:type="dxa"/>
              <w:right w:w="85" w:type="dxa"/>
            </w:tcMar>
            <w:vAlign w:val="center"/>
          </w:tcPr>
          <w:p w14:paraId="43DDD55D" w14:textId="77777777" w:rsidR="00865365" w:rsidRDefault="00000000">
            <w:pPr>
              <w:spacing w:after="0" w:line="240" w:lineRule="auto"/>
            </w:pPr>
            <w:r>
              <w:rPr>
                <w:sz w:val="15"/>
              </w:rPr>
              <w:t>Înregistrarea care demonstrează cum a fost realizat și eliberat un lot/dispozitiv.</w:t>
            </w:r>
          </w:p>
        </w:tc>
      </w:tr>
      <w:tr w:rsidR="00865365" w14:paraId="24C23FA8" w14:textId="77777777">
        <w:trPr>
          <w:cantSplit/>
          <w:jc w:val="center"/>
        </w:trPr>
        <w:tc>
          <w:tcPr>
            <w:tcW w:w="2721" w:type="dxa"/>
            <w:shd w:val="clear" w:color="auto" w:fill="FAFAFA"/>
            <w:tcMar>
              <w:top w:w="70" w:type="dxa"/>
              <w:left w:w="85" w:type="dxa"/>
              <w:bottom w:w="70" w:type="dxa"/>
              <w:right w:w="85" w:type="dxa"/>
            </w:tcMar>
            <w:vAlign w:val="center"/>
          </w:tcPr>
          <w:p w14:paraId="656B6D17" w14:textId="77777777" w:rsidR="00865365" w:rsidRDefault="00000000">
            <w:pPr>
              <w:spacing w:after="0" w:line="240" w:lineRule="auto"/>
            </w:pPr>
            <w:r>
              <w:rPr>
                <w:sz w:val="15"/>
              </w:rPr>
              <w:t>CAPA</w:t>
            </w:r>
          </w:p>
        </w:tc>
        <w:tc>
          <w:tcPr>
            <w:tcW w:w="7200" w:type="dxa"/>
            <w:shd w:val="clear" w:color="auto" w:fill="FAFAFA"/>
            <w:tcMar>
              <w:top w:w="70" w:type="dxa"/>
              <w:left w:w="85" w:type="dxa"/>
              <w:bottom w:w="70" w:type="dxa"/>
              <w:right w:w="85" w:type="dxa"/>
            </w:tcMar>
            <w:vAlign w:val="center"/>
          </w:tcPr>
          <w:p w14:paraId="65450AF5" w14:textId="77777777" w:rsidR="00865365" w:rsidRDefault="00000000">
            <w:pPr>
              <w:spacing w:after="0" w:line="240" w:lineRule="auto"/>
            </w:pPr>
            <w:r>
              <w:rPr>
                <w:sz w:val="15"/>
              </w:rPr>
              <w:t>Acțiune corectivă și preventivă gestionată sistematic, pe baza datelor și riscului.</w:t>
            </w:r>
          </w:p>
        </w:tc>
      </w:tr>
      <w:tr w:rsidR="00865365" w14:paraId="01B28C7F" w14:textId="77777777">
        <w:trPr>
          <w:cantSplit/>
          <w:jc w:val="center"/>
        </w:trPr>
        <w:tc>
          <w:tcPr>
            <w:tcW w:w="2721" w:type="dxa"/>
            <w:shd w:val="clear" w:color="auto" w:fill="FFFFFF"/>
            <w:tcMar>
              <w:top w:w="70" w:type="dxa"/>
              <w:left w:w="85" w:type="dxa"/>
              <w:bottom w:w="70" w:type="dxa"/>
              <w:right w:w="85" w:type="dxa"/>
            </w:tcMar>
            <w:vAlign w:val="center"/>
          </w:tcPr>
          <w:p w14:paraId="4B10E407" w14:textId="77777777" w:rsidR="00865365" w:rsidRDefault="00000000">
            <w:pPr>
              <w:spacing w:after="0" w:line="240" w:lineRule="auto"/>
            </w:pPr>
            <w:r>
              <w:rPr>
                <w:sz w:val="15"/>
              </w:rPr>
              <w:t>Advisory notice</w:t>
            </w:r>
          </w:p>
        </w:tc>
        <w:tc>
          <w:tcPr>
            <w:tcW w:w="7200" w:type="dxa"/>
            <w:shd w:val="clear" w:color="auto" w:fill="FFFFFF"/>
            <w:tcMar>
              <w:top w:w="70" w:type="dxa"/>
              <w:left w:w="85" w:type="dxa"/>
              <w:bottom w:w="70" w:type="dxa"/>
              <w:right w:w="85" w:type="dxa"/>
            </w:tcMar>
            <w:vAlign w:val="center"/>
          </w:tcPr>
          <w:p w14:paraId="6208ABC5" w14:textId="77777777" w:rsidR="00865365" w:rsidRDefault="00000000">
            <w:pPr>
              <w:spacing w:after="0" w:line="240" w:lineRule="auto"/>
            </w:pPr>
            <w:r>
              <w:rPr>
                <w:sz w:val="15"/>
              </w:rPr>
              <w:t>Comunicare emisă după livrare pentru utilizare, modificare, returnare sau distrugere, după caz.</w:t>
            </w:r>
          </w:p>
        </w:tc>
      </w:tr>
      <w:tr w:rsidR="00865365" w14:paraId="4D2DF0C1" w14:textId="77777777">
        <w:trPr>
          <w:cantSplit/>
          <w:jc w:val="center"/>
        </w:trPr>
        <w:tc>
          <w:tcPr>
            <w:tcW w:w="2721" w:type="dxa"/>
            <w:shd w:val="clear" w:color="auto" w:fill="FAFAFA"/>
            <w:tcMar>
              <w:top w:w="70" w:type="dxa"/>
              <w:left w:w="85" w:type="dxa"/>
              <w:bottom w:w="70" w:type="dxa"/>
              <w:right w:w="85" w:type="dxa"/>
            </w:tcMar>
            <w:vAlign w:val="center"/>
          </w:tcPr>
          <w:p w14:paraId="39C49524" w14:textId="77777777" w:rsidR="00865365" w:rsidRDefault="00000000">
            <w:pPr>
              <w:spacing w:after="0" w:line="240" w:lineRule="auto"/>
            </w:pPr>
            <w:r>
              <w:rPr>
                <w:sz w:val="15"/>
              </w:rPr>
              <w:t>Validare proces</w:t>
            </w:r>
          </w:p>
        </w:tc>
        <w:tc>
          <w:tcPr>
            <w:tcW w:w="7200" w:type="dxa"/>
            <w:shd w:val="clear" w:color="auto" w:fill="FAFAFA"/>
            <w:tcMar>
              <w:top w:w="70" w:type="dxa"/>
              <w:left w:w="85" w:type="dxa"/>
              <w:bottom w:w="70" w:type="dxa"/>
              <w:right w:w="85" w:type="dxa"/>
            </w:tcMar>
            <w:vAlign w:val="center"/>
          </w:tcPr>
          <w:p w14:paraId="459A57FA" w14:textId="77777777" w:rsidR="00865365" w:rsidRDefault="00000000">
            <w:pPr>
              <w:spacing w:after="0" w:line="240" w:lineRule="auto"/>
            </w:pPr>
            <w:r>
              <w:rPr>
                <w:sz w:val="15"/>
              </w:rPr>
              <w:t>Demonstrarea documentată că un proces produce consecvent rezultatul planificat.</w:t>
            </w:r>
          </w:p>
        </w:tc>
      </w:tr>
      <w:tr w:rsidR="00865365" w14:paraId="40BF2BC4" w14:textId="77777777">
        <w:trPr>
          <w:cantSplit/>
          <w:jc w:val="center"/>
        </w:trPr>
        <w:tc>
          <w:tcPr>
            <w:tcW w:w="2721" w:type="dxa"/>
            <w:shd w:val="clear" w:color="auto" w:fill="FFFFFF"/>
            <w:tcMar>
              <w:top w:w="70" w:type="dxa"/>
              <w:left w:w="85" w:type="dxa"/>
              <w:bottom w:w="70" w:type="dxa"/>
              <w:right w:w="85" w:type="dxa"/>
            </w:tcMar>
            <w:vAlign w:val="center"/>
          </w:tcPr>
          <w:p w14:paraId="7679FB45" w14:textId="77777777" w:rsidR="00865365" w:rsidRDefault="00000000">
            <w:pPr>
              <w:spacing w:after="0" w:line="240" w:lineRule="auto"/>
            </w:pPr>
            <w:r>
              <w:rPr>
                <w:sz w:val="15"/>
              </w:rPr>
              <w:t>Informație documentată</w:t>
            </w:r>
          </w:p>
        </w:tc>
        <w:tc>
          <w:tcPr>
            <w:tcW w:w="7200" w:type="dxa"/>
            <w:shd w:val="clear" w:color="auto" w:fill="FFFFFF"/>
            <w:tcMar>
              <w:top w:w="70" w:type="dxa"/>
              <w:left w:w="85" w:type="dxa"/>
              <w:bottom w:w="70" w:type="dxa"/>
              <w:right w:w="85" w:type="dxa"/>
            </w:tcMar>
            <w:vAlign w:val="center"/>
          </w:tcPr>
          <w:p w14:paraId="40A97A21" w14:textId="77777777" w:rsidR="00865365" w:rsidRDefault="00000000">
            <w:pPr>
              <w:spacing w:after="0" w:line="240" w:lineRule="auto"/>
            </w:pPr>
            <w:r>
              <w:rPr>
                <w:sz w:val="15"/>
              </w:rPr>
              <w:t>În ISO 13485 sunt folosiți termenii documente și înregistrări; ambele trebuie controlate.</w:t>
            </w:r>
          </w:p>
        </w:tc>
      </w:tr>
    </w:tbl>
    <w:p w14:paraId="00FEC7A3" w14:textId="77777777" w:rsidR="00865365" w:rsidRDefault="00865365">
      <w:pPr>
        <w:spacing w:after="20"/>
      </w:pPr>
    </w:p>
    <w:p w14:paraId="493D6BFD" w14:textId="77777777" w:rsidR="00865365" w:rsidRDefault="00000000">
      <w:pPr>
        <w:spacing w:after="40"/>
      </w:pPr>
      <w:r>
        <w:rPr>
          <w:b/>
        </w:rPr>
        <w:lastRenderedPageBreak/>
        <w:t>Notă de utilizare:</w:t>
      </w:r>
      <w:r>
        <w:t xml:space="preserve"> Acest material este orientativ și nu înlocuiește textul oficial al standardului, consultanța adaptată, evaluarea juridică, medicina muncii ori cerințele autorităților și organismului de certificare. Organizația rămâne responsabilă pentru documentele și termenele de păstrare stabilite.</w:t>
      </w:r>
    </w:p>
    <w:sectPr w:rsidR="00865365" w:rsidSect="00034616">
      <w:headerReference w:type="default" r:id="rId13"/>
      <w:footerReference w:type="default" r:id="rId14"/>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0B08E" w14:textId="77777777" w:rsidR="000276DD" w:rsidRDefault="000276DD">
      <w:pPr>
        <w:spacing w:after="0" w:line="240" w:lineRule="auto"/>
      </w:pPr>
      <w:r>
        <w:separator/>
      </w:r>
    </w:p>
  </w:endnote>
  <w:endnote w:type="continuationSeparator" w:id="0">
    <w:p w14:paraId="25A32EEA" w14:textId="77777777" w:rsidR="000276DD" w:rsidRDefault="00027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157B" w14:textId="77777777" w:rsidR="00865365" w:rsidRDefault="00865365">
    <w:pPr>
      <w:pStyle w:val="Foote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865365" w14:paraId="19DC4018" w14:textId="77777777">
      <w:trPr>
        <w:jc w:val="center"/>
      </w:trPr>
      <w:tc>
        <w:tcPr>
          <w:tcW w:w="8220" w:type="dxa"/>
          <w:tcMar>
            <w:top w:w="70" w:type="dxa"/>
            <w:left w:w="85" w:type="dxa"/>
            <w:bottom w:w="70" w:type="dxa"/>
            <w:right w:w="85" w:type="dxa"/>
          </w:tcMar>
          <w:vAlign w:val="center"/>
        </w:tcPr>
        <w:p w14:paraId="63A7F7E8" w14:textId="77777777" w:rsidR="00865365" w:rsidRPr="000E298F" w:rsidRDefault="00000000">
          <w:pPr>
            <w:spacing w:after="0" w:line="240" w:lineRule="auto"/>
            <w:rPr>
              <w:lang w:val="fr-FR"/>
            </w:rPr>
          </w:pPr>
          <w:r w:rsidRPr="000E298F">
            <w:rPr>
              <w:color w:val="666666"/>
              <w:sz w:val="13"/>
              <w:lang w:val="fr-FR"/>
            </w:rPr>
            <w:t xml:space="preserve">Instrument </w:t>
          </w:r>
          <w:proofErr w:type="spellStart"/>
          <w:r w:rsidRPr="000E298F">
            <w:rPr>
              <w:color w:val="666666"/>
              <w:sz w:val="13"/>
              <w:lang w:val="fr-FR"/>
            </w:rPr>
            <w:t>orientativ</w:t>
          </w:r>
          <w:proofErr w:type="spellEnd"/>
          <w:r w:rsidRPr="000E298F">
            <w:rPr>
              <w:color w:val="666666"/>
              <w:sz w:val="13"/>
              <w:lang w:val="fr-FR"/>
            </w:rPr>
            <w:t xml:space="preserve">. A se adapta </w:t>
          </w:r>
          <w:proofErr w:type="spellStart"/>
          <w:r w:rsidRPr="000E298F">
            <w:rPr>
              <w:color w:val="666666"/>
              <w:sz w:val="13"/>
              <w:lang w:val="fr-FR"/>
            </w:rPr>
            <w:t>contextului</w:t>
          </w:r>
          <w:proofErr w:type="spellEnd"/>
          <w:r w:rsidRPr="000E298F">
            <w:rPr>
              <w:color w:val="666666"/>
              <w:sz w:val="13"/>
              <w:lang w:val="fr-FR"/>
            </w:rPr>
            <w:t xml:space="preserve">, </w:t>
          </w:r>
          <w:proofErr w:type="spellStart"/>
          <w:r w:rsidRPr="000E298F">
            <w:rPr>
              <w:color w:val="666666"/>
              <w:sz w:val="13"/>
              <w:lang w:val="fr-FR"/>
            </w:rPr>
            <w:t>riscurilor</w:t>
          </w:r>
          <w:proofErr w:type="spellEnd"/>
          <w:r w:rsidRPr="000E298F">
            <w:rPr>
              <w:color w:val="666666"/>
              <w:sz w:val="13"/>
              <w:lang w:val="fr-FR"/>
            </w:rPr>
            <w:t xml:space="preserve"> </w:t>
          </w:r>
          <w:proofErr w:type="spellStart"/>
          <w:r w:rsidRPr="000E298F">
            <w:rPr>
              <w:color w:val="666666"/>
              <w:sz w:val="13"/>
              <w:lang w:val="fr-FR"/>
            </w:rPr>
            <w:t>și</w:t>
          </w:r>
          <w:proofErr w:type="spellEnd"/>
          <w:r w:rsidRPr="000E298F">
            <w:rPr>
              <w:color w:val="666666"/>
              <w:sz w:val="13"/>
              <w:lang w:val="fr-FR"/>
            </w:rPr>
            <w:t xml:space="preserve"> </w:t>
          </w:r>
          <w:proofErr w:type="spellStart"/>
          <w:r w:rsidRPr="000E298F">
            <w:rPr>
              <w:color w:val="666666"/>
              <w:sz w:val="13"/>
              <w:lang w:val="fr-FR"/>
            </w:rPr>
            <w:t>obligațiilor</w:t>
          </w:r>
          <w:proofErr w:type="spellEnd"/>
          <w:r w:rsidRPr="000E298F">
            <w:rPr>
              <w:color w:val="666666"/>
              <w:sz w:val="13"/>
              <w:lang w:val="fr-FR"/>
            </w:rPr>
            <w:t xml:space="preserve"> </w:t>
          </w:r>
          <w:proofErr w:type="spellStart"/>
          <w:r w:rsidRPr="000E298F">
            <w:rPr>
              <w:color w:val="666666"/>
              <w:sz w:val="13"/>
              <w:lang w:val="fr-FR"/>
            </w:rPr>
            <w:t>aplicabile</w:t>
          </w:r>
          <w:proofErr w:type="spellEnd"/>
          <w:r w:rsidRPr="000E298F">
            <w:rPr>
              <w:color w:val="666666"/>
              <w:sz w:val="13"/>
              <w:lang w:val="fr-FR"/>
            </w:rPr>
            <w:t>.</w:t>
          </w:r>
        </w:p>
      </w:tc>
      <w:tc>
        <w:tcPr>
          <w:tcW w:w="1701" w:type="dxa"/>
        </w:tcPr>
        <w:p w14:paraId="3DDE7285" w14:textId="77777777" w:rsidR="00865365" w:rsidRDefault="00000000">
          <w:pPr>
            <w:jc w:val="right"/>
          </w:pPr>
          <w:proofErr w:type="spellStart"/>
          <w:r>
            <w:rPr>
              <w:color w:val="666666"/>
              <w:sz w:val="13"/>
            </w:rPr>
            <w:t>Pagina</w:t>
          </w:r>
          <w:proofErr w:type="spellEnd"/>
          <w:r>
            <w:rPr>
              <w:color w:val="666666"/>
              <w:sz w:val="13"/>
            </w:rPr>
            <w:t xml:space="preserve"> </w:t>
          </w:r>
          <w:r>
            <w:fldChar w:fldCharType="begin"/>
          </w:r>
          <w:r>
            <w:instrText xml:space="preserve"> PAGE </w:instrText>
          </w:r>
          <w:r>
            <w:fldChar w:fldCharType="separate"/>
          </w:r>
          <w: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CC08B" w14:textId="77777777" w:rsidR="000276DD" w:rsidRDefault="000276DD">
      <w:pPr>
        <w:spacing w:after="0" w:line="240" w:lineRule="auto"/>
      </w:pPr>
      <w:r>
        <w:separator/>
      </w:r>
    </w:p>
  </w:footnote>
  <w:footnote w:type="continuationSeparator" w:id="0">
    <w:p w14:paraId="6B1A984A" w14:textId="77777777" w:rsidR="000276DD" w:rsidRDefault="00027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83486" w14:textId="77777777" w:rsidR="00865365" w:rsidRPr="000E298F" w:rsidRDefault="00000000">
    <w:pPr>
      <w:pStyle w:val="Header"/>
      <w:pBdr>
        <w:bottom w:val="single" w:sz="8" w:space="3" w:color="D71920"/>
      </w:pBdr>
      <w:tabs>
        <w:tab w:val="right" w:pos="9921"/>
      </w:tabs>
      <w:rPr>
        <w:lang w:val="fr-FR"/>
      </w:rPr>
    </w:pPr>
    <w:r w:rsidRPr="000E298F">
      <w:rPr>
        <w:b/>
        <w:color w:val="D71920"/>
        <w:sz w:val="20"/>
        <w:lang w:val="fr-FR"/>
      </w:rPr>
      <w:t>CERTIFY</w:t>
    </w:r>
    <w:r w:rsidRPr="000E298F">
      <w:rPr>
        <w:color w:val="666666"/>
        <w:sz w:val="16"/>
        <w:lang w:val="fr-FR"/>
      </w:rPr>
      <w:t xml:space="preserve">  |  RESURSE PRACTICE ISO</w:t>
    </w:r>
    <w:r w:rsidRPr="000E298F">
      <w:rPr>
        <w:lang w:val="fr-FR"/>
      </w:rPr>
      <w:tab/>
    </w:r>
    <w:r w:rsidRPr="000E298F">
      <w:rPr>
        <w:color w:val="666666"/>
        <w:sz w:val="14"/>
        <w:lang w:val="fr-FR"/>
      </w:rPr>
      <w:t>GHID DOCUMENTE ESENȚIALE | ISO 13485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3296814">
    <w:abstractNumId w:val="8"/>
  </w:num>
  <w:num w:numId="2" w16cid:durableId="1194080441">
    <w:abstractNumId w:val="6"/>
  </w:num>
  <w:num w:numId="3" w16cid:durableId="1643341764">
    <w:abstractNumId w:val="5"/>
  </w:num>
  <w:num w:numId="4" w16cid:durableId="763109442">
    <w:abstractNumId w:val="4"/>
  </w:num>
  <w:num w:numId="5" w16cid:durableId="2131048713">
    <w:abstractNumId w:val="7"/>
  </w:num>
  <w:num w:numId="6" w16cid:durableId="519047517">
    <w:abstractNumId w:val="3"/>
  </w:num>
  <w:num w:numId="7" w16cid:durableId="1319382980">
    <w:abstractNumId w:val="2"/>
  </w:num>
  <w:num w:numId="8" w16cid:durableId="1850025708">
    <w:abstractNumId w:val="1"/>
  </w:num>
  <w:num w:numId="9" w16cid:durableId="206571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6DD"/>
    <w:rsid w:val="00034616"/>
    <w:rsid w:val="0006063C"/>
    <w:rsid w:val="000E298F"/>
    <w:rsid w:val="0015074B"/>
    <w:rsid w:val="0029639D"/>
    <w:rsid w:val="00326F90"/>
    <w:rsid w:val="00820841"/>
    <w:rsid w:val="0086536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23D3F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7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7"/>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59752.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mdrf.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committee/54892/x/catalogu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so.org/standard/72704.html" TargetMode="External"/><Relationship Id="rId4" Type="http://schemas.openxmlformats.org/officeDocument/2006/relationships/settings" Target="settings.xml"/><Relationship Id="rId9" Type="http://schemas.openxmlformats.org/officeDocument/2006/relationships/hyperlink" Target="https://www.iso.org/iso-13485-medical-device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5380</Words>
  <Characters>30666</Characters>
  <Application>Microsoft Office Word</Application>
  <DocSecurity>0</DocSecurity>
  <Lines>255</Lines>
  <Paragraphs>71</Paragraphs>
  <ScaleCrop>false</ScaleCrop>
  <Manager/>
  <Company/>
  <LinksUpToDate>false</LinksUpToDate>
  <CharactersWithSpaces>35975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2026-07-24T10:18:00Z</dcterms:created>
  <dcterms:modified xsi:type="dcterms:W3CDTF">2026-07-24T10:18:00Z</dcterms:modified>
  <cp:category/>
</cp:coreProperties>
</file>