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8C3D3" w14:textId="77777777" w:rsidR="00146DEE" w:rsidRPr="002A7B71" w:rsidRDefault="00000000">
      <w:pPr>
        <w:spacing w:after="400"/>
        <w:rPr>
          <w:noProof/>
          <w:lang w:val="ro-RO"/>
        </w:rPr>
      </w:pPr>
      <w:r w:rsidRPr="002A7B71">
        <w:rPr>
          <w:b/>
          <w:noProof/>
          <w:color w:val="D71920"/>
          <w:sz w:val="20"/>
          <w:lang w:val="ro-RO"/>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3061"/>
      </w:tblGrid>
      <w:tr w:rsidR="00146DEE" w:rsidRPr="002A7B71" w14:paraId="43326146" w14:textId="77777777">
        <w:tc>
          <w:tcPr>
            <w:tcW w:w="3061" w:type="dxa"/>
            <w:shd w:val="clear" w:color="auto" w:fill="D71920"/>
            <w:tcMar>
              <w:top w:w="80" w:type="dxa"/>
              <w:left w:w="90" w:type="dxa"/>
              <w:bottom w:w="80" w:type="dxa"/>
              <w:right w:w="90" w:type="dxa"/>
            </w:tcMar>
            <w:vAlign w:val="center"/>
          </w:tcPr>
          <w:p w14:paraId="1C5D527E" w14:textId="77777777" w:rsidR="00146DEE" w:rsidRPr="002A7B71" w:rsidRDefault="00000000">
            <w:pPr>
              <w:spacing w:after="0" w:line="240" w:lineRule="auto"/>
              <w:jc w:val="center"/>
              <w:rPr>
                <w:noProof/>
                <w:lang w:val="ro-RO"/>
              </w:rPr>
            </w:pPr>
            <w:r w:rsidRPr="002A7B71">
              <w:rPr>
                <w:b/>
                <w:noProof/>
                <w:color w:val="FFFFFF"/>
                <w:sz w:val="22"/>
                <w:lang w:val="ro-RO"/>
              </w:rPr>
              <w:t>MINI-GHID</w:t>
            </w:r>
          </w:p>
        </w:tc>
      </w:tr>
    </w:tbl>
    <w:p w14:paraId="7ECA886D" w14:textId="77777777" w:rsidR="00146DEE" w:rsidRPr="002A7B71" w:rsidRDefault="00146DEE">
      <w:pPr>
        <w:spacing w:after="120"/>
        <w:rPr>
          <w:noProof/>
          <w:lang w:val="ro-RO"/>
        </w:rPr>
      </w:pPr>
    </w:p>
    <w:p w14:paraId="3AE0C12C" w14:textId="77777777" w:rsidR="00146DEE" w:rsidRPr="002A7B71" w:rsidRDefault="00000000">
      <w:pPr>
        <w:spacing w:after="40"/>
        <w:rPr>
          <w:noProof/>
          <w:lang w:val="ro-RO"/>
        </w:rPr>
      </w:pPr>
      <w:r w:rsidRPr="002A7B71">
        <w:rPr>
          <w:b/>
          <w:noProof/>
          <w:sz w:val="60"/>
          <w:lang w:val="ro-RO"/>
        </w:rPr>
        <w:t>Audit intern</w:t>
      </w:r>
    </w:p>
    <w:p w14:paraId="5B5F8D53" w14:textId="77777777" w:rsidR="00146DEE" w:rsidRPr="002A7B71" w:rsidRDefault="00000000">
      <w:pPr>
        <w:spacing w:after="140"/>
        <w:rPr>
          <w:noProof/>
          <w:lang w:val="ro-RO"/>
        </w:rPr>
      </w:pPr>
      <w:r w:rsidRPr="002A7B71">
        <w:rPr>
          <w:b/>
          <w:noProof/>
          <w:color w:val="D71920"/>
          <w:sz w:val="54"/>
          <w:lang w:val="ro-RO"/>
        </w:rPr>
        <w:t>Sisteme de management ISO</w:t>
      </w:r>
    </w:p>
    <w:p w14:paraId="7BBD88E8" w14:textId="77777777" w:rsidR="00146DEE" w:rsidRPr="002A7B71" w:rsidRDefault="00000000">
      <w:pPr>
        <w:spacing w:after="320"/>
        <w:rPr>
          <w:noProof/>
          <w:lang w:val="ro-RO"/>
        </w:rPr>
      </w:pPr>
      <w:r w:rsidRPr="002A7B71">
        <w:rPr>
          <w:noProof/>
          <w:color w:val="666666"/>
          <w:sz w:val="26"/>
          <w:lang w:val="ro-RO"/>
        </w:rPr>
        <w:t>Planificare, desfășurare, constatări, raportare și urmărirea acțiunilor</w:t>
      </w:r>
    </w:p>
    <w:p w14:paraId="313A31BB" w14:textId="77777777" w:rsidR="00146DEE" w:rsidRPr="002A7B71" w:rsidRDefault="00146DEE">
      <w:pPr>
        <w:pBdr>
          <w:bottom w:val="single" w:sz="18" w:space="1" w:color="D71920"/>
        </w:pBdr>
        <w:spacing w:after="1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146DEE" w:rsidRPr="002A7B71" w14:paraId="0E69521C" w14:textId="77777777">
        <w:trPr>
          <w:jc w:val="center"/>
        </w:trPr>
        <w:tc>
          <w:tcPr>
            <w:tcW w:w="2721" w:type="dxa"/>
            <w:shd w:val="clear" w:color="auto" w:fill="F3F4F5"/>
            <w:tcMar>
              <w:top w:w="80" w:type="dxa"/>
              <w:left w:w="90" w:type="dxa"/>
              <w:bottom w:w="80" w:type="dxa"/>
              <w:right w:w="90" w:type="dxa"/>
            </w:tcMar>
            <w:vAlign w:val="center"/>
          </w:tcPr>
          <w:p w14:paraId="209299BE" w14:textId="77777777" w:rsidR="00146DEE" w:rsidRPr="002A7B71" w:rsidRDefault="00000000">
            <w:pPr>
              <w:spacing w:after="0" w:line="240" w:lineRule="auto"/>
              <w:rPr>
                <w:noProof/>
                <w:lang w:val="ro-RO"/>
              </w:rPr>
            </w:pPr>
            <w:r w:rsidRPr="002A7B71">
              <w:rPr>
                <w:b/>
                <w:noProof/>
                <w:sz w:val="16"/>
                <w:lang w:val="ro-RO"/>
              </w:rPr>
              <w:t>BAZĂ METODOLOGICĂ</w:t>
            </w:r>
          </w:p>
        </w:tc>
        <w:tc>
          <w:tcPr>
            <w:tcW w:w="7200" w:type="dxa"/>
            <w:shd w:val="clear" w:color="auto" w:fill="FFFFFF"/>
            <w:tcMar>
              <w:top w:w="80" w:type="dxa"/>
              <w:left w:w="90" w:type="dxa"/>
              <w:bottom w:w="80" w:type="dxa"/>
              <w:right w:w="90" w:type="dxa"/>
            </w:tcMar>
            <w:vAlign w:val="center"/>
          </w:tcPr>
          <w:p w14:paraId="3320DA74" w14:textId="77777777" w:rsidR="00146DEE" w:rsidRPr="002A7B71" w:rsidRDefault="00000000">
            <w:pPr>
              <w:spacing w:after="0" w:line="240" w:lineRule="auto"/>
              <w:rPr>
                <w:noProof/>
                <w:lang w:val="ro-RO"/>
              </w:rPr>
            </w:pPr>
            <w:r w:rsidRPr="002A7B71">
              <w:rPr>
                <w:noProof/>
                <w:lang w:val="ro-RO"/>
              </w:rPr>
              <w:t>ISO 19011:2026 + cerințele standardului auditat</w:t>
            </w:r>
          </w:p>
        </w:tc>
      </w:tr>
      <w:tr w:rsidR="00146DEE" w:rsidRPr="002A7B71" w14:paraId="1B24EE27" w14:textId="77777777">
        <w:trPr>
          <w:jc w:val="center"/>
        </w:trPr>
        <w:tc>
          <w:tcPr>
            <w:tcW w:w="2721" w:type="dxa"/>
            <w:shd w:val="clear" w:color="auto" w:fill="F3F4F5"/>
            <w:tcMar>
              <w:top w:w="80" w:type="dxa"/>
              <w:left w:w="90" w:type="dxa"/>
              <w:bottom w:w="80" w:type="dxa"/>
              <w:right w:w="90" w:type="dxa"/>
            </w:tcMar>
            <w:vAlign w:val="center"/>
          </w:tcPr>
          <w:p w14:paraId="797FB7F6" w14:textId="77777777" w:rsidR="00146DEE" w:rsidRPr="002A7B71" w:rsidRDefault="00000000">
            <w:pPr>
              <w:spacing w:after="0" w:line="240" w:lineRule="auto"/>
              <w:rPr>
                <w:noProof/>
                <w:lang w:val="ro-RO"/>
              </w:rPr>
            </w:pPr>
            <w:r w:rsidRPr="002A7B71">
              <w:rPr>
                <w:b/>
                <w:noProof/>
                <w:sz w:val="16"/>
                <w:lang w:val="ro-RO"/>
              </w:rPr>
              <w:t>APLICABILITATE</w:t>
            </w:r>
          </w:p>
        </w:tc>
        <w:tc>
          <w:tcPr>
            <w:tcW w:w="7200" w:type="dxa"/>
            <w:shd w:val="clear" w:color="auto" w:fill="FFFFFF"/>
            <w:tcMar>
              <w:top w:w="80" w:type="dxa"/>
              <w:left w:w="90" w:type="dxa"/>
              <w:bottom w:w="80" w:type="dxa"/>
              <w:right w:w="90" w:type="dxa"/>
            </w:tcMar>
            <w:vAlign w:val="center"/>
          </w:tcPr>
          <w:p w14:paraId="33C1569F" w14:textId="77777777" w:rsidR="00146DEE" w:rsidRPr="002A7B71" w:rsidRDefault="00000000">
            <w:pPr>
              <w:spacing w:after="0" w:line="240" w:lineRule="auto"/>
              <w:rPr>
                <w:noProof/>
                <w:lang w:val="ro-RO"/>
              </w:rPr>
            </w:pPr>
            <w:r w:rsidRPr="002A7B71">
              <w:rPr>
                <w:noProof/>
                <w:lang w:val="ro-RO"/>
              </w:rPr>
              <w:t>ISO 9001, 14001, 45001, 27001, 22000 și alte sisteme de management</w:t>
            </w:r>
          </w:p>
        </w:tc>
      </w:tr>
      <w:tr w:rsidR="00146DEE" w:rsidRPr="002A7B71" w14:paraId="0E06CC95" w14:textId="77777777">
        <w:trPr>
          <w:jc w:val="center"/>
        </w:trPr>
        <w:tc>
          <w:tcPr>
            <w:tcW w:w="2721" w:type="dxa"/>
            <w:shd w:val="clear" w:color="auto" w:fill="F3F4F5"/>
            <w:tcMar>
              <w:top w:w="80" w:type="dxa"/>
              <w:left w:w="90" w:type="dxa"/>
              <w:bottom w:w="80" w:type="dxa"/>
              <w:right w:w="90" w:type="dxa"/>
            </w:tcMar>
            <w:vAlign w:val="center"/>
          </w:tcPr>
          <w:p w14:paraId="72D10038" w14:textId="77777777" w:rsidR="00146DEE" w:rsidRPr="002A7B71" w:rsidRDefault="00000000">
            <w:pPr>
              <w:spacing w:after="0" w:line="240" w:lineRule="auto"/>
              <w:rPr>
                <w:noProof/>
                <w:lang w:val="ro-RO"/>
              </w:rPr>
            </w:pPr>
            <w:r w:rsidRPr="002A7B71">
              <w:rPr>
                <w:b/>
                <w:noProof/>
                <w:sz w:val="16"/>
                <w:lang w:val="ro-RO"/>
              </w:rPr>
              <w:t>CONȚINUT</w:t>
            </w:r>
          </w:p>
        </w:tc>
        <w:tc>
          <w:tcPr>
            <w:tcW w:w="7200" w:type="dxa"/>
            <w:shd w:val="clear" w:color="auto" w:fill="FFFFFF"/>
            <w:tcMar>
              <w:top w:w="80" w:type="dxa"/>
              <w:left w:w="90" w:type="dxa"/>
              <w:bottom w:w="80" w:type="dxa"/>
              <w:right w:w="90" w:type="dxa"/>
            </w:tcMar>
            <w:vAlign w:val="center"/>
          </w:tcPr>
          <w:p w14:paraId="57024B12" w14:textId="77777777" w:rsidR="00146DEE" w:rsidRPr="002A7B71" w:rsidRDefault="00000000">
            <w:pPr>
              <w:spacing w:after="0" w:line="240" w:lineRule="auto"/>
              <w:rPr>
                <w:noProof/>
                <w:lang w:val="ro-RO"/>
              </w:rPr>
            </w:pPr>
            <w:r w:rsidRPr="002A7B71">
              <w:rPr>
                <w:noProof/>
                <w:lang w:val="ro-RO"/>
              </w:rPr>
              <w:t>Metodă pas cu pas + exemple + formulare completabile</w:t>
            </w:r>
          </w:p>
        </w:tc>
      </w:tr>
      <w:tr w:rsidR="00146DEE" w:rsidRPr="002A7B71" w14:paraId="4CEAFFBD" w14:textId="77777777">
        <w:trPr>
          <w:jc w:val="center"/>
        </w:trPr>
        <w:tc>
          <w:tcPr>
            <w:tcW w:w="2721" w:type="dxa"/>
            <w:shd w:val="clear" w:color="auto" w:fill="F3F4F5"/>
            <w:tcMar>
              <w:top w:w="80" w:type="dxa"/>
              <w:left w:w="90" w:type="dxa"/>
              <w:bottom w:w="80" w:type="dxa"/>
              <w:right w:w="90" w:type="dxa"/>
            </w:tcMar>
            <w:vAlign w:val="center"/>
          </w:tcPr>
          <w:p w14:paraId="35E317D8" w14:textId="77777777" w:rsidR="00146DEE" w:rsidRPr="002A7B71" w:rsidRDefault="00000000">
            <w:pPr>
              <w:spacing w:after="0" w:line="240" w:lineRule="auto"/>
              <w:rPr>
                <w:noProof/>
                <w:lang w:val="ro-RO"/>
              </w:rPr>
            </w:pPr>
            <w:r w:rsidRPr="002A7B71">
              <w:rPr>
                <w:b/>
                <w:noProof/>
                <w:sz w:val="16"/>
                <w:lang w:val="ro-RO"/>
              </w:rPr>
              <w:t>EDIȚIE DOCUMENT</w:t>
            </w:r>
          </w:p>
        </w:tc>
        <w:tc>
          <w:tcPr>
            <w:tcW w:w="7200" w:type="dxa"/>
            <w:shd w:val="clear" w:color="auto" w:fill="FFFFFF"/>
            <w:tcMar>
              <w:top w:w="80" w:type="dxa"/>
              <w:left w:w="90" w:type="dxa"/>
              <w:bottom w:w="80" w:type="dxa"/>
              <w:right w:w="90" w:type="dxa"/>
            </w:tcMar>
            <w:vAlign w:val="center"/>
          </w:tcPr>
          <w:p w14:paraId="64167748" w14:textId="77777777" w:rsidR="00146DEE" w:rsidRPr="002A7B71" w:rsidRDefault="00000000">
            <w:pPr>
              <w:spacing w:after="0" w:line="240" w:lineRule="auto"/>
              <w:rPr>
                <w:noProof/>
                <w:lang w:val="ro-RO"/>
              </w:rPr>
            </w:pPr>
            <w:r w:rsidRPr="002A7B71">
              <w:rPr>
                <w:noProof/>
                <w:lang w:val="ro-RO"/>
              </w:rPr>
              <w:t>Certify | iulie 2026</w:t>
            </w:r>
          </w:p>
        </w:tc>
      </w:tr>
    </w:tbl>
    <w:p w14:paraId="6E61D5CA" w14:textId="77777777" w:rsidR="00146DEE" w:rsidRPr="002A7B71" w:rsidRDefault="00146DEE">
      <w:pPr>
        <w:spacing w:after="16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51FEB4F9" w14:textId="77777777">
        <w:trPr>
          <w:cantSplit/>
          <w:jc w:val="center"/>
        </w:trPr>
        <w:tc>
          <w:tcPr>
            <w:tcW w:w="567" w:type="dxa"/>
            <w:shd w:val="clear" w:color="auto" w:fill="D71920"/>
            <w:tcMar>
              <w:top w:w="80" w:type="dxa"/>
              <w:left w:w="90" w:type="dxa"/>
              <w:bottom w:w="80" w:type="dxa"/>
              <w:right w:w="90" w:type="dxa"/>
            </w:tcMar>
            <w:vAlign w:val="center"/>
          </w:tcPr>
          <w:p w14:paraId="3A53A84F" w14:textId="77777777" w:rsidR="00146DEE" w:rsidRPr="002A7B71" w:rsidRDefault="00000000">
            <w:pPr>
              <w:spacing w:after="0" w:line="240" w:lineRule="auto"/>
              <w:jc w:val="center"/>
              <w:rPr>
                <w:noProof/>
                <w:lang w:val="ro-RO"/>
              </w:rPr>
            </w:pPr>
            <w:r w:rsidRPr="002A7B71">
              <w:rPr>
                <w:b/>
                <w:noProof/>
                <w:color w:val="FFFFFF"/>
                <w:sz w:val="32"/>
                <w:lang w:val="ro-RO"/>
              </w:rPr>
              <w:t>i</w:t>
            </w:r>
          </w:p>
        </w:tc>
        <w:tc>
          <w:tcPr>
            <w:tcW w:w="9354" w:type="dxa"/>
            <w:shd w:val="clear" w:color="auto" w:fill="FCEBEC"/>
          </w:tcPr>
          <w:p w14:paraId="366CB757" w14:textId="77777777" w:rsidR="00146DEE" w:rsidRPr="002A7B71" w:rsidRDefault="00000000">
            <w:pPr>
              <w:spacing w:after="40"/>
              <w:rPr>
                <w:noProof/>
                <w:lang w:val="ro-RO"/>
              </w:rPr>
            </w:pPr>
            <w:r w:rsidRPr="002A7B71">
              <w:rPr>
                <w:b/>
                <w:noProof/>
                <w:color w:val="D71920"/>
                <w:lang w:val="ro-RO"/>
              </w:rPr>
              <w:t>IDEEA CENTRALĂ</w:t>
            </w:r>
          </w:p>
          <w:p w14:paraId="03C259E1" w14:textId="77777777" w:rsidR="00146DEE" w:rsidRPr="002A7B71" w:rsidRDefault="00000000">
            <w:pPr>
              <w:spacing w:after="0" w:line="252" w:lineRule="auto"/>
              <w:rPr>
                <w:noProof/>
                <w:lang w:val="ro-RO"/>
              </w:rPr>
            </w:pPr>
            <w:r w:rsidRPr="002A7B71">
              <w:rPr>
                <w:noProof/>
                <w:sz w:val="17"/>
                <w:lang w:val="ro-RO"/>
              </w:rPr>
              <w:t>Un audit intern bun nu caută vinovați și nu bifează mecanic clauze. El verifică, pe baza dovezilor, dacă procesele respectă criteriile stabilite, obțin rezultatele planificate și oferă informații utile pentru îmbunătățire.</w:t>
            </w:r>
          </w:p>
        </w:tc>
      </w:tr>
    </w:tbl>
    <w:p w14:paraId="3371A30D" w14:textId="77777777" w:rsidR="00146DEE" w:rsidRPr="002A7B71" w:rsidRDefault="00146DEE">
      <w:pPr>
        <w:spacing w:after="0"/>
        <w:rPr>
          <w:noProof/>
          <w:lang w:val="ro-RO"/>
        </w:rPr>
      </w:pPr>
    </w:p>
    <w:p w14:paraId="29890776" w14:textId="77777777" w:rsidR="00146DEE" w:rsidRPr="002A7B71" w:rsidRDefault="00000000">
      <w:pPr>
        <w:spacing w:before="200"/>
        <w:jc w:val="center"/>
        <w:rPr>
          <w:noProof/>
          <w:lang w:val="ro-RO"/>
        </w:rPr>
      </w:pPr>
      <w:r w:rsidRPr="002A7B71">
        <w:rPr>
          <w:b/>
          <w:noProof/>
          <w:color w:val="D71920"/>
          <w:sz w:val="19"/>
          <w:lang w:val="ro-RO"/>
        </w:rPr>
        <w:t>OBIECTIV. BAZAT PE DOVEZI. ORIENTAT SPRE ÎMBUNĂTĂȚIRE.</w:t>
      </w:r>
    </w:p>
    <w:p w14:paraId="08EFF643" w14:textId="77777777" w:rsidR="00146DEE" w:rsidRPr="002A7B71" w:rsidRDefault="00000000">
      <w:pPr>
        <w:rPr>
          <w:noProof/>
          <w:lang w:val="ro-RO"/>
        </w:rPr>
      </w:pPr>
      <w:r w:rsidRPr="002A7B71">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20779874" w14:textId="77777777">
        <w:trPr>
          <w:cantSplit/>
          <w:jc w:val="center"/>
        </w:trPr>
        <w:tc>
          <w:tcPr>
            <w:tcW w:w="1020" w:type="dxa"/>
            <w:shd w:val="clear" w:color="auto" w:fill="D71920"/>
            <w:tcMar>
              <w:top w:w="80" w:type="dxa"/>
              <w:left w:w="90" w:type="dxa"/>
              <w:bottom w:w="80" w:type="dxa"/>
              <w:right w:w="90" w:type="dxa"/>
            </w:tcMar>
            <w:vAlign w:val="center"/>
          </w:tcPr>
          <w:p w14:paraId="78C72B3F" w14:textId="77777777" w:rsidR="00146DEE" w:rsidRPr="002A7B71" w:rsidRDefault="00000000">
            <w:pPr>
              <w:spacing w:after="0" w:line="240" w:lineRule="auto"/>
              <w:jc w:val="center"/>
              <w:rPr>
                <w:noProof/>
                <w:lang w:val="ro-RO"/>
              </w:rPr>
            </w:pPr>
            <w:r w:rsidRPr="002A7B71">
              <w:rPr>
                <w:b/>
                <w:noProof/>
                <w:color w:val="FFFFFF"/>
                <w:sz w:val="34"/>
                <w:lang w:val="ro-RO"/>
              </w:rPr>
              <w:lastRenderedPageBreak/>
              <w:t>1</w:t>
            </w:r>
          </w:p>
        </w:tc>
        <w:tc>
          <w:tcPr>
            <w:tcW w:w="8901" w:type="dxa"/>
            <w:shd w:val="clear" w:color="auto" w:fill="F3F4F5"/>
          </w:tcPr>
          <w:p w14:paraId="0BD317F6" w14:textId="77777777" w:rsidR="00146DEE" w:rsidRPr="002A7B71" w:rsidRDefault="00000000">
            <w:pPr>
              <w:spacing w:after="20"/>
              <w:rPr>
                <w:noProof/>
                <w:lang w:val="ro-RO"/>
              </w:rPr>
            </w:pPr>
            <w:r w:rsidRPr="002A7B71">
              <w:rPr>
                <w:b/>
                <w:noProof/>
                <w:sz w:val="28"/>
                <w:lang w:val="ro-RO"/>
              </w:rPr>
              <w:t>Cum se utilizează ghidul</w:t>
            </w:r>
          </w:p>
          <w:p w14:paraId="3C4AE673" w14:textId="77777777" w:rsidR="00146DEE" w:rsidRPr="002A7B71" w:rsidRDefault="00000000">
            <w:pPr>
              <w:keepNext/>
              <w:spacing w:after="0"/>
              <w:rPr>
                <w:noProof/>
                <w:lang w:val="ro-RO"/>
              </w:rPr>
            </w:pPr>
            <w:r w:rsidRPr="002A7B71">
              <w:rPr>
                <w:noProof/>
                <w:color w:val="666666"/>
                <w:sz w:val="17"/>
                <w:lang w:val="ro-RO"/>
              </w:rPr>
              <w:t>O metodă comună, adaptabilă oricărui standard și oricărei organizații</w:t>
            </w:r>
          </w:p>
        </w:tc>
      </w:tr>
    </w:tbl>
    <w:p w14:paraId="27206957" w14:textId="77777777" w:rsidR="00146DEE" w:rsidRPr="002A7B71" w:rsidRDefault="00146DEE">
      <w:pPr>
        <w:keepNext/>
        <w:spacing w:after="0"/>
        <w:rPr>
          <w:noProof/>
          <w:lang w:val="ro-RO"/>
        </w:rPr>
      </w:pPr>
    </w:p>
    <w:p w14:paraId="21760839" w14:textId="77777777" w:rsidR="00146DEE" w:rsidRPr="002A7B71" w:rsidRDefault="00000000">
      <w:pPr>
        <w:rPr>
          <w:noProof/>
          <w:lang w:val="ro-RO"/>
        </w:rPr>
      </w:pPr>
      <w:r w:rsidRPr="002A7B71">
        <w:rPr>
          <w:noProof/>
          <w:lang w:val="ro-RO"/>
        </w:rPr>
        <w:t>Scop. Acest mini-ghid ajută organizațiile să proiecteze și să desfășoare audituri interne utile, proporționate cu dimensiunea, complexitatea și riscurile activității.</w:t>
      </w:r>
    </w:p>
    <w:p w14:paraId="48262F79" w14:textId="77777777" w:rsidR="00146DEE" w:rsidRPr="002A7B71" w:rsidRDefault="00000000">
      <w:pPr>
        <w:pStyle w:val="Heading2"/>
        <w:rPr>
          <w:noProof/>
          <w:lang w:val="ro-RO"/>
        </w:rPr>
      </w:pPr>
      <w:r w:rsidRPr="002A7B71">
        <w:rPr>
          <w:noProof/>
          <w:lang w:val="ro-RO"/>
        </w:rPr>
        <w:t>Cele cinci rezultate ale unui audit intern eficace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7540"/>
      </w:tblGrid>
      <w:tr w:rsidR="00146DEE" w:rsidRPr="002A7B71" w14:paraId="52748BBC" w14:textId="77777777">
        <w:trPr>
          <w:tblHeader/>
          <w:jc w:val="center"/>
        </w:trPr>
        <w:tc>
          <w:tcPr>
            <w:tcW w:w="2381" w:type="dxa"/>
            <w:shd w:val="clear" w:color="auto" w:fill="D71920"/>
            <w:tcMar>
              <w:top w:w="80" w:type="dxa"/>
              <w:left w:w="90" w:type="dxa"/>
              <w:bottom w:w="80" w:type="dxa"/>
              <w:right w:w="90" w:type="dxa"/>
            </w:tcMar>
            <w:vAlign w:val="center"/>
          </w:tcPr>
          <w:p w14:paraId="7BF81AB5" w14:textId="77777777" w:rsidR="00146DEE" w:rsidRPr="002A7B71" w:rsidRDefault="00000000">
            <w:pPr>
              <w:spacing w:after="0" w:line="240" w:lineRule="auto"/>
              <w:jc w:val="center"/>
              <w:rPr>
                <w:noProof/>
                <w:lang w:val="ro-RO"/>
              </w:rPr>
            </w:pPr>
            <w:r w:rsidRPr="002A7B71">
              <w:rPr>
                <w:b/>
                <w:noProof/>
                <w:color w:val="FFFFFF"/>
                <w:sz w:val="16"/>
                <w:lang w:val="ro-RO"/>
              </w:rPr>
              <w:t>REZULTAT</w:t>
            </w:r>
          </w:p>
        </w:tc>
        <w:tc>
          <w:tcPr>
            <w:tcW w:w="7540" w:type="dxa"/>
            <w:shd w:val="clear" w:color="auto" w:fill="D71920"/>
            <w:tcMar>
              <w:top w:w="80" w:type="dxa"/>
              <w:left w:w="90" w:type="dxa"/>
              <w:bottom w:w="80" w:type="dxa"/>
              <w:right w:w="90" w:type="dxa"/>
            </w:tcMar>
            <w:vAlign w:val="center"/>
          </w:tcPr>
          <w:p w14:paraId="78258537" w14:textId="77777777" w:rsidR="00146DEE" w:rsidRPr="002A7B71" w:rsidRDefault="00000000">
            <w:pPr>
              <w:spacing w:after="0" w:line="240" w:lineRule="auto"/>
              <w:jc w:val="center"/>
              <w:rPr>
                <w:noProof/>
                <w:lang w:val="ro-RO"/>
              </w:rPr>
            </w:pPr>
            <w:r w:rsidRPr="002A7B71">
              <w:rPr>
                <w:b/>
                <w:noProof/>
                <w:color w:val="FFFFFF"/>
                <w:sz w:val="16"/>
                <w:lang w:val="ro-RO"/>
              </w:rPr>
              <w:t>ÎNTREBAREA LA CARE RĂSPUNDE</w:t>
            </w:r>
          </w:p>
        </w:tc>
      </w:tr>
      <w:tr w:rsidR="00146DEE" w:rsidRPr="002A7B71" w14:paraId="109DC016" w14:textId="77777777">
        <w:trPr>
          <w:cantSplit/>
          <w:jc w:val="center"/>
        </w:trPr>
        <w:tc>
          <w:tcPr>
            <w:tcW w:w="2381" w:type="dxa"/>
            <w:shd w:val="clear" w:color="auto" w:fill="FFFFFF"/>
            <w:tcMar>
              <w:top w:w="80" w:type="dxa"/>
              <w:left w:w="90" w:type="dxa"/>
              <w:bottom w:w="80" w:type="dxa"/>
              <w:right w:w="90" w:type="dxa"/>
            </w:tcMar>
            <w:vAlign w:val="center"/>
          </w:tcPr>
          <w:p w14:paraId="5C2195C5" w14:textId="77777777" w:rsidR="00146DEE" w:rsidRPr="002A7B71" w:rsidRDefault="00000000">
            <w:pPr>
              <w:spacing w:after="0" w:line="240" w:lineRule="auto"/>
              <w:rPr>
                <w:noProof/>
                <w:lang w:val="ro-RO"/>
              </w:rPr>
            </w:pPr>
            <w:r w:rsidRPr="002A7B71">
              <w:rPr>
                <w:noProof/>
                <w:sz w:val="17"/>
                <w:lang w:val="ro-RO"/>
              </w:rPr>
              <w:t>Conformitate</w:t>
            </w:r>
          </w:p>
        </w:tc>
        <w:tc>
          <w:tcPr>
            <w:tcW w:w="7540" w:type="dxa"/>
            <w:shd w:val="clear" w:color="auto" w:fill="FFFFFF"/>
            <w:tcMar>
              <w:top w:w="80" w:type="dxa"/>
              <w:left w:w="90" w:type="dxa"/>
              <w:bottom w:w="80" w:type="dxa"/>
              <w:right w:w="90" w:type="dxa"/>
            </w:tcMar>
            <w:vAlign w:val="center"/>
          </w:tcPr>
          <w:p w14:paraId="0F7B84AE" w14:textId="77777777" w:rsidR="00146DEE" w:rsidRPr="002A7B71" w:rsidRDefault="00000000">
            <w:pPr>
              <w:spacing w:after="0" w:line="240" w:lineRule="auto"/>
              <w:rPr>
                <w:noProof/>
                <w:lang w:val="ro-RO"/>
              </w:rPr>
            </w:pPr>
            <w:r w:rsidRPr="002A7B71">
              <w:rPr>
                <w:noProof/>
                <w:sz w:val="17"/>
                <w:lang w:val="ro-RO"/>
              </w:rPr>
              <w:t>Sunt respectate criteriile de audit: standarde, cerințe legale, contractuale și reguli interne?</w:t>
            </w:r>
          </w:p>
        </w:tc>
      </w:tr>
      <w:tr w:rsidR="00146DEE" w:rsidRPr="002A7B71" w14:paraId="6FA1EFA2" w14:textId="77777777">
        <w:trPr>
          <w:cantSplit/>
          <w:jc w:val="center"/>
        </w:trPr>
        <w:tc>
          <w:tcPr>
            <w:tcW w:w="2381" w:type="dxa"/>
            <w:shd w:val="clear" w:color="auto" w:fill="FAFAFA"/>
            <w:tcMar>
              <w:top w:w="80" w:type="dxa"/>
              <w:left w:w="90" w:type="dxa"/>
              <w:bottom w:w="80" w:type="dxa"/>
              <w:right w:w="90" w:type="dxa"/>
            </w:tcMar>
            <w:vAlign w:val="center"/>
          </w:tcPr>
          <w:p w14:paraId="0EDEBA4D" w14:textId="77777777" w:rsidR="00146DEE" w:rsidRPr="002A7B71" w:rsidRDefault="00000000">
            <w:pPr>
              <w:spacing w:after="0" w:line="240" w:lineRule="auto"/>
              <w:rPr>
                <w:noProof/>
                <w:lang w:val="ro-RO"/>
              </w:rPr>
            </w:pPr>
            <w:r w:rsidRPr="002A7B71">
              <w:rPr>
                <w:noProof/>
                <w:sz w:val="17"/>
                <w:lang w:val="ro-RO"/>
              </w:rPr>
              <w:t>Implementare</w:t>
            </w:r>
          </w:p>
        </w:tc>
        <w:tc>
          <w:tcPr>
            <w:tcW w:w="7540" w:type="dxa"/>
            <w:shd w:val="clear" w:color="auto" w:fill="FAFAFA"/>
            <w:tcMar>
              <w:top w:w="80" w:type="dxa"/>
              <w:left w:w="90" w:type="dxa"/>
              <w:bottom w:w="80" w:type="dxa"/>
              <w:right w:w="90" w:type="dxa"/>
            </w:tcMar>
            <w:vAlign w:val="center"/>
          </w:tcPr>
          <w:p w14:paraId="119DD931" w14:textId="77777777" w:rsidR="00146DEE" w:rsidRPr="002A7B71" w:rsidRDefault="00000000">
            <w:pPr>
              <w:spacing w:after="0" w:line="240" w:lineRule="auto"/>
              <w:rPr>
                <w:noProof/>
                <w:lang w:val="ro-RO"/>
              </w:rPr>
            </w:pPr>
            <w:r w:rsidRPr="002A7B71">
              <w:rPr>
                <w:noProof/>
                <w:sz w:val="17"/>
                <w:lang w:val="ro-RO"/>
              </w:rPr>
              <w:t>Ceea ce este planificat sau documentat este aplicat în practică?</w:t>
            </w:r>
          </w:p>
        </w:tc>
      </w:tr>
      <w:tr w:rsidR="00146DEE" w:rsidRPr="002A7B71" w14:paraId="4E322E6D" w14:textId="77777777">
        <w:trPr>
          <w:cantSplit/>
          <w:jc w:val="center"/>
        </w:trPr>
        <w:tc>
          <w:tcPr>
            <w:tcW w:w="2381" w:type="dxa"/>
            <w:shd w:val="clear" w:color="auto" w:fill="FFFFFF"/>
            <w:tcMar>
              <w:top w:w="80" w:type="dxa"/>
              <w:left w:w="90" w:type="dxa"/>
              <w:bottom w:w="80" w:type="dxa"/>
              <w:right w:w="90" w:type="dxa"/>
            </w:tcMar>
            <w:vAlign w:val="center"/>
          </w:tcPr>
          <w:p w14:paraId="32731AF4" w14:textId="77777777" w:rsidR="00146DEE" w:rsidRPr="002A7B71" w:rsidRDefault="00000000">
            <w:pPr>
              <w:spacing w:after="0" w:line="240" w:lineRule="auto"/>
              <w:rPr>
                <w:noProof/>
                <w:lang w:val="ro-RO"/>
              </w:rPr>
            </w:pPr>
            <w:r w:rsidRPr="002A7B71">
              <w:rPr>
                <w:noProof/>
                <w:sz w:val="17"/>
                <w:lang w:val="ro-RO"/>
              </w:rPr>
              <w:t>Eficacitate</w:t>
            </w:r>
          </w:p>
        </w:tc>
        <w:tc>
          <w:tcPr>
            <w:tcW w:w="7540" w:type="dxa"/>
            <w:shd w:val="clear" w:color="auto" w:fill="FFFFFF"/>
            <w:tcMar>
              <w:top w:w="80" w:type="dxa"/>
              <w:left w:w="90" w:type="dxa"/>
              <w:bottom w:w="80" w:type="dxa"/>
              <w:right w:w="90" w:type="dxa"/>
            </w:tcMar>
            <w:vAlign w:val="center"/>
          </w:tcPr>
          <w:p w14:paraId="04DDDB49" w14:textId="77777777" w:rsidR="00146DEE" w:rsidRPr="002A7B71" w:rsidRDefault="00000000">
            <w:pPr>
              <w:spacing w:after="0" w:line="240" w:lineRule="auto"/>
              <w:rPr>
                <w:noProof/>
                <w:lang w:val="ro-RO"/>
              </w:rPr>
            </w:pPr>
            <w:r w:rsidRPr="002A7B71">
              <w:rPr>
                <w:noProof/>
                <w:sz w:val="17"/>
                <w:lang w:val="ro-RO"/>
              </w:rPr>
              <w:t>Procesul produce rezultatele planificate și controlează riscurile relevante?</w:t>
            </w:r>
          </w:p>
        </w:tc>
      </w:tr>
      <w:tr w:rsidR="00146DEE" w:rsidRPr="002A7B71" w14:paraId="47FD5636" w14:textId="77777777">
        <w:trPr>
          <w:cantSplit/>
          <w:jc w:val="center"/>
        </w:trPr>
        <w:tc>
          <w:tcPr>
            <w:tcW w:w="2381" w:type="dxa"/>
            <w:shd w:val="clear" w:color="auto" w:fill="FAFAFA"/>
            <w:tcMar>
              <w:top w:w="80" w:type="dxa"/>
              <w:left w:w="90" w:type="dxa"/>
              <w:bottom w:w="80" w:type="dxa"/>
              <w:right w:w="90" w:type="dxa"/>
            </w:tcMar>
            <w:vAlign w:val="center"/>
          </w:tcPr>
          <w:p w14:paraId="762BDA32" w14:textId="77777777" w:rsidR="00146DEE" w:rsidRPr="002A7B71" w:rsidRDefault="00000000">
            <w:pPr>
              <w:spacing w:after="0" w:line="240" w:lineRule="auto"/>
              <w:rPr>
                <w:noProof/>
                <w:lang w:val="ro-RO"/>
              </w:rPr>
            </w:pPr>
            <w:r w:rsidRPr="002A7B71">
              <w:rPr>
                <w:noProof/>
                <w:sz w:val="17"/>
                <w:lang w:val="ro-RO"/>
              </w:rPr>
              <w:t>Integrare</w:t>
            </w:r>
          </w:p>
        </w:tc>
        <w:tc>
          <w:tcPr>
            <w:tcW w:w="7540" w:type="dxa"/>
            <w:shd w:val="clear" w:color="auto" w:fill="FAFAFA"/>
            <w:tcMar>
              <w:top w:w="80" w:type="dxa"/>
              <w:left w:w="90" w:type="dxa"/>
              <w:bottom w:w="80" w:type="dxa"/>
              <w:right w:w="90" w:type="dxa"/>
            </w:tcMar>
            <w:vAlign w:val="center"/>
          </w:tcPr>
          <w:p w14:paraId="0B5E9EC3" w14:textId="77777777" w:rsidR="00146DEE" w:rsidRPr="002A7B71" w:rsidRDefault="00000000">
            <w:pPr>
              <w:spacing w:after="0" w:line="240" w:lineRule="auto"/>
              <w:rPr>
                <w:noProof/>
                <w:lang w:val="ro-RO"/>
              </w:rPr>
            </w:pPr>
            <w:r w:rsidRPr="002A7B71">
              <w:rPr>
                <w:noProof/>
                <w:sz w:val="17"/>
                <w:lang w:val="ro-RO"/>
              </w:rPr>
              <w:t>Procesele, responsabilitățile și informațiile funcționează împreună, nu izolat?</w:t>
            </w:r>
          </w:p>
        </w:tc>
      </w:tr>
      <w:tr w:rsidR="00146DEE" w:rsidRPr="002A7B71" w14:paraId="76B269B9" w14:textId="77777777">
        <w:trPr>
          <w:cantSplit/>
          <w:jc w:val="center"/>
        </w:trPr>
        <w:tc>
          <w:tcPr>
            <w:tcW w:w="2381" w:type="dxa"/>
            <w:shd w:val="clear" w:color="auto" w:fill="FFFFFF"/>
            <w:tcMar>
              <w:top w:w="80" w:type="dxa"/>
              <w:left w:w="90" w:type="dxa"/>
              <w:bottom w:w="80" w:type="dxa"/>
              <w:right w:w="90" w:type="dxa"/>
            </w:tcMar>
            <w:vAlign w:val="center"/>
          </w:tcPr>
          <w:p w14:paraId="5CE1385F" w14:textId="77777777" w:rsidR="00146DEE" w:rsidRPr="002A7B71" w:rsidRDefault="00000000">
            <w:pPr>
              <w:spacing w:after="0" w:line="240" w:lineRule="auto"/>
              <w:rPr>
                <w:noProof/>
                <w:lang w:val="ro-RO"/>
              </w:rPr>
            </w:pPr>
            <w:r w:rsidRPr="002A7B71">
              <w:rPr>
                <w:noProof/>
                <w:sz w:val="17"/>
                <w:lang w:val="ro-RO"/>
              </w:rPr>
              <w:t>Îmbunătățire</w:t>
            </w:r>
          </w:p>
        </w:tc>
        <w:tc>
          <w:tcPr>
            <w:tcW w:w="7540" w:type="dxa"/>
            <w:shd w:val="clear" w:color="auto" w:fill="FFFFFF"/>
            <w:tcMar>
              <w:top w:w="80" w:type="dxa"/>
              <w:left w:w="90" w:type="dxa"/>
              <w:bottom w:w="80" w:type="dxa"/>
              <w:right w:w="90" w:type="dxa"/>
            </w:tcMar>
            <w:vAlign w:val="center"/>
          </w:tcPr>
          <w:p w14:paraId="473C7DC9" w14:textId="77777777" w:rsidR="00146DEE" w:rsidRPr="002A7B71" w:rsidRDefault="00000000">
            <w:pPr>
              <w:spacing w:after="0" w:line="240" w:lineRule="auto"/>
              <w:rPr>
                <w:noProof/>
                <w:lang w:val="ro-RO"/>
              </w:rPr>
            </w:pPr>
            <w:r w:rsidRPr="002A7B71">
              <w:rPr>
                <w:noProof/>
                <w:sz w:val="17"/>
                <w:lang w:val="ro-RO"/>
              </w:rPr>
              <w:t>Există informații clare pentru corecție, prevenirea repetării și performanță mai bună?</w:t>
            </w:r>
          </w:p>
        </w:tc>
      </w:tr>
    </w:tbl>
    <w:p w14:paraId="358ED904" w14:textId="77777777" w:rsidR="00146DEE" w:rsidRPr="002A7B71" w:rsidRDefault="00146DEE">
      <w:pPr>
        <w:spacing w:after="20"/>
        <w:rPr>
          <w:noProof/>
          <w:lang w:val="ro-RO"/>
        </w:rPr>
      </w:pPr>
    </w:p>
    <w:p w14:paraId="44283D34" w14:textId="77777777" w:rsidR="00146DEE" w:rsidRPr="002A7B71" w:rsidRDefault="00000000">
      <w:pPr>
        <w:pStyle w:val="Heading2"/>
        <w:rPr>
          <w:noProof/>
          <w:lang w:val="ro-RO"/>
        </w:rPr>
      </w:pPr>
      <w:r w:rsidRPr="002A7B71">
        <w:rPr>
          <w:noProof/>
          <w:lang w:val="ro-RO"/>
        </w:rPr>
        <w:t>Termeni esențiali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7540"/>
      </w:tblGrid>
      <w:tr w:rsidR="00146DEE" w:rsidRPr="002A7B71" w14:paraId="5523DF0E" w14:textId="77777777">
        <w:trPr>
          <w:tblHeader/>
          <w:jc w:val="center"/>
        </w:trPr>
        <w:tc>
          <w:tcPr>
            <w:tcW w:w="2381" w:type="dxa"/>
            <w:shd w:val="clear" w:color="auto" w:fill="D71920"/>
            <w:tcMar>
              <w:top w:w="80" w:type="dxa"/>
              <w:left w:w="90" w:type="dxa"/>
              <w:bottom w:w="80" w:type="dxa"/>
              <w:right w:w="90" w:type="dxa"/>
            </w:tcMar>
            <w:vAlign w:val="center"/>
          </w:tcPr>
          <w:p w14:paraId="56C0CA0F" w14:textId="77777777" w:rsidR="00146DEE" w:rsidRPr="002A7B71" w:rsidRDefault="00000000">
            <w:pPr>
              <w:spacing w:after="0" w:line="240" w:lineRule="auto"/>
              <w:jc w:val="center"/>
              <w:rPr>
                <w:noProof/>
                <w:lang w:val="ro-RO"/>
              </w:rPr>
            </w:pPr>
            <w:r w:rsidRPr="002A7B71">
              <w:rPr>
                <w:b/>
                <w:noProof/>
                <w:color w:val="FFFFFF"/>
                <w:sz w:val="16"/>
                <w:lang w:val="ro-RO"/>
              </w:rPr>
              <w:t>TERMEN</w:t>
            </w:r>
          </w:p>
        </w:tc>
        <w:tc>
          <w:tcPr>
            <w:tcW w:w="7540" w:type="dxa"/>
            <w:shd w:val="clear" w:color="auto" w:fill="D71920"/>
            <w:tcMar>
              <w:top w:w="80" w:type="dxa"/>
              <w:left w:w="90" w:type="dxa"/>
              <w:bottom w:w="80" w:type="dxa"/>
              <w:right w:w="90" w:type="dxa"/>
            </w:tcMar>
            <w:vAlign w:val="center"/>
          </w:tcPr>
          <w:p w14:paraId="3D1476F1" w14:textId="77777777" w:rsidR="00146DEE" w:rsidRPr="002A7B71" w:rsidRDefault="00000000">
            <w:pPr>
              <w:spacing w:after="0" w:line="240" w:lineRule="auto"/>
              <w:jc w:val="center"/>
              <w:rPr>
                <w:noProof/>
                <w:lang w:val="ro-RO"/>
              </w:rPr>
            </w:pPr>
            <w:r w:rsidRPr="002A7B71">
              <w:rPr>
                <w:b/>
                <w:noProof/>
                <w:color w:val="FFFFFF"/>
                <w:sz w:val="16"/>
                <w:lang w:val="ro-RO"/>
              </w:rPr>
              <w:t>EXPLICAȚIE PRACTICĂ</w:t>
            </w:r>
          </w:p>
        </w:tc>
      </w:tr>
      <w:tr w:rsidR="00146DEE" w:rsidRPr="002A7B71" w14:paraId="3976F0B6" w14:textId="77777777">
        <w:trPr>
          <w:cantSplit/>
          <w:jc w:val="center"/>
        </w:trPr>
        <w:tc>
          <w:tcPr>
            <w:tcW w:w="2381" w:type="dxa"/>
            <w:shd w:val="clear" w:color="auto" w:fill="FFFFFF"/>
            <w:tcMar>
              <w:top w:w="80" w:type="dxa"/>
              <w:left w:w="90" w:type="dxa"/>
              <w:bottom w:w="80" w:type="dxa"/>
              <w:right w:w="90" w:type="dxa"/>
            </w:tcMar>
            <w:vAlign w:val="center"/>
          </w:tcPr>
          <w:p w14:paraId="5C30FE51" w14:textId="77777777" w:rsidR="00146DEE" w:rsidRPr="002A7B71" w:rsidRDefault="00000000">
            <w:pPr>
              <w:spacing w:after="0" w:line="240" w:lineRule="auto"/>
              <w:rPr>
                <w:noProof/>
                <w:lang w:val="ro-RO"/>
              </w:rPr>
            </w:pPr>
            <w:r w:rsidRPr="002A7B71">
              <w:rPr>
                <w:noProof/>
                <w:sz w:val="16"/>
                <w:lang w:val="ro-RO"/>
              </w:rPr>
              <w:t>Criterii de audit</w:t>
            </w:r>
          </w:p>
        </w:tc>
        <w:tc>
          <w:tcPr>
            <w:tcW w:w="7540" w:type="dxa"/>
            <w:shd w:val="clear" w:color="auto" w:fill="FFFFFF"/>
            <w:tcMar>
              <w:top w:w="80" w:type="dxa"/>
              <w:left w:w="90" w:type="dxa"/>
              <w:bottom w:w="80" w:type="dxa"/>
              <w:right w:w="90" w:type="dxa"/>
            </w:tcMar>
            <w:vAlign w:val="center"/>
          </w:tcPr>
          <w:p w14:paraId="5E994849" w14:textId="77777777" w:rsidR="00146DEE" w:rsidRPr="002A7B71" w:rsidRDefault="00000000">
            <w:pPr>
              <w:spacing w:after="0" w:line="240" w:lineRule="auto"/>
              <w:rPr>
                <w:noProof/>
                <w:lang w:val="ro-RO"/>
              </w:rPr>
            </w:pPr>
            <w:r w:rsidRPr="002A7B71">
              <w:rPr>
                <w:noProof/>
                <w:sz w:val="16"/>
                <w:lang w:val="ro-RO"/>
              </w:rPr>
              <w:t>Cerințele față de care se compară dovezile: standard, legislație, contract, proceduri, politici, obiective sau alte reguli asumate.</w:t>
            </w:r>
          </w:p>
        </w:tc>
      </w:tr>
      <w:tr w:rsidR="00146DEE" w:rsidRPr="002A7B71" w14:paraId="2C1CF2F0" w14:textId="77777777">
        <w:trPr>
          <w:cantSplit/>
          <w:jc w:val="center"/>
        </w:trPr>
        <w:tc>
          <w:tcPr>
            <w:tcW w:w="2381" w:type="dxa"/>
            <w:shd w:val="clear" w:color="auto" w:fill="FAFAFA"/>
            <w:tcMar>
              <w:top w:w="80" w:type="dxa"/>
              <w:left w:w="90" w:type="dxa"/>
              <w:bottom w:w="80" w:type="dxa"/>
              <w:right w:w="90" w:type="dxa"/>
            </w:tcMar>
            <w:vAlign w:val="center"/>
          </w:tcPr>
          <w:p w14:paraId="22FD47F1" w14:textId="77777777" w:rsidR="00146DEE" w:rsidRPr="002A7B71" w:rsidRDefault="00000000">
            <w:pPr>
              <w:spacing w:after="0" w:line="240" w:lineRule="auto"/>
              <w:rPr>
                <w:noProof/>
                <w:lang w:val="ro-RO"/>
              </w:rPr>
            </w:pPr>
            <w:r w:rsidRPr="002A7B71">
              <w:rPr>
                <w:noProof/>
                <w:sz w:val="16"/>
                <w:lang w:val="ro-RO"/>
              </w:rPr>
              <w:t>Dovezi de audit</w:t>
            </w:r>
          </w:p>
        </w:tc>
        <w:tc>
          <w:tcPr>
            <w:tcW w:w="7540" w:type="dxa"/>
            <w:shd w:val="clear" w:color="auto" w:fill="FAFAFA"/>
            <w:tcMar>
              <w:top w:w="80" w:type="dxa"/>
              <w:left w:w="90" w:type="dxa"/>
              <w:bottom w:w="80" w:type="dxa"/>
              <w:right w:w="90" w:type="dxa"/>
            </w:tcMar>
            <w:vAlign w:val="center"/>
          </w:tcPr>
          <w:p w14:paraId="69BDA983" w14:textId="77777777" w:rsidR="00146DEE" w:rsidRPr="002A7B71" w:rsidRDefault="00000000">
            <w:pPr>
              <w:spacing w:after="0" w:line="240" w:lineRule="auto"/>
              <w:rPr>
                <w:noProof/>
                <w:lang w:val="ro-RO"/>
              </w:rPr>
            </w:pPr>
            <w:r w:rsidRPr="002A7B71">
              <w:rPr>
                <w:noProof/>
                <w:sz w:val="16"/>
                <w:lang w:val="ro-RO"/>
              </w:rPr>
              <w:t>Informații verificabile: observații, interviuri confirmate, documente, înregistrări, date sau rezultate ale activităților.</w:t>
            </w:r>
          </w:p>
        </w:tc>
      </w:tr>
      <w:tr w:rsidR="00146DEE" w:rsidRPr="002A7B71" w14:paraId="135EEFD6" w14:textId="77777777">
        <w:trPr>
          <w:cantSplit/>
          <w:jc w:val="center"/>
        </w:trPr>
        <w:tc>
          <w:tcPr>
            <w:tcW w:w="2381" w:type="dxa"/>
            <w:shd w:val="clear" w:color="auto" w:fill="FFFFFF"/>
            <w:tcMar>
              <w:top w:w="80" w:type="dxa"/>
              <w:left w:w="90" w:type="dxa"/>
              <w:bottom w:w="80" w:type="dxa"/>
              <w:right w:w="90" w:type="dxa"/>
            </w:tcMar>
            <w:vAlign w:val="center"/>
          </w:tcPr>
          <w:p w14:paraId="6DA0ADB0" w14:textId="77777777" w:rsidR="00146DEE" w:rsidRPr="002A7B71" w:rsidRDefault="00000000">
            <w:pPr>
              <w:spacing w:after="0" w:line="240" w:lineRule="auto"/>
              <w:rPr>
                <w:noProof/>
                <w:lang w:val="ro-RO"/>
              </w:rPr>
            </w:pPr>
            <w:r w:rsidRPr="002A7B71">
              <w:rPr>
                <w:noProof/>
                <w:sz w:val="16"/>
                <w:lang w:val="ro-RO"/>
              </w:rPr>
              <w:t>Constatare</w:t>
            </w:r>
          </w:p>
        </w:tc>
        <w:tc>
          <w:tcPr>
            <w:tcW w:w="7540" w:type="dxa"/>
            <w:shd w:val="clear" w:color="auto" w:fill="FFFFFF"/>
            <w:tcMar>
              <w:top w:w="80" w:type="dxa"/>
              <w:left w:w="90" w:type="dxa"/>
              <w:bottom w:w="80" w:type="dxa"/>
              <w:right w:w="90" w:type="dxa"/>
            </w:tcMar>
            <w:vAlign w:val="center"/>
          </w:tcPr>
          <w:p w14:paraId="4834243C" w14:textId="77777777" w:rsidR="00146DEE" w:rsidRPr="002A7B71" w:rsidRDefault="00000000">
            <w:pPr>
              <w:spacing w:after="0" w:line="240" w:lineRule="auto"/>
              <w:rPr>
                <w:noProof/>
                <w:lang w:val="ro-RO"/>
              </w:rPr>
            </w:pPr>
            <w:r w:rsidRPr="002A7B71">
              <w:rPr>
                <w:noProof/>
                <w:sz w:val="16"/>
                <w:lang w:val="ro-RO"/>
              </w:rPr>
              <w:t>Rezultatul evaluării dovezilor față de criterii: conformitate, neconformitate sau altă categorie definită de organizație.</w:t>
            </w:r>
          </w:p>
        </w:tc>
      </w:tr>
      <w:tr w:rsidR="00146DEE" w:rsidRPr="002A7B71" w14:paraId="7329B923" w14:textId="77777777">
        <w:trPr>
          <w:cantSplit/>
          <w:jc w:val="center"/>
        </w:trPr>
        <w:tc>
          <w:tcPr>
            <w:tcW w:w="2381" w:type="dxa"/>
            <w:shd w:val="clear" w:color="auto" w:fill="FAFAFA"/>
            <w:tcMar>
              <w:top w:w="80" w:type="dxa"/>
              <w:left w:w="90" w:type="dxa"/>
              <w:bottom w:w="80" w:type="dxa"/>
              <w:right w:w="90" w:type="dxa"/>
            </w:tcMar>
            <w:vAlign w:val="center"/>
          </w:tcPr>
          <w:p w14:paraId="3C2396A5" w14:textId="77777777" w:rsidR="00146DEE" w:rsidRPr="002A7B71" w:rsidRDefault="00000000">
            <w:pPr>
              <w:spacing w:after="0" w:line="240" w:lineRule="auto"/>
              <w:rPr>
                <w:noProof/>
                <w:lang w:val="ro-RO"/>
              </w:rPr>
            </w:pPr>
            <w:r w:rsidRPr="002A7B71">
              <w:rPr>
                <w:noProof/>
                <w:sz w:val="16"/>
                <w:lang w:val="ro-RO"/>
              </w:rPr>
              <w:t>Domeniu</w:t>
            </w:r>
          </w:p>
        </w:tc>
        <w:tc>
          <w:tcPr>
            <w:tcW w:w="7540" w:type="dxa"/>
            <w:shd w:val="clear" w:color="auto" w:fill="FAFAFA"/>
            <w:tcMar>
              <w:top w:w="80" w:type="dxa"/>
              <w:left w:w="90" w:type="dxa"/>
              <w:bottom w:w="80" w:type="dxa"/>
              <w:right w:w="90" w:type="dxa"/>
            </w:tcMar>
            <w:vAlign w:val="center"/>
          </w:tcPr>
          <w:p w14:paraId="3C5710BB" w14:textId="77777777" w:rsidR="00146DEE" w:rsidRPr="002A7B71" w:rsidRDefault="00000000">
            <w:pPr>
              <w:spacing w:after="0" w:line="240" w:lineRule="auto"/>
              <w:rPr>
                <w:noProof/>
                <w:lang w:val="ro-RO"/>
              </w:rPr>
            </w:pPr>
            <w:r w:rsidRPr="002A7B71">
              <w:rPr>
                <w:noProof/>
                <w:sz w:val="16"/>
                <w:lang w:val="ro-RO"/>
              </w:rPr>
              <w:t>Limitele auditului: locații, procese, activități, perioadă, produse, servicii și standarde incluse.</w:t>
            </w:r>
          </w:p>
        </w:tc>
      </w:tr>
      <w:tr w:rsidR="00146DEE" w:rsidRPr="002A7B71" w14:paraId="6BC863AE" w14:textId="77777777">
        <w:trPr>
          <w:cantSplit/>
          <w:jc w:val="center"/>
        </w:trPr>
        <w:tc>
          <w:tcPr>
            <w:tcW w:w="2381" w:type="dxa"/>
            <w:shd w:val="clear" w:color="auto" w:fill="FFFFFF"/>
            <w:tcMar>
              <w:top w:w="80" w:type="dxa"/>
              <w:left w:w="90" w:type="dxa"/>
              <w:bottom w:w="80" w:type="dxa"/>
              <w:right w:w="90" w:type="dxa"/>
            </w:tcMar>
            <w:vAlign w:val="center"/>
          </w:tcPr>
          <w:p w14:paraId="22B06070" w14:textId="77777777" w:rsidR="00146DEE" w:rsidRPr="002A7B71" w:rsidRDefault="00000000">
            <w:pPr>
              <w:spacing w:after="0" w:line="240" w:lineRule="auto"/>
              <w:rPr>
                <w:noProof/>
                <w:lang w:val="ro-RO"/>
              </w:rPr>
            </w:pPr>
            <w:r w:rsidRPr="002A7B71">
              <w:rPr>
                <w:noProof/>
                <w:sz w:val="16"/>
                <w:lang w:val="ro-RO"/>
              </w:rPr>
              <w:t>Program de audit</w:t>
            </w:r>
          </w:p>
        </w:tc>
        <w:tc>
          <w:tcPr>
            <w:tcW w:w="7540" w:type="dxa"/>
            <w:shd w:val="clear" w:color="auto" w:fill="FFFFFF"/>
            <w:tcMar>
              <w:top w:w="80" w:type="dxa"/>
              <w:left w:w="90" w:type="dxa"/>
              <w:bottom w:w="80" w:type="dxa"/>
              <w:right w:w="90" w:type="dxa"/>
            </w:tcMar>
            <w:vAlign w:val="center"/>
          </w:tcPr>
          <w:p w14:paraId="637071BE" w14:textId="77777777" w:rsidR="00146DEE" w:rsidRPr="002A7B71" w:rsidRDefault="00000000">
            <w:pPr>
              <w:spacing w:after="0" w:line="240" w:lineRule="auto"/>
              <w:rPr>
                <w:noProof/>
                <w:lang w:val="ro-RO"/>
              </w:rPr>
            </w:pPr>
            <w:r w:rsidRPr="002A7B71">
              <w:rPr>
                <w:noProof/>
                <w:sz w:val="16"/>
                <w:lang w:val="ro-RO"/>
              </w:rPr>
              <w:t>Ansamblul auditurilor planificate într-o perioadă, cu priorități, resurse și responsabilități.</w:t>
            </w:r>
          </w:p>
        </w:tc>
      </w:tr>
      <w:tr w:rsidR="00146DEE" w:rsidRPr="002A7B71" w14:paraId="03599D22" w14:textId="77777777">
        <w:trPr>
          <w:cantSplit/>
          <w:jc w:val="center"/>
        </w:trPr>
        <w:tc>
          <w:tcPr>
            <w:tcW w:w="2381" w:type="dxa"/>
            <w:shd w:val="clear" w:color="auto" w:fill="FAFAFA"/>
            <w:tcMar>
              <w:top w:w="80" w:type="dxa"/>
              <w:left w:w="90" w:type="dxa"/>
              <w:bottom w:w="80" w:type="dxa"/>
              <w:right w:w="90" w:type="dxa"/>
            </w:tcMar>
            <w:vAlign w:val="center"/>
          </w:tcPr>
          <w:p w14:paraId="01A50C5E" w14:textId="77777777" w:rsidR="00146DEE" w:rsidRPr="002A7B71" w:rsidRDefault="00000000">
            <w:pPr>
              <w:spacing w:after="0" w:line="240" w:lineRule="auto"/>
              <w:rPr>
                <w:noProof/>
                <w:lang w:val="ro-RO"/>
              </w:rPr>
            </w:pPr>
            <w:r w:rsidRPr="002A7B71">
              <w:rPr>
                <w:noProof/>
                <w:sz w:val="16"/>
                <w:lang w:val="ro-RO"/>
              </w:rPr>
              <w:t>Plan de audit</w:t>
            </w:r>
          </w:p>
        </w:tc>
        <w:tc>
          <w:tcPr>
            <w:tcW w:w="7540" w:type="dxa"/>
            <w:shd w:val="clear" w:color="auto" w:fill="FAFAFA"/>
            <w:tcMar>
              <w:top w:w="80" w:type="dxa"/>
              <w:left w:w="90" w:type="dxa"/>
              <w:bottom w:w="80" w:type="dxa"/>
              <w:right w:w="90" w:type="dxa"/>
            </w:tcMar>
            <w:vAlign w:val="center"/>
          </w:tcPr>
          <w:p w14:paraId="33D812E5" w14:textId="77777777" w:rsidR="00146DEE" w:rsidRPr="002A7B71" w:rsidRDefault="00000000">
            <w:pPr>
              <w:spacing w:after="0" w:line="240" w:lineRule="auto"/>
              <w:rPr>
                <w:noProof/>
                <w:lang w:val="ro-RO"/>
              </w:rPr>
            </w:pPr>
            <w:r w:rsidRPr="002A7B71">
              <w:rPr>
                <w:noProof/>
                <w:sz w:val="16"/>
                <w:lang w:val="ro-RO"/>
              </w:rPr>
              <w:t>Agenda și aranjamentele pentru un audit concret.</w:t>
            </w:r>
          </w:p>
        </w:tc>
      </w:tr>
    </w:tbl>
    <w:p w14:paraId="1FEDDA56" w14:textId="77777777" w:rsidR="00146DEE" w:rsidRPr="002A7B71" w:rsidRDefault="00146DEE">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2DCE4867" w14:textId="77777777">
        <w:trPr>
          <w:cantSplit/>
          <w:jc w:val="center"/>
        </w:trPr>
        <w:tc>
          <w:tcPr>
            <w:tcW w:w="567" w:type="dxa"/>
            <w:shd w:val="clear" w:color="auto" w:fill="D71920"/>
            <w:tcMar>
              <w:top w:w="80" w:type="dxa"/>
              <w:left w:w="90" w:type="dxa"/>
              <w:bottom w:w="80" w:type="dxa"/>
              <w:right w:w="90" w:type="dxa"/>
            </w:tcMar>
            <w:vAlign w:val="center"/>
          </w:tcPr>
          <w:p w14:paraId="02DDE130" w14:textId="77777777" w:rsidR="00146DEE" w:rsidRPr="002A7B71" w:rsidRDefault="00000000">
            <w:pPr>
              <w:spacing w:after="0" w:line="240" w:lineRule="auto"/>
              <w:jc w:val="center"/>
              <w:rPr>
                <w:noProof/>
                <w:lang w:val="ro-RO"/>
              </w:rPr>
            </w:pPr>
            <w:r w:rsidRPr="002A7B71">
              <w:rPr>
                <w:b/>
                <w:noProof/>
                <w:color w:val="FFFFFF"/>
                <w:sz w:val="32"/>
                <w:lang w:val="ro-RO"/>
              </w:rPr>
              <w:t>!</w:t>
            </w:r>
          </w:p>
        </w:tc>
        <w:tc>
          <w:tcPr>
            <w:tcW w:w="9354" w:type="dxa"/>
            <w:shd w:val="clear" w:color="auto" w:fill="FCEBEC"/>
          </w:tcPr>
          <w:p w14:paraId="1514924B" w14:textId="77777777" w:rsidR="00146DEE" w:rsidRPr="002A7B71" w:rsidRDefault="00000000">
            <w:pPr>
              <w:spacing w:after="40"/>
              <w:rPr>
                <w:noProof/>
                <w:lang w:val="ro-RO"/>
              </w:rPr>
            </w:pPr>
            <w:r w:rsidRPr="002A7B71">
              <w:rPr>
                <w:b/>
                <w:noProof/>
                <w:color w:val="D71920"/>
                <w:lang w:val="ro-RO"/>
              </w:rPr>
              <w:t>IMPORTANT</w:t>
            </w:r>
          </w:p>
          <w:p w14:paraId="513D0AA5" w14:textId="77777777" w:rsidR="00146DEE" w:rsidRPr="002A7B71" w:rsidRDefault="00000000">
            <w:pPr>
              <w:spacing w:after="0" w:line="252" w:lineRule="auto"/>
              <w:rPr>
                <w:noProof/>
                <w:lang w:val="ro-RO"/>
              </w:rPr>
            </w:pPr>
            <w:r w:rsidRPr="002A7B71">
              <w:rPr>
                <w:noProof/>
                <w:sz w:val="17"/>
                <w:lang w:val="ro-RO"/>
              </w:rPr>
              <w:t>ISO 19011 oferă îndrumări pentru auditare; nu este un standard de certificare. Criteriile obligatorii provin din standardul de sistem de management aplicabil și din cerințele asumate de organizație.</w:t>
            </w:r>
          </w:p>
        </w:tc>
      </w:tr>
    </w:tbl>
    <w:p w14:paraId="5DBC5B27" w14:textId="77777777" w:rsidR="00146DEE" w:rsidRPr="002A7B71" w:rsidRDefault="00146DEE">
      <w:pPr>
        <w:spacing w:after="0"/>
        <w:rPr>
          <w:noProof/>
          <w:lang w:val="ro-RO"/>
        </w:rPr>
      </w:pPr>
    </w:p>
    <w:p w14:paraId="1E01C8CD" w14:textId="77777777" w:rsidR="00146DEE" w:rsidRPr="002A7B71" w:rsidRDefault="00000000">
      <w:pPr>
        <w:pStyle w:val="Heading2"/>
        <w:rPr>
          <w:noProof/>
          <w:lang w:val="ro-RO"/>
        </w:rPr>
      </w:pPr>
      <w:r w:rsidRPr="002A7B71">
        <w:rPr>
          <w:noProof/>
          <w:lang w:val="ro-RO"/>
        </w:rPr>
        <w:t>Fluxul complet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1984"/>
        <w:gridCol w:w="1984"/>
        <w:gridCol w:w="1984"/>
        <w:gridCol w:w="1984"/>
      </w:tblGrid>
      <w:tr w:rsidR="00146DEE" w:rsidRPr="002A7B71" w14:paraId="65489181" w14:textId="77777777">
        <w:trPr>
          <w:tblHeader/>
          <w:jc w:val="center"/>
        </w:trPr>
        <w:tc>
          <w:tcPr>
            <w:tcW w:w="1984" w:type="dxa"/>
            <w:shd w:val="clear" w:color="auto" w:fill="D71920"/>
            <w:tcMar>
              <w:top w:w="80" w:type="dxa"/>
              <w:left w:w="90" w:type="dxa"/>
              <w:bottom w:w="80" w:type="dxa"/>
              <w:right w:w="90" w:type="dxa"/>
            </w:tcMar>
            <w:vAlign w:val="center"/>
          </w:tcPr>
          <w:p w14:paraId="45812DF3" w14:textId="77777777" w:rsidR="00146DEE" w:rsidRPr="002A7B71" w:rsidRDefault="00000000">
            <w:pPr>
              <w:spacing w:after="0" w:line="240" w:lineRule="auto"/>
              <w:jc w:val="center"/>
              <w:rPr>
                <w:noProof/>
                <w:lang w:val="ro-RO"/>
              </w:rPr>
            </w:pPr>
            <w:r w:rsidRPr="002A7B71">
              <w:rPr>
                <w:b/>
                <w:noProof/>
                <w:color w:val="FFFFFF"/>
                <w:sz w:val="14"/>
                <w:lang w:val="ro-RO"/>
              </w:rPr>
              <w:t>1. PROGRAM</w:t>
            </w:r>
          </w:p>
        </w:tc>
        <w:tc>
          <w:tcPr>
            <w:tcW w:w="1984" w:type="dxa"/>
            <w:shd w:val="clear" w:color="auto" w:fill="D71920"/>
            <w:tcMar>
              <w:top w:w="80" w:type="dxa"/>
              <w:left w:w="90" w:type="dxa"/>
              <w:bottom w:w="80" w:type="dxa"/>
              <w:right w:w="90" w:type="dxa"/>
            </w:tcMar>
            <w:vAlign w:val="center"/>
          </w:tcPr>
          <w:p w14:paraId="07CC9614" w14:textId="77777777" w:rsidR="00146DEE" w:rsidRPr="002A7B71" w:rsidRDefault="00000000">
            <w:pPr>
              <w:spacing w:after="0" w:line="240" w:lineRule="auto"/>
              <w:jc w:val="center"/>
              <w:rPr>
                <w:noProof/>
                <w:lang w:val="ro-RO"/>
              </w:rPr>
            </w:pPr>
            <w:r w:rsidRPr="002A7B71">
              <w:rPr>
                <w:b/>
                <w:noProof/>
                <w:color w:val="FFFFFF"/>
                <w:sz w:val="14"/>
                <w:lang w:val="ro-RO"/>
              </w:rPr>
              <w:t>2. PREGĂTIRE</w:t>
            </w:r>
          </w:p>
        </w:tc>
        <w:tc>
          <w:tcPr>
            <w:tcW w:w="1984" w:type="dxa"/>
            <w:shd w:val="clear" w:color="auto" w:fill="D71920"/>
            <w:tcMar>
              <w:top w:w="80" w:type="dxa"/>
              <w:left w:w="90" w:type="dxa"/>
              <w:bottom w:w="80" w:type="dxa"/>
              <w:right w:w="90" w:type="dxa"/>
            </w:tcMar>
            <w:vAlign w:val="center"/>
          </w:tcPr>
          <w:p w14:paraId="4EA625BA" w14:textId="77777777" w:rsidR="00146DEE" w:rsidRPr="002A7B71" w:rsidRDefault="00000000">
            <w:pPr>
              <w:spacing w:after="0" w:line="240" w:lineRule="auto"/>
              <w:jc w:val="center"/>
              <w:rPr>
                <w:noProof/>
                <w:lang w:val="ro-RO"/>
              </w:rPr>
            </w:pPr>
            <w:r w:rsidRPr="002A7B71">
              <w:rPr>
                <w:b/>
                <w:noProof/>
                <w:color w:val="FFFFFF"/>
                <w:sz w:val="14"/>
                <w:lang w:val="ro-RO"/>
              </w:rPr>
              <w:t>3. EXECUȚIE</w:t>
            </w:r>
          </w:p>
        </w:tc>
        <w:tc>
          <w:tcPr>
            <w:tcW w:w="1984" w:type="dxa"/>
            <w:shd w:val="clear" w:color="auto" w:fill="D71920"/>
            <w:tcMar>
              <w:top w:w="80" w:type="dxa"/>
              <w:left w:w="90" w:type="dxa"/>
              <w:bottom w:w="80" w:type="dxa"/>
              <w:right w:w="90" w:type="dxa"/>
            </w:tcMar>
            <w:vAlign w:val="center"/>
          </w:tcPr>
          <w:p w14:paraId="57022DB5" w14:textId="77777777" w:rsidR="00146DEE" w:rsidRPr="002A7B71" w:rsidRDefault="00000000">
            <w:pPr>
              <w:spacing w:after="0" w:line="240" w:lineRule="auto"/>
              <w:jc w:val="center"/>
              <w:rPr>
                <w:noProof/>
                <w:lang w:val="ro-RO"/>
              </w:rPr>
            </w:pPr>
            <w:r w:rsidRPr="002A7B71">
              <w:rPr>
                <w:b/>
                <w:noProof/>
                <w:color w:val="FFFFFF"/>
                <w:sz w:val="14"/>
                <w:lang w:val="ro-RO"/>
              </w:rPr>
              <w:t>4. RAPORT</w:t>
            </w:r>
          </w:p>
        </w:tc>
        <w:tc>
          <w:tcPr>
            <w:tcW w:w="1984" w:type="dxa"/>
            <w:shd w:val="clear" w:color="auto" w:fill="D71920"/>
            <w:tcMar>
              <w:top w:w="80" w:type="dxa"/>
              <w:left w:w="90" w:type="dxa"/>
              <w:bottom w:w="80" w:type="dxa"/>
              <w:right w:w="90" w:type="dxa"/>
            </w:tcMar>
            <w:vAlign w:val="center"/>
          </w:tcPr>
          <w:p w14:paraId="09A04A21" w14:textId="77777777" w:rsidR="00146DEE" w:rsidRPr="002A7B71" w:rsidRDefault="00000000">
            <w:pPr>
              <w:spacing w:after="0" w:line="240" w:lineRule="auto"/>
              <w:jc w:val="center"/>
              <w:rPr>
                <w:noProof/>
                <w:lang w:val="ro-RO"/>
              </w:rPr>
            </w:pPr>
            <w:r w:rsidRPr="002A7B71">
              <w:rPr>
                <w:b/>
                <w:noProof/>
                <w:color w:val="FFFFFF"/>
                <w:sz w:val="14"/>
                <w:lang w:val="ro-RO"/>
              </w:rPr>
              <w:t>5. URMĂRIRE</w:t>
            </w:r>
          </w:p>
        </w:tc>
      </w:tr>
      <w:tr w:rsidR="00146DEE" w:rsidRPr="002A7B71" w14:paraId="1FAB6770" w14:textId="77777777">
        <w:trPr>
          <w:cantSplit/>
          <w:jc w:val="center"/>
        </w:trPr>
        <w:tc>
          <w:tcPr>
            <w:tcW w:w="1984" w:type="dxa"/>
            <w:shd w:val="clear" w:color="auto" w:fill="FFFFFF"/>
            <w:tcMar>
              <w:top w:w="80" w:type="dxa"/>
              <w:left w:w="90" w:type="dxa"/>
              <w:bottom w:w="80" w:type="dxa"/>
              <w:right w:w="90" w:type="dxa"/>
            </w:tcMar>
            <w:vAlign w:val="center"/>
          </w:tcPr>
          <w:p w14:paraId="2C02E093" w14:textId="77777777" w:rsidR="00146DEE" w:rsidRPr="002A7B71" w:rsidRDefault="00000000">
            <w:pPr>
              <w:spacing w:after="0" w:line="240" w:lineRule="auto"/>
              <w:jc w:val="center"/>
              <w:rPr>
                <w:noProof/>
                <w:lang w:val="ro-RO"/>
              </w:rPr>
            </w:pPr>
            <w:r w:rsidRPr="002A7B71">
              <w:rPr>
                <w:noProof/>
                <w:sz w:val="15"/>
                <w:lang w:val="ro-RO"/>
              </w:rPr>
              <w:t>Priorități și frecvență</w:t>
            </w:r>
          </w:p>
        </w:tc>
        <w:tc>
          <w:tcPr>
            <w:tcW w:w="1984" w:type="dxa"/>
            <w:shd w:val="clear" w:color="auto" w:fill="FFFFFF"/>
            <w:tcMar>
              <w:top w:w="80" w:type="dxa"/>
              <w:left w:w="90" w:type="dxa"/>
              <w:bottom w:w="80" w:type="dxa"/>
              <w:right w:w="90" w:type="dxa"/>
            </w:tcMar>
            <w:vAlign w:val="center"/>
          </w:tcPr>
          <w:p w14:paraId="056E31A9" w14:textId="77777777" w:rsidR="00146DEE" w:rsidRPr="002A7B71" w:rsidRDefault="00000000">
            <w:pPr>
              <w:spacing w:after="0" w:line="240" w:lineRule="auto"/>
              <w:jc w:val="center"/>
              <w:rPr>
                <w:noProof/>
                <w:lang w:val="ro-RO"/>
              </w:rPr>
            </w:pPr>
            <w:r w:rsidRPr="002A7B71">
              <w:rPr>
                <w:noProof/>
                <w:sz w:val="15"/>
                <w:lang w:val="ro-RO"/>
              </w:rPr>
              <w:t>Domeniu, criterii, eșantion</w:t>
            </w:r>
          </w:p>
        </w:tc>
        <w:tc>
          <w:tcPr>
            <w:tcW w:w="1984" w:type="dxa"/>
            <w:shd w:val="clear" w:color="auto" w:fill="FFFFFF"/>
            <w:tcMar>
              <w:top w:w="80" w:type="dxa"/>
              <w:left w:w="90" w:type="dxa"/>
              <w:bottom w:w="80" w:type="dxa"/>
              <w:right w:w="90" w:type="dxa"/>
            </w:tcMar>
            <w:vAlign w:val="center"/>
          </w:tcPr>
          <w:p w14:paraId="6F73D418" w14:textId="77777777" w:rsidR="00146DEE" w:rsidRPr="002A7B71" w:rsidRDefault="00000000">
            <w:pPr>
              <w:spacing w:after="0" w:line="240" w:lineRule="auto"/>
              <w:jc w:val="center"/>
              <w:rPr>
                <w:noProof/>
                <w:lang w:val="ro-RO"/>
              </w:rPr>
            </w:pPr>
            <w:r w:rsidRPr="002A7B71">
              <w:rPr>
                <w:noProof/>
                <w:sz w:val="15"/>
                <w:lang w:val="ro-RO"/>
              </w:rPr>
              <w:t>Interviuri și dovezi</w:t>
            </w:r>
          </w:p>
        </w:tc>
        <w:tc>
          <w:tcPr>
            <w:tcW w:w="1984" w:type="dxa"/>
            <w:shd w:val="clear" w:color="auto" w:fill="FFFFFF"/>
            <w:tcMar>
              <w:top w:w="80" w:type="dxa"/>
              <w:left w:w="90" w:type="dxa"/>
              <w:bottom w:w="80" w:type="dxa"/>
              <w:right w:w="90" w:type="dxa"/>
            </w:tcMar>
            <w:vAlign w:val="center"/>
          </w:tcPr>
          <w:p w14:paraId="499C834C" w14:textId="77777777" w:rsidR="00146DEE" w:rsidRPr="002A7B71" w:rsidRDefault="00000000">
            <w:pPr>
              <w:spacing w:after="0" w:line="240" w:lineRule="auto"/>
              <w:jc w:val="center"/>
              <w:rPr>
                <w:noProof/>
                <w:lang w:val="ro-RO"/>
              </w:rPr>
            </w:pPr>
            <w:r w:rsidRPr="002A7B71">
              <w:rPr>
                <w:noProof/>
                <w:sz w:val="15"/>
                <w:lang w:val="ro-RO"/>
              </w:rPr>
              <w:t>Concluzii și constatări</w:t>
            </w:r>
          </w:p>
        </w:tc>
        <w:tc>
          <w:tcPr>
            <w:tcW w:w="1984" w:type="dxa"/>
            <w:shd w:val="clear" w:color="auto" w:fill="FFFFFF"/>
            <w:tcMar>
              <w:top w:w="80" w:type="dxa"/>
              <w:left w:w="90" w:type="dxa"/>
              <w:bottom w:w="80" w:type="dxa"/>
              <w:right w:w="90" w:type="dxa"/>
            </w:tcMar>
            <w:vAlign w:val="center"/>
          </w:tcPr>
          <w:p w14:paraId="1465C7B7" w14:textId="77777777" w:rsidR="00146DEE" w:rsidRPr="002A7B71" w:rsidRDefault="00000000">
            <w:pPr>
              <w:spacing w:after="0" w:line="240" w:lineRule="auto"/>
              <w:jc w:val="center"/>
              <w:rPr>
                <w:noProof/>
                <w:lang w:val="ro-RO"/>
              </w:rPr>
            </w:pPr>
            <w:r w:rsidRPr="002A7B71">
              <w:rPr>
                <w:noProof/>
                <w:sz w:val="15"/>
                <w:lang w:val="ro-RO"/>
              </w:rPr>
              <w:t>Corecții, cauze și eficacitate</w:t>
            </w:r>
          </w:p>
        </w:tc>
      </w:tr>
    </w:tbl>
    <w:p w14:paraId="0DABF0C2" w14:textId="77777777" w:rsidR="00146DEE" w:rsidRPr="002A7B71" w:rsidRDefault="00146DEE">
      <w:pPr>
        <w:spacing w:after="20"/>
        <w:rPr>
          <w:noProof/>
          <w:lang w:val="ro-RO"/>
        </w:rPr>
      </w:pPr>
    </w:p>
    <w:p w14:paraId="183FF761" w14:textId="77777777" w:rsidR="00146DEE" w:rsidRPr="002A7B71" w:rsidRDefault="00000000">
      <w:pPr>
        <w:rPr>
          <w:noProof/>
          <w:lang w:val="ro-RO"/>
        </w:rPr>
      </w:pPr>
      <w:r w:rsidRPr="002A7B71">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3EF142EA" w14:textId="77777777">
        <w:trPr>
          <w:cantSplit/>
          <w:jc w:val="center"/>
        </w:trPr>
        <w:tc>
          <w:tcPr>
            <w:tcW w:w="1020" w:type="dxa"/>
            <w:shd w:val="clear" w:color="auto" w:fill="D71920"/>
            <w:tcMar>
              <w:top w:w="80" w:type="dxa"/>
              <w:left w:w="90" w:type="dxa"/>
              <w:bottom w:w="80" w:type="dxa"/>
              <w:right w:w="90" w:type="dxa"/>
            </w:tcMar>
            <w:vAlign w:val="center"/>
          </w:tcPr>
          <w:p w14:paraId="690200DA" w14:textId="77777777" w:rsidR="00146DEE" w:rsidRPr="002A7B71" w:rsidRDefault="00000000">
            <w:pPr>
              <w:spacing w:after="0" w:line="240" w:lineRule="auto"/>
              <w:jc w:val="center"/>
              <w:rPr>
                <w:noProof/>
                <w:lang w:val="ro-RO"/>
              </w:rPr>
            </w:pPr>
            <w:r w:rsidRPr="002A7B71">
              <w:rPr>
                <w:b/>
                <w:noProof/>
                <w:color w:val="FFFFFF"/>
                <w:sz w:val="34"/>
                <w:lang w:val="ro-RO"/>
              </w:rPr>
              <w:lastRenderedPageBreak/>
              <w:t>2</w:t>
            </w:r>
          </w:p>
        </w:tc>
        <w:tc>
          <w:tcPr>
            <w:tcW w:w="8901" w:type="dxa"/>
            <w:shd w:val="clear" w:color="auto" w:fill="F3F4F5"/>
          </w:tcPr>
          <w:p w14:paraId="0CE7A961" w14:textId="77777777" w:rsidR="00146DEE" w:rsidRPr="002A7B71" w:rsidRDefault="00000000">
            <w:pPr>
              <w:spacing w:after="20"/>
              <w:rPr>
                <w:noProof/>
                <w:lang w:val="ro-RO"/>
              </w:rPr>
            </w:pPr>
            <w:r w:rsidRPr="002A7B71">
              <w:rPr>
                <w:b/>
                <w:noProof/>
                <w:sz w:val="28"/>
                <w:lang w:val="ro-RO"/>
              </w:rPr>
              <w:t>Principii, roluri și competență</w:t>
            </w:r>
          </w:p>
          <w:p w14:paraId="2E599D38" w14:textId="77777777" w:rsidR="00146DEE" w:rsidRPr="002A7B71" w:rsidRDefault="00000000">
            <w:pPr>
              <w:keepNext/>
              <w:spacing w:after="0"/>
              <w:rPr>
                <w:noProof/>
                <w:lang w:val="ro-RO"/>
              </w:rPr>
            </w:pPr>
            <w:r w:rsidRPr="002A7B71">
              <w:rPr>
                <w:noProof/>
                <w:color w:val="666666"/>
                <w:sz w:val="17"/>
                <w:lang w:val="ro-RO"/>
              </w:rPr>
              <w:t>Obiectivitatea și comportamentul auditorului dau credibilitate rezultatului</w:t>
            </w:r>
          </w:p>
        </w:tc>
      </w:tr>
    </w:tbl>
    <w:p w14:paraId="48A0CF1E" w14:textId="77777777" w:rsidR="00146DEE" w:rsidRPr="002A7B71" w:rsidRDefault="00146DEE">
      <w:pPr>
        <w:keepNext/>
        <w:spacing w:after="0"/>
        <w:rPr>
          <w:noProof/>
          <w:lang w:val="ro-RO"/>
        </w:rPr>
      </w:pPr>
    </w:p>
    <w:p w14:paraId="5C369002" w14:textId="77777777" w:rsidR="00146DEE" w:rsidRPr="002A7B71" w:rsidRDefault="00000000">
      <w:pPr>
        <w:pStyle w:val="Heading2"/>
        <w:rPr>
          <w:noProof/>
          <w:lang w:val="ro-RO"/>
        </w:rPr>
      </w:pPr>
      <w:r w:rsidRPr="002A7B71">
        <w:rPr>
          <w:noProof/>
          <w:lang w:val="ro-RO"/>
        </w:rPr>
        <w:t>Principii de lucru</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146DEE" w:rsidRPr="002A7B71" w14:paraId="052E79DA" w14:textId="77777777">
        <w:trPr>
          <w:tblHeader/>
          <w:jc w:val="center"/>
        </w:trPr>
        <w:tc>
          <w:tcPr>
            <w:tcW w:w="2721" w:type="dxa"/>
            <w:shd w:val="clear" w:color="auto" w:fill="D71920"/>
            <w:tcMar>
              <w:top w:w="80" w:type="dxa"/>
              <w:left w:w="90" w:type="dxa"/>
              <w:bottom w:w="80" w:type="dxa"/>
              <w:right w:w="90" w:type="dxa"/>
            </w:tcMar>
            <w:vAlign w:val="center"/>
          </w:tcPr>
          <w:p w14:paraId="343F7BF6" w14:textId="77777777" w:rsidR="00146DEE" w:rsidRPr="002A7B71" w:rsidRDefault="00000000">
            <w:pPr>
              <w:spacing w:after="0" w:line="240" w:lineRule="auto"/>
              <w:jc w:val="center"/>
              <w:rPr>
                <w:noProof/>
                <w:lang w:val="ro-RO"/>
              </w:rPr>
            </w:pPr>
            <w:r w:rsidRPr="002A7B71">
              <w:rPr>
                <w:b/>
                <w:noProof/>
                <w:color w:val="FFFFFF"/>
                <w:sz w:val="16"/>
                <w:lang w:val="ro-RO"/>
              </w:rPr>
              <w:t>PRINCIPIU</w:t>
            </w:r>
          </w:p>
        </w:tc>
        <w:tc>
          <w:tcPr>
            <w:tcW w:w="7200" w:type="dxa"/>
            <w:shd w:val="clear" w:color="auto" w:fill="D71920"/>
            <w:tcMar>
              <w:top w:w="80" w:type="dxa"/>
              <w:left w:w="90" w:type="dxa"/>
              <w:bottom w:w="80" w:type="dxa"/>
              <w:right w:w="90" w:type="dxa"/>
            </w:tcMar>
            <w:vAlign w:val="center"/>
          </w:tcPr>
          <w:p w14:paraId="0283610A" w14:textId="77777777" w:rsidR="00146DEE" w:rsidRPr="002A7B71" w:rsidRDefault="00000000">
            <w:pPr>
              <w:spacing w:after="0" w:line="240" w:lineRule="auto"/>
              <w:jc w:val="center"/>
              <w:rPr>
                <w:noProof/>
                <w:lang w:val="ro-RO"/>
              </w:rPr>
            </w:pPr>
            <w:r w:rsidRPr="002A7B71">
              <w:rPr>
                <w:b/>
                <w:noProof/>
                <w:color w:val="FFFFFF"/>
                <w:sz w:val="16"/>
                <w:lang w:val="ro-RO"/>
              </w:rPr>
              <w:t>CUM SE APLICĂ</w:t>
            </w:r>
          </w:p>
        </w:tc>
      </w:tr>
      <w:tr w:rsidR="00146DEE" w:rsidRPr="002A7B71" w14:paraId="1EF222CB" w14:textId="77777777">
        <w:trPr>
          <w:cantSplit/>
          <w:jc w:val="center"/>
        </w:trPr>
        <w:tc>
          <w:tcPr>
            <w:tcW w:w="2721" w:type="dxa"/>
            <w:shd w:val="clear" w:color="auto" w:fill="FFFFFF"/>
            <w:tcMar>
              <w:top w:w="80" w:type="dxa"/>
              <w:left w:w="90" w:type="dxa"/>
              <w:bottom w:w="80" w:type="dxa"/>
              <w:right w:w="90" w:type="dxa"/>
            </w:tcMar>
            <w:vAlign w:val="center"/>
          </w:tcPr>
          <w:p w14:paraId="63056308" w14:textId="77777777" w:rsidR="00146DEE" w:rsidRPr="002A7B71" w:rsidRDefault="00000000">
            <w:pPr>
              <w:spacing w:after="0" w:line="240" w:lineRule="auto"/>
              <w:rPr>
                <w:noProof/>
                <w:lang w:val="ro-RO"/>
              </w:rPr>
            </w:pPr>
            <w:r w:rsidRPr="002A7B71">
              <w:rPr>
                <w:noProof/>
                <w:sz w:val="16"/>
                <w:lang w:val="ro-RO"/>
              </w:rPr>
              <w:t>Integritate</w:t>
            </w:r>
          </w:p>
        </w:tc>
        <w:tc>
          <w:tcPr>
            <w:tcW w:w="7200" w:type="dxa"/>
            <w:shd w:val="clear" w:color="auto" w:fill="FFFFFF"/>
            <w:tcMar>
              <w:top w:w="80" w:type="dxa"/>
              <w:left w:w="90" w:type="dxa"/>
              <w:bottom w:w="80" w:type="dxa"/>
              <w:right w:w="90" w:type="dxa"/>
            </w:tcMar>
            <w:vAlign w:val="center"/>
          </w:tcPr>
          <w:p w14:paraId="60B51BA3" w14:textId="77777777" w:rsidR="00146DEE" w:rsidRPr="002A7B71" w:rsidRDefault="00000000">
            <w:pPr>
              <w:spacing w:after="0" w:line="240" w:lineRule="auto"/>
              <w:rPr>
                <w:noProof/>
                <w:lang w:val="ro-RO"/>
              </w:rPr>
            </w:pPr>
            <w:r w:rsidRPr="002A7B71">
              <w:rPr>
                <w:noProof/>
                <w:sz w:val="16"/>
                <w:lang w:val="ro-RO"/>
              </w:rPr>
              <w:t>Acționați etic, responsabil și consecvent; nu ascundeți și nu exagerați informațiile.</w:t>
            </w:r>
          </w:p>
        </w:tc>
      </w:tr>
      <w:tr w:rsidR="00146DEE" w:rsidRPr="002A7B71" w14:paraId="1859DC59" w14:textId="77777777">
        <w:trPr>
          <w:cantSplit/>
          <w:jc w:val="center"/>
        </w:trPr>
        <w:tc>
          <w:tcPr>
            <w:tcW w:w="2721" w:type="dxa"/>
            <w:shd w:val="clear" w:color="auto" w:fill="FAFAFA"/>
            <w:tcMar>
              <w:top w:w="80" w:type="dxa"/>
              <w:left w:w="90" w:type="dxa"/>
              <w:bottom w:w="80" w:type="dxa"/>
              <w:right w:w="90" w:type="dxa"/>
            </w:tcMar>
            <w:vAlign w:val="center"/>
          </w:tcPr>
          <w:p w14:paraId="4A2D92C6" w14:textId="77777777" w:rsidR="00146DEE" w:rsidRPr="002A7B71" w:rsidRDefault="00000000">
            <w:pPr>
              <w:spacing w:after="0" w:line="240" w:lineRule="auto"/>
              <w:rPr>
                <w:noProof/>
                <w:lang w:val="ro-RO"/>
              </w:rPr>
            </w:pPr>
            <w:r w:rsidRPr="002A7B71">
              <w:rPr>
                <w:noProof/>
                <w:sz w:val="16"/>
                <w:lang w:val="ro-RO"/>
              </w:rPr>
              <w:t>Prezentare corectă</w:t>
            </w:r>
          </w:p>
        </w:tc>
        <w:tc>
          <w:tcPr>
            <w:tcW w:w="7200" w:type="dxa"/>
            <w:shd w:val="clear" w:color="auto" w:fill="FAFAFA"/>
            <w:tcMar>
              <w:top w:w="80" w:type="dxa"/>
              <w:left w:w="90" w:type="dxa"/>
              <w:bottom w:w="80" w:type="dxa"/>
              <w:right w:w="90" w:type="dxa"/>
            </w:tcMar>
            <w:vAlign w:val="center"/>
          </w:tcPr>
          <w:p w14:paraId="51648547" w14:textId="77777777" w:rsidR="00146DEE" w:rsidRPr="002A7B71" w:rsidRDefault="00000000">
            <w:pPr>
              <w:spacing w:after="0" w:line="240" w:lineRule="auto"/>
              <w:rPr>
                <w:noProof/>
                <w:lang w:val="ro-RO"/>
              </w:rPr>
            </w:pPr>
            <w:r w:rsidRPr="002A7B71">
              <w:rPr>
                <w:noProof/>
                <w:sz w:val="16"/>
                <w:lang w:val="ro-RO"/>
              </w:rPr>
              <w:t>Raportați fidel dovezile, divergențele importante și limitele auditului.</w:t>
            </w:r>
          </w:p>
        </w:tc>
      </w:tr>
      <w:tr w:rsidR="00146DEE" w:rsidRPr="002A7B71" w14:paraId="3C7029DF" w14:textId="77777777">
        <w:trPr>
          <w:cantSplit/>
          <w:jc w:val="center"/>
        </w:trPr>
        <w:tc>
          <w:tcPr>
            <w:tcW w:w="2721" w:type="dxa"/>
            <w:shd w:val="clear" w:color="auto" w:fill="FFFFFF"/>
            <w:tcMar>
              <w:top w:w="80" w:type="dxa"/>
              <w:left w:w="90" w:type="dxa"/>
              <w:bottom w:w="80" w:type="dxa"/>
              <w:right w:w="90" w:type="dxa"/>
            </w:tcMar>
            <w:vAlign w:val="center"/>
          </w:tcPr>
          <w:p w14:paraId="4A66F6DB" w14:textId="77777777" w:rsidR="00146DEE" w:rsidRPr="002A7B71" w:rsidRDefault="00000000">
            <w:pPr>
              <w:spacing w:after="0" w:line="240" w:lineRule="auto"/>
              <w:rPr>
                <w:noProof/>
                <w:lang w:val="ro-RO"/>
              </w:rPr>
            </w:pPr>
            <w:r w:rsidRPr="002A7B71">
              <w:rPr>
                <w:noProof/>
                <w:sz w:val="16"/>
                <w:lang w:val="ro-RO"/>
              </w:rPr>
              <w:t>Diligență profesională</w:t>
            </w:r>
          </w:p>
        </w:tc>
        <w:tc>
          <w:tcPr>
            <w:tcW w:w="7200" w:type="dxa"/>
            <w:shd w:val="clear" w:color="auto" w:fill="FFFFFF"/>
            <w:tcMar>
              <w:top w:w="80" w:type="dxa"/>
              <w:left w:w="90" w:type="dxa"/>
              <w:bottom w:w="80" w:type="dxa"/>
              <w:right w:w="90" w:type="dxa"/>
            </w:tcMar>
            <w:vAlign w:val="center"/>
          </w:tcPr>
          <w:p w14:paraId="6B19160F" w14:textId="77777777" w:rsidR="00146DEE" w:rsidRPr="002A7B71" w:rsidRDefault="00000000">
            <w:pPr>
              <w:spacing w:after="0" w:line="240" w:lineRule="auto"/>
              <w:rPr>
                <w:noProof/>
                <w:lang w:val="ro-RO"/>
              </w:rPr>
            </w:pPr>
            <w:r w:rsidRPr="002A7B71">
              <w:rPr>
                <w:noProof/>
                <w:sz w:val="16"/>
                <w:lang w:val="ro-RO"/>
              </w:rPr>
              <w:t>Folosiți judecată, pregătire și atenție proporționate cu riscul și complexitatea.</w:t>
            </w:r>
          </w:p>
        </w:tc>
      </w:tr>
      <w:tr w:rsidR="00146DEE" w:rsidRPr="002A7B71" w14:paraId="60C19C38" w14:textId="77777777">
        <w:trPr>
          <w:cantSplit/>
          <w:jc w:val="center"/>
        </w:trPr>
        <w:tc>
          <w:tcPr>
            <w:tcW w:w="2721" w:type="dxa"/>
            <w:shd w:val="clear" w:color="auto" w:fill="FAFAFA"/>
            <w:tcMar>
              <w:top w:w="80" w:type="dxa"/>
              <w:left w:w="90" w:type="dxa"/>
              <w:bottom w:w="80" w:type="dxa"/>
              <w:right w:w="90" w:type="dxa"/>
            </w:tcMar>
            <w:vAlign w:val="center"/>
          </w:tcPr>
          <w:p w14:paraId="3603238F" w14:textId="77777777" w:rsidR="00146DEE" w:rsidRPr="002A7B71" w:rsidRDefault="00000000">
            <w:pPr>
              <w:spacing w:after="0" w:line="240" w:lineRule="auto"/>
              <w:rPr>
                <w:noProof/>
                <w:lang w:val="ro-RO"/>
              </w:rPr>
            </w:pPr>
            <w:r w:rsidRPr="002A7B71">
              <w:rPr>
                <w:noProof/>
                <w:sz w:val="16"/>
                <w:lang w:val="ro-RO"/>
              </w:rPr>
              <w:t>Confidențialitate</w:t>
            </w:r>
          </w:p>
        </w:tc>
        <w:tc>
          <w:tcPr>
            <w:tcW w:w="7200" w:type="dxa"/>
            <w:shd w:val="clear" w:color="auto" w:fill="FAFAFA"/>
            <w:tcMar>
              <w:top w:w="80" w:type="dxa"/>
              <w:left w:w="90" w:type="dxa"/>
              <w:bottom w:w="80" w:type="dxa"/>
              <w:right w:w="90" w:type="dxa"/>
            </w:tcMar>
            <w:vAlign w:val="center"/>
          </w:tcPr>
          <w:p w14:paraId="3177ECBB" w14:textId="77777777" w:rsidR="00146DEE" w:rsidRPr="002A7B71" w:rsidRDefault="00000000">
            <w:pPr>
              <w:spacing w:after="0" w:line="240" w:lineRule="auto"/>
              <w:rPr>
                <w:noProof/>
                <w:lang w:val="ro-RO"/>
              </w:rPr>
            </w:pPr>
            <w:r w:rsidRPr="002A7B71">
              <w:rPr>
                <w:noProof/>
                <w:sz w:val="16"/>
                <w:lang w:val="ro-RO"/>
              </w:rPr>
              <w:t>Protejați datele, documentele și informațiile comerciale sau personale accesate.</w:t>
            </w:r>
          </w:p>
        </w:tc>
      </w:tr>
      <w:tr w:rsidR="00146DEE" w:rsidRPr="002A7B71" w14:paraId="3BA3D7C2" w14:textId="77777777">
        <w:trPr>
          <w:cantSplit/>
          <w:jc w:val="center"/>
        </w:trPr>
        <w:tc>
          <w:tcPr>
            <w:tcW w:w="2721" w:type="dxa"/>
            <w:shd w:val="clear" w:color="auto" w:fill="FFFFFF"/>
            <w:tcMar>
              <w:top w:w="80" w:type="dxa"/>
              <w:left w:w="90" w:type="dxa"/>
              <w:bottom w:w="80" w:type="dxa"/>
              <w:right w:w="90" w:type="dxa"/>
            </w:tcMar>
            <w:vAlign w:val="center"/>
          </w:tcPr>
          <w:p w14:paraId="7E930BD2" w14:textId="77777777" w:rsidR="00146DEE" w:rsidRPr="002A7B71" w:rsidRDefault="00000000">
            <w:pPr>
              <w:spacing w:after="0" w:line="240" w:lineRule="auto"/>
              <w:rPr>
                <w:noProof/>
                <w:lang w:val="ro-RO"/>
              </w:rPr>
            </w:pPr>
            <w:r w:rsidRPr="002A7B71">
              <w:rPr>
                <w:noProof/>
                <w:sz w:val="16"/>
                <w:lang w:val="ro-RO"/>
              </w:rPr>
              <w:t>Independență și imparțialitate</w:t>
            </w:r>
          </w:p>
        </w:tc>
        <w:tc>
          <w:tcPr>
            <w:tcW w:w="7200" w:type="dxa"/>
            <w:shd w:val="clear" w:color="auto" w:fill="FFFFFF"/>
            <w:tcMar>
              <w:top w:w="80" w:type="dxa"/>
              <w:left w:w="90" w:type="dxa"/>
              <w:bottom w:w="80" w:type="dxa"/>
              <w:right w:w="90" w:type="dxa"/>
            </w:tcMar>
            <w:vAlign w:val="center"/>
          </w:tcPr>
          <w:p w14:paraId="6A3984AD" w14:textId="77777777" w:rsidR="00146DEE" w:rsidRPr="002A7B71" w:rsidRDefault="00000000">
            <w:pPr>
              <w:spacing w:after="0" w:line="240" w:lineRule="auto"/>
              <w:rPr>
                <w:noProof/>
                <w:lang w:val="ro-RO"/>
              </w:rPr>
            </w:pPr>
            <w:r w:rsidRPr="002A7B71">
              <w:rPr>
                <w:noProof/>
                <w:sz w:val="16"/>
                <w:lang w:val="ro-RO"/>
              </w:rPr>
              <w:t>Evitați conflictele de interese și evaluați fără presiuni ori prejudecăți.</w:t>
            </w:r>
          </w:p>
        </w:tc>
      </w:tr>
      <w:tr w:rsidR="00146DEE" w:rsidRPr="002A7B71" w14:paraId="08F2EFB7" w14:textId="77777777">
        <w:trPr>
          <w:cantSplit/>
          <w:jc w:val="center"/>
        </w:trPr>
        <w:tc>
          <w:tcPr>
            <w:tcW w:w="2721" w:type="dxa"/>
            <w:shd w:val="clear" w:color="auto" w:fill="FAFAFA"/>
            <w:tcMar>
              <w:top w:w="80" w:type="dxa"/>
              <w:left w:w="90" w:type="dxa"/>
              <w:bottom w:w="80" w:type="dxa"/>
              <w:right w:w="90" w:type="dxa"/>
            </w:tcMar>
            <w:vAlign w:val="center"/>
          </w:tcPr>
          <w:p w14:paraId="1799116F" w14:textId="77777777" w:rsidR="00146DEE" w:rsidRPr="002A7B71" w:rsidRDefault="00000000">
            <w:pPr>
              <w:spacing w:after="0" w:line="240" w:lineRule="auto"/>
              <w:rPr>
                <w:noProof/>
                <w:lang w:val="ro-RO"/>
              </w:rPr>
            </w:pPr>
            <w:r w:rsidRPr="002A7B71">
              <w:rPr>
                <w:noProof/>
                <w:sz w:val="16"/>
                <w:lang w:val="ro-RO"/>
              </w:rPr>
              <w:t>Abordare bazată pe dovezi</w:t>
            </w:r>
          </w:p>
        </w:tc>
        <w:tc>
          <w:tcPr>
            <w:tcW w:w="7200" w:type="dxa"/>
            <w:shd w:val="clear" w:color="auto" w:fill="FAFAFA"/>
            <w:tcMar>
              <w:top w:w="80" w:type="dxa"/>
              <w:left w:w="90" w:type="dxa"/>
              <w:bottom w:w="80" w:type="dxa"/>
              <w:right w:w="90" w:type="dxa"/>
            </w:tcMar>
            <w:vAlign w:val="center"/>
          </w:tcPr>
          <w:p w14:paraId="663E8EA3" w14:textId="77777777" w:rsidR="00146DEE" w:rsidRPr="002A7B71" w:rsidRDefault="00000000">
            <w:pPr>
              <w:spacing w:after="0" w:line="240" w:lineRule="auto"/>
              <w:rPr>
                <w:noProof/>
                <w:lang w:val="ro-RO"/>
              </w:rPr>
            </w:pPr>
            <w:r w:rsidRPr="002A7B71">
              <w:rPr>
                <w:noProof/>
                <w:sz w:val="16"/>
                <w:lang w:val="ro-RO"/>
              </w:rPr>
              <w:t>Concluziile se sprijină pe informații verificabile și eșantionare rezonabilă.</w:t>
            </w:r>
          </w:p>
        </w:tc>
      </w:tr>
      <w:tr w:rsidR="00146DEE" w:rsidRPr="002A7B71" w14:paraId="4F627F83" w14:textId="77777777">
        <w:trPr>
          <w:cantSplit/>
          <w:jc w:val="center"/>
        </w:trPr>
        <w:tc>
          <w:tcPr>
            <w:tcW w:w="2721" w:type="dxa"/>
            <w:shd w:val="clear" w:color="auto" w:fill="FFFFFF"/>
            <w:tcMar>
              <w:top w:w="80" w:type="dxa"/>
              <w:left w:w="90" w:type="dxa"/>
              <w:bottom w:w="80" w:type="dxa"/>
              <w:right w:w="90" w:type="dxa"/>
            </w:tcMar>
            <w:vAlign w:val="center"/>
          </w:tcPr>
          <w:p w14:paraId="6AE2F38E" w14:textId="77777777" w:rsidR="00146DEE" w:rsidRPr="002A7B71" w:rsidRDefault="00000000">
            <w:pPr>
              <w:spacing w:after="0" w:line="240" w:lineRule="auto"/>
              <w:rPr>
                <w:noProof/>
                <w:lang w:val="ro-RO"/>
              </w:rPr>
            </w:pPr>
            <w:r w:rsidRPr="002A7B71">
              <w:rPr>
                <w:noProof/>
                <w:sz w:val="16"/>
                <w:lang w:val="ro-RO"/>
              </w:rPr>
              <w:t>Abordare bazată pe risc</w:t>
            </w:r>
          </w:p>
        </w:tc>
        <w:tc>
          <w:tcPr>
            <w:tcW w:w="7200" w:type="dxa"/>
            <w:shd w:val="clear" w:color="auto" w:fill="FFFFFF"/>
            <w:tcMar>
              <w:top w:w="80" w:type="dxa"/>
              <w:left w:w="90" w:type="dxa"/>
              <w:bottom w:w="80" w:type="dxa"/>
              <w:right w:w="90" w:type="dxa"/>
            </w:tcMar>
            <w:vAlign w:val="center"/>
          </w:tcPr>
          <w:p w14:paraId="1FA671A5" w14:textId="77777777" w:rsidR="00146DEE" w:rsidRPr="002A7B71" w:rsidRDefault="00000000">
            <w:pPr>
              <w:spacing w:after="0" w:line="240" w:lineRule="auto"/>
              <w:rPr>
                <w:noProof/>
                <w:lang w:val="ro-RO"/>
              </w:rPr>
            </w:pPr>
            <w:r w:rsidRPr="002A7B71">
              <w:rPr>
                <w:noProof/>
                <w:sz w:val="16"/>
                <w:lang w:val="ro-RO"/>
              </w:rPr>
              <w:t>Concentrați timpul acolo unde eșecul poate afecta cel mai mult rezultatele sistemului.</w:t>
            </w:r>
          </w:p>
        </w:tc>
      </w:tr>
    </w:tbl>
    <w:p w14:paraId="10C2A3C1" w14:textId="77777777" w:rsidR="00146DEE" w:rsidRPr="002A7B71" w:rsidRDefault="00146DEE">
      <w:pPr>
        <w:spacing w:after="20"/>
        <w:rPr>
          <w:noProof/>
          <w:lang w:val="ro-RO"/>
        </w:rPr>
      </w:pPr>
    </w:p>
    <w:p w14:paraId="1610CA74" w14:textId="77777777" w:rsidR="00146DEE" w:rsidRPr="002A7B71" w:rsidRDefault="00000000">
      <w:pPr>
        <w:pStyle w:val="Heading2"/>
        <w:rPr>
          <w:noProof/>
          <w:lang w:val="ro-RO"/>
        </w:rPr>
      </w:pPr>
      <w:r w:rsidRPr="002A7B71">
        <w:rPr>
          <w:noProof/>
          <w:lang w:val="ro-RO"/>
        </w:rPr>
        <w:t>Roluri minime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146DEE" w:rsidRPr="002A7B71" w14:paraId="4851A3B3" w14:textId="77777777">
        <w:trPr>
          <w:tblHeader/>
          <w:jc w:val="center"/>
        </w:trPr>
        <w:tc>
          <w:tcPr>
            <w:tcW w:w="2721" w:type="dxa"/>
            <w:shd w:val="clear" w:color="auto" w:fill="D71920"/>
            <w:tcMar>
              <w:top w:w="80" w:type="dxa"/>
              <w:left w:w="90" w:type="dxa"/>
              <w:bottom w:w="80" w:type="dxa"/>
              <w:right w:w="90" w:type="dxa"/>
            </w:tcMar>
            <w:vAlign w:val="center"/>
          </w:tcPr>
          <w:p w14:paraId="1D33857B" w14:textId="77777777" w:rsidR="00146DEE" w:rsidRPr="002A7B71" w:rsidRDefault="00000000">
            <w:pPr>
              <w:spacing w:after="0" w:line="240" w:lineRule="auto"/>
              <w:jc w:val="center"/>
              <w:rPr>
                <w:noProof/>
                <w:lang w:val="ro-RO"/>
              </w:rPr>
            </w:pPr>
            <w:r w:rsidRPr="002A7B71">
              <w:rPr>
                <w:b/>
                <w:noProof/>
                <w:color w:val="FFFFFF"/>
                <w:sz w:val="16"/>
                <w:lang w:val="ro-RO"/>
              </w:rPr>
              <w:t>ROL</w:t>
            </w:r>
          </w:p>
        </w:tc>
        <w:tc>
          <w:tcPr>
            <w:tcW w:w="7200" w:type="dxa"/>
            <w:shd w:val="clear" w:color="auto" w:fill="D71920"/>
            <w:tcMar>
              <w:top w:w="80" w:type="dxa"/>
              <w:left w:w="90" w:type="dxa"/>
              <w:bottom w:w="80" w:type="dxa"/>
              <w:right w:w="90" w:type="dxa"/>
            </w:tcMar>
            <w:vAlign w:val="center"/>
          </w:tcPr>
          <w:p w14:paraId="5C948225" w14:textId="77777777" w:rsidR="00146DEE" w:rsidRPr="002A7B71" w:rsidRDefault="00000000">
            <w:pPr>
              <w:spacing w:after="0" w:line="240" w:lineRule="auto"/>
              <w:jc w:val="center"/>
              <w:rPr>
                <w:noProof/>
                <w:lang w:val="ro-RO"/>
              </w:rPr>
            </w:pPr>
            <w:r w:rsidRPr="002A7B71">
              <w:rPr>
                <w:b/>
                <w:noProof/>
                <w:color w:val="FFFFFF"/>
                <w:sz w:val="16"/>
                <w:lang w:val="ro-RO"/>
              </w:rPr>
              <w:t>RESPONSABILITĂȚI</w:t>
            </w:r>
          </w:p>
        </w:tc>
      </w:tr>
      <w:tr w:rsidR="00146DEE" w:rsidRPr="002A7B71" w14:paraId="6F2413F8" w14:textId="77777777">
        <w:trPr>
          <w:cantSplit/>
          <w:jc w:val="center"/>
        </w:trPr>
        <w:tc>
          <w:tcPr>
            <w:tcW w:w="2721" w:type="dxa"/>
            <w:shd w:val="clear" w:color="auto" w:fill="FFFFFF"/>
            <w:tcMar>
              <w:top w:w="80" w:type="dxa"/>
              <w:left w:w="90" w:type="dxa"/>
              <w:bottom w:w="80" w:type="dxa"/>
              <w:right w:w="90" w:type="dxa"/>
            </w:tcMar>
            <w:vAlign w:val="center"/>
          </w:tcPr>
          <w:p w14:paraId="7F01F732" w14:textId="77777777" w:rsidR="00146DEE" w:rsidRPr="002A7B71" w:rsidRDefault="00000000">
            <w:pPr>
              <w:spacing w:after="0" w:line="240" w:lineRule="auto"/>
              <w:rPr>
                <w:noProof/>
                <w:lang w:val="ro-RO"/>
              </w:rPr>
            </w:pPr>
            <w:r w:rsidRPr="002A7B71">
              <w:rPr>
                <w:noProof/>
                <w:sz w:val="16"/>
                <w:lang w:val="ro-RO"/>
              </w:rPr>
              <w:t>Responsabil program de audit</w:t>
            </w:r>
          </w:p>
        </w:tc>
        <w:tc>
          <w:tcPr>
            <w:tcW w:w="7200" w:type="dxa"/>
            <w:shd w:val="clear" w:color="auto" w:fill="FFFFFF"/>
            <w:tcMar>
              <w:top w:w="80" w:type="dxa"/>
              <w:left w:w="90" w:type="dxa"/>
              <w:bottom w:w="80" w:type="dxa"/>
              <w:right w:w="90" w:type="dxa"/>
            </w:tcMar>
            <w:vAlign w:val="center"/>
          </w:tcPr>
          <w:p w14:paraId="09752BF5" w14:textId="77777777" w:rsidR="00146DEE" w:rsidRPr="002A7B71" w:rsidRDefault="00000000">
            <w:pPr>
              <w:spacing w:after="0" w:line="240" w:lineRule="auto"/>
              <w:rPr>
                <w:noProof/>
                <w:lang w:val="ro-RO"/>
              </w:rPr>
            </w:pPr>
            <w:r w:rsidRPr="002A7B71">
              <w:rPr>
                <w:noProof/>
                <w:sz w:val="16"/>
                <w:lang w:val="ro-RO"/>
              </w:rPr>
              <w:t>Stabilește obiectivele programului, prioritățile, metodele, resursele, auditorii și monitorizează performanța programului.</w:t>
            </w:r>
          </w:p>
        </w:tc>
      </w:tr>
      <w:tr w:rsidR="00146DEE" w:rsidRPr="002A7B71" w14:paraId="0B6C1F22" w14:textId="77777777">
        <w:trPr>
          <w:cantSplit/>
          <w:jc w:val="center"/>
        </w:trPr>
        <w:tc>
          <w:tcPr>
            <w:tcW w:w="2721" w:type="dxa"/>
            <w:shd w:val="clear" w:color="auto" w:fill="FAFAFA"/>
            <w:tcMar>
              <w:top w:w="80" w:type="dxa"/>
              <w:left w:w="90" w:type="dxa"/>
              <w:bottom w:w="80" w:type="dxa"/>
              <w:right w:w="90" w:type="dxa"/>
            </w:tcMar>
            <w:vAlign w:val="center"/>
          </w:tcPr>
          <w:p w14:paraId="561EF340" w14:textId="77777777" w:rsidR="00146DEE" w:rsidRPr="002A7B71" w:rsidRDefault="00000000">
            <w:pPr>
              <w:spacing w:after="0" w:line="240" w:lineRule="auto"/>
              <w:rPr>
                <w:noProof/>
                <w:lang w:val="ro-RO"/>
              </w:rPr>
            </w:pPr>
            <w:r w:rsidRPr="002A7B71">
              <w:rPr>
                <w:noProof/>
                <w:sz w:val="16"/>
                <w:lang w:val="ro-RO"/>
              </w:rPr>
              <w:t>Conducător echipă de audit</w:t>
            </w:r>
          </w:p>
        </w:tc>
        <w:tc>
          <w:tcPr>
            <w:tcW w:w="7200" w:type="dxa"/>
            <w:shd w:val="clear" w:color="auto" w:fill="FAFAFA"/>
            <w:tcMar>
              <w:top w:w="80" w:type="dxa"/>
              <w:left w:w="90" w:type="dxa"/>
              <w:bottom w:w="80" w:type="dxa"/>
              <w:right w:w="90" w:type="dxa"/>
            </w:tcMar>
            <w:vAlign w:val="center"/>
          </w:tcPr>
          <w:p w14:paraId="7C66B64A" w14:textId="77777777" w:rsidR="00146DEE" w:rsidRPr="002A7B71" w:rsidRDefault="00000000">
            <w:pPr>
              <w:spacing w:after="0" w:line="240" w:lineRule="auto"/>
              <w:rPr>
                <w:noProof/>
                <w:lang w:val="ro-RO"/>
              </w:rPr>
            </w:pPr>
            <w:r w:rsidRPr="002A7B71">
              <w:rPr>
                <w:noProof/>
                <w:sz w:val="16"/>
                <w:lang w:val="ro-RO"/>
              </w:rPr>
              <w:t>Planifică auditul concret, coordonează echipa, comunică cu auditatul, validează constatările și emite raportul.</w:t>
            </w:r>
          </w:p>
        </w:tc>
      </w:tr>
      <w:tr w:rsidR="00146DEE" w:rsidRPr="002A7B71" w14:paraId="781A7D66" w14:textId="77777777">
        <w:trPr>
          <w:cantSplit/>
          <w:jc w:val="center"/>
        </w:trPr>
        <w:tc>
          <w:tcPr>
            <w:tcW w:w="2721" w:type="dxa"/>
            <w:shd w:val="clear" w:color="auto" w:fill="FFFFFF"/>
            <w:tcMar>
              <w:top w:w="80" w:type="dxa"/>
              <w:left w:w="90" w:type="dxa"/>
              <w:bottom w:w="80" w:type="dxa"/>
              <w:right w:w="90" w:type="dxa"/>
            </w:tcMar>
            <w:vAlign w:val="center"/>
          </w:tcPr>
          <w:p w14:paraId="4DF324B5" w14:textId="77777777" w:rsidR="00146DEE" w:rsidRPr="002A7B71" w:rsidRDefault="00000000">
            <w:pPr>
              <w:spacing w:after="0" w:line="240" w:lineRule="auto"/>
              <w:rPr>
                <w:noProof/>
                <w:lang w:val="ro-RO"/>
              </w:rPr>
            </w:pPr>
            <w:r w:rsidRPr="002A7B71">
              <w:rPr>
                <w:noProof/>
                <w:sz w:val="16"/>
                <w:lang w:val="ro-RO"/>
              </w:rPr>
              <w:t>Auditor</w:t>
            </w:r>
          </w:p>
        </w:tc>
        <w:tc>
          <w:tcPr>
            <w:tcW w:w="7200" w:type="dxa"/>
            <w:shd w:val="clear" w:color="auto" w:fill="FFFFFF"/>
            <w:tcMar>
              <w:top w:w="80" w:type="dxa"/>
              <w:left w:w="90" w:type="dxa"/>
              <w:bottom w:w="80" w:type="dxa"/>
              <w:right w:w="90" w:type="dxa"/>
            </w:tcMar>
            <w:vAlign w:val="center"/>
          </w:tcPr>
          <w:p w14:paraId="03D406EE" w14:textId="77777777" w:rsidR="00146DEE" w:rsidRPr="002A7B71" w:rsidRDefault="00000000">
            <w:pPr>
              <w:spacing w:after="0" w:line="240" w:lineRule="auto"/>
              <w:rPr>
                <w:noProof/>
                <w:lang w:val="ro-RO"/>
              </w:rPr>
            </w:pPr>
            <w:r w:rsidRPr="002A7B71">
              <w:rPr>
                <w:noProof/>
                <w:sz w:val="16"/>
                <w:lang w:val="ro-RO"/>
              </w:rPr>
              <w:t>Pregătește întrebări, colectează și verifică dovezi, documentează traseul de audit și formulează constatări.</w:t>
            </w:r>
          </w:p>
        </w:tc>
      </w:tr>
      <w:tr w:rsidR="00146DEE" w:rsidRPr="002A7B71" w14:paraId="0300AFF4" w14:textId="77777777">
        <w:trPr>
          <w:cantSplit/>
          <w:jc w:val="center"/>
        </w:trPr>
        <w:tc>
          <w:tcPr>
            <w:tcW w:w="2721" w:type="dxa"/>
            <w:shd w:val="clear" w:color="auto" w:fill="FAFAFA"/>
            <w:tcMar>
              <w:top w:w="80" w:type="dxa"/>
              <w:left w:w="90" w:type="dxa"/>
              <w:bottom w:w="80" w:type="dxa"/>
              <w:right w:w="90" w:type="dxa"/>
            </w:tcMar>
            <w:vAlign w:val="center"/>
          </w:tcPr>
          <w:p w14:paraId="2B49A0F3" w14:textId="77777777" w:rsidR="00146DEE" w:rsidRPr="002A7B71" w:rsidRDefault="00000000">
            <w:pPr>
              <w:spacing w:after="0" w:line="240" w:lineRule="auto"/>
              <w:rPr>
                <w:noProof/>
                <w:lang w:val="ro-RO"/>
              </w:rPr>
            </w:pPr>
            <w:r w:rsidRPr="002A7B71">
              <w:rPr>
                <w:noProof/>
                <w:sz w:val="16"/>
                <w:lang w:val="ro-RO"/>
              </w:rPr>
              <w:t>Expert tehnic</w:t>
            </w:r>
          </w:p>
        </w:tc>
        <w:tc>
          <w:tcPr>
            <w:tcW w:w="7200" w:type="dxa"/>
            <w:shd w:val="clear" w:color="auto" w:fill="FAFAFA"/>
            <w:tcMar>
              <w:top w:w="80" w:type="dxa"/>
              <w:left w:w="90" w:type="dxa"/>
              <w:bottom w:w="80" w:type="dxa"/>
              <w:right w:w="90" w:type="dxa"/>
            </w:tcMar>
            <w:vAlign w:val="center"/>
          </w:tcPr>
          <w:p w14:paraId="42B05D86" w14:textId="77777777" w:rsidR="00146DEE" w:rsidRPr="002A7B71" w:rsidRDefault="00000000">
            <w:pPr>
              <w:spacing w:after="0" w:line="240" w:lineRule="auto"/>
              <w:rPr>
                <w:noProof/>
                <w:lang w:val="ro-RO"/>
              </w:rPr>
            </w:pPr>
            <w:r w:rsidRPr="002A7B71">
              <w:rPr>
                <w:noProof/>
                <w:sz w:val="16"/>
                <w:lang w:val="ro-RO"/>
              </w:rPr>
              <w:t>Furnizează cunoștințe de specialitate; nu ia singur decizii de audit dacă nu are și rol de auditor.</w:t>
            </w:r>
          </w:p>
        </w:tc>
      </w:tr>
      <w:tr w:rsidR="00146DEE" w:rsidRPr="002A7B71" w14:paraId="26142BB9" w14:textId="77777777">
        <w:trPr>
          <w:cantSplit/>
          <w:jc w:val="center"/>
        </w:trPr>
        <w:tc>
          <w:tcPr>
            <w:tcW w:w="2721" w:type="dxa"/>
            <w:shd w:val="clear" w:color="auto" w:fill="FFFFFF"/>
            <w:tcMar>
              <w:top w:w="80" w:type="dxa"/>
              <w:left w:w="90" w:type="dxa"/>
              <w:bottom w:w="80" w:type="dxa"/>
              <w:right w:w="90" w:type="dxa"/>
            </w:tcMar>
            <w:vAlign w:val="center"/>
          </w:tcPr>
          <w:p w14:paraId="4C6AE80D" w14:textId="77777777" w:rsidR="00146DEE" w:rsidRPr="002A7B71" w:rsidRDefault="00000000">
            <w:pPr>
              <w:spacing w:after="0" w:line="240" w:lineRule="auto"/>
              <w:rPr>
                <w:noProof/>
                <w:lang w:val="ro-RO"/>
              </w:rPr>
            </w:pPr>
            <w:r w:rsidRPr="002A7B71">
              <w:rPr>
                <w:noProof/>
                <w:sz w:val="16"/>
                <w:lang w:val="ro-RO"/>
              </w:rPr>
              <w:t>Auditat / proprietar de proces</w:t>
            </w:r>
          </w:p>
        </w:tc>
        <w:tc>
          <w:tcPr>
            <w:tcW w:w="7200" w:type="dxa"/>
            <w:shd w:val="clear" w:color="auto" w:fill="FFFFFF"/>
            <w:tcMar>
              <w:top w:w="80" w:type="dxa"/>
              <w:left w:w="90" w:type="dxa"/>
              <w:bottom w:w="80" w:type="dxa"/>
              <w:right w:w="90" w:type="dxa"/>
            </w:tcMar>
            <w:vAlign w:val="center"/>
          </w:tcPr>
          <w:p w14:paraId="3C550E58" w14:textId="77777777" w:rsidR="00146DEE" w:rsidRPr="002A7B71" w:rsidRDefault="00000000">
            <w:pPr>
              <w:spacing w:after="0" w:line="240" w:lineRule="auto"/>
              <w:rPr>
                <w:noProof/>
                <w:lang w:val="ro-RO"/>
              </w:rPr>
            </w:pPr>
            <w:r w:rsidRPr="002A7B71">
              <w:rPr>
                <w:noProof/>
                <w:sz w:val="16"/>
                <w:lang w:val="ro-RO"/>
              </w:rPr>
              <w:t>Asigură accesul la persoane și dovezi, explică procesul și gestionează acțiunile rezultate.</w:t>
            </w:r>
          </w:p>
        </w:tc>
      </w:tr>
    </w:tbl>
    <w:p w14:paraId="6EDE254E" w14:textId="77777777" w:rsidR="00146DEE" w:rsidRPr="002A7B71" w:rsidRDefault="00146DEE">
      <w:pPr>
        <w:spacing w:after="20"/>
        <w:rPr>
          <w:noProof/>
          <w:lang w:val="ro-RO"/>
        </w:rPr>
      </w:pPr>
    </w:p>
    <w:p w14:paraId="5B4A1E04" w14:textId="77777777" w:rsidR="00146DEE" w:rsidRPr="002A7B71" w:rsidRDefault="00000000">
      <w:pPr>
        <w:pStyle w:val="Heading2"/>
        <w:rPr>
          <w:noProof/>
          <w:lang w:val="ro-RO"/>
        </w:rPr>
      </w:pPr>
      <w:r w:rsidRPr="002A7B71">
        <w:rPr>
          <w:noProof/>
          <w:lang w:val="ro-RO"/>
        </w:rPr>
        <w:t>Independența într-o organizație mică</w:t>
      </w:r>
    </w:p>
    <w:p w14:paraId="456E62E2" w14:textId="77777777" w:rsidR="00146DEE" w:rsidRPr="002A7B71" w:rsidRDefault="00000000">
      <w:pPr>
        <w:rPr>
          <w:noProof/>
          <w:lang w:val="ro-RO"/>
        </w:rPr>
      </w:pPr>
      <w:r w:rsidRPr="002A7B71">
        <w:rPr>
          <w:noProof/>
          <w:lang w:val="ro-RO"/>
        </w:rPr>
        <w:t>Independența nu înseamnă neapărat că auditorul trebuie să fie din altă companie. Organizația trebuie să protejeze obiectivitatea și imparțialitatea, evitând pe cât posibil ca o persoană să își auditeze propria activitate.</w:t>
      </w:r>
    </w:p>
    <w:p w14:paraId="36D4535D" w14:textId="77777777" w:rsidR="00146DEE" w:rsidRPr="002A7B71" w:rsidRDefault="00000000">
      <w:pPr>
        <w:pStyle w:val="ListBullet"/>
        <w:spacing w:after="40"/>
        <w:ind w:left="283" w:hanging="170"/>
        <w:rPr>
          <w:noProof/>
          <w:lang w:val="ro-RO"/>
        </w:rPr>
      </w:pPr>
      <w:r w:rsidRPr="002A7B71">
        <w:rPr>
          <w:noProof/>
          <w:lang w:val="ro-RO"/>
        </w:rPr>
        <w:t>Folosiți audituri încrucișate între departamente sau locații.</w:t>
      </w:r>
    </w:p>
    <w:p w14:paraId="0A8EF9C5" w14:textId="77777777" w:rsidR="00146DEE" w:rsidRPr="002A7B71" w:rsidRDefault="00000000">
      <w:pPr>
        <w:pStyle w:val="ListBullet"/>
        <w:spacing w:after="40"/>
        <w:ind w:left="283" w:hanging="170"/>
        <w:rPr>
          <w:noProof/>
          <w:lang w:val="ro-RO"/>
        </w:rPr>
      </w:pPr>
      <w:r w:rsidRPr="002A7B71">
        <w:rPr>
          <w:noProof/>
          <w:lang w:val="ro-RO"/>
        </w:rPr>
        <w:t>Apelați la un auditor extern ori la revizuirea unui auditor competent când independența internă este insuficientă.</w:t>
      </w:r>
    </w:p>
    <w:p w14:paraId="2A10AC05" w14:textId="77777777" w:rsidR="00146DEE" w:rsidRPr="002A7B71" w:rsidRDefault="00000000">
      <w:pPr>
        <w:pStyle w:val="ListBullet"/>
        <w:spacing w:after="40"/>
        <w:ind w:left="283" w:hanging="170"/>
        <w:rPr>
          <w:noProof/>
          <w:lang w:val="ro-RO"/>
        </w:rPr>
      </w:pPr>
      <w:r w:rsidRPr="002A7B71">
        <w:rPr>
          <w:noProof/>
          <w:lang w:val="ro-RO"/>
        </w:rPr>
        <w:t>Documentați conflictul potențial și măsurile prin care este controlat.</w:t>
      </w:r>
    </w:p>
    <w:p w14:paraId="5CA41129" w14:textId="77777777" w:rsidR="00146DEE" w:rsidRPr="002A7B71" w:rsidRDefault="00000000">
      <w:pPr>
        <w:pStyle w:val="Heading2"/>
        <w:rPr>
          <w:noProof/>
          <w:lang w:val="ro-RO"/>
        </w:rPr>
      </w:pPr>
      <w:r w:rsidRPr="002A7B71">
        <w:rPr>
          <w:noProof/>
          <w:lang w:val="ro-RO"/>
        </w:rPr>
        <w:t>Fișă rapidă de evaluare a auditorului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345"/>
        <w:gridCol w:w="4479"/>
        <w:gridCol w:w="2098"/>
      </w:tblGrid>
      <w:tr w:rsidR="00146DEE" w:rsidRPr="002A7B71" w14:paraId="024E1AB8" w14:textId="77777777">
        <w:trPr>
          <w:tblHeader/>
          <w:jc w:val="center"/>
        </w:trPr>
        <w:tc>
          <w:tcPr>
            <w:tcW w:w="3345" w:type="dxa"/>
            <w:shd w:val="clear" w:color="auto" w:fill="D71920"/>
            <w:tcMar>
              <w:top w:w="80" w:type="dxa"/>
              <w:left w:w="90" w:type="dxa"/>
              <w:bottom w:w="80" w:type="dxa"/>
              <w:right w:w="90" w:type="dxa"/>
            </w:tcMar>
            <w:vAlign w:val="center"/>
          </w:tcPr>
          <w:p w14:paraId="1D332777" w14:textId="77777777" w:rsidR="00146DEE" w:rsidRPr="002A7B71" w:rsidRDefault="00000000">
            <w:pPr>
              <w:spacing w:after="0" w:line="240" w:lineRule="auto"/>
              <w:jc w:val="center"/>
              <w:rPr>
                <w:noProof/>
                <w:lang w:val="ro-RO"/>
              </w:rPr>
            </w:pPr>
            <w:r w:rsidRPr="002A7B71">
              <w:rPr>
                <w:b/>
                <w:noProof/>
                <w:color w:val="FFFFFF"/>
                <w:sz w:val="16"/>
                <w:lang w:val="ro-RO"/>
              </w:rPr>
              <w:t>CRITERIU</w:t>
            </w:r>
          </w:p>
        </w:tc>
        <w:tc>
          <w:tcPr>
            <w:tcW w:w="4479" w:type="dxa"/>
            <w:shd w:val="clear" w:color="auto" w:fill="D71920"/>
            <w:tcMar>
              <w:top w:w="80" w:type="dxa"/>
              <w:left w:w="90" w:type="dxa"/>
              <w:bottom w:w="80" w:type="dxa"/>
              <w:right w:w="90" w:type="dxa"/>
            </w:tcMar>
            <w:vAlign w:val="center"/>
          </w:tcPr>
          <w:p w14:paraId="4E7DC457" w14:textId="77777777" w:rsidR="00146DEE" w:rsidRPr="002A7B71" w:rsidRDefault="00000000">
            <w:pPr>
              <w:spacing w:after="0" w:line="240" w:lineRule="auto"/>
              <w:jc w:val="center"/>
              <w:rPr>
                <w:noProof/>
                <w:lang w:val="ro-RO"/>
              </w:rPr>
            </w:pPr>
            <w:r w:rsidRPr="002A7B71">
              <w:rPr>
                <w:b/>
                <w:noProof/>
                <w:color w:val="FFFFFF"/>
                <w:sz w:val="16"/>
                <w:lang w:val="ro-RO"/>
              </w:rPr>
              <w:t>DOVADĂ POSIBILĂ</w:t>
            </w:r>
          </w:p>
        </w:tc>
        <w:tc>
          <w:tcPr>
            <w:tcW w:w="2098" w:type="dxa"/>
            <w:shd w:val="clear" w:color="auto" w:fill="D71920"/>
            <w:tcMar>
              <w:top w:w="80" w:type="dxa"/>
              <w:left w:w="90" w:type="dxa"/>
              <w:bottom w:w="80" w:type="dxa"/>
              <w:right w:w="90" w:type="dxa"/>
            </w:tcMar>
            <w:vAlign w:val="center"/>
          </w:tcPr>
          <w:p w14:paraId="49E21BB7" w14:textId="77777777" w:rsidR="00146DEE" w:rsidRPr="002A7B71" w:rsidRDefault="00000000">
            <w:pPr>
              <w:spacing w:after="0" w:line="240" w:lineRule="auto"/>
              <w:jc w:val="center"/>
              <w:rPr>
                <w:noProof/>
                <w:lang w:val="ro-RO"/>
              </w:rPr>
            </w:pPr>
            <w:r w:rsidRPr="002A7B71">
              <w:rPr>
                <w:b/>
                <w:noProof/>
                <w:color w:val="FFFFFF"/>
                <w:sz w:val="16"/>
                <w:lang w:val="ro-RO"/>
              </w:rPr>
              <w:t>EVALUARE</w:t>
            </w:r>
          </w:p>
        </w:tc>
      </w:tr>
      <w:tr w:rsidR="00146DEE" w:rsidRPr="002A7B71" w14:paraId="5096637F" w14:textId="77777777">
        <w:trPr>
          <w:cantSplit/>
          <w:jc w:val="center"/>
        </w:trPr>
        <w:tc>
          <w:tcPr>
            <w:tcW w:w="3345" w:type="dxa"/>
            <w:shd w:val="clear" w:color="auto" w:fill="FFFFFF"/>
            <w:tcMar>
              <w:top w:w="80" w:type="dxa"/>
              <w:left w:w="90" w:type="dxa"/>
              <w:bottom w:w="80" w:type="dxa"/>
              <w:right w:w="90" w:type="dxa"/>
            </w:tcMar>
            <w:vAlign w:val="center"/>
          </w:tcPr>
          <w:p w14:paraId="0963B327" w14:textId="77777777" w:rsidR="00146DEE" w:rsidRPr="002A7B71" w:rsidRDefault="00000000">
            <w:pPr>
              <w:spacing w:after="0" w:line="240" w:lineRule="auto"/>
              <w:rPr>
                <w:noProof/>
                <w:lang w:val="ro-RO"/>
              </w:rPr>
            </w:pPr>
            <w:r w:rsidRPr="002A7B71">
              <w:rPr>
                <w:noProof/>
                <w:sz w:val="15"/>
                <w:lang w:val="ro-RO"/>
              </w:rPr>
              <w:t>Cunoaște principiile și procesul de audit</w:t>
            </w:r>
          </w:p>
        </w:tc>
        <w:tc>
          <w:tcPr>
            <w:tcW w:w="4479" w:type="dxa"/>
            <w:shd w:val="clear" w:color="auto" w:fill="FFFFFF"/>
            <w:tcMar>
              <w:top w:w="80" w:type="dxa"/>
              <w:left w:w="90" w:type="dxa"/>
              <w:bottom w:w="80" w:type="dxa"/>
              <w:right w:w="90" w:type="dxa"/>
            </w:tcMar>
            <w:vAlign w:val="center"/>
          </w:tcPr>
          <w:p w14:paraId="50DC9C63" w14:textId="77777777" w:rsidR="00146DEE" w:rsidRPr="002A7B71" w:rsidRDefault="00000000">
            <w:pPr>
              <w:spacing w:after="0" w:line="240" w:lineRule="auto"/>
              <w:rPr>
                <w:noProof/>
                <w:lang w:val="ro-RO"/>
              </w:rPr>
            </w:pPr>
            <w:r w:rsidRPr="002A7B71">
              <w:rPr>
                <w:noProof/>
                <w:sz w:val="15"/>
                <w:lang w:val="ro-RO"/>
              </w:rPr>
              <w:t>Curs, test, observare, audituri asistate</w:t>
            </w:r>
          </w:p>
        </w:tc>
        <w:tc>
          <w:tcPr>
            <w:tcW w:w="2098" w:type="dxa"/>
            <w:shd w:val="clear" w:color="auto" w:fill="FFFFFF"/>
            <w:tcMar>
              <w:top w:w="80" w:type="dxa"/>
              <w:left w:w="90" w:type="dxa"/>
              <w:bottom w:w="80" w:type="dxa"/>
              <w:right w:w="90" w:type="dxa"/>
            </w:tcMar>
            <w:vAlign w:val="center"/>
          </w:tcPr>
          <w:p w14:paraId="3A685BCC" w14:textId="77777777" w:rsidR="00146DEE" w:rsidRPr="002A7B71" w:rsidRDefault="00000000">
            <w:pPr>
              <w:spacing w:after="0" w:line="240" w:lineRule="auto"/>
              <w:rPr>
                <w:noProof/>
                <w:lang w:val="ro-RO"/>
              </w:rPr>
            </w:pPr>
            <w:r w:rsidRPr="002A7B71">
              <w:rPr>
                <w:noProof/>
                <w:sz w:val="15"/>
                <w:lang w:val="ro-RO"/>
              </w:rPr>
              <w:t>□ adecvat  □ de dezvoltat</w:t>
            </w:r>
          </w:p>
        </w:tc>
      </w:tr>
      <w:tr w:rsidR="00146DEE" w:rsidRPr="002A7B71" w14:paraId="7BDF2196" w14:textId="77777777">
        <w:trPr>
          <w:cantSplit/>
          <w:jc w:val="center"/>
        </w:trPr>
        <w:tc>
          <w:tcPr>
            <w:tcW w:w="3345" w:type="dxa"/>
            <w:shd w:val="clear" w:color="auto" w:fill="FAFAFA"/>
            <w:tcMar>
              <w:top w:w="80" w:type="dxa"/>
              <w:left w:w="90" w:type="dxa"/>
              <w:bottom w:w="80" w:type="dxa"/>
              <w:right w:w="90" w:type="dxa"/>
            </w:tcMar>
            <w:vAlign w:val="center"/>
          </w:tcPr>
          <w:p w14:paraId="3473D66E" w14:textId="77777777" w:rsidR="00146DEE" w:rsidRPr="002A7B71" w:rsidRDefault="00000000">
            <w:pPr>
              <w:spacing w:after="0" w:line="240" w:lineRule="auto"/>
              <w:rPr>
                <w:noProof/>
                <w:lang w:val="ro-RO"/>
              </w:rPr>
            </w:pPr>
            <w:r w:rsidRPr="002A7B71">
              <w:rPr>
                <w:noProof/>
                <w:sz w:val="15"/>
                <w:lang w:val="ro-RO"/>
              </w:rPr>
              <w:t>Înțelege standardul și cerințele aplicabile</w:t>
            </w:r>
          </w:p>
        </w:tc>
        <w:tc>
          <w:tcPr>
            <w:tcW w:w="4479" w:type="dxa"/>
            <w:shd w:val="clear" w:color="auto" w:fill="FAFAFA"/>
            <w:tcMar>
              <w:top w:w="80" w:type="dxa"/>
              <w:left w:w="90" w:type="dxa"/>
              <w:bottom w:w="80" w:type="dxa"/>
              <w:right w:w="90" w:type="dxa"/>
            </w:tcMar>
            <w:vAlign w:val="center"/>
          </w:tcPr>
          <w:p w14:paraId="5AF604E3" w14:textId="77777777" w:rsidR="00146DEE" w:rsidRPr="002A7B71" w:rsidRDefault="00000000">
            <w:pPr>
              <w:spacing w:after="0" w:line="240" w:lineRule="auto"/>
              <w:rPr>
                <w:noProof/>
                <w:lang w:val="ro-RO"/>
              </w:rPr>
            </w:pPr>
            <w:r w:rsidRPr="002A7B71">
              <w:rPr>
                <w:noProof/>
                <w:sz w:val="15"/>
                <w:lang w:val="ro-RO"/>
              </w:rPr>
              <w:t>Formare, experiență, evaluare tehnică</w:t>
            </w:r>
          </w:p>
        </w:tc>
        <w:tc>
          <w:tcPr>
            <w:tcW w:w="2098" w:type="dxa"/>
            <w:shd w:val="clear" w:color="auto" w:fill="FAFAFA"/>
            <w:tcMar>
              <w:top w:w="80" w:type="dxa"/>
              <w:left w:w="90" w:type="dxa"/>
              <w:bottom w:w="80" w:type="dxa"/>
              <w:right w:w="90" w:type="dxa"/>
            </w:tcMar>
            <w:vAlign w:val="center"/>
          </w:tcPr>
          <w:p w14:paraId="2B266AE2" w14:textId="77777777" w:rsidR="00146DEE" w:rsidRPr="002A7B71" w:rsidRDefault="00000000">
            <w:pPr>
              <w:spacing w:after="0" w:line="240" w:lineRule="auto"/>
              <w:rPr>
                <w:noProof/>
                <w:lang w:val="ro-RO"/>
              </w:rPr>
            </w:pPr>
            <w:r w:rsidRPr="002A7B71">
              <w:rPr>
                <w:noProof/>
                <w:sz w:val="15"/>
                <w:lang w:val="ro-RO"/>
              </w:rPr>
              <w:t>□ adecvat  □ de dezvoltat</w:t>
            </w:r>
          </w:p>
        </w:tc>
      </w:tr>
      <w:tr w:rsidR="00146DEE" w:rsidRPr="002A7B71" w14:paraId="6497926B" w14:textId="77777777">
        <w:trPr>
          <w:cantSplit/>
          <w:jc w:val="center"/>
        </w:trPr>
        <w:tc>
          <w:tcPr>
            <w:tcW w:w="3345" w:type="dxa"/>
            <w:shd w:val="clear" w:color="auto" w:fill="FFFFFF"/>
            <w:tcMar>
              <w:top w:w="80" w:type="dxa"/>
              <w:left w:w="90" w:type="dxa"/>
              <w:bottom w:w="80" w:type="dxa"/>
              <w:right w:w="90" w:type="dxa"/>
            </w:tcMar>
            <w:vAlign w:val="center"/>
          </w:tcPr>
          <w:p w14:paraId="3A186E41" w14:textId="77777777" w:rsidR="00146DEE" w:rsidRPr="002A7B71" w:rsidRDefault="00000000">
            <w:pPr>
              <w:spacing w:after="0" w:line="240" w:lineRule="auto"/>
              <w:rPr>
                <w:noProof/>
                <w:lang w:val="ro-RO"/>
              </w:rPr>
            </w:pPr>
            <w:r w:rsidRPr="002A7B71">
              <w:rPr>
                <w:noProof/>
                <w:sz w:val="15"/>
                <w:lang w:val="ro-RO"/>
              </w:rPr>
              <w:t>Înțelege procesele și contextul sectorului</w:t>
            </w:r>
          </w:p>
        </w:tc>
        <w:tc>
          <w:tcPr>
            <w:tcW w:w="4479" w:type="dxa"/>
            <w:shd w:val="clear" w:color="auto" w:fill="FFFFFF"/>
            <w:tcMar>
              <w:top w:w="80" w:type="dxa"/>
              <w:left w:w="90" w:type="dxa"/>
              <w:bottom w:w="80" w:type="dxa"/>
              <w:right w:w="90" w:type="dxa"/>
            </w:tcMar>
            <w:vAlign w:val="center"/>
          </w:tcPr>
          <w:p w14:paraId="564A89B4" w14:textId="77777777" w:rsidR="00146DEE" w:rsidRPr="002A7B71" w:rsidRDefault="00000000">
            <w:pPr>
              <w:spacing w:after="0" w:line="240" w:lineRule="auto"/>
              <w:rPr>
                <w:noProof/>
                <w:lang w:val="ro-RO"/>
              </w:rPr>
            </w:pPr>
            <w:r w:rsidRPr="002A7B71">
              <w:rPr>
                <w:noProof/>
                <w:sz w:val="15"/>
                <w:lang w:val="ro-RO"/>
              </w:rPr>
              <w:t>Experiență, mentorat, expert tehnic</w:t>
            </w:r>
          </w:p>
        </w:tc>
        <w:tc>
          <w:tcPr>
            <w:tcW w:w="2098" w:type="dxa"/>
            <w:shd w:val="clear" w:color="auto" w:fill="FFFFFF"/>
            <w:tcMar>
              <w:top w:w="80" w:type="dxa"/>
              <w:left w:w="90" w:type="dxa"/>
              <w:bottom w:w="80" w:type="dxa"/>
              <w:right w:w="90" w:type="dxa"/>
            </w:tcMar>
            <w:vAlign w:val="center"/>
          </w:tcPr>
          <w:p w14:paraId="0491B348" w14:textId="77777777" w:rsidR="00146DEE" w:rsidRPr="002A7B71" w:rsidRDefault="00000000">
            <w:pPr>
              <w:spacing w:after="0" w:line="240" w:lineRule="auto"/>
              <w:rPr>
                <w:noProof/>
                <w:lang w:val="ro-RO"/>
              </w:rPr>
            </w:pPr>
            <w:r w:rsidRPr="002A7B71">
              <w:rPr>
                <w:noProof/>
                <w:sz w:val="15"/>
                <w:lang w:val="ro-RO"/>
              </w:rPr>
              <w:t>□ adecvat  □ de dezvoltat</w:t>
            </w:r>
          </w:p>
        </w:tc>
      </w:tr>
      <w:tr w:rsidR="00146DEE" w:rsidRPr="002A7B71" w14:paraId="0F3F90DB" w14:textId="77777777">
        <w:trPr>
          <w:cantSplit/>
          <w:jc w:val="center"/>
        </w:trPr>
        <w:tc>
          <w:tcPr>
            <w:tcW w:w="3345" w:type="dxa"/>
            <w:shd w:val="clear" w:color="auto" w:fill="FAFAFA"/>
            <w:tcMar>
              <w:top w:w="80" w:type="dxa"/>
              <w:left w:w="90" w:type="dxa"/>
              <w:bottom w:w="80" w:type="dxa"/>
              <w:right w:w="90" w:type="dxa"/>
            </w:tcMar>
            <w:vAlign w:val="center"/>
          </w:tcPr>
          <w:p w14:paraId="25D8F4BB" w14:textId="77777777" w:rsidR="00146DEE" w:rsidRPr="002A7B71" w:rsidRDefault="00000000">
            <w:pPr>
              <w:spacing w:after="0" w:line="240" w:lineRule="auto"/>
              <w:rPr>
                <w:noProof/>
                <w:lang w:val="ro-RO"/>
              </w:rPr>
            </w:pPr>
            <w:r w:rsidRPr="002A7B71">
              <w:rPr>
                <w:noProof/>
                <w:sz w:val="15"/>
                <w:lang w:val="ro-RO"/>
              </w:rPr>
              <w:t>Comunică, ascultă și formulează clar</w:t>
            </w:r>
          </w:p>
        </w:tc>
        <w:tc>
          <w:tcPr>
            <w:tcW w:w="4479" w:type="dxa"/>
            <w:shd w:val="clear" w:color="auto" w:fill="FAFAFA"/>
            <w:tcMar>
              <w:top w:w="80" w:type="dxa"/>
              <w:left w:w="90" w:type="dxa"/>
              <w:bottom w:w="80" w:type="dxa"/>
              <w:right w:w="90" w:type="dxa"/>
            </w:tcMar>
            <w:vAlign w:val="center"/>
          </w:tcPr>
          <w:p w14:paraId="0F3165F4" w14:textId="77777777" w:rsidR="00146DEE" w:rsidRPr="002A7B71" w:rsidRDefault="00000000">
            <w:pPr>
              <w:spacing w:after="0" w:line="240" w:lineRule="auto"/>
              <w:rPr>
                <w:noProof/>
                <w:lang w:val="ro-RO"/>
              </w:rPr>
            </w:pPr>
            <w:r w:rsidRPr="002A7B71">
              <w:rPr>
                <w:noProof/>
                <w:sz w:val="15"/>
                <w:lang w:val="ro-RO"/>
              </w:rPr>
              <w:t>Observare, feedback, calitatea rapoartelor</w:t>
            </w:r>
          </w:p>
        </w:tc>
        <w:tc>
          <w:tcPr>
            <w:tcW w:w="2098" w:type="dxa"/>
            <w:shd w:val="clear" w:color="auto" w:fill="FAFAFA"/>
            <w:tcMar>
              <w:top w:w="80" w:type="dxa"/>
              <w:left w:w="90" w:type="dxa"/>
              <w:bottom w:w="80" w:type="dxa"/>
              <w:right w:w="90" w:type="dxa"/>
            </w:tcMar>
            <w:vAlign w:val="center"/>
          </w:tcPr>
          <w:p w14:paraId="75210812" w14:textId="77777777" w:rsidR="00146DEE" w:rsidRPr="002A7B71" w:rsidRDefault="00000000">
            <w:pPr>
              <w:spacing w:after="0" w:line="240" w:lineRule="auto"/>
              <w:rPr>
                <w:noProof/>
                <w:lang w:val="ro-RO"/>
              </w:rPr>
            </w:pPr>
            <w:r w:rsidRPr="002A7B71">
              <w:rPr>
                <w:noProof/>
                <w:sz w:val="15"/>
                <w:lang w:val="ro-RO"/>
              </w:rPr>
              <w:t>□ adecvat  □ de dezvoltat</w:t>
            </w:r>
          </w:p>
        </w:tc>
      </w:tr>
      <w:tr w:rsidR="00146DEE" w:rsidRPr="002A7B71" w14:paraId="49A1594F" w14:textId="77777777">
        <w:trPr>
          <w:cantSplit/>
          <w:jc w:val="center"/>
        </w:trPr>
        <w:tc>
          <w:tcPr>
            <w:tcW w:w="3345" w:type="dxa"/>
            <w:shd w:val="clear" w:color="auto" w:fill="FFFFFF"/>
            <w:tcMar>
              <w:top w:w="80" w:type="dxa"/>
              <w:left w:w="90" w:type="dxa"/>
              <w:bottom w:w="80" w:type="dxa"/>
              <w:right w:w="90" w:type="dxa"/>
            </w:tcMar>
            <w:vAlign w:val="center"/>
          </w:tcPr>
          <w:p w14:paraId="14A4CDD8" w14:textId="77777777" w:rsidR="00146DEE" w:rsidRPr="002A7B71" w:rsidRDefault="00000000">
            <w:pPr>
              <w:spacing w:after="0" w:line="240" w:lineRule="auto"/>
              <w:rPr>
                <w:noProof/>
                <w:lang w:val="ro-RO"/>
              </w:rPr>
            </w:pPr>
            <w:r w:rsidRPr="002A7B71">
              <w:rPr>
                <w:noProof/>
                <w:sz w:val="15"/>
                <w:lang w:val="ro-RO"/>
              </w:rPr>
              <w:t>Analizează date și păstrează obiectivitatea</w:t>
            </w:r>
          </w:p>
        </w:tc>
        <w:tc>
          <w:tcPr>
            <w:tcW w:w="4479" w:type="dxa"/>
            <w:shd w:val="clear" w:color="auto" w:fill="FFFFFF"/>
            <w:tcMar>
              <w:top w:w="80" w:type="dxa"/>
              <w:left w:w="90" w:type="dxa"/>
              <w:bottom w:w="80" w:type="dxa"/>
              <w:right w:w="90" w:type="dxa"/>
            </w:tcMar>
            <w:vAlign w:val="center"/>
          </w:tcPr>
          <w:p w14:paraId="1179985C" w14:textId="77777777" w:rsidR="00146DEE" w:rsidRPr="002A7B71" w:rsidRDefault="00000000">
            <w:pPr>
              <w:spacing w:after="0" w:line="240" w:lineRule="auto"/>
              <w:rPr>
                <w:noProof/>
                <w:lang w:val="ro-RO"/>
              </w:rPr>
            </w:pPr>
            <w:r w:rsidRPr="002A7B71">
              <w:rPr>
                <w:noProof/>
                <w:sz w:val="15"/>
                <w:lang w:val="ro-RO"/>
              </w:rPr>
              <w:t>Exerciții, eșantionare, revizuire constatări</w:t>
            </w:r>
          </w:p>
        </w:tc>
        <w:tc>
          <w:tcPr>
            <w:tcW w:w="2098" w:type="dxa"/>
            <w:shd w:val="clear" w:color="auto" w:fill="FFFFFF"/>
            <w:tcMar>
              <w:top w:w="80" w:type="dxa"/>
              <w:left w:w="90" w:type="dxa"/>
              <w:bottom w:w="80" w:type="dxa"/>
              <w:right w:w="90" w:type="dxa"/>
            </w:tcMar>
            <w:vAlign w:val="center"/>
          </w:tcPr>
          <w:p w14:paraId="00D6C071" w14:textId="77777777" w:rsidR="00146DEE" w:rsidRPr="002A7B71" w:rsidRDefault="00000000">
            <w:pPr>
              <w:spacing w:after="0" w:line="240" w:lineRule="auto"/>
              <w:rPr>
                <w:noProof/>
                <w:lang w:val="ro-RO"/>
              </w:rPr>
            </w:pPr>
            <w:r w:rsidRPr="002A7B71">
              <w:rPr>
                <w:noProof/>
                <w:sz w:val="15"/>
                <w:lang w:val="ro-RO"/>
              </w:rPr>
              <w:t>□ adecvat  □ de dezvoltat</w:t>
            </w:r>
          </w:p>
        </w:tc>
      </w:tr>
    </w:tbl>
    <w:p w14:paraId="4DEC169F" w14:textId="77777777" w:rsidR="00146DEE" w:rsidRPr="002A7B71" w:rsidRDefault="00146DEE">
      <w:pPr>
        <w:spacing w:after="20"/>
        <w:rPr>
          <w:noProof/>
          <w:lang w:val="ro-RO"/>
        </w:rPr>
      </w:pPr>
    </w:p>
    <w:p w14:paraId="752CBEC8" w14:textId="77777777" w:rsidR="00146DEE" w:rsidRPr="002A7B71" w:rsidRDefault="00000000">
      <w:pPr>
        <w:rPr>
          <w:noProof/>
          <w:lang w:val="ro-RO"/>
        </w:rPr>
      </w:pPr>
      <w:r w:rsidRPr="002A7B71">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707B8FAA" w14:textId="77777777">
        <w:trPr>
          <w:cantSplit/>
          <w:jc w:val="center"/>
        </w:trPr>
        <w:tc>
          <w:tcPr>
            <w:tcW w:w="1020" w:type="dxa"/>
            <w:shd w:val="clear" w:color="auto" w:fill="D71920"/>
            <w:tcMar>
              <w:top w:w="80" w:type="dxa"/>
              <w:left w:w="90" w:type="dxa"/>
              <w:bottom w:w="80" w:type="dxa"/>
              <w:right w:w="90" w:type="dxa"/>
            </w:tcMar>
            <w:vAlign w:val="center"/>
          </w:tcPr>
          <w:p w14:paraId="509FE382" w14:textId="77777777" w:rsidR="00146DEE" w:rsidRPr="002A7B71" w:rsidRDefault="00000000">
            <w:pPr>
              <w:spacing w:after="0" w:line="240" w:lineRule="auto"/>
              <w:jc w:val="center"/>
              <w:rPr>
                <w:noProof/>
                <w:lang w:val="ro-RO"/>
              </w:rPr>
            </w:pPr>
            <w:r w:rsidRPr="002A7B71">
              <w:rPr>
                <w:b/>
                <w:noProof/>
                <w:color w:val="FFFFFF"/>
                <w:sz w:val="34"/>
                <w:lang w:val="ro-RO"/>
              </w:rPr>
              <w:lastRenderedPageBreak/>
              <w:t>3</w:t>
            </w:r>
          </w:p>
        </w:tc>
        <w:tc>
          <w:tcPr>
            <w:tcW w:w="8901" w:type="dxa"/>
            <w:shd w:val="clear" w:color="auto" w:fill="F3F4F5"/>
          </w:tcPr>
          <w:p w14:paraId="20E7DEF3" w14:textId="77777777" w:rsidR="00146DEE" w:rsidRPr="002A7B71" w:rsidRDefault="00000000">
            <w:pPr>
              <w:spacing w:after="20"/>
              <w:rPr>
                <w:noProof/>
                <w:lang w:val="ro-RO"/>
              </w:rPr>
            </w:pPr>
            <w:r w:rsidRPr="002A7B71">
              <w:rPr>
                <w:b/>
                <w:noProof/>
                <w:sz w:val="28"/>
                <w:lang w:val="ro-RO"/>
              </w:rPr>
              <w:t>Programul de audit intern</w:t>
            </w:r>
          </w:p>
          <w:p w14:paraId="7A60D941" w14:textId="77777777" w:rsidR="00146DEE" w:rsidRPr="002A7B71" w:rsidRDefault="00000000">
            <w:pPr>
              <w:keepNext/>
              <w:spacing w:after="0"/>
              <w:rPr>
                <w:noProof/>
                <w:lang w:val="ro-RO"/>
              </w:rPr>
            </w:pPr>
            <w:r w:rsidRPr="002A7B71">
              <w:rPr>
                <w:noProof/>
                <w:color w:val="666666"/>
                <w:sz w:val="17"/>
                <w:lang w:val="ro-RO"/>
              </w:rPr>
              <w:t>Planificați în funcție de importanța proceselor, schimbări și rezultate anterioare</w:t>
            </w:r>
          </w:p>
        </w:tc>
      </w:tr>
    </w:tbl>
    <w:p w14:paraId="4F43731B" w14:textId="77777777" w:rsidR="00146DEE" w:rsidRPr="002A7B71" w:rsidRDefault="00146DEE">
      <w:pPr>
        <w:keepNext/>
        <w:spacing w:after="0"/>
        <w:rPr>
          <w:noProof/>
          <w:lang w:val="ro-RO"/>
        </w:rPr>
      </w:pPr>
    </w:p>
    <w:p w14:paraId="69A3A082" w14:textId="77777777" w:rsidR="00146DEE" w:rsidRPr="002A7B71" w:rsidRDefault="00000000">
      <w:pPr>
        <w:pStyle w:val="Heading2"/>
        <w:rPr>
          <w:noProof/>
          <w:lang w:val="ro-RO"/>
        </w:rPr>
      </w:pPr>
      <w:r w:rsidRPr="002A7B71">
        <w:rPr>
          <w:noProof/>
          <w:lang w:val="ro-RO"/>
        </w:rPr>
        <w:t>Cum se stabilește frecvența</w:t>
      </w:r>
    </w:p>
    <w:p w14:paraId="455182ED" w14:textId="77777777" w:rsidR="00146DEE" w:rsidRPr="002A7B71" w:rsidRDefault="00000000">
      <w:pPr>
        <w:rPr>
          <w:noProof/>
          <w:lang w:val="ro-RO"/>
        </w:rPr>
      </w:pPr>
      <w:r w:rsidRPr="002A7B71">
        <w:rPr>
          <w:noProof/>
          <w:lang w:val="ro-RO"/>
        </w:rPr>
        <w:t>Nu este necesar ca toate procesele să fie auditate cu aceeași frecvență. Programul trebuie să asigure acoperirea sistemului într-o perioadă definită și să prioritizeze procesele cu risc sau schimbări semnificative.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041"/>
        <w:gridCol w:w="4649"/>
        <w:gridCol w:w="3231"/>
      </w:tblGrid>
      <w:tr w:rsidR="00146DEE" w:rsidRPr="002A7B71" w14:paraId="0ACA5BD8" w14:textId="77777777">
        <w:trPr>
          <w:tblHeader/>
          <w:jc w:val="center"/>
        </w:trPr>
        <w:tc>
          <w:tcPr>
            <w:tcW w:w="2041" w:type="dxa"/>
            <w:shd w:val="clear" w:color="auto" w:fill="D71920"/>
            <w:tcMar>
              <w:top w:w="80" w:type="dxa"/>
              <w:left w:w="90" w:type="dxa"/>
              <w:bottom w:w="80" w:type="dxa"/>
              <w:right w:w="90" w:type="dxa"/>
            </w:tcMar>
            <w:vAlign w:val="center"/>
          </w:tcPr>
          <w:p w14:paraId="6318A6EC" w14:textId="77777777" w:rsidR="00146DEE" w:rsidRPr="002A7B71" w:rsidRDefault="00000000">
            <w:pPr>
              <w:spacing w:after="0" w:line="240" w:lineRule="auto"/>
              <w:jc w:val="center"/>
              <w:rPr>
                <w:noProof/>
                <w:lang w:val="ro-RO"/>
              </w:rPr>
            </w:pPr>
            <w:r w:rsidRPr="002A7B71">
              <w:rPr>
                <w:b/>
                <w:noProof/>
                <w:color w:val="FFFFFF"/>
                <w:sz w:val="16"/>
                <w:lang w:val="ro-RO"/>
              </w:rPr>
              <w:t>FACTOR</w:t>
            </w:r>
          </w:p>
        </w:tc>
        <w:tc>
          <w:tcPr>
            <w:tcW w:w="4649" w:type="dxa"/>
            <w:shd w:val="clear" w:color="auto" w:fill="D71920"/>
            <w:tcMar>
              <w:top w:w="80" w:type="dxa"/>
              <w:left w:w="90" w:type="dxa"/>
              <w:bottom w:w="80" w:type="dxa"/>
              <w:right w:w="90" w:type="dxa"/>
            </w:tcMar>
            <w:vAlign w:val="center"/>
          </w:tcPr>
          <w:p w14:paraId="43C889FF" w14:textId="77777777" w:rsidR="00146DEE" w:rsidRPr="002A7B71" w:rsidRDefault="00000000">
            <w:pPr>
              <w:spacing w:after="0" w:line="240" w:lineRule="auto"/>
              <w:jc w:val="center"/>
              <w:rPr>
                <w:noProof/>
                <w:lang w:val="ro-RO"/>
              </w:rPr>
            </w:pPr>
            <w:r w:rsidRPr="002A7B71">
              <w:rPr>
                <w:b/>
                <w:noProof/>
                <w:color w:val="FFFFFF"/>
                <w:sz w:val="16"/>
                <w:lang w:val="ro-RO"/>
              </w:rPr>
              <w:t>EXEMPLE DE SEMNALE</w:t>
            </w:r>
          </w:p>
        </w:tc>
        <w:tc>
          <w:tcPr>
            <w:tcW w:w="3231" w:type="dxa"/>
            <w:shd w:val="clear" w:color="auto" w:fill="D71920"/>
            <w:tcMar>
              <w:top w:w="80" w:type="dxa"/>
              <w:left w:w="90" w:type="dxa"/>
              <w:bottom w:w="80" w:type="dxa"/>
              <w:right w:w="90" w:type="dxa"/>
            </w:tcMar>
            <w:vAlign w:val="center"/>
          </w:tcPr>
          <w:p w14:paraId="7F62C271" w14:textId="77777777" w:rsidR="00146DEE" w:rsidRPr="002A7B71" w:rsidRDefault="00000000">
            <w:pPr>
              <w:spacing w:after="0" w:line="240" w:lineRule="auto"/>
              <w:jc w:val="center"/>
              <w:rPr>
                <w:noProof/>
                <w:lang w:val="ro-RO"/>
              </w:rPr>
            </w:pPr>
            <w:r w:rsidRPr="002A7B71">
              <w:rPr>
                <w:b/>
                <w:noProof/>
                <w:color w:val="FFFFFF"/>
                <w:sz w:val="16"/>
                <w:lang w:val="ro-RO"/>
              </w:rPr>
              <w:t>EFECT ASUPRA PROGRAMULUI</w:t>
            </w:r>
          </w:p>
        </w:tc>
      </w:tr>
      <w:tr w:rsidR="00146DEE" w:rsidRPr="002A7B71" w14:paraId="1E16CCCB" w14:textId="77777777">
        <w:trPr>
          <w:cantSplit/>
          <w:jc w:val="center"/>
        </w:trPr>
        <w:tc>
          <w:tcPr>
            <w:tcW w:w="2041" w:type="dxa"/>
            <w:shd w:val="clear" w:color="auto" w:fill="FFFFFF"/>
            <w:tcMar>
              <w:top w:w="80" w:type="dxa"/>
              <w:left w:w="90" w:type="dxa"/>
              <w:bottom w:w="80" w:type="dxa"/>
              <w:right w:w="90" w:type="dxa"/>
            </w:tcMar>
            <w:vAlign w:val="center"/>
          </w:tcPr>
          <w:p w14:paraId="10322B70" w14:textId="77777777" w:rsidR="00146DEE" w:rsidRPr="002A7B71" w:rsidRDefault="00000000">
            <w:pPr>
              <w:spacing w:after="0" w:line="240" w:lineRule="auto"/>
              <w:rPr>
                <w:noProof/>
                <w:lang w:val="ro-RO"/>
              </w:rPr>
            </w:pPr>
            <w:r w:rsidRPr="002A7B71">
              <w:rPr>
                <w:noProof/>
                <w:sz w:val="15"/>
                <w:lang w:val="ro-RO"/>
              </w:rPr>
              <w:t>Importanța procesului</w:t>
            </w:r>
          </w:p>
        </w:tc>
        <w:tc>
          <w:tcPr>
            <w:tcW w:w="4649" w:type="dxa"/>
            <w:shd w:val="clear" w:color="auto" w:fill="FFFFFF"/>
            <w:tcMar>
              <w:top w:w="80" w:type="dxa"/>
              <w:left w:w="90" w:type="dxa"/>
              <w:bottom w:w="80" w:type="dxa"/>
              <w:right w:w="90" w:type="dxa"/>
            </w:tcMar>
            <w:vAlign w:val="center"/>
          </w:tcPr>
          <w:p w14:paraId="6FB9237A" w14:textId="77777777" w:rsidR="00146DEE" w:rsidRPr="002A7B71" w:rsidRDefault="00000000">
            <w:pPr>
              <w:spacing w:after="0" w:line="240" w:lineRule="auto"/>
              <w:rPr>
                <w:noProof/>
                <w:lang w:val="ro-RO"/>
              </w:rPr>
            </w:pPr>
            <w:r w:rsidRPr="002A7B71">
              <w:rPr>
                <w:noProof/>
                <w:sz w:val="15"/>
                <w:lang w:val="ro-RO"/>
              </w:rPr>
              <w:t>Impact direct asupra clientului, mediului, sănătății și securității, informațiilor sau conformității legale</w:t>
            </w:r>
          </w:p>
        </w:tc>
        <w:tc>
          <w:tcPr>
            <w:tcW w:w="3231" w:type="dxa"/>
            <w:shd w:val="clear" w:color="auto" w:fill="FFFFFF"/>
            <w:tcMar>
              <w:top w:w="80" w:type="dxa"/>
              <w:left w:w="90" w:type="dxa"/>
              <w:bottom w:w="80" w:type="dxa"/>
              <w:right w:w="90" w:type="dxa"/>
            </w:tcMar>
            <w:vAlign w:val="center"/>
          </w:tcPr>
          <w:p w14:paraId="2C92FD93" w14:textId="77777777" w:rsidR="00146DEE" w:rsidRPr="002A7B71" w:rsidRDefault="00000000">
            <w:pPr>
              <w:spacing w:after="0" w:line="240" w:lineRule="auto"/>
              <w:rPr>
                <w:noProof/>
                <w:lang w:val="ro-RO"/>
              </w:rPr>
            </w:pPr>
            <w:r w:rsidRPr="002A7B71">
              <w:rPr>
                <w:noProof/>
                <w:sz w:val="15"/>
                <w:lang w:val="ro-RO"/>
              </w:rPr>
              <w:t>Frecvență și profunzime mai mari</w:t>
            </w:r>
          </w:p>
        </w:tc>
      </w:tr>
      <w:tr w:rsidR="00146DEE" w:rsidRPr="002A7B71" w14:paraId="746DD7BB" w14:textId="77777777">
        <w:trPr>
          <w:cantSplit/>
          <w:jc w:val="center"/>
        </w:trPr>
        <w:tc>
          <w:tcPr>
            <w:tcW w:w="2041" w:type="dxa"/>
            <w:shd w:val="clear" w:color="auto" w:fill="FAFAFA"/>
            <w:tcMar>
              <w:top w:w="80" w:type="dxa"/>
              <w:left w:w="90" w:type="dxa"/>
              <w:bottom w:w="80" w:type="dxa"/>
              <w:right w:w="90" w:type="dxa"/>
            </w:tcMar>
            <w:vAlign w:val="center"/>
          </w:tcPr>
          <w:p w14:paraId="6BBB39CC" w14:textId="77777777" w:rsidR="00146DEE" w:rsidRPr="002A7B71" w:rsidRDefault="00000000">
            <w:pPr>
              <w:spacing w:after="0" w:line="240" w:lineRule="auto"/>
              <w:rPr>
                <w:noProof/>
                <w:lang w:val="ro-RO"/>
              </w:rPr>
            </w:pPr>
            <w:r w:rsidRPr="002A7B71">
              <w:rPr>
                <w:noProof/>
                <w:sz w:val="15"/>
                <w:lang w:val="ro-RO"/>
              </w:rPr>
              <w:t>Performanță</w:t>
            </w:r>
          </w:p>
        </w:tc>
        <w:tc>
          <w:tcPr>
            <w:tcW w:w="4649" w:type="dxa"/>
            <w:shd w:val="clear" w:color="auto" w:fill="FAFAFA"/>
            <w:tcMar>
              <w:top w:w="80" w:type="dxa"/>
              <w:left w:w="90" w:type="dxa"/>
              <w:bottom w:w="80" w:type="dxa"/>
              <w:right w:w="90" w:type="dxa"/>
            </w:tcMar>
            <w:vAlign w:val="center"/>
          </w:tcPr>
          <w:p w14:paraId="08A52DD7" w14:textId="77777777" w:rsidR="00146DEE" w:rsidRPr="002A7B71" w:rsidRDefault="00000000">
            <w:pPr>
              <w:spacing w:after="0" w:line="240" w:lineRule="auto"/>
              <w:rPr>
                <w:noProof/>
                <w:lang w:val="ro-RO"/>
              </w:rPr>
            </w:pPr>
            <w:r w:rsidRPr="002A7B71">
              <w:rPr>
                <w:noProof/>
                <w:sz w:val="15"/>
                <w:lang w:val="ro-RO"/>
              </w:rPr>
              <w:t>Obiective ratate, reclamații, incidente, erori, rebut, întârzieri, depășiri sau tendințe negative</w:t>
            </w:r>
          </w:p>
        </w:tc>
        <w:tc>
          <w:tcPr>
            <w:tcW w:w="3231" w:type="dxa"/>
            <w:shd w:val="clear" w:color="auto" w:fill="FAFAFA"/>
            <w:tcMar>
              <w:top w:w="80" w:type="dxa"/>
              <w:left w:w="90" w:type="dxa"/>
              <w:bottom w:w="80" w:type="dxa"/>
              <w:right w:w="90" w:type="dxa"/>
            </w:tcMar>
            <w:vAlign w:val="center"/>
          </w:tcPr>
          <w:p w14:paraId="43DC45C8" w14:textId="77777777" w:rsidR="00146DEE" w:rsidRPr="002A7B71" w:rsidRDefault="00000000">
            <w:pPr>
              <w:spacing w:after="0" w:line="240" w:lineRule="auto"/>
              <w:rPr>
                <w:noProof/>
                <w:lang w:val="ro-RO"/>
              </w:rPr>
            </w:pPr>
            <w:r w:rsidRPr="002A7B71">
              <w:rPr>
                <w:noProof/>
                <w:sz w:val="15"/>
                <w:lang w:val="ro-RO"/>
              </w:rPr>
              <w:t>Audit mai devreme și eșantion extins</w:t>
            </w:r>
          </w:p>
        </w:tc>
      </w:tr>
      <w:tr w:rsidR="00146DEE" w:rsidRPr="002A7B71" w14:paraId="59957757" w14:textId="77777777">
        <w:trPr>
          <w:cantSplit/>
          <w:jc w:val="center"/>
        </w:trPr>
        <w:tc>
          <w:tcPr>
            <w:tcW w:w="2041" w:type="dxa"/>
            <w:shd w:val="clear" w:color="auto" w:fill="FFFFFF"/>
            <w:tcMar>
              <w:top w:w="80" w:type="dxa"/>
              <w:left w:w="90" w:type="dxa"/>
              <w:bottom w:w="80" w:type="dxa"/>
              <w:right w:w="90" w:type="dxa"/>
            </w:tcMar>
            <w:vAlign w:val="center"/>
          </w:tcPr>
          <w:p w14:paraId="34FA051D" w14:textId="77777777" w:rsidR="00146DEE" w:rsidRPr="002A7B71" w:rsidRDefault="00000000">
            <w:pPr>
              <w:spacing w:after="0" w:line="240" w:lineRule="auto"/>
              <w:rPr>
                <w:noProof/>
                <w:lang w:val="ro-RO"/>
              </w:rPr>
            </w:pPr>
            <w:r w:rsidRPr="002A7B71">
              <w:rPr>
                <w:noProof/>
                <w:sz w:val="15"/>
                <w:lang w:val="ro-RO"/>
              </w:rPr>
              <w:t>Schimbări</w:t>
            </w:r>
          </w:p>
        </w:tc>
        <w:tc>
          <w:tcPr>
            <w:tcW w:w="4649" w:type="dxa"/>
            <w:shd w:val="clear" w:color="auto" w:fill="FFFFFF"/>
            <w:tcMar>
              <w:top w:w="80" w:type="dxa"/>
              <w:left w:w="90" w:type="dxa"/>
              <w:bottom w:w="80" w:type="dxa"/>
              <w:right w:w="90" w:type="dxa"/>
            </w:tcMar>
            <w:vAlign w:val="center"/>
          </w:tcPr>
          <w:p w14:paraId="76A2FDD4" w14:textId="77777777" w:rsidR="00146DEE" w:rsidRPr="002A7B71" w:rsidRDefault="00000000">
            <w:pPr>
              <w:spacing w:after="0" w:line="240" w:lineRule="auto"/>
              <w:rPr>
                <w:noProof/>
                <w:lang w:val="ro-RO"/>
              </w:rPr>
            </w:pPr>
            <w:r w:rsidRPr="002A7B71">
              <w:rPr>
                <w:noProof/>
                <w:sz w:val="15"/>
                <w:lang w:val="ro-RO"/>
              </w:rPr>
              <w:t>Personal, tehnologie, sediu, furnizori, produse, legislație, organizare, externalizare</w:t>
            </w:r>
          </w:p>
        </w:tc>
        <w:tc>
          <w:tcPr>
            <w:tcW w:w="3231" w:type="dxa"/>
            <w:shd w:val="clear" w:color="auto" w:fill="FFFFFF"/>
            <w:tcMar>
              <w:top w:w="80" w:type="dxa"/>
              <w:left w:w="90" w:type="dxa"/>
              <w:bottom w:w="80" w:type="dxa"/>
              <w:right w:w="90" w:type="dxa"/>
            </w:tcMar>
            <w:vAlign w:val="center"/>
          </w:tcPr>
          <w:p w14:paraId="65F0951D" w14:textId="77777777" w:rsidR="00146DEE" w:rsidRPr="002A7B71" w:rsidRDefault="00000000">
            <w:pPr>
              <w:spacing w:after="0" w:line="240" w:lineRule="auto"/>
              <w:rPr>
                <w:noProof/>
                <w:lang w:val="ro-RO"/>
              </w:rPr>
            </w:pPr>
            <w:r w:rsidRPr="002A7B71">
              <w:rPr>
                <w:noProof/>
                <w:sz w:val="15"/>
                <w:lang w:val="ro-RO"/>
              </w:rPr>
              <w:t>Audit după stabilizarea schimbării</w:t>
            </w:r>
          </w:p>
        </w:tc>
      </w:tr>
      <w:tr w:rsidR="00146DEE" w:rsidRPr="002A7B71" w14:paraId="615CD130" w14:textId="77777777">
        <w:trPr>
          <w:cantSplit/>
          <w:jc w:val="center"/>
        </w:trPr>
        <w:tc>
          <w:tcPr>
            <w:tcW w:w="2041" w:type="dxa"/>
            <w:shd w:val="clear" w:color="auto" w:fill="FAFAFA"/>
            <w:tcMar>
              <w:top w:w="80" w:type="dxa"/>
              <w:left w:w="90" w:type="dxa"/>
              <w:bottom w:w="80" w:type="dxa"/>
              <w:right w:w="90" w:type="dxa"/>
            </w:tcMar>
            <w:vAlign w:val="center"/>
          </w:tcPr>
          <w:p w14:paraId="56101D78" w14:textId="77777777" w:rsidR="00146DEE" w:rsidRPr="002A7B71" w:rsidRDefault="00000000">
            <w:pPr>
              <w:spacing w:after="0" w:line="240" w:lineRule="auto"/>
              <w:rPr>
                <w:noProof/>
                <w:lang w:val="ro-RO"/>
              </w:rPr>
            </w:pPr>
            <w:r w:rsidRPr="002A7B71">
              <w:rPr>
                <w:noProof/>
                <w:sz w:val="15"/>
                <w:lang w:val="ro-RO"/>
              </w:rPr>
              <w:t>Rezultate anterioare</w:t>
            </w:r>
          </w:p>
        </w:tc>
        <w:tc>
          <w:tcPr>
            <w:tcW w:w="4649" w:type="dxa"/>
            <w:shd w:val="clear" w:color="auto" w:fill="FAFAFA"/>
            <w:tcMar>
              <w:top w:w="80" w:type="dxa"/>
              <w:left w:w="90" w:type="dxa"/>
              <w:bottom w:w="80" w:type="dxa"/>
              <w:right w:w="90" w:type="dxa"/>
            </w:tcMar>
            <w:vAlign w:val="center"/>
          </w:tcPr>
          <w:p w14:paraId="43476EC4" w14:textId="77777777" w:rsidR="00146DEE" w:rsidRPr="002A7B71" w:rsidRDefault="00000000">
            <w:pPr>
              <w:spacing w:after="0" w:line="240" w:lineRule="auto"/>
              <w:rPr>
                <w:noProof/>
                <w:lang w:val="ro-RO"/>
              </w:rPr>
            </w:pPr>
            <w:r w:rsidRPr="002A7B71">
              <w:rPr>
                <w:noProof/>
                <w:sz w:val="15"/>
                <w:lang w:val="ro-RO"/>
              </w:rPr>
              <w:t>Neconformități repetate, acțiuni întârziate, eficacitate neconfirmată</w:t>
            </w:r>
          </w:p>
        </w:tc>
        <w:tc>
          <w:tcPr>
            <w:tcW w:w="3231" w:type="dxa"/>
            <w:shd w:val="clear" w:color="auto" w:fill="FAFAFA"/>
            <w:tcMar>
              <w:top w:w="80" w:type="dxa"/>
              <w:left w:w="90" w:type="dxa"/>
              <w:bottom w:w="80" w:type="dxa"/>
              <w:right w:w="90" w:type="dxa"/>
            </w:tcMar>
            <w:vAlign w:val="center"/>
          </w:tcPr>
          <w:p w14:paraId="26713DCE" w14:textId="77777777" w:rsidR="00146DEE" w:rsidRPr="002A7B71" w:rsidRDefault="00000000">
            <w:pPr>
              <w:spacing w:after="0" w:line="240" w:lineRule="auto"/>
              <w:rPr>
                <w:noProof/>
                <w:lang w:val="ro-RO"/>
              </w:rPr>
            </w:pPr>
            <w:r w:rsidRPr="002A7B71">
              <w:rPr>
                <w:noProof/>
                <w:sz w:val="15"/>
                <w:lang w:val="ro-RO"/>
              </w:rPr>
              <w:t>Urmărire și reevaluare focalizată</w:t>
            </w:r>
          </w:p>
        </w:tc>
      </w:tr>
      <w:tr w:rsidR="00146DEE" w:rsidRPr="002A7B71" w14:paraId="0DDC12C3" w14:textId="77777777">
        <w:trPr>
          <w:cantSplit/>
          <w:jc w:val="center"/>
        </w:trPr>
        <w:tc>
          <w:tcPr>
            <w:tcW w:w="2041" w:type="dxa"/>
            <w:shd w:val="clear" w:color="auto" w:fill="FFFFFF"/>
            <w:tcMar>
              <w:top w:w="80" w:type="dxa"/>
              <w:left w:w="90" w:type="dxa"/>
              <w:bottom w:w="80" w:type="dxa"/>
              <w:right w:w="90" w:type="dxa"/>
            </w:tcMar>
            <w:vAlign w:val="center"/>
          </w:tcPr>
          <w:p w14:paraId="40D217F9" w14:textId="77777777" w:rsidR="00146DEE" w:rsidRPr="002A7B71" w:rsidRDefault="00000000">
            <w:pPr>
              <w:spacing w:after="0" w:line="240" w:lineRule="auto"/>
              <w:rPr>
                <w:noProof/>
                <w:lang w:val="ro-RO"/>
              </w:rPr>
            </w:pPr>
            <w:r w:rsidRPr="002A7B71">
              <w:rPr>
                <w:noProof/>
                <w:sz w:val="15"/>
                <w:lang w:val="ro-RO"/>
              </w:rPr>
              <w:t>Maturitate</w:t>
            </w:r>
          </w:p>
        </w:tc>
        <w:tc>
          <w:tcPr>
            <w:tcW w:w="4649" w:type="dxa"/>
            <w:shd w:val="clear" w:color="auto" w:fill="FFFFFF"/>
            <w:tcMar>
              <w:top w:w="80" w:type="dxa"/>
              <w:left w:w="90" w:type="dxa"/>
              <w:bottom w:w="80" w:type="dxa"/>
              <w:right w:w="90" w:type="dxa"/>
            </w:tcMar>
            <w:vAlign w:val="center"/>
          </w:tcPr>
          <w:p w14:paraId="56EE76C2" w14:textId="77777777" w:rsidR="00146DEE" w:rsidRPr="002A7B71" w:rsidRDefault="00000000">
            <w:pPr>
              <w:spacing w:after="0" w:line="240" w:lineRule="auto"/>
              <w:rPr>
                <w:noProof/>
                <w:lang w:val="ro-RO"/>
              </w:rPr>
            </w:pPr>
            <w:r w:rsidRPr="002A7B71">
              <w:rPr>
                <w:noProof/>
                <w:sz w:val="15"/>
                <w:lang w:val="ro-RO"/>
              </w:rPr>
              <w:t>Proces nou, control instabil, documentație recentă</w:t>
            </w:r>
          </w:p>
        </w:tc>
        <w:tc>
          <w:tcPr>
            <w:tcW w:w="3231" w:type="dxa"/>
            <w:shd w:val="clear" w:color="auto" w:fill="FFFFFF"/>
            <w:tcMar>
              <w:top w:w="80" w:type="dxa"/>
              <w:left w:w="90" w:type="dxa"/>
              <w:bottom w:w="80" w:type="dxa"/>
              <w:right w:w="90" w:type="dxa"/>
            </w:tcMar>
            <w:vAlign w:val="center"/>
          </w:tcPr>
          <w:p w14:paraId="154EDF60" w14:textId="77777777" w:rsidR="00146DEE" w:rsidRPr="002A7B71" w:rsidRDefault="00000000">
            <w:pPr>
              <w:spacing w:after="0" w:line="240" w:lineRule="auto"/>
              <w:rPr>
                <w:noProof/>
                <w:lang w:val="ro-RO"/>
              </w:rPr>
            </w:pPr>
            <w:r w:rsidRPr="002A7B71">
              <w:rPr>
                <w:noProof/>
                <w:sz w:val="15"/>
                <w:lang w:val="ro-RO"/>
              </w:rPr>
              <w:t>Audituri mai dese până la stabilizare</w:t>
            </w:r>
          </w:p>
        </w:tc>
      </w:tr>
      <w:tr w:rsidR="00146DEE" w:rsidRPr="002A7B71" w14:paraId="002E2EB5" w14:textId="77777777">
        <w:trPr>
          <w:cantSplit/>
          <w:jc w:val="center"/>
        </w:trPr>
        <w:tc>
          <w:tcPr>
            <w:tcW w:w="2041" w:type="dxa"/>
            <w:shd w:val="clear" w:color="auto" w:fill="FAFAFA"/>
            <w:tcMar>
              <w:top w:w="80" w:type="dxa"/>
              <w:left w:w="90" w:type="dxa"/>
              <w:bottom w:w="80" w:type="dxa"/>
              <w:right w:w="90" w:type="dxa"/>
            </w:tcMar>
            <w:vAlign w:val="center"/>
          </w:tcPr>
          <w:p w14:paraId="4EC86EBF" w14:textId="77777777" w:rsidR="00146DEE" w:rsidRPr="002A7B71" w:rsidRDefault="00000000">
            <w:pPr>
              <w:spacing w:after="0" w:line="240" w:lineRule="auto"/>
              <w:rPr>
                <w:noProof/>
                <w:lang w:val="ro-RO"/>
              </w:rPr>
            </w:pPr>
            <w:r w:rsidRPr="002A7B71">
              <w:rPr>
                <w:noProof/>
                <w:sz w:val="15"/>
                <w:lang w:val="ro-RO"/>
              </w:rPr>
              <w:t>Disponibilitate dovezi</w:t>
            </w:r>
          </w:p>
        </w:tc>
        <w:tc>
          <w:tcPr>
            <w:tcW w:w="4649" w:type="dxa"/>
            <w:shd w:val="clear" w:color="auto" w:fill="FAFAFA"/>
            <w:tcMar>
              <w:top w:w="80" w:type="dxa"/>
              <w:left w:w="90" w:type="dxa"/>
              <w:bottom w:w="80" w:type="dxa"/>
              <w:right w:w="90" w:type="dxa"/>
            </w:tcMar>
            <w:vAlign w:val="center"/>
          </w:tcPr>
          <w:p w14:paraId="7A4D8028" w14:textId="77777777" w:rsidR="00146DEE" w:rsidRPr="002A7B71" w:rsidRDefault="00000000">
            <w:pPr>
              <w:spacing w:after="0" w:line="240" w:lineRule="auto"/>
              <w:rPr>
                <w:noProof/>
                <w:lang w:val="ro-RO"/>
              </w:rPr>
            </w:pPr>
            <w:r w:rsidRPr="002A7B71">
              <w:rPr>
                <w:noProof/>
                <w:sz w:val="15"/>
                <w:lang w:val="ro-RO"/>
              </w:rPr>
              <w:t>Date incomplete, sisteme multiple, acces limitat sau audit la distanță</w:t>
            </w:r>
          </w:p>
        </w:tc>
        <w:tc>
          <w:tcPr>
            <w:tcW w:w="3231" w:type="dxa"/>
            <w:shd w:val="clear" w:color="auto" w:fill="FAFAFA"/>
            <w:tcMar>
              <w:top w:w="80" w:type="dxa"/>
              <w:left w:w="90" w:type="dxa"/>
              <w:bottom w:w="80" w:type="dxa"/>
              <w:right w:w="90" w:type="dxa"/>
            </w:tcMar>
            <w:vAlign w:val="center"/>
          </w:tcPr>
          <w:p w14:paraId="0A3A7885" w14:textId="77777777" w:rsidR="00146DEE" w:rsidRPr="002A7B71" w:rsidRDefault="00000000">
            <w:pPr>
              <w:spacing w:after="0" w:line="240" w:lineRule="auto"/>
              <w:rPr>
                <w:noProof/>
                <w:lang w:val="ro-RO"/>
              </w:rPr>
            </w:pPr>
            <w:r w:rsidRPr="002A7B71">
              <w:rPr>
                <w:noProof/>
                <w:sz w:val="15"/>
                <w:lang w:val="ro-RO"/>
              </w:rPr>
              <w:t>Mai mult timp și pregătire tehnică</w:t>
            </w:r>
          </w:p>
        </w:tc>
      </w:tr>
    </w:tbl>
    <w:p w14:paraId="06C28590" w14:textId="77777777" w:rsidR="00146DEE" w:rsidRPr="002A7B71" w:rsidRDefault="00146DEE">
      <w:pPr>
        <w:spacing w:after="20"/>
        <w:rPr>
          <w:noProof/>
          <w:lang w:val="ro-RO"/>
        </w:rPr>
      </w:pPr>
    </w:p>
    <w:p w14:paraId="6F8A9471" w14:textId="77777777" w:rsidR="00146DEE" w:rsidRPr="002A7B71" w:rsidRDefault="00000000">
      <w:pPr>
        <w:pStyle w:val="Heading2"/>
        <w:rPr>
          <w:noProof/>
          <w:lang w:val="ro-RO"/>
        </w:rPr>
      </w:pPr>
      <w:r w:rsidRPr="002A7B71">
        <w:rPr>
          <w:noProof/>
          <w:lang w:val="ro-RO"/>
        </w:rPr>
        <w:t>Model simplu de prioritizare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2381"/>
        <w:gridCol w:w="2381"/>
        <w:gridCol w:w="2778"/>
      </w:tblGrid>
      <w:tr w:rsidR="00146DEE" w:rsidRPr="002A7B71" w14:paraId="522A05B2" w14:textId="77777777">
        <w:trPr>
          <w:tblHeader/>
          <w:jc w:val="center"/>
        </w:trPr>
        <w:tc>
          <w:tcPr>
            <w:tcW w:w="2381" w:type="dxa"/>
            <w:shd w:val="clear" w:color="auto" w:fill="D71920"/>
            <w:tcMar>
              <w:top w:w="80" w:type="dxa"/>
              <w:left w:w="90" w:type="dxa"/>
              <w:bottom w:w="80" w:type="dxa"/>
              <w:right w:w="90" w:type="dxa"/>
            </w:tcMar>
            <w:vAlign w:val="center"/>
          </w:tcPr>
          <w:p w14:paraId="326DA4EF" w14:textId="77777777" w:rsidR="00146DEE" w:rsidRPr="002A7B71" w:rsidRDefault="00000000">
            <w:pPr>
              <w:spacing w:after="0" w:line="240" w:lineRule="auto"/>
              <w:jc w:val="center"/>
              <w:rPr>
                <w:noProof/>
                <w:lang w:val="ro-RO"/>
              </w:rPr>
            </w:pPr>
            <w:r w:rsidRPr="002A7B71">
              <w:rPr>
                <w:b/>
                <w:noProof/>
                <w:color w:val="FFFFFF"/>
                <w:sz w:val="16"/>
                <w:lang w:val="ro-RO"/>
              </w:rPr>
              <w:t>CRITERIU</w:t>
            </w:r>
          </w:p>
        </w:tc>
        <w:tc>
          <w:tcPr>
            <w:tcW w:w="2381" w:type="dxa"/>
            <w:shd w:val="clear" w:color="auto" w:fill="D71920"/>
            <w:tcMar>
              <w:top w:w="80" w:type="dxa"/>
              <w:left w:w="90" w:type="dxa"/>
              <w:bottom w:w="80" w:type="dxa"/>
              <w:right w:w="90" w:type="dxa"/>
            </w:tcMar>
            <w:vAlign w:val="center"/>
          </w:tcPr>
          <w:p w14:paraId="335D3320" w14:textId="77777777" w:rsidR="00146DEE" w:rsidRPr="002A7B71" w:rsidRDefault="00000000">
            <w:pPr>
              <w:spacing w:after="0" w:line="240" w:lineRule="auto"/>
              <w:jc w:val="center"/>
              <w:rPr>
                <w:noProof/>
                <w:lang w:val="ro-RO"/>
              </w:rPr>
            </w:pPr>
            <w:r w:rsidRPr="002A7B71">
              <w:rPr>
                <w:b/>
                <w:noProof/>
                <w:color w:val="FFFFFF"/>
                <w:sz w:val="16"/>
                <w:lang w:val="ro-RO"/>
              </w:rPr>
              <w:t>1 - REDUS</w:t>
            </w:r>
          </w:p>
        </w:tc>
        <w:tc>
          <w:tcPr>
            <w:tcW w:w="2381" w:type="dxa"/>
            <w:shd w:val="clear" w:color="auto" w:fill="D71920"/>
            <w:tcMar>
              <w:top w:w="80" w:type="dxa"/>
              <w:left w:w="90" w:type="dxa"/>
              <w:bottom w:w="80" w:type="dxa"/>
              <w:right w:w="90" w:type="dxa"/>
            </w:tcMar>
            <w:vAlign w:val="center"/>
          </w:tcPr>
          <w:p w14:paraId="197F2559" w14:textId="77777777" w:rsidR="00146DEE" w:rsidRPr="002A7B71" w:rsidRDefault="00000000">
            <w:pPr>
              <w:spacing w:after="0" w:line="240" w:lineRule="auto"/>
              <w:jc w:val="center"/>
              <w:rPr>
                <w:noProof/>
                <w:lang w:val="ro-RO"/>
              </w:rPr>
            </w:pPr>
            <w:r w:rsidRPr="002A7B71">
              <w:rPr>
                <w:b/>
                <w:noProof/>
                <w:color w:val="FFFFFF"/>
                <w:sz w:val="16"/>
                <w:lang w:val="ro-RO"/>
              </w:rPr>
              <w:t>2 - MEDIU</w:t>
            </w:r>
          </w:p>
        </w:tc>
        <w:tc>
          <w:tcPr>
            <w:tcW w:w="2778" w:type="dxa"/>
            <w:shd w:val="clear" w:color="auto" w:fill="D71920"/>
            <w:tcMar>
              <w:top w:w="80" w:type="dxa"/>
              <w:left w:w="90" w:type="dxa"/>
              <w:bottom w:w="80" w:type="dxa"/>
              <w:right w:w="90" w:type="dxa"/>
            </w:tcMar>
            <w:vAlign w:val="center"/>
          </w:tcPr>
          <w:p w14:paraId="3DC88F30" w14:textId="77777777" w:rsidR="00146DEE" w:rsidRPr="002A7B71" w:rsidRDefault="00000000">
            <w:pPr>
              <w:spacing w:after="0" w:line="240" w:lineRule="auto"/>
              <w:jc w:val="center"/>
              <w:rPr>
                <w:noProof/>
                <w:lang w:val="ro-RO"/>
              </w:rPr>
            </w:pPr>
            <w:r w:rsidRPr="002A7B71">
              <w:rPr>
                <w:b/>
                <w:noProof/>
                <w:color w:val="FFFFFF"/>
                <w:sz w:val="16"/>
                <w:lang w:val="ro-RO"/>
              </w:rPr>
              <w:t>3 - RIDICAT</w:t>
            </w:r>
          </w:p>
        </w:tc>
      </w:tr>
      <w:tr w:rsidR="00146DEE" w:rsidRPr="002A7B71" w14:paraId="1FC660A0" w14:textId="77777777">
        <w:trPr>
          <w:cantSplit/>
          <w:jc w:val="center"/>
        </w:trPr>
        <w:tc>
          <w:tcPr>
            <w:tcW w:w="2381" w:type="dxa"/>
            <w:shd w:val="clear" w:color="auto" w:fill="FFFFFF"/>
            <w:tcMar>
              <w:top w:w="80" w:type="dxa"/>
              <w:left w:w="90" w:type="dxa"/>
              <w:bottom w:w="80" w:type="dxa"/>
              <w:right w:w="90" w:type="dxa"/>
            </w:tcMar>
            <w:vAlign w:val="center"/>
          </w:tcPr>
          <w:p w14:paraId="31294EAA" w14:textId="77777777" w:rsidR="00146DEE" w:rsidRPr="002A7B71" w:rsidRDefault="00000000">
            <w:pPr>
              <w:spacing w:after="0" w:line="240" w:lineRule="auto"/>
              <w:rPr>
                <w:noProof/>
                <w:lang w:val="ro-RO"/>
              </w:rPr>
            </w:pPr>
            <w:r w:rsidRPr="002A7B71">
              <w:rPr>
                <w:noProof/>
                <w:sz w:val="14"/>
                <w:lang w:val="ro-RO"/>
              </w:rPr>
              <w:t>Impactul unei deficiențe</w:t>
            </w:r>
          </w:p>
        </w:tc>
        <w:tc>
          <w:tcPr>
            <w:tcW w:w="2381" w:type="dxa"/>
            <w:shd w:val="clear" w:color="auto" w:fill="FFFFFF"/>
            <w:tcMar>
              <w:top w:w="80" w:type="dxa"/>
              <w:left w:w="90" w:type="dxa"/>
              <w:bottom w:w="80" w:type="dxa"/>
              <w:right w:w="90" w:type="dxa"/>
            </w:tcMar>
            <w:vAlign w:val="center"/>
          </w:tcPr>
          <w:p w14:paraId="18BB90CC" w14:textId="77777777" w:rsidR="00146DEE" w:rsidRPr="002A7B71" w:rsidRDefault="00000000">
            <w:pPr>
              <w:spacing w:after="0" w:line="240" w:lineRule="auto"/>
              <w:rPr>
                <w:noProof/>
                <w:lang w:val="ro-RO"/>
              </w:rPr>
            </w:pPr>
            <w:r w:rsidRPr="002A7B71">
              <w:rPr>
                <w:noProof/>
                <w:sz w:val="14"/>
                <w:lang w:val="ro-RO"/>
              </w:rPr>
              <w:t>Efect local, ușor reversibil</w:t>
            </w:r>
          </w:p>
        </w:tc>
        <w:tc>
          <w:tcPr>
            <w:tcW w:w="2381" w:type="dxa"/>
            <w:shd w:val="clear" w:color="auto" w:fill="FFFFFF"/>
            <w:tcMar>
              <w:top w:w="80" w:type="dxa"/>
              <w:left w:w="90" w:type="dxa"/>
              <w:bottom w:w="80" w:type="dxa"/>
              <w:right w:w="90" w:type="dxa"/>
            </w:tcMar>
            <w:vAlign w:val="center"/>
          </w:tcPr>
          <w:p w14:paraId="6EAEAF0F" w14:textId="77777777" w:rsidR="00146DEE" w:rsidRPr="002A7B71" w:rsidRDefault="00000000">
            <w:pPr>
              <w:spacing w:after="0" w:line="240" w:lineRule="auto"/>
              <w:rPr>
                <w:noProof/>
                <w:lang w:val="ro-RO"/>
              </w:rPr>
            </w:pPr>
            <w:r w:rsidRPr="002A7B71">
              <w:rPr>
                <w:noProof/>
                <w:sz w:val="14"/>
                <w:lang w:val="ro-RO"/>
              </w:rPr>
              <w:t>Afectează mai multe activități</w:t>
            </w:r>
          </w:p>
        </w:tc>
        <w:tc>
          <w:tcPr>
            <w:tcW w:w="2778" w:type="dxa"/>
            <w:shd w:val="clear" w:color="auto" w:fill="FFFFFF"/>
            <w:tcMar>
              <w:top w:w="80" w:type="dxa"/>
              <w:left w:w="90" w:type="dxa"/>
              <w:bottom w:w="80" w:type="dxa"/>
              <w:right w:w="90" w:type="dxa"/>
            </w:tcMar>
            <w:vAlign w:val="center"/>
          </w:tcPr>
          <w:p w14:paraId="3E7EC132" w14:textId="77777777" w:rsidR="00146DEE" w:rsidRPr="002A7B71" w:rsidRDefault="00000000">
            <w:pPr>
              <w:spacing w:after="0" w:line="240" w:lineRule="auto"/>
              <w:rPr>
                <w:noProof/>
                <w:lang w:val="ro-RO"/>
              </w:rPr>
            </w:pPr>
            <w:r w:rsidRPr="002A7B71">
              <w:rPr>
                <w:noProof/>
                <w:sz w:val="14"/>
                <w:lang w:val="ro-RO"/>
              </w:rPr>
              <w:t>Afectează grav clientul, legalitatea, siguranța sau continuitatea</w:t>
            </w:r>
          </w:p>
        </w:tc>
      </w:tr>
      <w:tr w:rsidR="00146DEE" w:rsidRPr="002A7B71" w14:paraId="6109EC74" w14:textId="77777777">
        <w:trPr>
          <w:cantSplit/>
          <w:jc w:val="center"/>
        </w:trPr>
        <w:tc>
          <w:tcPr>
            <w:tcW w:w="2381" w:type="dxa"/>
            <w:shd w:val="clear" w:color="auto" w:fill="FAFAFA"/>
            <w:tcMar>
              <w:top w:w="80" w:type="dxa"/>
              <w:left w:w="90" w:type="dxa"/>
              <w:bottom w:w="80" w:type="dxa"/>
              <w:right w:w="90" w:type="dxa"/>
            </w:tcMar>
            <w:vAlign w:val="center"/>
          </w:tcPr>
          <w:p w14:paraId="18759C37" w14:textId="77777777" w:rsidR="00146DEE" w:rsidRPr="002A7B71" w:rsidRDefault="00000000">
            <w:pPr>
              <w:spacing w:after="0" w:line="240" w:lineRule="auto"/>
              <w:rPr>
                <w:noProof/>
                <w:lang w:val="ro-RO"/>
              </w:rPr>
            </w:pPr>
            <w:r w:rsidRPr="002A7B71">
              <w:rPr>
                <w:noProof/>
                <w:sz w:val="14"/>
                <w:lang w:val="ro-RO"/>
              </w:rPr>
              <w:t>Schimbări recente</w:t>
            </w:r>
          </w:p>
        </w:tc>
        <w:tc>
          <w:tcPr>
            <w:tcW w:w="2381" w:type="dxa"/>
            <w:shd w:val="clear" w:color="auto" w:fill="FAFAFA"/>
            <w:tcMar>
              <w:top w:w="80" w:type="dxa"/>
              <w:left w:w="90" w:type="dxa"/>
              <w:bottom w:w="80" w:type="dxa"/>
              <w:right w:w="90" w:type="dxa"/>
            </w:tcMar>
            <w:vAlign w:val="center"/>
          </w:tcPr>
          <w:p w14:paraId="72F6A565" w14:textId="77777777" w:rsidR="00146DEE" w:rsidRPr="002A7B71" w:rsidRDefault="00000000">
            <w:pPr>
              <w:spacing w:after="0" w:line="240" w:lineRule="auto"/>
              <w:rPr>
                <w:noProof/>
                <w:lang w:val="ro-RO"/>
              </w:rPr>
            </w:pPr>
            <w:r w:rsidRPr="002A7B71">
              <w:rPr>
                <w:noProof/>
                <w:sz w:val="14"/>
                <w:lang w:val="ro-RO"/>
              </w:rPr>
              <w:t>Nicio schimbare relevantă</w:t>
            </w:r>
          </w:p>
        </w:tc>
        <w:tc>
          <w:tcPr>
            <w:tcW w:w="2381" w:type="dxa"/>
            <w:shd w:val="clear" w:color="auto" w:fill="FAFAFA"/>
            <w:tcMar>
              <w:top w:w="80" w:type="dxa"/>
              <w:left w:w="90" w:type="dxa"/>
              <w:bottom w:w="80" w:type="dxa"/>
              <w:right w:w="90" w:type="dxa"/>
            </w:tcMar>
            <w:vAlign w:val="center"/>
          </w:tcPr>
          <w:p w14:paraId="7B341577" w14:textId="77777777" w:rsidR="00146DEE" w:rsidRPr="002A7B71" w:rsidRDefault="00000000">
            <w:pPr>
              <w:spacing w:after="0" w:line="240" w:lineRule="auto"/>
              <w:rPr>
                <w:noProof/>
                <w:lang w:val="ro-RO"/>
              </w:rPr>
            </w:pPr>
            <w:r w:rsidRPr="002A7B71">
              <w:rPr>
                <w:noProof/>
                <w:sz w:val="14"/>
                <w:lang w:val="ro-RO"/>
              </w:rPr>
              <w:t>Schimbări controlate</w:t>
            </w:r>
          </w:p>
        </w:tc>
        <w:tc>
          <w:tcPr>
            <w:tcW w:w="2778" w:type="dxa"/>
            <w:shd w:val="clear" w:color="auto" w:fill="FAFAFA"/>
            <w:tcMar>
              <w:top w:w="80" w:type="dxa"/>
              <w:left w:w="90" w:type="dxa"/>
              <w:bottom w:w="80" w:type="dxa"/>
              <w:right w:w="90" w:type="dxa"/>
            </w:tcMar>
            <w:vAlign w:val="center"/>
          </w:tcPr>
          <w:p w14:paraId="18286726" w14:textId="77777777" w:rsidR="00146DEE" w:rsidRPr="002A7B71" w:rsidRDefault="00000000">
            <w:pPr>
              <w:spacing w:after="0" w:line="240" w:lineRule="auto"/>
              <w:rPr>
                <w:noProof/>
                <w:lang w:val="ro-RO"/>
              </w:rPr>
            </w:pPr>
            <w:r w:rsidRPr="002A7B71">
              <w:rPr>
                <w:noProof/>
                <w:sz w:val="14"/>
                <w:lang w:val="ro-RO"/>
              </w:rPr>
              <w:t>Schimbări majore sau insuficient stabilizate</w:t>
            </w:r>
          </w:p>
        </w:tc>
      </w:tr>
      <w:tr w:rsidR="00146DEE" w:rsidRPr="002A7B71" w14:paraId="1788EC7C" w14:textId="77777777">
        <w:trPr>
          <w:cantSplit/>
          <w:jc w:val="center"/>
        </w:trPr>
        <w:tc>
          <w:tcPr>
            <w:tcW w:w="2381" w:type="dxa"/>
            <w:shd w:val="clear" w:color="auto" w:fill="FFFFFF"/>
            <w:tcMar>
              <w:top w:w="80" w:type="dxa"/>
              <w:left w:w="90" w:type="dxa"/>
              <w:bottom w:w="80" w:type="dxa"/>
              <w:right w:w="90" w:type="dxa"/>
            </w:tcMar>
            <w:vAlign w:val="center"/>
          </w:tcPr>
          <w:p w14:paraId="54C0FB33" w14:textId="77777777" w:rsidR="00146DEE" w:rsidRPr="002A7B71" w:rsidRDefault="00000000">
            <w:pPr>
              <w:spacing w:after="0" w:line="240" w:lineRule="auto"/>
              <w:rPr>
                <w:noProof/>
                <w:lang w:val="ro-RO"/>
              </w:rPr>
            </w:pPr>
            <w:r w:rsidRPr="002A7B71">
              <w:rPr>
                <w:noProof/>
                <w:sz w:val="14"/>
                <w:lang w:val="ro-RO"/>
              </w:rPr>
              <w:t>Performanță</w:t>
            </w:r>
          </w:p>
        </w:tc>
        <w:tc>
          <w:tcPr>
            <w:tcW w:w="2381" w:type="dxa"/>
            <w:shd w:val="clear" w:color="auto" w:fill="FFFFFF"/>
            <w:tcMar>
              <w:top w:w="80" w:type="dxa"/>
              <w:left w:w="90" w:type="dxa"/>
              <w:bottom w:w="80" w:type="dxa"/>
              <w:right w:w="90" w:type="dxa"/>
            </w:tcMar>
            <w:vAlign w:val="center"/>
          </w:tcPr>
          <w:p w14:paraId="0A71C44C" w14:textId="77777777" w:rsidR="00146DEE" w:rsidRPr="002A7B71" w:rsidRDefault="00000000">
            <w:pPr>
              <w:spacing w:after="0" w:line="240" w:lineRule="auto"/>
              <w:rPr>
                <w:noProof/>
                <w:lang w:val="ro-RO"/>
              </w:rPr>
            </w:pPr>
            <w:r w:rsidRPr="002A7B71">
              <w:rPr>
                <w:noProof/>
                <w:sz w:val="14"/>
                <w:lang w:val="ro-RO"/>
              </w:rPr>
              <w:t>Ținte atinse, tendință stabilă</w:t>
            </w:r>
          </w:p>
        </w:tc>
        <w:tc>
          <w:tcPr>
            <w:tcW w:w="2381" w:type="dxa"/>
            <w:shd w:val="clear" w:color="auto" w:fill="FFFFFF"/>
            <w:tcMar>
              <w:top w:w="80" w:type="dxa"/>
              <w:left w:w="90" w:type="dxa"/>
              <w:bottom w:w="80" w:type="dxa"/>
              <w:right w:w="90" w:type="dxa"/>
            </w:tcMar>
            <w:vAlign w:val="center"/>
          </w:tcPr>
          <w:p w14:paraId="4984593F" w14:textId="77777777" w:rsidR="00146DEE" w:rsidRPr="002A7B71" w:rsidRDefault="00000000">
            <w:pPr>
              <w:spacing w:after="0" w:line="240" w:lineRule="auto"/>
              <w:rPr>
                <w:noProof/>
                <w:lang w:val="ro-RO"/>
              </w:rPr>
            </w:pPr>
            <w:r w:rsidRPr="002A7B71">
              <w:rPr>
                <w:noProof/>
                <w:sz w:val="14"/>
                <w:lang w:val="ro-RO"/>
              </w:rPr>
              <w:t>Abateri izolate</w:t>
            </w:r>
          </w:p>
        </w:tc>
        <w:tc>
          <w:tcPr>
            <w:tcW w:w="2778" w:type="dxa"/>
            <w:shd w:val="clear" w:color="auto" w:fill="FFFFFF"/>
            <w:tcMar>
              <w:top w:w="80" w:type="dxa"/>
              <w:left w:w="90" w:type="dxa"/>
              <w:bottom w:w="80" w:type="dxa"/>
              <w:right w:w="90" w:type="dxa"/>
            </w:tcMar>
            <w:vAlign w:val="center"/>
          </w:tcPr>
          <w:p w14:paraId="7560A438" w14:textId="77777777" w:rsidR="00146DEE" w:rsidRPr="002A7B71" w:rsidRDefault="00000000">
            <w:pPr>
              <w:spacing w:after="0" w:line="240" w:lineRule="auto"/>
              <w:rPr>
                <w:noProof/>
                <w:lang w:val="ro-RO"/>
              </w:rPr>
            </w:pPr>
            <w:r w:rsidRPr="002A7B71">
              <w:rPr>
                <w:noProof/>
                <w:sz w:val="14"/>
                <w:lang w:val="ro-RO"/>
              </w:rPr>
              <w:t>Ținte ratate, incidente sau reclamații repetate</w:t>
            </w:r>
          </w:p>
        </w:tc>
      </w:tr>
      <w:tr w:rsidR="00146DEE" w:rsidRPr="002A7B71" w14:paraId="1A574D34" w14:textId="77777777">
        <w:trPr>
          <w:cantSplit/>
          <w:jc w:val="center"/>
        </w:trPr>
        <w:tc>
          <w:tcPr>
            <w:tcW w:w="2381" w:type="dxa"/>
            <w:shd w:val="clear" w:color="auto" w:fill="FAFAFA"/>
            <w:tcMar>
              <w:top w:w="80" w:type="dxa"/>
              <w:left w:w="90" w:type="dxa"/>
              <w:bottom w:w="80" w:type="dxa"/>
              <w:right w:w="90" w:type="dxa"/>
            </w:tcMar>
            <w:vAlign w:val="center"/>
          </w:tcPr>
          <w:p w14:paraId="7AE51980" w14:textId="77777777" w:rsidR="00146DEE" w:rsidRPr="002A7B71" w:rsidRDefault="00000000">
            <w:pPr>
              <w:spacing w:after="0" w:line="240" w:lineRule="auto"/>
              <w:rPr>
                <w:noProof/>
                <w:lang w:val="ro-RO"/>
              </w:rPr>
            </w:pPr>
            <w:r w:rsidRPr="002A7B71">
              <w:rPr>
                <w:noProof/>
                <w:sz w:val="14"/>
                <w:lang w:val="ro-RO"/>
              </w:rPr>
              <w:t>Istoric audit</w:t>
            </w:r>
          </w:p>
        </w:tc>
        <w:tc>
          <w:tcPr>
            <w:tcW w:w="2381" w:type="dxa"/>
            <w:shd w:val="clear" w:color="auto" w:fill="FAFAFA"/>
            <w:tcMar>
              <w:top w:w="80" w:type="dxa"/>
              <w:left w:w="90" w:type="dxa"/>
              <w:bottom w:w="80" w:type="dxa"/>
              <w:right w:w="90" w:type="dxa"/>
            </w:tcMar>
            <w:vAlign w:val="center"/>
          </w:tcPr>
          <w:p w14:paraId="42103624" w14:textId="77777777" w:rsidR="00146DEE" w:rsidRPr="002A7B71" w:rsidRDefault="00000000">
            <w:pPr>
              <w:spacing w:after="0" w:line="240" w:lineRule="auto"/>
              <w:rPr>
                <w:noProof/>
                <w:lang w:val="ro-RO"/>
              </w:rPr>
            </w:pPr>
            <w:r w:rsidRPr="002A7B71">
              <w:rPr>
                <w:noProof/>
                <w:sz w:val="14"/>
                <w:lang w:val="ro-RO"/>
              </w:rPr>
              <w:t>Fără probleme relevante</w:t>
            </w:r>
          </w:p>
        </w:tc>
        <w:tc>
          <w:tcPr>
            <w:tcW w:w="2381" w:type="dxa"/>
            <w:shd w:val="clear" w:color="auto" w:fill="FAFAFA"/>
            <w:tcMar>
              <w:top w:w="80" w:type="dxa"/>
              <w:left w:w="90" w:type="dxa"/>
              <w:bottom w:w="80" w:type="dxa"/>
              <w:right w:w="90" w:type="dxa"/>
            </w:tcMar>
            <w:vAlign w:val="center"/>
          </w:tcPr>
          <w:p w14:paraId="02F9D9A0" w14:textId="77777777" w:rsidR="00146DEE" w:rsidRPr="002A7B71" w:rsidRDefault="00000000">
            <w:pPr>
              <w:spacing w:after="0" w:line="240" w:lineRule="auto"/>
              <w:rPr>
                <w:noProof/>
                <w:lang w:val="ro-RO"/>
              </w:rPr>
            </w:pPr>
            <w:r w:rsidRPr="002A7B71">
              <w:rPr>
                <w:noProof/>
                <w:sz w:val="14"/>
                <w:lang w:val="ro-RO"/>
              </w:rPr>
              <w:t>Observații sau acțiuni minore</w:t>
            </w:r>
          </w:p>
        </w:tc>
        <w:tc>
          <w:tcPr>
            <w:tcW w:w="2778" w:type="dxa"/>
            <w:shd w:val="clear" w:color="auto" w:fill="FAFAFA"/>
            <w:tcMar>
              <w:top w:w="80" w:type="dxa"/>
              <w:left w:w="90" w:type="dxa"/>
              <w:bottom w:w="80" w:type="dxa"/>
              <w:right w:w="90" w:type="dxa"/>
            </w:tcMar>
            <w:vAlign w:val="center"/>
          </w:tcPr>
          <w:p w14:paraId="461E7ABC" w14:textId="77777777" w:rsidR="00146DEE" w:rsidRPr="002A7B71" w:rsidRDefault="00000000">
            <w:pPr>
              <w:spacing w:after="0" w:line="240" w:lineRule="auto"/>
              <w:rPr>
                <w:noProof/>
                <w:lang w:val="ro-RO"/>
              </w:rPr>
            </w:pPr>
            <w:r w:rsidRPr="002A7B71">
              <w:rPr>
                <w:noProof/>
                <w:sz w:val="14"/>
                <w:lang w:val="ro-RO"/>
              </w:rPr>
              <w:t>Neconformități repetate ori acțiuni ineficace</w:t>
            </w:r>
          </w:p>
        </w:tc>
      </w:tr>
    </w:tbl>
    <w:p w14:paraId="22397246" w14:textId="77777777" w:rsidR="00146DEE" w:rsidRPr="002A7B71" w:rsidRDefault="00146DEE">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584C5F59" w14:textId="77777777">
        <w:trPr>
          <w:cantSplit/>
          <w:jc w:val="center"/>
        </w:trPr>
        <w:tc>
          <w:tcPr>
            <w:tcW w:w="567" w:type="dxa"/>
            <w:shd w:val="clear" w:color="auto" w:fill="D71920"/>
            <w:tcMar>
              <w:top w:w="80" w:type="dxa"/>
              <w:left w:w="90" w:type="dxa"/>
              <w:bottom w:w="80" w:type="dxa"/>
              <w:right w:w="90" w:type="dxa"/>
            </w:tcMar>
            <w:vAlign w:val="center"/>
          </w:tcPr>
          <w:p w14:paraId="10E1AB9E" w14:textId="77777777" w:rsidR="00146DEE" w:rsidRPr="002A7B71" w:rsidRDefault="00000000">
            <w:pPr>
              <w:spacing w:after="0" w:line="240" w:lineRule="auto"/>
              <w:jc w:val="center"/>
              <w:rPr>
                <w:noProof/>
                <w:lang w:val="ro-RO"/>
              </w:rPr>
            </w:pPr>
            <w:r w:rsidRPr="002A7B71">
              <w:rPr>
                <w:b/>
                <w:noProof/>
                <w:color w:val="FFFFFF"/>
                <w:sz w:val="32"/>
                <w:lang w:val="ro-RO"/>
              </w:rPr>
              <w:t>i</w:t>
            </w:r>
          </w:p>
        </w:tc>
        <w:tc>
          <w:tcPr>
            <w:tcW w:w="9354" w:type="dxa"/>
            <w:shd w:val="clear" w:color="auto" w:fill="FCEBEC"/>
          </w:tcPr>
          <w:p w14:paraId="3C818B1D" w14:textId="77777777" w:rsidR="00146DEE" w:rsidRPr="002A7B71" w:rsidRDefault="00000000">
            <w:pPr>
              <w:spacing w:after="40"/>
              <w:rPr>
                <w:noProof/>
                <w:lang w:val="ro-RO"/>
              </w:rPr>
            </w:pPr>
            <w:r w:rsidRPr="002A7B71">
              <w:rPr>
                <w:b/>
                <w:noProof/>
                <w:color w:val="D71920"/>
                <w:lang w:val="ro-RO"/>
              </w:rPr>
              <w:t>EXEMPLU DE REGULĂ INTERNĂ</w:t>
            </w:r>
          </w:p>
          <w:p w14:paraId="50C2B2A6" w14:textId="77777777" w:rsidR="00146DEE" w:rsidRPr="002A7B71" w:rsidRDefault="00000000">
            <w:pPr>
              <w:spacing w:after="0" w:line="252" w:lineRule="auto"/>
              <w:rPr>
                <w:noProof/>
                <w:lang w:val="ro-RO"/>
              </w:rPr>
            </w:pPr>
            <w:r w:rsidRPr="002A7B71">
              <w:rPr>
                <w:noProof/>
                <w:sz w:val="17"/>
                <w:lang w:val="ro-RO"/>
              </w:rPr>
              <w:t>Scor total 10-12: audit la 3-6 luni; 7-9: audit la 6-12 luni; 4-6: audit la 12-24 luni. Pragurile sunt orientative și trebuie adaptate riscului și cerințelor organizației.</w:t>
            </w:r>
          </w:p>
        </w:tc>
      </w:tr>
    </w:tbl>
    <w:p w14:paraId="04F2B965" w14:textId="77777777" w:rsidR="00146DEE" w:rsidRPr="002A7B71" w:rsidRDefault="00146DEE">
      <w:pPr>
        <w:spacing w:after="0"/>
        <w:rPr>
          <w:noProof/>
          <w:lang w:val="ro-RO"/>
        </w:rPr>
      </w:pPr>
    </w:p>
    <w:p w14:paraId="6EBF05EB" w14:textId="77777777" w:rsidR="00146DEE" w:rsidRPr="002A7B71" w:rsidRDefault="00000000">
      <w:pPr>
        <w:pStyle w:val="Heading2"/>
        <w:rPr>
          <w:noProof/>
          <w:lang w:val="ro-RO"/>
        </w:rPr>
      </w:pPr>
      <w:r w:rsidRPr="002A7B71">
        <w:rPr>
          <w:noProof/>
          <w:lang w:val="ro-RO"/>
        </w:rPr>
        <w:t>Registru anual al programului de audit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2211"/>
        <w:gridCol w:w="1814"/>
        <w:gridCol w:w="1701"/>
        <w:gridCol w:w="1134"/>
        <w:gridCol w:w="1361"/>
        <w:gridCol w:w="1134"/>
      </w:tblGrid>
      <w:tr w:rsidR="00146DEE" w:rsidRPr="002A7B71" w14:paraId="33293C9F" w14:textId="77777777">
        <w:trPr>
          <w:tblHeader/>
          <w:jc w:val="center"/>
        </w:trPr>
        <w:tc>
          <w:tcPr>
            <w:tcW w:w="567" w:type="dxa"/>
            <w:shd w:val="clear" w:color="auto" w:fill="D71920"/>
            <w:tcMar>
              <w:top w:w="80" w:type="dxa"/>
              <w:left w:w="90" w:type="dxa"/>
              <w:bottom w:w="80" w:type="dxa"/>
              <w:right w:w="90" w:type="dxa"/>
            </w:tcMar>
            <w:vAlign w:val="center"/>
          </w:tcPr>
          <w:p w14:paraId="31530B59" w14:textId="77777777" w:rsidR="00146DEE" w:rsidRPr="002A7B71" w:rsidRDefault="00000000">
            <w:pPr>
              <w:spacing w:after="0" w:line="240" w:lineRule="auto"/>
              <w:jc w:val="center"/>
              <w:rPr>
                <w:noProof/>
                <w:lang w:val="ro-RO"/>
              </w:rPr>
            </w:pPr>
            <w:r w:rsidRPr="002A7B71">
              <w:rPr>
                <w:b/>
                <w:noProof/>
                <w:color w:val="FFFFFF"/>
                <w:sz w:val="13"/>
                <w:lang w:val="ro-RO"/>
              </w:rPr>
              <w:t>NR.</w:t>
            </w:r>
          </w:p>
        </w:tc>
        <w:tc>
          <w:tcPr>
            <w:tcW w:w="2211" w:type="dxa"/>
            <w:shd w:val="clear" w:color="auto" w:fill="D71920"/>
            <w:tcMar>
              <w:top w:w="80" w:type="dxa"/>
              <w:left w:w="90" w:type="dxa"/>
              <w:bottom w:w="80" w:type="dxa"/>
              <w:right w:w="90" w:type="dxa"/>
            </w:tcMar>
            <w:vAlign w:val="center"/>
          </w:tcPr>
          <w:p w14:paraId="59E71C4A" w14:textId="77777777" w:rsidR="00146DEE" w:rsidRPr="002A7B71" w:rsidRDefault="00000000">
            <w:pPr>
              <w:spacing w:after="0" w:line="240" w:lineRule="auto"/>
              <w:jc w:val="center"/>
              <w:rPr>
                <w:noProof/>
                <w:lang w:val="ro-RO"/>
              </w:rPr>
            </w:pPr>
            <w:r w:rsidRPr="002A7B71">
              <w:rPr>
                <w:b/>
                <w:noProof/>
                <w:color w:val="FFFFFF"/>
                <w:sz w:val="13"/>
                <w:lang w:val="ro-RO"/>
              </w:rPr>
              <w:t>PROCES / DOMENIU</w:t>
            </w:r>
          </w:p>
        </w:tc>
        <w:tc>
          <w:tcPr>
            <w:tcW w:w="1814" w:type="dxa"/>
            <w:shd w:val="clear" w:color="auto" w:fill="D71920"/>
            <w:tcMar>
              <w:top w:w="80" w:type="dxa"/>
              <w:left w:w="90" w:type="dxa"/>
              <w:bottom w:w="80" w:type="dxa"/>
              <w:right w:w="90" w:type="dxa"/>
            </w:tcMar>
            <w:vAlign w:val="center"/>
          </w:tcPr>
          <w:p w14:paraId="12351D40" w14:textId="77777777" w:rsidR="00146DEE" w:rsidRPr="002A7B71" w:rsidRDefault="00000000">
            <w:pPr>
              <w:spacing w:after="0" w:line="240" w:lineRule="auto"/>
              <w:jc w:val="center"/>
              <w:rPr>
                <w:noProof/>
                <w:lang w:val="ro-RO"/>
              </w:rPr>
            </w:pPr>
            <w:r w:rsidRPr="002A7B71">
              <w:rPr>
                <w:b/>
                <w:noProof/>
                <w:color w:val="FFFFFF"/>
                <w:sz w:val="13"/>
                <w:lang w:val="ro-RO"/>
              </w:rPr>
              <w:t>CRITERII</w:t>
            </w:r>
          </w:p>
        </w:tc>
        <w:tc>
          <w:tcPr>
            <w:tcW w:w="1701" w:type="dxa"/>
            <w:shd w:val="clear" w:color="auto" w:fill="D71920"/>
            <w:tcMar>
              <w:top w:w="80" w:type="dxa"/>
              <w:left w:w="90" w:type="dxa"/>
              <w:bottom w:w="80" w:type="dxa"/>
              <w:right w:w="90" w:type="dxa"/>
            </w:tcMar>
            <w:vAlign w:val="center"/>
          </w:tcPr>
          <w:p w14:paraId="1AAFD5FA" w14:textId="77777777" w:rsidR="00146DEE" w:rsidRPr="002A7B71" w:rsidRDefault="00000000">
            <w:pPr>
              <w:spacing w:after="0" w:line="240" w:lineRule="auto"/>
              <w:jc w:val="center"/>
              <w:rPr>
                <w:noProof/>
                <w:lang w:val="ro-RO"/>
              </w:rPr>
            </w:pPr>
            <w:r w:rsidRPr="002A7B71">
              <w:rPr>
                <w:b/>
                <w:noProof/>
                <w:color w:val="FFFFFF"/>
                <w:sz w:val="13"/>
                <w:lang w:val="ro-RO"/>
              </w:rPr>
              <w:t>RISC / PRIORITATE</w:t>
            </w:r>
          </w:p>
        </w:tc>
        <w:tc>
          <w:tcPr>
            <w:tcW w:w="1134" w:type="dxa"/>
            <w:shd w:val="clear" w:color="auto" w:fill="D71920"/>
            <w:tcMar>
              <w:top w:w="80" w:type="dxa"/>
              <w:left w:w="90" w:type="dxa"/>
              <w:bottom w:w="80" w:type="dxa"/>
              <w:right w:w="90" w:type="dxa"/>
            </w:tcMar>
            <w:vAlign w:val="center"/>
          </w:tcPr>
          <w:p w14:paraId="66B0945C" w14:textId="77777777" w:rsidR="00146DEE" w:rsidRPr="002A7B71" w:rsidRDefault="00000000">
            <w:pPr>
              <w:spacing w:after="0" w:line="240" w:lineRule="auto"/>
              <w:jc w:val="center"/>
              <w:rPr>
                <w:noProof/>
                <w:lang w:val="ro-RO"/>
              </w:rPr>
            </w:pPr>
            <w:r w:rsidRPr="002A7B71">
              <w:rPr>
                <w:b/>
                <w:noProof/>
                <w:color w:val="FFFFFF"/>
                <w:sz w:val="13"/>
                <w:lang w:val="ro-RO"/>
              </w:rPr>
              <w:t>PERIOADĂ</w:t>
            </w:r>
          </w:p>
        </w:tc>
        <w:tc>
          <w:tcPr>
            <w:tcW w:w="1361" w:type="dxa"/>
            <w:shd w:val="clear" w:color="auto" w:fill="D71920"/>
            <w:tcMar>
              <w:top w:w="80" w:type="dxa"/>
              <w:left w:w="90" w:type="dxa"/>
              <w:bottom w:w="80" w:type="dxa"/>
              <w:right w:w="90" w:type="dxa"/>
            </w:tcMar>
            <w:vAlign w:val="center"/>
          </w:tcPr>
          <w:p w14:paraId="1F3884A3" w14:textId="77777777" w:rsidR="00146DEE" w:rsidRPr="002A7B71" w:rsidRDefault="00000000">
            <w:pPr>
              <w:spacing w:after="0" w:line="240" w:lineRule="auto"/>
              <w:jc w:val="center"/>
              <w:rPr>
                <w:noProof/>
                <w:lang w:val="ro-RO"/>
              </w:rPr>
            </w:pPr>
            <w:r w:rsidRPr="002A7B71">
              <w:rPr>
                <w:b/>
                <w:noProof/>
                <w:color w:val="FFFFFF"/>
                <w:sz w:val="13"/>
                <w:lang w:val="ro-RO"/>
              </w:rPr>
              <w:t>AUDITOR</w:t>
            </w:r>
          </w:p>
        </w:tc>
        <w:tc>
          <w:tcPr>
            <w:tcW w:w="1134" w:type="dxa"/>
            <w:shd w:val="clear" w:color="auto" w:fill="D71920"/>
            <w:tcMar>
              <w:top w:w="80" w:type="dxa"/>
              <w:left w:w="90" w:type="dxa"/>
              <w:bottom w:w="80" w:type="dxa"/>
              <w:right w:w="90" w:type="dxa"/>
            </w:tcMar>
            <w:vAlign w:val="center"/>
          </w:tcPr>
          <w:p w14:paraId="56451451" w14:textId="77777777" w:rsidR="00146DEE" w:rsidRPr="002A7B71" w:rsidRDefault="00000000">
            <w:pPr>
              <w:spacing w:after="0" w:line="240" w:lineRule="auto"/>
              <w:jc w:val="center"/>
              <w:rPr>
                <w:noProof/>
                <w:lang w:val="ro-RO"/>
              </w:rPr>
            </w:pPr>
            <w:r w:rsidRPr="002A7B71">
              <w:rPr>
                <w:b/>
                <w:noProof/>
                <w:color w:val="FFFFFF"/>
                <w:sz w:val="13"/>
                <w:lang w:val="ro-RO"/>
              </w:rPr>
              <w:t>STATUS</w:t>
            </w:r>
          </w:p>
        </w:tc>
      </w:tr>
      <w:tr w:rsidR="00146DEE" w:rsidRPr="002A7B71" w14:paraId="703288DF" w14:textId="77777777">
        <w:trPr>
          <w:cantSplit/>
          <w:jc w:val="center"/>
        </w:trPr>
        <w:tc>
          <w:tcPr>
            <w:tcW w:w="567" w:type="dxa"/>
            <w:shd w:val="clear" w:color="auto" w:fill="FFFFFF"/>
            <w:tcMar>
              <w:top w:w="80" w:type="dxa"/>
              <w:left w:w="90" w:type="dxa"/>
              <w:bottom w:w="80" w:type="dxa"/>
              <w:right w:w="90" w:type="dxa"/>
            </w:tcMar>
            <w:vAlign w:val="center"/>
          </w:tcPr>
          <w:p w14:paraId="50076764" w14:textId="77777777" w:rsidR="00146DEE" w:rsidRPr="002A7B71" w:rsidRDefault="00000000">
            <w:pPr>
              <w:spacing w:after="0" w:line="240" w:lineRule="auto"/>
              <w:jc w:val="center"/>
              <w:rPr>
                <w:noProof/>
                <w:lang w:val="ro-RO"/>
              </w:rPr>
            </w:pPr>
            <w:r w:rsidRPr="002A7B71">
              <w:rPr>
                <w:noProof/>
                <w:sz w:val="14"/>
                <w:lang w:val="ro-RO"/>
              </w:rPr>
              <w:t>1</w:t>
            </w:r>
          </w:p>
        </w:tc>
        <w:tc>
          <w:tcPr>
            <w:tcW w:w="2211" w:type="dxa"/>
            <w:shd w:val="clear" w:color="auto" w:fill="FFFFFF"/>
            <w:tcMar>
              <w:top w:w="80" w:type="dxa"/>
              <w:left w:w="90" w:type="dxa"/>
              <w:bottom w:w="80" w:type="dxa"/>
              <w:right w:w="90" w:type="dxa"/>
            </w:tcMar>
            <w:vAlign w:val="center"/>
          </w:tcPr>
          <w:p w14:paraId="47165A0B" w14:textId="77777777" w:rsidR="00146DEE" w:rsidRPr="002A7B71" w:rsidRDefault="00146DEE">
            <w:pPr>
              <w:spacing w:after="0" w:line="240" w:lineRule="auto"/>
              <w:rPr>
                <w:noProof/>
                <w:lang w:val="ro-RO"/>
              </w:rPr>
            </w:pPr>
          </w:p>
        </w:tc>
        <w:tc>
          <w:tcPr>
            <w:tcW w:w="1814" w:type="dxa"/>
            <w:shd w:val="clear" w:color="auto" w:fill="FFFFFF"/>
            <w:tcMar>
              <w:top w:w="80" w:type="dxa"/>
              <w:left w:w="90" w:type="dxa"/>
              <w:bottom w:w="80" w:type="dxa"/>
              <w:right w:w="90" w:type="dxa"/>
            </w:tcMar>
            <w:vAlign w:val="center"/>
          </w:tcPr>
          <w:p w14:paraId="3F89355B"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0DD0CA57"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1DEF1CC3" w14:textId="77777777" w:rsidR="00146DEE" w:rsidRPr="002A7B71" w:rsidRDefault="00146DEE">
            <w:pPr>
              <w:spacing w:after="0" w:line="240" w:lineRule="auto"/>
              <w:rPr>
                <w:noProof/>
                <w:lang w:val="ro-RO"/>
              </w:rPr>
            </w:pPr>
          </w:p>
        </w:tc>
        <w:tc>
          <w:tcPr>
            <w:tcW w:w="1361" w:type="dxa"/>
            <w:shd w:val="clear" w:color="auto" w:fill="FFFFFF"/>
            <w:tcMar>
              <w:top w:w="80" w:type="dxa"/>
              <w:left w:w="90" w:type="dxa"/>
              <w:bottom w:w="80" w:type="dxa"/>
              <w:right w:w="90" w:type="dxa"/>
            </w:tcMar>
            <w:vAlign w:val="center"/>
          </w:tcPr>
          <w:p w14:paraId="792F1E4F"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1FAAA2C1" w14:textId="77777777" w:rsidR="00146DEE" w:rsidRPr="002A7B71" w:rsidRDefault="00000000">
            <w:pPr>
              <w:spacing w:after="0" w:line="240" w:lineRule="auto"/>
              <w:rPr>
                <w:noProof/>
                <w:lang w:val="ro-RO"/>
              </w:rPr>
            </w:pPr>
            <w:r w:rsidRPr="002A7B71">
              <w:rPr>
                <w:noProof/>
                <w:sz w:val="14"/>
                <w:lang w:val="ro-RO"/>
              </w:rPr>
              <w:t>□ planificat</w:t>
            </w:r>
          </w:p>
        </w:tc>
      </w:tr>
      <w:tr w:rsidR="00146DEE" w:rsidRPr="002A7B71" w14:paraId="03104EEC" w14:textId="77777777">
        <w:trPr>
          <w:cantSplit/>
          <w:jc w:val="center"/>
        </w:trPr>
        <w:tc>
          <w:tcPr>
            <w:tcW w:w="567" w:type="dxa"/>
            <w:shd w:val="clear" w:color="auto" w:fill="FAFAFA"/>
            <w:tcMar>
              <w:top w:w="80" w:type="dxa"/>
              <w:left w:w="90" w:type="dxa"/>
              <w:bottom w:w="80" w:type="dxa"/>
              <w:right w:w="90" w:type="dxa"/>
            </w:tcMar>
            <w:vAlign w:val="center"/>
          </w:tcPr>
          <w:p w14:paraId="5DB9CD25" w14:textId="77777777" w:rsidR="00146DEE" w:rsidRPr="002A7B71" w:rsidRDefault="00000000">
            <w:pPr>
              <w:spacing w:after="0" w:line="240" w:lineRule="auto"/>
              <w:jc w:val="center"/>
              <w:rPr>
                <w:noProof/>
                <w:lang w:val="ro-RO"/>
              </w:rPr>
            </w:pPr>
            <w:r w:rsidRPr="002A7B71">
              <w:rPr>
                <w:noProof/>
                <w:sz w:val="14"/>
                <w:lang w:val="ro-RO"/>
              </w:rPr>
              <w:t>2</w:t>
            </w:r>
          </w:p>
        </w:tc>
        <w:tc>
          <w:tcPr>
            <w:tcW w:w="2211" w:type="dxa"/>
            <w:shd w:val="clear" w:color="auto" w:fill="FAFAFA"/>
            <w:tcMar>
              <w:top w:w="80" w:type="dxa"/>
              <w:left w:w="90" w:type="dxa"/>
              <w:bottom w:w="80" w:type="dxa"/>
              <w:right w:w="90" w:type="dxa"/>
            </w:tcMar>
            <w:vAlign w:val="center"/>
          </w:tcPr>
          <w:p w14:paraId="3BFFE147" w14:textId="77777777" w:rsidR="00146DEE" w:rsidRPr="002A7B71" w:rsidRDefault="00146DEE">
            <w:pPr>
              <w:spacing w:after="0" w:line="240" w:lineRule="auto"/>
              <w:rPr>
                <w:noProof/>
                <w:lang w:val="ro-RO"/>
              </w:rPr>
            </w:pPr>
          </w:p>
        </w:tc>
        <w:tc>
          <w:tcPr>
            <w:tcW w:w="1814" w:type="dxa"/>
            <w:shd w:val="clear" w:color="auto" w:fill="FAFAFA"/>
            <w:tcMar>
              <w:top w:w="80" w:type="dxa"/>
              <w:left w:w="90" w:type="dxa"/>
              <w:bottom w:w="80" w:type="dxa"/>
              <w:right w:w="90" w:type="dxa"/>
            </w:tcMar>
            <w:vAlign w:val="center"/>
          </w:tcPr>
          <w:p w14:paraId="62723CA7"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538DC708"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01195B1F" w14:textId="77777777" w:rsidR="00146DEE" w:rsidRPr="002A7B71" w:rsidRDefault="00146DEE">
            <w:pPr>
              <w:spacing w:after="0" w:line="240" w:lineRule="auto"/>
              <w:rPr>
                <w:noProof/>
                <w:lang w:val="ro-RO"/>
              </w:rPr>
            </w:pPr>
          </w:p>
        </w:tc>
        <w:tc>
          <w:tcPr>
            <w:tcW w:w="1361" w:type="dxa"/>
            <w:shd w:val="clear" w:color="auto" w:fill="FAFAFA"/>
            <w:tcMar>
              <w:top w:w="80" w:type="dxa"/>
              <w:left w:w="90" w:type="dxa"/>
              <w:bottom w:w="80" w:type="dxa"/>
              <w:right w:w="90" w:type="dxa"/>
            </w:tcMar>
            <w:vAlign w:val="center"/>
          </w:tcPr>
          <w:p w14:paraId="44C9663D"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7D6411EB" w14:textId="77777777" w:rsidR="00146DEE" w:rsidRPr="002A7B71" w:rsidRDefault="00000000">
            <w:pPr>
              <w:spacing w:after="0" w:line="240" w:lineRule="auto"/>
              <w:rPr>
                <w:noProof/>
                <w:lang w:val="ro-RO"/>
              </w:rPr>
            </w:pPr>
            <w:r w:rsidRPr="002A7B71">
              <w:rPr>
                <w:noProof/>
                <w:sz w:val="14"/>
                <w:lang w:val="ro-RO"/>
              </w:rPr>
              <w:t>□ planificat</w:t>
            </w:r>
          </w:p>
        </w:tc>
      </w:tr>
      <w:tr w:rsidR="00146DEE" w:rsidRPr="002A7B71" w14:paraId="38C2EB14" w14:textId="77777777">
        <w:trPr>
          <w:cantSplit/>
          <w:jc w:val="center"/>
        </w:trPr>
        <w:tc>
          <w:tcPr>
            <w:tcW w:w="567" w:type="dxa"/>
            <w:shd w:val="clear" w:color="auto" w:fill="FFFFFF"/>
            <w:tcMar>
              <w:top w:w="80" w:type="dxa"/>
              <w:left w:w="90" w:type="dxa"/>
              <w:bottom w:w="80" w:type="dxa"/>
              <w:right w:w="90" w:type="dxa"/>
            </w:tcMar>
            <w:vAlign w:val="center"/>
          </w:tcPr>
          <w:p w14:paraId="23B0729A" w14:textId="77777777" w:rsidR="00146DEE" w:rsidRPr="002A7B71" w:rsidRDefault="00000000">
            <w:pPr>
              <w:spacing w:after="0" w:line="240" w:lineRule="auto"/>
              <w:jc w:val="center"/>
              <w:rPr>
                <w:noProof/>
                <w:lang w:val="ro-RO"/>
              </w:rPr>
            </w:pPr>
            <w:r w:rsidRPr="002A7B71">
              <w:rPr>
                <w:noProof/>
                <w:sz w:val="14"/>
                <w:lang w:val="ro-RO"/>
              </w:rPr>
              <w:t>3</w:t>
            </w:r>
          </w:p>
        </w:tc>
        <w:tc>
          <w:tcPr>
            <w:tcW w:w="2211" w:type="dxa"/>
            <w:shd w:val="clear" w:color="auto" w:fill="FFFFFF"/>
            <w:tcMar>
              <w:top w:w="80" w:type="dxa"/>
              <w:left w:w="90" w:type="dxa"/>
              <w:bottom w:w="80" w:type="dxa"/>
              <w:right w:w="90" w:type="dxa"/>
            </w:tcMar>
            <w:vAlign w:val="center"/>
          </w:tcPr>
          <w:p w14:paraId="432940A2" w14:textId="77777777" w:rsidR="00146DEE" w:rsidRPr="002A7B71" w:rsidRDefault="00146DEE">
            <w:pPr>
              <w:spacing w:after="0" w:line="240" w:lineRule="auto"/>
              <w:rPr>
                <w:noProof/>
                <w:lang w:val="ro-RO"/>
              </w:rPr>
            </w:pPr>
          </w:p>
        </w:tc>
        <w:tc>
          <w:tcPr>
            <w:tcW w:w="1814" w:type="dxa"/>
            <w:shd w:val="clear" w:color="auto" w:fill="FFFFFF"/>
            <w:tcMar>
              <w:top w:w="80" w:type="dxa"/>
              <w:left w:w="90" w:type="dxa"/>
              <w:bottom w:w="80" w:type="dxa"/>
              <w:right w:w="90" w:type="dxa"/>
            </w:tcMar>
            <w:vAlign w:val="center"/>
          </w:tcPr>
          <w:p w14:paraId="20A16AA9"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6B8586C5"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7C90284D" w14:textId="77777777" w:rsidR="00146DEE" w:rsidRPr="002A7B71" w:rsidRDefault="00146DEE">
            <w:pPr>
              <w:spacing w:after="0" w:line="240" w:lineRule="auto"/>
              <w:rPr>
                <w:noProof/>
                <w:lang w:val="ro-RO"/>
              </w:rPr>
            </w:pPr>
          </w:p>
        </w:tc>
        <w:tc>
          <w:tcPr>
            <w:tcW w:w="1361" w:type="dxa"/>
            <w:shd w:val="clear" w:color="auto" w:fill="FFFFFF"/>
            <w:tcMar>
              <w:top w:w="80" w:type="dxa"/>
              <w:left w:w="90" w:type="dxa"/>
              <w:bottom w:w="80" w:type="dxa"/>
              <w:right w:w="90" w:type="dxa"/>
            </w:tcMar>
            <w:vAlign w:val="center"/>
          </w:tcPr>
          <w:p w14:paraId="4167122D"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2A311A19" w14:textId="77777777" w:rsidR="00146DEE" w:rsidRPr="002A7B71" w:rsidRDefault="00000000">
            <w:pPr>
              <w:spacing w:after="0" w:line="240" w:lineRule="auto"/>
              <w:rPr>
                <w:noProof/>
                <w:lang w:val="ro-RO"/>
              </w:rPr>
            </w:pPr>
            <w:r w:rsidRPr="002A7B71">
              <w:rPr>
                <w:noProof/>
                <w:sz w:val="14"/>
                <w:lang w:val="ro-RO"/>
              </w:rPr>
              <w:t>□ planificat</w:t>
            </w:r>
          </w:p>
        </w:tc>
      </w:tr>
      <w:tr w:rsidR="00146DEE" w:rsidRPr="002A7B71" w14:paraId="1FBE42C5" w14:textId="77777777">
        <w:trPr>
          <w:cantSplit/>
          <w:jc w:val="center"/>
        </w:trPr>
        <w:tc>
          <w:tcPr>
            <w:tcW w:w="567" w:type="dxa"/>
            <w:shd w:val="clear" w:color="auto" w:fill="FAFAFA"/>
            <w:tcMar>
              <w:top w:w="80" w:type="dxa"/>
              <w:left w:w="90" w:type="dxa"/>
              <w:bottom w:w="80" w:type="dxa"/>
              <w:right w:w="90" w:type="dxa"/>
            </w:tcMar>
            <w:vAlign w:val="center"/>
          </w:tcPr>
          <w:p w14:paraId="28C1285F" w14:textId="77777777" w:rsidR="00146DEE" w:rsidRPr="002A7B71" w:rsidRDefault="00000000">
            <w:pPr>
              <w:spacing w:after="0" w:line="240" w:lineRule="auto"/>
              <w:jc w:val="center"/>
              <w:rPr>
                <w:noProof/>
                <w:lang w:val="ro-RO"/>
              </w:rPr>
            </w:pPr>
            <w:r w:rsidRPr="002A7B71">
              <w:rPr>
                <w:noProof/>
                <w:sz w:val="14"/>
                <w:lang w:val="ro-RO"/>
              </w:rPr>
              <w:t>4</w:t>
            </w:r>
          </w:p>
        </w:tc>
        <w:tc>
          <w:tcPr>
            <w:tcW w:w="2211" w:type="dxa"/>
            <w:shd w:val="clear" w:color="auto" w:fill="FAFAFA"/>
            <w:tcMar>
              <w:top w:w="80" w:type="dxa"/>
              <w:left w:w="90" w:type="dxa"/>
              <w:bottom w:w="80" w:type="dxa"/>
              <w:right w:w="90" w:type="dxa"/>
            </w:tcMar>
            <w:vAlign w:val="center"/>
          </w:tcPr>
          <w:p w14:paraId="153690A4" w14:textId="77777777" w:rsidR="00146DEE" w:rsidRPr="002A7B71" w:rsidRDefault="00146DEE">
            <w:pPr>
              <w:spacing w:after="0" w:line="240" w:lineRule="auto"/>
              <w:rPr>
                <w:noProof/>
                <w:lang w:val="ro-RO"/>
              </w:rPr>
            </w:pPr>
          </w:p>
        </w:tc>
        <w:tc>
          <w:tcPr>
            <w:tcW w:w="1814" w:type="dxa"/>
            <w:shd w:val="clear" w:color="auto" w:fill="FAFAFA"/>
            <w:tcMar>
              <w:top w:w="80" w:type="dxa"/>
              <w:left w:w="90" w:type="dxa"/>
              <w:bottom w:w="80" w:type="dxa"/>
              <w:right w:w="90" w:type="dxa"/>
            </w:tcMar>
            <w:vAlign w:val="center"/>
          </w:tcPr>
          <w:p w14:paraId="6957AC08"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636FA18B"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4C954E40" w14:textId="77777777" w:rsidR="00146DEE" w:rsidRPr="002A7B71" w:rsidRDefault="00146DEE">
            <w:pPr>
              <w:spacing w:after="0" w:line="240" w:lineRule="auto"/>
              <w:rPr>
                <w:noProof/>
                <w:lang w:val="ro-RO"/>
              </w:rPr>
            </w:pPr>
          </w:p>
        </w:tc>
        <w:tc>
          <w:tcPr>
            <w:tcW w:w="1361" w:type="dxa"/>
            <w:shd w:val="clear" w:color="auto" w:fill="FAFAFA"/>
            <w:tcMar>
              <w:top w:w="80" w:type="dxa"/>
              <w:left w:w="90" w:type="dxa"/>
              <w:bottom w:w="80" w:type="dxa"/>
              <w:right w:w="90" w:type="dxa"/>
            </w:tcMar>
            <w:vAlign w:val="center"/>
          </w:tcPr>
          <w:p w14:paraId="16E7D7A7"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5748D272" w14:textId="77777777" w:rsidR="00146DEE" w:rsidRPr="002A7B71" w:rsidRDefault="00000000">
            <w:pPr>
              <w:spacing w:after="0" w:line="240" w:lineRule="auto"/>
              <w:rPr>
                <w:noProof/>
                <w:lang w:val="ro-RO"/>
              </w:rPr>
            </w:pPr>
            <w:r w:rsidRPr="002A7B71">
              <w:rPr>
                <w:noProof/>
                <w:sz w:val="14"/>
                <w:lang w:val="ro-RO"/>
              </w:rPr>
              <w:t>□ planificat</w:t>
            </w:r>
          </w:p>
        </w:tc>
      </w:tr>
      <w:tr w:rsidR="00146DEE" w:rsidRPr="002A7B71" w14:paraId="48433F1C" w14:textId="77777777">
        <w:trPr>
          <w:cantSplit/>
          <w:jc w:val="center"/>
        </w:trPr>
        <w:tc>
          <w:tcPr>
            <w:tcW w:w="567" w:type="dxa"/>
            <w:shd w:val="clear" w:color="auto" w:fill="FFFFFF"/>
            <w:tcMar>
              <w:top w:w="80" w:type="dxa"/>
              <w:left w:w="90" w:type="dxa"/>
              <w:bottom w:w="80" w:type="dxa"/>
              <w:right w:w="90" w:type="dxa"/>
            </w:tcMar>
            <w:vAlign w:val="center"/>
          </w:tcPr>
          <w:p w14:paraId="611453DC" w14:textId="77777777" w:rsidR="00146DEE" w:rsidRPr="002A7B71" w:rsidRDefault="00000000">
            <w:pPr>
              <w:spacing w:after="0" w:line="240" w:lineRule="auto"/>
              <w:jc w:val="center"/>
              <w:rPr>
                <w:noProof/>
                <w:lang w:val="ro-RO"/>
              </w:rPr>
            </w:pPr>
            <w:r w:rsidRPr="002A7B71">
              <w:rPr>
                <w:noProof/>
                <w:sz w:val="14"/>
                <w:lang w:val="ro-RO"/>
              </w:rPr>
              <w:t>5</w:t>
            </w:r>
          </w:p>
        </w:tc>
        <w:tc>
          <w:tcPr>
            <w:tcW w:w="2211" w:type="dxa"/>
            <w:shd w:val="clear" w:color="auto" w:fill="FFFFFF"/>
            <w:tcMar>
              <w:top w:w="80" w:type="dxa"/>
              <w:left w:w="90" w:type="dxa"/>
              <w:bottom w:w="80" w:type="dxa"/>
              <w:right w:w="90" w:type="dxa"/>
            </w:tcMar>
            <w:vAlign w:val="center"/>
          </w:tcPr>
          <w:p w14:paraId="63E20605" w14:textId="77777777" w:rsidR="00146DEE" w:rsidRPr="002A7B71" w:rsidRDefault="00146DEE">
            <w:pPr>
              <w:spacing w:after="0" w:line="240" w:lineRule="auto"/>
              <w:rPr>
                <w:noProof/>
                <w:lang w:val="ro-RO"/>
              </w:rPr>
            </w:pPr>
          </w:p>
        </w:tc>
        <w:tc>
          <w:tcPr>
            <w:tcW w:w="1814" w:type="dxa"/>
            <w:shd w:val="clear" w:color="auto" w:fill="FFFFFF"/>
            <w:tcMar>
              <w:top w:w="80" w:type="dxa"/>
              <w:left w:w="90" w:type="dxa"/>
              <w:bottom w:w="80" w:type="dxa"/>
              <w:right w:w="90" w:type="dxa"/>
            </w:tcMar>
            <w:vAlign w:val="center"/>
          </w:tcPr>
          <w:p w14:paraId="710DEB9E"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3E150BA1"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486BE373" w14:textId="77777777" w:rsidR="00146DEE" w:rsidRPr="002A7B71" w:rsidRDefault="00146DEE">
            <w:pPr>
              <w:spacing w:after="0" w:line="240" w:lineRule="auto"/>
              <w:rPr>
                <w:noProof/>
                <w:lang w:val="ro-RO"/>
              </w:rPr>
            </w:pPr>
          </w:p>
        </w:tc>
        <w:tc>
          <w:tcPr>
            <w:tcW w:w="1361" w:type="dxa"/>
            <w:shd w:val="clear" w:color="auto" w:fill="FFFFFF"/>
            <w:tcMar>
              <w:top w:w="80" w:type="dxa"/>
              <w:left w:w="90" w:type="dxa"/>
              <w:bottom w:w="80" w:type="dxa"/>
              <w:right w:w="90" w:type="dxa"/>
            </w:tcMar>
            <w:vAlign w:val="center"/>
          </w:tcPr>
          <w:p w14:paraId="6E0182F3"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4B098BC1" w14:textId="77777777" w:rsidR="00146DEE" w:rsidRPr="002A7B71" w:rsidRDefault="00000000">
            <w:pPr>
              <w:spacing w:after="0" w:line="240" w:lineRule="auto"/>
              <w:rPr>
                <w:noProof/>
                <w:lang w:val="ro-RO"/>
              </w:rPr>
            </w:pPr>
            <w:r w:rsidRPr="002A7B71">
              <w:rPr>
                <w:noProof/>
                <w:sz w:val="14"/>
                <w:lang w:val="ro-RO"/>
              </w:rPr>
              <w:t>□ planificat</w:t>
            </w:r>
          </w:p>
        </w:tc>
      </w:tr>
      <w:tr w:rsidR="00146DEE" w:rsidRPr="002A7B71" w14:paraId="3B0FDD85" w14:textId="77777777">
        <w:trPr>
          <w:cantSplit/>
          <w:jc w:val="center"/>
        </w:trPr>
        <w:tc>
          <w:tcPr>
            <w:tcW w:w="567" w:type="dxa"/>
            <w:shd w:val="clear" w:color="auto" w:fill="FAFAFA"/>
            <w:tcMar>
              <w:top w:w="80" w:type="dxa"/>
              <w:left w:w="90" w:type="dxa"/>
              <w:bottom w:w="80" w:type="dxa"/>
              <w:right w:w="90" w:type="dxa"/>
            </w:tcMar>
            <w:vAlign w:val="center"/>
          </w:tcPr>
          <w:p w14:paraId="56D8E066" w14:textId="77777777" w:rsidR="00146DEE" w:rsidRPr="002A7B71" w:rsidRDefault="00000000">
            <w:pPr>
              <w:spacing w:after="0" w:line="240" w:lineRule="auto"/>
              <w:jc w:val="center"/>
              <w:rPr>
                <w:noProof/>
                <w:lang w:val="ro-RO"/>
              </w:rPr>
            </w:pPr>
            <w:r w:rsidRPr="002A7B71">
              <w:rPr>
                <w:noProof/>
                <w:sz w:val="14"/>
                <w:lang w:val="ro-RO"/>
              </w:rPr>
              <w:t>6</w:t>
            </w:r>
          </w:p>
        </w:tc>
        <w:tc>
          <w:tcPr>
            <w:tcW w:w="2211" w:type="dxa"/>
            <w:shd w:val="clear" w:color="auto" w:fill="FAFAFA"/>
            <w:tcMar>
              <w:top w:w="80" w:type="dxa"/>
              <w:left w:w="90" w:type="dxa"/>
              <w:bottom w:w="80" w:type="dxa"/>
              <w:right w:w="90" w:type="dxa"/>
            </w:tcMar>
            <w:vAlign w:val="center"/>
          </w:tcPr>
          <w:p w14:paraId="592590FB" w14:textId="77777777" w:rsidR="00146DEE" w:rsidRPr="002A7B71" w:rsidRDefault="00146DEE">
            <w:pPr>
              <w:spacing w:after="0" w:line="240" w:lineRule="auto"/>
              <w:rPr>
                <w:noProof/>
                <w:lang w:val="ro-RO"/>
              </w:rPr>
            </w:pPr>
          </w:p>
        </w:tc>
        <w:tc>
          <w:tcPr>
            <w:tcW w:w="1814" w:type="dxa"/>
            <w:shd w:val="clear" w:color="auto" w:fill="FAFAFA"/>
            <w:tcMar>
              <w:top w:w="80" w:type="dxa"/>
              <w:left w:w="90" w:type="dxa"/>
              <w:bottom w:w="80" w:type="dxa"/>
              <w:right w:w="90" w:type="dxa"/>
            </w:tcMar>
            <w:vAlign w:val="center"/>
          </w:tcPr>
          <w:p w14:paraId="1137C48E"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237C271F"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6CF59831" w14:textId="77777777" w:rsidR="00146DEE" w:rsidRPr="002A7B71" w:rsidRDefault="00146DEE">
            <w:pPr>
              <w:spacing w:after="0" w:line="240" w:lineRule="auto"/>
              <w:rPr>
                <w:noProof/>
                <w:lang w:val="ro-RO"/>
              </w:rPr>
            </w:pPr>
          </w:p>
        </w:tc>
        <w:tc>
          <w:tcPr>
            <w:tcW w:w="1361" w:type="dxa"/>
            <w:shd w:val="clear" w:color="auto" w:fill="FAFAFA"/>
            <w:tcMar>
              <w:top w:w="80" w:type="dxa"/>
              <w:left w:w="90" w:type="dxa"/>
              <w:bottom w:w="80" w:type="dxa"/>
              <w:right w:w="90" w:type="dxa"/>
            </w:tcMar>
            <w:vAlign w:val="center"/>
          </w:tcPr>
          <w:p w14:paraId="24DC7807"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38F5717F" w14:textId="77777777" w:rsidR="00146DEE" w:rsidRPr="002A7B71" w:rsidRDefault="00000000">
            <w:pPr>
              <w:spacing w:after="0" w:line="240" w:lineRule="auto"/>
              <w:rPr>
                <w:noProof/>
                <w:lang w:val="ro-RO"/>
              </w:rPr>
            </w:pPr>
            <w:r w:rsidRPr="002A7B71">
              <w:rPr>
                <w:noProof/>
                <w:sz w:val="14"/>
                <w:lang w:val="ro-RO"/>
              </w:rPr>
              <w:t>□ planificat</w:t>
            </w:r>
          </w:p>
        </w:tc>
      </w:tr>
    </w:tbl>
    <w:p w14:paraId="6AB1FC9F" w14:textId="77777777" w:rsidR="00146DEE" w:rsidRPr="002A7B71" w:rsidRDefault="00146DEE">
      <w:pPr>
        <w:spacing w:after="20"/>
        <w:rPr>
          <w:noProof/>
          <w:lang w:val="ro-RO"/>
        </w:rPr>
      </w:pPr>
    </w:p>
    <w:p w14:paraId="493560A3" w14:textId="77777777" w:rsidR="00146DEE" w:rsidRPr="002A7B71" w:rsidRDefault="00000000">
      <w:pPr>
        <w:pStyle w:val="Heading2"/>
        <w:rPr>
          <w:noProof/>
          <w:lang w:val="ro-RO"/>
        </w:rPr>
      </w:pPr>
      <w:r w:rsidRPr="002A7B71">
        <w:rPr>
          <w:noProof/>
          <w:lang w:val="ro-RO"/>
        </w:rPr>
        <w:t>Indicatori pentru evaluarea programului</w:t>
      </w:r>
    </w:p>
    <w:p w14:paraId="1FC9373E" w14:textId="77777777" w:rsidR="00146DEE" w:rsidRPr="002A7B71" w:rsidRDefault="00000000">
      <w:pPr>
        <w:pStyle w:val="ListBullet"/>
        <w:spacing w:after="40"/>
        <w:ind w:left="283" w:hanging="170"/>
        <w:rPr>
          <w:noProof/>
          <w:lang w:val="ro-RO"/>
        </w:rPr>
      </w:pPr>
      <w:r w:rsidRPr="002A7B71">
        <w:rPr>
          <w:noProof/>
          <w:lang w:val="ro-RO"/>
        </w:rPr>
        <w:t>procentul auditurilor realizate conform programului;</w:t>
      </w:r>
    </w:p>
    <w:p w14:paraId="0558F9D4" w14:textId="77777777" w:rsidR="00146DEE" w:rsidRPr="002A7B71" w:rsidRDefault="00000000">
      <w:pPr>
        <w:pStyle w:val="ListBullet"/>
        <w:spacing w:after="40"/>
        <w:ind w:left="283" w:hanging="170"/>
        <w:rPr>
          <w:noProof/>
          <w:lang w:val="ro-RO"/>
        </w:rPr>
      </w:pPr>
      <w:r w:rsidRPr="002A7B71">
        <w:rPr>
          <w:noProof/>
          <w:lang w:val="ro-RO"/>
        </w:rPr>
        <w:t>acoperirea proceselor, locațiilor și standardelor planificate;</w:t>
      </w:r>
    </w:p>
    <w:p w14:paraId="4174E540" w14:textId="77777777" w:rsidR="00146DEE" w:rsidRPr="002A7B71" w:rsidRDefault="00000000">
      <w:pPr>
        <w:pStyle w:val="ListBullet"/>
        <w:spacing w:after="40"/>
        <w:ind w:left="283" w:hanging="170"/>
        <w:rPr>
          <w:noProof/>
          <w:lang w:val="ro-RO"/>
        </w:rPr>
      </w:pPr>
      <w:r w:rsidRPr="002A7B71">
        <w:rPr>
          <w:noProof/>
          <w:lang w:val="ro-RO"/>
        </w:rPr>
        <w:t>durata medie de emitere a raportului;</w:t>
      </w:r>
    </w:p>
    <w:p w14:paraId="3C8B9AAC" w14:textId="77777777" w:rsidR="00146DEE" w:rsidRPr="002A7B71" w:rsidRDefault="00000000">
      <w:pPr>
        <w:pStyle w:val="ListBullet"/>
        <w:spacing w:after="40"/>
        <w:ind w:left="283" w:hanging="170"/>
        <w:rPr>
          <w:noProof/>
          <w:lang w:val="ro-RO"/>
        </w:rPr>
      </w:pPr>
      <w:r w:rsidRPr="002A7B71">
        <w:rPr>
          <w:noProof/>
          <w:lang w:val="ro-RO"/>
        </w:rPr>
        <w:t>procentul acțiunilor închise la termen și al acțiunilor confirmate ca eficace;</w:t>
      </w:r>
    </w:p>
    <w:p w14:paraId="52B98AD4" w14:textId="77777777" w:rsidR="00146DEE" w:rsidRPr="002A7B71" w:rsidRDefault="00000000">
      <w:pPr>
        <w:pStyle w:val="ListBullet"/>
        <w:spacing w:after="40"/>
        <w:ind w:left="283" w:hanging="170"/>
        <w:rPr>
          <w:noProof/>
          <w:lang w:val="ro-RO"/>
        </w:rPr>
      </w:pPr>
      <w:r w:rsidRPr="002A7B71">
        <w:rPr>
          <w:noProof/>
          <w:lang w:val="ro-RO"/>
        </w:rPr>
        <w:t>recurența neconformităților și feedbackul auditaților;</w:t>
      </w:r>
    </w:p>
    <w:p w14:paraId="330FD8C2" w14:textId="77777777" w:rsidR="00146DEE" w:rsidRPr="002A7B71" w:rsidRDefault="00000000">
      <w:pPr>
        <w:pStyle w:val="ListBullet"/>
        <w:spacing w:after="40"/>
        <w:ind w:left="283" w:hanging="170"/>
        <w:rPr>
          <w:noProof/>
          <w:lang w:val="ro-RO"/>
        </w:rPr>
      </w:pPr>
      <w:r w:rsidRPr="002A7B71">
        <w:rPr>
          <w:noProof/>
          <w:lang w:val="ro-RO"/>
        </w:rPr>
        <w:lastRenderedPageBreak/>
        <w:t>necesarul de dezvoltare a competenței auditorilor.</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7A155433" w14:textId="77777777">
        <w:trPr>
          <w:cantSplit/>
          <w:jc w:val="center"/>
        </w:trPr>
        <w:tc>
          <w:tcPr>
            <w:tcW w:w="1020" w:type="dxa"/>
            <w:shd w:val="clear" w:color="auto" w:fill="D71920"/>
            <w:tcMar>
              <w:top w:w="80" w:type="dxa"/>
              <w:left w:w="90" w:type="dxa"/>
              <w:bottom w:w="80" w:type="dxa"/>
              <w:right w:w="90" w:type="dxa"/>
            </w:tcMar>
            <w:vAlign w:val="center"/>
          </w:tcPr>
          <w:p w14:paraId="01FB59FB" w14:textId="77777777" w:rsidR="00146DEE" w:rsidRPr="002A7B71" w:rsidRDefault="00000000">
            <w:pPr>
              <w:spacing w:after="0" w:line="240" w:lineRule="auto"/>
              <w:jc w:val="center"/>
              <w:rPr>
                <w:noProof/>
                <w:lang w:val="ro-RO"/>
              </w:rPr>
            </w:pPr>
            <w:r w:rsidRPr="002A7B71">
              <w:rPr>
                <w:b/>
                <w:noProof/>
                <w:color w:val="FFFFFF"/>
                <w:sz w:val="34"/>
                <w:lang w:val="ro-RO"/>
              </w:rPr>
              <w:t>4</w:t>
            </w:r>
          </w:p>
        </w:tc>
        <w:tc>
          <w:tcPr>
            <w:tcW w:w="8901" w:type="dxa"/>
            <w:shd w:val="clear" w:color="auto" w:fill="F3F4F5"/>
          </w:tcPr>
          <w:p w14:paraId="22B79AF2" w14:textId="77777777" w:rsidR="00146DEE" w:rsidRPr="002A7B71" w:rsidRDefault="00000000">
            <w:pPr>
              <w:spacing w:after="20"/>
              <w:rPr>
                <w:noProof/>
                <w:lang w:val="ro-RO"/>
              </w:rPr>
            </w:pPr>
            <w:r w:rsidRPr="002A7B71">
              <w:rPr>
                <w:b/>
                <w:noProof/>
                <w:sz w:val="28"/>
                <w:lang w:val="ro-RO"/>
              </w:rPr>
              <w:t>Pregătirea unui audit</w:t>
            </w:r>
          </w:p>
          <w:p w14:paraId="78C0088F" w14:textId="77777777" w:rsidR="00146DEE" w:rsidRPr="002A7B71" w:rsidRDefault="00000000">
            <w:pPr>
              <w:keepNext/>
              <w:spacing w:after="0"/>
              <w:rPr>
                <w:noProof/>
                <w:lang w:val="ro-RO"/>
              </w:rPr>
            </w:pPr>
            <w:r w:rsidRPr="002A7B71">
              <w:rPr>
                <w:noProof/>
                <w:color w:val="666666"/>
                <w:sz w:val="17"/>
                <w:lang w:val="ro-RO"/>
              </w:rPr>
              <w:t>Definiți clar obiectivul, domeniul, criteriile, metodele și eșantionul</w:t>
            </w:r>
          </w:p>
        </w:tc>
      </w:tr>
    </w:tbl>
    <w:p w14:paraId="1F4C2B48" w14:textId="77777777" w:rsidR="00146DEE" w:rsidRPr="002A7B71" w:rsidRDefault="00146DEE">
      <w:pPr>
        <w:keepNext/>
        <w:spacing w:after="0"/>
        <w:rPr>
          <w:noProof/>
          <w:lang w:val="ro-RO"/>
        </w:rPr>
      </w:pPr>
    </w:p>
    <w:p w14:paraId="48251B48" w14:textId="77777777" w:rsidR="00146DEE" w:rsidRPr="002A7B71" w:rsidRDefault="00000000">
      <w:pPr>
        <w:pStyle w:val="Heading2"/>
        <w:rPr>
          <w:noProof/>
          <w:lang w:val="ro-RO"/>
        </w:rPr>
      </w:pPr>
      <w:r w:rsidRPr="002A7B71">
        <w:rPr>
          <w:noProof/>
          <w:lang w:val="ro-RO"/>
        </w:rPr>
        <w:t>Checklist de pregătire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293"/>
        <w:gridCol w:w="1134"/>
        <w:gridCol w:w="2494"/>
      </w:tblGrid>
      <w:tr w:rsidR="00146DEE" w:rsidRPr="002A7B71" w14:paraId="1316B851" w14:textId="77777777">
        <w:trPr>
          <w:tblHeader/>
          <w:jc w:val="center"/>
        </w:trPr>
        <w:tc>
          <w:tcPr>
            <w:tcW w:w="6293" w:type="dxa"/>
            <w:shd w:val="clear" w:color="auto" w:fill="D71920"/>
            <w:tcMar>
              <w:top w:w="80" w:type="dxa"/>
              <w:left w:w="90" w:type="dxa"/>
              <w:bottom w:w="80" w:type="dxa"/>
              <w:right w:w="90" w:type="dxa"/>
            </w:tcMar>
            <w:vAlign w:val="center"/>
          </w:tcPr>
          <w:p w14:paraId="529486DA" w14:textId="77777777" w:rsidR="00146DEE" w:rsidRPr="002A7B71" w:rsidRDefault="00000000">
            <w:pPr>
              <w:spacing w:after="0" w:line="240" w:lineRule="auto"/>
              <w:jc w:val="center"/>
              <w:rPr>
                <w:noProof/>
                <w:lang w:val="ro-RO"/>
              </w:rPr>
            </w:pPr>
            <w:r w:rsidRPr="002A7B71">
              <w:rPr>
                <w:b/>
                <w:noProof/>
                <w:color w:val="FFFFFF"/>
                <w:sz w:val="16"/>
                <w:lang w:val="ro-RO"/>
              </w:rPr>
              <w:t>VERIFICARE</w:t>
            </w:r>
          </w:p>
        </w:tc>
        <w:tc>
          <w:tcPr>
            <w:tcW w:w="1134" w:type="dxa"/>
            <w:shd w:val="clear" w:color="auto" w:fill="D71920"/>
            <w:tcMar>
              <w:top w:w="80" w:type="dxa"/>
              <w:left w:w="90" w:type="dxa"/>
              <w:bottom w:w="80" w:type="dxa"/>
              <w:right w:w="90" w:type="dxa"/>
            </w:tcMar>
            <w:vAlign w:val="center"/>
          </w:tcPr>
          <w:p w14:paraId="2706300A" w14:textId="77777777" w:rsidR="00146DEE" w:rsidRPr="002A7B71" w:rsidRDefault="00000000">
            <w:pPr>
              <w:spacing w:after="0" w:line="240" w:lineRule="auto"/>
              <w:jc w:val="center"/>
              <w:rPr>
                <w:noProof/>
                <w:lang w:val="ro-RO"/>
              </w:rPr>
            </w:pPr>
            <w:r w:rsidRPr="002A7B71">
              <w:rPr>
                <w:b/>
                <w:noProof/>
                <w:color w:val="FFFFFF"/>
                <w:sz w:val="16"/>
                <w:lang w:val="ro-RO"/>
              </w:rPr>
              <w:t>DA / NU</w:t>
            </w:r>
          </w:p>
        </w:tc>
        <w:tc>
          <w:tcPr>
            <w:tcW w:w="2494" w:type="dxa"/>
            <w:shd w:val="clear" w:color="auto" w:fill="D71920"/>
            <w:tcMar>
              <w:top w:w="80" w:type="dxa"/>
              <w:left w:w="90" w:type="dxa"/>
              <w:bottom w:w="80" w:type="dxa"/>
              <w:right w:w="90" w:type="dxa"/>
            </w:tcMar>
            <w:vAlign w:val="center"/>
          </w:tcPr>
          <w:p w14:paraId="336DB71E" w14:textId="77777777" w:rsidR="00146DEE" w:rsidRPr="002A7B71" w:rsidRDefault="00000000">
            <w:pPr>
              <w:spacing w:after="0" w:line="240" w:lineRule="auto"/>
              <w:jc w:val="center"/>
              <w:rPr>
                <w:noProof/>
                <w:lang w:val="ro-RO"/>
              </w:rPr>
            </w:pPr>
            <w:r w:rsidRPr="002A7B71">
              <w:rPr>
                <w:b/>
                <w:noProof/>
                <w:color w:val="FFFFFF"/>
                <w:sz w:val="16"/>
                <w:lang w:val="ro-RO"/>
              </w:rPr>
              <w:t>OBSERVAȚII</w:t>
            </w:r>
          </w:p>
        </w:tc>
      </w:tr>
      <w:tr w:rsidR="00146DEE" w:rsidRPr="002A7B71" w14:paraId="79544DF1" w14:textId="77777777">
        <w:trPr>
          <w:cantSplit/>
          <w:jc w:val="center"/>
        </w:trPr>
        <w:tc>
          <w:tcPr>
            <w:tcW w:w="6293" w:type="dxa"/>
            <w:shd w:val="clear" w:color="auto" w:fill="FFFFFF"/>
            <w:tcMar>
              <w:top w:w="80" w:type="dxa"/>
              <w:left w:w="90" w:type="dxa"/>
              <w:bottom w:w="80" w:type="dxa"/>
              <w:right w:w="90" w:type="dxa"/>
            </w:tcMar>
            <w:vAlign w:val="center"/>
          </w:tcPr>
          <w:p w14:paraId="69A9BAAA" w14:textId="77777777" w:rsidR="00146DEE" w:rsidRPr="002A7B71" w:rsidRDefault="00000000">
            <w:pPr>
              <w:spacing w:after="0" w:line="240" w:lineRule="auto"/>
              <w:rPr>
                <w:noProof/>
                <w:lang w:val="ro-RO"/>
              </w:rPr>
            </w:pPr>
            <w:r w:rsidRPr="002A7B71">
              <w:rPr>
                <w:noProof/>
                <w:sz w:val="15"/>
                <w:lang w:val="ro-RO"/>
              </w:rPr>
              <w:t>Obiectivul auditului este clar și legat de programul de audit.</w:t>
            </w:r>
          </w:p>
        </w:tc>
        <w:tc>
          <w:tcPr>
            <w:tcW w:w="1134" w:type="dxa"/>
            <w:shd w:val="clear" w:color="auto" w:fill="FFFFFF"/>
            <w:tcMar>
              <w:top w:w="80" w:type="dxa"/>
              <w:left w:w="90" w:type="dxa"/>
              <w:bottom w:w="80" w:type="dxa"/>
              <w:right w:w="90" w:type="dxa"/>
            </w:tcMar>
            <w:vAlign w:val="center"/>
          </w:tcPr>
          <w:p w14:paraId="2F6AF149"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34B75C14" w14:textId="77777777" w:rsidR="00146DEE" w:rsidRPr="002A7B71" w:rsidRDefault="00146DEE">
            <w:pPr>
              <w:spacing w:after="0" w:line="240" w:lineRule="auto"/>
              <w:rPr>
                <w:noProof/>
                <w:lang w:val="ro-RO"/>
              </w:rPr>
            </w:pPr>
          </w:p>
        </w:tc>
      </w:tr>
      <w:tr w:rsidR="00146DEE" w:rsidRPr="002A7B71" w14:paraId="5CF1DC48" w14:textId="77777777">
        <w:trPr>
          <w:cantSplit/>
          <w:jc w:val="center"/>
        </w:trPr>
        <w:tc>
          <w:tcPr>
            <w:tcW w:w="6293" w:type="dxa"/>
            <w:shd w:val="clear" w:color="auto" w:fill="FAFAFA"/>
            <w:tcMar>
              <w:top w:w="80" w:type="dxa"/>
              <w:left w:w="90" w:type="dxa"/>
              <w:bottom w:w="80" w:type="dxa"/>
              <w:right w:w="90" w:type="dxa"/>
            </w:tcMar>
            <w:vAlign w:val="center"/>
          </w:tcPr>
          <w:p w14:paraId="323F1F39" w14:textId="77777777" w:rsidR="00146DEE" w:rsidRPr="002A7B71" w:rsidRDefault="00000000">
            <w:pPr>
              <w:spacing w:after="0" w:line="240" w:lineRule="auto"/>
              <w:rPr>
                <w:noProof/>
                <w:lang w:val="ro-RO"/>
              </w:rPr>
            </w:pPr>
            <w:r w:rsidRPr="002A7B71">
              <w:rPr>
                <w:noProof/>
                <w:sz w:val="15"/>
                <w:lang w:val="ro-RO"/>
              </w:rPr>
              <w:t>Domeniul precizează procesele, locațiile, activitățile și perioada.</w:t>
            </w:r>
          </w:p>
        </w:tc>
        <w:tc>
          <w:tcPr>
            <w:tcW w:w="1134" w:type="dxa"/>
            <w:shd w:val="clear" w:color="auto" w:fill="FAFAFA"/>
            <w:tcMar>
              <w:top w:w="80" w:type="dxa"/>
              <w:left w:w="90" w:type="dxa"/>
              <w:bottom w:w="80" w:type="dxa"/>
              <w:right w:w="90" w:type="dxa"/>
            </w:tcMar>
            <w:vAlign w:val="center"/>
          </w:tcPr>
          <w:p w14:paraId="3A9D8D2C"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AFAFA"/>
            <w:tcMar>
              <w:top w:w="80" w:type="dxa"/>
              <w:left w:w="90" w:type="dxa"/>
              <w:bottom w:w="80" w:type="dxa"/>
              <w:right w:w="90" w:type="dxa"/>
            </w:tcMar>
            <w:vAlign w:val="center"/>
          </w:tcPr>
          <w:p w14:paraId="493DA50E" w14:textId="77777777" w:rsidR="00146DEE" w:rsidRPr="002A7B71" w:rsidRDefault="00146DEE">
            <w:pPr>
              <w:spacing w:after="0" w:line="240" w:lineRule="auto"/>
              <w:rPr>
                <w:noProof/>
                <w:lang w:val="ro-RO"/>
              </w:rPr>
            </w:pPr>
          </w:p>
        </w:tc>
      </w:tr>
      <w:tr w:rsidR="00146DEE" w:rsidRPr="002A7B71" w14:paraId="5C8DEE8C" w14:textId="77777777">
        <w:trPr>
          <w:cantSplit/>
          <w:jc w:val="center"/>
        </w:trPr>
        <w:tc>
          <w:tcPr>
            <w:tcW w:w="6293" w:type="dxa"/>
            <w:shd w:val="clear" w:color="auto" w:fill="FFFFFF"/>
            <w:tcMar>
              <w:top w:w="80" w:type="dxa"/>
              <w:left w:w="90" w:type="dxa"/>
              <w:bottom w:w="80" w:type="dxa"/>
              <w:right w:w="90" w:type="dxa"/>
            </w:tcMar>
            <w:vAlign w:val="center"/>
          </w:tcPr>
          <w:p w14:paraId="459C99F6" w14:textId="77777777" w:rsidR="00146DEE" w:rsidRPr="002A7B71" w:rsidRDefault="00000000">
            <w:pPr>
              <w:spacing w:after="0" w:line="240" w:lineRule="auto"/>
              <w:rPr>
                <w:noProof/>
                <w:lang w:val="ro-RO"/>
              </w:rPr>
            </w:pPr>
            <w:r w:rsidRPr="002A7B71">
              <w:rPr>
                <w:noProof/>
                <w:sz w:val="15"/>
                <w:lang w:val="ro-RO"/>
              </w:rPr>
              <w:t>Criteriile aplicabile sunt identificate și disponibile.</w:t>
            </w:r>
          </w:p>
        </w:tc>
        <w:tc>
          <w:tcPr>
            <w:tcW w:w="1134" w:type="dxa"/>
            <w:shd w:val="clear" w:color="auto" w:fill="FFFFFF"/>
            <w:tcMar>
              <w:top w:w="80" w:type="dxa"/>
              <w:left w:w="90" w:type="dxa"/>
              <w:bottom w:w="80" w:type="dxa"/>
              <w:right w:w="90" w:type="dxa"/>
            </w:tcMar>
            <w:vAlign w:val="center"/>
          </w:tcPr>
          <w:p w14:paraId="23CB4A1C"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48E6E28C" w14:textId="77777777" w:rsidR="00146DEE" w:rsidRPr="002A7B71" w:rsidRDefault="00146DEE">
            <w:pPr>
              <w:spacing w:after="0" w:line="240" w:lineRule="auto"/>
              <w:rPr>
                <w:noProof/>
                <w:lang w:val="ro-RO"/>
              </w:rPr>
            </w:pPr>
          </w:p>
        </w:tc>
      </w:tr>
      <w:tr w:rsidR="00146DEE" w:rsidRPr="002A7B71" w14:paraId="35DC8519" w14:textId="77777777">
        <w:trPr>
          <w:cantSplit/>
          <w:jc w:val="center"/>
        </w:trPr>
        <w:tc>
          <w:tcPr>
            <w:tcW w:w="6293" w:type="dxa"/>
            <w:shd w:val="clear" w:color="auto" w:fill="FAFAFA"/>
            <w:tcMar>
              <w:top w:w="80" w:type="dxa"/>
              <w:left w:w="90" w:type="dxa"/>
              <w:bottom w:w="80" w:type="dxa"/>
              <w:right w:w="90" w:type="dxa"/>
            </w:tcMar>
            <w:vAlign w:val="center"/>
          </w:tcPr>
          <w:p w14:paraId="4C055AF5" w14:textId="77777777" w:rsidR="00146DEE" w:rsidRPr="002A7B71" w:rsidRDefault="00000000">
            <w:pPr>
              <w:spacing w:after="0" w:line="240" w:lineRule="auto"/>
              <w:rPr>
                <w:noProof/>
                <w:lang w:val="ro-RO"/>
              </w:rPr>
            </w:pPr>
            <w:r w:rsidRPr="002A7B71">
              <w:rPr>
                <w:noProof/>
                <w:sz w:val="15"/>
                <w:lang w:val="ro-RO"/>
              </w:rPr>
              <w:t>Auditorii sunt competenți și nu există conflicte de interese necontrolate.</w:t>
            </w:r>
          </w:p>
        </w:tc>
        <w:tc>
          <w:tcPr>
            <w:tcW w:w="1134" w:type="dxa"/>
            <w:shd w:val="clear" w:color="auto" w:fill="FAFAFA"/>
            <w:tcMar>
              <w:top w:w="80" w:type="dxa"/>
              <w:left w:w="90" w:type="dxa"/>
              <w:bottom w:w="80" w:type="dxa"/>
              <w:right w:w="90" w:type="dxa"/>
            </w:tcMar>
            <w:vAlign w:val="center"/>
          </w:tcPr>
          <w:p w14:paraId="047F4AA4"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AFAFA"/>
            <w:tcMar>
              <w:top w:w="80" w:type="dxa"/>
              <w:left w:w="90" w:type="dxa"/>
              <w:bottom w:w="80" w:type="dxa"/>
              <w:right w:w="90" w:type="dxa"/>
            </w:tcMar>
            <w:vAlign w:val="center"/>
          </w:tcPr>
          <w:p w14:paraId="225F1CB1" w14:textId="77777777" w:rsidR="00146DEE" w:rsidRPr="002A7B71" w:rsidRDefault="00146DEE">
            <w:pPr>
              <w:spacing w:after="0" w:line="240" w:lineRule="auto"/>
              <w:rPr>
                <w:noProof/>
                <w:lang w:val="ro-RO"/>
              </w:rPr>
            </w:pPr>
          </w:p>
        </w:tc>
      </w:tr>
      <w:tr w:rsidR="00146DEE" w:rsidRPr="002A7B71" w14:paraId="5D361F67" w14:textId="77777777">
        <w:trPr>
          <w:cantSplit/>
          <w:jc w:val="center"/>
        </w:trPr>
        <w:tc>
          <w:tcPr>
            <w:tcW w:w="6293" w:type="dxa"/>
            <w:shd w:val="clear" w:color="auto" w:fill="FFFFFF"/>
            <w:tcMar>
              <w:top w:w="80" w:type="dxa"/>
              <w:left w:w="90" w:type="dxa"/>
              <w:bottom w:w="80" w:type="dxa"/>
              <w:right w:w="90" w:type="dxa"/>
            </w:tcMar>
            <w:vAlign w:val="center"/>
          </w:tcPr>
          <w:p w14:paraId="67EADEE8" w14:textId="77777777" w:rsidR="00146DEE" w:rsidRPr="002A7B71" w:rsidRDefault="00000000">
            <w:pPr>
              <w:spacing w:after="0" w:line="240" w:lineRule="auto"/>
              <w:rPr>
                <w:noProof/>
                <w:lang w:val="ro-RO"/>
              </w:rPr>
            </w:pPr>
            <w:r w:rsidRPr="002A7B71">
              <w:rPr>
                <w:noProof/>
                <w:sz w:val="15"/>
                <w:lang w:val="ro-RO"/>
              </w:rPr>
              <w:t>Sunt analizate rezultatele auditurilor anterioare și acțiunile deschise.</w:t>
            </w:r>
          </w:p>
        </w:tc>
        <w:tc>
          <w:tcPr>
            <w:tcW w:w="1134" w:type="dxa"/>
            <w:shd w:val="clear" w:color="auto" w:fill="FFFFFF"/>
            <w:tcMar>
              <w:top w:w="80" w:type="dxa"/>
              <w:left w:w="90" w:type="dxa"/>
              <w:bottom w:w="80" w:type="dxa"/>
              <w:right w:w="90" w:type="dxa"/>
            </w:tcMar>
            <w:vAlign w:val="center"/>
          </w:tcPr>
          <w:p w14:paraId="3876476B"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2C9EA53F" w14:textId="77777777" w:rsidR="00146DEE" w:rsidRPr="002A7B71" w:rsidRDefault="00146DEE">
            <w:pPr>
              <w:spacing w:after="0" w:line="240" w:lineRule="auto"/>
              <w:rPr>
                <w:noProof/>
                <w:lang w:val="ro-RO"/>
              </w:rPr>
            </w:pPr>
          </w:p>
        </w:tc>
      </w:tr>
      <w:tr w:rsidR="00146DEE" w:rsidRPr="002A7B71" w14:paraId="0664F476" w14:textId="77777777">
        <w:trPr>
          <w:cantSplit/>
          <w:jc w:val="center"/>
        </w:trPr>
        <w:tc>
          <w:tcPr>
            <w:tcW w:w="6293" w:type="dxa"/>
            <w:shd w:val="clear" w:color="auto" w:fill="FAFAFA"/>
            <w:tcMar>
              <w:top w:w="80" w:type="dxa"/>
              <w:left w:w="90" w:type="dxa"/>
              <w:bottom w:w="80" w:type="dxa"/>
              <w:right w:w="90" w:type="dxa"/>
            </w:tcMar>
            <w:vAlign w:val="center"/>
          </w:tcPr>
          <w:p w14:paraId="005F9122" w14:textId="77777777" w:rsidR="00146DEE" w:rsidRPr="002A7B71" w:rsidRDefault="00000000">
            <w:pPr>
              <w:spacing w:after="0" w:line="240" w:lineRule="auto"/>
              <w:rPr>
                <w:noProof/>
                <w:lang w:val="ro-RO"/>
              </w:rPr>
            </w:pPr>
            <w:r w:rsidRPr="002A7B71">
              <w:rPr>
                <w:noProof/>
                <w:sz w:val="15"/>
                <w:lang w:val="ro-RO"/>
              </w:rPr>
              <w:t>Sunt analizate obiectivele, indicatorii, reclamațiile, incidentele și schimbările.</w:t>
            </w:r>
          </w:p>
        </w:tc>
        <w:tc>
          <w:tcPr>
            <w:tcW w:w="1134" w:type="dxa"/>
            <w:shd w:val="clear" w:color="auto" w:fill="FAFAFA"/>
            <w:tcMar>
              <w:top w:w="80" w:type="dxa"/>
              <w:left w:w="90" w:type="dxa"/>
              <w:bottom w:w="80" w:type="dxa"/>
              <w:right w:w="90" w:type="dxa"/>
            </w:tcMar>
            <w:vAlign w:val="center"/>
          </w:tcPr>
          <w:p w14:paraId="6D4F693D"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AFAFA"/>
            <w:tcMar>
              <w:top w:w="80" w:type="dxa"/>
              <w:left w:w="90" w:type="dxa"/>
              <w:bottom w:w="80" w:type="dxa"/>
              <w:right w:w="90" w:type="dxa"/>
            </w:tcMar>
            <w:vAlign w:val="center"/>
          </w:tcPr>
          <w:p w14:paraId="1A854997" w14:textId="77777777" w:rsidR="00146DEE" w:rsidRPr="002A7B71" w:rsidRDefault="00146DEE">
            <w:pPr>
              <w:spacing w:after="0" w:line="240" w:lineRule="auto"/>
              <w:rPr>
                <w:noProof/>
                <w:lang w:val="ro-RO"/>
              </w:rPr>
            </w:pPr>
          </w:p>
        </w:tc>
      </w:tr>
      <w:tr w:rsidR="00146DEE" w:rsidRPr="002A7B71" w14:paraId="18AB7BAC" w14:textId="77777777">
        <w:trPr>
          <w:cantSplit/>
          <w:jc w:val="center"/>
        </w:trPr>
        <w:tc>
          <w:tcPr>
            <w:tcW w:w="6293" w:type="dxa"/>
            <w:shd w:val="clear" w:color="auto" w:fill="FFFFFF"/>
            <w:tcMar>
              <w:top w:w="80" w:type="dxa"/>
              <w:left w:w="90" w:type="dxa"/>
              <w:bottom w:w="80" w:type="dxa"/>
              <w:right w:w="90" w:type="dxa"/>
            </w:tcMar>
            <w:vAlign w:val="center"/>
          </w:tcPr>
          <w:p w14:paraId="6A02F4BC" w14:textId="77777777" w:rsidR="00146DEE" w:rsidRPr="002A7B71" w:rsidRDefault="00000000">
            <w:pPr>
              <w:spacing w:after="0" w:line="240" w:lineRule="auto"/>
              <w:rPr>
                <w:noProof/>
                <w:lang w:val="ro-RO"/>
              </w:rPr>
            </w:pPr>
            <w:r w:rsidRPr="002A7B71">
              <w:rPr>
                <w:noProof/>
                <w:sz w:val="15"/>
                <w:lang w:val="ro-RO"/>
              </w:rPr>
              <w:t>Eșantionul preliminar și traseele de audit sunt stabilite.</w:t>
            </w:r>
          </w:p>
        </w:tc>
        <w:tc>
          <w:tcPr>
            <w:tcW w:w="1134" w:type="dxa"/>
            <w:shd w:val="clear" w:color="auto" w:fill="FFFFFF"/>
            <w:tcMar>
              <w:top w:w="80" w:type="dxa"/>
              <w:left w:w="90" w:type="dxa"/>
              <w:bottom w:w="80" w:type="dxa"/>
              <w:right w:w="90" w:type="dxa"/>
            </w:tcMar>
            <w:vAlign w:val="center"/>
          </w:tcPr>
          <w:p w14:paraId="0E73AE09"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06E84BAA" w14:textId="77777777" w:rsidR="00146DEE" w:rsidRPr="002A7B71" w:rsidRDefault="00146DEE">
            <w:pPr>
              <w:spacing w:after="0" w:line="240" w:lineRule="auto"/>
              <w:rPr>
                <w:noProof/>
                <w:lang w:val="ro-RO"/>
              </w:rPr>
            </w:pPr>
          </w:p>
        </w:tc>
      </w:tr>
      <w:tr w:rsidR="00146DEE" w:rsidRPr="002A7B71" w14:paraId="57C11DD8" w14:textId="77777777">
        <w:trPr>
          <w:cantSplit/>
          <w:jc w:val="center"/>
        </w:trPr>
        <w:tc>
          <w:tcPr>
            <w:tcW w:w="6293" w:type="dxa"/>
            <w:shd w:val="clear" w:color="auto" w:fill="FAFAFA"/>
            <w:tcMar>
              <w:top w:w="80" w:type="dxa"/>
              <w:left w:w="90" w:type="dxa"/>
              <w:bottom w:w="80" w:type="dxa"/>
              <w:right w:w="90" w:type="dxa"/>
            </w:tcMar>
            <w:vAlign w:val="center"/>
          </w:tcPr>
          <w:p w14:paraId="05B430D5" w14:textId="77777777" w:rsidR="00146DEE" w:rsidRPr="002A7B71" w:rsidRDefault="00000000">
            <w:pPr>
              <w:spacing w:after="0" w:line="240" w:lineRule="auto"/>
              <w:rPr>
                <w:noProof/>
                <w:lang w:val="ro-RO"/>
              </w:rPr>
            </w:pPr>
            <w:r w:rsidRPr="002A7B71">
              <w:rPr>
                <w:noProof/>
                <w:sz w:val="15"/>
                <w:lang w:val="ro-RO"/>
              </w:rPr>
              <w:t>Persoanele-cheie, accesul la sisteme și logistica sunt confirmate.</w:t>
            </w:r>
          </w:p>
        </w:tc>
        <w:tc>
          <w:tcPr>
            <w:tcW w:w="1134" w:type="dxa"/>
            <w:shd w:val="clear" w:color="auto" w:fill="FAFAFA"/>
            <w:tcMar>
              <w:top w:w="80" w:type="dxa"/>
              <w:left w:w="90" w:type="dxa"/>
              <w:bottom w:w="80" w:type="dxa"/>
              <w:right w:w="90" w:type="dxa"/>
            </w:tcMar>
            <w:vAlign w:val="center"/>
          </w:tcPr>
          <w:p w14:paraId="6CC20975"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AFAFA"/>
            <w:tcMar>
              <w:top w:w="80" w:type="dxa"/>
              <w:left w:w="90" w:type="dxa"/>
              <w:bottom w:w="80" w:type="dxa"/>
              <w:right w:w="90" w:type="dxa"/>
            </w:tcMar>
            <w:vAlign w:val="center"/>
          </w:tcPr>
          <w:p w14:paraId="6AF1C28A" w14:textId="77777777" w:rsidR="00146DEE" w:rsidRPr="002A7B71" w:rsidRDefault="00146DEE">
            <w:pPr>
              <w:spacing w:after="0" w:line="240" w:lineRule="auto"/>
              <w:rPr>
                <w:noProof/>
                <w:lang w:val="ro-RO"/>
              </w:rPr>
            </w:pPr>
          </w:p>
        </w:tc>
      </w:tr>
      <w:tr w:rsidR="00146DEE" w:rsidRPr="002A7B71" w14:paraId="25575F74" w14:textId="77777777">
        <w:trPr>
          <w:cantSplit/>
          <w:jc w:val="center"/>
        </w:trPr>
        <w:tc>
          <w:tcPr>
            <w:tcW w:w="6293" w:type="dxa"/>
            <w:shd w:val="clear" w:color="auto" w:fill="FFFFFF"/>
            <w:tcMar>
              <w:top w:w="80" w:type="dxa"/>
              <w:left w:w="90" w:type="dxa"/>
              <w:bottom w:w="80" w:type="dxa"/>
              <w:right w:w="90" w:type="dxa"/>
            </w:tcMar>
            <w:vAlign w:val="center"/>
          </w:tcPr>
          <w:p w14:paraId="26A2CF19" w14:textId="77777777" w:rsidR="00146DEE" w:rsidRPr="002A7B71" w:rsidRDefault="00000000">
            <w:pPr>
              <w:spacing w:after="0" w:line="240" w:lineRule="auto"/>
              <w:rPr>
                <w:noProof/>
                <w:lang w:val="ro-RO"/>
              </w:rPr>
            </w:pPr>
            <w:r w:rsidRPr="002A7B71">
              <w:rPr>
                <w:noProof/>
                <w:sz w:val="15"/>
                <w:lang w:val="ro-RO"/>
              </w:rPr>
              <w:t>Riscurile auditului la fața locului sau la distanță sunt controlate.</w:t>
            </w:r>
          </w:p>
        </w:tc>
        <w:tc>
          <w:tcPr>
            <w:tcW w:w="1134" w:type="dxa"/>
            <w:shd w:val="clear" w:color="auto" w:fill="FFFFFF"/>
            <w:tcMar>
              <w:top w:w="80" w:type="dxa"/>
              <w:left w:w="90" w:type="dxa"/>
              <w:bottom w:w="80" w:type="dxa"/>
              <w:right w:w="90" w:type="dxa"/>
            </w:tcMar>
            <w:vAlign w:val="center"/>
          </w:tcPr>
          <w:p w14:paraId="4EEFAD93"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5BE2C2C8" w14:textId="77777777" w:rsidR="00146DEE" w:rsidRPr="002A7B71" w:rsidRDefault="00146DEE">
            <w:pPr>
              <w:spacing w:after="0" w:line="240" w:lineRule="auto"/>
              <w:rPr>
                <w:noProof/>
                <w:lang w:val="ro-RO"/>
              </w:rPr>
            </w:pPr>
          </w:p>
        </w:tc>
      </w:tr>
      <w:tr w:rsidR="00146DEE" w:rsidRPr="002A7B71" w14:paraId="00B5B3BE" w14:textId="77777777">
        <w:trPr>
          <w:cantSplit/>
          <w:jc w:val="center"/>
        </w:trPr>
        <w:tc>
          <w:tcPr>
            <w:tcW w:w="6293" w:type="dxa"/>
            <w:shd w:val="clear" w:color="auto" w:fill="FAFAFA"/>
            <w:tcMar>
              <w:top w:w="80" w:type="dxa"/>
              <w:left w:w="90" w:type="dxa"/>
              <w:bottom w:w="80" w:type="dxa"/>
              <w:right w:w="90" w:type="dxa"/>
            </w:tcMar>
            <w:vAlign w:val="center"/>
          </w:tcPr>
          <w:p w14:paraId="23F5B517" w14:textId="77777777" w:rsidR="00146DEE" w:rsidRPr="002A7B71" w:rsidRDefault="00000000">
            <w:pPr>
              <w:spacing w:after="0" w:line="240" w:lineRule="auto"/>
              <w:rPr>
                <w:noProof/>
                <w:lang w:val="ro-RO"/>
              </w:rPr>
            </w:pPr>
            <w:r w:rsidRPr="002A7B71">
              <w:rPr>
                <w:noProof/>
                <w:sz w:val="15"/>
                <w:lang w:val="ro-RO"/>
              </w:rPr>
              <w:t>Planul a fost comunicat auditatului cu timp suficient.</w:t>
            </w:r>
          </w:p>
        </w:tc>
        <w:tc>
          <w:tcPr>
            <w:tcW w:w="1134" w:type="dxa"/>
            <w:shd w:val="clear" w:color="auto" w:fill="FAFAFA"/>
            <w:tcMar>
              <w:top w:w="80" w:type="dxa"/>
              <w:left w:w="90" w:type="dxa"/>
              <w:bottom w:w="80" w:type="dxa"/>
              <w:right w:w="90" w:type="dxa"/>
            </w:tcMar>
            <w:vAlign w:val="center"/>
          </w:tcPr>
          <w:p w14:paraId="243105EE"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AFAFA"/>
            <w:tcMar>
              <w:top w:w="80" w:type="dxa"/>
              <w:left w:w="90" w:type="dxa"/>
              <w:bottom w:w="80" w:type="dxa"/>
              <w:right w:w="90" w:type="dxa"/>
            </w:tcMar>
            <w:vAlign w:val="center"/>
          </w:tcPr>
          <w:p w14:paraId="07BD3562" w14:textId="77777777" w:rsidR="00146DEE" w:rsidRPr="002A7B71" w:rsidRDefault="00146DEE">
            <w:pPr>
              <w:spacing w:after="0" w:line="240" w:lineRule="auto"/>
              <w:rPr>
                <w:noProof/>
                <w:lang w:val="ro-RO"/>
              </w:rPr>
            </w:pPr>
          </w:p>
        </w:tc>
      </w:tr>
    </w:tbl>
    <w:p w14:paraId="55BD29E8" w14:textId="77777777" w:rsidR="00146DEE" w:rsidRPr="002A7B71" w:rsidRDefault="00146DEE">
      <w:pPr>
        <w:spacing w:after="20"/>
        <w:rPr>
          <w:noProof/>
          <w:lang w:val="ro-RO"/>
        </w:rPr>
      </w:pPr>
    </w:p>
    <w:p w14:paraId="54FD97BA" w14:textId="77777777" w:rsidR="00146DEE" w:rsidRPr="002A7B71" w:rsidRDefault="00000000">
      <w:pPr>
        <w:pStyle w:val="Heading2"/>
        <w:rPr>
          <w:noProof/>
          <w:lang w:val="ro-RO"/>
        </w:rPr>
      </w:pPr>
      <w:r w:rsidRPr="002A7B71">
        <w:rPr>
          <w:noProof/>
          <w:lang w:val="ro-RO"/>
        </w:rPr>
        <w:t>Model - Plan de audit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78"/>
        <w:gridCol w:w="7143"/>
      </w:tblGrid>
      <w:tr w:rsidR="00146DEE" w:rsidRPr="002A7B71" w14:paraId="072D743E" w14:textId="77777777">
        <w:trPr>
          <w:cantSplit/>
          <w:jc w:val="center"/>
        </w:trPr>
        <w:tc>
          <w:tcPr>
            <w:tcW w:w="2778" w:type="dxa"/>
            <w:shd w:val="clear" w:color="auto" w:fill="F3F4F5"/>
            <w:tcMar>
              <w:top w:w="80" w:type="dxa"/>
              <w:left w:w="90" w:type="dxa"/>
              <w:bottom w:w="80" w:type="dxa"/>
              <w:right w:w="90" w:type="dxa"/>
            </w:tcMar>
            <w:vAlign w:val="center"/>
          </w:tcPr>
          <w:p w14:paraId="1FB295D6" w14:textId="77777777" w:rsidR="00146DEE" w:rsidRPr="002A7B71" w:rsidRDefault="00000000">
            <w:pPr>
              <w:spacing w:after="0" w:line="240" w:lineRule="auto"/>
              <w:rPr>
                <w:noProof/>
                <w:lang w:val="ro-RO"/>
              </w:rPr>
            </w:pPr>
            <w:r w:rsidRPr="002A7B71">
              <w:rPr>
                <w:b/>
                <w:noProof/>
                <w:sz w:val="16"/>
                <w:lang w:val="ro-RO"/>
              </w:rPr>
              <w:t>Organizație / locație</w:t>
            </w:r>
          </w:p>
        </w:tc>
        <w:tc>
          <w:tcPr>
            <w:tcW w:w="7143" w:type="dxa"/>
            <w:shd w:val="clear" w:color="auto" w:fill="FFFFFF"/>
            <w:tcMar>
              <w:top w:w="80" w:type="dxa"/>
              <w:left w:w="90" w:type="dxa"/>
              <w:bottom w:w="80" w:type="dxa"/>
              <w:right w:w="90" w:type="dxa"/>
            </w:tcMar>
            <w:vAlign w:val="center"/>
          </w:tcPr>
          <w:p w14:paraId="212AEF5D" w14:textId="77777777" w:rsidR="00146DEE" w:rsidRPr="002A7B71" w:rsidRDefault="00146DEE">
            <w:pPr>
              <w:spacing w:after="0" w:line="240" w:lineRule="auto"/>
              <w:rPr>
                <w:noProof/>
                <w:lang w:val="ro-RO"/>
              </w:rPr>
            </w:pPr>
          </w:p>
        </w:tc>
      </w:tr>
      <w:tr w:rsidR="00146DEE" w:rsidRPr="002A7B71" w14:paraId="42A16D96" w14:textId="77777777">
        <w:trPr>
          <w:cantSplit/>
          <w:jc w:val="center"/>
        </w:trPr>
        <w:tc>
          <w:tcPr>
            <w:tcW w:w="2778" w:type="dxa"/>
            <w:shd w:val="clear" w:color="auto" w:fill="F3F4F5"/>
            <w:tcMar>
              <w:top w:w="80" w:type="dxa"/>
              <w:left w:w="90" w:type="dxa"/>
              <w:bottom w:w="80" w:type="dxa"/>
              <w:right w:w="90" w:type="dxa"/>
            </w:tcMar>
            <w:vAlign w:val="center"/>
          </w:tcPr>
          <w:p w14:paraId="75D11D80" w14:textId="77777777" w:rsidR="00146DEE" w:rsidRPr="002A7B71" w:rsidRDefault="00000000">
            <w:pPr>
              <w:spacing w:after="0" w:line="240" w:lineRule="auto"/>
              <w:rPr>
                <w:noProof/>
                <w:lang w:val="ro-RO"/>
              </w:rPr>
            </w:pPr>
            <w:r w:rsidRPr="002A7B71">
              <w:rPr>
                <w:b/>
                <w:noProof/>
                <w:sz w:val="16"/>
                <w:lang w:val="ro-RO"/>
              </w:rPr>
              <w:t>Proces(e) / activități</w:t>
            </w:r>
          </w:p>
        </w:tc>
        <w:tc>
          <w:tcPr>
            <w:tcW w:w="7143" w:type="dxa"/>
            <w:shd w:val="clear" w:color="auto" w:fill="FFFFFF"/>
            <w:tcMar>
              <w:top w:w="80" w:type="dxa"/>
              <w:left w:w="90" w:type="dxa"/>
              <w:bottom w:w="80" w:type="dxa"/>
              <w:right w:w="90" w:type="dxa"/>
            </w:tcMar>
            <w:vAlign w:val="center"/>
          </w:tcPr>
          <w:p w14:paraId="7265B36E" w14:textId="77777777" w:rsidR="00146DEE" w:rsidRPr="002A7B71" w:rsidRDefault="00146DEE">
            <w:pPr>
              <w:spacing w:after="0" w:line="240" w:lineRule="auto"/>
              <w:rPr>
                <w:noProof/>
                <w:lang w:val="ro-RO"/>
              </w:rPr>
            </w:pPr>
          </w:p>
        </w:tc>
      </w:tr>
      <w:tr w:rsidR="00146DEE" w:rsidRPr="002A7B71" w14:paraId="1DD7CAEB" w14:textId="77777777">
        <w:trPr>
          <w:cantSplit/>
          <w:jc w:val="center"/>
        </w:trPr>
        <w:tc>
          <w:tcPr>
            <w:tcW w:w="2778" w:type="dxa"/>
            <w:shd w:val="clear" w:color="auto" w:fill="F3F4F5"/>
            <w:tcMar>
              <w:top w:w="80" w:type="dxa"/>
              <w:left w:w="90" w:type="dxa"/>
              <w:bottom w:w="80" w:type="dxa"/>
              <w:right w:w="90" w:type="dxa"/>
            </w:tcMar>
            <w:vAlign w:val="center"/>
          </w:tcPr>
          <w:p w14:paraId="45F5D940" w14:textId="77777777" w:rsidR="00146DEE" w:rsidRPr="002A7B71" w:rsidRDefault="00000000">
            <w:pPr>
              <w:spacing w:after="0" w:line="240" w:lineRule="auto"/>
              <w:rPr>
                <w:noProof/>
                <w:lang w:val="ro-RO"/>
              </w:rPr>
            </w:pPr>
            <w:r w:rsidRPr="002A7B71">
              <w:rPr>
                <w:b/>
                <w:noProof/>
                <w:sz w:val="16"/>
                <w:lang w:val="ro-RO"/>
              </w:rPr>
              <w:t>Obiectivul auditului</w:t>
            </w:r>
          </w:p>
        </w:tc>
        <w:tc>
          <w:tcPr>
            <w:tcW w:w="7143" w:type="dxa"/>
            <w:shd w:val="clear" w:color="auto" w:fill="FFFFFF"/>
            <w:tcMar>
              <w:top w:w="80" w:type="dxa"/>
              <w:left w:w="90" w:type="dxa"/>
              <w:bottom w:w="80" w:type="dxa"/>
              <w:right w:w="90" w:type="dxa"/>
            </w:tcMar>
            <w:vAlign w:val="center"/>
          </w:tcPr>
          <w:p w14:paraId="039C4A37" w14:textId="77777777" w:rsidR="00146DEE" w:rsidRPr="002A7B71" w:rsidRDefault="00146DEE">
            <w:pPr>
              <w:spacing w:after="0" w:line="240" w:lineRule="auto"/>
              <w:rPr>
                <w:noProof/>
                <w:lang w:val="ro-RO"/>
              </w:rPr>
            </w:pPr>
          </w:p>
        </w:tc>
      </w:tr>
      <w:tr w:rsidR="00146DEE" w:rsidRPr="002A7B71" w14:paraId="560B0DD8" w14:textId="77777777">
        <w:trPr>
          <w:cantSplit/>
          <w:jc w:val="center"/>
        </w:trPr>
        <w:tc>
          <w:tcPr>
            <w:tcW w:w="2778" w:type="dxa"/>
            <w:shd w:val="clear" w:color="auto" w:fill="F3F4F5"/>
            <w:tcMar>
              <w:top w:w="80" w:type="dxa"/>
              <w:left w:w="90" w:type="dxa"/>
              <w:bottom w:w="80" w:type="dxa"/>
              <w:right w:w="90" w:type="dxa"/>
            </w:tcMar>
            <w:vAlign w:val="center"/>
          </w:tcPr>
          <w:p w14:paraId="7A904FEA" w14:textId="77777777" w:rsidR="00146DEE" w:rsidRPr="002A7B71" w:rsidRDefault="00000000">
            <w:pPr>
              <w:spacing w:after="0" w:line="240" w:lineRule="auto"/>
              <w:rPr>
                <w:noProof/>
                <w:lang w:val="ro-RO"/>
              </w:rPr>
            </w:pPr>
            <w:r w:rsidRPr="002A7B71">
              <w:rPr>
                <w:b/>
                <w:noProof/>
                <w:sz w:val="16"/>
                <w:lang w:val="ro-RO"/>
              </w:rPr>
              <w:t>Domeniul auditului</w:t>
            </w:r>
          </w:p>
        </w:tc>
        <w:tc>
          <w:tcPr>
            <w:tcW w:w="7143" w:type="dxa"/>
            <w:shd w:val="clear" w:color="auto" w:fill="FFFFFF"/>
            <w:tcMar>
              <w:top w:w="80" w:type="dxa"/>
              <w:left w:w="90" w:type="dxa"/>
              <w:bottom w:w="80" w:type="dxa"/>
              <w:right w:w="90" w:type="dxa"/>
            </w:tcMar>
            <w:vAlign w:val="center"/>
          </w:tcPr>
          <w:p w14:paraId="0D56CD34" w14:textId="77777777" w:rsidR="00146DEE" w:rsidRPr="002A7B71" w:rsidRDefault="00146DEE">
            <w:pPr>
              <w:spacing w:after="0" w:line="240" w:lineRule="auto"/>
              <w:rPr>
                <w:noProof/>
                <w:lang w:val="ro-RO"/>
              </w:rPr>
            </w:pPr>
          </w:p>
        </w:tc>
      </w:tr>
      <w:tr w:rsidR="00146DEE" w:rsidRPr="002A7B71" w14:paraId="3D8D7D45" w14:textId="77777777">
        <w:trPr>
          <w:cantSplit/>
          <w:jc w:val="center"/>
        </w:trPr>
        <w:tc>
          <w:tcPr>
            <w:tcW w:w="2778" w:type="dxa"/>
            <w:shd w:val="clear" w:color="auto" w:fill="F3F4F5"/>
            <w:tcMar>
              <w:top w:w="80" w:type="dxa"/>
              <w:left w:w="90" w:type="dxa"/>
              <w:bottom w:w="80" w:type="dxa"/>
              <w:right w:w="90" w:type="dxa"/>
            </w:tcMar>
            <w:vAlign w:val="center"/>
          </w:tcPr>
          <w:p w14:paraId="011EFC07" w14:textId="77777777" w:rsidR="00146DEE" w:rsidRPr="002A7B71" w:rsidRDefault="00000000">
            <w:pPr>
              <w:spacing w:after="0" w:line="240" w:lineRule="auto"/>
              <w:rPr>
                <w:noProof/>
                <w:lang w:val="ro-RO"/>
              </w:rPr>
            </w:pPr>
            <w:r w:rsidRPr="002A7B71">
              <w:rPr>
                <w:b/>
                <w:noProof/>
                <w:sz w:val="16"/>
                <w:lang w:val="ro-RO"/>
              </w:rPr>
              <w:t>Criterii de audit</w:t>
            </w:r>
          </w:p>
        </w:tc>
        <w:tc>
          <w:tcPr>
            <w:tcW w:w="7143" w:type="dxa"/>
            <w:shd w:val="clear" w:color="auto" w:fill="FFFFFF"/>
            <w:tcMar>
              <w:top w:w="80" w:type="dxa"/>
              <w:left w:w="90" w:type="dxa"/>
              <w:bottom w:w="80" w:type="dxa"/>
              <w:right w:w="90" w:type="dxa"/>
            </w:tcMar>
            <w:vAlign w:val="center"/>
          </w:tcPr>
          <w:p w14:paraId="1CB742E1" w14:textId="77777777" w:rsidR="00146DEE" w:rsidRPr="002A7B71" w:rsidRDefault="00146DEE">
            <w:pPr>
              <w:spacing w:after="0" w:line="240" w:lineRule="auto"/>
              <w:rPr>
                <w:noProof/>
                <w:lang w:val="ro-RO"/>
              </w:rPr>
            </w:pPr>
          </w:p>
        </w:tc>
      </w:tr>
      <w:tr w:rsidR="00146DEE" w:rsidRPr="002A7B71" w14:paraId="4342AD11" w14:textId="77777777">
        <w:trPr>
          <w:cantSplit/>
          <w:jc w:val="center"/>
        </w:trPr>
        <w:tc>
          <w:tcPr>
            <w:tcW w:w="2778" w:type="dxa"/>
            <w:shd w:val="clear" w:color="auto" w:fill="F3F4F5"/>
            <w:tcMar>
              <w:top w:w="80" w:type="dxa"/>
              <w:left w:w="90" w:type="dxa"/>
              <w:bottom w:w="80" w:type="dxa"/>
              <w:right w:w="90" w:type="dxa"/>
            </w:tcMar>
            <w:vAlign w:val="center"/>
          </w:tcPr>
          <w:p w14:paraId="780B82A3" w14:textId="77777777" w:rsidR="00146DEE" w:rsidRPr="002A7B71" w:rsidRDefault="00000000">
            <w:pPr>
              <w:spacing w:after="0" w:line="240" w:lineRule="auto"/>
              <w:rPr>
                <w:noProof/>
                <w:lang w:val="ro-RO"/>
              </w:rPr>
            </w:pPr>
            <w:r w:rsidRPr="002A7B71">
              <w:rPr>
                <w:b/>
                <w:noProof/>
                <w:sz w:val="16"/>
                <w:lang w:val="ro-RO"/>
              </w:rPr>
              <w:t>Data și intervalul</w:t>
            </w:r>
          </w:p>
        </w:tc>
        <w:tc>
          <w:tcPr>
            <w:tcW w:w="7143" w:type="dxa"/>
            <w:shd w:val="clear" w:color="auto" w:fill="FFFFFF"/>
            <w:tcMar>
              <w:top w:w="80" w:type="dxa"/>
              <w:left w:w="90" w:type="dxa"/>
              <w:bottom w:w="80" w:type="dxa"/>
              <w:right w:w="90" w:type="dxa"/>
            </w:tcMar>
            <w:vAlign w:val="center"/>
          </w:tcPr>
          <w:p w14:paraId="6C9FA325" w14:textId="77777777" w:rsidR="00146DEE" w:rsidRPr="002A7B71" w:rsidRDefault="00146DEE">
            <w:pPr>
              <w:spacing w:after="0" w:line="240" w:lineRule="auto"/>
              <w:rPr>
                <w:noProof/>
                <w:lang w:val="ro-RO"/>
              </w:rPr>
            </w:pPr>
          </w:p>
        </w:tc>
      </w:tr>
      <w:tr w:rsidR="00146DEE" w:rsidRPr="002A7B71" w14:paraId="30F72078" w14:textId="77777777">
        <w:trPr>
          <w:cantSplit/>
          <w:jc w:val="center"/>
        </w:trPr>
        <w:tc>
          <w:tcPr>
            <w:tcW w:w="2778" w:type="dxa"/>
            <w:shd w:val="clear" w:color="auto" w:fill="F3F4F5"/>
            <w:tcMar>
              <w:top w:w="80" w:type="dxa"/>
              <w:left w:w="90" w:type="dxa"/>
              <w:bottom w:w="80" w:type="dxa"/>
              <w:right w:w="90" w:type="dxa"/>
            </w:tcMar>
            <w:vAlign w:val="center"/>
          </w:tcPr>
          <w:p w14:paraId="6FF62AEE" w14:textId="77777777" w:rsidR="00146DEE" w:rsidRPr="002A7B71" w:rsidRDefault="00000000">
            <w:pPr>
              <w:spacing w:after="0" w:line="240" w:lineRule="auto"/>
              <w:rPr>
                <w:noProof/>
                <w:lang w:val="ro-RO"/>
              </w:rPr>
            </w:pPr>
            <w:r w:rsidRPr="002A7B71">
              <w:rPr>
                <w:b/>
                <w:noProof/>
                <w:sz w:val="16"/>
                <w:lang w:val="ro-RO"/>
              </w:rPr>
              <w:t>Conducător audit / echipă</w:t>
            </w:r>
          </w:p>
        </w:tc>
        <w:tc>
          <w:tcPr>
            <w:tcW w:w="7143" w:type="dxa"/>
            <w:shd w:val="clear" w:color="auto" w:fill="FFFFFF"/>
            <w:tcMar>
              <w:top w:w="80" w:type="dxa"/>
              <w:left w:w="90" w:type="dxa"/>
              <w:bottom w:w="80" w:type="dxa"/>
              <w:right w:w="90" w:type="dxa"/>
            </w:tcMar>
            <w:vAlign w:val="center"/>
          </w:tcPr>
          <w:p w14:paraId="51D9F0C9" w14:textId="77777777" w:rsidR="00146DEE" w:rsidRPr="002A7B71" w:rsidRDefault="00146DEE">
            <w:pPr>
              <w:spacing w:after="0" w:line="240" w:lineRule="auto"/>
              <w:rPr>
                <w:noProof/>
                <w:lang w:val="ro-RO"/>
              </w:rPr>
            </w:pPr>
          </w:p>
        </w:tc>
      </w:tr>
      <w:tr w:rsidR="00146DEE" w:rsidRPr="002A7B71" w14:paraId="6EDDD12F" w14:textId="77777777">
        <w:trPr>
          <w:cantSplit/>
          <w:jc w:val="center"/>
        </w:trPr>
        <w:tc>
          <w:tcPr>
            <w:tcW w:w="2778" w:type="dxa"/>
            <w:shd w:val="clear" w:color="auto" w:fill="F3F4F5"/>
            <w:tcMar>
              <w:top w:w="80" w:type="dxa"/>
              <w:left w:w="90" w:type="dxa"/>
              <w:bottom w:w="80" w:type="dxa"/>
              <w:right w:w="90" w:type="dxa"/>
            </w:tcMar>
            <w:vAlign w:val="center"/>
          </w:tcPr>
          <w:p w14:paraId="13A56015" w14:textId="77777777" w:rsidR="00146DEE" w:rsidRPr="002A7B71" w:rsidRDefault="00000000">
            <w:pPr>
              <w:spacing w:after="0" w:line="240" w:lineRule="auto"/>
              <w:rPr>
                <w:noProof/>
                <w:lang w:val="ro-RO"/>
              </w:rPr>
            </w:pPr>
            <w:r w:rsidRPr="002A7B71">
              <w:rPr>
                <w:b/>
                <w:noProof/>
                <w:sz w:val="16"/>
                <w:lang w:val="ro-RO"/>
              </w:rPr>
              <w:t>Reprezentanți ai auditatului</w:t>
            </w:r>
          </w:p>
        </w:tc>
        <w:tc>
          <w:tcPr>
            <w:tcW w:w="7143" w:type="dxa"/>
            <w:shd w:val="clear" w:color="auto" w:fill="FFFFFF"/>
            <w:tcMar>
              <w:top w:w="80" w:type="dxa"/>
              <w:left w:w="90" w:type="dxa"/>
              <w:bottom w:w="80" w:type="dxa"/>
              <w:right w:w="90" w:type="dxa"/>
            </w:tcMar>
            <w:vAlign w:val="center"/>
          </w:tcPr>
          <w:p w14:paraId="4A63B9DB" w14:textId="77777777" w:rsidR="00146DEE" w:rsidRPr="002A7B71" w:rsidRDefault="00146DEE">
            <w:pPr>
              <w:spacing w:after="0" w:line="240" w:lineRule="auto"/>
              <w:rPr>
                <w:noProof/>
                <w:lang w:val="ro-RO"/>
              </w:rPr>
            </w:pPr>
          </w:p>
        </w:tc>
      </w:tr>
      <w:tr w:rsidR="00146DEE" w:rsidRPr="002A7B71" w14:paraId="7663944C" w14:textId="77777777">
        <w:trPr>
          <w:cantSplit/>
          <w:jc w:val="center"/>
        </w:trPr>
        <w:tc>
          <w:tcPr>
            <w:tcW w:w="2778" w:type="dxa"/>
            <w:shd w:val="clear" w:color="auto" w:fill="F3F4F5"/>
            <w:tcMar>
              <w:top w:w="80" w:type="dxa"/>
              <w:left w:w="90" w:type="dxa"/>
              <w:bottom w:w="80" w:type="dxa"/>
              <w:right w:w="90" w:type="dxa"/>
            </w:tcMar>
            <w:vAlign w:val="center"/>
          </w:tcPr>
          <w:p w14:paraId="4EAEF4FB" w14:textId="77777777" w:rsidR="00146DEE" w:rsidRPr="002A7B71" w:rsidRDefault="00000000">
            <w:pPr>
              <w:spacing w:after="0" w:line="240" w:lineRule="auto"/>
              <w:rPr>
                <w:noProof/>
                <w:lang w:val="ro-RO"/>
              </w:rPr>
            </w:pPr>
            <w:r w:rsidRPr="002A7B71">
              <w:rPr>
                <w:b/>
                <w:noProof/>
                <w:sz w:val="16"/>
                <w:lang w:val="ro-RO"/>
              </w:rPr>
              <w:t>Metode</w:t>
            </w:r>
          </w:p>
        </w:tc>
        <w:tc>
          <w:tcPr>
            <w:tcW w:w="7143" w:type="dxa"/>
            <w:shd w:val="clear" w:color="auto" w:fill="FFFFFF"/>
            <w:tcMar>
              <w:top w:w="80" w:type="dxa"/>
              <w:left w:w="90" w:type="dxa"/>
              <w:bottom w:w="80" w:type="dxa"/>
              <w:right w:w="90" w:type="dxa"/>
            </w:tcMar>
            <w:vAlign w:val="center"/>
          </w:tcPr>
          <w:p w14:paraId="28F9133B" w14:textId="77777777" w:rsidR="00146DEE" w:rsidRPr="002A7B71" w:rsidRDefault="00000000">
            <w:pPr>
              <w:spacing w:after="0" w:line="240" w:lineRule="auto"/>
              <w:rPr>
                <w:noProof/>
                <w:lang w:val="ro-RO"/>
              </w:rPr>
            </w:pPr>
            <w:r w:rsidRPr="002A7B71">
              <w:rPr>
                <w:noProof/>
                <w:sz w:val="16"/>
                <w:lang w:val="ro-RO"/>
              </w:rPr>
              <w:t>□ la fața locului  □ la distanță  □ hibrid</w:t>
            </w:r>
          </w:p>
        </w:tc>
      </w:tr>
      <w:tr w:rsidR="00146DEE" w:rsidRPr="002A7B71" w14:paraId="0FFE2A18" w14:textId="77777777">
        <w:trPr>
          <w:cantSplit/>
          <w:jc w:val="center"/>
        </w:trPr>
        <w:tc>
          <w:tcPr>
            <w:tcW w:w="2778" w:type="dxa"/>
            <w:shd w:val="clear" w:color="auto" w:fill="F3F4F5"/>
            <w:tcMar>
              <w:top w:w="80" w:type="dxa"/>
              <w:left w:w="90" w:type="dxa"/>
              <w:bottom w:w="80" w:type="dxa"/>
              <w:right w:w="90" w:type="dxa"/>
            </w:tcMar>
            <w:vAlign w:val="center"/>
          </w:tcPr>
          <w:p w14:paraId="653D2DF4" w14:textId="77777777" w:rsidR="00146DEE" w:rsidRPr="002A7B71" w:rsidRDefault="00000000">
            <w:pPr>
              <w:spacing w:after="0" w:line="240" w:lineRule="auto"/>
              <w:rPr>
                <w:noProof/>
                <w:lang w:val="ro-RO"/>
              </w:rPr>
            </w:pPr>
            <w:r w:rsidRPr="002A7B71">
              <w:rPr>
                <w:b/>
                <w:noProof/>
                <w:sz w:val="16"/>
                <w:lang w:val="ro-RO"/>
              </w:rPr>
              <w:t>Confidențialitate / acces / SSM</w:t>
            </w:r>
          </w:p>
        </w:tc>
        <w:tc>
          <w:tcPr>
            <w:tcW w:w="7143" w:type="dxa"/>
            <w:shd w:val="clear" w:color="auto" w:fill="FFFFFF"/>
            <w:tcMar>
              <w:top w:w="80" w:type="dxa"/>
              <w:left w:w="90" w:type="dxa"/>
              <w:bottom w:w="80" w:type="dxa"/>
              <w:right w:w="90" w:type="dxa"/>
            </w:tcMar>
            <w:vAlign w:val="center"/>
          </w:tcPr>
          <w:p w14:paraId="7718DDB4" w14:textId="77777777" w:rsidR="00146DEE" w:rsidRPr="002A7B71" w:rsidRDefault="00146DEE">
            <w:pPr>
              <w:spacing w:after="0" w:line="240" w:lineRule="auto"/>
              <w:rPr>
                <w:noProof/>
                <w:lang w:val="ro-RO"/>
              </w:rPr>
            </w:pPr>
          </w:p>
        </w:tc>
      </w:tr>
    </w:tbl>
    <w:p w14:paraId="24A19D2F" w14:textId="77777777" w:rsidR="00146DEE" w:rsidRPr="002A7B71" w:rsidRDefault="00146DEE">
      <w:pPr>
        <w:spacing w:after="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247"/>
        <w:gridCol w:w="3515"/>
        <w:gridCol w:w="1984"/>
        <w:gridCol w:w="1587"/>
        <w:gridCol w:w="1587"/>
      </w:tblGrid>
      <w:tr w:rsidR="00146DEE" w:rsidRPr="002A7B71" w14:paraId="6352AA05" w14:textId="77777777">
        <w:trPr>
          <w:tblHeader/>
          <w:jc w:val="center"/>
        </w:trPr>
        <w:tc>
          <w:tcPr>
            <w:tcW w:w="1247" w:type="dxa"/>
            <w:shd w:val="clear" w:color="auto" w:fill="D71920"/>
            <w:tcMar>
              <w:top w:w="80" w:type="dxa"/>
              <w:left w:w="90" w:type="dxa"/>
              <w:bottom w:w="80" w:type="dxa"/>
              <w:right w:w="90" w:type="dxa"/>
            </w:tcMar>
            <w:vAlign w:val="center"/>
          </w:tcPr>
          <w:p w14:paraId="6717CBF8" w14:textId="77777777" w:rsidR="00146DEE" w:rsidRPr="002A7B71" w:rsidRDefault="00000000">
            <w:pPr>
              <w:spacing w:after="0" w:line="240" w:lineRule="auto"/>
              <w:jc w:val="center"/>
              <w:rPr>
                <w:noProof/>
                <w:lang w:val="ro-RO"/>
              </w:rPr>
            </w:pPr>
            <w:r w:rsidRPr="002A7B71">
              <w:rPr>
                <w:b/>
                <w:noProof/>
                <w:color w:val="FFFFFF"/>
                <w:sz w:val="14"/>
                <w:lang w:val="ro-RO"/>
              </w:rPr>
              <w:t>ORA</w:t>
            </w:r>
          </w:p>
        </w:tc>
        <w:tc>
          <w:tcPr>
            <w:tcW w:w="3515" w:type="dxa"/>
            <w:shd w:val="clear" w:color="auto" w:fill="D71920"/>
            <w:tcMar>
              <w:top w:w="80" w:type="dxa"/>
              <w:left w:w="90" w:type="dxa"/>
              <w:bottom w:w="80" w:type="dxa"/>
              <w:right w:w="90" w:type="dxa"/>
            </w:tcMar>
            <w:vAlign w:val="center"/>
          </w:tcPr>
          <w:p w14:paraId="16F8D644" w14:textId="77777777" w:rsidR="00146DEE" w:rsidRPr="002A7B71" w:rsidRDefault="00000000">
            <w:pPr>
              <w:spacing w:after="0" w:line="240" w:lineRule="auto"/>
              <w:jc w:val="center"/>
              <w:rPr>
                <w:noProof/>
                <w:lang w:val="ro-RO"/>
              </w:rPr>
            </w:pPr>
            <w:r w:rsidRPr="002A7B71">
              <w:rPr>
                <w:b/>
                <w:noProof/>
                <w:color w:val="FFFFFF"/>
                <w:sz w:val="14"/>
                <w:lang w:val="ro-RO"/>
              </w:rPr>
              <w:t>ACTIVITATE / PROCES</w:t>
            </w:r>
          </w:p>
        </w:tc>
        <w:tc>
          <w:tcPr>
            <w:tcW w:w="1984" w:type="dxa"/>
            <w:shd w:val="clear" w:color="auto" w:fill="D71920"/>
            <w:tcMar>
              <w:top w:w="80" w:type="dxa"/>
              <w:left w:w="90" w:type="dxa"/>
              <w:bottom w:w="80" w:type="dxa"/>
              <w:right w:w="90" w:type="dxa"/>
            </w:tcMar>
            <w:vAlign w:val="center"/>
          </w:tcPr>
          <w:p w14:paraId="6340BB21" w14:textId="77777777" w:rsidR="00146DEE" w:rsidRPr="002A7B71" w:rsidRDefault="00000000">
            <w:pPr>
              <w:spacing w:after="0" w:line="240" w:lineRule="auto"/>
              <w:jc w:val="center"/>
              <w:rPr>
                <w:noProof/>
                <w:lang w:val="ro-RO"/>
              </w:rPr>
            </w:pPr>
            <w:r w:rsidRPr="002A7B71">
              <w:rPr>
                <w:b/>
                <w:noProof/>
                <w:color w:val="FFFFFF"/>
                <w:sz w:val="14"/>
                <w:lang w:val="ro-RO"/>
              </w:rPr>
              <w:t>PERSOANE</w:t>
            </w:r>
          </w:p>
        </w:tc>
        <w:tc>
          <w:tcPr>
            <w:tcW w:w="1587" w:type="dxa"/>
            <w:shd w:val="clear" w:color="auto" w:fill="D71920"/>
            <w:tcMar>
              <w:top w:w="80" w:type="dxa"/>
              <w:left w:w="90" w:type="dxa"/>
              <w:bottom w:w="80" w:type="dxa"/>
              <w:right w:w="90" w:type="dxa"/>
            </w:tcMar>
            <w:vAlign w:val="center"/>
          </w:tcPr>
          <w:p w14:paraId="4557C551" w14:textId="77777777" w:rsidR="00146DEE" w:rsidRPr="002A7B71" w:rsidRDefault="00000000">
            <w:pPr>
              <w:spacing w:after="0" w:line="240" w:lineRule="auto"/>
              <w:jc w:val="center"/>
              <w:rPr>
                <w:noProof/>
                <w:lang w:val="ro-RO"/>
              </w:rPr>
            </w:pPr>
            <w:r w:rsidRPr="002A7B71">
              <w:rPr>
                <w:b/>
                <w:noProof/>
                <w:color w:val="FFFFFF"/>
                <w:sz w:val="14"/>
                <w:lang w:val="ro-RO"/>
              </w:rPr>
              <w:t>AUDITOR</w:t>
            </w:r>
          </w:p>
        </w:tc>
        <w:tc>
          <w:tcPr>
            <w:tcW w:w="1587" w:type="dxa"/>
            <w:shd w:val="clear" w:color="auto" w:fill="D71920"/>
            <w:tcMar>
              <w:top w:w="80" w:type="dxa"/>
              <w:left w:w="90" w:type="dxa"/>
              <w:bottom w:w="80" w:type="dxa"/>
              <w:right w:w="90" w:type="dxa"/>
            </w:tcMar>
            <w:vAlign w:val="center"/>
          </w:tcPr>
          <w:p w14:paraId="53399695" w14:textId="77777777" w:rsidR="00146DEE" w:rsidRPr="002A7B71" w:rsidRDefault="00000000">
            <w:pPr>
              <w:spacing w:after="0" w:line="240" w:lineRule="auto"/>
              <w:jc w:val="center"/>
              <w:rPr>
                <w:noProof/>
                <w:lang w:val="ro-RO"/>
              </w:rPr>
            </w:pPr>
            <w:r w:rsidRPr="002A7B71">
              <w:rPr>
                <w:b/>
                <w:noProof/>
                <w:color w:val="FFFFFF"/>
                <w:sz w:val="14"/>
                <w:lang w:val="ro-RO"/>
              </w:rPr>
              <w:t>METODĂ</w:t>
            </w:r>
          </w:p>
        </w:tc>
      </w:tr>
      <w:tr w:rsidR="00146DEE" w:rsidRPr="002A7B71" w14:paraId="05A81FA8" w14:textId="77777777">
        <w:trPr>
          <w:cantSplit/>
          <w:jc w:val="center"/>
        </w:trPr>
        <w:tc>
          <w:tcPr>
            <w:tcW w:w="1247" w:type="dxa"/>
            <w:shd w:val="clear" w:color="auto" w:fill="FFFFFF"/>
            <w:tcMar>
              <w:top w:w="80" w:type="dxa"/>
              <w:left w:w="90" w:type="dxa"/>
              <w:bottom w:w="80" w:type="dxa"/>
              <w:right w:w="90" w:type="dxa"/>
            </w:tcMar>
            <w:vAlign w:val="center"/>
          </w:tcPr>
          <w:p w14:paraId="75515E20" w14:textId="77777777" w:rsidR="00146DEE" w:rsidRPr="002A7B71" w:rsidRDefault="00146DEE">
            <w:pPr>
              <w:spacing w:after="0" w:line="240" w:lineRule="auto"/>
              <w:rPr>
                <w:noProof/>
                <w:lang w:val="ro-RO"/>
              </w:rPr>
            </w:pPr>
          </w:p>
        </w:tc>
        <w:tc>
          <w:tcPr>
            <w:tcW w:w="3515" w:type="dxa"/>
            <w:shd w:val="clear" w:color="auto" w:fill="FFFFFF"/>
            <w:tcMar>
              <w:top w:w="80" w:type="dxa"/>
              <w:left w:w="90" w:type="dxa"/>
              <w:bottom w:w="80" w:type="dxa"/>
              <w:right w:w="90" w:type="dxa"/>
            </w:tcMar>
            <w:vAlign w:val="center"/>
          </w:tcPr>
          <w:p w14:paraId="4D94E96F" w14:textId="77777777" w:rsidR="00146DEE" w:rsidRPr="002A7B71" w:rsidRDefault="00000000">
            <w:pPr>
              <w:spacing w:after="0" w:line="240" w:lineRule="auto"/>
              <w:rPr>
                <w:noProof/>
                <w:lang w:val="ro-RO"/>
              </w:rPr>
            </w:pPr>
            <w:r w:rsidRPr="002A7B71">
              <w:rPr>
                <w:noProof/>
                <w:sz w:val="14"/>
                <w:lang w:val="ro-RO"/>
              </w:rPr>
              <w:t>Ședință de deschidere</w:t>
            </w:r>
          </w:p>
        </w:tc>
        <w:tc>
          <w:tcPr>
            <w:tcW w:w="1984" w:type="dxa"/>
            <w:shd w:val="clear" w:color="auto" w:fill="FFFFFF"/>
            <w:tcMar>
              <w:top w:w="80" w:type="dxa"/>
              <w:left w:w="90" w:type="dxa"/>
              <w:bottom w:w="80" w:type="dxa"/>
              <w:right w:w="90" w:type="dxa"/>
            </w:tcMar>
            <w:vAlign w:val="center"/>
          </w:tcPr>
          <w:p w14:paraId="64CC323F" w14:textId="77777777" w:rsidR="00146DEE" w:rsidRPr="002A7B71" w:rsidRDefault="00146DEE">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08B07C72" w14:textId="77777777" w:rsidR="00146DEE" w:rsidRPr="002A7B71" w:rsidRDefault="00146DEE">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75A2E7EB" w14:textId="77777777" w:rsidR="00146DEE" w:rsidRPr="002A7B71" w:rsidRDefault="00146DEE">
            <w:pPr>
              <w:spacing w:after="0" w:line="240" w:lineRule="auto"/>
              <w:rPr>
                <w:noProof/>
                <w:lang w:val="ro-RO"/>
              </w:rPr>
            </w:pPr>
          </w:p>
        </w:tc>
      </w:tr>
      <w:tr w:rsidR="00146DEE" w:rsidRPr="002A7B71" w14:paraId="2F8B9294" w14:textId="77777777">
        <w:trPr>
          <w:cantSplit/>
          <w:jc w:val="center"/>
        </w:trPr>
        <w:tc>
          <w:tcPr>
            <w:tcW w:w="1247" w:type="dxa"/>
            <w:shd w:val="clear" w:color="auto" w:fill="FAFAFA"/>
            <w:tcMar>
              <w:top w:w="80" w:type="dxa"/>
              <w:left w:w="90" w:type="dxa"/>
              <w:bottom w:w="80" w:type="dxa"/>
              <w:right w:w="90" w:type="dxa"/>
            </w:tcMar>
            <w:vAlign w:val="center"/>
          </w:tcPr>
          <w:p w14:paraId="1DD3181F" w14:textId="77777777" w:rsidR="00146DEE" w:rsidRPr="002A7B71" w:rsidRDefault="00146DEE">
            <w:pPr>
              <w:spacing w:after="0" w:line="240" w:lineRule="auto"/>
              <w:rPr>
                <w:noProof/>
                <w:lang w:val="ro-RO"/>
              </w:rPr>
            </w:pPr>
          </w:p>
        </w:tc>
        <w:tc>
          <w:tcPr>
            <w:tcW w:w="3515" w:type="dxa"/>
            <w:shd w:val="clear" w:color="auto" w:fill="FAFAFA"/>
            <w:tcMar>
              <w:top w:w="80" w:type="dxa"/>
              <w:left w:w="90" w:type="dxa"/>
              <w:bottom w:w="80" w:type="dxa"/>
              <w:right w:w="90" w:type="dxa"/>
            </w:tcMar>
            <w:vAlign w:val="center"/>
          </w:tcPr>
          <w:p w14:paraId="4651178E" w14:textId="77777777" w:rsidR="00146DEE" w:rsidRPr="002A7B71" w:rsidRDefault="00146DEE">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30018891" w14:textId="77777777" w:rsidR="00146DEE" w:rsidRPr="002A7B71" w:rsidRDefault="00146DEE">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45E0DE52" w14:textId="77777777" w:rsidR="00146DEE" w:rsidRPr="002A7B71" w:rsidRDefault="00146DEE">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5EBDB9BE" w14:textId="77777777" w:rsidR="00146DEE" w:rsidRPr="002A7B71" w:rsidRDefault="00146DEE">
            <w:pPr>
              <w:spacing w:after="0" w:line="240" w:lineRule="auto"/>
              <w:rPr>
                <w:noProof/>
                <w:lang w:val="ro-RO"/>
              </w:rPr>
            </w:pPr>
          </w:p>
        </w:tc>
      </w:tr>
      <w:tr w:rsidR="00146DEE" w:rsidRPr="002A7B71" w14:paraId="0F887CC1" w14:textId="77777777">
        <w:trPr>
          <w:cantSplit/>
          <w:jc w:val="center"/>
        </w:trPr>
        <w:tc>
          <w:tcPr>
            <w:tcW w:w="1247" w:type="dxa"/>
            <w:shd w:val="clear" w:color="auto" w:fill="FFFFFF"/>
            <w:tcMar>
              <w:top w:w="80" w:type="dxa"/>
              <w:left w:w="90" w:type="dxa"/>
              <w:bottom w:w="80" w:type="dxa"/>
              <w:right w:w="90" w:type="dxa"/>
            </w:tcMar>
            <w:vAlign w:val="center"/>
          </w:tcPr>
          <w:p w14:paraId="18830877" w14:textId="77777777" w:rsidR="00146DEE" w:rsidRPr="002A7B71" w:rsidRDefault="00146DEE">
            <w:pPr>
              <w:spacing w:after="0" w:line="240" w:lineRule="auto"/>
              <w:rPr>
                <w:noProof/>
                <w:lang w:val="ro-RO"/>
              </w:rPr>
            </w:pPr>
          </w:p>
        </w:tc>
        <w:tc>
          <w:tcPr>
            <w:tcW w:w="3515" w:type="dxa"/>
            <w:shd w:val="clear" w:color="auto" w:fill="FFFFFF"/>
            <w:tcMar>
              <w:top w:w="80" w:type="dxa"/>
              <w:left w:w="90" w:type="dxa"/>
              <w:bottom w:w="80" w:type="dxa"/>
              <w:right w:w="90" w:type="dxa"/>
            </w:tcMar>
            <w:vAlign w:val="center"/>
          </w:tcPr>
          <w:p w14:paraId="75E888C1"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74D357E9" w14:textId="77777777" w:rsidR="00146DEE" w:rsidRPr="002A7B71" w:rsidRDefault="00146DEE">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6AE072F6" w14:textId="77777777" w:rsidR="00146DEE" w:rsidRPr="002A7B71" w:rsidRDefault="00146DEE">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3FA7482B" w14:textId="77777777" w:rsidR="00146DEE" w:rsidRPr="002A7B71" w:rsidRDefault="00146DEE">
            <w:pPr>
              <w:spacing w:after="0" w:line="240" w:lineRule="auto"/>
              <w:rPr>
                <w:noProof/>
                <w:lang w:val="ro-RO"/>
              </w:rPr>
            </w:pPr>
          </w:p>
        </w:tc>
      </w:tr>
      <w:tr w:rsidR="00146DEE" w:rsidRPr="002A7B71" w14:paraId="6EC23E5A" w14:textId="77777777">
        <w:trPr>
          <w:cantSplit/>
          <w:jc w:val="center"/>
        </w:trPr>
        <w:tc>
          <w:tcPr>
            <w:tcW w:w="1247" w:type="dxa"/>
            <w:shd w:val="clear" w:color="auto" w:fill="FAFAFA"/>
            <w:tcMar>
              <w:top w:w="80" w:type="dxa"/>
              <w:left w:w="90" w:type="dxa"/>
              <w:bottom w:w="80" w:type="dxa"/>
              <w:right w:w="90" w:type="dxa"/>
            </w:tcMar>
            <w:vAlign w:val="center"/>
          </w:tcPr>
          <w:p w14:paraId="0226B782" w14:textId="77777777" w:rsidR="00146DEE" w:rsidRPr="002A7B71" w:rsidRDefault="00146DEE">
            <w:pPr>
              <w:spacing w:after="0" w:line="240" w:lineRule="auto"/>
              <w:rPr>
                <w:noProof/>
                <w:lang w:val="ro-RO"/>
              </w:rPr>
            </w:pPr>
          </w:p>
        </w:tc>
        <w:tc>
          <w:tcPr>
            <w:tcW w:w="3515" w:type="dxa"/>
            <w:shd w:val="clear" w:color="auto" w:fill="FAFAFA"/>
            <w:tcMar>
              <w:top w:w="80" w:type="dxa"/>
              <w:left w:w="90" w:type="dxa"/>
              <w:bottom w:w="80" w:type="dxa"/>
              <w:right w:w="90" w:type="dxa"/>
            </w:tcMar>
            <w:vAlign w:val="center"/>
          </w:tcPr>
          <w:p w14:paraId="225A9CF7" w14:textId="77777777" w:rsidR="00146DEE" w:rsidRPr="002A7B71" w:rsidRDefault="00146DEE">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0944860E" w14:textId="77777777" w:rsidR="00146DEE" w:rsidRPr="002A7B71" w:rsidRDefault="00146DEE">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24D774CB" w14:textId="77777777" w:rsidR="00146DEE" w:rsidRPr="002A7B71" w:rsidRDefault="00146DEE">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78A861F0" w14:textId="77777777" w:rsidR="00146DEE" w:rsidRPr="002A7B71" w:rsidRDefault="00146DEE">
            <w:pPr>
              <w:spacing w:after="0" w:line="240" w:lineRule="auto"/>
              <w:rPr>
                <w:noProof/>
                <w:lang w:val="ro-RO"/>
              </w:rPr>
            </w:pPr>
          </w:p>
        </w:tc>
      </w:tr>
      <w:tr w:rsidR="00146DEE" w:rsidRPr="002A7B71" w14:paraId="2B2A8A39" w14:textId="77777777">
        <w:trPr>
          <w:cantSplit/>
          <w:jc w:val="center"/>
        </w:trPr>
        <w:tc>
          <w:tcPr>
            <w:tcW w:w="1247" w:type="dxa"/>
            <w:shd w:val="clear" w:color="auto" w:fill="FFFFFF"/>
            <w:tcMar>
              <w:top w:w="80" w:type="dxa"/>
              <w:left w:w="90" w:type="dxa"/>
              <w:bottom w:w="80" w:type="dxa"/>
              <w:right w:w="90" w:type="dxa"/>
            </w:tcMar>
            <w:vAlign w:val="center"/>
          </w:tcPr>
          <w:p w14:paraId="2CDF00CD" w14:textId="77777777" w:rsidR="00146DEE" w:rsidRPr="002A7B71" w:rsidRDefault="00146DEE">
            <w:pPr>
              <w:spacing w:after="0" w:line="240" w:lineRule="auto"/>
              <w:rPr>
                <w:noProof/>
                <w:lang w:val="ro-RO"/>
              </w:rPr>
            </w:pPr>
          </w:p>
        </w:tc>
        <w:tc>
          <w:tcPr>
            <w:tcW w:w="3515" w:type="dxa"/>
            <w:shd w:val="clear" w:color="auto" w:fill="FFFFFF"/>
            <w:tcMar>
              <w:top w:w="80" w:type="dxa"/>
              <w:left w:w="90" w:type="dxa"/>
              <w:bottom w:w="80" w:type="dxa"/>
              <w:right w:w="90" w:type="dxa"/>
            </w:tcMar>
            <w:vAlign w:val="center"/>
          </w:tcPr>
          <w:p w14:paraId="022E86ED" w14:textId="77777777" w:rsidR="00146DEE" w:rsidRPr="002A7B71" w:rsidRDefault="00000000">
            <w:pPr>
              <w:spacing w:after="0" w:line="240" w:lineRule="auto"/>
              <w:rPr>
                <w:noProof/>
                <w:lang w:val="ro-RO"/>
              </w:rPr>
            </w:pPr>
            <w:r w:rsidRPr="002A7B71">
              <w:rPr>
                <w:noProof/>
                <w:sz w:val="14"/>
                <w:lang w:val="ro-RO"/>
              </w:rPr>
              <w:t>Pregătire concluzii</w:t>
            </w:r>
          </w:p>
        </w:tc>
        <w:tc>
          <w:tcPr>
            <w:tcW w:w="1984" w:type="dxa"/>
            <w:shd w:val="clear" w:color="auto" w:fill="FFFFFF"/>
            <w:tcMar>
              <w:top w:w="80" w:type="dxa"/>
              <w:left w:w="90" w:type="dxa"/>
              <w:bottom w:w="80" w:type="dxa"/>
              <w:right w:w="90" w:type="dxa"/>
            </w:tcMar>
            <w:vAlign w:val="center"/>
          </w:tcPr>
          <w:p w14:paraId="4DFAEC64" w14:textId="77777777" w:rsidR="00146DEE" w:rsidRPr="002A7B71" w:rsidRDefault="00146DEE">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2E4B9E4F" w14:textId="77777777" w:rsidR="00146DEE" w:rsidRPr="002A7B71" w:rsidRDefault="00146DEE">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26050F59" w14:textId="77777777" w:rsidR="00146DEE" w:rsidRPr="002A7B71" w:rsidRDefault="00146DEE">
            <w:pPr>
              <w:spacing w:after="0" w:line="240" w:lineRule="auto"/>
              <w:rPr>
                <w:noProof/>
                <w:lang w:val="ro-RO"/>
              </w:rPr>
            </w:pPr>
          </w:p>
        </w:tc>
      </w:tr>
      <w:tr w:rsidR="00146DEE" w:rsidRPr="002A7B71" w14:paraId="436EC41C" w14:textId="77777777">
        <w:trPr>
          <w:cantSplit/>
          <w:jc w:val="center"/>
        </w:trPr>
        <w:tc>
          <w:tcPr>
            <w:tcW w:w="1247" w:type="dxa"/>
            <w:shd w:val="clear" w:color="auto" w:fill="FAFAFA"/>
            <w:tcMar>
              <w:top w:w="80" w:type="dxa"/>
              <w:left w:w="90" w:type="dxa"/>
              <w:bottom w:w="80" w:type="dxa"/>
              <w:right w:w="90" w:type="dxa"/>
            </w:tcMar>
            <w:vAlign w:val="center"/>
          </w:tcPr>
          <w:p w14:paraId="1A056BB9" w14:textId="77777777" w:rsidR="00146DEE" w:rsidRPr="002A7B71" w:rsidRDefault="00146DEE">
            <w:pPr>
              <w:spacing w:after="0" w:line="240" w:lineRule="auto"/>
              <w:rPr>
                <w:noProof/>
                <w:lang w:val="ro-RO"/>
              </w:rPr>
            </w:pPr>
          </w:p>
        </w:tc>
        <w:tc>
          <w:tcPr>
            <w:tcW w:w="3515" w:type="dxa"/>
            <w:shd w:val="clear" w:color="auto" w:fill="FAFAFA"/>
            <w:tcMar>
              <w:top w:w="80" w:type="dxa"/>
              <w:left w:w="90" w:type="dxa"/>
              <w:bottom w:w="80" w:type="dxa"/>
              <w:right w:w="90" w:type="dxa"/>
            </w:tcMar>
            <w:vAlign w:val="center"/>
          </w:tcPr>
          <w:p w14:paraId="5D0268D4" w14:textId="77777777" w:rsidR="00146DEE" w:rsidRPr="002A7B71" w:rsidRDefault="00000000">
            <w:pPr>
              <w:spacing w:after="0" w:line="240" w:lineRule="auto"/>
              <w:rPr>
                <w:noProof/>
                <w:lang w:val="ro-RO"/>
              </w:rPr>
            </w:pPr>
            <w:r w:rsidRPr="002A7B71">
              <w:rPr>
                <w:noProof/>
                <w:sz w:val="14"/>
                <w:lang w:val="ro-RO"/>
              </w:rPr>
              <w:t>Ședință de închidere</w:t>
            </w:r>
          </w:p>
        </w:tc>
        <w:tc>
          <w:tcPr>
            <w:tcW w:w="1984" w:type="dxa"/>
            <w:shd w:val="clear" w:color="auto" w:fill="FAFAFA"/>
            <w:tcMar>
              <w:top w:w="80" w:type="dxa"/>
              <w:left w:w="90" w:type="dxa"/>
              <w:bottom w:w="80" w:type="dxa"/>
              <w:right w:w="90" w:type="dxa"/>
            </w:tcMar>
            <w:vAlign w:val="center"/>
          </w:tcPr>
          <w:p w14:paraId="407C77F0" w14:textId="77777777" w:rsidR="00146DEE" w:rsidRPr="002A7B71" w:rsidRDefault="00146DEE">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021213C0" w14:textId="77777777" w:rsidR="00146DEE" w:rsidRPr="002A7B71" w:rsidRDefault="00146DEE">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0A8C4CE6" w14:textId="77777777" w:rsidR="00146DEE" w:rsidRPr="002A7B71" w:rsidRDefault="00146DEE">
            <w:pPr>
              <w:spacing w:after="0" w:line="240" w:lineRule="auto"/>
              <w:rPr>
                <w:noProof/>
                <w:lang w:val="ro-RO"/>
              </w:rPr>
            </w:pPr>
          </w:p>
        </w:tc>
      </w:tr>
    </w:tbl>
    <w:p w14:paraId="0B664B9E" w14:textId="77777777" w:rsidR="00146DEE" w:rsidRPr="002A7B71" w:rsidRDefault="00146DEE">
      <w:pPr>
        <w:spacing w:after="20"/>
        <w:rPr>
          <w:noProof/>
          <w:lang w:val="ro-RO"/>
        </w:rPr>
      </w:pPr>
    </w:p>
    <w:p w14:paraId="6E6FB4B4" w14:textId="77777777" w:rsidR="00146DEE" w:rsidRPr="002A7B71" w:rsidRDefault="00000000">
      <w:pPr>
        <w:pStyle w:val="Heading2"/>
        <w:rPr>
          <w:noProof/>
          <w:lang w:val="ro-RO"/>
        </w:rPr>
      </w:pPr>
      <w:r w:rsidRPr="002A7B71">
        <w:rPr>
          <w:noProof/>
          <w:lang w:val="ro-RO"/>
        </w:rPr>
        <w:t>Construirea traseului de audit</w:t>
      </w:r>
    </w:p>
    <w:p w14:paraId="4E744218" w14:textId="77777777" w:rsidR="00146DEE" w:rsidRPr="002A7B71" w:rsidRDefault="00000000">
      <w:pPr>
        <w:rPr>
          <w:noProof/>
          <w:lang w:val="ro-RO"/>
        </w:rPr>
      </w:pPr>
      <w:r w:rsidRPr="002A7B71">
        <w:rPr>
          <w:noProof/>
          <w:lang w:val="ro-RO"/>
        </w:rPr>
        <w:t>În loc să urmați doar ordinea clauzelor, urmăriți un produs, serviciu, proiect, incident, comandă sau obiectiv de la început până la rezultat. Această abordare arată interacțiunile dintre procese și reduce auditul superficial.</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665"/>
        <w:gridCol w:w="3628"/>
        <w:gridCol w:w="3628"/>
      </w:tblGrid>
      <w:tr w:rsidR="00146DEE" w:rsidRPr="002A7B71" w14:paraId="3D681F5F" w14:textId="77777777">
        <w:trPr>
          <w:tblHeader/>
          <w:jc w:val="center"/>
        </w:trPr>
        <w:tc>
          <w:tcPr>
            <w:tcW w:w="2665" w:type="dxa"/>
            <w:shd w:val="clear" w:color="auto" w:fill="D71920"/>
            <w:tcMar>
              <w:top w:w="80" w:type="dxa"/>
              <w:left w:w="90" w:type="dxa"/>
              <w:bottom w:w="80" w:type="dxa"/>
              <w:right w:w="90" w:type="dxa"/>
            </w:tcMar>
            <w:vAlign w:val="center"/>
          </w:tcPr>
          <w:p w14:paraId="5D18715A" w14:textId="77777777" w:rsidR="00146DEE" w:rsidRPr="002A7B71" w:rsidRDefault="00000000">
            <w:pPr>
              <w:spacing w:after="0" w:line="240" w:lineRule="auto"/>
              <w:jc w:val="center"/>
              <w:rPr>
                <w:noProof/>
                <w:lang w:val="ro-RO"/>
              </w:rPr>
            </w:pPr>
            <w:r w:rsidRPr="002A7B71">
              <w:rPr>
                <w:b/>
                <w:noProof/>
                <w:color w:val="FFFFFF"/>
                <w:sz w:val="16"/>
                <w:lang w:val="ro-RO"/>
              </w:rPr>
              <w:lastRenderedPageBreak/>
              <w:t>PUNCT DE PORNIRE</w:t>
            </w:r>
          </w:p>
        </w:tc>
        <w:tc>
          <w:tcPr>
            <w:tcW w:w="3628" w:type="dxa"/>
            <w:shd w:val="clear" w:color="auto" w:fill="D71920"/>
            <w:tcMar>
              <w:top w:w="80" w:type="dxa"/>
              <w:left w:w="90" w:type="dxa"/>
              <w:bottom w:w="80" w:type="dxa"/>
              <w:right w:w="90" w:type="dxa"/>
            </w:tcMar>
            <w:vAlign w:val="center"/>
          </w:tcPr>
          <w:p w14:paraId="0DC17359" w14:textId="77777777" w:rsidR="00146DEE" w:rsidRPr="002A7B71" w:rsidRDefault="00000000">
            <w:pPr>
              <w:spacing w:after="0" w:line="240" w:lineRule="auto"/>
              <w:jc w:val="center"/>
              <w:rPr>
                <w:noProof/>
                <w:lang w:val="ro-RO"/>
              </w:rPr>
            </w:pPr>
            <w:r w:rsidRPr="002A7B71">
              <w:rPr>
                <w:b/>
                <w:noProof/>
                <w:color w:val="FFFFFF"/>
                <w:sz w:val="16"/>
                <w:lang w:val="ro-RO"/>
              </w:rPr>
              <w:t>URMĂRIȚI ÎNAPOI</w:t>
            </w:r>
          </w:p>
        </w:tc>
        <w:tc>
          <w:tcPr>
            <w:tcW w:w="3628" w:type="dxa"/>
            <w:shd w:val="clear" w:color="auto" w:fill="D71920"/>
            <w:tcMar>
              <w:top w:w="80" w:type="dxa"/>
              <w:left w:w="90" w:type="dxa"/>
              <w:bottom w:w="80" w:type="dxa"/>
              <w:right w:w="90" w:type="dxa"/>
            </w:tcMar>
            <w:vAlign w:val="center"/>
          </w:tcPr>
          <w:p w14:paraId="5172D527" w14:textId="77777777" w:rsidR="00146DEE" w:rsidRPr="002A7B71" w:rsidRDefault="00000000">
            <w:pPr>
              <w:spacing w:after="0" w:line="240" w:lineRule="auto"/>
              <w:jc w:val="center"/>
              <w:rPr>
                <w:noProof/>
                <w:lang w:val="ro-RO"/>
              </w:rPr>
            </w:pPr>
            <w:r w:rsidRPr="002A7B71">
              <w:rPr>
                <w:b/>
                <w:noProof/>
                <w:color w:val="FFFFFF"/>
                <w:sz w:val="16"/>
                <w:lang w:val="ro-RO"/>
              </w:rPr>
              <w:t>URMĂRIȚI ÎNAINTE</w:t>
            </w:r>
          </w:p>
        </w:tc>
      </w:tr>
      <w:tr w:rsidR="00146DEE" w:rsidRPr="002A7B71" w14:paraId="78DC7136" w14:textId="77777777">
        <w:trPr>
          <w:cantSplit/>
          <w:jc w:val="center"/>
        </w:trPr>
        <w:tc>
          <w:tcPr>
            <w:tcW w:w="2665" w:type="dxa"/>
            <w:shd w:val="clear" w:color="auto" w:fill="FFFFFF"/>
            <w:tcMar>
              <w:top w:w="80" w:type="dxa"/>
              <w:left w:w="90" w:type="dxa"/>
              <w:bottom w:w="80" w:type="dxa"/>
              <w:right w:w="90" w:type="dxa"/>
            </w:tcMar>
            <w:vAlign w:val="center"/>
          </w:tcPr>
          <w:p w14:paraId="5E88500F" w14:textId="77777777" w:rsidR="00146DEE" w:rsidRPr="002A7B71" w:rsidRDefault="00000000">
            <w:pPr>
              <w:spacing w:after="0" w:line="240" w:lineRule="auto"/>
              <w:rPr>
                <w:noProof/>
                <w:lang w:val="ro-RO"/>
              </w:rPr>
            </w:pPr>
            <w:r w:rsidRPr="002A7B71">
              <w:rPr>
                <w:noProof/>
                <w:sz w:val="15"/>
                <w:lang w:val="ro-RO"/>
              </w:rPr>
              <w:t>O reclamație de client</w:t>
            </w:r>
          </w:p>
        </w:tc>
        <w:tc>
          <w:tcPr>
            <w:tcW w:w="3628" w:type="dxa"/>
            <w:shd w:val="clear" w:color="auto" w:fill="FFFFFF"/>
            <w:tcMar>
              <w:top w:w="80" w:type="dxa"/>
              <w:left w:w="90" w:type="dxa"/>
              <w:bottom w:w="80" w:type="dxa"/>
              <w:right w:w="90" w:type="dxa"/>
            </w:tcMar>
            <w:vAlign w:val="center"/>
          </w:tcPr>
          <w:p w14:paraId="2E743368" w14:textId="77777777" w:rsidR="00146DEE" w:rsidRPr="002A7B71" w:rsidRDefault="00000000">
            <w:pPr>
              <w:spacing w:after="0" w:line="240" w:lineRule="auto"/>
              <w:rPr>
                <w:noProof/>
                <w:lang w:val="ro-RO"/>
              </w:rPr>
            </w:pPr>
            <w:r w:rsidRPr="002A7B71">
              <w:rPr>
                <w:noProof/>
                <w:sz w:val="15"/>
                <w:lang w:val="ro-RO"/>
              </w:rPr>
              <w:t>Cerințe, ofertă, comandă, proiectare, furnizori, competență</w:t>
            </w:r>
          </w:p>
        </w:tc>
        <w:tc>
          <w:tcPr>
            <w:tcW w:w="3628" w:type="dxa"/>
            <w:shd w:val="clear" w:color="auto" w:fill="FFFFFF"/>
            <w:tcMar>
              <w:top w:w="80" w:type="dxa"/>
              <w:left w:w="90" w:type="dxa"/>
              <w:bottom w:w="80" w:type="dxa"/>
              <w:right w:w="90" w:type="dxa"/>
            </w:tcMar>
            <w:vAlign w:val="center"/>
          </w:tcPr>
          <w:p w14:paraId="3AE4DC19" w14:textId="77777777" w:rsidR="00146DEE" w:rsidRPr="002A7B71" w:rsidRDefault="00000000">
            <w:pPr>
              <w:spacing w:after="0" w:line="240" w:lineRule="auto"/>
              <w:rPr>
                <w:noProof/>
                <w:lang w:val="ro-RO"/>
              </w:rPr>
            </w:pPr>
            <w:r w:rsidRPr="002A7B71">
              <w:rPr>
                <w:noProof/>
                <w:sz w:val="15"/>
                <w:lang w:val="ro-RO"/>
              </w:rPr>
              <w:t>Corecție, analiză cauză, acțiune, comunicare, verificare eficacitate</w:t>
            </w:r>
          </w:p>
        </w:tc>
      </w:tr>
      <w:tr w:rsidR="00146DEE" w:rsidRPr="002A7B71" w14:paraId="5860EF37" w14:textId="77777777">
        <w:trPr>
          <w:cantSplit/>
          <w:jc w:val="center"/>
        </w:trPr>
        <w:tc>
          <w:tcPr>
            <w:tcW w:w="2665" w:type="dxa"/>
            <w:shd w:val="clear" w:color="auto" w:fill="FAFAFA"/>
            <w:tcMar>
              <w:top w:w="80" w:type="dxa"/>
              <w:left w:w="90" w:type="dxa"/>
              <w:bottom w:w="80" w:type="dxa"/>
              <w:right w:w="90" w:type="dxa"/>
            </w:tcMar>
            <w:vAlign w:val="center"/>
          </w:tcPr>
          <w:p w14:paraId="3BF0256B" w14:textId="77777777" w:rsidR="00146DEE" w:rsidRPr="002A7B71" w:rsidRDefault="00000000">
            <w:pPr>
              <w:spacing w:after="0" w:line="240" w:lineRule="auto"/>
              <w:rPr>
                <w:noProof/>
                <w:lang w:val="ro-RO"/>
              </w:rPr>
            </w:pPr>
            <w:r w:rsidRPr="002A7B71">
              <w:rPr>
                <w:noProof/>
                <w:sz w:val="15"/>
                <w:lang w:val="ro-RO"/>
              </w:rPr>
              <w:t>Un incident / o abatere</w:t>
            </w:r>
          </w:p>
        </w:tc>
        <w:tc>
          <w:tcPr>
            <w:tcW w:w="3628" w:type="dxa"/>
            <w:shd w:val="clear" w:color="auto" w:fill="FAFAFA"/>
            <w:tcMar>
              <w:top w:w="80" w:type="dxa"/>
              <w:left w:w="90" w:type="dxa"/>
              <w:bottom w:w="80" w:type="dxa"/>
              <w:right w:w="90" w:type="dxa"/>
            </w:tcMar>
            <w:vAlign w:val="center"/>
          </w:tcPr>
          <w:p w14:paraId="06D85D01" w14:textId="77777777" w:rsidR="00146DEE" w:rsidRPr="002A7B71" w:rsidRDefault="00000000">
            <w:pPr>
              <w:spacing w:after="0" w:line="240" w:lineRule="auto"/>
              <w:rPr>
                <w:noProof/>
                <w:lang w:val="ro-RO"/>
              </w:rPr>
            </w:pPr>
            <w:r w:rsidRPr="002A7B71">
              <w:rPr>
                <w:noProof/>
                <w:sz w:val="15"/>
                <w:lang w:val="ro-RO"/>
              </w:rPr>
              <w:t>Condiții, evaluări de risc, controale, instruire, schimbări</w:t>
            </w:r>
          </w:p>
        </w:tc>
        <w:tc>
          <w:tcPr>
            <w:tcW w:w="3628" w:type="dxa"/>
            <w:shd w:val="clear" w:color="auto" w:fill="FAFAFA"/>
            <w:tcMar>
              <w:top w:w="80" w:type="dxa"/>
              <w:left w:w="90" w:type="dxa"/>
              <w:bottom w:w="80" w:type="dxa"/>
              <w:right w:w="90" w:type="dxa"/>
            </w:tcMar>
            <w:vAlign w:val="center"/>
          </w:tcPr>
          <w:p w14:paraId="3574AEC1" w14:textId="77777777" w:rsidR="00146DEE" w:rsidRPr="002A7B71" w:rsidRDefault="00000000">
            <w:pPr>
              <w:spacing w:after="0" w:line="240" w:lineRule="auto"/>
              <w:rPr>
                <w:noProof/>
                <w:lang w:val="ro-RO"/>
              </w:rPr>
            </w:pPr>
            <w:r w:rsidRPr="002A7B71">
              <w:rPr>
                <w:noProof/>
                <w:sz w:val="15"/>
                <w:lang w:val="ro-RO"/>
              </w:rPr>
              <w:t>Răspuns, raportare, investigație, lecții, actualizarea controalelor</w:t>
            </w:r>
          </w:p>
        </w:tc>
      </w:tr>
      <w:tr w:rsidR="00146DEE" w:rsidRPr="002A7B71" w14:paraId="3E92282C" w14:textId="77777777">
        <w:trPr>
          <w:cantSplit/>
          <w:jc w:val="center"/>
        </w:trPr>
        <w:tc>
          <w:tcPr>
            <w:tcW w:w="2665" w:type="dxa"/>
            <w:shd w:val="clear" w:color="auto" w:fill="FFFFFF"/>
            <w:tcMar>
              <w:top w:w="80" w:type="dxa"/>
              <w:left w:w="90" w:type="dxa"/>
              <w:bottom w:w="80" w:type="dxa"/>
              <w:right w:w="90" w:type="dxa"/>
            </w:tcMar>
            <w:vAlign w:val="center"/>
          </w:tcPr>
          <w:p w14:paraId="19C5E74D" w14:textId="77777777" w:rsidR="00146DEE" w:rsidRPr="002A7B71" w:rsidRDefault="00000000">
            <w:pPr>
              <w:spacing w:after="0" w:line="240" w:lineRule="auto"/>
              <w:rPr>
                <w:noProof/>
                <w:lang w:val="ro-RO"/>
              </w:rPr>
            </w:pPr>
            <w:r w:rsidRPr="002A7B71">
              <w:rPr>
                <w:noProof/>
                <w:sz w:val="15"/>
                <w:lang w:val="ro-RO"/>
              </w:rPr>
              <w:t>Un indicator ratat</w:t>
            </w:r>
          </w:p>
        </w:tc>
        <w:tc>
          <w:tcPr>
            <w:tcW w:w="3628" w:type="dxa"/>
            <w:shd w:val="clear" w:color="auto" w:fill="FFFFFF"/>
            <w:tcMar>
              <w:top w:w="80" w:type="dxa"/>
              <w:left w:w="90" w:type="dxa"/>
              <w:bottom w:w="80" w:type="dxa"/>
              <w:right w:w="90" w:type="dxa"/>
            </w:tcMar>
            <w:vAlign w:val="center"/>
          </w:tcPr>
          <w:p w14:paraId="5847320A" w14:textId="77777777" w:rsidR="00146DEE" w:rsidRPr="002A7B71" w:rsidRDefault="00000000">
            <w:pPr>
              <w:spacing w:after="0" w:line="240" w:lineRule="auto"/>
              <w:rPr>
                <w:noProof/>
                <w:lang w:val="ro-RO"/>
              </w:rPr>
            </w:pPr>
            <w:r w:rsidRPr="002A7B71">
              <w:rPr>
                <w:noProof/>
                <w:sz w:val="15"/>
                <w:lang w:val="ro-RO"/>
              </w:rPr>
              <w:t>Definiție, surse de date, resurse, responsabilități, ipoteze</w:t>
            </w:r>
          </w:p>
        </w:tc>
        <w:tc>
          <w:tcPr>
            <w:tcW w:w="3628" w:type="dxa"/>
            <w:shd w:val="clear" w:color="auto" w:fill="FFFFFF"/>
            <w:tcMar>
              <w:top w:w="80" w:type="dxa"/>
              <w:left w:w="90" w:type="dxa"/>
              <w:bottom w:w="80" w:type="dxa"/>
              <w:right w:w="90" w:type="dxa"/>
            </w:tcMar>
            <w:vAlign w:val="center"/>
          </w:tcPr>
          <w:p w14:paraId="3E5784E5" w14:textId="77777777" w:rsidR="00146DEE" w:rsidRPr="002A7B71" w:rsidRDefault="00000000">
            <w:pPr>
              <w:spacing w:after="0" w:line="240" w:lineRule="auto"/>
              <w:rPr>
                <w:noProof/>
                <w:lang w:val="ro-RO"/>
              </w:rPr>
            </w:pPr>
            <w:r w:rsidRPr="002A7B71">
              <w:rPr>
                <w:noProof/>
                <w:sz w:val="15"/>
                <w:lang w:val="ro-RO"/>
              </w:rPr>
              <w:t>Analiză, decizie, plan, monitorizare și rezultate</w:t>
            </w:r>
          </w:p>
        </w:tc>
      </w:tr>
    </w:tbl>
    <w:p w14:paraId="081BF7CE" w14:textId="77777777" w:rsidR="00146DEE" w:rsidRPr="002A7B71" w:rsidRDefault="00146DEE">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399871FF" w14:textId="77777777">
        <w:trPr>
          <w:cantSplit/>
          <w:jc w:val="center"/>
        </w:trPr>
        <w:tc>
          <w:tcPr>
            <w:tcW w:w="1020" w:type="dxa"/>
            <w:shd w:val="clear" w:color="auto" w:fill="D71920"/>
            <w:tcMar>
              <w:top w:w="80" w:type="dxa"/>
              <w:left w:w="90" w:type="dxa"/>
              <w:bottom w:w="80" w:type="dxa"/>
              <w:right w:w="90" w:type="dxa"/>
            </w:tcMar>
            <w:vAlign w:val="center"/>
          </w:tcPr>
          <w:p w14:paraId="33FE48D1" w14:textId="77777777" w:rsidR="00146DEE" w:rsidRPr="002A7B71" w:rsidRDefault="00000000">
            <w:pPr>
              <w:spacing w:after="0" w:line="240" w:lineRule="auto"/>
              <w:jc w:val="center"/>
              <w:rPr>
                <w:noProof/>
                <w:lang w:val="ro-RO"/>
              </w:rPr>
            </w:pPr>
            <w:r w:rsidRPr="002A7B71">
              <w:rPr>
                <w:b/>
                <w:noProof/>
                <w:color w:val="FFFFFF"/>
                <w:sz w:val="34"/>
                <w:lang w:val="ro-RO"/>
              </w:rPr>
              <w:t>5</w:t>
            </w:r>
          </w:p>
        </w:tc>
        <w:tc>
          <w:tcPr>
            <w:tcW w:w="8901" w:type="dxa"/>
            <w:shd w:val="clear" w:color="auto" w:fill="F3F4F5"/>
          </w:tcPr>
          <w:p w14:paraId="3D3C4F7F" w14:textId="77777777" w:rsidR="00146DEE" w:rsidRPr="002A7B71" w:rsidRDefault="00000000">
            <w:pPr>
              <w:spacing w:after="20"/>
              <w:rPr>
                <w:noProof/>
                <w:lang w:val="ro-RO"/>
              </w:rPr>
            </w:pPr>
            <w:r w:rsidRPr="002A7B71">
              <w:rPr>
                <w:b/>
                <w:noProof/>
                <w:sz w:val="28"/>
                <w:lang w:val="ro-RO"/>
              </w:rPr>
              <w:t>Desfășurarea auditului</w:t>
            </w:r>
          </w:p>
          <w:p w14:paraId="4DC27F3F" w14:textId="77777777" w:rsidR="00146DEE" w:rsidRPr="002A7B71" w:rsidRDefault="00000000">
            <w:pPr>
              <w:keepNext/>
              <w:spacing w:after="0"/>
              <w:rPr>
                <w:noProof/>
                <w:lang w:val="ro-RO"/>
              </w:rPr>
            </w:pPr>
            <w:r w:rsidRPr="002A7B71">
              <w:rPr>
                <w:noProof/>
                <w:color w:val="666666"/>
                <w:sz w:val="17"/>
                <w:lang w:val="ro-RO"/>
              </w:rPr>
              <w:t>Creați o conversație profesională și verificați informația prin triangulare</w:t>
            </w:r>
          </w:p>
        </w:tc>
      </w:tr>
    </w:tbl>
    <w:p w14:paraId="285A22DF" w14:textId="77777777" w:rsidR="00146DEE" w:rsidRPr="002A7B71" w:rsidRDefault="00146DEE">
      <w:pPr>
        <w:keepNext/>
        <w:spacing w:after="0"/>
        <w:rPr>
          <w:noProof/>
          <w:lang w:val="ro-RO"/>
        </w:rPr>
      </w:pPr>
    </w:p>
    <w:p w14:paraId="24F899AF" w14:textId="77777777" w:rsidR="00146DEE" w:rsidRPr="002A7B71" w:rsidRDefault="00000000">
      <w:pPr>
        <w:pStyle w:val="Heading2"/>
        <w:rPr>
          <w:noProof/>
          <w:lang w:val="ro-RO"/>
        </w:rPr>
      </w:pPr>
      <w:r w:rsidRPr="002A7B71">
        <w:rPr>
          <w:noProof/>
          <w:lang w:val="ro-RO"/>
        </w:rPr>
        <w:t>Ședința de deschidere - agendă de 5-10 minute</w:t>
      </w:r>
    </w:p>
    <w:p w14:paraId="702C8BCA" w14:textId="77777777" w:rsidR="00146DEE" w:rsidRPr="002A7B71" w:rsidRDefault="00000000">
      <w:pPr>
        <w:pStyle w:val="ListBullet"/>
        <w:spacing w:after="40"/>
        <w:ind w:left="283" w:hanging="170"/>
        <w:rPr>
          <w:noProof/>
          <w:lang w:val="ro-RO"/>
        </w:rPr>
      </w:pPr>
      <w:r w:rsidRPr="002A7B71">
        <w:rPr>
          <w:noProof/>
          <w:lang w:val="ro-RO"/>
        </w:rPr>
        <w:t>prezentarea participanților și confirmarea rolurilor;</w:t>
      </w:r>
    </w:p>
    <w:p w14:paraId="77FBAD94" w14:textId="77777777" w:rsidR="00146DEE" w:rsidRPr="002A7B71" w:rsidRDefault="00000000">
      <w:pPr>
        <w:pStyle w:val="ListBullet"/>
        <w:spacing w:after="40"/>
        <w:ind w:left="283" w:hanging="170"/>
        <w:rPr>
          <w:noProof/>
          <w:lang w:val="ro-RO"/>
        </w:rPr>
      </w:pPr>
      <w:r w:rsidRPr="002A7B71">
        <w:rPr>
          <w:noProof/>
          <w:lang w:val="ro-RO"/>
        </w:rPr>
        <w:t>reconfirmarea obiectivului, domeniului, criteriilor și programului;</w:t>
      </w:r>
    </w:p>
    <w:p w14:paraId="0D3F07DF" w14:textId="77777777" w:rsidR="00146DEE" w:rsidRPr="002A7B71" w:rsidRDefault="00000000">
      <w:pPr>
        <w:pStyle w:val="ListBullet"/>
        <w:spacing w:after="40"/>
        <w:ind w:left="283" w:hanging="170"/>
        <w:rPr>
          <w:noProof/>
          <w:lang w:val="ro-RO"/>
        </w:rPr>
      </w:pPr>
      <w:r w:rsidRPr="002A7B71">
        <w:rPr>
          <w:noProof/>
          <w:lang w:val="ro-RO"/>
        </w:rPr>
        <w:t>explicarea metodei de eșantionare și a caracterului confidențial;</w:t>
      </w:r>
    </w:p>
    <w:p w14:paraId="461DA84A" w14:textId="77777777" w:rsidR="00146DEE" w:rsidRPr="002A7B71" w:rsidRDefault="00000000">
      <w:pPr>
        <w:pStyle w:val="ListBullet"/>
        <w:spacing w:after="40"/>
        <w:ind w:left="283" w:hanging="170"/>
        <w:rPr>
          <w:noProof/>
          <w:lang w:val="ro-RO"/>
        </w:rPr>
      </w:pPr>
      <w:r w:rsidRPr="002A7B71">
        <w:rPr>
          <w:noProof/>
          <w:lang w:val="ro-RO"/>
        </w:rPr>
        <w:t>confirmarea canalelor de comunicare, accesului și regulilor de securitate;</w:t>
      </w:r>
    </w:p>
    <w:p w14:paraId="7ACDF426" w14:textId="77777777" w:rsidR="00146DEE" w:rsidRPr="002A7B71" w:rsidRDefault="00000000">
      <w:pPr>
        <w:pStyle w:val="ListBullet"/>
        <w:spacing w:after="40"/>
        <w:ind w:left="283" w:hanging="170"/>
        <w:rPr>
          <w:noProof/>
          <w:lang w:val="ro-RO"/>
        </w:rPr>
      </w:pPr>
      <w:r w:rsidRPr="002A7B71">
        <w:rPr>
          <w:noProof/>
          <w:lang w:val="ro-RO"/>
        </w:rPr>
        <w:t>clarificarea modului de raportare și a faptului că neconformitățile vor fi discutate înainte de închidere.</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6721E51D" w14:textId="77777777">
        <w:trPr>
          <w:cantSplit/>
          <w:jc w:val="center"/>
        </w:trPr>
        <w:tc>
          <w:tcPr>
            <w:tcW w:w="567" w:type="dxa"/>
            <w:shd w:val="clear" w:color="auto" w:fill="D71920"/>
            <w:tcMar>
              <w:top w:w="80" w:type="dxa"/>
              <w:left w:w="90" w:type="dxa"/>
              <w:bottom w:w="80" w:type="dxa"/>
              <w:right w:w="90" w:type="dxa"/>
            </w:tcMar>
            <w:vAlign w:val="center"/>
          </w:tcPr>
          <w:p w14:paraId="4A1C4AC4" w14:textId="77777777" w:rsidR="00146DEE" w:rsidRPr="002A7B71" w:rsidRDefault="00000000">
            <w:pPr>
              <w:spacing w:after="0" w:line="240" w:lineRule="auto"/>
              <w:jc w:val="center"/>
              <w:rPr>
                <w:noProof/>
                <w:lang w:val="ro-RO"/>
              </w:rPr>
            </w:pPr>
            <w:r w:rsidRPr="002A7B71">
              <w:rPr>
                <w:b/>
                <w:noProof/>
                <w:color w:val="FFFFFF"/>
                <w:sz w:val="32"/>
                <w:lang w:val="ro-RO"/>
              </w:rPr>
              <w:t>i</w:t>
            </w:r>
          </w:p>
        </w:tc>
        <w:tc>
          <w:tcPr>
            <w:tcW w:w="9354" w:type="dxa"/>
            <w:shd w:val="clear" w:color="auto" w:fill="FCEBEC"/>
          </w:tcPr>
          <w:p w14:paraId="3A6D2FDF" w14:textId="77777777" w:rsidR="00146DEE" w:rsidRPr="002A7B71" w:rsidRDefault="00000000">
            <w:pPr>
              <w:spacing w:after="40"/>
              <w:rPr>
                <w:noProof/>
                <w:lang w:val="ro-RO"/>
              </w:rPr>
            </w:pPr>
            <w:r w:rsidRPr="002A7B71">
              <w:rPr>
                <w:b/>
                <w:noProof/>
                <w:color w:val="D71920"/>
                <w:lang w:val="ro-RO"/>
              </w:rPr>
              <w:t>FORMULARE RECOMANDATĂ</w:t>
            </w:r>
          </w:p>
          <w:p w14:paraId="09D262B8" w14:textId="77777777" w:rsidR="00146DEE" w:rsidRPr="002A7B71" w:rsidRDefault="00000000">
            <w:pPr>
              <w:spacing w:after="0" w:line="252" w:lineRule="auto"/>
              <w:rPr>
                <w:noProof/>
                <w:lang w:val="ro-RO"/>
              </w:rPr>
            </w:pPr>
            <w:r w:rsidRPr="002A7B71">
              <w:rPr>
                <w:noProof/>
                <w:sz w:val="17"/>
                <w:lang w:val="ro-RO"/>
              </w:rPr>
              <w:t>„Auditul verifică sistemul și procesele, nu performanța individuală a persoanelor. Vom urmări dovezi verificabile, iar orice posibilă neconformitate va fi clarificată împreună înainte de raportare.”</w:t>
            </w:r>
          </w:p>
        </w:tc>
      </w:tr>
    </w:tbl>
    <w:p w14:paraId="1A5F7330" w14:textId="77777777" w:rsidR="00146DEE" w:rsidRPr="002A7B71" w:rsidRDefault="00146DEE">
      <w:pPr>
        <w:spacing w:after="0"/>
        <w:rPr>
          <w:noProof/>
          <w:lang w:val="ro-RO"/>
        </w:rPr>
      </w:pPr>
    </w:p>
    <w:p w14:paraId="5AD2B042" w14:textId="77777777" w:rsidR="00146DEE" w:rsidRPr="002A7B71" w:rsidRDefault="00000000">
      <w:pPr>
        <w:pStyle w:val="Heading2"/>
        <w:rPr>
          <w:noProof/>
          <w:lang w:val="ro-RO"/>
        </w:rPr>
      </w:pPr>
      <w:r w:rsidRPr="002A7B71">
        <w:rPr>
          <w:noProof/>
          <w:lang w:val="ro-RO"/>
        </w:rPr>
        <w:t>Tehnica întrebărilor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814"/>
        <w:gridCol w:w="4479"/>
        <w:gridCol w:w="3628"/>
      </w:tblGrid>
      <w:tr w:rsidR="00146DEE" w:rsidRPr="002A7B71" w14:paraId="6C2E9A49" w14:textId="77777777">
        <w:trPr>
          <w:tblHeader/>
          <w:jc w:val="center"/>
        </w:trPr>
        <w:tc>
          <w:tcPr>
            <w:tcW w:w="1814" w:type="dxa"/>
            <w:shd w:val="clear" w:color="auto" w:fill="D71920"/>
            <w:tcMar>
              <w:top w:w="80" w:type="dxa"/>
              <w:left w:w="90" w:type="dxa"/>
              <w:bottom w:w="80" w:type="dxa"/>
              <w:right w:w="90" w:type="dxa"/>
            </w:tcMar>
            <w:vAlign w:val="center"/>
          </w:tcPr>
          <w:p w14:paraId="5FC0BA2D" w14:textId="77777777" w:rsidR="00146DEE" w:rsidRPr="002A7B71" w:rsidRDefault="00000000">
            <w:pPr>
              <w:spacing w:after="0" w:line="240" w:lineRule="auto"/>
              <w:jc w:val="center"/>
              <w:rPr>
                <w:noProof/>
                <w:lang w:val="ro-RO"/>
              </w:rPr>
            </w:pPr>
            <w:r w:rsidRPr="002A7B71">
              <w:rPr>
                <w:b/>
                <w:noProof/>
                <w:color w:val="FFFFFF"/>
                <w:sz w:val="16"/>
                <w:lang w:val="ro-RO"/>
              </w:rPr>
              <w:t>TIP</w:t>
            </w:r>
          </w:p>
        </w:tc>
        <w:tc>
          <w:tcPr>
            <w:tcW w:w="4479" w:type="dxa"/>
            <w:shd w:val="clear" w:color="auto" w:fill="D71920"/>
            <w:tcMar>
              <w:top w:w="80" w:type="dxa"/>
              <w:left w:w="90" w:type="dxa"/>
              <w:bottom w:w="80" w:type="dxa"/>
              <w:right w:w="90" w:type="dxa"/>
            </w:tcMar>
            <w:vAlign w:val="center"/>
          </w:tcPr>
          <w:p w14:paraId="7FB34741" w14:textId="77777777" w:rsidR="00146DEE" w:rsidRPr="002A7B71" w:rsidRDefault="00000000">
            <w:pPr>
              <w:spacing w:after="0" w:line="240" w:lineRule="auto"/>
              <w:jc w:val="center"/>
              <w:rPr>
                <w:noProof/>
                <w:lang w:val="ro-RO"/>
              </w:rPr>
            </w:pPr>
            <w:r w:rsidRPr="002A7B71">
              <w:rPr>
                <w:b/>
                <w:noProof/>
                <w:color w:val="FFFFFF"/>
                <w:sz w:val="16"/>
                <w:lang w:val="ro-RO"/>
              </w:rPr>
              <w:t>EXEMPLU</w:t>
            </w:r>
          </w:p>
        </w:tc>
        <w:tc>
          <w:tcPr>
            <w:tcW w:w="3628" w:type="dxa"/>
            <w:shd w:val="clear" w:color="auto" w:fill="D71920"/>
            <w:tcMar>
              <w:top w:w="80" w:type="dxa"/>
              <w:left w:w="90" w:type="dxa"/>
              <w:bottom w:w="80" w:type="dxa"/>
              <w:right w:w="90" w:type="dxa"/>
            </w:tcMar>
            <w:vAlign w:val="center"/>
          </w:tcPr>
          <w:p w14:paraId="1BC192EF" w14:textId="77777777" w:rsidR="00146DEE" w:rsidRPr="002A7B71" w:rsidRDefault="00000000">
            <w:pPr>
              <w:spacing w:after="0" w:line="240" w:lineRule="auto"/>
              <w:jc w:val="center"/>
              <w:rPr>
                <w:noProof/>
                <w:lang w:val="ro-RO"/>
              </w:rPr>
            </w:pPr>
            <w:r w:rsidRPr="002A7B71">
              <w:rPr>
                <w:b/>
                <w:noProof/>
                <w:color w:val="FFFFFF"/>
                <w:sz w:val="16"/>
                <w:lang w:val="ro-RO"/>
              </w:rPr>
              <w:t>UTILIZARE</w:t>
            </w:r>
          </w:p>
        </w:tc>
      </w:tr>
      <w:tr w:rsidR="00146DEE" w:rsidRPr="002A7B71" w14:paraId="56CAE561" w14:textId="77777777">
        <w:trPr>
          <w:cantSplit/>
          <w:jc w:val="center"/>
        </w:trPr>
        <w:tc>
          <w:tcPr>
            <w:tcW w:w="1814" w:type="dxa"/>
            <w:shd w:val="clear" w:color="auto" w:fill="FFFFFF"/>
            <w:tcMar>
              <w:top w:w="80" w:type="dxa"/>
              <w:left w:w="90" w:type="dxa"/>
              <w:bottom w:w="80" w:type="dxa"/>
              <w:right w:w="90" w:type="dxa"/>
            </w:tcMar>
            <w:vAlign w:val="center"/>
          </w:tcPr>
          <w:p w14:paraId="52E1DCF4" w14:textId="77777777" w:rsidR="00146DEE" w:rsidRPr="002A7B71" w:rsidRDefault="00000000">
            <w:pPr>
              <w:spacing w:after="0" w:line="240" w:lineRule="auto"/>
              <w:rPr>
                <w:noProof/>
                <w:lang w:val="ro-RO"/>
              </w:rPr>
            </w:pPr>
            <w:r w:rsidRPr="002A7B71">
              <w:rPr>
                <w:noProof/>
                <w:sz w:val="15"/>
                <w:lang w:val="ro-RO"/>
              </w:rPr>
              <w:t>Deschisă</w:t>
            </w:r>
          </w:p>
        </w:tc>
        <w:tc>
          <w:tcPr>
            <w:tcW w:w="4479" w:type="dxa"/>
            <w:shd w:val="clear" w:color="auto" w:fill="FFFFFF"/>
            <w:tcMar>
              <w:top w:w="80" w:type="dxa"/>
              <w:left w:w="90" w:type="dxa"/>
              <w:bottom w:w="80" w:type="dxa"/>
              <w:right w:w="90" w:type="dxa"/>
            </w:tcMar>
            <w:vAlign w:val="center"/>
          </w:tcPr>
          <w:p w14:paraId="3DE64EFD" w14:textId="77777777" w:rsidR="00146DEE" w:rsidRPr="002A7B71" w:rsidRDefault="00000000">
            <w:pPr>
              <w:spacing w:after="0" w:line="240" w:lineRule="auto"/>
              <w:rPr>
                <w:noProof/>
                <w:lang w:val="ro-RO"/>
              </w:rPr>
            </w:pPr>
            <w:r w:rsidRPr="002A7B71">
              <w:rPr>
                <w:noProof/>
                <w:sz w:val="15"/>
                <w:lang w:val="ro-RO"/>
              </w:rPr>
              <w:t>„Cum procesați o comandă de la primire până la livrare?”</w:t>
            </w:r>
          </w:p>
        </w:tc>
        <w:tc>
          <w:tcPr>
            <w:tcW w:w="3628" w:type="dxa"/>
            <w:shd w:val="clear" w:color="auto" w:fill="FFFFFF"/>
            <w:tcMar>
              <w:top w:w="80" w:type="dxa"/>
              <w:left w:w="90" w:type="dxa"/>
              <w:bottom w:w="80" w:type="dxa"/>
              <w:right w:w="90" w:type="dxa"/>
            </w:tcMar>
            <w:vAlign w:val="center"/>
          </w:tcPr>
          <w:p w14:paraId="47710B4A" w14:textId="77777777" w:rsidR="00146DEE" w:rsidRPr="002A7B71" w:rsidRDefault="00000000">
            <w:pPr>
              <w:spacing w:after="0" w:line="240" w:lineRule="auto"/>
              <w:rPr>
                <w:noProof/>
                <w:lang w:val="ro-RO"/>
              </w:rPr>
            </w:pPr>
            <w:r w:rsidRPr="002A7B71">
              <w:rPr>
                <w:noProof/>
                <w:sz w:val="15"/>
                <w:lang w:val="ro-RO"/>
              </w:rPr>
              <w:t>Înțelegerea procesului și identificarea traseului.</w:t>
            </w:r>
          </w:p>
        </w:tc>
      </w:tr>
      <w:tr w:rsidR="00146DEE" w:rsidRPr="002A7B71" w14:paraId="3B615AD0" w14:textId="77777777">
        <w:trPr>
          <w:cantSplit/>
          <w:jc w:val="center"/>
        </w:trPr>
        <w:tc>
          <w:tcPr>
            <w:tcW w:w="1814" w:type="dxa"/>
            <w:shd w:val="clear" w:color="auto" w:fill="FAFAFA"/>
            <w:tcMar>
              <w:top w:w="80" w:type="dxa"/>
              <w:left w:w="90" w:type="dxa"/>
              <w:bottom w:w="80" w:type="dxa"/>
              <w:right w:w="90" w:type="dxa"/>
            </w:tcMar>
            <w:vAlign w:val="center"/>
          </w:tcPr>
          <w:p w14:paraId="40CEAFBA" w14:textId="77777777" w:rsidR="00146DEE" w:rsidRPr="002A7B71" w:rsidRDefault="00000000">
            <w:pPr>
              <w:spacing w:after="0" w:line="240" w:lineRule="auto"/>
              <w:rPr>
                <w:noProof/>
                <w:lang w:val="ro-RO"/>
              </w:rPr>
            </w:pPr>
            <w:r w:rsidRPr="002A7B71">
              <w:rPr>
                <w:noProof/>
                <w:sz w:val="15"/>
                <w:lang w:val="ro-RO"/>
              </w:rPr>
              <w:t>De clarificare</w:t>
            </w:r>
          </w:p>
        </w:tc>
        <w:tc>
          <w:tcPr>
            <w:tcW w:w="4479" w:type="dxa"/>
            <w:shd w:val="clear" w:color="auto" w:fill="FAFAFA"/>
            <w:tcMar>
              <w:top w:w="80" w:type="dxa"/>
              <w:left w:w="90" w:type="dxa"/>
              <w:bottom w:w="80" w:type="dxa"/>
              <w:right w:w="90" w:type="dxa"/>
            </w:tcMar>
            <w:vAlign w:val="center"/>
          </w:tcPr>
          <w:p w14:paraId="54384537" w14:textId="77777777" w:rsidR="00146DEE" w:rsidRPr="002A7B71" w:rsidRDefault="00000000">
            <w:pPr>
              <w:spacing w:after="0" w:line="240" w:lineRule="auto"/>
              <w:rPr>
                <w:noProof/>
                <w:lang w:val="ro-RO"/>
              </w:rPr>
            </w:pPr>
            <w:r w:rsidRPr="002A7B71">
              <w:rPr>
                <w:noProof/>
                <w:sz w:val="15"/>
                <w:lang w:val="ro-RO"/>
              </w:rPr>
              <w:t>„Ce înseamnă «verificat» în această etapă?”</w:t>
            </w:r>
          </w:p>
        </w:tc>
        <w:tc>
          <w:tcPr>
            <w:tcW w:w="3628" w:type="dxa"/>
            <w:shd w:val="clear" w:color="auto" w:fill="FAFAFA"/>
            <w:tcMar>
              <w:top w:w="80" w:type="dxa"/>
              <w:left w:w="90" w:type="dxa"/>
              <w:bottom w:w="80" w:type="dxa"/>
              <w:right w:w="90" w:type="dxa"/>
            </w:tcMar>
            <w:vAlign w:val="center"/>
          </w:tcPr>
          <w:p w14:paraId="0DC4363C" w14:textId="77777777" w:rsidR="00146DEE" w:rsidRPr="002A7B71" w:rsidRDefault="00000000">
            <w:pPr>
              <w:spacing w:after="0" w:line="240" w:lineRule="auto"/>
              <w:rPr>
                <w:noProof/>
                <w:lang w:val="ro-RO"/>
              </w:rPr>
            </w:pPr>
            <w:r w:rsidRPr="002A7B71">
              <w:rPr>
                <w:noProof/>
                <w:sz w:val="15"/>
                <w:lang w:val="ro-RO"/>
              </w:rPr>
              <w:t>Eliminarea ambiguității.</w:t>
            </w:r>
          </w:p>
        </w:tc>
      </w:tr>
      <w:tr w:rsidR="00146DEE" w:rsidRPr="002A7B71" w14:paraId="5A2CBFAC" w14:textId="77777777">
        <w:trPr>
          <w:cantSplit/>
          <w:jc w:val="center"/>
        </w:trPr>
        <w:tc>
          <w:tcPr>
            <w:tcW w:w="1814" w:type="dxa"/>
            <w:shd w:val="clear" w:color="auto" w:fill="FFFFFF"/>
            <w:tcMar>
              <w:top w:w="80" w:type="dxa"/>
              <w:left w:w="90" w:type="dxa"/>
              <w:bottom w:w="80" w:type="dxa"/>
              <w:right w:w="90" w:type="dxa"/>
            </w:tcMar>
            <w:vAlign w:val="center"/>
          </w:tcPr>
          <w:p w14:paraId="20E5AE30" w14:textId="77777777" w:rsidR="00146DEE" w:rsidRPr="002A7B71" w:rsidRDefault="00000000">
            <w:pPr>
              <w:spacing w:after="0" w:line="240" w:lineRule="auto"/>
              <w:rPr>
                <w:noProof/>
                <w:lang w:val="ro-RO"/>
              </w:rPr>
            </w:pPr>
            <w:r w:rsidRPr="002A7B71">
              <w:rPr>
                <w:noProof/>
                <w:sz w:val="15"/>
                <w:lang w:val="ro-RO"/>
              </w:rPr>
              <w:t>Bazată pe dovadă</w:t>
            </w:r>
          </w:p>
        </w:tc>
        <w:tc>
          <w:tcPr>
            <w:tcW w:w="4479" w:type="dxa"/>
            <w:shd w:val="clear" w:color="auto" w:fill="FFFFFF"/>
            <w:tcMar>
              <w:top w:w="80" w:type="dxa"/>
              <w:left w:w="90" w:type="dxa"/>
              <w:bottom w:w="80" w:type="dxa"/>
              <w:right w:w="90" w:type="dxa"/>
            </w:tcMar>
            <w:vAlign w:val="center"/>
          </w:tcPr>
          <w:p w14:paraId="26582C00" w14:textId="77777777" w:rsidR="00146DEE" w:rsidRPr="002A7B71" w:rsidRDefault="00000000">
            <w:pPr>
              <w:spacing w:after="0" w:line="240" w:lineRule="auto"/>
              <w:rPr>
                <w:noProof/>
                <w:lang w:val="ro-RO"/>
              </w:rPr>
            </w:pPr>
            <w:r w:rsidRPr="002A7B71">
              <w:rPr>
                <w:noProof/>
                <w:sz w:val="15"/>
                <w:lang w:val="ro-RO"/>
              </w:rPr>
              <w:t>„Îmi puteți arăta ultimul exemplu și înregistrarea asociată?”</w:t>
            </w:r>
          </w:p>
        </w:tc>
        <w:tc>
          <w:tcPr>
            <w:tcW w:w="3628" w:type="dxa"/>
            <w:shd w:val="clear" w:color="auto" w:fill="FFFFFF"/>
            <w:tcMar>
              <w:top w:w="80" w:type="dxa"/>
              <w:left w:w="90" w:type="dxa"/>
              <w:bottom w:w="80" w:type="dxa"/>
              <w:right w:w="90" w:type="dxa"/>
            </w:tcMar>
            <w:vAlign w:val="center"/>
          </w:tcPr>
          <w:p w14:paraId="1F9CB732" w14:textId="77777777" w:rsidR="00146DEE" w:rsidRPr="002A7B71" w:rsidRDefault="00000000">
            <w:pPr>
              <w:spacing w:after="0" w:line="240" w:lineRule="auto"/>
              <w:rPr>
                <w:noProof/>
                <w:lang w:val="ro-RO"/>
              </w:rPr>
            </w:pPr>
            <w:r w:rsidRPr="002A7B71">
              <w:rPr>
                <w:noProof/>
                <w:sz w:val="15"/>
                <w:lang w:val="ro-RO"/>
              </w:rPr>
              <w:t>Confirmarea practică a explicației.</w:t>
            </w:r>
          </w:p>
        </w:tc>
      </w:tr>
      <w:tr w:rsidR="00146DEE" w:rsidRPr="002A7B71" w14:paraId="1259034F" w14:textId="77777777">
        <w:trPr>
          <w:cantSplit/>
          <w:jc w:val="center"/>
        </w:trPr>
        <w:tc>
          <w:tcPr>
            <w:tcW w:w="1814" w:type="dxa"/>
            <w:shd w:val="clear" w:color="auto" w:fill="FAFAFA"/>
            <w:tcMar>
              <w:top w:w="80" w:type="dxa"/>
              <w:left w:w="90" w:type="dxa"/>
              <w:bottom w:w="80" w:type="dxa"/>
              <w:right w:w="90" w:type="dxa"/>
            </w:tcMar>
            <w:vAlign w:val="center"/>
          </w:tcPr>
          <w:p w14:paraId="01C20068" w14:textId="77777777" w:rsidR="00146DEE" w:rsidRPr="002A7B71" w:rsidRDefault="00000000">
            <w:pPr>
              <w:spacing w:after="0" w:line="240" w:lineRule="auto"/>
              <w:rPr>
                <w:noProof/>
                <w:lang w:val="ro-RO"/>
              </w:rPr>
            </w:pPr>
            <w:r w:rsidRPr="002A7B71">
              <w:rPr>
                <w:noProof/>
                <w:sz w:val="15"/>
                <w:lang w:val="ro-RO"/>
              </w:rPr>
              <w:t>De urmărire</w:t>
            </w:r>
          </w:p>
        </w:tc>
        <w:tc>
          <w:tcPr>
            <w:tcW w:w="4479" w:type="dxa"/>
            <w:shd w:val="clear" w:color="auto" w:fill="FAFAFA"/>
            <w:tcMar>
              <w:top w:w="80" w:type="dxa"/>
              <w:left w:w="90" w:type="dxa"/>
              <w:bottom w:w="80" w:type="dxa"/>
              <w:right w:w="90" w:type="dxa"/>
            </w:tcMar>
            <w:vAlign w:val="center"/>
          </w:tcPr>
          <w:p w14:paraId="0A963DDF" w14:textId="77777777" w:rsidR="00146DEE" w:rsidRPr="002A7B71" w:rsidRDefault="00000000">
            <w:pPr>
              <w:spacing w:after="0" w:line="240" w:lineRule="auto"/>
              <w:rPr>
                <w:noProof/>
                <w:lang w:val="ro-RO"/>
              </w:rPr>
            </w:pPr>
            <w:r w:rsidRPr="002A7B71">
              <w:rPr>
                <w:noProof/>
                <w:sz w:val="15"/>
                <w:lang w:val="ro-RO"/>
              </w:rPr>
              <w:t>„Ce se întâmplă când rezultatul este în afara limitei?”</w:t>
            </w:r>
          </w:p>
        </w:tc>
        <w:tc>
          <w:tcPr>
            <w:tcW w:w="3628" w:type="dxa"/>
            <w:shd w:val="clear" w:color="auto" w:fill="FAFAFA"/>
            <w:tcMar>
              <w:top w:w="80" w:type="dxa"/>
              <w:left w:w="90" w:type="dxa"/>
              <w:bottom w:w="80" w:type="dxa"/>
              <w:right w:w="90" w:type="dxa"/>
            </w:tcMar>
            <w:vAlign w:val="center"/>
          </w:tcPr>
          <w:p w14:paraId="40D04E4F" w14:textId="77777777" w:rsidR="00146DEE" w:rsidRPr="002A7B71" w:rsidRDefault="00000000">
            <w:pPr>
              <w:spacing w:after="0" w:line="240" w:lineRule="auto"/>
              <w:rPr>
                <w:noProof/>
                <w:lang w:val="ro-RO"/>
              </w:rPr>
            </w:pPr>
            <w:r w:rsidRPr="002A7B71">
              <w:rPr>
                <w:noProof/>
                <w:sz w:val="15"/>
                <w:lang w:val="ro-RO"/>
              </w:rPr>
              <w:t>Testarea controalelor și reacției la abateri.</w:t>
            </w:r>
          </w:p>
        </w:tc>
      </w:tr>
      <w:tr w:rsidR="00146DEE" w:rsidRPr="002A7B71" w14:paraId="03D50551" w14:textId="77777777">
        <w:trPr>
          <w:cantSplit/>
          <w:jc w:val="center"/>
        </w:trPr>
        <w:tc>
          <w:tcPr>
            <w:tcW w:w="1814" w:type="dxa"/>
            <w:shd w:val="clear" w:color="auto" w:fill="FFFFFF"/>
            <w:tcMar>
              <w:top w:w="80" w:type="dxa"/>
              <w:left w:w="90" w:type="dxa"/>
              <w:bottom w:w="80" w:type="dxa"/>
              <w:right w:w="90" w:type="dxa"/>
            </w:tcMar>
            <w:vAlign w:val="center"/>
          </w:tcPr>
          <w:p w14:paraId="7BE0B75A" w14:textId="77777777" w:rsidR="00146DEE" w:rsidRPr="002A7B71" w:rsidRDefault="00000000">
            <w:pPr>
              <w:spacing w:after="0" w:line="240" w:lineRule="auto"/>
              <w:rPr>
                <w:noProof/>
                <w:lang w:val="ro-RO"/>
              </w:rPr>
            </w:pPr>
            <w:r w:rsidRPr="002A7B71">
              <w:rPr>
                <w:noProof/>
                <w:sz w:val="15"/>
                <w:lang w:val="ro-RO"/>
              </w:rPr>
              <w:t>De eficacitate</w:t>
            </w:r>
          </w:p>
        </w:tc>
        <w:tc>
          <w:tcPr>
            <w:tcW w:w="4479" w:type="dxa"/>
            <w:shd w:val="clear" w:color="auto" w:fill="FFFFFF"/>
            <w:tcMar>
              <w:top w:w="80" w:type="dxa"/>
              <w:left w:w="90" w:type="dxa"/>
              <w:bottom w:w="80" w:type="dxa"/>
              <w:right w:w="90" w:type="dxa"/>
            </w:tcMar>
            <w:vAlign w:val="center"/>
          </w:tcPr>
          <w:p w14:paraId="76E6E6BC" w14:textId="77777777" w:rsidR="00146DEE" w:rsidRPr="002A7B71" w:rsidRDefault="00000000">
            <w:pPr>
              <w:spacing w:after="0" w:line="240" w:lineRule="auto"/>
              <w:rPr>
                <w:noProof/>
                <w:lang w:val="ro-RO"/>
              </w:rPr>
            </w:pPr>
            <w:r w:rsidRPr="002A7B71">
              <w:rPr>
                <w:noProof/>
                <w:sz w:val="15"/>
                <w:lang w:val="ro-RO"/>
              </w:rPr>
              <w:t>„Cum știți că măsura adoptată a rezolvat cauza?”</w:t>
            </w:r>
          </w:p>
        </w:tc>
        <w:tc>
          <w:tcPr>
            <w:tcW w:w="3628" w:type="dxa"/>
            <w:shd w:val="clear" w:color="auto" w:fill="FFFFFF"/>
            <w:tcMar>
              <w:top w:w="80" w:type="dxa"/>
              <w:left w:w="90" w:type="dxa"/>
              <w:bottom w:w="80" w:type="dxa"/>
              <w:right w:w="90" w:type="dxa"/>
            </w:tcMar>
            <w:vAlign w:val="center"/>
          </w:tcPr>
          <w:p w14:paraId="132EC1FF" w14:textId="77777777" w:rsidR="00146DEE" w:rsidRPr="002A7B71" w:rsidRDefault="00000000">
            <w:pPr>
              <w:spacing w:after="0" w:line="240" w:lineRule="auto"/>
              <w:rPr>
                <w:noProof/>
                <w:lang w:val="ro-RO"/>
              </w:rPr>
            </w:pPr>
            <w:r w:rsidRPr="002A7B71">
              <w:rPr>
                <w:noProof/>
                <w:sz w:val="15"/>
                <w:lang w:val="ro-RO"/>
              </w:rPr>
              <w:t>Evaluarea rezultatelor, nu doar a activităților.</w:t>
            </w:r>
          </w:p>
        </w:tc>
      </w:tr>
    </w:tbl>
    <w:p w14:paraId="1E39B850" w14:textId="77777777" w:rsidR="00146DEE" w:rsidRPr="002A7B71" w:rsidRDefault="00146DEE">
      <w:pPr>
        <w:spacing w:after="20"/>
        <w:rPr>
          <w:noProof/>
          <w:lang w:val="ro-RO"/>
        </w:rPr>
      </w:pPr>
    </w:p>
    <w:p w14:paraId="27609E45" w14:textId="77777777" w:rsidR="00146DEE" w:rsidRPr="002A7B71" w:rsidRDefault="00000000">
      <w:pPr>
        <w:pStyle w:val="Heading2"/>
        <w:rPr>
          <w:noProof/>
          <w:lang w:val="ro-RO"/>
        </w:rPr>
      </w:pPr>
      <w:r w:rsidRPr="002A7B71">
        <w:rPr>
          <w:noProof/>
          <w:lang w:val="ro-RO"/>
        </w:rPr>
        <w:t>Triangularea dovezilor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288"/>
        <w:gridCol w:w="3288"/>
        <w:gridCol w:w="3345"/>
      </w:tblGrid>
      <w:tr w:rsidR="00146DEE" w:rsidRPr="002A7B71" w14:paraId="6587465F" w14:textId="77777777">
        <w:trPr>
          <w:tblHeader/>
          <w:jc w:val="center"/>
        </w:trPr>
        <w:tc>
          <w:tcPr>
            <w:tcW w:w="3288" w:type="dxa"/>
            <w:shd w:val="clear" w:color="auto" w:fill="D71920"/>
            <w:tcMar>
              <w:top w:w="80" w:type="dxa"/>
              <w:left w:w="90" w:type="dxa"/>
              <w:bottom w:w="80" w:type="dxa"/>
              <w:right w:w="90" w:type="dxa"/>
            </w:tcMar>
            <w:vAlign w:val="center"/>
          </w:tcPr>
          <w:p w14:paraId="40A4824D" w14:textId="77777777" w:rsidR="00146DEE" w:rsidRPr="002A7B71" w:rsidRDefault="00000000">
            <w:pPr>
              <w:spacing w:after="0" w:line="240" w:lineRule="auto"/>
              <w:jc w:val="center"/>
              <w:rPr>
                <w:noProof/>
                <w:lang w:val="ro-RO"/>
              </w:rPr>
            </w:pPr>
            <w:r w:rsidRPr="002A7B71">
              <w:rPr>
                <w:b/>
                <w:noProof/>
                <w:color w:val="FFFFFF"/>
                <w:sz w:val="16"/>
                <w:lang w:val="ro-RO"/>
              </w:rPr>
              <w:t>INTERVIU</w:t>
            </w:r>
          </w:p>
        </w:tc>
        <w:tc>
          <w:tcPr>
            <w:tcW w:w="3288" w:type="dxa"/>
            <w:shd w:val="clear" w:color="auto" w:fill="D71920"/>
            <w:tcMar>
              <w:top w:w="80" w:type="dxa"/>
              <w:left w:w="90" w:type="dxa"/>
              <w:bottom w:w="80" w:type="dxa"/>
              <w:right w:w="90" w:type="dxa"/>
            </w:tcMar>
            <w:vAlign w:val="center"/>
          </w:tcPr>
          <w:p w14:paraId="02279786" w14:textId="77777777" w:rsidR="00146DEE" w:rsidRPr="002A7B71" w:rsidRDefault="00000000">
            <w:pPr>
              <w:spacing w:after="0" w:line="240" w:lineRule="auto"/>
              <w:jc w:val="center"/>
              <w:rPr>
                <w:noProof/>
                <w:lang w:val="ro-RO"/>
              </w:rPr>
            </w:pPr>
            <w:r w:rsidRPr="002A7B71">
              <w:rPr>
                <w:b/>
                <w:noProof/>
                <w:color w:val="FFFFFF"/>
                <w:sz w:val="16"/>
                <w:lang w:val="ro-RO"/>
              </w:rPr>
              <w:t>OBSERVAȚIE</w:t>
            </w:r>
          </w:p>
        </w:tc>
        <w:tc>
          <w:tcPr>
            <w:tcW w:w="3345" w:type="dxa"/>
            <w:shd w:val="clear" w:color="auto" w:fill="D71920"/>
            <w:tcMar>
              <w:top w:w="80" w:type="dxa"/>
              <w:left w:w="90" w:type="dxa"/>
              <w:bottom w:w="80" w:type="dxa"/>
              <w:right w:w="90" w:type="dxa"/>
            </w:tcMar>
            <w:vAlign w:val="center"/>
          </w:tcPr>
          <w:p w14:paraId="43EC9119" w14:textId="77777777" w:rsidR="00146DEE" w:rsidRPr="002A7B71" w:rsidRDefault="00000000">
            <w:pPr>
              <w:spacing w:after="0" w:line="240" w:lineRule="auto"/>
              <w:jc w:val="center"/>
              <w:rPr>
                <w:noProof/>
                <w:lang w:val="ro-RO"/>
              </w:rPr>
            </w:pPr>
            <w:r w:rsidRPr="002A7B71">
              <w:rPr>
                <w:b/>
                <w:noProof/>
                <w:color w:val="FFFFFF"/>
                <w:sz w:val="16"/>
                <w:lang w:val="ro-RO"/>
              </w:rPr>
              <w:t>DOCUMENT / DATE</w:t>
            </w:r>
          </w:p>
        </w:tc>
      </w:tr>
      <w:tr w:rsidR="00146DEE" w:rsidRPr="002A7B71" w14:paraId="60AF92D5" w14:textId="77777777">
        <w:trPr>
          <w:cantSplit/>
          <w:jc w:val="center"/>
        </w:trPr>
        <w:tc>
          <w:tcPr>
            <w:tcW w:w="3288" w:type="dxa"/>
            <w:shd w:val="clear" w:color="auto" w:fill="FFFFFF"/>
            <w:tcMar>
              <w:top w:w="80" w:type="dxa"/>
              <w:left w:w="90" w:type="dxa"/>
              <w:bottom w:w="80" w:type="dxa"/>
              <w:right w:w="90" w:type="dxa"/>
            </w:tcMar>
            <w:vAlign w:val="center"/>
          </w:tcPr>
          <w:p w14:paraId="11A396A3" w14:textId="77777777" w:rsidR="00146DEE" w:rsidRPr="002A7B71" w:rsidRDefault="00000000">
            <w:pPr>
              <w:spacing w:after="0" w:line="240" w:lineRule="auto"/>
              <w:jc w:val="center"/>
              <w:rPr>
                <w:noProof/>
                <w:lang w:val="ro-RO"/>
              </w:rPr>
            </w:pPr>
            <w:r w:rsidRPr="002A7B71">
              <w:rPr>
                <w:noProof/>
                <w:sz w:val="16"/>
                <w:lang w:val="ro-RO"/>
              </w:rPr>
              <w:t>Ce spune persoana că se întâmplă</w:t>
            </w:r>
          </w:p>
        </w:tc>
        <w:tc>
          <w:tcPr>
            <w:tcW w:w="3288" w:type="dxa"/>
            <w:shd w:val="clear" w:color="auto" w:fill="FFFFFF"/>
            <w:tcMar>
              <w:top w:w="80" w:type="dxa"/>
              <w:left w:w="90" w:type="dxa"/>
              <w:bottom w:w="80" w:type="dxa"/>
              <w:right w:w="90" w:type="dxa"/>
            </w:tcMar>
            <w:vAlign w:val="center"/>
          </w:tcPr>
          <w:p w14:paraId="4BD6A2D0" w14:textId="77777777" w:rsidR="00146DEE" w:rsidRPr="002A7B71" w:rsidRDefault="00000000">
            <w:pPr>
              <w:spacing w:after="0" w:line="240" w:lineRule="auto"/>
              <w:jc w:val="center"/>
              <w:rPr>
                <w:noProof/>
                <w:lang w:val="ro-RO"/>
              </w:rPr>
            </w:pPr>
            <w:r w:rsidRPr="002A7B71">
              <w:rPr>
                <w:noProof/>
                <w:sz w:val="16"/>
                <w:lang w:val="ro-RO"/>
              </w:rPr>
              <w:t>Ce vede auditorul că se întâmplă</w:t>
            </w:r>
          </w:p>
        </w:tc>
        <w:tc>
          <w:tcPr>
            <w:tcW w:w="3345" w:type="dxa"/>
            <w:shd w:val="clear" w:color="auto" w:fill="FFFFFF"/>
            <w:tcMar>
              <w:top w:w="80" w:type="dxa"/>
              <w:left w:w="90" w:type="dxa"/>
              <w:bottom w:w="80" w:type="dxa"/>
              <w:right w:w="90" w:type="dxa"/>
            </w:tcMar>
            <w:vAlign w:val="center"/>
          </w:tcPr>
          <w:p w14:paraId="0430D6DD" w14:textId="77777777" w:rsidR="00146DEE" w:rsidRPr="002A7B71" w:rsidRDefault="00000000">
            <w:pPr>
              <w:spacing w:after="0" w:line="240" w:lineRule="auto"/>
              <w:jc w:val="center"/>
              <w:rPr>
                <w:noProof/>
                <w:lang w:val="ro-RO"/>
              </w:rPr>
            </w:pPr>
            <w:r w:rsidRPr="002A7B71">
              <w:rPr>
                <w:noProof/>
                <w:sz w:val="16"/>
                <w:lang w:val="ro-RO"/>
              </w:rPr>
              <w:t>Ce demonstrează informațiile păstrate</w:t>
            </w:r>
          </w:p>
        </w:tc>
      </w:tr>
    </w:tbl>
    <w:p w14:paraId="4AA0D836" w14:textId="77777777" w:rsidR="00146DEE" w:rsidRPr="002A7B71" w:rsidRDefault="00146DEE">
      <w:pPr>
        <w:spacing w:after="20"/>
        <w:rPr>
          <w:noProof/>
          <w:lang w:val="ro-RO"/>
        </w:rPr>
      </w:pPr>
    </w:p>
    <w:p w14:paraId="17935980" w14:textId="77777777" w:rsidR="00146DEE" w:rsidRPr="002A7B71" w:rsidRDefault="00000000">
      <w:pPr>
        <w:rPr>
          <w:noProof/>
          <w:lang w:val="ro-RO"/>
        </w:rPr>
      </w:pPr>
      <w:r w:rsidRPr="002A7B71">
        <w:rPr>
          <w:noProof/>
          <w:lang w:val="ro-RO"/>
        </w:rPr>
        <w:t>O singură sursă poate fi incompletă. Auditorul caută coerență între explicații, practică și înregistrări și verifică excepțiile relevante.</w:t>
      </w:r>
    </w:p>
    <w:p w14:paraId="0ADD3ABA" w14:textId="77777777" w:rsidR="00146DEE" w:rsidRPr="002A7B71" w:rsidRDefault="00000000">
      <w:pPr>
        <w:pStyle w:val="Heading2"/>
        <w:rPr>
          <w:noProof/>
          <w:lang w:val="ro-RO"/>
        </w:rPr>
      </w:pPr>
      <w:r w:rsidRPr="002A7B71">
        <w:rPr>
          <w:noProof/>
          <w:lang w:val="ro-RO"/>
        </w:rPr>
        <w:t>Eșantionarea - reguli practice</w:t>
      </w:r>
    </w:p>
    <w:p w14:paraId="6422A006" w14:textId="77777777" w:rsidR="00146DEE" w:rsidRPr="002A7B71" w:rsidRDefault="00000000">
      <w:pPr>
        <w:pStyle w:val="ListBullet"/>
        <w:spacing w:after="40"/>
        <w:ind w:left="283" w:hanging="170"/>
        <w:rPr>
          <w:noProof/>
          <w:lang w:val="ro-RO"/>
        </w:rPr>
      </w:pPr>
      <w:r w:rsidRPr="002A7B71">
        <w:rPr>
          <w:noProof/>
          <w:lang w:val="ro-RO"/>
        </w:rPr>
        <w:t>Alegeți eșantioane relevante pentru obiectiv și risc, nu doar cazurile cele mai ușor accesibile.</w:t>
      </w:r>
    </w:p>
    <w:p w14:paraId="1F61F7B3" w14:textId="77777777" w:rsidR="00146DEE" w:rsidRPr="002A7B71" w:rsidRDefault="00000000">
      <w:pPr>
        <w:pStyle w:val="ListBullet"/>
        <w:spacing w:after="40"/>
        <w:ind w:left="283" w:hanging="170"/>
        <w:rPr>
          <w:noProof/>
          <w:lang w:val="ro-RO"/>
        </w:rPr>
      </w:pPr>
      <w:r w:rsidRPr="002A7B71">
        <w:rPr>
          <w:noProof/>
          <w:lang w:val="ro-RO"/>
        </w:rPr>
        <w:t>Includeți perioade, persoane, schimburi, produse, locații sau furnizori diferiți, după caz.</w:t>
      </w:r>
    </w:p>
    <w:p w14:paraId="0C6848A0" w14:textId="77777777" w:rsidR="00146DEE" w:rsidRPr="002A7B71" w:rsidRDefault="00000000">
      <w:pPr>
        <w:pStyle w:val="ListBullet"/>
        <w:spacing w:after="40"/>
        <w:ind w:left="283" w:hanging="170"/>
        <w:rPr>
          <w:noProof/>
          <w:lang w:val="ro-RO"/>
        </w:rPr>
      </w:pPr>
      <w:r w:rsidRPr="002A7B71">
        <w:rPr>
          <w:noProof/>
          <w:lang w:val="ro-RO"/>
        </w:rPr>
        <w:t>Măriți eșantionul când apar inconsecvențe, lipsuri, repetitivitate sau risc ridicat.</w:t>
      </w:r>
    </w:p>
    <w:p w14:paraId="17B6D740" w14:textId="77777777" w:rsidR="00146DEE" w:rsidRPr="002A7B71" w:rsidRDefault="00000000">
      <w:pPr>
        <w:pStyle w:val="ListBullet"/>
        <w:spacing w:after="40"/>
        <w:ind w:left="283" w:hanging="170"/>
        <w:rPr>
          <w:noProof/>
          <w:lang w:val="ro-RO"/>
        </w:rPr>
      </w:pPr>
      <w:r w:rsidRPr="002A7B71">
        <w:rPr>
          <w:noProof/>
          <w:lang w:val="ro-RO"/>
        </w:rPr>
        <w:t>Notați ce a fost eșantionat pentru ca traseul concluziei să poată fi reconstituit.</w:t>
      </w:r>
    </w:p>
    <w:p w14:paraId="5C6C83C5" w14:textId="77777777" w:rsidR="00146DEE" w:rsidRPr="002A7B71" w:rsidRDefault="00000000">
      <w:pPr>
        <w:pStyle w:val="ListBullet"/>
        <w:spacing w:after="40"/>
        <w:ind w:left="283" w:hanging="170"/>
        <w:rPr>
          <w:noProof/>
          <w:lang w:val="ro-RO"/>
        </w:rPr>
      </w:pPr>
      <w:r w:rsidRPr="002A7B71">
        <w:rPr>
          <w:noProof/>
          <w:lang w:val="ro-RO"/>
        </w:rPr>
        <w:t>Nu formulați concluzii absolute despre întreaga populație fără o bază suficientă.</w:t>
      </w:r>
    </w:p>
    <w:p w14:paraId="4A080E62" w14:textId="77777777" w:rsidR="00146DEE" w:rsidRPr="002A7B71" w:rsidRDefault="00000000">
      <w:pPr>
        <w:pStyle w:val="Heading2"/>
        <w:rPr>
          <w:noProof/>
          <w:lang w:val="ro-RO"/>
        </w:rPr>
      </w:pPr>
      <w:r w:rsidRPr="002A7B71">
        <w:rPr>
          <w:noProof/>
          <w:lang w:val="ro-RO"/>
        </w:rPr>
        <w:t>Audit la distanță sau hibrid</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402"/>
        <w:gridCol w:w="6520"/>
      </w:tblGrid>
      <w:tr w:rsidR="00146DEE" w:rsidRPr="002A7B71" w14:paraId="17F28C85" w14:textId="77777777">
        <w:trPr>
          <w:tblHeader/>
          <w:jc w:val="center"/>
        </w:trPr>
        <w:tc>
          <w:tcPr>
            <w:tcW w:w="3402" w:type="dxa"/>
            <w:shd w:val="clear" w:color="auto" w:fill="D71920"/>
            <w:tcMar>
              <w:top w:w="80" w:type="dxa"/>
              <w:left w:w="90" w:type="dxa"/>
              <w:bottom w:w="80" w:type="dxa"/>
              <w:right w:w="90" w:type="dxa"/>
            </w:tcMar>
            <w:vAlign w:val="center"/>
          </w:tcPr>
          <w:p w14:paraId="321C9C12" w14:textId="77777777" w:rsidR="00146DEE" w:rsidRPr="002A7B71" w:rsidRDefault="00000000">
            <w:pPr>
              <w:spacing w:after="0" w:line="240" w:lineRule="auto"/>
              <w:jc w:val="center"/>
              <w:rPr>
                <w:noProof/>
                <w:lang w:val="ro-RO"/>
              </w:rPr>
            </w:pPr>
            <w:r w:rsidRPr="002A7B71">
              <w:rPr>
                <w:b/>
                <w:noProof/>
                <w:color w:val="FFFFFF"/>
                <w:sz w:val="16"/>
                <w:lang w:val="ro-RO"/>
              </w:rPr>
              <w:t>RISC / LIMITĂ</w:t>
            </w:r>
          </w:p>
        </w:tc>
        <w:tc>
          <w:tcPr>
            <w:tcW w:w="6520" w:type="dxa"/>
            <w:shd w:val="clear" w:color="auto" w:fill="D71920"/>
            <w:tcMar>
              <w:top w:w="80" w:type="dxa"/>
              <w:left w:w="90" w:type="dxa"/>
              <w:bottom w:w="80" w:type="dxa"/>
              <w:right w:w="90" w:type="dxa"/>
            </w:tcMar>
            <w:vAlign w:val="center"/>
          </w:tcPr>
          <w:p w14:paraId="0E9C298C" w14:textId="77777777" w:rsidR="00146DEE" w:rsidRPr="002A7B71" w:rsidRDefault="00000000">
            <w:pPr>
              <w:spacing w:after="0" w:line="240" w:lineRule="auto"/>
              <w:jc w:val="center"/>
              <w:rPr>
                <w:noProof/>
                <w:lang w:val="ro-RO"/>
              </w:rPr>
            </w:pPr>
            <w:r w:rsidRPr="002A7B71">
              <w:rPr>
                <w:b/>
                <w:noProof/>
                <w:color w:val="FFFFFF"/>
                <w:sz w:val="16"/>
                <w:lang w:val="ro-RO"/>
              </w:rPr>
              <w:t>CONTROL RECOMANDAT</w:t>
            </w:r>
          </w:p>
        </w:tc>
      </w:tr>
      <w:tr w:rsidR="00146DEE" w:rsidRPr="002A7B71" w14:paraId="1CC6C9D5" w14:textId="77777777">
        <w:trPr>
          <w:cantSplit/>
          <w:jc w:val="center"/>
        </w:trPr>
        <w:tc>
          <w:tcPr>
            <w:tcW w:w="3402" w:type="dxa"/>
            <w:shd w:val="clear" w:color="auto" w:fill="FFFFFF"/>
            <w:tcMar>
              <w:top w:w="80" w:type="dxa"/>
              <w:left w:w="90" w:type="dxa"/>
              <w:bottom w:w="80" w:type="dxa"/>
              <w:right w:w="90" w:type="dxa"/>
            </w:tcMar>
            <w:vAlign w:val="center"/>
          </w:tcPr>
          <w:p w14:paraId="4F0587AF" w14:textId="77777777" w:rsidR="00146DEE" w:rsidRPr="002A7B71" w:rsidRDefault="00000000">
            <w:pPr>
              <w:spacing w:after="0" w:line="240" w:lineRule="auto"/>
              <w:rPr>
                <w:noProof/>
                <w:lang w:val="ro-RO"/>
              </w:rPr>
            </w:pPr>
            <w:r w:rsidRPr="002A7B71">
              <w:rPr>
                <w:noProof/>
                <w:sz w:val="15"/>
                <w:lang w:val="ro-RO"/>
              </w:rPr>
              <w:t>Acces incomplet la dovezi</w:t>
            </w:r>
          </w:p>
        </w:tc>
        <w:tc>
          <w:tcPr>
            <w:tcW w:w="6520" w:type="dxa"/>
            <w:shd w:val="clear" w:color="auto" w:fill="FFFFFF"/>
            <w:tcMar>
              <w:top w:w="80" w:type="dxa"/>
              <w:left w:w="90" w:type="dxa"/>
              <w:bottom w:w="80" w:type="dxa"/>
              <w:right w:w="90" w:type="dxa"/>
            </w:tcMar>
            <w:vAlign w:val="center"/>
          </w:tcPr>
          <w:p w14:paraId="22331559" w14:textId="77777777" w:rsidR="00146DEE" w:rsidRPr="002A7B71" w:rsidRDefault="00000000">
            <w:pPr>
              <w:spacing w:after="0" w:line="240" w:lineRule="auto"/>
              <w:rPr>
                <w:noProof/>
                <w:lang w:val="ro-RO"/>
              </w:rPr>
            </w:pPr>
            <w:r w:rsidRPr="002A7B71">
              <w:rPr>
                <w:noProof/>
                <w:sz w:val="15"/>
                <w:lang w:val="ro-RO"/>
              </w:rPr>
              <w:t>Testați dinainte platformele, permisiunile, formatele și persoanele disponibile.</w:t>
            </w:r>
          </w:p>
        </w:tc>
      </w:tr>
      <w:tr w:rsidR="00146DEE" w:rsidRPr="002A7B71" w14:paraId="6D86FD96" w14:textId="77777777">
        <w:trPr>
          <w:cantSplit/>
          <w:jc w:val="center"/>
        </w:trPr>
        <w:tc>
          <w:tcPr>
            <w:tcW w:w="3402" w:type="dxa"/>
            <w:shd w:val="clear" w:color="auto" w:fill="FAFAFA"/>
            <w:tcMar>
              <w:top w:w="80" w:type="dxa"/>
              <w:left w:w="90" w:type="dxa"/>
              <w:bottom w:w="80" w:type="dxa"/>
              <w:right w:w="90" w:type="dxa"/>
            </w:tcMar>
            <w:vAlign w:val="center"/>
          </w:tcPr>
          <w:p w14:paraId="1139A355" w14:textId="77777777" w:rsidR="00146DEE" w:rsidRPr="002A7B71" w:rsidRDefault="00000000">
            <w:pPr>
              <w:spacing w:after="0" w:line="240" w:lineRule="auto"/>
              <w:rPr>
                <w:noProof/>
                <w:lang w:val="ro-RO"/>
              </w:rPr>
            </w:pPr>
            <w:r w:rsidRPr="002A7B71">
              <w:rPr>
                <w:noProof/>
                <w:sz w:val="15"/>
                <w:lang w:val="ro-RO"/>
              </w:rPr>
              <w:t>Autenticitatea informației</w:t>
            </w:r>
          </w:p>
        </w:tc>
        <w:tc>
          <w:tcPr>
            <w:tcW w:w="6520" w:type="dxa"/>
            <w:shd w:val="clear" w:color="auto" w:fill="FAFAFA"/>
            <w:tcMar>
              <w:top w:w="80" w:type="dxa"/>
              <w:left w:w="90" w:type="dxa"/>
              <w:bottom w:w="80" w:type="dxa"/>
              <w:right w:w="90" w:type="dxa"/>
            </w:tcMar>
            <w:vAlign w:val="center"/>
          </w:tcPr>
          <w:p w14:paraId="6B3BBB22" w14:textId="77777777" w:rsidR="00146DEE" w:rsidRPr="002A7B71" w:rsidRDefault="00000000">
            <w:pPr>
              <w:spacing w:after="0" w:line="240" w:lineRule="auto"/>
              <w:rPr>
                <w:noProof/>
                <w:lang w:val="ro-RO"/>
              </w:rPr>
            </w:pPr>
            <w:r w:rsidRPr="002A7B71">
              <w:rPr>
                <w:noProof/>
                <w:sz w:val="15"/>
                <w:lang w:val="ro-RO"/>
              </w:rPr>
              <w:t>Solicitați demonstrații live, metadate sau verificări încrucișate, unde este adecvat.</w:t>
            </w:r>
          </w:p>
        </w:tc>
      </w:tr>
      <w:tr w:rsidR="00146DEE" w:rsidRPr="002A7B71" w14:paraId="7FAB5A21" w14:textId="77777777">
        <w:trPr>
          <w:cantSplit/>
          <w:jc w:val="center"/>
        </w:trPr>
        <w:tc>
          <w:tcPr>
            <w:tcW w:w="3402" w:type="dxa"/>
            <w:shd w:val="clear" w:color="auto" w:fill="FFFFFF"/>
            <w:tcMar>
              <w:top w:w="80" w:type="dxa"/>
              <w:left w:w="90" w:type="dxa"/>
              <w:bottom w:w="80" w:type="dxa"/>
              <w:right w:w="90" w:type="dxa"/>
            </w:tcMar>
            <w:vAlign w:val="center"/>
          </w:tcPr>
          <w:p w14:paraId="6EBB559B" w14:textId="77777777" w:rsidR="00146DEE" w:rsidRPr="002A7B71" w:rsidRDefault="00000000">
            <w:pPr>
              <w:spacing w:after="0" w:line="240" w:lineRule="auto"/>
              <w:rPr>
                <w:noProof/>
                <w:lang w:val="ro-RO"/>
              </w:rPr>
            </w:pPr>
            <w:r w:rsidRPr="002A7B71">
              <w:rPr>
                <w:noProof/>
                <w:sz w:val="15"/>
                <w:lang w:val="ro-RO"/>
              </w:rPr>
              <w:t>Confidențialitate și date personale</w:t>
            </w:r>
          </w:p>
        </w:tc>
        <w:tc>
          <w:tcPr>
            <w:tcW w:w="6520" w:type="dxa"/>
            <w:shd w:val="clear" w:color="auto" w:fill="FFFFFF"/>
            <w:tcMar>
              <w:top w:w="80" w:type="dxa"/>
              <w:left w:w="90" w:type="dxa"/>
              <w:bottom w:w="80" w:type="dxa"/>
              <w:right w:w="90" w:type="dxa"/>
            </w:tcMar>
            <w:vAlign w:val="center"/>
          </w:tcPr>
          <w:p w14:paraId="23D00DBA" w14:textId="77777777" w:rsidR="00146DEE" w:rsidRPr="002A7B71" w:rsidRDefault="00000000">
            <w:pPr>
              <w:spacing w:after="0" w:line="240" w:lineRule="auto"/>
              <w:rPr>
                <w:noProof/>
                <w:lang w:val="ro-RO"/>
              </w:rPr>
            </w:pPr>
            <w:r w:rsidRPr="002A7B71">
              <w:rPr>
                <w:noProof/>
                <w:sz w:val="15"/>
                <w:lang w:val="ro-RO"/>
              </w:rPr>
              <w:t>Folosiți canale aprobate; limitați înregistrarea și partajarea; respectați regulile organizației.</w:t>
            </w:r>
          </w:p>
        </w:tc>
      </w:tr>
      <w:tr w:rsidR="00146DEE" w:rsidRPr="002A7B71" w14:paraId="51E3BDC5" w14:textId="77777777">
        <w:trPr>
          <w:cantSplit/>
          <w:jc w:val="center"/>
        </w:trPr>
        <w:tc>
          <w:tcPr>
            <w:tcW w:w="3402" w:type="dxa"/>
            <w:shd w:val="clear" w:color="auto" w:fill="FAFAFA"/>
            <w:tcMar>
              <w:top w:w="80" w:type="dxa"/>
              <w:left w:w="90" w:type="dxa"/>
              <w:bottom w:w="80" w:type="dxa"/>
              <w:right w:w="90" w:type="dxa"/>
            </w:tcMar>
            <w:vAlign w:val="center"/>
          </w:tcPr>
          <w:p w14:paraId="6BADA1B7" w14:textId="77777777" w:rsidR="00146DEE" w:rsidRPr="002A7B71" w:rsidRDefault="00000000">
            <w:pPr>
              <w:spacing w:after="0" w:line="240" w:lineRule="auto"/>
              <w:rPr>
                <w:noProof/>
                <w:lang w:val="ro-RO"/>
              </w:rPr>
            </w:pPr>
            <w:r w:rsidRPr="002A7B71">
              <w:rPr>
                <w:noProof/>
                <w:sz w:val="15"/>
                <w:lang w:val="ro-RO"/>
              </w:rPr>
              <w:lastRenderedPageBreak/>
              <w:t>Observație limitată</w:t>
            </w:r>
          </w:p>
        </w:tc>
        <w:tc>
          <w:tcPr>
            <w:tcW w:w="6520" w:type="dxa"/>
            <w:shd w:val="clear" w:color="auto" w:fill="FAFAFA"/>
            <w:tcMar>
              <w:top w:w="80" w:type="dxa"/>
              <w:left w:w="90" w:type="dxa"/>
              <w:bottom w:w="80" w:type="dxa"/>
              <w:right w:w="90" w:type="dxa"/>
            </w:tcMar>
            <w:vAlign w:val="center"/>
          </w:tcPr>
          <w:p w14:paraId="7F21E1E3" w14:textId="77777777" w:rsidR="00146DEE" w:rsidRPr="002A7B71" w:rsidRDefault="00000000">
            <w:pPr>
              <w:spacing w:after="0" w:line="240" w:lineRule="auto"/>
              <w:rPr>
                <w:noProof/>
                <w:lang w:val="ro-RO"/>
              </w:rPr>
            </w:pPr>
            <w:r w:rsidRPr="002A7B71">
              <w:rPr>
                <w:noProof/>
                <w:sz w:val="15"/>
                <w:lang w:val="ro-RO"/>
              </w:rPr>
              <w:t>Combinați tur video, fotografii datate, interviuri și o vizită ulterioară când riscul o cere.</w:t>
            </w:r>
          </w:p>
        </w:tc>
      </w:tr>
      <w:tr w:rsidR="00146DEE" w:rsidRPr="002A7B71" w14:paraId="45A4BB49" w14:textId="77777777">
        <w:trPr>
          <w:cantSplit/>
          <w:jc w:val="center"/>
        </w:trPr>
        <w:tc>
          <w:tcPr>
            <w:tcW w:w="3402" w:type="dxa"/>
            <w:shd w:val="clear" w:color="auto" w:fill="FFFFFF"/>
            <w:tcMar>
              <w:top w:w="80" w:type="dxa"/>
              <w:left w:w="90" w:type="dxa"/>
              <w:bottom w:w="80" w:type="dxa"/>
              <w:right w:w="90" w:type="dxa"/>
            </w:tcMar>
            <w:vAlign w:val="center"/>
          </w:tcPr>
          <w:p w14:paraId="28F41598" w14:textId="77777777" w:rsidR="00146DEE" w:rsidRPr="002A7B71" w:rsidRDefault="00000000">
            <w:pPr>
              <w:spacing w:after="0" w:line="240" w:lineRule="auto"/>
              <w:rPr>
                <w:noProof/>
                <w:lang w:val="ro-RO"/>
              </w:rPr>
            </w:pPr>
            <w:r w:rsidRPr="002A7B71">
              <w:rPr>
                <w:noProof/>
                <w:sz w:val="15"/>
                <w:lang w:val="ro-RO"/>
              </w:rPr>
              <w:t>Comunicare dificilă</w:t>
            </w:r>
          </w:p>
        </w:tc>
        <w:tc>
          <w:tcPr>
            <w:tcW w:w="6520" w:type="dxa"/>
            <w:shd w:val="clear" w:color="auto" w:fill="FFFFFF"/>
            <w:tcMar>
              <w:top w:w="80" w:type="dxa"/>
              <w:left w:w="90" w:type="dxa"/>
              <w:bottom w:w="80" w:type="dxa"/>
              <w:right w:w="90" w:type="dxa"/>
            </w:tcMar>
            <w:vAlign w:val="center"/>
          </w:tcPr>
          <w:p w14:paraId="36ED38B1" w14:textId="77777777" w:rsidR="00146DEE" w:rsidRPr="002A7B71" w:rsidRDefault="00000000">
            <w:pPr>
              <w:spacing w:after="0" w:line="240" w:lineRule="auto"/>
              <w:rPr>
                <w:noProof/>
                <w:lang w:val="ro-RO"/>
              </w:rPr>
            </w:pPr>
            <w:r w:rsidRPr="002A7B71">
              <w:rPr>
                <w:noProof/>
                <w:sz w:val="15"/>
                <w:lang w:val="ro-RO"/>
              </w:rPr>
              <w:t>Planificați pauze, confirmați înțelesul și documentați clar solicitările.</w:t>
            </w:r>
          </w:p>
        </w:tc>
      </w:tr>
      <w:tr w:rsidR="00146DEE" w:rsidRPr="002A7B71" w14:paraId="62721CD1" w14:textId="77777777">
        <w:trPr>
          <w:cantSplit/>
          <w:jc w:val="center"/>
        </w:trPr>
        <w:tc>
          <w:tcPr>
            <w:tcW w:w="3402" w:type="dxa"/>
            <w:shd w:val="clear" w:color="auto" w:fill="FAFAFA"/>
            <w:tcMar>
              <w:top w:w="80" w:type="dxa"/>
              <w:left w:w="90" w:type="dxa"/>
              <w:bottom w:w="80" w:type="dxa"/>
              <w:right w:w="90" w:type="dxa"/>
            </w:tcMar>
            <w:vAlign w:val="center"/>
          </w:tcPr>
          <w:p w14:paraId="5BB1C951" w14:textId="77777777" w:rsidR="00146DEE" w:rsidRPr="002A7B71" w:rsidRDefault="00000000">
            <w:pPr>
              <w:spacing w:after="0" w:line="240" w:lineRule="auto"/>
              <w:rPr>
                <w:noProof/>
                <w:lang w:val="ro-RO"/>
              </w:rPr>
            </w:pPr>
            <w:r w:rsidRPr="002A7B71">
              <w:rPr>
                <w:noProof/>
                <w:sz w:val="15"/>
                <w:lang w:val="ro-RO"/>
              </w:rPr>
              <w:t>Instrumente AI / transcriere</w:t>
            </w:r>
          </w:p>
        </w:tc>
        <w:tc>
          <w:tcPr>
            <w:tcW w:w="6520" w:type="dxa"/>
            <w:shd w:val="clear" w:color="auto" w:fill="FAFAFA"/>
            <w:tcMar>
              <w:top w:w="80" w:type="dxa"/>
              <w:left w:w="90" w:type="dxa"/>
              <w:bottom w:w="80" w:type="dxa"/>
              <w:right w:w="90" w:type="dxa"/>
            </w:tcMar>
            <w:vAlign w:val="center"/>
          </w:tcPr>
          <w:p w14:paraId="4E85148C" w14:textId="77777777" w:rsidR="00146DEE" w:rsidRPr="002A7B71" w:rsidRDefault="00000000">
            <w:pPr>
              <w:spacing w:after="0" w:line="240" w:lineRule="auto"/>
              <w:rPr>
                <w:noProof/>
                <w:lang w:val="ro-RO"/>
              </w:rPr>
            </w:pPr>
            <w:r w:rsidRPr="002A7B71">
              <w:rPr>
                <w:noProof/>
                <w:sz w:val="15"/>
                <w:lang w:val="ro-RO"/>
              </w:rPr>
              <w:t>Utilizați numai instrumente aprobate, nu încărcați date confidențiale neautorizat și validați notițele generate.</w:t>
            </w:r>
          </w:p>
        </w:tc>
      </w:tr>
    </w:tbl>
    <w:p w14:paraId="4EC87596" w14:textId="77777777" w:rsidR="00146DEE" w:rsidRPr="002A7B71" w:rsidRDefault="00146DEE">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15C58673" w14:textId="77777777">
        <w:trPr>
          <w:cantSplit/>
          <w:jc w:val="center"/>
        </w:trPr>
        <w:tc>
          <w:tcPr>
            <w:tcW w:w="1020" w:type="dxa"/>
            <w:shd w:val="clear" w:color="auto" w:fill="D71920"/>
            <w:tcMar>
              <w:top w:w="80" w:type="dxa"/>
              <w:left w:w="90" w:type="dxa"/>
              <w:bottom w:w="80" w:type="dxa"/>
              <w:right w:w="90" w:type="dxa"/>
            </w:tcMar>
            <w:vAlign w:val="center"/>
          </w:tcPr>
          <w:p w14:paraId="7B53D866" w14:textId="77777777" w:rsidR="00146DEE" w:rsidRPr="002A7B71" w:rsidRDefault="00000000">
            <w:pPr>
              <w:spacing w:after="0" w:line="240" w:lineRule="auto"/>
              <w:jc w:val="center"/>
              <w:rPr>
                <w:noProof/>
                <w:lang w:val="ro-RO"/>
              </w:rPr>
            </w:pPr>
            <w:r w:rsidRPr="002A7B71">
              <w:rPr>
                <w:b/>
                <w:noProof/>
                <w:color w:val="FFFFFF"/>
                <w:sz w:val="34"/>
                <w:lang w:val="ro-RO"/>
              </w:rPr>
              <w:t>6</w:t>
            </w:r>
          </w:p>
        </w:tc>
        <w:tc>
          <w:tcPr>
            <w:tcW w:w="8901" w:type="dxa"/>
            <w:shd w:val="clear" w:color="auto" w:fill="F3F4F5"/>
          </w:tcPr>
          <w:p w14:paraId="5AA1CA3F" w14:textId="77777777" w:rsidR="00146DEE" w:rsidRPr="002A7B71" w:rsidRDefault="00000000">
            <w:pPr>
              <w:spacing w:after="20"/>
              <w:rPr>
                <w:noProof/>
                <w:lang w:val="ro-RO"/>
              </w:rPr>
            </w:pPr>
            <w:r w:rsidRPr="002A7B71">
              <w:rPr>
                <w:b/>
                <w:noProof/>
                <w:sz w:val="28"/>
                <w:lang w:val="ro-RO"/>
              </w:rPr>
              <w:t>Checklist universal de audit</w:t>
            </w:r>
          </w:p>
          <w:p w14:paraId="0BD8C335" w14:textId="77777777" w:rsidR="00146DEE" w:rsidRPr="002A7B71" w:rsidRDefault="00000000">
            <w:pPr>
              <w:keepNext/>
              <w:spacing w:after="0"/>
              <w:rPr>
                <w:noProof/>
                <w:lang w:val="ro-RO"/>
              </w:rPr>
            </w:pPr>
            <w:r w:rsidRPr="002A7B71">
              <w:rPr>
                <w:noProof/>
                <w:color w:val="666666"/>
                <w:sz w:val="17"/>
                <w:lang w:val="ro-RO"/>
              </w:rPr>
              <w:t>Întrebări orientate pe proces, valabile pentru orice sistem de management</w:t>
            </w:r>
          </w:p>
        </w:tc>
      </w:tr>
    </w:tbl>
    <w:p w14:paraId="55C3941C" w14:textId="77777777" w:rsidR="00146DEE" w:rsidRPr="002A7B71" w:rsidRDefault="00146DEE">
      <w:pPr>
        <w:keepNext/>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4422"/>
        <w:gridCol w:w="3231"/>
        <w:gridCol w:w="1701"/>
      </w:tblGrid>
      <w:tr w:rsidR="00146DEE" w:rsidRPr="002A7B71" w14:paraId="4D6263AB" w14:textId="77777777">
        <w:trPr>
          <w:tblHeader/>
          <w:jc w:val="center"/>
        </w:trPr>
        <w:tc>
          <w:tcPr>
            <w:tcW w:w="567" w:type="dxa"/>
            <w:shd w:val="clear" w:color="auto" w:fill="D71920"/>
            <w:tcMar>
              <w:top w:w="80" w:type="dxa"/>
              <w:left w:w="90" w:type="dxa"/>
              <w:bottom w:w="80" w:type="dxa"/>
              <w:right w:w="90" w:type="dxa"/>
            </w:tcMar>
            <w:vAlign w:val="center"/>
          </w:tcPr>
          <w:p w14:paraId="4B15E810" w14:textId="77777777" w:rsidR="00146DEE" w:rsidRPr="002A7B71" w:rsidRDefault="00000000">
            <w:pPr>
              <w:spacing w:after="0" w:line="240" w:lineRule="auto"/>
              <w:jc w:val="center"/>
              <w:rPr>
                <w:noProof/>
                <w:lang w:val="ro-RO"/>
              </w:rPr>
            </w:pPr>
            <w:r w:rsidRPr="002A7B71">
              <w:rPr>
                <w:b/>
                <w:noProof/>
                <w:color w:val="FFFFFF"/>
                <w:sz w:val="13"/>
                <w:lang w:val="ro-RO"/>
              </w:rPr>
              <w:t>NR.</w:t>
            </w:r>
          </w:p>
        </w:tc>
        <w:tc>
          <w:tcPr>
            <w:tcW w:w="4422" w:type="dxa"/>
            <w:shd w:val="clear" w:color="auto" w:fill="D71920"/>
            <w:tcMar>
              <w:top w:w="80" w:type="dxa"/>
              <w:left w:w="90" w:type="dxa"/>
              <w:bottom w:w="80" w:type="dxa"/>
              <w:right w:w="90" w:type="dxa"/>
            </w:tcMar>
            <w:vAlign w:val="center"/>
          </w:tcPr>
          <w:p w14:paraId="22748B40" w14:textId="77777777" w:rsidR="00146DEE" w:rsidRPr="002A7B71" w:rsidRDefault="00000000">
            <w:pPr>
              <w:spacing w:after="0" w:line="240" w:lineRule="auto"/>
              <w:jc w:val="center"/>
              <w:rPr>
                <w:noProof/>
                <w:lang w:val="ro-RO"/>
              </w:rPr>
            </w:pPr>
            <w:r w:rsidRPr="002A7B71">
              <w:rPr>
                <w:b/>
                <w:noProof/>
                <w:color w:val="FFFFFF"/>
                <w:sz w:val="13"/>
                <w:lang w:val="ro-RO"/>
              </w:rPr>
              <w:t>ÎNTREBARE DE AUDIT</w:t>
            </w:r>
          </w:p>
        </w:tc>
        <w:tc>
          <w:tcPr>
            <w:tcW w:w="3231" w:type="dxa"/>
            <w:shd w:val="clear" w:color="auto" w:fill="D71920"/>
            <w:tcMar>
              <w:top w:w="80" w:type="dxa"/>
              <w:left w:w="90" w:type="dxa"/>
              <w:bottom w:w="80" w:type="dxa"/>
              <w:right w:w="90" w:type="dxa"/>
            </w:tcMar>
            <w:vAlign w:val="center"/>
          </w:tcPr>
          <w:p w14:paraId="6C0EDD21" w14:textId="77777777" w:rsidR="00146DEE" w:rsidRPr="002A7B71" w:rsidRDefault="00000000">
            <w:pPr>
              <w:spacing w:after="0" w:line="240" w:lineRule="auto"/>
              <w:jc w:val="center"/>
              <w:rPr>
                <w:noProof/>
                <w:lang w:val="ro-RO"/>
              </w:rPr>
            </w:pPr>
            <w:r w:rsidRPr="002A7B71">
              <w:rPr>
                <w:b/>
                <w:noProof/>
                <w:color w:val="FFFFFF"/>
                <w:sz w:val="13"/>
                <w:lang w:val="ro-RO"/>
              </w:rPr>
              <w:t>DOVEZI / EȘANTION</w:t>
            </w:r>
          </w:p>
        </w:tc>
        <w:tc>
          <w:tcPr>
            <w:tcW w:w="1701" w:type="dxa"/>
            <w:shd w:val="clear" w:color="auto" w:fill="D71920"/>
            <w:tcMar>
              <w:top w:w="80" w:type="dxa"/>
              <w:left w:w="90" w:type="dxa"/>
              <w:bottom w:w="80" w:type="dxa"/>
              <w:right w:w="90" w:type="dxa"/>
            </w:tcMar>
            <w:vAlign w:val="center"/>
          </w:tcPr>
          <w:p w14:paraId="114634C0" w14:textId="77777777" w:rsidR="00146DEE" w:rsidRPr="002A7B71" w:rsidRDefault="00000000">
            <w:pPr>
              <w:spacing w:after="0" w:line="240" w:lineRule="auto"/>
              <w:jc w:val="center"/>
              <w:rPr>
                <w:noProof/>
                <w:lang w:val="ro-RO"/>
              </w:rPr>
            </w:pPr>
            <w:r w:rsidRPr="002A7B71">
              <w:rPr>
                <w:b/>
                <w:noProof/>
                <w:color w:val="FFFFFF"/>
                <w:sz w:val="13"/>
                <w:lang w:val="ro-RO"/>
              </w:rPr>
              <w:t>REZULTAT</w:t>
            </w:r>
          </w:p>
        </w:tc>
      </w:tr>
      <w:tr w:rsidR="00146DEE" w:rsidRPr="002A7B71" w14:paraId="27AF1566" w14:textId="77777777">
        <w:trPr>
          <w:cantSplit/>
          <w:jc w:val="center"/>
        </w:trPr>
        <w:tc>
          <w:tcPr>
            <w:tcW w:w="567" w:type="dxa"/>
            <w:shd w:val="clear" w:color="auto" w:fill="FFFFFF"/>
            <w:tcMar>
              <w:top w:w="80" w:type="dxa"/>
              <w:left w:w="90" w:type="dxa"/>
              <w:bottom w:w="80" w:type="dxa"/>
              <w:right w:w="90" w:type="dxa"/>
            </w:tcMar>
            <w:vAlign w:val="center"/>
          </w:tcPr>
          <w:p w14:paraId="5296809F" w14:textId="77777777" w:rsidR="00146DEE" w:rsidRPr="002A7B71" w:rsidRDefault="00000000">
            <w:pPr>
              <w:spacing w:after="0" w:line="240" w:lineRule="auto"/>
              <w:jc w:val="center"/>
              <w:rPr>
                <w:noProof/>
                <w:lang w:val="ro-RO"/>
              </w:rPr>
            </w:pPr>
            <w:r w:rsidRPr="002A7B71">
              <w:rPr>
                <w:noProof/>
                <w:sz w:val="13"/>
                <w:lang w:val="ro-RO"/>
              </w:rPr>
              <w:t>1</w:t>
            </w:r>
          </w:p>
        </w:tc>
        <w:tc>
          <w:tcPr>
            <w:tcW w:w="4422" w:type="dxa"/>
            <w:shd w:val="clear" w:color="auto" w:fill="FFFFFF"/>
            <w:tcMar>
              <w:top w:w="80" w:type="dxa"/>
              <w:left w:w="90" w:type="dxa"/>
              <w:bottom w:w="80" w:type="dxa"/>
              <w:right w:w="90" w:type="dxa"/>
            </w:tcMar>
            <w:vAlign w:val="center"/>
          </w:tcPr>
          <w:p w14:paraId="72D12402" w14:textId="77777777" w:rsidR="00146DEE" w:rsidRPr="002A7B71" w:rsidRDefault="00000000">
            <w:pPr>
              <w:spacing w:after="0" w:line="240" w:lineRule="auto"/>
              <w:rPr>
                <w:noProof/>
                <w:lang w:val="ro-RO"/>
              </w:rPr>
            </w:pPr>
            <w:r w:rsidRPr="002A7B71">
              <w:rPr>
                <w:noProof/>
                <w:sz w:val="13"/>
                <w:lang w:val="ro-RO"/>
              </w:rPr>
              <w:t>Care este scopul procesului și ce rezultate trebuie să obțină?</w:t>
            </w:r>
          </w:p>
        </w:tc>
        <w:tc>
          <w:tcPr>
            <w:tcW w:w="3231" w:type="dxa"/>
            <w:shd w:val="clear" w:color="auto" w:fill="FFFFFF"/>
            <w:tcMar>
              <w:top w:w="80" w:type="dxa"/>
              <w:left w:w="90" w:type="dxa"/>
              <w:bottom w:w="80" w:type="dxa"/>
              <w:right w:w="90" w:type="dxa"/>
            </w:tcMar>
            <w:vAlign w:val="center"/>
          </w:tcPr>
          <w:p w14:paraId="5C5F4F2B"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4F6D1AEF"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6DC574C2" w14:textId="77777777">
        <w:trPr>
          <w:cantSplit/>
          <w:jc w:val="center"/>
        </w:trPr>
        <w:tc>
          <w:tcPr>
            <w:tcW w:w="567" w:type="dxa"/>
            <w:shd w:val="clear" w:color="auto" w:fill="FAFAFA"/>
            <w:tcMar>
              <w:top w:w="80" w:type="dxa"/>
              <w:left w:w="90" w:type="dxa"/>
              <w:bottom w:w="80" w:type="dxa"/>
              <w:right w:w="90" w:type="dxa"/>
            </w:tcMar>
            <w:vAlign w:val="center"/>
          </w:tcPr>
          <w:p w14:paraId="02D4A3FA" w14:textId="77777777" w:rsidR="00146DEE" w:rsidRPr="002A7B71" w:rsidRDefault="00000000">
            <w:pPr>
              <w:spacing w:after="0" w:line="240" w:lineRule="auto"/>
              <w:jc w:val="center"/>
              <w:rPr>
                <w:noProof/>
                <w:lang w:val="ro-RO"/>
              </w:rPr>
            </w:pPr>
            <w:r w:rsidRPr="002A7B71">
              <w:rPr>
                <w:noProof/>
                <w:sz w:val="13"/>
                <w:lang w:val="ro-RO"/>
              </w:rPr>
              <w:t>2</w:t>
            </w:r>
          </w:p>
        </w:tc>
        <w:tc>
          <w:tcPr>
            <w:tcW w:w="4422" w:type="dxa"/>
            <w:shd w:val="clear" w:color="auto" w:fill="FAFAFA"/>
            <w:tcMar>
              <w:top w:w="80" w:type="dxa"/>
              <w:left w:w="90" w:type="dxa"/>
              <w:bottom w:w="80" w:type="dxa"/>
              <w:right w:w="90" w:type="dxa"/>
            </w:tcMar>
            <w:vAlign w:val="center"/>
          </w:tcPr>
          <w:p w14:paraId="32A370F5" w14:textId="77777777" w:rsidR="00146DEE" w:rsidRPr="002A7B71" w:rsidRDefault="00000000">
            <w:pPr>
              <w:spacing w:after="0" w:line="240" w:lineRule="auto"/>
              <w:rPr>
                <w:noProof/>
                <w:lang w:val="ro-RO"/>
              </w:rPr>
            </w:pPr>
            <w:r w:rsidRPr="002A7B71">
              <w:rPr>
                <w:noProof/>
                <w:sz w:val="13"/>
                <w:lang w:val="ro-RO"/>
              </w:rPr>
              <w:t>Care sunt intrările, ieșirile și interacțiunile cu alte procese?</w:t>
            </w:r>
          </w:p>
        </w:tc>
        <w:tc>
          <w:tcPr>
            <w:tcW w:w="3231" w:type="dxa"/>
            <w:shd w:val="clear" w:color="auto" w:fill="FAFAFA"/>
            <w:tcMar>
              <w:top w:w="80" w:type="dxa"/>
              <w:left w:w="90" w:type="dxa"/>
              <w:bottom w:w="80" w:type="dxa"/>
              <w:right w:w="90" w:type="dxa"/>
            </w:tcMar>
            <w:vAlign w:val="center"/>
          </w:tcPr>
          <w:p w14:paraId="43313741"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522197B2"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29557097" w14:textId="77777777">
        <w:trPr>
          <w:cantSplit/>
          <w:jc w:val="center"/>
        </w:trPr>
        <w:tc>
          <w:tcPr>
            <w:tcW w:w="567" w:type="dxa"/>
            <w:shd w:val="clear" w:color="auto" w:fill="FFFFFF"/>
            <w:tcMar>
              <w:top w:w="80" w:type="dxa"/>
              <w:left w:w="90" w:type="dxa"/>
              <w:bottom w:w="80" w:type="dxa"/>
              <w:right w:w="90" w:type="dxa"/>
            </w:tcMar>
            <w:vAlign w:val="center"/>
          </w:tcPr>
          <w:p w14:paraId="4B1D224C" w14:textId="77777777" w:rsidR="00146DEE" w:rsidRPr="002A7B71" w:rsidRDefault="00000000">
            <w:pPr>
              <w:spacing w:after="0" w:line="240" w:lineRule="auto"/>
              <w:jc w:val="center"/>
              <w:rPr>
                <w:noProof/>
                <w:lang w:val="ro-RO"/>
              </w:rPr>
            </w:pPr>
            <w:r w:rsidRPr="002A7B71">
              <w:rPr>
                <w:noProof/>
                <w:sz w:val="13"/>
                <w:lang w:val="ro-RO"/>
              </w:rPr>
              <w:t>3</w:t>
            </w:r>
          </w:p>
        </w:tc>
        <w:tc>
          <w:tcPr>
            <w:tcW w:w="4422" w:type="dxa"/>
            <w:shd w:val="clear" w:color="auto" w:fill="FFFFFF"/>
            <w:tcMar>
              <w:top w:w="80" w:type="dxa"/>
              <w:left w:w="90" w:type="dxa"/>
              <w:bottom w:w="80" w:type="dxa"/>
              <w:right w:w="90" w:type="dxa"/>
            </w:tcMar>
            <w:vAlign w:val="center"/>
          </w:tcPr>
          <w:p w14:paraId="37B9A623" w14:textId="77777777" w:rsidR="00146DEE" w:rsidRPr="002A7B71" w:rsidRDefault="00000000">
            <w:pPr>
              <w:spacing w:after="0" w:line="240" w:lineRule="auto"/>
              <w:rPr>
                <w:noProof/>
                <w:lang w:val="ro-RO"/>
              </w:rPr>
            </w:pPr>
            <w:r w:rsidRPr="002A7B71">
              <w:rPr>
                <w:noProof/>
                <w:sz w:val="13"/>
                <w:lang w:val="ro-RO"/>
              </w:rPr>
              <w:t>Cine este responsabil și cum sunt comunicate rolurile și autoritățile?</w:t>
            </w:r>
          </w:p>
        </w:tc>
        <w:tc>
          <w:tcPr>
            <w:tcW w:w="3231" w:type="dxa"/>
            <w:shd w:val="clear" w:color="auto" w:fill="FFFFFF"/>
            <w:tcMar>
              <w:top w:w="80" w:type="dxa"/>
              <w:left w:w="90" w:type="dxa"/>
              <w:bottom w:w="80" w:type="dxa"/>
              <w:right w:w="90" w:type="dxa"/>
            </w:tcMar>
            <w:vAlign w:val="center"/>
          </w:tcPr>
          <w:p w14:paraId="68274F19"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47126FBD"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4CA6FC1F" w14:textId="77777777">
        <w:trPr>
          <w:cantSplit/>
          <w:jc w:val="center"/>
        </w:trPr>
        <w:tc>
          <w:tcPr>
            <w:tcW w:w="567" w:type="dxa"/>
            <w:shd w:val="clear" w:color="auto" w:fill="FAFAFA"/>
            <w:tcMar>
              <w:top w:w="80" w:type="dxa"/>
              <w:left w:w="90" w:type="dxa"/>
              <w:bottom w:w="80" w:type="dxa"/>
              <w:right w:w="90" w:type="dxa"/>
            </w:tcMar>
            <w:vAlign w:val="center"/>
          </w:tcPr>
          <w:p w14:paraId="4DCD1CE8" w14:textId="77777777" w:rsidR="00146DEE" w:rsidRPr="002A7B71" w:rsidRDefault="00000000">
            <w:pPr>
              <w:spacing w:after="0" w:line="240" w:lineRule="auto"/>
              <w:jc w:val="center"/>
              <w:rPr>
                <w:noProof/>
                <w:lang w:val="ro-RO"/>
              </w:rPr>
            </w:pPr>
            <w:r w:rsidRPr="002A7B71">
              <w:rPr>
                <w:noProof/>
                <w:sz w:val="13"/>
                <w:lang w:val="ro-RO"/>
              </w:rPr>
              <w:t>4</w:t>
            </w:r>
          </w:p>
        </w:tc>
        <w:tc>
          <w:tcPr>
            <w:tcW w:w="4422" w:type="dxa"/>
            <w:shd w:val="clear" w:color="auto" w:fill="FAFAFA"/>
            <w:tcMar>
              <w:top w:w="80" w:type="dxa"/>
              <w:left w:w="90" w:type="dxa"/>
              <w:bottom w:w="80" w:type="dxa"/>
              <w:right w:w="90" w:type="dxa"/>
            </w:tcMar>
            <w:vAlign w:val="center"/>
          </w:tcPr>
          <w:p w14:paraId="50DAD822" w14:textId="77777777" w:rsidR="00146DEE" w:rsidRPr="002A7B71" w:rsidRDefault="00000000">
            <w:pPr>
              <w:spacing w:after="0" w:line="240" w:lineRule="auto"/>
              <w:rPr>
                <w:noProof/>
                <w:lang w:val="ro-RO"/>
              </w:rPr>
            </w:pPr>
            <w:r w:rsidRPr="002A7B71">
              <w:rPr>
                <w:noProof/>
                <w:sz w:val="13"/>
                <w:lang w:val="ro-RO"/>
              </w:rPr>
              <w:t>Ce cerințe ale clienților, legale, contractuale sau interne se aplică?</w:t>
            </w:r>
          </w:p>
        </w:tc>
        <w:tc>
          <w:tcPr>
            <w:tcW w:w="3231" w:type="dxa"/>
            <w:shd w:val="clear" w:color="auto" w:fill="FAFAFA"/>
            <w:tcMar>
              <w:top w:w="80" w:type="dxa"/>
              <w:left w:w="90" w:type="dxa"/>
              <w:bottom w:w="80" w:type="dxa"/>
              <w:right w:w="90" w:type="dxa"/>
            </w:tcMar>
            <w:vAlign w:val="center"/>
          </w:tcPr>
          <w:p w14:paraId="76A260BF"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4E667BC4"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33D0E631" w14:textId="77777777">
        <w:trPr>
          <w:cantSplit/>
          <w:jc w:val="center"/>
        </w:trPr>
        <w:tc>
          <w:tcPr>
            <w:tcW w:w="567" w:type="dxa"/>
            <w:shd w:val="clear" w:color="auto" w:fill="FFFFFF"/>
            <w:tcMar>
              <w:top w:w="80" w:type="dxa"/>
              <w:left w:w="90" w:type="dxa"/>
              <w:bottom w:w="80" w:type="dxa"/>
              <w:right w:w="90" w:type="dxa"/>
            </w:tcMar>
            <w:vAlign w:val="center"/>
          </w:tcPr>
          <w:p w14:paraId="3D231D02" w14:textId="77777777" w:rsidR="00146DEE" w:rsidRPr="002A7B71" w:rsidRDefault="00000000">
            <w:pPr>
              <w:spacing w:after="0" w:line="240" w:lineRule="auto"/>
              <w:jc w:val="center"/>
              <w:rPr>
                <w:noProof/>
                <w:lang w:val="ro-RO"/>
              </w:rPr>
            </w:pPr>
            <w:r w:rsidRPr="002A7B71">
              <w:rPr>
                <w:noProof/>
                <w:sz w:val="13"/>
                <w:lang w:val="ro-RO"/>
              </w:rPr>
              <w:t>5</w:t>
            </w:r>
          </w:p>
        </w:tc>
        <w:tc>
          <w:tcPr>
            <w:tcW w:w="4422" w:type="dxa"/>
            <w:shd w:val="clear" w:color="auto" w:fill="FFFFFF"/>
            <w:tcMar>
              <w:top w:w="80" w:type="dxa"/>
              <w:left w:w="90" w:type="dxa"/>
              <w:bottom w:w="80" w:type="dxa"/>
              <w:right w:w="90" w:type="dxa"/>
            </w:tcMar>
            <w:vAlign w:val="center"/>
          </w:tcPr>
          <w:p w14:paraId="071CB736" w14:textId="77777777" w:rsidR="00146DEE" w:rsidRPr="002A7B71" w:rsidRDefault="00000000">
            <w:pPr>
              <w:spacing w:after="0" w:line="240" w:lineRule="auto"/>
              <w:rPr>
                <w:noProof/>
                <w:lang w:val="ro-RO"/>
              </w:rPr>
            </w:pPr>
            <w:r w:rsidRPr="002A7B71">
              <w:rPr>
                <w:noProof/>
                <w:sz w:val="13"/>
                <w:lang w:val="ro-RO"/>
              </w:rPr>
              <w:t>Ce riscuri și oportunități sunt relevante și ce controale au fost stabilite?</w:t>
            </w:r>
          </w:p>
        </w:tc>
        <w:tc>
          <w:tcPr>
            <w:tcW w:w="3231" w:type="dxa"/>
            <w:shd w:val="clear" w:color="auto" w:fill="FFFFFF"/>
            <w:tcMar>
              <w:top w:w="80" w:type="dxa"/>
              <w:left w:w="90" w:type="dxa"/>
              <w:bottom w:w="80" w:type="dxa"/>
              <w:right w:w="90" w:type="dxa"/>
            </w:tcMar>
            <w:vAlign w:val="center"/>
          </w:tcPr>
          <w:p w14:paraId="73AD5227"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5B35A391"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1F53A2BD" w14:textId="77777777">
        <w:trPr>
          <w:cantSplit/>
          <w:jc w:val="center"/>
        </w:trPr>
        <w:tc>
          <w:tcPr>
            <w:tcW w:w="567" w:type="dxa"/>
            <w:shd w:val="clear" w:color="auto" w:fill="FAFAFA"/>
            <w:tcMar>
              <w:top w:w="80" w:type="dxa"/>
              <w:left w:w="90" w:type="dxa"/>
              <w:bottom w:w="80" w:type="dxa"/>
              <w:right w:w="90" w:type="dxa"/>
            </w:tcMar>
            <w:vAlign w:val="center"/>
          </w:tcPr>
          <w:p w14:paraId="701BAA95" w14:textId="77777777" w:rsidR="00146DEE" w:rsidRPr="002A7B71" w:rsidRDefault="00000000">
            <w:pPr>
              <w:spacing w:after="0" w:line="240" w:lineRule="auto"/>
              <w:jc w:val="center"/>
              <w:rPr>
                <w:noProof/>
                <w:lang w:val="ro-RO"/>
              </w:rPr>
            </w:pPr>
            <w:r w:rsidRPr="002A7B71">
              <w:rPr>
                <w:noProof/>
                <w:sz w:val="13"/>
                <w:lang w:val="ro-RO"/>
              </w:rPr>
              <w:t>6</w:t>
            </w:r>
          </w:p>
        </w:tc>
        <w:tc>
          <w:tcPr>
            <w:tcW w:w="4422" w:type="dxa"/>
            <w:shd w:val="clear" w:color="auto" w:fill="FAFAFA"/>
            <w:tcMar>
              <w:top w:w="80" w:type="dxa"/>
              <w:left w:w="90" w:type="dxa"/>
              <w:bottom w:w="80" w:type="dxa"/>
              <w:right w:w="90" w:type="dxa"/>
            </w:tcMar>
            <w:vAlign w:val="center"/>
          </w:tcPr>
          <w:p w14:paraId="706C0C97" w14:textId="77777777" w:rsidR="00146DEE" w:rsidRPr="002A7B71" w:rsidRDefault="00000000">
            <w:pPr>
              <w:spacing w:after="0" w:line="240" w:lineRule="auto"/>
              <w:rPr>
                <w:noProof/>
                <w:lang w:val="ro-RO"/>
              </w:rPr>
            </w:pPr>
            <w:r w:rsidRPr="002A7B71">
              <w:rPr>
                <w:noProof/>
                <w:sz w:val="13"/>
                <w:lang w:val="ro-RO"/>
              </w:rPr>
              <w:t>Sunt disponibile resursele, infrastructura, mediul și informațiile necesare?</w:t>
            </w:r>
          </w:p>
        </w:tc>
        <w:tc>
          <w:tcPr>
            <w:tcW w:w="3231" w:type="dxa"/>
            <w:shd w:val="clear" w:color="auto" w:fill="FAFAFA"/>
            <w:tcMar>
              <w:top w:w="80" w:type="dxa"/>
              <w:left w:w="90" w:type="dxa"/>
              <w:bottom w:w="80" w:type="dxa"/>
              <w:right w:w="90" w:type="dxa"/>
            </w:tcMar>
            <w:vAlign w:val="center"/>
          </w:tcPr>
          <w:p w14:paraId="7C2BDD6F"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39DAF0C6"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12C78627" w14:textId="77777777">
        <w:trPr>
          <w:cantSplit/>
          <w:jc w:val="center"/>
        </w:trPr>
        <w:tc>
          <w:tcPr>
            <w:tcW w:w="567" w:type="dxa"/>
            <w:shd w:val="clear" w:color="auto" w:fill="FFFFFF"/>
            <w:tcMar>
              <w:top w:w="80" w:type="dxa"/>
              <w:left w:w="90" w:type="dxa"/>
              <w:bottom w:w="80" w:type="dxa"/>
              <w:right w:w="90" w:type="dxa"/>
            </w:tcMar>
            <w:vAlign w:val="center"/>
          </w:tcPr>
          <w:p w14:paraId="6696F916" w14:textId="77777777" w:rsidR="00146DEE" w:rsidRPr="002A7B71" w:rsidRDefault="00000000">
            <w:pPr>
              <w:spacing w:after="0" w:line="240" w:lineRule="auto"/>
              <w:jc w:val="center"/>
              <w:rPr>
                <w:noProof/>
                <w:lang w:val="ro-RO"/>
              </w:rPr>
            </w:pPr>
            <w:r w:rsidRPr="002A7B71">
              <w:rPr>
                <w:noProof/>
                <w:sz w:val="13"/>
                <w:lang w:val="ro-RO"/>
              </w:rPr>
              <w:t>7</w:t>
            </w:r>
          </w:p>
        </w:tc>
        <w:tc>
          <w:tcPr>
            <w:tcW w:w="4422" w:type="dxa"/>
            <w:shd w:val="clear" w:color="auto" w:fill="FFFFFF"/>
            <w:tcMar>
              <w:top w:w="80" w:type="dxa"/>
              <w:left w:w="90" w:type="dxa"/>
              <w:bottom w:w="80" w:type="dxa"/>
              <w:right w:w="90" w:type="dxa"/>
            </w:tcMar>
            <w:vAlign w:val="center"/>
          </w:tcPr>
          <w:p w14:paraId="48DEA552" w14:textId="77777777" w:rsidR="00146DEE" w:rsidRPr="002A7B71" w:rsidRDefault="00000000">
            <w:pPr>
              <w:spacing w:after="0" w:line="240" w:lineRule="auto"/>
              <w:rPr>
                <w:noProof/>
                <w:lang w:val="ro-RO"/>
              </w:rPr>
            </w:pPr>
            <w:r w:rsidRPr="002A7B71">
              <w:rPr>
                <w:noProof/>
                <w:sz w:val="13"/>
                <w:lang w:val="ro-RO"/>
              </w:rPr>
              <w:t>Cum este stabilită, asigurată și evaluată competența persoanelor?</w:t>
            </w:r>
          </w:p>
        </w:tc>
        <w:tc>
          <w:tcPr>
            <w:tcW w:w="3231" w:type="dxa"/>
            <w:shd w:val="clear" w:color="auto" w:fill="FFFFFF"/>
            <w:tcMar>
              <w:top w:w="80" w:type="dxa"/>
              <w:left w:w="90" w:type="dxa"/>
              <w:bottom w:w="80" w:type="dxa"/>
              <w:right w:w="90" w:type="dxa"/>
            </w:tcMar>
            <w:vAlign w:val="center"/>
          </w:tcPr>
          <w:p w14:paraId="20791CF3"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615847CE"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06888815" w14:textId="77777777">
        <w:trPr>
          <w:cantSplit/>
          <w:jc w:val="center"/>
        </w:trPr>
        <w:tc>
          <w:tcPr>
            <w:tcW w:w="567" w:type="dxa"/>
            <w:shd w:val="clear" w:color="auto" w:fill="FAFAFA"/>
            <w:tcMar>
              <w:top w:w="80" w:type="dxa"/>
              <w:left w:w="90" w:type="dxa"/>
              <w:bottom w:w="80" w:type="dxa"/>
              <w:right w:w="90" w:type="dxa"/>
            </w:tcMar>
            <w:vAlign w:val="center"/>
          </w:tcPr>
          <w:p w14:paraId="0B723141" w14:textId="77777777" w:rsidR="00146DEE" w:rsidRPr="002A7B71" w:rsidRDefault="00000000">
            <w:pPr>
              <w:spacing w:after="0" w:line="240" w:lineRule="auto"/>
              <w:jc w:val="center"/>
              <w:rPr>
                <w:noProof/>
                <w:lang w:val="ro-RO"/>
              </w:rPr>
            </w:pPr>
            <w:r w:rsidRPr="002A7B71">
              <w:rPr>
                <w:noProof/>
                <w:sz w:val="13"/>
                <w:lang w:val="ro-RO"/>
              </w:rPr>
              <w:t>8</w:t>
            </w:r>
          </w:p>
        </w:tc>
        <w:tc>
          <w:tcPr>
            <w:tcW w:w="4422" w:type="dxa"/>
            <w:shd w:val="clear" w:color="auto" w:fill="FAFAFA"/>
            <w:tcMar>
              <w:top w:w="80" w:type="dxa"/>
              <w:left w:w="90" w:type="dxa"/>
              <w:bottom w:w="80" w:type="dxa"/>
              <w:right w:w="90" w:type="dxa"/>
            </w:tcMar>
            <w:vAlign w:val="center"/>
          </w:tcPr>
          <w:p w14:paraId="36D84F19" w14:textId="77777777" w:rsidR="00146DEE" w:rsidRPr="002A7B71" w:rsidRDefault="00000000">
            <w:pPr>
              <w:spacing w:after="0" w:line="240" w:lineRule="auto"/>
              <w:rPr>
                <w:noProof/>
                <w:lang w:val="ro-RO"/>
              </w:rPr>
            </w:pPr>
            <w:r w:rsidRPr="002A7B71">
              <w:rPr>
                <w:noProof/>
                <w:sz w:val="13"/>
                <w:lang w:val="ro-RO"/>
              </w:rPr>
              <w:t>Cum sunt controlate documentele, datele și informațiile externe utilizate?</w:t>
            </w:r>
          </w:p>
        </w:tc>
        <w:tc>
          <w:tcPr>
            <w:tcW w:w="3231" w:type="dxa"/>
            <w:shd w:val="clear" w:color="auto" w:fill="FAFAFA"/>
            <w:tcMar>
              <w:top w:w="80" w:type="dxa"/>
              <w:left w:w="90" w:type="dxa"/>
              <w:bottom w:w="80" w:type="dxa"/>
              <w:right w:w="90" w:type="dxa"/>
            </w:tcMar>
            <w:vAlign w:val="center"/>
          </w:tcPr>
          <w:p w14:paraId="235F4CAC"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1A0D2D1E"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59CBFD12" w14:textId="77777777">
        <w:trPr>
          <w:cantSplit/>
          <w:jc w:val="center"/>
        </w:trPr>
        <w:tc>
          <w:tcPr>
            <w:tcW w:w="567" w:type="dxa"/>
            <w:shd w:val="clear" w:color="auto" w:fill="FFFFFF"/>
            <w:tcMar>
              <w:top w:w="80" w:type="dxa"/>
              <w:left w:w="90" w:type="dxa"/>
              <w:bottom w:w="80" w:type="dxa"/>
              <w:right w:w="90" w:type="dxa"/>
            </w:tcMar>
            <w:vAlign w:val="center"/>
          </w:tcPr>
          <w:p w14:paraId="3ED9393D" w14:textId="77777777" w:rsidR="00146DEE" w:rsidRPr="002A7B71" w:rsidRDefault="00000000">
            <w:pPr>
              <w:spacing w:after="0" w:line="240" w:lineRule="auto"/>
              <w:jc w:val="center"/>
              <w:rPr>
                <w:noProof/>
                <w:lang w:val="ro-RO"/>
              </w:rPr>
            </w:pPr>
            <w:r w:rsidRPr="002A7B71">
              <w:rPr>
                <w:noProof/>
                <w:sz w:val="13"/>
                <w:lang w:val="ro-RO"/>
              </w:rPr>
              <w:t>9</w:t>
            </w:r>
          </w:p>
        </w:tc>
        <w:tc>
          <w:tcPr>
            <w:tcW w:w="4422" w:type="dxa"/>
            <w:shd w:val="clear" w:color="auto" w:fill="FFFFFF"/>
            <w:tcMar>
              <w:top w:w="80" w:type="dxa"/>
              <w:left w:w="90" w:type="dxa"/>
              <w:bottom w:w="80" w:type="dxa"/>
              <w:right w:w="90" w:type="dxa"/>
            </w:tcMar>
            <w:vAlign w:val="center"/>
          </w:tcPr>
          <w:p w14:paraId="2E75A810" w14:textId="77777777" w:rsidR="00146DEE" w:rsidRPr="002A7B71" w:rsidRDefault="00000000">
            <w:pPr>
              <w:spacing w:after="0" w:line="240" w:lineRule="auto"/>
              <w:rPr>
                <w:noProof/>
                <w:lang w:val="ro-RO"/>
              </w:rPr>
            </w:pPr>
            <w:r w:rsidRPr="002A7B71">
              <w:rPr>
                <w:noProof/>
                <w:sz w:val="13"/>
                <w:lang w:val="ro-RO"/>
              </w:rPr>
              <w:t>Cum se desfășoară activitatea în condiții normale și anormale?</w:t>
            </w:r>
          </w:p>
        </w:tc>
        <w:tc>
          <w:tcPr>
            <w:tcW w:w="3231" w:type="dxa"/>
            <w:shd w:val="clear" w:color="auto" w:fill="FFFFFF"/>
            <w:tcMar>
              <w:top w:w="80" w:type="dxa"/>
              <w:left w:w="90" w:type="dxa"/>
              <w:bottom w:w="80" w:type="dxa"/>
              <w:right w:w="90" w:type="dxa"/>
            </w:tcMar>
            <w:vAlign w:val="center"/>
          </w:tcPr>
          <w:p w14:paraId="72BD2B8D"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5E3CB3D6"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16F60426" w14:textId="77777777">
        <w:trPr>
          <w:cantSplit/>
          <w:jc w:val="center"/>
        </w:trPr>
        <w:tc>
          <w:tcPr>
            <w:tcW w:w="567" w:type="dxa"/>
            <w:shd w:val="clear" w:color="auto" w:fill="FAFAFA"/>
            <w:tcMar>
              <w:top w:w="80" w:type="dxa"/>
              <w:left w:w="90" w:type="dxa"/>
              <w:bottom w:w="80" w:type="dxa"/>
              <w:right w:w="90" w:type="dxa"/>
            </w:tcMar>
            <w:vAlign w:val="center"/>
          </w:tcPr>
          <w:p w14:paraId="01B87DB3" w14:textId="77777777" w:rsidR="00146DEE" w:rsidRPr="002A7B71" w:rsidRDefault="00000000">
            <w:pPr>
              <w:spacing w:after="0" w:line="240" w:lineRule="auto"/>
              <w:jc w:val="center"/>
              <w:rPr>
                <w:noProof/>
                <w:lang w:val="ro-RO"/>
              </w:rPr>
            </w:pPr>
            <w:r w:rsidRPr="002A7B71">
              <w:rPr>
                <w:noProof/>
                <w:sz w:val="13"/>
                <w:lang w:val="ro-RO"/>
              </w:rPr>
              <w:t>10</w:t>
            </w:r>
          </w:p>
        </w:tc>
        <w:tc>
          <w:tcPr>
            <w:tcW w:w="4422" w:type="dxa"/>
            <w:shd w:val="clear" w:color="auto" w:fill="FAFAFA"/>
            <w:tcMar>
              <w:top w:w="80" w:type="dxa"/>
              <w:left w:w="90" w:type="dxa"/>
              <w:bottom w:w="80" w:type="dxa"/>
              <w:right w:w="90" w:type="dxa"/>
            </w:tcMar>
            <w:vAlign w:val="center"/>
          </w:tcPr>
          <w:p w14:paraId="1DBAED8F" w14:textId="77777777" w:rsidR="00146DEE" w:rsidRPr="002A7B71" w:rsidRDefault="00000000">
            <w:pPr>
              <w:spacing w:after="0" w:line="240" w:lineRule="auto"/>
              <w:rPr>
                <w:noProof/>
                <w:lang w:val="ro-RO"/>
              </w:rPr>
            </w:pPr>
            <w:r w:rsidRPr="002A7B71">
              <w:rPr>
                <w:noProof/>
                <w:sz w:val="13"/>
                <w:lang w:val="ro-RO"/>
              </w:rPr>
              <w:t>Cum sunt controlate furnizările sau procesele externalizate?</w:t>
            </w:r>
          </w:p>
        </w:tc>
        <w:tc>
          <w:tcPr>
            <w:tcW w:w="3231" w:type="dxa"/>
            <w:shd w:val="clear" w:color="auto" w:fill="FAFAFA"/>
            <w:tcMar>
              <w:top w:w="80" w:type="dxa"/>
              <w:left w:w="90" w:type="dxa"/>
              <w:bottom w:w="80" w:type="dxa"/>
              <w:right w:w="90" w:type="dxa"/>
            </w:tcMar>
            <w:vAlign w:val="center"/>
          </w:tcPr>
          <w:p w14:paraId="27383CE7"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33852C01"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4C42BF1E" w14:textId="77777777">
        <w:trPr>
          <w:cantSplit/>
          <w:jc w:val="center"/>
        </w:trPr>
        <w:tc>
          <w:tcPr>
            <w:tcW w:w="567" w:type="dxa"/>
            <w:shd w:val="clear" w:color="auto" w:fill="FFFFFF"/>
            <w:tcMar>
              <w:top w:w="80" w:type="dxa"/>
              <w:left w:w="90" w:type="dxa"/>
              <w:bottom w:w="80" w:type="dxa"/>
              <w:right w:w="90" w:type="dxa"/>
            </w:tcMar>
            <w:vAlign w:val="center"/>
          </w:tcPr>
          <w:p w14:paraId="7709DADA" w14:textId="77777777" w:rsidR="00146DEE" w:rsidRPr="002A7B71" w:rsidRDefault="00000000">
            <w:pPr>
              <w:spacing w:after="0" w:line="240" w:lineRule="auto"/>
              <w:jc w:val="center"/>
              <w:rPr>
                <w:noProof/>
                <w:lang w:val="ro-RO"/>
              </w:rPr>
            </w:pPr>
            <w:r w:rsidRPr="002A7B71">
              <w:rPr>
                <w:noProof/>
                <w:sz w:val="13"/>
                <w:lang w:val="ro-RO"/>
              </w:rPr>
              <w:t>11</w:t>
            </w:r>
          </w:p>
        </w:tc>
        <w:tc>
          <w:tcPr>
            <w:tcW w:w="4422" w:type="dxa"/>
            <w:shd w:val="clear" w:color="auto" w:fill="FFFFFF"/>
            <w:tcMar>
              <w:top w:w="80" w:type="dxa"/>
              <w:left w:w="90" w:type="dxa"/>
              <w:bottom w:w="80" w:type="dxa"/>
              <w:right w:w="90" w:type="dxa"/>
            </w:tcMar>
            <w:vAlign w:val="center"/>
          </w:tcPr>
          <w:p w14:paraId="501DCE1D" w14:textId="77777777" w:rsidR="00146DEE" w:rsidRPr="002A7B71" w:rsidRDefault="00000000">
            <w:pPr>
              <w:spacing w:after="0" w:line="240" w:lineRule="auto"/>
              <w:rPr>
                <w:noProof/>
                <w:lang w:val="ro-RO"/>
              </w:rPr>
            </w:pPr>
            <w:r w:rsidRPr="002A7B71">
              <w:rPr>
                <w:noProof/>
                <w:sz w:val="13"/>
                <w:lang w:val="ro-RO"/>
              </w:rPr>
              <w:t>Ce se monitorizează, cum sunt validate datele și cum se analizează tendințele?</w:t>
            </w:r>
          </w:p>
        </w:tc>
        <w:tc>
          <w:tcPr>
            <w:tcW w:w="3231" w:type="dxa"/>
            <w:shd w:val="clear" w:color="auto" w:fill="FFFFFF"/>
            <w:tcMar>
              <w:top w:w="80" w:type="dxa"/>
              <w:left w:w="90" w:type="dxa"/>
              <w:bottom w:w="80" w:type="dxa"/>
              <w:right w:w="90" w:type="dxa"/>
            </w:tcMar>
            <w:vAlign w:val="center"/>
          </w:tcPr>
          <w:p w14:paraId="2278FE30"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16BC2E23"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371F9FBD" w14:textId="77777777">
        <w:trPr>
          <w:cantSplit/>
          <w:jc w:val="center"/>
        </w:trPr>
        <w:tc>
          <w:tcPr>
            <w:tcW w:w="567" w:type="dxa"/>
            <w:shd w:val="clear" w:color="auto" w:fill="FAFAFA"/>
            <w:tcMar>
              <w:top w:w="80" w:type="dxa"/>
              <w:left w:w="90" w:type="dxa"/>
              <w:bottom w:w="80" w:type="dxa"/>
              <w:right w:w="90" w:type="dxa"/>
            </w:tcMar>
            <w:vAlign w:val="center"/>
          </w:tcPr>
          <w:p w14:paraId="37AAC9E6" w14:textId="77777777" w:rsidR="00146DEE" w:rsidRPr="002A7B71" w:rsidRDefault="00000000">
            <w:pPr>
              <w:spacing w:after="0" w:line="240" w:lineRule="auto"/>
              <w:jc w:val="center"/>
              <w:rPr>
                <w:noProof/>
                <w:lang w:val="ro-RO"/>
              </w:rPr>
            </w:pPr>
            <w:r w:rsidRPr="002A7B71">
              <w:rPr>
                <w:noProof/>
                <w:sz w:val="13"/>
                <w:lang w:val="ro-RO"/>
              </w:rPr>
              <w:t>12</w:t>
            </w:r>
          </w:p>
        </w:tc>
        <w:tc>
          <w:tcPr>
            <w:tcW w:w="4422" w:type="dxa"/>
            <w:shd w:val="clear" w:color="auto" w:fill="FAFAFA"/>
            <w:tcMar>
              <w:top w:w="80" w:type="dxa"/>
              <w:left w:w="90" w:type="dxa"/>
              <w:bottom w:w="80" w:type="dxa"/>
              <w:right w:w="90" w:type="dxa"/>
            </w:tcMar>
            <w:vAlign w:val="center"/>
          </w:tcPr>
          <w:p w14:paraId="2E105AE4" w14:textId="77777777" w:rsidR="00146DEE" w:rsidRPr="002A7B71" w:rsidRDefault="00000000">
            <w:pPr>
              <w:spacing w:after="0" w:line="240" w:lineRule="auto"/>
              <w:rPr>
                <w:noProof/>
                <w:lang w:val="ro-RO"/>
              </w:rPr>
            </w:pPr>
            <w:r w:rsidRPr="002A7B71">
              <w:rPr>
                <w:noProof/>
                <w:sz w:val="13"/>
                <w:lang w:val="ro-RO"/>
              </w:rPr>
              <w:t>Ce se întâmplă când apar abateri, incidente, neconformități sau reclamații?</w:t>
            </w:r>
          </w:p>
        </w:tc>
        <w:tc>
          <w:tcPr>
            <w:tcW w:w="3231" w:type="dxa"/>
            <w:shd w:val="clear" w:color="auto" w:fill="FAFAFA"/>
            <w:tcMar>
              <w:top w:w="80" w:type="dxa"/>
              <w:left w:w="90" w:type="dxa"/>
              <w:bottom w:w="80" w:type="dxa"/>
              <w:right w:w="90" w:type="dxa"/>
            </w:tcMar>
            <w:vAlign w:val="center"/>
          </w:tcPr>
          <w:p w14:paraId="447BAA9B"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574CC49D"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29192DD1" w14:textId="77777777">
        <w:trPr>
          <w:cantSplit/>
          <w:jc w:val="center"/>
        </w:trPr>
        <w:tc>
          <w:tcPr>
            <w:tcW w:w="567" w:type="dxa"/>
            <w:shd w:val="clear" w:color="auto" w:fill="FFFFFF"/>
            <w:tcMar>
              <w:top w:w="80" w:type="dxa"/>
              <w:left w:w="90" w:type="dxa"/>
              <w:bottom w:w="80" w:type="dxa"/>
              <w:right w:w="90" w:type="dxa"/>
            </w:tcMar>
            <w:vAlign w:val="center"/>
          </w:tcPr>
          <w:p w14:paraId="533FF44B" w14:textId="77777777" w:rsidR="00146DEE" w:rsidRPr="002A7B71" w:rsidRDefault="00000000">
            <w:pPr>
              <w:spacing w:after="0" w:line="240" w:lineRule="auto"/>
              <w:jc w:val="center"/>
              <w:rPr>
                <w:noProof/>
                <w:lang w:val="ro-RO"/>
              </w:rPr>
            </w:pPr>
            <w:r w:rsidRPr="002A7B71">
              <w:rPr>
                <w:noProof/>
                <w:sz w:val="13"/>
                <w:lang w:val="ro-RO"/>
              </w:rPr>
              <w:t>13</w:t>
            </w:r>
          </w:p>
        </w:tc>
        <w:tc>
          <w:tcPr>
            <w:tcW w:w="4422" w:type="dxa"/>
            <w:shd w:val="clear" w:color="auto" w:fill="FFFFFF"/>
            <w:tcMar>
              <w:top w:w="80" w:type="dxa"/>
              <w:left w:w="90" w:type="dxa"/>
              <w:bottom w:w="80" w:type="dxa"/>
              <w:right w:w="90" w:type="dxa"/>
            </w:tcMar>
            <w:vAlign w:val="center"/>
          </w:tcPr>
          <w:p w14:paraId="578BCAE5" w14:textId="77777777" w:rsidR="00146DEE" w:rsidRPr="002A7B71" w:rsidRDefault="00000000">
            <w:pPr>
              <w:spacing w:after="0" w:line="240" w:lineRule="auto"/>
              <w:rPr>
                <w:noProof/>
                <w:lang w:val="ro-RO"/>
              </w:rPr>
            </w:pPr>
            <w:r w:rsidRPr="002A7B71">
              <w:rPr>
                <w:noProof/>
                <w:sz w:val="13"/>
                <w:lang w:val="ro-RO"/>
              </w:rPr>
              <w:t>Cum sunt planificate, autorizate și evaluate schimbările?</w:t>
            </w:r>
          </w:p>
        </w:tc>
        <w:tc>
          <w:tcPr>
            <w:tcW w:w="3231" w:type="dxa"/>
            <w:shd w:val="clear" w:color="auto" w:fill="FFFFFF"/>
            <w:tcMar>
              <w:top w:w="80" w:type="dxa"/>
              <w:left w:w="90" w:type="dxa"/>
              <w:bottom w:w="80" w:type="dxa"/>
              <w:right w:w="90" w:type="dxa"/>
            </w:tcMar>
            <w:vAlign w:val="center"/>
          </w:tcPr>
          <w:p w14:paraId="28F39161"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231CF614"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2BFD64AE" w14:textId="77777777">
        <w:trPr>
          <w:cantSplit/>
          <w:jc w:val="center"/>
        </w:trPr>
        <w:tc>
          <w:tcPr>
            <w:tcW w:w="567" w:type="dxa"/>
            <w:shd w:val="clear" w:color="auto" w:fill="FAFAFA"/>
            <w:tcMar>
              <w:top w:w="80" w:type="dxa"/>
              <w:left w:w="90" w:type="dxa"/>
              <w:bottom w:w="80" w:type="dxa"/>
              <w:right w:w="90" w:type="dxa"/>
            </w:tcMar>
            <w:vAlign w:val="center"/>
          </w:tcPr>
          <w:p w14:paraId="45FF6884" w14:textId="77777777" w:rsidR="00146DEE" w:rsidRPr="002A7B71" w:rsidRDefault="00000000">
            <w:pPr>
              <w:spacing w:after="0" w:line="240" w:lineRule="auto"/>
              <w:jc w:val="center"/>
              <w:rPr>
                <w:noProof/>
                <w:lang w:val="ro-RO"/>
              </w:rPr>
            </w:pPr>
            <w:r w:rsidRPr="002A7B71">
              <w:rPr>
                <w:noProof/>
                <w:sz w:val="13"/>
                <w:lang w:val="ro-RO"/>
              </w:rPr>
              <w:t>14</w:t>
            </w:r>
          </w:p>
        </w:tc>
        <w:tc>
          <w:tcPr>
            <w:tcW w:w="4422" w:type="dxa"/>
            <w:shd w:val="clear" w:color="auto" w:fill="FAFAFA"/>
            <w:tcMar>
              <w:top w:w="80" w:type="dxa"/>
              <w:left w:w="90" w:type="dxa"/>
              <w:bottom w:w="80" w:type="dxa"/>
              <w:right w:w="90" w:type="dxa"/>
            </w:tcMar>
            <w:vAlign w:val="center"/>
          </w:tcPr>
          <w:p w14:paraId="725975A1" w14:textId="77777777" w:rsidR="00146DEE" w:rsidRPr="002A7B71" w:rsidRDefault="00000000">
            <w:pPr>
              <w:spacing w:after="0" w:line="240" w:lineRule="auto"/>
              <w:rPr>
                <w:noProof/>
                <w:lang w:val="ro-RO"/>
              </w:rPr>
            </w:pPr>
            <w:r w:rsidRPr="002A7B71">
              <w:rPr>
                <w:noProof/>
                <w:sz w:val="13"/>
                <w:lang w:val="ro-RO"/>
              </w:rPr>
              <w:t>Acțiunile anterioare au fost implementate și confirmate ca eficace?</w:t>
            </w:r>
          </w:p>
        </w:tc>
        <w:tc>
          <w:tcPr>
            <w:tcW w:w="3231" w:type="dxa"/>
            <w:shd w:val="clear" w:color="auto" w:fill="FAFAFA"/>
            <w:tcMar>
              <w:top w:w="80" w:type="dxa"/>
              <w:left w:w="90" w:type="dxa"/>
              <w:bottom w:w="80" w:type="dxa"/>
              <w:right w:w="90" w:type="dxa"/>
            </w:tcMar>
            <w:vAlign w:val="center"/>
          </w:tcPr>
          <w:p w14:paraId="6D028DFB" w14:textId="77777777" w:rsidR="00146DEE" w:rsidRPr="002A7B71" w:rsidRDefault="00146DEE">
            <w:pPr>
              <w:spacing w:after="0" w:line="240" w:lineRule="auto"/>
              <w:rPr>
                <w:noProof/>
                <w:lang w:val="ro-RO"/>
              </w:rPr>
            </w:pPr>
          </w:p>
        </w:tc>
        <w:tc>
          <w:tcPr>
            <w:tcW w:w="1701" w:type="dxa"/>
            <w:shd w:val="clear" w:color="auto" w:fill="FAFAFA"/>
            <w:tcMar>
              <w:top w:w="80" w:type="dxa"/>
              <w:left w:w="90" w:type="dxa"/>
              <w:bottom w:w="80" w:type="dxa"/>
              <w:right w:w="90" w:type="dxa"/>
            </w:tcMar>
            <w:vAlign w:val="center"/>
          </w:tcPr>
          <w:p w14:paraId="160DD6FD" w14:textId="77777777" w:rsidR="00146DEE" w:rsidRPr="002A7B71" w:rsidRDefault="00000000">
            <w:pPr>
              <w:spacing w:after="0" w:line="240" w:lineRule="auto"/>
              <w:jc w:val="center"/>
              <w:rPr>
                <w:noProof/>
                <w:lang w:val="ro-RO"/>
              </w:rPr>
            </w:pPr>
            <w:r w:rsidRPr="002A7B71">
              <w:rPr>
                <w:noProof/>
                <w:sz w:val="13"/>
                <w:lang w:val="ro-RO"/>
              </w:rPr>
              <w:t>□ C  □ NC  □ Obs.</w:t>
            </w:r>
          </w:p>
        </w:tc>
      </w:tr>
      <w:tr w:rsidR="00146DEE" w:rsidRPr="002A7B71" w14:paraId="77D8AC0D" w14:textId="77777777">
        <w:trPr>
          <w:cantSplit/>
          <w:jc w:val="center"/>
        </w:trPr>
        <w:tc>
          <w:tcPr>
            <w:tcW w:w="567" w:type="dxa"/>
            <w:shd w:val="clear" w:color="auto" w:fill="FFFFFF"/>
            <w:tcMar>
              <w:top w:w="80" w:type="dxa"/>
              <w:left w:w="90" w:type="dxa"/>
              <w:bottom w:w="80" w:type="dxa"/>
              <w:right w:w="90" w:type="dxa"/>
            </w:tcMar>
            <w:vAlign w:val="center"/>
          </w:tcPr>
          <w:p w14:paraId="330C269A" w14:textId="77777777" w:rsidR="00146DEE" w:rsidRPr="002A7B71" w:rsidRDefault="00000000">
            <w:pPr>
              <w:spacing w:after="0" w:line="240" w:lineRule="auto"/>
              <w:jc w:val="center"/>
              <w:rPr>
                <w:noProof/>
                <w:lang w:val="ro-RO"/>
              </w:rPr>
            </w:pPr>
            <w:r w:rsidRPr="002A7B71">
              <w:rPr>
                <w:noProof/>
                <w:sz w:val="13"/>
                <w:lang w:val="ro-RO"/>
              </w:rPr>
              <w:t>15</w:t>
            </w:r>
          </w:p>
        </w:tc>
        <w:tc>
          <w:tcPr>
            <w:tcW w:w="4422" w:type="dxa"/>
            <w:shd w:val="clear" w:color="auto" w:fill="FFFFFF"/>
            <w:tcMar>
              <w:top w:w="80" w:type="dxa"/>
              <w:left w:w="90" w:type="dxa"/>
              <w:bottom w:w="80" w:type="dxa"/>
              <w:right w:w="90" w:type="dxa"/>
            </w:tcMar>
            <w:vAlign w:val="center"/>
          </w:tcPr>
          <w:p w14:paraId="7431AF0B" w14:textId="77777777" w:rsidR="00146DEE" w:rsidRPr="002A7B71" w:rsidRDefault="00000000">
            <w:pPr>
              <w:spacing w:after="0" w:line="240" w:lineRule="auto"/>
              <w:rPr>
                <w:noProof/>
                <w:lang w:val="ro-RO"/>
              </w:rPr>
            </w:pPr>
            <w:r w:rsidRPr="002A7B71">
              <w:rPr>
                <w:noProof/>
                <w:sz w:val="13"/>
                <w:lang w:val="ro-RO"/>
              </w:rPr>
              <w:t>Ce oportunități de îmbunătățire rezultă din date și experiență?</w:t>
            </w:r>
          </w:p>
        </w:tc>
        <w:tc>
          <w:tcPr>
            <w:tcW w:w="3231" w:type="dxa"/>
            <w:shd w:val="clear" w:color="auto" w:fill="FFFFFF"/>
            <w:tcMar>
              <w:top w:w="80" w:type="dxa"/>
              <w:left w:w="90" w:type="dxa"/>
              <w:bottom w:w="80" w:type="dxa"/>
              <w:right w:w="90" w:type="dxa"/>
            </w:tcMar>
            <w:vAlign w:val="center"/>
          </w:tcPr>
          <w:p w14:paraId="311535AE" w14:textId="77777777" w:rsidR="00146DEE" w:rsidRPr="002A7B71" w:rsidRDefault="00146DEE">
            <w:pPr>
              <w:spacing w:after="0" w:line="240" w:lineRule="auto"/>
              <w:rPr>
                <w:noProof/>
                <w:lang w:val="ro-RO"/>
              </w:rPr>
            </w:pPr>
          </w:p>
        </w:tc>
        <w:tc>
          <w:tcPr>
            <w:tcW w:w="1701" w:type="dxa"/>
            <w:shd w:val="clear" w:color="auto" w:fill="FFFFFF"/>
            <w:tcMar>
              <w:top w:w="80" w:type="dxa"/>
              <w:left w:w="90" w:type="dxa"/>
              <w:bottom w:w="80" w:type="dxa"/>
              <w:right w:w="90" w:type="dxa"/>
            </w:tcMar>
            <w:vAlign w:val="center"/>
          </w:tcPr>
          <w:p w14:paraId="15B91148" w14:textId="77777777" w:rsidR="00146DEE" w:rsidRPr="002A7B71" w:rsidRDefault="00000000">
            <w:pPr>
              <w:spacing w:after="0" w:line="240" w:lineRule="auto"/>
              <w:jc w:val="center"/>
              <w:rPr>
                <w:noProof/>
                <w:lang w:val="ro-RO"/>
              </w:rPr>
            </w:pPr>
            <w:r w:rsidRPr="002A7B71">
              <w:rPr>
                <w:noProof/>
                <w:sz w:val="13"/>
                <w:lang w:val="ro-RO"/>
              </w:rPr>
              <w:t>□ C  □ NC  □ Obs.</w:t>
            </w:r>
          </w:p>
        </w:tc>
      </w:tr>
    </w:tbl>
    <w:p w14:paraId="4E4D7811" w14:textId="77777777" w:rsidR="00146DEE" w:rsidRPr="002A7B71" w:rsidRDefault="00146DEE">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6D402C7B" w14:textId="77777777">
        <w:trPr>
          <w:cantSplit/>
          <w:jc w:val="center"/>
        </w:trPr>
        <w:tc>
          <w:tcPr>
            <w:tcW w:w="567" w:type="dxa"/>
            <w:shd w:val="clear" w:color="auto" w:fill="D71920"/>
            <w:tcMar>
              <w:top w:w="80" w:type="dxa"/>
              <w:left w:w="90" w:type="dxa"/>
              <w:bottom w:w="80" w:type="dxa"/>
              <w:right w:w="90" w:type="dxa"/>
            </w:tcMar>
            <w:vAlign w:val="center"/>
          </w:tcPr>
          <w:p w14:paraId="0D03FC12" w14:textId="77777777" w:rsidR="00146DEE" w:rsidRPr="002A7B71" w:rsidRDefault="00000000">
            <w:pPr>
              <w:spacing w:after="0" w:line="240" w:lineRule="auto"/>
              <w:jc w:val="center"/>
              <w:rPr>
                <w:noProof/>
                <w:lang w:val="ro-RO"/>
              </w:rPr>
            </w:pPr>
            <w:r w:rsidRPr="002A7B71">
              <w:rPr>
                <w:b/>
                <w:noProof/>
                <w:color w:val="FFFFFF"/>
                <w:sz w:val="32"/>
                <w:lang w:val="ro-RO"/>
              </w:rPr>
              <w:t>i</w:t>
            </w:r>
          </w:p>
        </w:tc>
        <w:tc>
          <w:tcPr>
            <w:tcW w:w="9354" w:type="dxa"/>
            <w:shd w:val="clear" w:color="auto" w:fill="FCEBEC"/>
          </w:tcPr>
          <w:p w14:paraId="6CE9F47C" w14:textId="77777777" w:rsidR="00146DEE" w:rsidRPr="002A7B71" w:rsidRDefault="00000000">
            <w:pPr>
              <w:spacing w:after="40"/>
              <w:rPr>
                <w:noProof/>
                <w:lang w:val="ro-RO"/>
              </w:rPr>
            </w:pPr>
            <w:r w:rsidRPr="002A7B71">
              <w:rPr>
                <w:b/>
                <w:noProof/>
                <w:color w:val="D71920"/>
                <w:lang w:val="ro-RO"/>
              </w:rPr>
              <w:t>CUM SE FOLOSEȘTE</w:t>
            </w:r>
          </w:p>
          <w:p w14:paraId="665530DB" w14:textId="77777777" w:rsidR="00146DEE" w:rsidRPr="002A7B71" w:rsidRDefault="00000000">
            <w:pPr>
              <w:spacing w:after="0" w:line="252" w:lineRule="auto"/>
              <w:rPr>
                <w:noProof/>
                <w:lang w:val="ro-RO"/>
              </w:rPr>
            </w:pPr>
            <w:r w:rsidRPr="002A7B71">
              <w:rPr>
                <w:noProof/>
                <w:sz w:val="17"/>
                <w:lang w:val="ro-RO"/>
              </w:rPr>
              <w:t>Nu este necesar să puneți toate întrebările în fiecare audit. Selectați-le după obiectiv, domeniu și risc, apoi adăugați întrebări specifice criteriilor auditate.</w:t>
            </w:r>
          </w:p>
        </w:tc>
      </w:tr>
    </w:tbl>
    <w:p w14:paraId="51F74C3D" w14:textId="77777777" w:rsidR="00146DEE" w:rsidRPr="002A7B71" w:rsidRDefault="00146DEE">
      <w:pPr>
        <w:spacing w:after="0"/>
        <w:rPr>
          <w:noProof/>
          <w:lang w:val="ro-RO"/>
        </w:rPr>
      </w:pPr>
    </w:p>
    <w:p w14:paraId="1734AD2F" w14:textId="77777777" w:rsidR="00146DEE" w:rsidRPr="002A7B71" w:rsidRDefault="00000000">
      <w:pPr>
        <w:pStyle w:val="Heading2"/>
        <w:rPr>
          <w:noProof/>
          <w:lang w:val="ro-RO"/>
        </w:rPr>
      </w:pPr>
      <w:r w:rsidRPr="002A7B71">
        <w:rPr>
          <w:noProof/>
          <w:lang w:val="ro-RO"/>
        </w:rPr>
        <w:t>Notițe de audit - traseu minim</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964"/>
        <w:gridCol w:w="1984"/>
        <w:gridCol w:w="3005"/>
        <w:gridCol w:w="1984"/>
        <w:gridCol w:w="1984"/>
      </w:tblGrid>
      <w:tr w:rsidR="00146DEE" w:rsidRPr="002A7B71" w14:paraId="43D639C9" w14:textId="77777777">
        <w:trPr>
          <w:tblHeader/>
          <w:jc w:val="center"/>
        </w:trPr>
        <w:tc>
          <w:tcPr>
            <w:tcW w:w="964" w:type="dxa"/>
            <w:shd w:val="clear" w:color="auto" w:fill="D71920"/>
            <w:tcMar>
              <w:top w:w="80" w:type="dxa"/>
              <w:left w:w="90" w:type="dxa"/>
              <w:bottom w:w="80" w:type="dxa"/>
              <w:right w:w="90" w:type="dxa"/>
            </w:tcMar>
            <w:vAlign w:val="center"/>
          </w:tcPr>
          <w:p w14:paraId="5AE4A290" w14:textId="77777777" w:rsidR="00146DEE" w:rsidRPr="002A7B71" w:rsidRDefault="00000000">
            <w:pPr>
              <w:spacing w:after="0" w:line="240" w:lineRule="auto"/>
              <w:jc w:val="center"/>
              <w:rPr>
                <w:noProof/>
                <w:lang w:val="ro-RO"/>
              </w:rPr>
            </w:pPr>
            <w:r w:rsidRPr="002A7B71">
              <w:rPr>
                <w:b/>
                <w:noProof/>
                <w:color w:val="FFFFFF"/>
                <w:sz w:val="13"/>
                <w:lang w:val="ro-RO"/>
              </w:rPr>
              <w:t>ORA</w:t>
            </w:r>
          </w:p>
        </w:tc>
        <w:tc>
          <w:tcPr>
            <w:tcW w:w="1984" w:type="dxa"/>
            <w:shd w:val="clear" w:color="auto" w:fill="D71920"/>
            <w:tcMar>
              <w:top w:w="80" w:type="dxa"/>
              <w:left w:w="90" w:type="dxa"/>
              <w:bottom w:w="80" w:type="dxa"/>
              <w:right w:w="90" w:type="dxa"/>
            </w:tcMar>
            <w:vAlign w:val="center"/>
          </w:tcPr>
          <w:p w14:paraId="103D5AE3" w14:textId="77777777" w:rsidR="00146DEE" w:rsidRPr="002A7B71" w:rsidRDefault="00000000">
            <w:pPr>
              <w:spacing w:after="0" w:line="240" w:lineRule="auto"/>
              <w:jc w:val="center"/>
              <w:rPr>
                <w:noProof/>
                <w:lang w:val="ro-RO"/>
              </w:rPr>
            </w:pPr>
            <w:r w:rsidRPr="002A7B71">
              <w:rPr>
                <w:b/>
                <w:noProof/>
                <w:color w:val="FFFFFF"/>
                <w:sz w:val="13"/>
                <w:lang w:val="ro-RO"/>
              </w:rPr>
              <w:t>PERSOANĂ / ACTIVITATE</w:t>
            </w:r>
          </w:p>
        </w:tc>
        <w:tc>
          <w:tcPr>
            <w:tcW w:w="3005" w:type="dxa"/>
            <w:shd w:val="clear" w:color="auto" w:fill="D71920"/>
            <w:tcMar>
              <w:top w:w="80" w:type="dxa"/>
              <w:left w:w="90" w:type="dxa"/>
              <w:bottom w:w="80" w:type="dxa"/>
              <w:right w:w="90" w:type="dxa"/>
            </w:tcMar>
            <w:vAlign w:val="center"/>
          </w:tcPr>
          <w:p w14:paraId="1CD47183" w14:textId="77777777" w:rsidR="00146DEE" w:rsidRPr="002A7B71" w:rsidRDefault="00000000">
            <w:pPr>
              <w:spacing w:after="0" w:line="240" w:lineRule="auto"/>
              <w:jc w:val="center"/>
              <w:rPr>
                <w:noProof/>
                <w:lang w:val="ro-RO"/>
              </w:rPr>
            </w:pPr>
            <w:r w:rsidRPr="002A7B71">
              <w:rPr>
                <w:b/>
                <w:noProof/>
                <w:color w:val="FFFFFF"/>
                <w:sz w:val="13"/>
                <w:lang w:val="ro-RO"/>
              </w:rPr>
              <w:t>DOVADĂ VERIFICATĂ</w:t>
            </w:r>
          </w:p>
        </w:tc>
        <w:tc>
          <w:tcPr>
            <w:tcW w:w="1984" w:type="dxa"/>
            <w:shd w:val="clear" w:color="auto" w:fill="D71920"/>
            <w:tcMar>
              <w:top w:w="80" w:type="dxa"/>
              <w:left w:w="90" w:type="dxa"/>
              <w:bottom w:w="80" w:type="dxa"/>
              <w:right w:w="90" w:type="dxa"/>
            </w:tcMar>
            <w:vAlign w:val="center"/>
          </w:tcPr>
          <w:p w14:paraId="1D13672A" w14:textId="77777777" w:rsidR="00146DEE" w:rsidRPr="002A7B71" w:rsidRDefault="00000000">
            <w:pPr>
              <w:spacing w:after="0" w:line="240" w:lineRule="auto"/>
              <w:jc w:val="center"/>
              <w:rPr>
                <w:noProof/>
                <w:lang w:val="ro-RO"/>
              </w:rPr>
            </w:pPr>
            <w:r w:rsidRPr="002A7B71">
              <w:rPr>
                <w:b/>
                <w:noProof/>
                <w:color w:val="FFFFFF"/>
                <w:sz w:val="13"/>
                <w:lang w:val="ro-RO"/>
              </w:rPr>
              <w:t>REFERINȚĂ / EȘANTION</w:t>
            </w:r>
          </w:p>
        </w:tc>
        <w:tc>
          <w:tcPr>
            <w:tcW w:w="1984" w:type="dxa"/>
            <w:shd w:val="clear" w:color="auto" w:fill="D71920"/>
            <w:tcMar>
              <w:top w:w="80" w:type="dxa"/>
              <w:left w:w="90" w:type="dxa"/>
              <w:bottom w:w="80" w:type="dxa"/>
              <w:right w:w="90" w:type="dxa"/>
            </w:tcMar>
            <w:vAlign w:val="center"/>
          </w:tcPr>
          <w:p w14:paraId="0C696F0F" w14:textId="77777777" w:rsidR="00146DEE" w:rsidRPr="002A7B71" w:rsidRDefault="00000000">
            <w:pPr>
              <w:spacing w:after="0" w:line="240" w:lineRule="auto"/>
              <w:jc w:val="center"/>
              <w:rPr>
                <w:noProof/>
                <w:lang w:val="ro-RO"/>
              </w:rPr>
            </w:pPr>
            <w:r w:rsidRPr="002A7B71">
              <w:rPr>
                <w:b/>
                <w:noProof/>
                <w:color w:val="FFFFFF"/>
                <w:sz w:val="13"/>
                <w:lang w:val="ro-RO"/>
              </w:rPr>
              <w:t>CONCLUZIE PROVIZORIE</w:t>
            </w:r>
          </w:p>
        </w:tc>
      </w:tr>
      <w:tr w:rsidR="00146DEE" w:rsidRPr="002A7B71" w14:paraId="318FD35F" w14:textId="77777777">
        <w:trPr>
          <w:cantSplit/>
          <w:jc w:val="center"/>
        </w:trPr>
        <w:tc>
          <w:tcPr>
            <w:tcW w:w="964" w:type="dxa"/>
            <w:shd w:val="clear" w:color="auto" w:fill="FFFFFF"/>
            <w:tcMar>
              <w:top w:w="80" w:type="dxa"/>
              <w:left w:w="90" w:type="dxa"/>
              <w:bottom w:w="80" w:type="dxa"/>
              <w:right w:w="90" w:type="dxa"/>
            </w:tcMar>
            <w:vAlign w:val="center"/>
          </w:tcPr>
          <w:p w14:paraId="0C73BBB9"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4EF56AAB" w14:textId="77777777" w:rsidR="00146DEE" w:rsidRPr="002A7B71" w:rsidRDefault="00146DEE">
            <w:pPr>
              <w:spacing w:after="0" w:line="240" w:lineRule="auto"/>
              <w:rPr>
                <w:noProof/>
                <w:lang w:val="ro-RO"/>
              </w:rPr>
            </w:pPr>
          </w:p>
        </w:tc>
        <w:tc>
          <w:tcPr>
            <w:tcW w:w="3005" w:type="dxa"/>
            <w:shd w:val="clear" w:color="auto" w:fill="FFFFFF"/>
            <w:tcMar>
              <w:top w:w="80" w:type="dxa"/>
              <w:left w:w="90" w:type="dxa"/>
              <w:bottom w:w="80" w:type="dxa"/>
              <w:right w:w="90" w:type="dxa"/>
            </w:tcMar>
            <w:vAlign w:val="center"/>
          </w:tcPr>
          <w:p w14:paraId="380A0062"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72BD7668"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69746692" w14:textId="77777777" w:rsidR="00146DEE" w:rsidRPr="002A7B71" w:rsidRDefault="00146DEE">
            <w:pPr>
              <w:spacing w:after="0" w:line="240" w:lineRule="auto"/>
              <w:rPr>
                <w:noProof/>
                <w:lang w:val="ro-RO"/>
              </w:rPr>
            </w:pPr>
          </w:p>
        </w:tc>
      </w:tr>
      <w:tr w:rsidR="00146DEE" w:rsidRPr="002A7B71" w14:paraId="3FE545F0" w14:textId="77777777">
        <w:trPr>
          <w:cantSplit/>
          <w:jc w:val="center"/>
        </w:trPr>
        <w:tc>
          <w:tcPr>
            <w:tcW w:w="964" w:type="dxa"/>
            <w:shd w:val="clear" w:color="auto" w:fill="FAFAFA"/>
            <w:tcMar>
              <w:top w:w="80" w:type="dxa"/>
              <w:left w:w="90" w:type="dxa"/>
              <w:bottom w:w="80" w:type="dxa"/>
              <w:right w:w="90" w:type="dxa"/>
            </w:tcMar>
            <w:vAlign w:val="center"/>
          </w:tcPr>
          <w:p w14:paraId="75AC9F4D" w14:textId="77777777" w:rsidR="00146DEE" w:rsidRPr="002A7B71" w:rsidRDefault="00146DEE">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7A684B39" w14:textId="77777777" w:rsidR="00146DEE" w:rsidRPr="002A7B71" w:rsidRDefault="00146DEE">
            <w:pPr>
              <w:spacing w:after="0" w:line="240" w:lineRule="auto"/>
              <w:rPr>
                <w:noProof/>
                <w:lang w:val="ro-RO"/>
              </w:rPr>
            </w:pPr>
          </w:p>
        </w:tc>
        <w:tc>
          <w:tcPr>
            <w:tcW w:w="3005" w:type="dxa"/>
            <w:shd w:val="clear" w:color="auto" w:fill="FAFAFA"/>
            <w:tcMar>
              <w:top w:w="80" w:type="dxa"/>
              <w:left w:w="90" w:type="dxa"/>
              <w:bottom w:w="80" w:type="dxa"/>
              <w:right w:w="90" w:type="dxa"/>
            </w:tcMar>
            <w:vAlign w:val="center"/>
          </w:tcPr>
          <w:p w14:paraId="0E1ACC76" w14:textId="77777777" w:rsidR="00146DEE" w:rsidRPr="002A7B71" w:rsidRDefault="00146DEE">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35227CFF" w14:textId="77777777" w:rsidR="00146DEE" w:rsidRPr="002A7B71" w:rsidRDefault="00146DEE">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072209F9" w14:textId="77777777" w:rsidR="00146DEE" w:rsidRPr="002A7B71" w:rsidRDefault="00146DEE">
            <w:pPr>
              <w:spacing w:after="0" w:line="240" w:lineRule="auto"/>
              <w:rPr>
                <w:noProof/>
                <w:lang w:val="ro-RO"/>
              </w:rPr>
            </w:pPr>
          </w:p>
        </w:tc>
      </w:tr>
      <w:tr w:rsidR="00146DEE" w:rsidRPr="002A7B71" w14:paraId="5166518E" w14:textId="77777777">
        <w:trPr>
          <w:cantSplit/>
          <w:jc w:val="center"/>
        </w:trPr>
        <w:tc>
          <w:tcPr>
            <w:tcW w:w="964" w:type="dxa"/>
            <w:shd w:val="clear" w:color="auto" w:fill="FFFFFF"/>
            <w:tcMar>
              <w:top w:w="80" w:type="dxa"/>
              <w:left w:w="90" w:type="dxa"/>
              <w:bottom w:w="80" w:type="dxa"/>
              <w:right w:w="90" w:type="dxa"/>
            </w:tcMar>
            <w:vAlign w:val="center"/>
          </w:tcPr>
          <w:p w14:paraId="59B8CFAB"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2203B7E7" w14:textId="77777777" w:rsidR="00146DEE" w:rsidRPr="002A7B71" w:rsidRDefault="00146DEE">
            <w:pPr>
              <w:spacing w:after="0" w:line="240" w:lineRule="auto"/>
              <w:rPr>
                <w:noProof/>
                <w:lang w:val="ro-RO"/>
              </w:rPr>
            </w:pPr>
          </w:p>
        </w:tc>
        <w:tc>
          <w:tcPr>
            <w:tcW w:w="3005" w:type="dxa"/>
            <w:shd w:val="clear" w:color="auto" w:fill="FFFFFF"/>
            <w:tcMar>
              <w:top w:w="80" w:type="dxa"/>
              <w:left w:w="90" w:type="dxa"/>
              <w:bottom w:w="80" w:type="dxa"/>
              <w:right w:w="90" w:type="dxa"/>
            </w:tcMar>
            <w:vAlign w:val="center"/>
          </w:tcPr>
          <w:p w14:paraId="03B2D829"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7F1B5C0E"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57A78A02" w14:textId="77777777" w:rsidR="00146DEE" w:rsidRPr="002A7B71" w:rsidRDefault="00146DEE">
            <w:pPr>
              <w:spacing w:after="0" w:line="240" w:lineRule="auto"/>
              <w:rPr>
                <w:noProof/>
                <w:lang w:val="ro-RO"/>
              </w:rPr>
            </w:pPr>
          </w:p>
        </w:tc>
      </w:tr>
      <w:tr w:rsidR="00146DEE" w:rsidRPr="002A7B71" w14:paraId="2AD7E0D0" w14:textId="77777777">
        <w:trPr>
          <w:cantSplit/>
          <w:jc w:val="center"/>
        </w:trPr>
        <w:tc>
          <w:tcPr>
            <w:tcW w:w="964" w:type="dxa"/>
            <w:shd w:val="clear" w:color="auto" w:fill="FAFAFA"/>
            <w:tcMar>
              <w:top w:w="80" w:type="dxa"/>
              <w:left w:w="90" w:type="dxa"/>
              <w:bottom w:w="80" w:type="dxa"/>
              <w:right w:w="90" w:type="dxa"/>
            </w:tcMar>
            <w:vAlign w:val="center"/>
          </w:tcPr>
          <w:p w14:paraId="5D53A4D4" w14:textId="77777777" w:rsidR="00146DEE" w:rsidRPr="002A7B71" w:rsidRDefault="00146DEE">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6CE73699" w14:textId="77777777" w:rsidR="00146DEE" w:rsidRPr="002A7B71" w:rsidRDefault="00146DEE">
            <w:pPr>
              <w:spacing w:after="0" w:line="240" w:lineRule="auto"/>
              <w:rPr>
                <w:noProof/>
                <w:lang w:val="ro-RO"/>
              </w:rPr>
            </w:pPr>
          </w:p>
        </w:tc>
        <w:tc>
          <w:tcPr>
            <w:tcW w:w="3005" w:type="dxa"/>
            <w:shd w:val="clear" w:color="auto" w:fill="FAFAFA"/>
            <w:tcMar>
              <w:top w:w="80" w:type="dxa"/>
              <w:left w:w="90" w:type="dxa"/>
              <w:bottom w:w="80" w:type="dxa"/>
              <w:right w:w="90" w:type="dxa"/>
            </w:tcMar>
            <w:vAlign w:val="center"/>
          </w:tcPr>
          <w:p w14:paraId="7D2686C3" w14:textId="77777777" w:rsidR="00146DEE" w:rsidRPr="002A7B71" w:rsidRDefault="00146DEE">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4A0CD85B" w14:textId="77777777" w:rsidR="00146DEE" w:rsidRPr="002A7B71" w:rsidRDefault="00146DEE">
            <w:pPr>
              <w:spacing w:after="0" w:line="240" w:lineRule="auto"/>
              <w:rPr>
                <w:noProof/>
                <w:lang w:val="ro-RO"/>
              </w:rPr>
            </w:pPr>
          </w:p>
        </w:tc>
        <w:tc>
          <w:tcPr>
            <w:tcW w:w="1984" w:type="dxa"/>
            <w:shd w:val="clear" w:color="auto" w:fill="FAFAFA"/>
            <w:tcMar>
              <w:top w:w="80" w:type="dxa"/>
              <w:left w:w="90" w:type="dxa"/>
              <w:bottom w:w="80" w:type="dxa"/>
              <w:right w:w="90" w:type="dxa"/>
            </w:tcMar>
            <w:vAlign w:val="center"/>
          </w:tcPr>
          <w:p w14:paraId="69D4FC17" w14:textId="77777777" w:rsidR="00146DEE" w:rsidRPr="002A7B71" w:rsidRDefault="00146DEE">
            <w:pPr>
              <w:spacing w:after="0" w:line="240" w:lineRule="auto"/>
              <w:rPr>
                <w:noProof/>
                <w:lang w:val="ro-RO"/>
              </w:rPr>
            </w:pPr>
          </w:p>
        </w:tc>
      </w:tr>
      <w:tr w:rsidR="00146DEE" w:rsidRPr="002A7B71" w14:paraId="2EDC16E4" w14:textId="77777777">
        <w:trPr>
          <w:cantSplit/>
          <w:jc w:val="center"/>
        </w:trPr>
        <w:tc>
          <w:tcPr>
            <w:tcW w:w="964" w:type="dxa"/>
            <w:shd w:val="clear" w:color="auto" w:fill="FFFFFF"/>
            <w:tcMar>
              <w:top w:w="80" w:type="dxa"/>
              <w:left w:w="90" w:type="dxa"/>
              <w:bottom w:w="80" w:type="dxa"/>
              <w:right w:w="90" w:type="dxa"/>
            </w:tcMar>
            <w:vAlign w:val="center"/>
          </w:tcPr>
          <w:p w14:paraId="36D858F7"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24D9C78F" w14:textId="77777777" w:rsidR="00146DEE" w:rsidRPr="002A7B71" w:rsidRDefault="00146DEE">
            <w:pPr>
              <w:spacing w:after="0" w:line="240" w:lineRule="auto"/>
              <w:rPr>
                <w:noProof/>
                <w:lang w:val="ro-RO"/>
              </w:rPr>
            </w:pPr>
          </w:p>
        </w:tc>
        <w:tc>
          <w:tcPr>
            <w:tcW w:w="3005" w:type="dxa"/>
            <w:shd w:val="clear" w:color="auto" w:fill="FFFFFF"/>
            <w:tcMar>
              <w:top w:w="80" w:type="dxa"/>
              <w:left w:w="90" w:type="dxa"/>
              <w:bottom w:w="80" w:type="dxa"/>
              <w:right w:w="90" w:type="dxa"/>
            </w:tcMar>
            <w:vAlign w:val="center"/>
          </w:tcPr>
          <w:p w14:paraId="51C98BE5"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3C08ACF4" w14:textId="77777777" w:rsidR="00146DEE" w:rsidRPr="002A7B71" w:rsidRDefault="00146DEE">
            <w:pPr>
              <w:spacing w:after="0" w:line="240" w:lineRule="auto"/>
              <w:rPr>
                <w:noProof/>
                <w:lang w:val="ro-RO"/>
              </w:rPr>
            </w:pPr>
          </w:p>
        </w:tc>
        <w:tc>
          <w:tcPr>
            <w:tcW w:w="1984" w:type="dxa"/>
            <w:shd w:val="clear" w:color="auto" w:fill="FFFFFF"/>
            <w:tcMar>
              <w:top w:w="80" w:type="dxa"/>
              <w:left w:w="90" w:type="dxa"/>
              <w:bottom w:w="80" w:type="dxa"/>
              <w:right w:w="90" w:type="dxa"/>
            </w:tcMar>
            <w:vAlign w:val="center"/>
          </w:tcPr>
          <w:p w14:paraId="33DFE189" w14:textId="77777777" w:rsidR="00146DEE" w:rsidRPr="002A7B71" w:rsidRDefault="00146DEE">
            <w:pPr>
              <w:spacing w:after="0" w:line="240" w:lineRule="auto"/>
              <w:rPr>
                <w:noProof/>
                <w:lang w:val="ro-RO"/>
              </w:rPr>
            </w:pPr>
          </w:p>
        </w:tc>
      </w:tr>
    </w:tbl>
    <w:p w14:paraId="4C6705AA" w14:textId="77777777" w:rsidR="00146DEE" w:rsidRPr="002A7B71" w:rsidRDefault="00146DEE">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2E81F011" w14:textId="77777777">
        <w:trPr>
          <w:cantSplit/>
          <w:jc w:val="center"/>
        </w:trPr>
        <w:tc>
          <w:tcPr>
            <w:tcW w:w="1020" w:type="dxa"/>
            <w:shd w:val="clear" w:color="auto" w:fill="D71920"/>
            <w:tcMar>
              <w:top w:w="80" w:type="dxa"/>
              <w:left w:w="90" w:type="dxa"/>
              <w:bottom w:w="80" w:type="dxa"/>
              <w:right w:w="90" w:type="dxa"/>
            </w:tcMar>
            <w:vAlign w:val="center"/>
          </w:tcPr>
          <w:p w14:paraId="2751269F" w14:textId="77777777" w:rsidR="00146DEE" w:rsidRPr="002A7B71" w:rsidRDefault="00000000">
            <w:pPr>
              <w:spacing w:after="0" w:line="240" w:lineRule="auto"/>
              <w:jc w:val="center"/>
              <w:rPr>
                <w:noProof/>
                <w:lang w:val="ro-RO"/>
              </w:rPr>
            </w:pPr>
            <w:r w:rsidRPr="002A7B71">
              <w:rPr>
                <w:b/>
                <w:noProof/>
                <w:color w:val="FFFFFF"/>
                <w:sz w:val="34"/>
                <w:lang w:val="ro-RO"/>
              </w:rPr>
              <w:t>7</w:t>
            </w:r>
          </w:p>
        </w:tc>
        <w:tc>
          <w:tcPr>
            <w:tcW w:w="8901" w:type="dxa"/>
            <w:shd w:val="clear" w:color="auto" w:fill="F3F4F5"/>
          </w:tcPr>
          <w:p w14:paraId="6F436FC2" w14:textId="77777777" w:rsidR="00146DEE" w:rsidRPr="002A7B71" w:rsidRDefault="00000000">
            <w:pPr>
              <w:spacing w:after="20"/>
              <w:rPr>
                <w:noProof/>
                <w:lang w:val="ro-RO"/>
              </w:rPr>
            </w:pPr>
            <w:r w:rsidRPr="002A7B71">
              <w:rPr>
                <w:b/>
                <w:noProof/>
                <w:sz w:val="28"/>
                <w:lang w:val="ro-RO"/>
              </w:rPr>
              <w:t>Constatări și neconformități</w:t>
            </w:r>
          </w:p>
          <w:p w14:paraId="0923690E" w14:textId="77777777" w:rsidR="00146DEE" w:rsidRPr="002A7B71" w:rsidRDefault="00000000">
            <w:pPr>
              <w:keepNext/>
              <w:spacing w:after="0"/>
              <w:rPr>
                <w:noProof/>
                <w:lang w:val="ro-RO"/>
              </w:rPr>
            </w:pPr>
            <w:r w:rsidRPr="002A7B71">
              <w:rPr>
                <w:noProof/>
                <w:color w:val="666666"/>
                <w:sz w:val="17"/>
                <w:lang w:val="ro-RO"/>
              </w:rPr>
              <w:t>Formulați clar legătura dintre criteriu, situația observată și dovezi</w:t>
            </w:r>
          </w:p>
        </w:tc>
      </w:tr>
    </w:tbl>
    <w:p w14:paraId="49E37592" w14:textId="77777777" w:rsidR="00146DEE" w:rsidRPr="002A7B71" w:rsidRDefault="00146DEE">
      <w:pPr>
        <w:keepNext/>
        <w:spacing w:after="0"/>
        <w:rPr>
          <w:noProof/>
          <w:lang w:val="ro-RO"/>
        </w:rPr>
      </w:pPr>
    </w:p>
    <w:p w14:paraId="36224120" w14:textId="77777777" w:rsidR="00146DEE" w:rsidRPr="002A7B71" w:rsidRDefault="00000000">
      <w:pPr>
        <w:pStyle w:val="Heading2"/>
        <w:rPr>
          <w:noProof/>
          <w:lang w:val="ro-RO"/>
        </w:rPr>
      </w:pPr>
      <w:r w:rsidRPr="002A7B71">
        <w:rPr>
          <w:noProof/>
          <w:lang w:val="ro-RO"/>
        </w:rPr>
        <w:t>Categorii posibile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4649"/>
        <w:gridCol w:w="2891"/>
      </w:tblGrid>
      <w:tr w:rsidR="00146DEE" w:rsidRPr="002A7B71" w14:paraId="6CF99C37" w14:textId="77777777">
        <w:trPr>
          <w:tblHeader/>
          <w:jc w:val="center"/>
        </w:trPr>
        <w:tc>
          <w:tcPr>
            <w:tcW w:w="2381" w:type="dxa"/>
            <w:shd w:val="clear" w:color="auto" w:fill="D71920"/>
            <w:tcMar>
              <w:top w:w="80" w:type="dxa"/>
              <w:left w:w="90" w:type="dxa"/>
              <w:bottom w:w="80" w:type="dxa"/>
              <w:right w:w="90" w:type="dxa"/>
            </w:tcMar>
            <w:vAlign w:val="center"/>
          </w:tcPr>
          <w:p w14:paraId="5B292F5B" w14:textId="77777777" w:rsidR="00146DEE" w:rsidRPr="002A7B71" w:rsidRDefault="00000000">
            <w:pPr>
              <w:spacing w:after="0" w:line="240" w:lineRule="auto"/>
              <w:jc w:val="center"/>
              <w:rPr>
                <w:noProof/>
                <w:lang w:val="ro-RO"/>
              </w:rPr>
            </w:pPr>
            <w:r w:rsidRPr="002A7B71">
              <w:rPr>
                <w:b/>
                <w:noProof/>
                <w:color w:val="FFFFFF"/>
                <w:sz w:val="16"/>
                <w:lang w:val="ro-RO"/>
              </w:rPr>
              <w:t>CATEGORIE</w:t>
            </w:r>
          </w:p>
        </w:tc>
        <w:tc>
          <w:tcPr>
            <w:tcW w:w="4649" w:type="dxa"/>
            <w:shd w:val="clear" w:color="auto" w:fill="D71920"/>
            <w:tcMar>
              <w:top w:w="80" w:type="dxa"/>
              <w:left w:w="90" w:type="dxa"/>
              <w:bottom w:w="80" w:type="dxa"/>
              <w:right w:w="90" w:type="dxa"/>
            </w:tcMar>
            <w:vAlign w:val="center"/>
          </w:tcPr>
          <w:p w14:paraId="560AA1E1" w14:textId="77777777" w:rsidR="00146DEE" w:rsidRPr="002A7B71" w:rsidRDefault="00000000">
            <w:pPr>
              <w:spacing w:after="0" w:line="240" w:lineRule="auto"/>
              <w:jc w:val="center"/>
              <w:rPr>
                <w:noProof/>
                <w:lang w:val="ro-RO"/>
              </w:rPr>
            </w:pPr>
            <w:r w:rsidRPr="002A7B71">
              <w:rPr>
                <w:b/>
                <w:noProof/>
                <w:color w:val="FFFFFF"/>
                <w:sz w:val="16"/>
                <w:lang w:val="ro-RO"/>
              </w:rPr>
              <w:t>CÂND SE UTILIZEAZĂ</w:t>
            </w:r>
          </w:p>
        </w:tc>
        <w:tc>
          <w:tcPr>
            <w:tcW w:w="2891" w:type="dxa"/>
            <w:shd w:val="clear" w:color="auto" w:fill="D71920"/>
            <w:tcMar>
              <w:top w:w="80" w:type="dxa"/>
              <w:left w:w="90" w:type="dxa"/>
              <w:bottom w:w="80" w:type="dxa"/>
              <w:right w:w="90" w:type="dxa"/>
            </w:tcMar>
            <w:vAlign w:val="center"/>
          </w:tcPr>
          <w:p w14:paraId="70F11D30" w14:textId="77777777" w:rsidR="00146DEE" w:rsidRPr="002A7B71" w:rsidRDefault="00000000">
            <w:pPr>
              <w:spacing w:after="0" w:line="240" w:lineRule="auto"/>
              <w:jc w:val="center"/>
              <w:rPr>
                <w:noProof/>
                <w:lang w:val="ro-RO"/>
              </w:rPr>
            </w:pPr>
            <w:r w:rsidRPr="002A7B71">
              <w:rPr>
                <w:b/>
                <w:noProof/>
                <w:color w:val="FFFFFF"/>
                <w:sz w:val="16"/>
                <w:lang w:val="ro-RO"/>
              </w:rPr>
              <w:t>ATENȚIE</w:t>
            </w:r>
          </w:p>
        </w:tc>
      </w:tr>
      <w:tr w:rsidR="00146DEE" w:rsidRPr="002A7B71" w14:paraId="074AD4E0" w14:textId="77777777">
        <w:trPr>
          <w:cantSplit/>
          <w:jc w:val="center"/>
        </w:trPr>
        <w:tc>
          <w:tcPr>
            <w:tcW w:w="2381" w:type="dxa"/>
            <w:shd w:val="clear" w:color="auto" w:fill="FFFFFF"/>
            <w:tcMar>
              <w:top w:w="80" w:type="dxa"/>
              <w:left w:w="90" w:type="dxa"/>
              <w:bottom w:w="80" w:type="dxa"/>
              <w:right w:w="90" w:type="dxa"/>
            </w:tcMar>
            <w:vAlign w:val="center"/>
          </w:tcPr>
          <w:p w14:paraId="3EEAEBD5" w14:textId="77777777" w:rsidR="00146DEE" w:rsidRPr="002A7B71" w:rsidRDefault="00000000">
            <w:pPr>
              <w:spacing w:after="0" w:line="240" w:lineRule="auto"/>
              <w:rPr>
                <w:noProof/>
                <w:lang w:val="ro-RO"/>
              </w:rPr>
            </w:pPr>
            <w:r w:rsidRPr="002A7B71">
              <w:rPr>
                <w:noProof/>
                <w:sz w:val="15"/>
                <w:lang w:val="ro-RO"/>
              </w:rPr>
              <w:t>Conformitate</w:t>
            </w:r>
          </w:p>
        </w:tc>
        <w:tc>
          <w:tcPr>
            <w:tcW w:w="4649" w:type="dxa"/>
            <w:shd w:val="clear" w:color="auto" w:fill="FFFFFF"/>
            <w:tcMar>
              <w:top w:w="80" w:type="dxa"/>
              <w:left w:w="90" w:type="dxa"/>
              <w:bottom w:w="80" w:type="dxa"/>
              <w:right w:w="90" w:type="dxa"/>
            </w:tcMar>
            <w:vAlign w:val="center"/>
          </w:tcPr>
          <w:p w14:paraId="55661BFA" w14:textId="77777777" w:rsidR="00146DEE" w:rsidRPr="002A7B71" w:rsidRDefault="00000000">
            <w:pPr>
              <w:spacing w:after="0" w:line="240" w:lineRule="auto"/>
              <w:rPr>
                <w:noProof/>
                <w:lang w:val="ro-RO"/>
              </w:rPr>
            </w:pPr>
            <w:r w:rsidRPr="002A7B71">
              <w:rPr>
                <w:noProof/>
                <w:sz w:val="15"/>
                <w:lang w:val="ro-RO"/>
              </w:rPr>
              <w:t>Dovezile arată că criteriul este îndeplinit și procesul este implementat.</w:t>
            </w:r>
          </w:p>
        </w:tc>
        <w:tc>
          <w:tcPr>
            <w:tcW w:w="2891" w:type="dxa"/>
            <w:shd w:val="clear" w:color="auto" w:fill="FFFFFF"/>
            <w:tcMar>
              <w:top w:w="80" w:type="dxa"/>
              <w:left w:w="90" w:type="dxa"/>
              <w:bottom w:w="80" w:type="dxa"/>
              <w:right w:w="90" w:type="dxa"/>
            </w:tcMar>
            <w:vAlign w:val="center"/>
          </w:tcPr>
          <w:p w14:paraId="494C183E" w14:textId="77777777" w:rsidR="00146DEE" w:rsidRPr="002A7B71" w:rsidRDefault="00000000">
            <w:pPr>
              <w:spacing w:after="0" w:line="240" w:lineRule="auto"/>
              <w:rPr>
                <w:noProof/>
                <w:lang w:val="ro-RO"/>
              </w:rPr>
            </w:pPr>
            <w:r w:rsidRPr="002A7B71">
              <w:rPr>
                <w:noProof/>
                <w:sz w:val="15"/>
                <w:lang w:val="ro-RO"/>
              </w:rPr>
              <w:t>Poate fi utilă evidențierea unei practici eficace, fără a transforma auditul în consultanță.</w:t>
            </w:r>
          </w:p>
        </w:tc>
      </w:tr>
      <w:tr w:rsidR="00146DEE" w:rsidRPr="002A7B71" w14:paraId="0E6780BA" w14:textId="77777777">
        <w:trPr>
          <w:cantSplit/>
          <w:jc w:val="center"/>
        </w:trPr>
        <w:tc>
          <w:tcPr>
            <w:tcW w:w="2381" w:type="dxa"/>
            <w:shd w:val="clear" w:color="auto" w:fill="FAFAFA"/>
            <w:tcMar>
              <w:top w:w="80" w:type="dxa"/>
              <w:left w:w="90" w:type="dxa"/>
              <w:bottom w:w="80" w:type="dxa"/>
              <w:right w:w="90" w:type="dxa"/>
            </w:tcMar>
            <w:vAlign w:val="center"/>
          </w:tcPr>
          <w:p w14:paraId="5CD53A63" w14:textId="77777777" w:rsidR="00146DEE" w:rsidRPr="002A7B71" w:rsidRDefault="00000000">
            <w:pPr>
              <w:spacing w:after="0" w:line="240" w:lineRule="auto"/>
              <w:rPr>
                <w:noProof/>
                <w:lang w:val="ro-RO"/>
              </w:rPr>
            </w:pPr>
            <w:r w:rsidRPr="002A7B71">
              <w:rPr>
                <w:noProof/>
                <w:sz w:val="15"/>
                <w:lang w:val="ro-RO"/>
              </w:rPr>
              <w:t>Neconformitate</w:t>
            </w:r>
          </w:p>
        </w:tc>
        <w:tc>
          <w:tcPr>
            <w:tcW w:w="4649" w:type="dxa"/>
            <w:shd w:val="clear" w:color="auto" w:fill="FAFAFA"/>
            <w:tcMar>
              <w:top w:w="80" w:type="dxa"/>
              <w:left w:w="90" w:type="dxa"/>
              <w:bottom w:w="80" w:type="dxa"/>
              <w:right w:w="90" w:type="dxa"/>
            </w:tcMar>
            <w:vAlign w:val="center"/>
          </w:tcPr>
          <w:p w14:paraId="7B2DDDD3" w14:textId="77777777" w:rsidR="00146DEE" w:rsidRPr="002A7B71" w:rsidRDefault="00000000">
            <w:pPr>
              <w:spacing w:after="0" w:line="240" w:lineRule="auto"/>
              <w:rPr>
                <w:noProof/>
                <w:lang w:val="ro-RO"/>
              </w:rPr>
            </w:pPr>
            <w:r w:rsidRPr="002A7B71">
              <w:rPr>
                <w:noProof/>
                <w:sz w:val="15"/>
                <w:lang w:val="ro-RO"/>
              </w:rPr>
              <w:t>Există dovezi verificabile că un criteriu aplicabil nu este îndeplinit.</w:t>
            </w:r>
          </w:p>
        </w:tc>
        <w:tc>
          <w:tcPr>
            <w:tcW w:w="2891" w:type="dxa"/>
            <w:shd w:val="clear" w:color="auto" w:fill="FAFAFA"/>
            <w:tcMar>
              <w:top w:w="80" w:type="dxa"/>
              <w:left w:w="90" w:type="dxa"/>
              <w:bottom w:w="80" w:type="dxa"/>
              <w:right w:w="90" w:type="dxa"/>
            </w:tcMar>
            <w:vAlign w:val="center"/>
          </w:tcPr>
          <w:p w14:paraId="29A3DD24" w14:textId="77777777" w:rsidR="00146DEE" w:rsidRPr="002A7B71" w:rsidRDefault="00000000">
            <w:pPr>
              <w:spacing w:after="0" w:line="240" w:lineRule="auto"/>
              <w:rPr>
                <w:noProof/>
                <w:lang w:val="ro-RO"/>
              </w:rPr>
            </w:pPr>
            <w:r w:rsidRPr="002A7B71">
              <w:rPr>
                <w:noProof/>
                <w:sz w:val="15"/>
                <w:lang w:val="ro-RO"/>
              </w:rPr>
              <w:t>Trebuie indicat criteriul exact și dovada; evitați opiniile și soluțiile prescrise.</w:t>
            </w:r>
          </w:p>
        </w:tc>
      </w:tr>
      <w:tr w:rsidR="00146DEE" w:rsidRPr="002A7B71" w14:paraId="09190F22" w14:textId="77777777">
        <w:trPr>
          <w:cantSplit/>
          <w:jc w:val="center"/>
        </w:trPr>
        <w:tc>
          <w:tcPr>
            <w:tcW w:w="2381" w:type="dxa"/>
            <w:shd w:val="clear" w:color="auto" w:fill="FFFFFF"/>
            <w:tcMar>
              <w:top w:w="80" w:type="dxa"/>
              <w:left w:w="90" w:type="dxa"/>
              <w:bottom w:w="80" w:type="dxa"/>
              <w:right w:w="90" w:type="dxa"/>
            </w:tcMar>
            <w:vAlign w:val="center"/>
          </w:tcPr>
          <w:p w14:paraId="33C22076" w14:textId="77777777" w:rsidR="00146DEE" w:rsidRPr="002A7B71" w:rsidRDefault="00000000">
            <w:pPr>
              <w:spacing w:after="0" w:line="240" w:lineRule="auto"/>
              <w:rPr>
                <w:noProof/>
                <w:lang w:val="ro-RO"/>
              </w:rPr>
            </w:pPr>
            <w:r w:rsidRPr="002A7B71">
              <w:rPr>
                <w:noProof/>
                <w:sz w:val="15"/>
                <w:lang w:val="ro-RO"/>
              </w:rPr>
              <w:t>Observație</w:t>
            </w:r>
          </w:p>
        </w:tc>
        <w:tc>
          <w:tcPr>
            <w:tcW w:w="4649" w:type="dxa"/>
            <w:shd w:val="clear" w:color="auto" w:fill="FFFFFF"/>
            <w:tcMar>
              <w:top w:w="80" w:type="dxa"/>
              <w:left w:w="90" w:type="dxa"/>
              <w:bottom w:w="80" w:type="dxa"/>
              <w:right w:w="90" w:type="dxa"/>
            </w:tcMar>
            <w:vAlign w:val="center"/>
          </w:tcPr>
          <w:p w14:paraId="39640DE2" w14:textId="77777777" w:rsidR="00146DEE" w:rsidRPr="002A7B71" w:rsidRDefault="00000000">
            <w:pPr>
              <w:spacing w:after="0" w:line="240" w:lineRule="auto"/>
              <w:rPr>
                <w:noProof/>
                <w:lang w:val="ro-RO"/>
              </w:rPr>
            </w:pPr>
            <w:r w:rsidRPr="002A7B71">
              <w:rPr>
                <w:noProof/>
                <w:sz w:val="15"/>
                <w:lang w:val="ro-RO"/>
              </w:rPr>
              <w:t>Situație care merită atenție, dar nu demonstrează încălcarea unui criteriu.</w:t>
            </w:r>
          </w:p>
        </w:tc>
        <w:tc>
          <w:tcPr>
            <w:tcW w:w="2891" w:type="dxa"/>
            <w:shd w:val="clear" w:color="auto" w:fill="FFFFFF"/>
            <w:tcMar>
              <w:top w:w="80" w:type="dxa"/>
              <w:left w:w="90" w:type="dxa"/>
              <w:bottom w:w="80" w:type="dxa"/>
              <w:right w:w="90" w:type="dxa"/>
            </w:tcMar>
            <w:vAlign w:val="center"/>
          </w:tcPr>
          <w:p w14:paraId="4E7567B9" w14:textId="77777777" w:rsidR="00146DEE" w:rsidRPr="002A7B71" w:rsidRDefault="00000000">
            <w:pPr>
              <w:spacing w:after="0" w:line="240" w:lineRule="auto"/>
              <w:rPr>
                <w:noProof/>
                <w:lang w:val="ro-RO"/>
              </w:rPr>
            </w:pPr>
            <w:r w:rsidRPr="002A7B71">
              <w:rPr>
                <w:noProof/>
                <w:sz w:val="15"/>
                <w:lang w:val="ro-RO"/>
              </w:rPr>
              <w:t>Definiți intern sensul; nu folosiți observația pentru a ascunde o neconformitate.</w:t>
            </w:r>
          </w:p>
        </w:tc>
      </w:tr>
      <w:tr w:rsidR="00146DEE" w:rsidRPr="002A7B71" w14:paraId="6AB25AA0" w14:textId="77777777">
        <w:trPr>
          <w:cantSplit/>
          <w:jc w:val="center"/>
        </w:trPr>
        <w:tc>
          <w:tcPr>
            <w:tcW w:w="2381" w:type="dxa"/>
            <w:shd w:val="clear" w:color="auto" w:fill="FAFAFA"/>
            <w:tcMar>
              <w:top w:w="80" w:type="dxa"/>
              <w:left w:w="90" w:type="dxa"/>
              <w:bottom w:w="80" w:type="dxa"/>
              <w:right w:w="90" w:type="dxa"/>
            </w:tcMar>
            <w:vAlign w:val="center"/>
          </w:tcPr>
          <w:p w14:paraId="2166468C" w14:textId="77777777" w:rsidR="00146DEE" w:rsidRPr="002A7B71" w:rsidRDefault="00000000">
            <w:pPr>
              <w:spacing w:after="0" w:line="240" w:lineRule="auto"/>
              <w:rPr>
                <w:noProof/>
                <w:lang w:val="ro-RO"/>
              </w:rPr>
            </w:pPr>
            <w:r w:rsidRPr="002A7B71">
              <w:rPr>
                <w:noProof/>
                <w:sz w:val="15"/>
                <w:lang w:val="ro-RO"/>
              </w:rPr>
              <w:t>Oportunitate de îmbunătățire</w:t>
            </w:r>
          </w:p>
        </w:tc>
        <w:tc>
          <w:tcPr>
            <w:tcW w:w="4649" w:type="dxa"/>
            <w:shd w:val="clear" w:color="auto" w:fill="FAFAFA"/>
            <w:tcMar>
              <w:top w:w="80" w:type="dxa"/>
              <w:left w:w="90" w:type="dxa"/>
              <w:bottom w:w="80" w:type="dxa"/>
              <w:right w:w="90" w:type="dxa"/>
            </w:tcMar>
            <w:vAlign w:val="center"/>
          </w:tcPr>
          <w:p w14:paraId="6BAD2F5D" w14:textId="77777777" w:rsidR="00146DEE" w:rsidRPr="002A7B71" w:rsidRDefault="00000000">
            <w:pPr>
              <w:spacing w:after="0" w:line="240" w:lineRule="auto"/>
              <w:rPr>
                <w:noProof/>
                <w:lang w:val="ro-RO"/>
              </w:rPr>
            </w:pPr>
            <w:r w:rsidRPr="002A7B71">
              <w:rPr>
                <w:noProof/>
                <w:sz w:val="15"/>
                <w:lang w:val="ro-RO"/>
              </w:rPr>
              <w:t>Există o posibilitate realistă de creștere a eficacității sau eficienței.</w:t>
            </w:r>
          </w:p>
        </w:tc>
        <w:tc>
          <w:tcPr>
            <w:tcW w:w="2891" w:type="dxa"/>
            <w:shd w:val="clear" w:color="auto" w:fill="FAFAFA"/>
            <w:tcMar>
              <w:top w:w="80" w:type="dxa"/>
              <w:left w:w="90" w:type="dxa"/>
              <w:bottom w:w="80" w:type="dxa"/>
              <w:right w:w="90" w:type="dxa"/>
            </w:tcMar>
            <w:vAlign w:val="center"/>
          </w:tcPr>
          <w:p w14:paraId="6DFF0010" w14:textId="77777777" w:rsidR="00146DEE" w:rsidRPr="002A7B71" w:rsidRDefault="00000000">
            <w:pPr>
              <w:spacing w:after="0" w:line="240" w:lineRule="auto"/>
              <w:rPr>
                <w:noProof/>
                <w:lang w:val="ro-RO"/>
              </w:rPr>
            </w:pPr>
            <w:r w:rsidRPr="002A7B71">
              <w:rPr>
                <w:noProof/>
                <w:sz w:val="15"/>
                <w:lang w:val="ro-RO"/>
              </w:rPr>
              <w:t>Nu este obligatorie și nu trebuie formulată ca neconformitate mascată.</w:t>
            </w:r>
          </w:p>
        </w:tc>
      </w:tr>
    </w:tbl>
    <w:p w14:paraId="574B8CDB" w14:textId="77777777" w:rsidR="00146DEE" w:rsidRPr="002A7B71" w:rsidRDefault="00146DEE">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0C10744D" w14:textId="77777777">
        <w:trPr>
          <w:cantSplit/>
          <w:jc w:val="center"/>
        </w:trPr>
        <w:tc>
          <w:tcPr>
            <w:tcW w:w="567" w:type="dxa"/>
            <w:shd w:val="clear" w:color="auto" w:fill="D71920"/>
            <w:tcMar>
              <w:top w:w="80" w:type="dxa"/>
              <w:left w:w="90" w:type="dxa"/>
              <w:bottom w:w="80" w:type="dxa"/>
              <w:right w:w="90" w:type="dxa"/>
            </w:tcMar>
            <w:vAlign w:val="center"/>
          </w:tcPr>
          <w:p w14:paraId="08679A82" w14:textId="77777777" w:rsidR="00146DEE" w:rsidRPr="002A7B71" w:rsidRDefault="00000000">
            <w:pPr>
              <w:spacing w:after="0" w:line="240" w:lineRule="auto"/>
              <w:jc w:val="center"/>
              <w:rPr>
                <w:noProof/>
                <w:lang w:val="ro-RO"/>
              </w:rPr>
            </w:pPr>
            <w:r w:rsidRPr="002A7B71">
              <w:rPr>
                <w:b/>
                <w:noProof/>
                <w:color w:val="FFFFFF"/>
                <w:sz w:val="32"/>
                <w:lang w:val="ro-RO"/>
              </w:rPr>
              <w:t>!</w:t>
            </w:r>
          </w:p>
        </w:tc>
        <w:tc>
          <w:tcPr>
            <w:tcW w:w="9354" w:type="dxa"/>
            <w:shd w:val="clear" w:color="auto" w:fill="FCEBEC"/>
          </w:tcPr>
          <w:p w14:paraId="099F24C1" w14:textId="77777777" w:rsidR="00146DEE" w:rsidRPr="002A7B71" w:rsidRDefault="00000000">
            <w:pPr>
              <w:spacing w:after="40"/>
              <w:rPr>
                <w:noProof/>
                <w:lang w:val="ro-RO"/>
              </w:rPr>
            </w:pPr>
            <w:r w:rsidRPr="002A7B71">
              <w:rPr>
                <w:b/>
                <w:noProof/>
                <w:color w:val="D71920"/>
                <w:lang w:val="ro-RO"/>
              </w:rPr>
              <w:t>CLASIFICARE MAJORĂ / MINORĂ</w:t>
            </w:r>
          </w:p>
          <w:p w14:paraId="3951A414" w14:textId="77777777" w:rsidR="00146DEE" w:rsidRPr="002A7B71" w:rsidRDefault="00000000">
            <w:pPr>
              <w:spacing w:after="0" w:line="252" w:lineRule="auto"/>
              <w:rPr>
                <w:noProof/>
                <w:lang w:val="ro-RO"/>
              </w:rPr>
            </w:pPr>
            <w:r w:rsidRPr="002A7B71">
              <w:rPr>
                <w:noProof/>
                <w:sz w:val="17"/>
                <w:lang w:val="ro-RO"/>
              </w:rPr>
              <w:t>Standardele de sistem de management nu impun, în general, organizației o schemă universală „majoră/minoră” pentru auditul intern. Dacă este folosită, organizația trebuie să definească reguli coerente, ținând cont de caracterul sistemic, impact, risc și repetitivitate.</w:t>
            </w:r>
          </w:p>
        </w:tc>
      </w:tr>
    </w:tbl>
    <w:p w14:paraId="6E4A6A10" w14:textId="77777777" w:rsidR="00146DEE" w:rsidRPr="002A7B71" w:rsidRDefault="00146DEE">
      <w:pPr>
        <w:spacing w:after="0"/>
        <w:rPr>
          <w:noProof/>
          <w:lang w:val="ro-RO"/>
        </w:rPr>
      </w:pPr>
    </w:p>
    <w:p w14:paraId="37D3DB94" w14:textId="77777777" w:rsidR="00146DEE" w:rsidRPr="002A7B71" w:rsidRDefault="00000000">
      <w:pPr>
        <w:pStyle w:val="Heading2"/>
        <w:rPr>
          <w:noProof/>
          <w:lang w:val="ro-RO"/>
        </w:rPr>
      </w:pPr>
      <w:r w:rsidRPr="002A7B71">
        <w:rPr>
          <w:noProof/>
          <w:lang w:val="ro-RO"/>
        </w:rPr>
        <w:t>Structura unei neconformități solide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38"/>
        <w:gridCol w:w="7483"/>
      </w:tblGrid>
      <w:tr w:rsidR="00146DEE" w:rsidRPr="002A7B71" w14:paraId="30AA4BE9" w14:textId="77777777">
        <w:trPr>
          <w:tblHeader/>
          <w:jc w:val="center"/>
        </w:trPr>
        <w:tc>
          <w:tcPr>
            <w:tcW w:w="2438" w:type="dxa"/>
            <w:shd w:val="clear" w:color="auto" w:fill="D71920"/>
            <w:tcMar>
              <w:top w:w="80" w:type="dxa"/>
              <w:left w:w="90" w:type="dxa"/>
              <w:bottom w:w="80" w:type="dxa"/>
              <w:right w:w="90" w:type="dxa"/>
            </w:tcMar>
            <w:vAlign w:val="center"/>
          </w:tcPr>
          <w:p w14:paraId="559B88AB" w14:textId="77777777" w:rsidR="00146DEE" w:rsidRPr="002A7B71" w:rsidRDefault="00000000">
            <w:pPr>
              <w:spacing w:after="0" w:line="240" w:lineRule="auto"/>
              <w:jc w:val="center"/>
              <w:rPr>
                <w:noProof/>
                <w:lang w:val="ro-RO"/>
              </w:rPr>
            </w:pPr>
            <w:r w:rsidRPr="002A7B71">
              <w:rPr>
                <w:b/>
                <w:noProof/>
                <w:color w:val="FFFFFF"/>
                <w:sz w:val="16"/>
                <w:lang w:val="ro-RO"/>
              </w:rPr>
              <w:t>ELEMENT</w:t>
            </w:r>
          </w:p>
        </w:tc>
        <w:tc>
          <w:tcPr>
            <w:tcW w:w="7483" w:type="dxa"/>
            <w:shd w:val="clear" w:color="auto" w:fill="D71920"/>
            <w:tcMar>
              <w:top w:w="80" w:type="dxa"/>
              <w:left w:w="90" w:type="dxa"/>
              <w:bottom w:w="80" w:type="dxa"/>
              <w:right w:w="90" w:type="dxa"/>
            </w:tcMar>
            <w:vAlign w:val="center"/>
          </w:tcPr>
          <w:p w14:paraId="4AD6E209" w14:textId="77777777" w:rsidR="00146DEE" w:rsidRPr="002A7B71" w:rsidRDefault="00000000">
            <w:pPr>
              <w:spacing w:after="0" w:line="240" w:lineRule="auto"/>
              <w:jc w:val="center"/>
              <w:rPr>
                <w:noProof/>
                <w:lang w:val="ro-RO"/>
              </w:rPr>
            </w:pPr>
            <w:r w:rsidRPr="002A7B71">
              <w:rPr>
                <w:b/>
                <w:noProof/>
                <w:color w:val="FFFFFF"/>
                <w:sz w:val="16"/>
                <w:lang w:val="ro-RO"/>
              </w:rPr>
              <w:t>CE TREBUIE SĂ CONȚINĂ</w:t>
            </w:r>
          </w:p>
        </w:tc>
      </w:tr>
      <w:tr w:rsidR="00146DEE" w:rsidRPr="002A7B71" w14:paraId="7F0D99E6" w14:textId="77777777">
        <w:trPr>
          <w:cantSplit/>
          <w:jc w:val="center"/>
        </w:trPr>
        <w:tc>
          <w:tcPr>
            <w:tcW w:w="2438" w:type="dxa"/>
            <w:shd w:val="clear" w:color="auto" w:fill="FFFFFF"/>
            <w:tcMar>
              <w:top w:w="80" w:type="dxa"/>
              <w:left w:w="90" w:type="dxa"/>
              <w:bottom w:w="80" w:type="dxa"/>
              <w:right w:w="90" w:type="dxa"/>
            </w:tcMar>
            <w:vAlign w:val="center"/>
          </w:tcPr>
          <w:p w14:paraId="102EFEEB" w14:textId="77777777" w:rsidR="00146DEE" w:rsidRPr="002A7B71" w:rsidRDefault="00000000">
            <w:pPr>
              <w:spacing w:after="0" w:line="240" w:lineRule="auto"/>
              <w:rPr>
                <w:noProof/>
                <w:lang w:val="ro-RO"/>
              </w:rPr>
            </w:pPr>
            <w:r w:rsidRPr="002A7B71">
              <w:rPr>
                <w:noProof/>
                <w:sz w:val="16"/>
                <w:lang w:val="ro-RO"/>
              </w:rPr>
              <w:t>1. Criteriu</w:t>
            </w:r>
          </w:p>
        </w:tc>
        <w:tc>
          <w:tcPr>
            <w:tcW w:w="7483" w:type="dxa"/>
            <w:shd w:val="clear" w:color="auto" w:fill="FFFFFF"/>
            <w:tcMar>
              <w:top w:w="80" w:type="dxa"/>
              <w:left w:w="90" w:type="dxa"/>
              <w:bottom w:w="80" w:type="dxa"/>
              <w:right w:w="90" w:type="dxa"/>
            </w:tcMar>
            <w:vAlign w:val="center"/>
          </w:tcPr>
          <w:p w14:paraId="75F6259B" w14:textId="77777777" w:rsidR="00146DEE" w:rsidRPr="002A7B71" w:rsidRDefault="00000000">
            <w:pPr>
              <w:spacing w:after="0" w:line="240" w:lineRule="auto"/>
              <w:rPr>
                <w:noProof/>
                <w:lang w:val="ro-RO"/>
              </w:rPr>
            </w:pPr>
            <w:r w:rsidRPr="002A7B71">
              <w:rPr>
                <w:noProof/>
                <w:sz w:val="16"/>
                <w:lang w:val="ro-RO"/>
              </w:rPr>
              <w:t>Cerința concretă care trebuia îndeplinită: clauză, procedură, obligație legală, contract sau control intern.</w:t>
            </w:r>
          </w:p>
        </w:tc>
      </w:tr>
      <w:tr w:rsidR="00146DEE" w:rsidRPr="002A7B71" w14:paraId="795E2D60" w14:textId="77777777">
        <w:trPr>
          <w:cantSplit/>
          <w:jc w:val="center"/>
        </w:trPr>
        <w:tc>
          <w:tcPr>
            <w:tcW w:w="2438" w:type="dxa"/>
            <w:shd w:val="clear" w:color="auto" w:fill="FAFAFA"/>
            <w:tcMar>
              <w:top w:w="80" w:type="dxa"/>
              <w:left w:w="90" w:type="dxa"/>
              <w:bottom w:w="80" w:type="dxa"/>
              <w:right w:w="90" w:type="dxa"/>
            </w:tcMar>
            <w:vAlign w:val="center"/>
          </w:tcPr>
          <w:p w14:paraId="47D610A7" w14:textId="77777777" w:rsidR="00146DEE" w:rsidRPr="002A7B71" w:rsidRDefault="00000000">
            <w:pPr>
              <w:spacing w:after="0" w:line="240" w:lineRule="auto"/>
              <w:rPr>
                <w:noProof/>
                <w:lang w:val="ro-RO"/>
              </w:rPr>
            </w:pPr>
            <w:r w:rsidRPr="002A7B71">
              <w:rPr>
                <w:noProof/>
                <w:sz w:val="16"/>
                <w:lang w:val="ro-RO"/>
              </w:rPr>
              <w:t>2. Condiție</w:t>
            </w:r>
          </w:p>
        </w:tc>
        <w:tc>
          <w:tcPr>
            <w:tcW w:w="7483" w:type="dxa"/>
            <w:shd w:val="clear" w:color="auto" w:fill="FAFAFA"/>
            <w:tcMar>
              <w:top w:w="80" w:type="dxa"/>
              <w:left w:w="90" w:type="dxa"/>
              <w:bottom w:w="80" w:type="dxa"/>
              <w:right w:w="90" w:type="dxa"/>
            </w:tcMar>
            <w:vAlign w:val="center"/>
          </w:tcPr>
          <w:p w14:paraId="7A49B97F" w14:textId="77777777" w:rsidR="00146DEE" w:rsidRPr="002A7B71" w:rsidRDefault="00000000">
            <w:pPr>
              <w:spacing w:after="0" w:line="240" w:lineRule="auto"/>
              <w:rPr>
                <w:noProof/>
                <w:lang w:val="ro-RO"/>
              </w:rPr>
            </w:pPr>
            <w:r w:rsidRPr="002A7B71">
              <w:rPr>
                <w:noProof/>
                <w:sz w:val="16"/>
                <w:lang w:val="ro-RO"/>
              </w:rPr>
              <w:t>Situația constatată, descrisă factual și fără judecăți despre persoane.</w:t>
            </w:r>
          </w:p>
        </w:tc>
      </w:tr>
      <w:tr w:rsidR="00146DEE" w:rsidRPr="002A7B71" w14:paraId="15B65EC4" w14:textId="77777777">
        <w:trPr>
          <w:cantSplit/>
          <w:jc w:val="center"/>
        </w:trPr>
        <w:tc>
          <w:tcPr>
            <w:tcW w:w="2438" w:type="dxa"/>
            <w:shd w:val="clear" w:color="auto" w:fill="FFFFFF"/>
            <w:tcMar>
              <w:top w:w="80" w:type="dxa"/>
              <w:left w:w="90" w:type="dxa"/>
              <w:bottom w:w="80" w:type="dxa"/>
              <w:right w:w="90" w:type="dxa"/>
            </w:tcMar>
            <w:vAlign w:val="center"/>
          </w:tcPr>
          <w:p w14:paraId="2CFFBFFA" w14:textId="77777777" w:rsidR="00146DEE" w:rsidRPr="002A7B71" w:rsidRDefault="00000000">
            <w:pPr>
              <w:spacing w:after="0" w:line="240" w:lineRule="auto"/>
              <w:rPr>
                <w:noProof/>
                <w:lang w:val="ro-RO"/>
              </w:rPr>
            </w:pPr>
            <w:r w:rsidRPr="002A7B71">
              <w:rPr>
                <w:noProof/>
                <w:sz w:val="16"/>
                <w:lang w:val="ro-RO"/>
              </w:rPr>
              <w:t>3. Dovadă</w:t>
            </w:r>
          </w:p>
        </w:tc>
        <w:tc>
          <w:tcPr>
            <w:tcW w:w="7483" w:type="dxa"/>
            <w:shd w:val="clear" w:color="auto" w:fill="FFFFFF"/>
            <w:tcMar>
              <w:top w:w="80" w:type="dxa"/>
              <w:left w:w="90" w:type="dxa"/>
              <w:bottom w:w="80" w:type="dxa"/>
              <w:right w:w="90" w:type="dxa"/>
            </w:tcMar>
            <w:vAlign w:val="center"/>
          </w:tcPr>
          <w:p w14:paraId="6A749649" w14:textId="77777777" w:rsidR="00146DEE" w:rsidRPr="002A7B71" w:rsidRDefault="00000000">
            <w:pPr>
              <w:spacing w:after="0" w:line="240" w:lineRule="auto"/>
              <w:rPr>
                <w:noProof/>
                <w:lang w:val="ro-RO"/>
              </w:rPr>
            </w:pPr>
            <w:r w:rsidRPr="002A7B71">
              <w:rPr>
                <w:noProof/>
                <w:sz w:val="16"/>
                <w:lang w:val="ro-RO"/>
              </w:rPr>
              <w:t>Eșantionul și informația verificabilă care susțin constatarea: număr, dată, caz, înregistrare, observație.</w:t>
            </w:r>
          </w:p>
        </w:tc>
      </w:tr>
      <w:tr w:rsidR="00146DEE" w:rsidRPr="002A7B71" w14:paraId="793A3205" w14:textId="77777777">
        <w:trPr>
          <w:cantSplit/>
          <w:jc w:val="center"/>
        </w:trPr>
        <w:tc>
          <w:tcPr>
            <w:tcW w:w="2438" w:type="dxa"/>
            <w:shd w:val="clear" w:color="auto" w:fill="FAFAFA"/>
            <w:tcMar>
              <w:top w:w="80" w:type="dxa"/>
              <w:left w:w="90" w:type="dxa"/>
              <w:bottom w:w="80" w:type="dxa"/>
              <w:right w:w="90" w:type="dxa"/>
            </w:tcMar>
            <w:vAlign w:val="center"/>
          </w:tcPr>
          <w:p w14:paraId="105E3C6E" w14:textId="77777777" w:rsidR="00146DEE" w:rsidRPr="002A7B71" w:rsidRDefault="00000000">
            <w:pPr>
              <w:spacing w:after="0" w:line="240" w:lineRule="auto"/>
              <w:rPr>
                <w:noProof/>
                <w:lang w:val="ro-RO"/>
              </w:rPr>
            </w:pPr>
            <w:r w:rsidRPr="002A7B71">
              <w:rPr>
                <w:noProof/>
                <w:sz w:val="16"/>
                <w:lang w:val="ro-RO"/>
              </w:rPr>
              <w:t>4. Concluzie</w:t>
            </w:r>
          </w:p>
        </w:tc>
        <w:tc>
          <w:tcPr>
            <w:tcW w:w="7483" w:type="dxa"/>
            <w:shd w:val="clear" w:color="auto" w:fill="FAFAFA"/>
            <w:tcMar>
              <w:top w:w="80" w:type="dxa"/>
              <w:left w:w="90" w:type="dxa"/>
              <w:bottom w:w="80" w:type="dxa"/>
              <w:right w:w="90" w:type="dxa"/>
            </w:tcMar>
            <w:vAlign w:val="center"/>
          </w:tcPr>
          <w:p w14:paraId="0A40F66C" w14:textId="77777777" w:rsidR="00146DEE" w:rsidRPr="002A7B71" w:rsidRDefault="00000000">
            <w:pPr>
              <w:spacing w:after="0" w:line="240" w:lineRule="auto"/>
              <w:rPr>
                <w:noProof/>
                <w:lang w:val="ro-RO"/>
              </w:rPr>
            </w:pPr>
            <w:r w:rsidRPr="002A7B71">
              <w:rPr>
                <w:noProof/>
                <w:sz w:val="16"/>
                <w:lang w:val="ro-RO"/>
              </w:rPr>
              <w:t>Legătura explicită dintre dovadă și neîndeplinirea criteriului.</w:t>
            </w:r>
          </w:p>
        </w:tc>
      </w:tr>
      <w:tr w:rsidR="00146DEE" w:rsidRPr="002A7B71" w14:paraId="0E790728" w14:textId="77777777">
        <w:trPr>
          <w:cantSplit/>
          <w:jc w:val="center"/>
        </w:trPr>
        <w:tc>
          <w:tcPr>
            <w:tcW w:w="2438" w:type="dxa"/>
            <w:shd w:val="clear" w:color="auto" w:fill="FFFFFF"/>
            <w:tcMar>
              <w:top w:w="80" w:type="dxa"/>
              <w:left w:w="90" w:type="dxa"/>
              <w:bottom w:w="80" w:type="dxa"/>
              <w:right w:w="90" w:type="dxa"/>
            </w:tcMar>
            <w:vAlign w:val="center"/>
          </w:tcPr>
          <w:p w14:paraId="489DF123" w14:textId="77777777" w:rsidR="00146DEE" w:rsidRPr="002A7B71" w:rsidRDefault="00000000">
            <w:pPr>
              <w:spacing w:after="0" w:line="240" w:lineRule="auto"/>
              <w:rPr>
                <w:noProof/>
                <w:lang w:val="ro-RO"/>
              </w:rPr>
            </w:pPr>
            <w:r w:rsidRPr="002A7B71">
              <w:rPr>
                <w:noProof/>
                <w:sz w:val="16"/>
                <w:lang w:val="ro-RO"/>
              </w:rPr>
              <w:t>5. Impact / risc opțional</w:t>
            </w:r>
          </w:p>
        </w:tc>
        <w:tc>
          <w:tcPr>
            <w:tcW w:w="7483" w:type="dxa"/>
            <w:shd w:val="clear" w:color="auto" w:fill="FFFFFF"/>
            <w:tcMar>
              <w:top w:w="80" w:type="dxa"/>
              <w:left w:w="90" w:type="dxa"/>
              <w:bottom w:w="80" w:type="dxa"/>
              <w:right w:w="90" w:type="dxa"/>
            </w:tcMar>
            <w:vAlign w:val="center"/>
          </w:tcPr>
          <w:p w14:paraId="6E38A75A" w14:textId="77777777" w:rsidR="00146DEE" w:rsidRPr="002A7B71" w:rsidRDefault="00000000">
            <w:pPr>
              <w:spacing w:after="0" w:line="240" w:lineRule="auto"/>
              <w:rPr>
                <w:noProof/>
                <w:lang w:val="ro-RO"/>
              </w:rPr>
            </w:pPr>
            <w:r w:rsidRPr="002A7B71">
              <w:rPr>
                <w:noProof/>
                <w:sz w:val="16"/>
                <w:lang w:val="ro-RO"/>
              </w:rPr>
              <w:t>Context util pentru prioritizarea acțiunii, fără a exagera sau presupune consecințe nedemonstrate.</w:t>
            </w:r>
          </w:p>
        </w:tc>
      </w:tr>
    </w:tbl>
    <w:p w14:paraId="54144CE4" w14:textId="77777777" w:rsidR="00146DEE" w:rsidRPr="002A7B71" w:rsidRDefault="00146DEE">
      <w:pPr>
        <w:spacing w:after="20"/>
        <w:rPr>
          <w:noProof/>
          <w:lang w:val="ro-RO"/>
        </w:rPr>
      </w:pPr>
    </w:p>
    <w:p w14:paraId="29D6ABFC" w14:textId="77777777" w:rsidR="00146DEE" w:rsidRPr="002A7B71" w:rsidRDefault="00000000">
      <w:pPr>
        <w:pStyle w:val="Heading2"/>
        <w:rPr>
          <w:noProof/>
          <w:lang w:val="ro-RO"/>
        </w:rPr>
      </w:pPr>
      <w:r w:rsidRPr="002A7B71">
        <w:rPr>
          <w:noProof/>
          <w:lang w:val="ro-RO"/>
        </w:rPr>
        <w:t>Exemplu: slab versus verificabil</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515"/>
        <w:gridCol w:w="6406"/>
      </w:tblGrid>
      <w:tr w:rsidR="00146DEE" w:rsidRPr="002A7B71" w14:paraId="37D8458F" w14:textId="77777777">
        <w:trPr>
          <w:tblHeader/>
          <w:jc w:val="center"/>
        </w:trPr>
        <w:tc>
          <w:tcPr>
            <w:tcW w:w="3515" w:type="dxa"/>
            <w:shd w:val="clear" w:color="auto" w:fill="D71920"/>
            <w:tcMar>
              <w:top w:w="80" w:type="dxa"/>
              <w:left w:w="90" w:type="dxa"/>
              <w:bottom w:w="80" w:type="dxa"/>
              <w:right w:w="90" w:type="dxa"/>
            </w:tcMar>
            <w:vAlign w:val="center"/>
          </w:tcPr>
          <w:p w14:paraId="2B909E44" w14:textId="77777777" w:rsidR="00146DEE" w:rsidRPr="002A7B71" w:rsidRDefault="00000000">
            <w:pPr>
              <w:spacing w:after="0" w:line="240" w:lineRule="auto"/>
              <w:jc w:val="center"/>
              <w:rPr>
                <w:noProof/>
                <w:lang w:val="ro-RO"/>
              </w:rPr>
            </w:pPr>
            <w:r w:rsidRPr="002A7B71">
              <w:rPr>
                <w:b/>
                <w:noProof/>
                <w:color w:val="FFFFFF"/>
                <w:sz w:val="16"/>
                <w:lang w:val="ro-RO"/>
              </w:rPr>
              <w:t>FORMULARE SLABĂ</w:t>
            </w:r>
          </w:p>
        </w:tc>
        <w:tc>
          <w:tcPr>
            <w:tcW w:w="6406" w:type="dxa"/>
            <w:shd w:val="clear" w:color="auto" w:fill="D71920"/>
            <w:tcMar>
              <w:top w:w="80" w:type="dxa"/>
              <w:left w:w="90" w:type="dxa"/>
              <w:bottom w:w="80" w:type="dxa"/>
              <w:right w:w="90" w:type="dxa"/>
            </w:tcMar>
            <w:vAlign w:val="center"/>
          </w:tcPr>
          <w:p w14:paraId="661467A0" w14:textId="77777777" w:rsidR="00146DEE" w:rsidRPr="002A7B71" w:rsidRDefault="00000000">
            <w:pPr>
              <w:spacing w:after="0" w:line="240" w:lineRule="auto"/>
              <w:jc w:val="center"/>
              <w:rPr>
                <w:noProof/>
                <w:lang w:val="ro-RO"/>
              </w:rPr>
            </w:pPr>
            <w:r w:rsidRPr="002A7B71">
              <w:rPr>
                <w:b/>
                <w:noProof/>
                <w:color w:val="FFFFFF"/>
                <w:sz w:val="16"/>
                <w:lang w:val="ro-RO"/>
              </w:rPr>
              <w:t>FORMULARE VERIFICABILĂ</w:t>
            </w:r>
          </w:p>
        </w:tc>
      </w:tr>
      <w:tr w:rsidR="00146DEE" w:rsidRPr="002A7B71" w14:paraId="7A680057" w14:textId="77777777">
        <w:trPr>
          <w:cantSplit/>
          <w:jc w:val="center"/>
        </w:trPr>
        <w:tc>
          <w:tcPr>
            <w:tcW w:w="3515" w:type="dxa"/>
            <w:shd w:val="clear" w:color="auto" w:fill="FFFFFF"/>
            <w:tcMar>
              <w:top w:w="80" w:type="dxa"/>
              <w:left w:w="90" w:type="dxa"/>
              <w:bottom w:w="80" w:type="dxa"/>
              <w:right w:w="90" w:type="dxa"/>
            </w:tcMar>
            <w:vAlign w:val="center"/>
          </w:tcPr>
          <w:p w14:paraId="7EF15005" w14:textId="77777777" w:rsidR="00146DEE" w:rsidRPr="002A7B71" w:rsidRDefault="00000000">
            <w:pPr>
              <w:spacing w:after="0" w:line="240" w:lineRule="auto"/>
              <w:rPr>
                <w:noProof/>
                <w:lang w:val="ro-RO"/>
              </w:rPr>
            </w:pPr>
            <w:r w:rsidRPr="002A7B71">
              <w:rPr>
                <w:noProof/>
                <w:sz w:val="16"/>
                <w:lang w:val="ro-RO"/>
              </w:rPr>
              <w:t>„Personalul nu este instruit corespunzător.”</w:t>
            </w:r>
          </w:p>
        </w:tc>
        <w:tc>
          <w:tcPr>
            <w:tcW w:w="6406" w:type="dxa"/>
            <w:shd w:val="clear" w:color="auto" w:fill="FFFFFF"/>
            <w:tcMar>
              <w:top w:w="80" w:type="dxa"/>
              <w:left w:w="90" w:type="dxa"/>
              <w:bottom w:w="80" w:type="dxa"/>
              <w:right w:w="90" w:type="dxa"/>
            </w:tcMar>
            <w:vAlign w:val="center"/>
          </w:tcPr>
          <w:p w14:paraId="0A97BE30" w14:textId="77777777" w:rsidR="00146DEE" w:rsidRPr="002A7B71" w:rsidRDefault="00000000">
            <w:pPr>
              <w:spacing w:after="0" w:line="240" w:lineRule="auto"/>
              <w:rPr>
                <w:noProof/>
                <w:lang w:val="ro-RO"/>
              </w:rPr>
            </w:pPr>
            <w:r w:rsidRPr="002A7B71">
              <w:rPr>
                <w:noProof/>
                <w:sz w:val="16"/>
                <w:lang w:val="ro-RO"/>
              </w:rPr>
              <w:t>Procedura PR-07 cere autorizarea operatorilor înainte de utilizarea echipamentului X. Pentru 3 dintre cei 5 operatori eșantionați, activi în schimbul 2 la data auditului, nu au fost disponibile înregistrări de autorizare. Prin urmare, nu există dovadă că cerința internă a fost îndeplinită pentru eșantionul verificat.</w:t>
            </w:r>
          </w:p>
        </w:tc>
      </w:tr>
    </w:tbl>
    <w:p w14:paraId="02E1FFB2" w14:textId="77777777" w:rsidR="00146DEE" w:rsidRPr="002A7B71" w:rsidRDefault="00146DEE">
      <w:pPr>
        <w:spacing w:after="20"/>
        <w:rPr>
          <w:noProof/>
          <w:lang w:val="ro-RO"/>
        </w:rPr>
      </w:pPr>
    </w:p>
    <w:p w14:paraId="331B0D55" w14:textId="77777777" w:rsidR="00146DEE" w:rsidRPr="002A7B71" w:rsidRDefault="00000000">
      <w:pPr>
        <w:pStyle w:val="Heading2"/>
        <w:rPr>
          <w:noProof/>
          <w:lang w:val="ro-RO"/>
        </w:rPr>
      </w:pPr>
      <w:r w:rsidRPr="002A7B71">
        <w:rPr>
          <w:noProof/>
          <w:lang w:val="ro-RO"/>
        </w:rPr>
        <w:t>Erori de evitat</w:t>
      </w:r>
    </w:p>
    <w:p w14:paraId="2FDB3C2A" w14:textId="77777777" w:rsidR="00146DEE" w:rsidRPr="002A7B71" w:rsidRDefault="00000000">
      <w:pPr>
        <w:pStyle w:val="ListBullet"/>
        <w:spacing w:after="40"/>
        <w:ind w:left="283" w:hanging="170"/>
        <w:rPr>
          <w:noProof/>
          <w:lang w:val="ro-RO"/>
        </w:rPr>
      </w:pPr>
      <w:r w:rsidRPr="002A7B71">
        <w:rPr>
          <w:noProof/>
          <w:lang w:val="ro-RO"/>
        </w:rPr>
        <w:t>formulări generale precum „sistem slab”, „nu se respectă ISO” sau „angajații nu știu”;</w:t>
      </w:r>
    </w:p>
    <w:p w14:paraId="089FF047" w14:textId="77777777" w:rsidR="00146DEE" w:rsidRPr="002A7B71" w:rsidRDefault="00000000">
      <w:pPr>
        <w:pStyle w:val="ListBullet"/>
        <w:spacing w:after="40"/>
        <w:ind w:left="283" w:hanging="170"/>
        <w:rPr>
          <w:noProof/>
          <w:lang w:val="ro-RO"/>
        </w:rPr>
      </w:pPr>
      <w:r w:rsidRPr="002A7B71">
        <w:rPr>
          <w:noProof/>
          <w:lang w:val="ro-RO"/>
        </w:rPr>
        <w:t>citarea unei clauze fără explicarea dovezii și a legăturii cu cerința;</w:t>
      </w:r>
    </w:p>
    <w:p w14:paraId="7AD17F2C" w14:textId="77777777" w:rsidR="00146DEE" w:rsidRPr="002A7B71" w:rsidRDefault="00000000">
      <w:pPr>
        <w:pStyle w:val="ListBullet"/>
        <w:spacing w:after="40"/>
        <w:ind w:left="283" w:hanging="170"/>
        <w:rPr>
          <w:noProof/>
          <w:lang w:val="ro-RO"/>
        </w:rPr>
      </w:pPr>
      <w:r w:rsidRPr="002A7B71">
        <w:rPr>
          <w:noProof/>
          <w:lang w:val="ro-RO"/>
        </w:rPr>
        <w:t>prescrierea soluției în textul neconformității;</w:t>
      </w:r>
    </w:p>
    <w:p w14:paraId="5208C1B4" w14:textId="77777777" w:rsidR="00146DEE" w:rsidRPr="002A7B71" w:rsidRDefault="00000000">
      <w:pPr>
        <w:pStyle w:val="ListBullet"/>
        <w:spacing w:after="40"/>
        <w:ind w:left="283" w:hanging="170"/>
        <w:rPr>
          <w:noProof/>
          <w:lang w:val="ro-RO"/>
        </w:rPr>
      </w:pPr>
      <w:r w:rsidRPr="002A7B71">
        <w:rPr>
          <w:noProof/>
          <w:lang w:val="ro-RO"/>
        </w:rPr>
        <w:t>combinarea mai multor probleme fără legătură într-o singură constatare;</w:t>
      </w:r>
    </w:p>
    <w:p w14:paraId="34FC0702" w14:textId="77777777" w:rsidR="00146DEE" w:rsidRPr="002A7B71" w:rsidRDefault="00000000">
      <w:pPr>
        <w:pStyle w:val="ListBullet"/>
        <w:spacing w:after="40"/>
        <w:ind w:left="283" w:hanging="170"/>
        <w:rPr>
          <w:noProof/>
          <w:lang w:val="ro-RO"/>
        </w:rPr>
      </w:pPr>
      <w:r w:rsidRPr="002A7B71">
        <w:rPr>
          <w:noProof/>
          <w:lang w:val="ro-RO"/>
        </w:rPr>
        <w:t>folosirea exclusivă a unui interviu neconfirmat ca dovadă;</w:t>
      </w:r>
    </w:p>
    <w:p w14:paraId="43A5B1CA" w14:textId="77777777" w:rsidR="00146DEE" w:rsidRPr="002A7B71" w:rsidRDefault="00000000">
      <w:pPr>
        <w:pStyle w:val="ListBullet"/>
        <w:spacing w:after="40"/>
        <w:ind w:left="283" w:hanging="170"/>
        <w:rPr>
          <w:noProof/>
          <w:lang w:val="ro-RO"/>
        </w:rPr>
      </w:pPr>
      <w:r w:rsidRPr="002A7B71">
        <w:rPr>
          <w:noProof/>
          <w:lang w:val="ro-RO"/>
        </w:rPr>
        <w:t>negocierea constatării pentru a evita disconfortul, deși dovada este suficientă.</w:t>
      </w:r>
    </w:p>
    <w:p w14:paraId="46A278F6" w14:textId="77777777" w:rsidR="00146DEE" w:rsidRPr="002A7B71" w:rsidRDefault="00000000">
      <w:pPr>
        <w:pStyle w:val="Heading2"/>
        <w:rPr>
          <w:noProof/>
          <w:lang w:val="ro-RO"/>
        </w:rPr>
      </w:pPr>
      <w:r w:rsidRPr="002A7B71">
        <w:rPr>
          <w:noProof/>
          <w:lang w:val="ro-RO"/>
        </w:rPr>
        <w:t>Fișă de neconformitate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92"/>
        <w:gridCol w:w="7115"/>
      </w:tblGrid>
      <w:tr w:rsidR="00146DEE" w:rsidRPr="002A7B71" w14:paraId="2B8E232F" w14:textId="77777777" w:rsidTr="002A7B71">
        <w:trPr>
          <w:cantSplit/>
          <w:trHeight w:val="313"/>
          <w:jc w:val="center"/>
        </w:trPr>
        <w:tc>
          <w:tcPr>
            <w:tcW w:w="2492" w:type="dxa"/>
            <w:shd w:val="clear" w:color="auto" w:fill="F3F4F5"/>
            <w:tcMar>
              <w:top w:w="80" w:type="dxa"/>
              <w:left w:w="90" w:type="dxa"/>
              <w:bottom w:w="80" w:type="dxa"/>
              <w:right w:w="90" w:type="dxa"/>
            </w:tcMar>
            <w:vAlign w:val="center"/>
          </w:tcPr>
          <w:p w14:paraId="62074264" w14:textId="77777777" w:rsidR="00146DEE" w:rsidRPr="002A7B71" w:rsidRDefault="00000000">
            <w:pPr>
              <w:spacing w:after="0" w:line="240" w:lineRule="auto"/>
              <w:rPr>
                <w:noProof/>
                <w:lang w:val="ro-RO"/>
              </w:rPr>
            </w:pPr>
            <w:r w:rsidRPr="002A7B71">
              <w:rPr>
                <w:b/>
                <w:noProof/>
                <w:sz w:val="15"/>
                <w:lang w:val="ro-RO"/>
              </w:rPr>
              <w:t>Cod audit / NC</w:t>
            </w:r>
          </w:p>
        </w:tc>
        <w:tc>
          <w:tcPr>
            <w:tcW w:w="7115" w:type="dxa"/>
            <w:shd w:val="clear" w:color="auto" w:fill="FFFFFF"/>
            <w:tcMar>
              <w:top w:w="80" w:type="dxa"/>
              <w:left w:w="90" w:type="dxa"/>
              <w:bottom w:w="80" w:type="dxa"/>
              <w:right w:w="90" w:type="dxa"/>
            </w:tcMar>
            <w:vAlign w:val="center"/>
          </w:tcPr>
          <w:p w14:paraId="4B8AEC0A" w14:textId="77777777" w:rsidR="00146DEE" w:rsidRPr="002A7B71" w:rsidRDefault="00146DEE">
            <w:pPr>
              <w:spacing w:after="0" w:line="240" w:lineRule="auto"/>
              <w:rPr>
                <w:noProof/>
                <w:lang w:val="ro-RO"/>
              </w:rPr>
            </w:pPr>
          </w:p>
        </w:tc>
      </w:tr>
      <w:tr w:rsidR="00146DEE" w:rsidRPr="002A7B71" w14:paraId="6B028411" w14:textId="77777777" w:rsidTr="002A7B71">
        <w:trPr>
          <w:cantSplit/>
          <w:trHeight w:val="333"/>
          <w:jc w:val="center"/>
        </w:trPr>
        <w:tc>
          <w:tcPr>
            <w:tcW w:w="2492" w:type="dxa"/>
            <w:shd w:val="clear" w:color="auto" w:fill="F3F4F5"/>
            <w:tcMar>
              <w:top w:w="80" w:type="dxa"/>
              <w:left w:w="90" w:type="dxa"/>
              <w:bottom w:w="80" w:type="dxa"/>
              <w:right w:w="90" w:type="dxa"/>
            </w:tcMar>
            <w:vAlign w:val="center"/>
          </w:tcPr>
          <w:p w14:paraId="06E89CF7" w14:textId="77777777" w:rsidR="00146DEE" w:rsidRPr="002A7B71" w:rsidRDefault="00000000">
            <w:pPr>
              <w:spacing w:after="0" w:line="240" w:lineRule="auto"/>
              <w:rPr>
                <w:noProof/>
                <w:lang w:val="ro-RO"/>
              </w:rPr>
            </w:pPr>
            <w:r w:rsidRPr="002A7B71">
              <w:rPr>
                <w:b/>
                <w:noProof/>
                <w:sz w:val="15"/>
                <w:lang w:val="ro-RO"/>
              </w:rPr>
              <w:t>Proces / locație</w:t>
            </w:r>
          </w:p>
        </w:tc>
        <w:tc>
          <w:tcPr>
            <w:tcW w:w="7115" w:type="dxa"/>
            <w:shd w:val="clear" w:color="auto" w:fill="FFFFFF"/>
            <w:tcMar>
              <w:top w:w="80" w:type="dxa"/>
              <w:left w:w="90" w:type="dxa"/>
              <w:bottom w:w="80" w:type="dxa"/>
              <w:right w:w="90" w:type="dxa"/>
            </w:tcMar>
            <w:vAlign w:val="center"/>
          </w:tcPr>
          <w:p w14:paraId="24DA6FDF" w14:textId="77777777" w:rsidR="00146DEE" w:rsidRPr="002A7B71" w:rsidRDefault="00146DEE">
            <w:pPr>
              <w:spacing w:after="0" w:line="240" w:lineRule="auto"/>
              <w:rPr>
                <w:noProof/>
                <w:lang w:val="ro-RO"/>
              </w:rPr>
            </w:pPr>
          </w:p>
        </w:tc>
      </w:tr>
      <w:tr w:rsidR="00146DEE" w:rsidRPr="002A7B71" w14:paraId="6DDD8D11" w14:textId="77777777" w:rsidTr="002A7B71">
        <w:trPr>
          <w:cantSplit/>
          <w:trHeight w:val="313"/>
          <w:jc w:val="center"/>
        </w:trPr>
        <w:tc>
          <w:tcPr>
            <w:tcW w:w="2492" w:type="dxa"/>
            <w:shd w:val="clear" w:color="auto" w:fill="F3F4F5"/>
            <w:tcMar>
              <w:top w:w="80" w:type="dxa"/>
              <w:left w:w="90" w:type="dxa"/>
              <w:bottom w:w="80" w:type="dxa"/>
              <w:right w:w="90" w:type="dxa"/>
            </w:tcMar>
            <w:vAlign w:val="center"/>
          </w:tcPr>
          <w:p w14:paraId="5A917A02" w14:textId="77777777" w:rsidR="00146DEE" w:rsidRPr="002A7B71" w:rsidRDefault="00000000">
            <w:pPr>
              <w:spacing w:after="0" w:line="240" w:lineRule="auto"/>
              <w:rPr>
                <w:noProof/>
                <w:lang w:val="ro-RO"/>
              </w:rPr>
            </w:pPr>
            <w:r w:rsidRPr="002A7B71">
              <w:rPr>
                <w:b/>
                <w:noProof/>
                <w:sz w:val="15"/>
                <w:lang w:val="ro-RO"/>
              </w:rPr>
              <w:t>Criteriu</w:t>
            </w:r>
          </w:p>
        </w:tc>
        <w:tc>
          <w:tcPr>
            <w:tcW w:w="7115" w:type="dxa"/>
            <w:shd w:val="clear" w:color="auto" w:fill="FFFFFF"/>
            <w:tcMar>
              <w:top w:w="80" w:type="dxa"/>
              <w:left w:w="90" w:type="dxa"/>
              <w:bottom w:w="80" w:type="dxa"/>
              <w:right w:w="90" w:type="dxa"/>
            </w:tcMar>
            <w:vAlign w:val="center"/>
          </w:tcPr>
          <w:p w14:paraId="1A02860E" w14:textId="77777777" w:rsidR="00146DEE" w:rsidRPr="002A7B71" w:rsidRDefault="00146DEE">
            <w:pPr>
              <w:spacing w:after="0" w:line="240" w:lineRule="auto"/>
              <w:rPr>
                <w:noProof/>
                <w:lang w:val="ro-RO"/>
              </w:rPr>
            </w:pPr>
          </w:p>
        </w:tc>
      </w:tr>
      <w:tr w:rsidR="00146DEE" w:rsidRPr="002A7B71" w14:paraId="7695625D" w14:textId="77777777" w:rsidTr="002A7B71">
        <w:trPr>
          <w:cantSplit/>
          <w:trHeight w:val="333"/>
          <w:jc w:val="center"/>
        </w:trPr>
        <w:tc>
          <w:tcPr>
            <w:tcW w:w="2492" w:type="dxa"/>
            <w:shd w:val="clear" w:color="auto" w:fill="F3F4F5"/>
            <w:tcMar>
              <w:top w:w="80" w:type="dxa"/>
              <w:left w:w="90" w:type="dxa"/>
              <w:bottom w:w="80" w:type="dxa"/>
              <w:right w:w="90" w:type="dxa"/>
            </w:tcMar>
            <w:vAlign w:val="center"/>
          </w:tcPr>
          <w:p w14:paraId="6779B80A" w14:textId="77777777" w:rsidR="00146DEE" w:rsidRPr="002A7B71" w:rsidRDefault="00000000">
            <w:pPr>
              <w:spacing w:after="0" w:line="240" w:lineRule="auto"/>
              <w:rPr>
                <w:noProof/>
                <w:lang w:val="ro-RO"/>
              </w:rPr>
            </w:pPr>
            <w:r w:rsidRPr="002A7B71">
              <w:rPr>
                <w:b/>
                <w:noProof/>
                <w:sz w:val="15"/>
                <w:lang w:val="ro-RO"/>
              </w:rPr>
              <w:t>Dovadă obiectivă</w:t>
            </w:r>
          </w:p>
        </w:tc>
        <w:tc>
          <w:tcPr>
            <w:tcW w:w="7115" w:type="dxa"/>
            <w:shd w:val="clear" w:color="auto" w:fill="FFFFFF"/>
            <w:tcMar>
              <w:top w:w="80" w:type="dxa"/>
              <w:left w:w="90" w:type="dxa"/>
              <w:bottom w:w="80" w:type="dxa"/>
              <w:right w:w="90" w:type="dxa"/>
            </w:tcMar>
            <w:vAlign w:val="center"/>
          </w:tcPr>
          <w:p w14:paraId="43964301" w14:textId="77777777" w:rsidR="00146DEE" w:rsidRPr="002A7B71" w:rsidRDefault="00146DEE">
            <w:pPr>
              <w:spacing w:after="0" w:line="240" w:lineRule="auto"/>
              <w:rPr>
                <w:noProof/>
                <w:lang w:val="ro-RO"/>
              </w:rPr>
            </w:pPr>
          </w:p>
        </w:tc>
      </w:tr>
      <w:tr w:rsidR="00146DEE" w:rsidRPr="002A7B71" w14:paraId="0E821DB4" w14:textId="77777777" w:rsidTr="002A7B71">
        <w:trPr>
          <w:cantSplit/>
          <w:trHeight w:val="313"/>
          <w:jc w:val="center"/>
        </w:trPr>
        <w:tc>
          <w:tcPr>
            <w:tcW w:w="2492" w:type="dxa"/>
            <w:shd w:val="clear" w:color="auto" w:fill="F3F4F5"/>
            <w:tcMar>
              <w:top w:w="80" w:type="dxa"/>
              <w:left w:w="90" w:type="dxa"/>
              <w:bottom w:w="80" w:type="dxa"/>
              <w:right w:w="90" w:type="dxa"/>
            </w:tcMar>
            <w:vAlign w:val="center"/>
          </w:tcPr>
          <w:p w14:paraId="5BEB844B" w14:textId="77777777" w:rsidR="00146DEE" w:rsidRPr="002A7B71" w:rsidRDefault="00000000">
            <w:pPr>
              <w:spacing w:after="0" w:line="240" w:lineRule="auto"/>
              <w:rPr>
                <w:noProof/>
                <w:lang w:val="ro-RO"/>
              </w:rPr>
            </w:pPr>
            <w:r w:rsidRPr="002A7B71">
              <w:rPr>
                <w:b/>
                <w:noProof/>
                <w:sz w:val="15"/>
                <w:lang w:val="ro-RO"/>
              </w:rPr>
              <w:lastRenderedPageBreak/>
              <w:t>Formularea neconformității</w:t>
            </w:r>
          </w:p>
        </w:tc>
        <w:tc>
          <w:tcPr>
            <w:tcW w:w="7115" w:type="dxa"/>
            <w:shd w:val="clear" w:color="auto" w:fill="FFFFFF"/>
            <w:tcMar>
              <w:top w:w="80" w:type="dxa"/>
              <w:left w:w="90" w:type="dxa"/>
              <w:bottom w:w="80" w:type="dxa"/>
              <w:right w:w="90" w:type="dxa"/>
            </w:tcMar>
            <w:vAlign w:val="center"/>
          </w:tcPr>
          <w:p w14:paraId="753F0A7C" w14:textId="77777777" w:rsidR="00146DEE" w:rsidRPr="002A7B71" w:rsidRDefault="00146DEE">
            <w:pPr>
              <w:spacing w:after="0" w:line="240" w:lineRule="auto"/>
              <w:rPr>
                <w:noProof/>
                <w:lang w:val="ro-RO"/>
              </w:rPr>
            </w:pPr>
          </w:p>
        </w:tc>
      </w:tr>
      <w:tr w:rsidR="00146DEE" w:rsidRPr="002A7B71" w14:paraId="5B884E7D" w14:textId="77777777" w:rsidTr="002A7B71">
        <w:trPr>
          <w:cantSplit/>
          <w:trHeight w:val="313"/>
          <w:jc w:val="center"/>
        </w:trPr>
        <w:tc>
          <w:tcPr>
            <w:tcW w:w="2492" w:type="dxa"/>
            <w:shd w:val="clear" w:color="auto" w:fill="F3F4F5"/>
            <w:tcMar>
              <w:top w:w="80" w:type="dxa"/>
              <w:left w:w="90" w:type="dxa"/>
              <w:bottom w:w="80" w:type="dxa"/>
              <w:right w:w="90" w:type="dxa"/>
            </w:tcMar>
            <w:vAlign w:val="center"/>
          </w:tcPr>
          <w:p w14:paraId="30BA302C" w14:textId="77777777" w:rsidR="00146DEE" w:rsidRPr="002A7B71" w:rsidRDefault="00000000">
            <w:pPr>
              <w:spacing w:after="0" w:line="240" w:lineRule="auto"/>
              <w:rPr>
                <w:noProof/>
                <w:lang w:val="ro-RO"/>
              </w:rPr>
            </w:pPr>
            <w:r w:rsidRPr="002A7B71">
              <w:rPr>
                <w:b/>
                <w:noProof/>
                <w:sz w:val="15"/>
                <w:lang w:val="ro-RO"/>
              </w:rPr>
              <w:t>Clasificare internă, dacă se aplică</w:t>
            </w:r>
          </w:p>
        </w:tc>
        <w:tc>
          <w:tcPr>
            <w:tcW w:w="7115" w:type="dxa"/>
            <w:shd w:val="clear" w:color="auto" w:fill="FFFFFF"/>
            <w:tcMar>
              <w:top w:w="80" w:type="dxa"/>
              <w:left w:w="90" w:type="dxa"/>
              <w:bottom w:w="80" w:type="dxa"/>
              <w:right w:w="90" w:type="dxa"/>
            </w:tcMar>
            <w:vAlign w:val="center"/>
          </w:tcPr>
          <w:p w14:paraId="71D6E125" w14:textId="77777777" w:rsidR="00146DEE" w:rsidRPr="002A7B71" w:rsidRDefault="00146DEE">
            <w:pPr>
              <w:spacing w:after="0" w:line="240" w:lineRule="auto"/>
              <w:rPr>
                <w:noProof/>
                <w:lang w:val="ro-RO"/>
              </w:rPr>
            </w:pPr>
          </w:p>
        </w:tc>
      </w:tr>
      <w:tr w:rsidR="00146DEE" w:rsidRPr="002A7B71" w14:paraId="241D6888" w14:textId="77777777" w:rsidTr="002A7B71">
        <w:trPr>
          <w:cantSplit/>
          <w:trHeight w:val="333"/>
          <w:jc w:val="center"/>
        </w:trPr>
        <w:tc>
          <w:tcPr>
            <w:tcW w:w="2492" w:type="dxa"/>
            <w:shd w:val="clear" w:color="auto" w:fill="F3F4F5"/>
            <w:tcMar>
              <w:top w:w="80" w:type="dxa"/>
              <w:left w:w="90" w:type="dxa"/>
              <w:bottom w:w="80" w:type="dxa"/>
              <w:right w:w="90" w:type="dxa"/>
            </w:tcMar>
            <w:vAlign w:val="center"/>
          </w:tcPr>
          <w:p w14:paraId="1737E99B" w14:textId="77777777" w:rsidR="00146DEE" w:rsidRPr="002A7B71" w:rsidRDefault="00000000">
            <w:pPr>
              <w:spacing w:after="0" w:line="240" w:lineRule="auto"/>
              <w:rPr>
                <w:noProof/>
                <w:lang w:val="ro-RO"/>
              </w:rPr>
            </w:pPr>
            <w:r w:rsidRPr="002A7B71">
              <w:rPr>
                <w:b/>
                <w:noProof/>
                <w:sz w:val="15"/>
                <w:lang w:val="ro-RO"/>
              </w:rPr>
              <w:t>Responsabil acțiune</w:t>
            </w:r>
          </w:p>
        </w:tc>
        <w:tc>
          <w:tcPr>
            <w:tcW w:w="7115" w:type="dxa"/>
            <w:shd w:val="clear" w:color="auto" w:fill="FFFFFF"/>
            <w:tcMar>
              <w:top w:w="80" w:type="dxa"/>
              <w:left w:w="90" w:type="dxa"/>
              <w:bottom w:w="80" w:type="dxa"/>
              <w:right w:w="90" w:type="dxa"/>
            </w:tcMar>
            <w:vAlign w:val="center"/>
          </w:tcPr>
          <w:p w14:paraId="57098AC4" w14:textId="77777777" w:rsidR="00146DEE" w:rsidRPr="002A7B71" w:rsidRDefault="00146DEE">
            <w:pPr>
              <w:spacing w:after="0" w:line="240" w:lineRule="auto"/>
              <w:rPr>
                <w:noProof/>
                <w:lang w:val="ro-RO"/>
              </w:rPr>
            </w:pPr>
          </w:p>
        </w:tc>
      </w:tr>
      <w:tr w:rsidR="00146DEE" w:rsidRPr="002A7B71" w14:paraId="5999FF50" w14:textId="77777777" w:rsidTr="002A7B71">
        <w:trPr>
          <w:cantSplit/>
          <w:trHeight w:val="313"/>
          <w:jc w:val="center"/>
        </w:trPr>
        <w:tc>
          <w:tcPr>
            <w:tcW w:w="2492" w:type="dxa"/>
            <w:shd w:val="clear" w:color="auto" w:fill="F3F4F5"/>
            <w:tcMar>
              <w:top w:w="80" w:type="dxa"/>
              <w:left w:w="90" w:type="dxa"/>
              <w:bottom w:w="80" w:type="dxa"/>
              <w:right w:w="90" w:type="dxa"/>
            </w:tcMar>
            <w:vAlign w:val="center"/>
          </w:tcPr>
          <w:p w14:paraId="173FEF64" w14:textId="77777777" w:rsidR="00146DEE" w:rsidRPr="002A7B71" w:rsidRDefault="00000000">
            <w:pPr>
              <w:spacing w:after="0" w:line="240" w:lineRule="auto"/>
              <w:rPr>
                <w:noProof/>
                <w:lang w:val="ro-RO"/>
              </w:rPr>
            </w:pPr>
            <w:r w:rsidRPr="002A7B71">
              <w:rPr>
                <w:b/>
                <w:noProof/>
                <w:sz w:val="15"/>
                <w:lang w:val="ro-RO"/>
              </w:rPr>
              <w:t>Termen</w:t>
            </w:r>
          </w:p>
        </w:tc>
        <w:tc>
          <w:tcPr>
            <w:tcW w:w="7115" w:type="dxa"/>
            <w:shd w:val="clear" w:color="auto" w:fill="FFFFFF"/>
            <w:tcMar>
              <w:top w:w="80" w:type="dxa"/>
              <w:left w:w="90" w:type="dxa"/>
              <w:bottom w:w="80" w:type="dxa"/>
              <w:right w:w="90" w:type="dxa"/>
            </w:tcMar>
            <w:vAlign w:val="center"/>
          </w:tcPr>
          <w:p w14:paraId="0ACF9BD5" w14:textId="77777777" w:rsidR="00146DEE" w:rsidRPr="002A7B71" w:rsidRDefault="00146DEE">
            <w:pPr>
              <w:spacing w:after="0" w:line="240" w:lineRule="auto"/>
              <w:rPr>
                <w:noProof/>
                <w:lang w:val="ro-RO"/>
              </w:rPr>
            </w:pPr>
          </w:p>
        </w:tc>
      </w:tr>
      <w:tr w:rsidR="00146DEE" w:rsidRPr="002A7B71" w14:paraId="6EF6A08A" w14:textId="77777777" w:rsidTr="002A7B71">
        <w:tblPrEx>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Ex>
        <w:trPr>
          <w:cantSplit/>
          <w:trHeight w:val="940"/>
          <w:jc w:val="center"/>
        </w:trPr>
        <w:tc>
          <w:tcPr>
            <w:tcW w:w="2492" w:type="dxa"/>
            <w:shd w:val="clear" w:color="auto" w:fill="D71920"/>
            <w:tcMar>
              <w:top w:w="80" w:type="dxa"/>
              <w:left w:w="90" w:type="dxa"/>
              <w:bottom w:w="80" w:type="dxa"/>
              <w:right w:w="90" w:type="dxa"/>
            </w:tcMar>
            <w:vAlign w:val="center"/>
          </w:tcPr>
          <w:p w14:paraId="03E47E1A" w14:textId="77777777" w:rsidR="00146DEE" w:rsidRPr="002A7B71" w:rsidRDefault="00000000">
            <w:pPr>
              <w:spacing w:after="0" w:line="240" w:lineRule="auto"/>
              <w:jc w:val="center"/>
              <w:rPr>
                <w:noProof/>
                <w:lang w:val="ro-RO"/>
              </w:rPr>
            </w:pPr>
            <w:r w:rsidRPr="002A7B71">
              <w:rPr>
                <w:b/>
                <w:noProof/>
                <w:color w:val="FFFFFF"/>
                <w:sz w:val="34"/>
                <w:lang w:val="ro-RO"/>
              </w:rPr>
              <w:t>8</w:t>
            </w:r>
          </w:p>
        </w:tc>
        <w:tc>
          <w:tcPr>
            <w:tcW w:w="7115" w:type="dxa"/>
            <w:shd w:val="clear" w:color="auto" w:fill="F3F4F5"/>
          </w:tcPr>
          <w:p w14:paraId="6FC65D58" w14:textId="77777777" w:rsidR="00146DEE" w:rsidRPr="002A7B71" w:rsidRDefault="00000000">
            <w:pPr>
              <w:spacing w:after="20"/>
              <w:rPr>
                <w:noProof/>
                <w:lang w:val="ro-RO"/>
              </w:rPr>
            </w:pPr>
            <w:r w:rsidRPr="002A7B71">
              <w:rPr>
                <w:b/>
                <w:noProof/>
                <w:sz w:val="28"/>
                <w:lang w:val="ro-RO"/>
              </w:rPr>
              <w:t>Închiderea și raportarea</w:t>
            </w:r>
          </w:p>
          <w:p w14:paraId="27F7F820" w14:textId="77777777" w:rsidR="00146DEE" w:rsidRPr="002A7B71" w:rsidRDefault="00000000">
            <w:pPr>
              <w:keepNext/>
              <w:spacing w:after="0"/>
              <w:rPr>
                <w:noProof/>
                <w:lang w:val="ro-RO"/>
              </w:rPr>
            </w:pPr>
            <w:r w:rsidRPr="002A7B71">
              <w:rPr>
                <w:noProof/>
                <w:color w:val="666666"/>
                <w:sz w:val="17"/>
                <w:lang w:val="ro-RO"/>
              </w:rPr>
              <w:t>Nicio surpriză la ședința finală; concluziile trebuie să fie clare și trasabile</w:t>
            </w:r>
          </w:p>
        </w:tc>
      </w:tr>
    </w:tbl>
    <w:p w14:paraId="0679C1D3" w14:textId="77777777" w:rsidR="00146DEE" w:rsidRPr="002A7B71" w:rsidRDefault="00146DEE">
      <w:pPr>
        <w:keepNext/>
        <w:spacing w:after="0"/>
        <w:rPr>
          <w:noProof/>
          <w:lang w:val="ro-RO"/>
        </w:rPr>
      </w:pPr>
    </w:p>
    <w:p w14:paraId="080D8084" w14:textId="77777777" w:rsidR="00146DEE" w:rsidRPr="002A7B71" w:rsidRDefault="00000000">
      <w:pPr>
        <w:pStyle w:val="Heading2"/>
        <w:rPr>
          <w:noProof/>
          <w:lang w:val="ro-RO"/>
        </w:rPr>
      </w:pPr>
      <w:r w:rsidRPr="002A7B71">
        <w:rPr>
          <w:noProof/>
          <w:lang w:val="ro-RO"/>
        </w:rPr>
        <w:t>Înainte de ședința de închidere</w:t>
      </w:r>
    </w:p>
    <w:p w14:paraId="0907F8A9" w14:textId="77777777" w:rsidR="00146DEE" w:rsidRPr="002A7B71" w:rsidRDefault="00000000">
      <w:pPr>
        <w:pStyle w:val="ListBullet"/>
        <w:spacing w:after="40"/>
        <w:ind w:left="283" w:hanging="170"/>
        <w:rPr>
          <w:noProof/>
          <w:lang w:val="ro-RO"/>
        </w:rPr>
      </w:pPr>
      <w:r w:rsidRPr="002A7B71">
        <w:rPr>
          <w:noProof/>
          <w:lang w:val="ro-RO"/>
        </w:rPr>
        <w:t>revizuiți dacă dovezile sunt suficiente și relevante pentru fiecare constatare;</w:t>
      </w:r>
    </w:p>
    <w:p w14:paraId="11DB216C" w14:textId="77777777" w:rsidR="00146DEE" w:rsidRPr="002A7B71" w:rsidRDefault="00000000">
      <w:pPr>
        <w:pStyle w:val="ListBullet"/>
        <w:spacing w:after="40"/>
        <w:ind w:left="283" w:hanging="170"/>
        <w:rPr>
          <w:noProof/>
          <w:lang w:val="ro-RO"/>
        </w:rPr>
      </w:pPr>
      <w:r w:rsidRPr="002A7B71">
        <w:rPr>
          <w:noProof/>
          <w:lang w:val="ro-RO"/>
        </w:rPr>
        <w:t>verificați exactitatea criteriilor și separați faptele de interpretări;</w:t>
      </w:r>
    </w:p>
    <w:p w14:paraId="1E9DDE4A" w14:textId="77777777" w:rsidR="00146DEE" w:rsidRPr="002A7B71" w:rsidRDefault="00000000">
      <w:pPr>
        <w:pStyle w:val="ListBullet"/>
        <w:spacing w:after="40"/>
        <w:ind w:left="283" w:hanging="170"/>
        <w:rPr>
          <w:noProof/>
          <w:lang w:val="ro-RO"/>
        </w:rPr>
      </w:pPr>
      <w:r w:rsidRPr="002A7B71">
        <w:rPr>
          <w:noProof/>
          <w:lang w:val="ro-RO"/>
        </w:rPr>
        <w:t>discutați posibilele neconformități cu responsabilul procesului și clarificați divergențele;</w:t>
      </w:r>
    </w:p>
    <w:p w14:paraId="29657D3F" w14:textId="77777777" w:rsidR="00146DEE" w:rsidRPr="002A7B71" w:rsidRDefault="00000000">
      <w:pPr>
        <w:pStyle w:val="ListBullet"/>
        <w:spacing w:after="40"/>
        <w:ind w:left="283" w:hanging="170"/>
        <w:rPr>
          <w:noProof/>
          <w:lang w:val="ro-RO"/>
        </w:rPr>
      </w:pPr>
      <w:r w:rsidRPr="002A7B71">
        <w:rPr>
          <w:noProof/>
          <w:lang w:val="ro-RO"/>
        </w:rPr>
        <w:t>corelați constatările cu obiectivele auditului și evitați concluziile din afara domeniului;</w:t>
      </w:r>
    </w:p>
    <w:p w14:paraId="3582B4DA" w14:textId="77777777" w:rsidR="00146DEE" w:rsidRPr="002A7B71" w:rsidRDefault="00000000">
      <w:pPr>
        <w:pStyle w:val="ListBullet"/>
        <w:spacing w:after="40"/>
        <w:ind w:left="283" w:hanging="170"/>
        <w:rPr>
          <w:noProof/>
          <w:lang w:val="ro-RO"/>
        </w:rPr>
      </w:pPr>
      <w:r w:rsidRPr="002A7B71">
        <w:rPr>
          <w:noProof/>
          <w:lang w:val="ro-RO"/>
        </w:rPr>
        <w:t>conveniți în echipă concluzia generală și mesajele esențiale.</w:t>
      </w:r>
    </w:p>
    <w:p w14:paraId="7260D64D" w14:textId="77777777" w:rsidR="00146DEE" w:rsidRPr="002A7B71" w:rsidRDefault="00000000">
      <w:pPr>
        <w:pStyle w:val="Heading2"/>
        <w:rPr>
          <w:noProof/>
          <w:lang w:val="ro-RO"/>
        </w:rPr>
      </w:pPr>
      <w:r w:rsidRPr="002A7B71">
        <w:rPr>
          <w:noProof/>
          <w:lang w:val="ro-RO"/>
        </w:rPr>
        <w:t>Ședința de închidere - structură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146DEE" w:rsidRPr="002A7B71" w14:paraId="0E057E16" w14:textId="77777777">
        <w:trPr>
          <w:tblHeader/>
          <w:jc w:val="center"/>
        </w:trPr>
        <w:tc>
          <w:tcPr>
            <w:tcW w:w="1020" w:type="dxa"/>
            <w:shd w:val="clear" w:color="auto" w:fill="D71920"/>
            <w:tcMar>
              <w:top w:w="80" w:type="dxa"/>
              <w:left w:w="90" w:type="dxa"/>
              <w:bottom w:w="80" w:type="dxa"/>
              <w:right w:w="90" w:type="dxa"/>
            </w:tcMar>
            <w:vAlign w:val="center"/>
          </w:tcPr>
          <w:p w14:paraId="080A3047" w14:textId="77777777" w:rsidR="00146DEE" w:rsidRPr="002A7B71" w:rsidRDefault="00000000">
            <w:pPr>
              <w:spacing w:after="0" w:line="240" w:lineRule="auto"/>
              <w:jc w:val="center"/>
              <w:rPr>
                <w:noProof/>
                <w:lang w:val="ro-RO"/>
              </w:rPr>
            </w:pPr>
            <w:r w:rsidRPr="002A7B71">
              <w:rPr>
                <w:b/>
                <w:noProof/>
                <w:color w:val="FFFFFF"/>
                <w:sz w:val="16"/>
                <w:lang w:val="ro-RO"/>
              </w:rPr>
              <w:t>PAS</w:t>
            </w:r>
          </w:p>
        </w:tc>
        <w:tc>
          <w:tcPr>
            <w:tcW w:w="8901" w:type="dxa"/>
            <w:shd w:val="clear" w:color="auto" w:fill="D71920"/>
            <w:tcMar>
              <w:top w:w="80" w:type="dxa"/>
              <w:left w:w="90" w:type="dxa"/>
              <w:bottom w:w="80" w:type="dxa"/>
              <w:right w:w="90" w:type="dxa"/>
            </w:tcMar>
            <w:vAlign w:val="center"/>
          </w:tcPr>
          <w:p w14:paraId="09EAC147" w14:textId="77777777" w:rsidR="00146DEE" w:rsidRPr="002A7B71" w:rsidRDefault="00000000">
            <w:pPr>
              <w:spacing w:after="0" w:line="240" w:lineRule="auto"/>
              <w:jc w:val="center"/>
              <w:rPr>
                <w:noProof/>
                <w:lang w:val="ro-RO"/>
              </w:rPr>
            </w:pPr>
            <w:r w:rsidRPr="002A7B71">
              <w:rPr>
                <w:b/>
                <w:noProof/>
                <w:color w:val="FFFFFF"/>
                <w:sz w:val="16"/>
                <w:lang w:val="ro-RO"/>
              </w:rPr>
              <w:t>MESAJ</w:t>
            </w:r>
          </w:p>
        </w:tc>
      </w:tr>
      <w:tr w:rsidR="00146DEE" w:rsidRPr="002A7B71" w14:paraId="200A7383" w14:textId="77777777">
        <w:trPr>
          <w:cantSplit/>
          <w:jc w:val="center"/>
        </w:trPr>
        <w:tc>
          <w:tcPr>
            <w:tcW w:w="1020" w:type="dxa"/>
            <w:shd w:val="clear" w:color="auto" w:fill="FFFFFF"/>
            <w:tcMar>
              <w:top w:w="80" w:type="dxa"/>
              <w:left w:w="90" w:type="dxa"/>
              <w:bottom w:w="80" w:type="dxa"/>
              <w:right w:w="90" w:type="dxa"/>
            </w:tcMar>
            <w:vAlign w:val="center"/>
          </w:tcPr>
          <w:p w14:paraId="03C2DBCD" w14:textId="77777777" w:rsidR="00146DEE" w:rsidRPr="002A7B71" w:rsidRDefault="00000000">
            <w:pPr>
              <w:spacing w:after="0" w:line="240" w:lineRule="auto"/>
              <w:jc w:val="center"/>
              <w:rPr>
                <w:noProof/>
                <w:lang w:val="ro-RO"/>
              </w:rPr>
            </w:pPr>
            <w:r w:rsidRPr="002A7B71">
              <w:rPr>
                <w:noProof/>
                <w:sz w:val="16"/>
                <w:lang w:val="ro-RO"/>
              </w:rPr>
              <w:t>1</w:t>
            </w:r>
          </w:p>
        </w:tc>
        <w:tc>
          <w:tcPr>
            <w:tcW w:w="8901" w:type="dxa"/>
            <w:shd w:val="clear" w:color="auto" w:fill="FFFFFF"/>
            <w:tcMar>
              <w:top w:w="80" w:type="dxa"/>
              <w:left w:w="90" w:type="dxa"/>
              <w:bottom w:w="80" w:type="dxa"/>
              <w:right w:w="90" w:type="dxa"/>
            </w:tcMar>
            <w:vAlign w:val="center"/>
          </w:tcPr>
          <w:p w14:paraId="6576F7B9" w14:textId="77777777" w:rsidR="00146DEE" w:rsidRPr="002A7B71" w:rsidRDefault="00000000">
            <w:pPr>
              <w:spacing w:after="0" w:line="240" w:lineRule="auto"/>
              <w:rPr>
                <w:noProof/>
                <w:lang w:val="ro-RO"/>
              </w:rPr>
            </w:pPr>
            <w:r w:rsidRPr="002A7B71">
              <w:rPr>
                <w:noProof/>
                <w:sz w:val="16"/>
                <w:lang w:val="ro-RO"/>
              </w:rPr>
              <w:t>Mulțumiți pentru colaborare și reconfirmați domeniul și limitările.</w:t>
            </w:r>
          </w:p>
        </w:tc>
      </w:tr>
      <w:tr w:rsidR="00146DEE" w:rsidRPr="002A7B71" w14:paraId="584AC737" w14:textId="77777777">
        <w:trPr>
          <w:cantSplit/>
          <w:jc w:val="center"/>
        </w:trPr>
        <w:tc>
          <w:tcPr>
            <w:tcW w:w="1020" w:type="dxa"/>
            <w:shd w:val="clear" w:color="auto" w:fill="FAFAFA"/>
            <w:tcMar>
              <w:top w:w="80" w:type="dxa"/>
              <w:left w:w="90" w:type="dxa"/>
              <w:bottom w:w="80" w:type="dxa"/>
              <w:right w:w="90" w:type="dxa"/>
            </w:tcMar>
            <w:vAlign w:val="center"/>
          </w:tcPr>
          <w:p w14:paraId="4BFE335E" w14:textId="77777777" w:rsidR="00146DEE" w:rsidRPr="002A7B71" w:rsidRDefault="00000000">
            <w:pPr>
              <w:spacing w:after="0" w:line="240" w:lineRule="auto"/>
              <w:jc w:val="center"/>
              <w:rPr>
                <w:noProof/>
                <w:lang w:val="ro-RO"/>
              </w:rPr>
            </w:pPr>
            <w:r w:rsidRPr="002A7B71">
              <w:rPr>
                <w:noProof/>
                <w:sz w:val="16"/>
                <w:lang w:val="ro-RO"/>
              </w:rPr>
              <w:t>2</w:t>
            </w:r>
          </w:p>
        </w:tc>
        <w:tc>
          <w:tcPr>
            <w:tcW w:w="8901" w:type="dxa"/>
            <w:shd w:val="clear" w:color="auto" w:fill="FAFAFA"/>
            <w:tcMar>
              <w:top w:w="80" w:type="dxa"/>
              <w:left w:w="90" w:type="dxa"/>
              <w:bottom w:w="80" w:type="dxa"/>
              <w:right w:w="90" w:type="dxa"/>
            </w:tcMar>
            <w:vAlign w:val="center"/>
          </w:tcPr>
          <w:p w14:paraId="720581A0" w14:textId="77777777" w:rsidR="00146DEE" w:rsidRPr="002A7B71" w:rsidRDefault="00000000">
            <w:pPr>
              <w:spacing w:after="0" w:line="240" w:lineRule="auto"/>
              <w:rPr>
                <w:noProof/>
                <w:lang w:val="ro-RO"/>
              </w:rPr>
            </w:pPr>
            <w:r w:rsidRPr="002A7B71">
              <w:rPr>
                <w:noProof/>
                <w:sz w:val="16"/>
                <w:lang w:val="ro-RO"/>
              </w:rPr>
              <w:t>Reamintiți că auditul s-a bazat pe eșantion și că pot exista situații neeșantionate.</w:t>
            </w:r>
          </w:p>
        </w:tc>
      </w:tr>
      <w:tr w:rsidR="00146DEE" w:rsidRPr="002A7B71" w14:paraId="2D01B4A6" w14:textId="77777777">
        <w:trPr>
          <w:cantSplit/>
          <w:jc w:val="center"/>
        </w:trPr>
        <w:tc>
          <w:tcPr>
            <w:tcW w:w="1020" w:type="dxa"/>
            <w:shd w:val="clear" w:color="auto" w:fill="FFFFFF"/>
            <w:tcMar>
              <w:top w:w="80" w:type="dxa"/>
              <w:left w:w="90" w:type="dxa"/>
              <w:bottom w:w="80" w:type="dxa"/>
              <w:right w:w="90" w:type="dxa"/>
            </w:tcMar>
            <w:vAlign w:val="center"/>
          </w:tcPr>
          <w:p w14:paraId="47C97EFE" w14:textId="77777777" w:rsidR="00146DEE" w:rsidRPr="002A7B71" w:rsidRDefault="00000000">
            <w:pPr>
              <w:spacing w:after="0" w:line="240" w:lineRule="auto"/>
              <w:jc w:val="center"/>
              <w:rPr>
                <w:noProof/>
                <w:lang w:val="ro-RO"/>
              </w:rPr>
            </w:pPr>
            <w:r w:rsidRPr="002A7B71">
              <w:rPr>
                <w:noProof/>
                <w:sz w:val="16"/>
                <w:lang w:val="ro-RO"/>
              </w:rPr>
              <w:t>3</w:t>
            </w:r>
          </w:p>
        </w:tc>
        <w:tc>
          <w:tcPr>
            <w:tcW w:w="8901" w:type="dxa"/>
            <w:shd w:val="clear" w:color="auto" w:fill="FFFFFF"/>
            <w:tcMar>
              <w:top w:w="80" w:type="dxa"/>
              <w:left w:w="90" w:type="dxa"/>
              <w:bottom w:w="80" w:type="dxa"/>
              <w:right w:w="90" w:type="dxa"/>
            </w:tcMar>
            <w:vAlign w:val="center"/>
          </w:tcPr>
          <w:p w14:paraId="1819B356" w14:textId="77777777" w:rsidR="00146DEE" w:rsidRPr="002A7B71" w:rsidRDefault="00000000">
            <w:pPr>
              <w:spacing w:after="0" w:line="240" w:lineRule="auto"/>
              <w:rPr>
                <w:noProof/>
                <w:lang w:val="ro-RO"/>
              </w:rPr>
            </w:pPr>
            <w:r w:rsidRPr="002A7B71">
              <w:rPr>
                <w:noProof/>
                <w:sz w:val="16"/>
                <w:lang w:val="ro-RO"/>
              </w:rPr>
              <w:t>Prezentați pe scurt punctele forte și concluzia față de obiective.</w:t>
            </w:r>
          </w:p>
        </w:tc>
      </w:tr>
      <w:tr w:rsidR="00146DEE" w:rsidRPr="002A7B71" w14:paraId="0A4CEE3E" w14:textId="77777777">
        <w:trPr>
          <w:cantSplit/>
          <w:jc w:val="center"/>
        </w:trPr>
        <w:tc>
          <w:tcPr>
            <w:tcW w:w="1020" w:type="dxa"/>
            <w:shd w:val="clear" w:color="auto" w:fill="FAFAFA"/>
            <w:tcMar>
              <w:top w:w="80" w:type="dxa"/>
              <w:left w:w="90" w:type="dxa"/>
              <w:bottom w:w="80" w:type="dxa"/>
              <w:right w:w="90" w:type="dxa"/>
            </w:tcMar>
            <w:vAlign w:val="center"/>
          </w:tcPr>
          <w:p w14:paraId="357C05F1" w14:textId="77777777" w:rsidR="00146DEE" w:rsidRPr="002A7B71" w:rsidRDefault="00000000">
            <w:pPr>
              <w:spacing w:after="0" w:line="240" w:lineRule="auto"/>
              <w:jc w:val="center"/>
              <w:rPr>
                <w:noProof/>
                <w:lang w:val="ro-RO"/>
              </w:rPr>
            </w:pPr>
            <w:r w:rsidRPr="002A7B71">
              <w:rPr>
                <w:noProof/>
                <w:sz w:val="16"/>
                <w:lang w:val="ro-RO"/>
              </w:rPr>
              <w:t>4</w:t>
            </w:r>
          </w:p>
        </w:tc>
        <w:tc>
          <w:tcPr>
            <w:tcW w:w="8901" w:type="dxa"/>
            <w:shd w:val="clear" w:color="auto" w:fill="FAFAFA"/>
            <w:tcMar>
              <w:top w:w="80" w:type="dxa"/>
              <w:left w:w="90" w:type="dxa"/>
              <w:bottom w:w="80" w:type="dxa"/>
              <w:right w:w="90" w:type="dxa"/>
            </w:tcMar>
            <w:vAlign w:val="center"/>
          </w:tcPr>
          <w:p w14:paraId="71FCCCE2" w14:textId="77777777" w:rsidR="00146DEE" w:rsidRPr="002A7B71" w:rsidRDefault="00000000">
            <w:pPr>
              <w:spacing w:after="0" w:line="240" w:lineRule="auto"/>
              <w:rPr>
                <w:noProof/>
                <w:lang w:val="ro-RO"/>
              </w:rPr>
            </w:pPr>
            <w:r w:rsidRPr="002A7B71">
              <w:rPr>
                <w:noProof/>
                <w:sz w:val="16"/>
                <w:lang w:val="ro-RO"/>
              </w:rPr>
              <w:t>Prezentați fiecare neconformitate: criteriu, dovadă și concluzie.</w:t>
            </w:r>
          </w:p>
        </w:tc>
      </w:tr>
      <w:tr w:rsidR="00146DEE" w:rsidRPr="002A7B71" w14:paraId="6D137242" w14:textId="77777777">
        <w:trPr>
          <w:cantSplit/>
          <w:jc w:val="center"/>
        </w:trPr>
        <w:tc>
          <w:tcPr>
            <w:tcW w:w="1020" w:type="dxa"/>
            <w:shd w:val="clear" w:color="auto" w:fill="FFFFFF"/>
            <w:tcMar>
              <w:top w:w="80" w:type="dxa"/>
              <w:left w:w="90" w:type="dxa"/>
              <w:bottom w:w="80" w:type="dxa"/>
              <w:right w:w="90" w:type="dxa"/>
            </w:tcMar>
            <w:vAlign w:val="center"/>
          </w:tcPr>
          <w:p w14:paraId="445C88FB" w14:textId="77777777" w:rsidR="00146DEE" w:rsidRPr="002A7B71" w:rsidRDefault="00000000">
            <w:pPr>
              <w:spacing w:after="0" w:line="240" w:lineRule="auto"/>
              <w:jc w:val="center"/>
              <w:rPr>
                <w:noProof/>
                <w:lang w:val="ro-RO"/>
              </w:rPr>
            </w:pPr>
            <w:r w:rsidRPr="002A7B71">
              <w:rPr>
                <w:noProof/>
                <w:sz w:val="16"/>
                <w:lang w:val="ro-RO"/>
              </w:rPr>
              <w:t>5</w:t>
            </w:r>
          </w:p>
        </w:tc>
        <w:tc>
          <w:tcPr>
            <w:tcW w:w="8901" w:type="dxa"/>
            <w:shd w:val="clear" w:color="auto" w:fill="FFFFFF"/>
            <w:tcMar>
              <w:top w:w="80" w:type="dxa"/>
              <w:left w:w="90" w:type="dxa"/>
              <w:bottom w:w="80" w:type="dxa"/>
              <w:right w:w="90" w:type="dxa"/>
            </w:tcMar>
            <w:vAlign w:val="center"/>
          </w:tcPr>
          <w:p w14:paraId="2CFFD176" w14:textId="77777777" w:rsidR="00146DEE" w:rsidRPr="002A7B71" w:rsidRDefault="00000000">
            <w:pPr>
              <w:spacing w:after="0" w:line="240" w:lineRule="auto"/>
              <w:rPr>
                <w:noProof/>
                <w:lang w:val="ro-RO"/>
              </w:rPr>
            </w:pPr>
            <w:r w:rsidRPr="002A7B71">
              <w:rPr>
                <w:noProof/>
                <w:sz w:val="16"/>
                <w:lang w:val="ro-RO"/>
              </w:rPr>
              <w:t>Clarificați întrebările sau opiniile divergente și consemnați-le dacă rămân nerezolvate.</w:t>
            </w:r>
          </w:p>
        </w:tc>
      </w:tr>
      <w:tr w:rsidR="00146DEE" w:rsidRPr="002A7B71" w14:paraId="13FC86D0" w14:textId="77777777">
        <w:trPr>
          <w:cantSplit/>
          <w:jc w:val="center"/>
        </w:trPr>
        <w:tc>
          <w:tcPr>
            <w:tcW w:w="1020" w:type="dxa"/>
            <w:shd w:val="clear" w:color="auto" w:fill="FAFAFA"/>
            <w:tcMar>
              <w:top w:w="80" w:type="dxa"/>
              <w:left w:w="90" w:type="dxa"/>
              <w:bottom w:w="80" w:type="dxa"/>
              <w:right w:w="90" w:type="dxa"/>
            </w:tcMar>
            <w:vAlign w:val="center"/>
          </w:tcPr>
          <w:p w14:paraId="1E133861" w14:textId="77777777" w:rsidR="00146DEE" w:rsidRPr="002A7B71" w:rsidRDefault="00000000">
            <w:pPr>
              <w:spacing w:after="0" w:line="240" w:lineRule="auto"/>
              <w:jc w:val="center"/>
              <w:rPr>
                <w:noProof/>
                <w:lang w:val="ro-RO"/>
              </w:rPr>
            </w:pPr>
            <w:r w:rsidRPr="002A7B71">
              <w:rPr>
                <w:noProof/>
                <w:sz w:val="16"/>
                <w:lang w:val="ro-RO"/>
              </w:rPr>
              <w:t>6</w:t>
            </w:r>
          </w:p>
        </w:tc>
        <w:tc>
          <w:tcPr>
            <w:tcW w:w="8901" w:type="dxa"/>
            <w:shd w:val="clear" w:color="auto" w:fill="FAFAFA"/>
            <w:tcMar>
              <w:top w:w="80" w:type="dxa"/>
              <w:left w:w="90" w:type="dxa"/>
              <w:bottom w:w="80" w:type="dxa"/>
              <w:right w:w="90" w:type="dxa"/>
            </w:tcMar>
            <w:vAlign w:val="center"/>
          </w:tcPr>
          <w:p w14:paraId="62669204" w14:textId="77777777" w:rsidR="00146DEE" w:rsidRPr="002A7B71" w:rsidRDefault="00000000">
            <w:pPr>
              <w:spacing w:after="0" w:line="240" w:lineRule="auto"/>
              <w:rPr>
                <w:noProof/>
                <w:lang w:val="ro-RO"/>
              </w:rPr>
            </w:pPr>
            <w:r w:rsidRPr="002A7B71">
              <w:rPr>
                <w:noProof/>
                <w:sz w:val="16"/>
                <w:lang w:val="ro-RO"/>
              </w:rPr>
              <w:t>Explicați procesul de raportare, termenele și verificarea acțiunilor.</w:t>
            </w:r>
          </w:p>
        </w:tc>
      </w:tr>
    </w:tbl>
    <w:p w14:paraId="59CC877E" w14:textId="77777777" w:rsidR="00146DEE" w:rsidRPr="002A7B71" w:rsidRDefault="00146DEE">
      <w:pPr>
        <w:spacing w:after="20"/>
        <w:rPr>
          <w:noProof/>
          <w:lang w:val="ro-RO"/>
        </w:rPr>
      </w:pPr>
    </w:p>
    <w:p w14:paraId="1676D3E1" w14:textId="77777777" w:rsidR="00146DEE" w:rsidRPr="002A7B71" w:rsidRDefault="00000000">
      <w:pPr>
        <w:pStyle w:val="Heading2"/>
        <w:rPr>
          <w:noProof/>
          <w:lang w:val="ro-RO"/>
        </w:rPr>
      </w:pPr>
      <w:r w:rsidRPr="002A7B71">
        <w:rPr>
          <w:noProof/>
          <w:lang w:val="ro-RO"/>
        </w:rPr>
        <w:t>Conținutul minim al raportului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38"/>
        <w:gridCol w:w="7483"/>
      </w:tblGrid>
      <w:tr w:rsidR="00146DEE" w:rsidRPr="002A7B71" w14:paraId="68D4388E" w14:textId="77777777">
        <w:trPr>
          <w:tblHeader/>
          <w:jc w:val="center"/>
        </w:trPr>
        <w:tc>
          <w:tcPr>
            <w:tcW w:w="2438" w:type="dxa"/>
            <w:shd w:val="clear" w:color="auto" w:fill="D71920"/>
            <w:tcMar>
              <w:top w:w="80" w:type="dxa"/>
              <w:left w:w="90" w:type="dxa"/>
              <w:bottom w:w="80" w:type="dxa"/>
              <w:right w:w="90" w:type="dxa"/>
            </w:tcMar>
            <w:vAlign w:val="center"/>
          </w:tcPr>
          <w:p w14:paraId="67AB0FD0" w14:textId="77777777" w:rsidR="00146DEE" w:rsidRPr="002A7B71" w:rsidRDefault="00000000">
            <w:pPr>
              <w:spacing w:after="0" w:line="240" w:lineRule="auto"/>
              <w:jc w:val="center"/>
              <w:rPr>
                <w:noProof/>
                <w:lang w:val="ro-RO"/>
              </w:rPr>
            </w:pPr>
            <w:r w:rsidRPr="002A7B71">
              <w:rPr>
                <w:b/>
                <w:noProof/>
                <w:color w:val="FFFFFF"/>
                <w:sz w:val="16"/>
                <w:lang w:val="ro-RO"/>
              </w:rPr>
              <w:t>SECȚIUNE</w:t>
            </w:r>
          </w:p>
        </w:tc>
        <w:tc>
          <w:tcPr>
            <w:tcW w:w="7483" w:type="dxa"/>
            <w:shd w:val="clear" w:color="auto" w:fill="D71920"/>
            <w:tcMar>
              <w:top w:w="80" w:type="dxa"/>
              <w:left w:w="90" w:type="dxa"/>
              <w:bottom w:w="80" w:type="dxa"/>
              <w:right w:w="90" w:type="dxa"/>
            </w:tcMar>
            <w:vAlign w:val="center"/>
          </w:tcPr>
          <w:p w14:paraId="288A9DCB" w14:textId="77777777" w:rsidR="00146DEE" w:rsidRPr="002A7B71" w:rsidRDefault="00000000">
            <w:pPr>
              <w:spacing w:after="0" w:line="240" w:lineRule="auto"/>
              <w:jc w:val="center"/>
              <w:rPr>
                <w:noProof/>
                <w:lang w:val="ro-RO"/>
              </w:rPr>
            </w:pPr>
            <w:r w:rsidRPr="002A7B71">
              <w:rPr>
                <w:b/>
                <w:noProof/>
                <w:color w:val="FFFFFF"/>
                <w:sz w:val="16"/>
                <w:lang w:val="ro-RO"/>
              </w:rPr>
              <w:t>CONȚINUT</w:t>
            </w:r>
          </w:p>
        </w:tc>
      </w:tr>
      <w:tr w:rsidR="00146DEE" w:rsidRPr="002A7B71" w14:paraId="43B5D8EB" w14:textId="77777777">
        <w:trPr>
          <w:cantSplit/>
          <w:jc w:val="center"/>
        </w:trPr>
        <w:tc>
          <w:tcPr>
            <w:tcW w:w="2438" w:type="dxa"/>
            <w:shd w:val="clear" w:color="auto" w:fill="FFFFFF"/>
            <w:tcMar>
              <w:top w:w="80" w:type="dxa"/>
              <w:left w:w="90" w:type="dxa"/>
              <w:bottom w:w="80" w:type="dxa"/>
              <w:right w:w="90" w:type="dxa"/>
            </w:tcMar>
            <w:vAlign w:val="center"/>
          </w:tcPr>
          <w:p w14:paraId="308A8830" w14:textId="77777777" w:rsidR="00146DEE" w:rsidRPr="002A7B71" w:rsidRDefault="00000000">
            <w:pPr>
              <w:spacing w:after="0" w:line="240" w:lineRule="auto"/>
              <w:rPr>
                <w:noProof/>
                <w:lang w:val="ro-RO"/>
              </w:rPr>
            </w:pPr>
            <w:r w:rsidRPr="002A7B71">
              <w:rPr>
                <w:noProof/>
                <w:sz w:val="16"/>
                <w:lang w:val="ro-RO"/>
              </w:rPr>
              <w:t>Identificare</w:t>
            </w:r>
          </w:p>
        </w:tc>
        <w:tc>
          <w:tcPr>
            <w:tcW w:w="7483" w:type="dxa"/>
            <w:shd w:val="clear" w:color="auto" w:fill="FFFFFF"/>
            <w:tcMar>
              <w:top w:w="80" w:type="dxa"/>
              <w:left w:w="90" w:type="dxa"/>
              <w:bottom w:w="80" w:type="dxa"/>
              <w:right w:w="90" w:type="dxa"/>
            </w:tcMar>
            <w:vAlign w:val="center"/>
          </w:tcPr>
          <w:p w14:paraId="4D9762CB" w14:textId="77777777" w:rsidR="00146DEE" w:rsidRPr="002A7B71" w:rsidRDefault="00000000">
            <w:pPr>
              <w:spacing w:after="0" w:line="240" w:lineRule="auto"/>
              <w:rPr>
                <w:noProof/>
                <w:lang w:val="ro-RO"/>
              </w:rPr>
            </w:pPr>
            <w:r w:rsidRPr="002A7B71">
              <w:rPr>
                <w:noProof/>
                <w:sz w:val="16"/>
                <w:lang w:val="ro-RO"/>
              </w:rPr>
              <w:t>Cod, dată, organizație, locație, echipă și reprezentanți auditați.</w:t>
            </w:r>
          </w:p>
        </w:tc>
      </w:tr>
      <w:tr w:rsidR="00146DEE" w:rsidRPr="002A7B71" w14:paraId="6A81E77B" w14:textId="77777777">
        <w:trPr>
          <w:cantSplit/>
          <w:jc w:val="center"/>
        </w:trPr>
        <w:tc>
          <w:tcPr>
            <w:tcW w:w="2438" w:type="dxa"/>
            <w:shd w:val="clear" w:color="auto" w:fill="FAFAFA"/>
            <w:tcMar>
              <w:top w:w="80" w:type="dxa"/>
              <w:left w:w="90" w:type="dxa"/>
              <w:bottom w:w="80" w:type="dxa"/>
              <w:right w:w="90" w:type="dxa"/>
            </w:tcMar>
            <w:vAlign w:val="center"/>
          </w:tcPr>
          <w:p w14:paraId="324F7AAD" w14:textId="77777777" w:rsidR="00146DEE" w:rsidRPr="002A7B71" w:rsidRDefault="00000000">
            <w:pPr>
              <w:spacing w:after="0" w:line="240" w:lineRule="auto"/>
              <w:rPr>
                <w:noProof/>
                <w:lang w:val="ro-RO"/>
              </w:rPr>
            </w:pPr>
            <w:r w:rsidRPr="002A7B71">
              <w:rPr>
                <w:noProof/>
                <w:sz w:val="16"/>
                <w:lang w:val="ro-RO"/>
              </w:rPr>
              <w:t>Obiective, domeniu și criterii</w:t>
            </w:r>
          </w:p>
        </w:tc>
        <w:tc>
          <w:tcPr>
            <w:tcW w:w="7483" w:type="dxa"/>
            <w:shd w:val="clear" w:color="auto" w:fill="FAFAFA"/>
            <w:tcMar>
              <w:top w:w="80" w:type="dxa"/>
              <w:left w:w="90" w:type="dxa"/>
              <w:bottom w:w="80" w:type="dxa"/>
              <w:right w:w="90" w:type="dxa"/>
            </w:tcMar>
            <w:vAlign w:val="center"/>
          </w:tcPr>
          <w:p w14:paraId="2E220761" w14:textId="77777777" w:rsidR="00146DEE" w:rsidRPr="002A7B71" w:rsidRDefault="00000000">
            <w:pPr>
              <w:spacing w:after="0" w:line="240" w:lineRule="auto"/>
              <w:rPr>
                <w:noProof/>
                <w:lang w:val="ro-RO"/>
              </w:rPr>
            </w:pPr>
            <w:r w:rsidRPr="002A7B71">
              <w:rPr>
                <w:noProof/>
                <w:sz w:val="16"/>
                <w:lang w:val="ro-RO"/>
              </w:rPr>
              <w:t>Ce s-a urmărit, limitele și cerințele de referință.</w:t>
            </w:r>
          </w:p>
        </w:tc>
      </w:tr>
      <w:tr w:rsidR="00146DEE" w:rsidRPr="002A7B71" w14:paraId="74F6F025" w14:textId="77777777">
        <w:trPr>
          <w:cantSplit/>
          <w:jc w:val="center"/>
        </w:trPr>
        <w:tc>
          <w:tcPr>
            <w:tcW w:w="2438" w:type="dxa"/>
            <w:shd w:val="clear" w:color="auto" w:fill="FFFFFF"/>
            <w:tcMar>
              <w:top w:w="80" w:type="dxa"/>
              <w:left w:w="90" w:type="dxa"/>
              <w:bottom w:w="80" w:type="dxa"/>
              <w:right w:w="90" w:type="dxa"/>
            </w:tcMar>
            <w:vAlign w:val="center"/>
          </w:tcPr>
          <w:p w14:paraId="149A5252" w14:textId="77777777" w:rsidR="00146DEE" w:rsidRPr="002A7B71" w:rsidRDefault="00000000">
            <w:pPr>
              <w:spacing w:after="0" w:line="240" w:lineRule="auto"/>
              <w:rPr>
                <w:noProof/>
                <w:lang w:val="ro-RO"/>
              </w:rPr>
            </w:pPr>
            <w:r w:rsidRPr="002A7B71">
              <w:rPr>
                <w:noProof/>
                <w:sz w:val="16"/>
                <w:lang w:val="ro-RO"/>
              </w:rPr>
              <w:t>Metodă și eșantion</w:t>
            </w:r>
          </w:p>
        </w:tc>
        <w:tc>
          <w:tcPr>
            <w:tcW w:w="7483" w:type="dxa"/>
            <w:shd w:val="clear" w:color="auto" w:fill="FFFFFF"/>
            <w:tcMar>
              <w:top w:w="80" w:type="dxa"/>
              <w:left w:w="90" w:type="dxa"/>
              <w:bottom w:w="80" w:type="dxa"/>
              <w:right w:w="90" w:type="dxa"/>
            </w:tcMar>
            <w:vAlign w:val="center"/>
          </w:tcPr>
          <w:p w14:paraId="7F54D832" w14:textId="77777777" w:rsidR="00146DEE" w:rsidRPr="002A7B71" w:rsidRDefault="00000000">
            <w:pPr>
              <w:spacing w:after="0" w:line="240" w:lineRule="auto"/>
              <w:rPr>
                <w:noProof/>
                <w:lang w:val="ro-RO"/>
              </w:rPr>
            </w:pPr>
            <w:r w:rsidRPr="002A7B71">
              <w:rPr>
                <w:noProof/>
                <w:sz w:val="16"/>
                <w:lang w:val="ro-RO"/>
              </w:rPr>
              <w:t>Interviuri, activități observate, documente/date și limitări relevante.</w:t>
            </w:r>
          </w:p>
        </w:tc>
      </w:tr>
      <w:tr w:rsidR="00146DEE" w:rsidRPr="002A7B71" w14:paraId="75385A79" w14:textId="77777777">
        <w:trPr>
          <w:cantSplit/>
          <w:jc w:val="center"/>
        </w:trPr>
        <w:tc>
          <w:tcPr>
            <w:tcW w:w="2438" w:type="dxa"/>
            <w:shd w:val="clear" w:color="auto" w:fill="FAFAFA"/>
            <w:tcMar>
              <w:top w:w="80" w:type="dxa"/>
              <w:left w:w="90" w:type="dxa"/>
              <w:bottom w:w="80" w:type="dxa"/>
              <w:right w:w="90" w:type="dxa"/>
            </w:tcMar>
            <w:vAlign w:val="center"/>
          </w:tcPr>
          <w:p w14:paraId="4067B08E" w14:textId="77777777" w:rsidR="00146DEE" w:rsidRPr="002A7B71" w:rsidRDefault="00000000">
            <w:pPr>
              <w:spacing w:after="0" w:line="240" w:lineRule="auto"/>
              <w:rPr>
                <w:noProof/>
                <w:lang w:val="ro-RO"/>
              </w:rPr>
            </w:pPr>
            <w:r w:rsidRPr="002A7B71">
              <w:rPr>
                <w:noProof/>
                <w:sz w:val="16"/>
                <w:lang w:val="ro-RO"/>
              </w:rPr>
              <w:t>Concluzie</w:t>
            </w:r>
          </w:p>
        </w:tc>
        <w:tc>
          <w:tcPr>
            <w:tcW w:w="7483" w:type="dxa"/>
            <w:shd w:val="clear" w:color="auto" w:fill="FAFAFA"/>
            <w:tcMar>
              <w:top w:w="80" w:type="dxa"/>
              <w:left w:w="90" w:type="dxa"/>
              <w:bottom w:w="80" w:type="dxa"/>
              <w:right w:w="90" w:type="dxa"/>
            </w:tcMar>
            <w:vAlign w:val="center"/>
          </w:tcPr>
          <w:p w14:paraId="64ED0DD4" w14:textId="77777777" w:rsidR="00146DEE" w:rsidRPr="002A7B71" w:rsidRDefault="00000000">
            <w:pPr>
              <w:spacing w:after="0" w:line="240" w:lineRule="auto"/>
              <w:rPr>
                <w:noProof/>
                <w:lang w:val="ro-RO"/>
              </w:rPr>
            </w:pPr>
            <w:r w:rsidRPr="002A7B71">
              <w:rPr>
                <w:noProof/>
                <w:sz w:val="16"/>
                <w:lang w:val="ro-RO"/>
              </w:rPr>
              <w:t>Măsura în care obiectivele auditului au fost atinse și sistemul/procesul este conform și eficace.</w:t>
            </w:r>
          </w:p>
        </w:tc>
      </w:tr>
      <w:tr w:rsidR="00146DEE" w:rsidRPr="002A7B71" w14:paraId="45DCE1D8" w14:textId="77777777">
        <w:trPr>
          <w:cantSplit/>
          <w:jc w:val="center"/>
        </w:trPr>
        <w:tc>
          <w:tcPr>
            <w:tcW w:w="2438" w:type="dxa"/>
            <w:shd w:val="clear" w:color="auto" w:fill="FFFFFF"/>
            <w:tcMar>
              <w:top w:w="80" w:type="dxa"/>
              <w:left w:w="90" w:type="dxa"/>
              <w:bottom w:w="80" w:type="dxa"/>
              <w:right w:w="90" w:type="dxa"/>
            </w:tcMar>
            <w:vAlign w:val="center"/>
          </w:tcPr>
          <w:p w14:paraId="0DF3D9B5" w14:textId="77777777" w:rsidR="00146DEE" w:rsidRPr="002A7B71" w:rsidRDefault="00000000">
            <w:pPr>
              <w:spacing w:after="0" w:line="240" w:lineRule="auto"/>
              <w:rPr>
                <w:noProof/>
                <w:lang w:val="ro-RO"/>
              </w:rPr>
            </w:pPr>
            <w:r w:rsidRPr="002A7B71">
              <w:rPr>
                <w:noProof/>
                <w:sz w:val="16"/>
                <w:lang w:val="ro-RO"/>
              </w:rPr>
              <w:t>Constatări</w:t>
            </w:r>
          </w:p>
        </w:tc>
        <w:tc>
          <w:tcPr>
            <w:tcW w:w="7483" w:type="dxa"/>
            <w:shd w:val="clear" w:color="auto" w:fill="FFFFFF"/>
            <w:tcMar>
              <w:top w:w="80" w:type="dxa"/>
              <w:left w:w="90" w:type="dxa"/>
              <w:bottom w:w="80" w:type="dxa"/>
              <w:right w:w="90" w:type="dxa"/>
            </w:tcMar>
            <w:vAlign w:val="center"/>
          </w:tcPr>
          <w:p w14:paraId="5EF3B112" w14:textId="77777777" w:rsidR="00146DEE" w:rsidRPr="002A7B71" w:rsidRDefault="00000000">
            <w:pPr>
              <w:spacing w:after="0" w:line="240" w:lineRule="auto"/>
              <w:rPr>
                <w:noProof/>
                <w:lang w:val="ro-RO"/>
              </w:rPr>
            </w:pPr>
            <w:r w:rsidRPr="002A7B71">
              <w:rPr>
                <w:noProof/>
                <w:sz w:val="16"/>
                <w:lang w:val="ro-RO"/>
              </w:rPr>
              <w:t>Conformități relevante, neconformități, observații și oportunități conform regulilor interne.</w:t>
            </w:r>
          </w:p>
        </w:tc>
      </w:tr>
      <w:tr w:rsidR="00146DEE" w:rsidRPr="002A7B71" w14:paraId="68F3A968" w14:textId="77777777">
        <w:trPr>
          <w:cantSplit/>
          <w:jc w:val="center"/>
        </w:trPr>
        <w:tc>
          <w:tcPr>
            <w:tcW w:w="2438" w:type="dxa"/>
            <w:shd w:val="clear" w:color="auto" w:fill="FAFAFA"/>
            <w:tcMar>
              <w:top w:w="80" w:type="dxa"/>
              <w:left w:w="90" w:type="dxa"/>
              <w:bottom w:w="80" w:type="dxa"/>
              <w:right w:w="90" w:type="dxa"/>
            </w:tcMar>
            <w:vAlign w:val="center"/>
          </w:tcPr>
          <w:p w14:paraId="45D1014C" w14:textId="77777777" w:rsidR="00146DEE" w:rsidRPr="002A7B71" w:rsidRDefault="00000000">
            <w:pPr>
              <w:spacing w:after="0" w:line="240" w:lineRule="auto"/>
              <w:rPr>
                <w:noProof/>
                <w:lang w:val="ro-RO"/>
              </w:rPr>
            </w:pPr>
            <w:r w:rsidRPr="002A7B71">
              <w:rPr>
                <w:noProof/>
                <w:sz w:val="16"/>
                <w:lang w:val="ro-RO"/>
              </w:rPr>
              <w:t>Acțiuni și urmărire</w:t>
            </w:r>
          </w:p>
        </w:tc>
        <w:tc>
          <w:tcPr>
            <w:tcW w:w="7483" w:type="dxa"/>
            <w:shd w:val="clear" w:color="auto" w:fill="FAFAFA"/>
            <w:tcMar>
              <w:top w:w="80" w:type="dxa"/>
              <w:left w:w="90" w:type="dxa"/>
              <w:bottom w:w="80" w:type="dxa"/>
              <w:right w:w="90" w:type="dxa"/>
            </w:tcMar>
            <w:vAlign w:val="center"/>
          </w:tcPr>
          <w:p w14:paraId="7E2B94AD" w14:textId="77777777" w:rsidR="00146DEE" w:rsidRPr="002A7B71" w:rsidRDefault="00000000">
            <w:pPr>
              <w:spacing w:after="0" w:line="240" w:lineRule="auto"/>
              <w:rPr>
                <w:noProof/>
                <w:lang w:val="ro-RO"/>
              </w:rPr>
            </w:pPr>
            <w:r w:rsidRPr="002A7B71">
              <w:rPr>
                <w:noProof/>
                <w:sz w:val="16"/>
                <w:lang w:val="ro-RO"/>
              </w:rPr>
              <w:t>Responsabilități, termene, modalitate de verificare și distribuția raportului.</w:t>
            </w:r>
          </w:p>
        </w:tc>
      </w:tr>
    </w:tbl>
    <w:p w14:paraId="66B6DEA9" w14:textId="77777777" w:rsidR="00146DEE" w:rsidRPr="002A7B71" w:rsidRDefault="00146DEE">
      <w:pPr>
        <w:spacing w:after="20"/>
        <w:rPr>
          <w:noProof/>
          <w:lang w:val="ro-RO"/>
        </w:rPr>
      </w:pPr>
    </w:p>
    <w:p w14:paraId="1088D81B" w14:textId="77777777" w:rsidR="00146DEE" w:rsidRPr="002A7B71" w:rsidRDefault="00000000">
      <w:pPr>
        <w:pStyle w:val="Heading2"/>
        <w:rPr>
          <w:noProof/>
          <w:lang w:val="ro-RO"/>
        </w:rPr>
      </w:pPr>
      <w:r w:rsidRPr="002A7B71">
        <w:rPr>
          <w:noProof/>
          <w:lang w:val="ro-RO"/>
        </w:rPr>
        <w:t>Model - Raport de audit intern</w:t>
      </w:r>
    </w:p>
    <w:tbl>
      <w:tblPr>
        <w:tblW w:w="10203" w:type="dxa"/>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38"/>
        <w:gridCol w:w="7665"/>
      </w:tblGrid>
      <w:tr w:rsidR="00146DEE" w:rsidRPr="002A7B71" w14:paraId="4EB4991A" w14:textId="77777777" w:rsidTr="002A7B71">
        <w:trPr>
          <w:cantSplit/>
          <w:trHeight w:val="375"/>
          <w:jc w:val="center"/>
        </w:trPr>
        <w:tc>
          <w:tcPr>
            <w:tcW w:w="2538" w:type="dxa"/>
            <w:shd w:val="clear" w:color="auto" w:fill="F3F4F5"/>
            <w:tcMar>
              <w:top w:w="80" w:type="dxa"/>
              <w:left w:w="90" w:type="dxa"/>
              <w:bottom w:w="80" w:type="dxa"/>
              <w:right w:w="90" w:type="dxa"/>
            </w:tcMar>
            <w:vAlign w:val="center"/>
          </w:tcPr>
          <w:p w14:paraId="6CD74E0F" w14:textId="77777777" w:rsidR="00146DEE" w:rsidRPr="002A7B71" w:rsidRDefault="00000000">
            <w:pPr>
              <w:spacing w:after="0" w:line="240" w:lineRule="auto"/>
              <w:rPr>
                <w:noProof/>
                <w:lang w:val="ro-RO"/>
              </w:rPr>
            </w:pPr>
            <w:r w:rsidRPr="002A7B71">
              <w:rPr>
                <w:b/>
                <w:noProof/>
                <w:sz w:val="15"/>
                <w:lang w:val="ro-RO"/>
              </w:rPr>
              <w:t>Cod / data auditului</w:t>
            </w:r>
          </w:p>
        </w:tc>
        <w:tc>
          <w:tcPr>
            <w:tcW w:w="7665" w:type="dxa"/>
            <w:shd w:val="clear" w:color="auto" w:fill="FFFFFF"/>
            <w:tcMar>
              <w:top w:w="80" w:type="dxa"/>
              <w:left w:w="90" w:type="dxa"/>
              <w:bottom w:w="80" w:type="dxa"/>
              <w:right w:w="90" w:type="dxa"/>
            </w:tcMar>
            <w:vAlign w:val="center"/>
          </w:tcPr>
          <w:p w14:paraId="1ADA95E1" w14:textId="77777777" w:rsidR="00146DEE" w:rsidRPr="002A7B71" w:rsidRDefault="00146DEE">
            <w:pPr>
              <w:spacing w:after="0" w:line="240" w:lineRule="auto"/>
              <w:rPr>
                <w:noProof/>
                <w:lang w:val="ro-RO"/>
              </w:rPr>
            </w:pPr>
          </w:p>
        </w:tc>
      </w:tr>
      <w:tr w:rsidR="00146DEE" w:rsidRPr="002A7B71" w14:paraId="49D9D38D" w14:textId="77777777" w:rsidTr="002A7B71">
        <w:trPr>
          <w:cantSplit/>
          <w:trHeight w:val="399"/>
          <w:jc w:val="center"/>
        </w:trPr>
        <w:tc>
          <w:tcPr>
            <w:tcW w:w="2538" w:type="dxa"/>
            <w:shd w:val="clear" w:color="auto" w:fill="F3F4F5"/>
            <w:tcMar>
              <w:top w:w="80" w:type="dxa"/>
              <w:left w:w="90" w:type="dxa"/>
              <w:bottom w:w="80" w:type="dxa"/>
              <w:right w:w="90" w:type="dxa"/>
            </w:tcMar>
            <w:vAlign w:val="center"/>
          </w:tcPr>
          <w:p w14:paraId="0162556A" w14:textId="77777777" w:rsidR="00146DEE" w:rsidRPr="002A7B71" w:rsidRDefault="00000000">
            <w:pPr>
              <w:spacing w:after="0" w:line="240" w:lineRule="auto"/>
              <w:rPr>
                <w:noProof/>
                <w:lang w:val="ro-RO"/>
              </w:rPr>
            </w:pPr>
            <w:r w:rsidRPr="002A7B71">
              <w:rPr>
                <w:b/>
                <w:noProof/>
                <w:sz w:val="15"/>
                <w:lang w:val="ro-RO"/>
              </w:rPr>
              <w:t>Proces / locație</w:t>
            </w:r>
          </w:p>
        </w:tc>
        <w:tc>
          <w:tcPr>
            <w:tcW w:w="7665" w:type="dxa"/>
            <w:shd w:val="clear" w:color="auto" w:fill="FFFFFF"/>
            <w:tcMar>
              <w:top w:w="80" w:type="dxa"/>
              <w:left w:w="90" w:type="dxa"/>
              <w:bottom w:w="80" w:type="dxa"/>
              <w:right w:w="90" w:type="dxa"/>
            </w:tcMar>
            <w:vAlign w:val="center"/>
          </w:tcPr>
          <w:p w14:paraId="34736441" w14:textId="77777777" w:rsidR="00146DEE" w:rsidRPr="002A7B71" w:rsidRDefault="00146DEE">
            <w:pPr>
              <w:spacing w:after="0" w:line="240" w:lineRule="auto"/>
              <w:rPr>
                <w:noProof/>
                <w:lang w:val="ro-RO"/>
              </w:rPr>
            </w:pPr>
          </w:p>
        </w:tc>
      </w:tr>
      <w:tr w:rsidR="00146DEE" w:rsidRPr="002A7B71" w14:paraId="0B1F7257" w14:textId="77777777" w:rsidTr="002A7B71">
        <w:trPr>
          <w:cantSplit/>
          <w:trHeight w:val="375"/>
          <w:jc w:val="center"/>
        </w:trPr>
        <w:tc>
          <w:tcPr>
            <w:tcW w:w="2538" w:type="dxa"/>
            <w:shd w:val="clear" w:color="auto" w:fill="F3F4F5"/>
            <w:tcMar>
              <w:top w:w="80" w:type="dxa"/>
              <w:left w:w="90" w:type="dxa"/>
              <w:bottom w:w="80" w:type="dxa"/>
              <w:right w:w="90" w:type="dxa"/>
            </w:tcMar>
            <w:vAlign w:val="center"/>
          </w:tcPr>
          <w:p w14:paraId="4495A792" w14:textId="77777777" w:rsidR="00146DEE" w:rsidRPr="002A7B71" w:rsidRDefault="00000000">
            <w:pPr>
              <w:spacing w:after="0" w:line="240" w:lineRule="auto"/>
              <w:rPr>
                <w:noProof/>
                <w:lang w:val="ro-RO"/>
              </w:rPr>
            </w:pPr>
            <w:r w:rsidRPr="002A7B71">
              <w:rPr>
                <w:b/>
                <w:noProof/>
                <w:sz w:val="15"/>
                <w:lang w:val="ro-RO"/>
              </w:rPr>
              <w:t>Obiectiv, domeniu și criterii</w:t>
            </w:r>
          </w:p>
        </w:tc>
        <w:tc>
          <w:tcPr>
            <w:tcW w:w="7665" w:type="dxa"/>
            <w:shd w:val="clear" w:color="auto" w:fill="FFFFFF"/>
            <w:tcMar>
              <w:top w:w="80" w:type="dxa"/>
              <w:left w:w="90" w:type="dxa"/>
              <w:bottom w:w="80" w:type="dxa"/>
              <w:right w:w="90" w:type="dxa"/>
            </w:tcMar>
            <w:vAlign w:val="center"/>
          </w:tcPr>
          <w:p w14:paraId="3C4A5804" w14:textId="77777777" w:rsidR="00146DEE" w:rsidRPr="002A7B71" w:rsidRDefault="00146DEE">
            <w:pPr>
              <w:spacing w:after="0" w:line="240" w:lineRule="auto"/>
              <w:rPr>
                <w:noProof/>
                <w:lang w:val="ro-RO"/>
              </w:rPr>
            </w:pPr>
          </w:p>
        </w:tc>
      </w:tr>
      <w:tr w:rsidR="00146DEE" w:rsidRPr="002A7B71" w14:paraId="42735F20" w14:textId="77777777" w:rsidTr="002A7B71">
        <w:trPr>
          <w:cantSplit/>
          <w:trHeight w:val="399"/>
          <w:jc w:val="center"/>
        </w:trPr>
        <w:tc>
          <w:tcPr>
            <w:tcW w:w="2538" w:type="dxa"/>
            <w:shd w:val="clear" w:color="auto" w:fill="F3F4F5"/>
            <w:tcMar>
              <w:top w:w="80" w:type="dxa"/>
              <w:left w:w="90" w:type="dxa"/>
              <w:bottom w:w="80" w:type="dxa"/>
              <w:right w:w="90" w:type="dxa"/>
            </w:tcMar>
            <w:vAlign w:val="center"/>
          </w:tcPr>
          <w:p w14:paraId="507221C3" w14:textId="77777777" w:rsidR="00146DEE" w:rsidRPr="002A7B71" w:rsidRDefault="00000000">
            <w:pPr>
              <w:spacing w:after="0" w:line="240" w:lineRule="auto"/>
              <w:rPr>
                <w:noProof/>
                <w:lang w:val="ro-RO"/>
              </w:rPr>
            </w:pPr>
            <w:r w:rsidRPr="002A7B71">
              <w:rPr>
                <w:b/>
                <w:noProof/>
                <w:sz w:val="15"/>
                <w:lang w:val="ro-RO"/>
              </w:rPr>
              <w:t>Echipă de audit</w:t>
            </w:r>
          </w:p>
        </w:tc>
        <w:tc>
          <w:tcPr>
            <w:tcW w:w="7665" w:type="dxa"/>
            <w:shd w:val="clear" w:color="auto" w:fill="FFFFFF"/>
            <w:tcMar>
              <w:top w:w="80" w:type="dxa"/>
              <w:left w:w="90" w:type="dxa"/>
              <w:bottom w:w="80" w:type="dxa"/>
              <w:right w:w="90" w:type="dxa"/>
            </w:tcMar>
            <w:vAlign w:val="center"/>
          </w:tcPr>
          <w:p w14:paraId="45860B7C" w14:textId="77777777" w:rsidR="00146DEE" w:rsidRPr="002A7B71" w:rsidRDefault="00146DEE">
            <w:pPr>
              <w:spacing w:after="0" w:line="240" w:lineRule="auto"/>
              <w:rPr>
                <w:noProof/>
                <w:lang w:val="ro-RO"/>
              </w:rPr>
            </w:pPr>
          </w:p>
        </w:tc>
      </w:tr>
      <w:tr w:rsidR="00146DEE" w:rsidRPr="002A7B71" w14:paraId="7CA70116" w14:textId="77777777" w:rsidTr="002A7B71">
        <w:trPr>
          <w:cantSplit/>
          <w:trHeight w:val="375"/>
          <w:jc w:val="center"/>
        </w:trPr>
        <w:tc>
          <w:tcPr>
            <w:tcW w:w="2538" w:type="dxa"/>
            <w:shd w:val="clear" w:color="auto" w:fill="F3F4F5"/>
            <w:tcMar>
              <w:top w:w="80" w:type="dxa"/>
              <w:left w:w="90" w:type="dxa"/>
              <w:bottom w:w="80" w:type="dxa"/>
              <w:right w:w="90" w:type="dxa"/>
            </w:tcMar>
            <w:vAlign w:val="center"/>
          </w:tcPr>
          <w:p w14:paraId="5F15289D" w14:textId="77777777" w:rsidR="00146DEE" w:rsidRPr="002A7B71" w:rsidRDefault="00000000">
            <w:pPr>
              <w:spacing w:after="0" w:line="240" w:lineRule="auto"/>
              <w:rPr>
                <w:noProof/>
                <w:lang w:val="ro-RO"/>
              </w:rPr>
            </w:pPr>
            <w:r w:rsidRPr="002A7B71">
              <w:rPr>
                <w:b/>
                <w:noProof/>
                <w:sz w:val="15"/>
                <w:lang w:val="ro-RO"/>
              </w:rPr>
              <w:lastRenderedPageBreak/>
              <w:t>Persoane intervievate</w:t>
            </w:r>
          </w:p>
        </w:tc>
        <w:tc>
          <w:tcPr>
            <w:tcW w:w="7665" w:type="dxa"/>
            <w:shd w:val="clear" w:color="auto" w:fill="FFFFFF"/>
            <w:tcMar>
              <w:top w:w="80" w:type="dxa"/>
              <w:left w:w="90" w:type="dxa"/>
              <w:bottom w:w="80" w:type="dxa"/>
              <w:right w:w="90" w:type="dxa"/>
            </w:tcMar>
            <w:vAlign w:val="center"/>
          </w:tcPr>
          <w:p w14:paraId="49C3EEA5" w14:textId="77777777" w:rsidR="00146DEE" w:rsidRPr="002A7B71" w:rsidRDefault="00146DEE">
            <w:pPr>
              <w:spacing w:after="0" w:line="240" w:lineRule="auto"/>
              <w:rPr>
                <w:noProof/>
                <w:lang w:val="ro-RO"/>
              </w:rPr>
            </w:pPr>
          </w:p>
        </w:tc>
      </w:tr>
      <w:tr w:rsidR="00146DEE" w:rsidRPr="002A7B71" w14:paraId="365E14BA" w14:textId="77777777" w:rsidTr="002A7B71">
        <w:trPr>
          <w:cantSplit/>
          <w:trHeight w:val="375"/>
          <w:jc w:val="center"/>
        </w:trPr>
        <w:tc>
          <w:tcPr>
            <w:tcW w:w="2538" w:type="dxa"/>
            <w:shd w:val="clear" w:color="auto" w:fill="F3F4F5"/>
            <w:tcMar>
              <w:top w:w="80" w:type="dxa"/>
              <w:left w:w="90" w:type="dxa"/>
              <w:bottom w:w="80" w:type="dxa"/>
              <w:right w:w="90" w:type="dxa"/>
            </w:tcMar>
            <w:vAlign w:val="center"/>
          </w:tcPr>
          <w:p w14:paraId="2DE19E55" w14:textId="77777777" w:rsidR="00146DEE" w:rsidRPr="002A7B71" w:rsidRDefault="00000000">
            <w:pPr>
              <w:spacing w:after="0" w:line="240" w:lineRule="auto"/>
              <w:rPr>
                <w:noProof/>
                <w:lang w:val="ro-RO"/>
              </w:rPr>
            </w:pPr>
            <w:r w:rsidRPr="002A7B71">
              <w:rPr>
                <w:b/>
                <w:noProof/>
                <w:sz w:val="15"/>
                <w:lang w:val="ro-RO"/>
              </w:rPr>
              <w:t>Rezumatul eșantionului</w:t>
            </w:r>
          </w:p>
        </w:tc>
        <w:tc>
          <w:tcPr>
            <w:tcW w:w="7665" w:type="dxa"/>
            <w:shd w:val="clear" w:color="auto" w:fill="FFFFFF"/>
            <w:tcMar>
              <w:top w:w="80" w:type="dxa"/>
              <w:left w:w="90" w:type="dxa"/>
              <w:bottom w:w="80" w:type="dxa"/>
              <w:right w:w="90" w:type="dxa"/>
            </w:tcMar>
            <w:vAlign w:val="center"/>
          </w:tcPr>
          <w:p w14:paraId="4383E7BD" w14:textId="77777777" w:rsidR="00146DEE" w:rsidRPr="002A7B71" w:rsidRDefault="00146DEE">
            <w:pPr>
              <w:spacing w:after="0" w:line="240" w:lineRule="auto"/>
              <w:rPr>
                <w:noProof/>
                <w:lang w:val="ro-RO"/>
              </w:rPr>
            </w:pPr>
          </w:p>
        </w:tc>
      </w:tr>
      <w:tr w:rsidR="00146DEE" w:rsidRPr="002A7B71" w14:paraId="4CD81999" w14:textId="77777777" w:rsidTr="002A7B71">
        <w:trPr>
          <w:cantSplit/>
          <w:trHeight w:val="399"/>
          <w:jc w:val="center"/>
        </w:trPr>
        <w:tc>
          <w:tcPr>
            <w:tcW w:w="2538" w:type="dxa"/>
            <w:shd w:val="clear" w:color="auto" w:fill="F3F4F5"/>
            <w:tcMar>
              <w:top w:w="80" w:type="dxa"/>
              <w:left w:w="90" w:type="dxa"/>
              <w:bottom w:w="80" w:type="dxa"/>
              <w:right w:w="90" w:type="dxa"/>
            </w:tcMar>
            <w:vAlign w:val="center"/>
          </w:tcPr>
          <w:p w14:paraId="524DFFF5" w14:textId="77777777" w:rsidR="00146DEE" w:rsidRPr="002A7B71" w:rsidRDefault="00000000">
            <w:pPr>
              <w:spacing w:after="0" w:line="240" w:lineRule="auto"/>
              <w:rPr>
                <w:noProof/>
                <w:lang w:val="ro-RO"/>
              </w:rPr>
            </w:pPr>
            <w:r w:rsidRPr="002A7B71">
              <w:rPr>
                <w:b/>
                <w:noProof/>
                <w:sz w:val="15"/>
                <w:lang w:val="ro-RO"/>
              </w:rPr>
              <w:t>Concluzie generală</w:t>
            </w:r>
          </w:p>
        </w:tc>
        <w:tc>
          <w:tcPr>
            <w:tcW w:w="7665" w:type="dxa"/>
            <w:shd w:val="clear" w:color="auto" w:fill="FFFFFF"/>
            <w:tcMar>
              <w:top w:w="80" w:type="dxa"/>
              <w:left w:w="90" w:type="dxa"/>
              <w:bottom w:w="80" w:type="dxa"/>
              <w:right w:w="90" w:type="dxa"/>
            </w:tcMar>
            <w:vAlign w:val="center"/>
          </w:tcPr>
          <w:p w14:paraId="1561326C" w14:textId="77777777" w:rsidR="00146DEE" w:rsidRPr="002A7B71" w:rsidRDefault="00146DEE">
            <w:pPr>
              <w:spacing w:after="0" w:line="240" w:lineRule="auto"/>
              <w:rPr>
                <w:noProof/>
                <w:lang w:val="ro-RO"/>
              </w:rPr>
            </w:pPr>
          </w:p>
        </w:tc>
      </w:tr>
      <w:tr w:rsidR="00146DEE" w:rsidRPr="002A7B71" w14:paraId="599B8E08" w14:textId="77777777" w:rsidTr="002A7B71">
        <w:trPr>
          <w:cantSplit/>
          <w:trHeight w:val="375"/>
          <w:jc w:val="center"/>
        </w:trPr>
        <w:tc>
          <w:tcPr>
            <w:tcW w:w="2538" w:type="dxa"/>
            <w:shd w:val="clear" w:color="auto" w:fill="F3F4F5"/>
            <w:tcMar>
              <w:top w:w="80" w:type="dxa"/>
              <w:left w:w="90" w:type="dxa"/>
              <w:bottom w:w="80" w:type="dxa"/>
              <w:right w:w="90" w:type="dxa"/>
            </w:tcMar>
            <w:vAlign w:val="center"/>
          </w:tcPr>
          <w:p w14:paraId="195ADD8C" w14:textId="77777777" w:rsidR="00146DEE" w:rsidRPr="002A7B71" w:rsidRDefault="00000000">
            <w:pPr>
              <w:spacing w:after="0" w:line="240" w:lineRule="auto"/>
              <w:rPr>
                <w:noProof/>
                <w:lang w:val="ro-RO"/>
              </w:rPr>
            </w:pPr>
            <w:r w:rsidRPr="002A7B71">
              <w:rPr>
                <w:b/>
                <w:noProof/>
                <w:sz w:val="15"/>
                <w:lang w:val="ro-RO"/>
              </w:rPr>
              <w:t>Puncte forte / practici eficace</w:t>
            </w:r>
          </w:p>
        </w:tc>
        <w:tc>
          <w:tcPr>
            <w:tcW w:w="7665" w:type="dxa"/>
            <w:shd w:val="clear" w:color="auto" w:fill="FFFFFF"/>
            <w:tcMar>
              <w:top w:w="80" w:type="dxa"/>
              <w:left w:w="90" w:type="dxa"/>
              <w:bottom w:w="80" w:type="dxa"/>
              <w:right w:w="90" w:type="dxa"/>
            </w:tcMar>
            <w:vAlign w:val="center"/>
          </w:tcPr>
          <w:p w14:paraId="4DF20AF7" w14:textId="77777777" w:rsidR="00146DEE" w:rsidRPr="002A7B71" w:rsidRDefault="00146DEE">
            <w:pPr>
              <w:spacing w:after="0" w:line="240" w:lineRule="auto"/>
              <w:rPr>
                <w:noProof/>
                <w:lang w:val="ro-RO"/>
              </w:rPr>
            </w:pPr>
          </w:p>
        </w:tc>
      </w:tr>
      <w:tr w:rsidR="00146DEE" w:rsidRPr="002A7B71" w14:paraId="0BBF4097" w14:textId="77777777" w:rsidTr="002A7B71">
        <w:trPr>
          <w:cantSplit/>
          <w:trHeight w:val="328"/>
          <w:jc w:val="center"/>
        </w:trPr>
        <w:tc>
          <w:tcPr>
            <w:tcW w:w="2538" w:type="dxa"/>
            <w:shd w:val="clear" w:color="auto" w:fill="F3F4F5"/>
            <w:tcMar>
              <w:top w:w="80" w:type="dxa"/>
              <w:left w:w="90" w:type="dxa"/>
              <w:bottom w:w="80" w:type="dxa"/>
              <w:right w:w="90" w:type="dxa"/>
            </w:tcMar>
            <w:vAlign w:val="center"/>
          </w:tcPr>
          <w:p w14:paraId="3FA49CC0" w14:textId="77777777" w:rsidR="00146DEE" w:rsidRPr="002A7B71" w:rsidRDefault="00000000">
            <w:pPr>
              <w:spacing w:after="0" w:line="240" w:lineRule="auto"/>
              <w:rPr>
                <w:noProof/>
                <w:lang w:val="ro-RO"/>
              </w:rPr>
            </w:pPr>
            <w:r w:rsidRPr="002A7B71">
              <w:rPr>
                <w:b/>
                <w:noProof/>
                <w:sz w:val="15"/>
                <w:lang w:val="ro-RO"/>
              </w:rPr>
              <w:t>Neconformități</w:t>
            </w:r>
          </w:p>
        </w:tc>
        <w:tc>
          <w:tcPr>
            <w:tcW w:w="7665" w:type="dxa"/>
            <w:shd w:val="clear" w:color="auto" w:fill="FFFFFF"/>
            <w:tcMar>
              <w:top w:w="80" w:type="dxa"/>
              <w:left w:w="90" w:type="dxa"/>
              <w:bottom w:w="80" w:type="dxa"/>
              <w:right w:w="90" w:type="dxa"/>
            </w:tcMar>
            <w:vAlign w:val="center"/>
          </w:tcPr>
          <w:p w14:paraId="291E5568" w14:textId="77777777" w:rsidR="00146DEE" w:rsidRPr="002A7B71" w:rsidRDefault="00000000">
            <w:pPr>
              <w:spacing w:after="0" w:line="240" w:lineRule="auto"/>
              <w:rPr>
                <w:noProof/>
                <w:lang w:val="ro-RO"/>
              </w:rPr>
            </w:pPr>
            <w:r w:rsidRPr="002A7B71">
              <w:rPr>
                <w:noProof/>
                <w:sz w:val="15"/>
                <w:lang w:val="ro-RO"/>
              </w:rPr>
              <w:t>Nr. total: ____  |  coduri: __________________________</w:t>
            </w:r>
          </w:p>
        </w:tc>
      </w:tr>
      <w:tr w:rsidR="00146DEE" w:rsidRPr="002A7B71" w14:paraId="2D27FB51" w14:textId="77777777" w:rsidTr="002A7B71">
        <w:trPr>
          <w:cantSplit/>
          <w:trHeight w:val="375"/>
          <w:jc w:val="center"/>
        </w:trPr>
        <w:tc>
          <w:tcPr>
            <w:tcW w:w="2538" w:type="dxa"/>
            <w:shd w:val="clear" w:color="auto" w:fill="F3F4F5"/>
            <w:tcMar>
              <w:top w:w="80" w:type="dxa"/>
              <w:left w:w="90" w:type="dxa"/>
              <w:bottom w:w="80" w:type="dxa"/>
              <w:right w:w="90" w:type="dxa"/>
            </w:tcMar>
            <w:vAlign w:val="center"/>
          </w:tcPr>
          <w:p w14:paraId="431D911C" w14:textId="77777777" w:rsidR="00146DEE" w:rsidRPr="002A7B71" w:rsidRDefault="00000000">
            <w:pPr>
              <w:spacing w:after="0" w:line="240" w:lineRule="auto"/>
              <w:rPr>
                <w:noProof/>
                <w:lang w:val="ro-RO"/>
              </w:rPr>
            </w:pPr>
            <w:r w:rsidRPr="002A7B71">
              <w:rPr>
                <w:b/>
                <w:noProof/>
                <w:sz w:val="15"/>
                <w:lang w:val="ro-RO"/>
              </w:rPr>
              <w:t>Observații / oportunități</w:t>
            </w:r>
          </w:p>
        </w:tc>
        <w:tc>
          <w:tcPr>
            <w:tcW w:w="7665" w:type="dxa"/>
            <w:shd w:val="clear" w:color="auto" w:fill="FFFFFF"/>
            <w:tcMar>
              <w:top w:w="80" w:type="dxa"/>
              <w:left w:w="90" w:type="dxa"/>
              <w:bottom w:w="80" w:type="dxa"/>
              <w:right w:w="90" w:type="dxa"/>
            </w:tcMar>
            <w:vAlign w:val="center"/>
          </w:tcPr>
          <w:p w14:paraId="6054B81C" w14:textId="77777777" w:rsidR="00146DEE" w:rsidRPr="002A7B71" w:rsidRDefault="00146DEE">
            <w:pPr>
              <w:spacing w:after="0" w:line="240" w:lineRule="auto"/>
              <w:rPr>
                <w:noProof/>
                <w:lang w:val="ro-RO"/>
              </w:rPr>
            </w:pPr>
          </w:p>
        </w:tc>
      </w:tr>
      <w:tr w:rsidR="00146DEE" w:rsidRPr="002A7B71" w14:paraId="764576B7" w14:textId="77777777" w:rsidTr="002A7B71">
        <w:trPr>
          <w:cantSplit/>
          <w:trHeight w:val="399"/>
          <w:jc w:val="center"/>
        </w:trPr>
        <w:tc>
          <w:tcPr>
            <w:tcW w:w="2538" w:type="dxa"/>
            <w:shd w:val="clear" w:color="auto" w:fill="F3F4F5"/>
            <w:tcMar>
              <w:top w:w="80" w:type="dxa"/>
              <w:left w:w="90" w:type="dxa"/>
              <w:bottom w:w="80" w:type="dxa"/>
              <w:right w:w="90" w:type="dxa"/>
            </w:tcMar>
            <w:vAlign w:val="center"/>
          </w:tcPr>
          <w:p w14:paraId="71E1108A" w14:textId="77777777" w:rsidR="00146DEE" w:rsidRPr="002A7B71" w:rsidRDefault="00000000">
            <w:pPr>
              <w:spacing w:after="0" w:line="240" w:lineRule="auto"/>
              <w:rPr>
                <w:noProof/>
                <w:lang w:val="ro-RO"/>
              </w:rPr>
            </w:pPr>
            <w:r w:rsidRPr="002A7B71">
              <w:rPr>
                <w:b/>
                <w:noProof/>
                <w:sz w:val="15"/>
                <w:lang w:val="ro-RO"/>
              </w:rPr>
              <w:t>Limitări / opinii divergente</w:t>
            </w:r>
          </w:p>
        </w:tc>
        <w:tc>
          <w:tcPr>
            <w:tcW w:w="7665" w:type="dxa"/>
            <w:shd w:val="clear" w:color="auto" w:fill="FFFFFF"/>
            <w:tcMar>
              <w:top w:w="80" w:type="dxa"/>
              <w:left w:w="90" w:type="dxa"/>
              <w:bottom w:w="80" w:type="dxa"/>
              <w:right w:w="90" w:type="dxa"/>
            </w:tcMar>
            <w:vAlign w:val="center"/>
          </w:tcPr>
          <w:p w14:paraId="62446E39" w14:textId="77777777" w:rsidR="00146DEE" w:rsidRPr="002A7B71" w:rsidRDefault="00146DEE">
            <w:pPr>
              <w:spacing w:after="0" w:line="240" w:lineRule="auto"/>
              <w:rPr>
                <w:noProof/>
                <w:lang w:val="ro-RO"/>
              </w:rPr>
            </w:pPr>
          </w:p>
        </w:tc>
      </w:tr>
      <w:tr w:rsidR="00146DEE" w:rsidRPr="002A7B71" w14:paraId="5DC4EC51" w14:textId="77777777" w:rsidTr="002A7B71">
        <w:trPr>
          <w:cantSplit/>
          <w:trHeight w:val="375"/>
          <w:jc w:val="center"/>
        </w:trPr>
        <w:tc>
          <w:tcPr>
            <w:tcW w:w="2538" w:type="dxa"/>
            <w:shd w:val="clear" w:color="auto" w:fill="F3F4F5"/>
            <w:tcMar>
              <w:top w:w="80" w:type="dxa"/>
              <w:left w:w="90" w:type="dxa"/>
              <w:bottom w:w="80" w:type="dxa"/>
              <w:right w:w="90" w:type="dxa"/>
            </w:tcMar>
            <w:vAlign w:val="center"/>
          </w:tcPr>
          <w:p w14:paraId="61E84DE7" w14:textId="77777777" w:rsidR="00146DEE" w:rsidRPr="002A7B71" w:rsidRDefault="00000000">
            <w:pPr>
              <w:spacing w:after="0" w:line="240" w:lineRule="auto"/>
              <w:rPr>
                <w:noProof/>
                <w:lang w:val="ro-RO"/>
              </w:rPr>
            </w:pPr>
            <w:r w:rsidRPr="002A7B71">
              <w:rPr>
                <w:b/>
                <w:noProof/>
                <w:sz w:val="15"/>
                <w:lang w:val="ro-RO"/>
              </w:rPr>
              <w:t>Raport emis de / data</w:t>
            </w:r>
          </w:p>
        </w:tc>
        <w:tc>
          <w:tcPr>
            <w:tcW w:w="7665" w:type="dxa"/>
            <w:shd w:val="clear" w:color="auto" w:fill="FFFFFF"/>
            <w:tcMar>
              <w:top w:w="80" w:type="dxa"/>
              <w:left w:w="90" w:type="dxa"/>
              <w:bottom w:w="80" w:type="dxa"/>
              <w:right w:w="90" w:type="dxa"/>
            </w:tcMar>
            <w:vAlign w:val="center"/>
          </w:tcPr>
          <w:p w14:paraId="280187D6" w14:textId="77777777" w:rsidR="00146DEE" w:rsidRPr="002A7B71" w:rsidRDefault="00146DEE">
            <w:pPr>
              <w:spacing w:after="0" w:line="240" w:lineRule="auto"/>
              <w:rPr>
                <w:noProof/>
                <w:lang w:val="ro-RO"/>
              </w:rPr>
            </w:pPr>
          </w:p>
        </w:tc>
      </w:tr>
      <w:tr w:rsidR="00146DEE" w:rsidRPr="002A7B71" w14:paraId="00A288BC" w14:textId="77777777" w:rsidTr="002A7B71">
        <w:trPr>
          <w:cantSplit/>
          <w:trHeight w:val="399"/>
          <w:jc w:val="center"/>
        </w:trPr>
        <w:tc>
          <w:tcPr>
            <w:tcW w:w="2538" w:type="dxa"/>
            <w:shd w:val="clear" w:color="auto" w:fill="F3F4F5"/>
            <w:tcMar>
              <w:top w:w="80" w:type="dxa"/>
              <w:left w:w="90" w:type="dxa"/>
              <w:bottom w:w="80" w:type="dxa"/>
              <w:right w:w="90" w:type="dxa"/>
            </w:tcMar>
            <w:vAlign w:val="center"/>
          </w:tcPr>
          <w:p w14:paraId="66AAB584" w14:textId="77777777" w:rsidR="00146DEE" w:rsidRPr="002A7B71" w:rsidRDefault="00000000">
            <w:pPr>
              <w:spacing w:after="0" w:line="240" w:lineRule="auto"/>
              <w:rPr>
                <w:noProof/>
                <w:lang w:val="ro-RO"/>
              </w:rPr>
            </w:pPr>
            <w:r w:rsidRPr="002A7B71">
              <w:rPr>
                <w:b/>
                <w:noProof/>
                <w:sz w:val="15"/>
                <w:lang w:val="ro-RO"/>
              </w:rPr>
              <w:t>Distribuție</w:t>
            </w:r>
          </w:p>
        </w:tc>
        <w:tc>
          <w:tcPr>
            <w:tcW w:w="7665" w:type="dxa"/>
            <w:shd w:val="clear" w:color="auto" w:fill="FFFFFF"/>
            <w:tcMar>
              <w:top w:w="80" w:type="dxa"/>
              <w:left w:w="90" w:type="dxa"/>
              <w:bottom w:w="80" w:type="dxa"/>
              <w:right w:w="90" w:type="dxa"/>
            </w:tcMar>
            <w:vAlign w:val="center"/>
          </w:tcPr>
          <w:p w14:paraId="3E027DD7" w14:textId="77777777" w:rsidR="00146DEE" w:rsidRPr="002A7B71" w:rsidRDefault="00146DEE">
            <w:pPr>
              <w:spacing w:after="0" w:line="240" w:lineRule="auto"/>
              <w:rPr>
                <w:noProof/>
                <w:lang w:val="ro-RO"/>
              </w:rPr>
            </w:pPr>
          </w:p>
        </w:tc>
      </w:tr>
      <w:tr w:rsidR="00146DEE" w:rsidRPr="002A7B71" w14:paraId="510A641E" w14:textId="77777777" w:rsidTr="002A7B71">
        <w:tblPrEx>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Ex>
        <w:trPr>
          <w:cantSplit/>
          <w:trHeight w:val="1104"/>
          <w:jc w:val="center"/>
        </w:trPr>
        <w:tc>
          <w:tcPr>
            <w:tcW w:w="2538" w:type="dxa"/>
            <w:shd w:val="clear" w:color="auto" w:fill="D71920"/>
            <w:tcMar>
              <w:top w:w="80" w:type="dxa"/>
              <w:left w:w="90" w:type="dxa"/>
              <w:bottom w:w="80" w:type="dxa"/>
              <w:right w:w="90" w:type="dxa"/>
            </w:tcMar>
            <w:vAlign w:val="center"/>
          </w:tcPr>
          <w:p w14:paraId="76644FC9" w14:textId="77777777" w:rsidR="00146DEE" w:rsidRPr="002A7B71" w:rsidRDefault="00000000">
            <w:pPr>
              <w:spacing w:after="0" w:line="240" w:lineRule="auto"/>
              <w:jc w:val="center"/>
              <w:rPr>
                <w:noProof/>
                <w:lang w:val="ro-RO"/>
              </w:rPr>
            </w:pPr>
            <w:r w:rsidRPr="002A7B71">
              <w:rPr>
                <w:b/>
                <w:noProof/>
                <w:color w:val="FFFFFF"/>
                <w:sz w:val="34"/>
                <w:lang w:val="ro-RO"/>
              </w:rPr>
              <w:t>9</w:t>
            </w:r>
          </w:p>
        </w:tc>
        <w:tc>
          <w:tcPr>
            <w:tcW w:w="7665" w:type="dxa"/>
            <w:shd w:val="clear" w:color="auto" w:fill="F3F4F5"/>
          </w:tcPr>
          <w:p w14:paraId="0155DAC5" w14:textId="77777777" w:rsidR="00146DEE" w:rsidRPr="002A7B71" w:rsidRDefault="00000000">
            <w:pPr>
              <w:spacing w:after="20"/>
              <w:rPr>
                <w:noProof/>
                <w:lang w:val="ro-RO"/>
              </w:rPr>
            </w:pPr>
            <w:r w:rsidRPr="002A7B71">
              <w:rPr>
                <w:b/>
                <w:noProof/>
                <w:sz w:val="28"/>
                <w:lang w:val="ro-RO"/>
              </w:rPr>
              <w:t>Acțiuni corective și urmărire</w:t>
            </w:r>
          </w:p>
          <w:p w14:paraId="55B66340" w14:textId="77777777" w:rsidR="00146DEE" w:rsidRPr="002A7B71" w:rsidRDefault="00000000">
            <w:pPr>
              <w:keepNext/>
              <w:spacing w:after="0"/>
              <w:rPr>
                <w:noProof/>
                <w:lang w:val="ro-RO"/>
              </w:rPr>
            </w:pPr>
            <w:r w:rsidRPr="002A7B71">
              <w:rPr>
                <w:noProof/>
                <w:color w:val="666666"/>
                <w:sz w:val="17"/>
                <w:lang w:val="ro-RO"/>
              </w:rPr>
              <w:t>Închiderea administrativă nu este suficientă; trebuie verificată eficacitatea</w:t>
            </w:r>
          </w:p>
        </w:tc>
      </w:tr>
    </w:tbl>
    <w:p w14:paraId="16AFBE59" w14:textId="77777777" w:rsidR="00146DEE" w:rsidRPr="002A7B71" w:rsidRDefault="00146DEE">
      <w:pPr>
        <w:keepNext/>
        <w:spacing w:after="0"/>
        <w:rPr>
          <w:noProof/>
          <w:lang w:val="ro-RO"/>
        </w:rPr>
      </w:pPr>
    </w:p>
    <w:p w14:paraId="6F2621F0" w14:textId="77777777" w:rsidR="00146DEE" w:rsidRPr="002A7B71" w:rsidRDefault="00000000">
      <w:pPr>
        <w:pStyle w:val="Heading2"/>
        <w:rPr>
          <w:noProof/>
          <w:lang w:val="ro-RO"/>
        </w:rPr>
      </w:pPr>
      <w:r w:rsidRPr="002A7B71">
        <w:rPr>
          <w:noProof/>
          <w:lang w:val="ro-RO"/>
        </w:rPr>
        <w:t>Flux recomandat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154"/>
        <w:gridCol w:w="4082"/>
        <w:gridCol w:w="3685"/>
      </w:tblGrid>
      <w:tr w:rsidR="00146DEE" w:rsidRPr="002A7B71" w14:paraId="3C2F16FE" w14:textId="77777777">
        <w:trPr>
          <w:tblHeader/>
          <w:jc w:val="center"/>
        </w:trPr>
        <w:tc>
          <w:tcPr>
            <w:tcW w:w="2154" w:type="dxa"/>
            <w:shd w:val="clear" w:color="auto" w:fill="D71920"/>
            <w:tcMar>
              <w:top w:w="80" w:type="dxa"/>
              <w:left w:w="90" w:type="dxa"/>
              <w:bottom w:w="80" w:type="dxa"/>
              <w:right w:w="90" w:type="dxa"/>
            </w:tcMar>
            <w:vAlign w:val="center"/>
          </w:tcPr>
          <w:p w14:paraId="24F0EA94" w14:textId="77777777" w:rsidR="00146DEE" w:rsidRPr="002A7B71" w:rsidRDefault="00000000">
            <w:pPr>
              <w:spacing w:after="0" w:line="240" w:lineRule="auto"/>
              <w:jc w:val="center"/>
              <w:rPr>
                <w:noProof/>
                <w:lang w:val="ro-RO"/>
              </w:rPr>
            </w:pPr>
            <w:r w:rsidRPr="002A7B71">
              <w:rPr>
                <w:b/>
                <w:noProof/>
                <w:color w:val="FFFFFF"/>
                <w:sz w:val="16"/>
                <w:lang w:val="ro-RO"/>
              </w:rPr>
              <w:t>ETAPĂ</w:t>
            </w:r>
          </w:p>
        </w:tc>
        <w:tc>
          <w:tcPr>
            <w:tcW w:w="4082" w:type="dxa"/>
            <w:shd w:val="clear" w:color="auto" w:fill="D71920"/>
            <w:tcMar>
              <w:top w:w="80" w:type="dxa"/>
              <w:left w:w="90" w:type="dxa"/>
              <w:bottom w:w="80" w:type="dxa"/>
              <w:right w:w="90" w:type="dxa"/>
            </w:tcMar>
            <w:vAlign w:val="center"/>
          </w:tcPr>
          <w:p w14:paraId="4963E2F1" w14:textId="77777777" w:rsidR="00146DEE" w:rsidRPr="002A7B71" w:rsidRDefault="00000000">
            <w:pPr>
              <w:spacing w:after="0" w:line="240" w:lineRule="auto"/>
              <w:jc w:val="center"/>
              <w:rPr>
                <w:noProof/>
                <w:lang w:val="ro-RO"/>
              </w:rPr>
            </w:pPr>
            <w:r w:rsidRPr="002A7B71">
              <w:rPr>
                <w:b/>
                <w:noProof/>
                <w:color w:val="FFFFFF"/>
                <w:sz w:val="16"/>
                <w:lang w:val="ro-RO"/>
              </w:rPr>
              <w:t>ÎNTREBARE-CHEIE</w:t>
            </w:r>
          </w:p>
        </w:tc>
        <w:tc>
          <w:tcPr>
            <w:tcW w:w="3685" w:type="dxa"/>
            <w:shd w:val="clear" w:color="auto" w:fill="D71920"/>
            <w:tcMar>
              <w:top w:w="80" w:type="dxa"/>
              <w:left w:w="90" w:type="dxa"/>
              <w:bottom w:w="80" w:type="dxa"/>
              <w:right w:w="90" w:type="dxa"/>
            </w:tcMar>
            <w:vAlign w:val="center"/>
          </w:tcPr>
          <w:p w14:paraId="180613B7" w14:textId="77777777" w:rsidR="00146DEE" w:rsidRPr="002A7B71" w:rsidRDefault="00000000">
            <w:pPr>
              <w:spacing w:after="0" w:line="240" w:lineRule="auto"/>
              <w:jc w:val="center"/>
              <w:rPr>
                <w:noProof/>
                <w:lang w:val="ro-RO"/>
              </w:rPr>
            </w:pPr>
            <w:r w:rsidRPr="002A7B71">
              <w:rPr>
                <w:b/>
                <w:noProof/>
                <w:color w:val="FFFFFF"/>
                <w:sz w:val="16"/>
                <w:lang w:val="ro-RO"/>
              </w:rPr>
              <w:t>DOVADĂ</w:t>
            </w:r>
          </w:p>
        </w:tc>
      </w:tr>
      <w:tr w:rsidR="00146DEE" w:rsidRPr="002A7B71" w14:paraId="0A1C78A2" w14:textId="77777777">
        <w:trPr>
          <w:cantSplit/>
          <w:jc w:val="center"/>
        </w:trPr>
        <w:tc>
          <w:tcPr>
            <w:tcW w:w="2154" w:type="dxa"/>
            <w:shd w:val="clear" w:color="auto" w:fill="FFFFFF"/>
            <w:tcMar>
              <w:top w:w="80" w:type="dxa"/>
              <w:left w:w="90" w:type="dxa"/>
              <w:bottom w:w="80" w:type="dxa"/>
              <w:right w:w="90" w:type="dxa"/>
            </w:tcMar>
            <w:vAlign w:val="center"/>
          </w:tcPr>
          <w:p w14:paraId="7591DAFF" w14:textId="77777777" w:rsidR="00146DEE" w:rsidRPr="002A7B71" w:rsidRDefault="00000000">
            <w:pPr>
              <w:spacing w:after="0" w:line="240" w:lineRule="auto"/>
              <w:rPr>
                <w:noProof/>
                <w:lang w:val="ro-RO"/>
              </w:rPr>
            </w:pPr>
            <w:r w:rsidRPr="002A7B71">
              <w:rPr>
                <w:noProof/>
                <w:sz w:val="15"/>
                <w:lang w:val="ro-RO"/>
              </w:rPr>
              <w:t>Corecție / control imediat</w:t>
            </w:r>
          </w:p>
        </w:tc>
        <w:tc>
          <w:tcPr>
            <w:tcW w:w="4082" w:type="dxa"/>
            <w:shd w:val="clear" w:color="auto" w:fill="FFFFFF"/>
            <w:tcMar>
              <w:top w:w="80" w:type="dxa"/>
              <w:left w:w="90" w:type="dxa"/>
              <w:bottom w:w="80" w:type="dxa"/>
              <w:right w:w="90" w:type="dxa"/>
            </w:tcMar>
            <w:vAlign w:val="center"/>
          </w:tcPr>
          <w:p w14:paraId="778B68D6" w14:textId="77777777" w:rsidR="00146DEE" w:rsidRPr="002A7B71" w:rsidRDefault="00000000">
            <w:pPr>
              <w:spacing w:after="0" w:line="240" w:lineRule="auto"/>
              <w:rPr>
                <w:noProof/>
                <w:lang w:val="ro-RO"/>
              </w:rPr>
            </w:pPr>
            <w:r w:rsidRPr="002A7B71">
              <w:rPr>
                <w:noProof/>
                <w:sz w:val="15"/>
                <w:lang w:val="ro-RO"/>
              </w:rPr>
              <w:t>Ce s-a făcut pentru a elimina sau limita situația existentă?</w:t>
            </w:r>
          </w:p>
        </w:tc>
        <w:tc>
          <w:tcPr>
            <w:tcW w:w="3685" w:type="dxa"/>
            <w:shd w:val="clear" w:color="auto" w:fill="FFFFFF"/>
            <w:tcMar>
              <w:top w:w="80" w:type="dxa"/>
              <w:left w:w="90" w:type="dxa"/>
              <w:bottom w:w="80" w:type="dxa"/>
              <w:right w:w="90" w:type="dxa"/>
            </w:tcMar>
            <w:vAlign w:val="center"/>
          </w:tcPr>
          <w:p w14:paraId="3A41D1DA" w14:textId="77777777" w:rsidR="00146DEE" w:rsidRPr="002A7B71" w:rsidRDefault="00000000">
            <w:pPr>
              <w:spacing w:after="0" w:line="240" w:lineRule="auto"/>
              <w:rPr>
                <w:noProof/>
                <w:lang w:val="ro-RO"/>
              </w:rPr>
            </w:pPr>
            <w:r w:rsidRPr="002A7B71">
              <w:rPr>
                <w:noProof/>
                <w:sz w:val="15"/>
                <w:lang w:val="ro-RO"/>
              </w:rPr>
              <w:t>Produs blocat, înregistrare corectată, protecție temporară, comunicare</w:t>
            </w:r>
          </w:p>
        </w:tc>
      </w:tr>
      <w:tr w:rsidR="00146DEE" w:rsidRPr="002A7B71" w14:paraId="38591B0F" w14:textId="77777777">
        <w:trPr>
          <w:cantSplit/>
          <w:jc w:val="center"/>
        </w:trPr>
        <w:tc>
          <w:tcPr>
            <w:tcW w:w="2154" w:type="dxa"/>
            <w:shd w:val="clear" w:color="auto" w:fill="FAFAFA"/>
            <w:tcMar>
              <w:top w:w="80" w:type="dxa"/>
              <w:left w:w="90" w:type="dxa"/>
              <w:bottom w:w="80" w:type="dxa"/>
              <w:right w:w="90" w:type="dxa"/>
            </w:tcMar>
            <w:vAlign w:val="center"/>
          </w:tcPr>
          <w:p w14:paraId="014C8991" w14:textId="77777777" w:rsidR="00146DEE" w:rsidRPr="002A7B71" w:rsidRDefault="00000000">
            <w:pPr>
              <w:spacing w:after="0" w:line="240" w:lineRule="auto"/>
              <w:rPr>
                <w:noProof/>
                <w:lang w:val="ro-RO"/>
              </w:rPr>
            </w:pPr>
            <w:r w:rsidRPr="002A7B71">
              <w:rPr>
                <w:noProof/>
                <w:sz w:val="15"/>
                <w:lang w:val="ro-RO"/>
              </w:rPr>
              <w:t>Analiza cauzei</w:t>
            </w:r>
          </w:p>
        </w:tc>
        <w:tc>
          <w:tcPr>
            <w:tcW w:w="4082" w:type="dxa"/>
            <w:shd w:val="clear" w:color="auto" w:fill="FAFAFA"/>
            <w:tcMar>
              <w:top w:w="80" w:type="dxa"/>
              <w:left w:w="90" w:type="dxa"/>
              <w:bottom w:w="80" w:type="dxa"/>
              <w:right w:w="90" w:type="dxa"/>
            </w:tcMar>
            <w:vAlign w:val="center"/>
          </w:tcPr>
          <w:p w14:paraId="70462151" w14:textId="77777777" w:rsidR="00146DEE" w:rsidRPr="002A7B71" w:rsidRDefault="00000000">
            <w:pPr>
              <w:spacing w:after="0" w:line="240" w:lineRule="auto"/>
              <w:rPr>
                <w:noProof/>
                <w:lang w:val="ro-RO"/>
              </w:rPr>
            </w:pPr>
            <w:r w:rsidRPr="002A7B71">
              <w:rPr>
                <w:noProof/>
                <w:sz w:val="15"/>
                <w:lang w:val="ro-RO"/>
              </w:rPr>
              <w:t>De ce a fost posibilă apariția și de ce nu a fost detectată la timp?</w:t>
            </w:r>
          </w:p>
        </w:tc>
        <w:tc>
          <w:tcPr>
            <w:tcW w:w="3685" w:type="dxa"/>
            <w:shd w:val="clear" w:color="auto" w:fill="FAFAFA"/>
            <w:tcMar>
              <w:top w:w="80" w:type="dxa"/>
              <w:left w:w="90" w:type="dxa"/>
              <w:bottom w:w="80" w:type="dxa"/>
              <w:right w:w="90" w:type="dxa"/>
            </w:tcMar>
            <w:vAlign w:val="center"/>
          </w:tcPr>
          <w:p w14:paraId="4D790F9F" w14:textId="77777777" w:rsidR="00146DEE" w:rsidRPr="002A7B71" w:rsidRDefault="00000000">
            <w:pPr>
              <w:spacing w:after="0" w:line="240" w:lineRule="auto"/>
              <w:rPr>
                <w:noProof/>
                <w:lang w:val="ro-RO"/>
              </w:rPr>
            </w:pPr>
            <w:r w:rsidRPr="002A7B71">
              <w:rPr>
                <w:noProof/>
                <w:sz w:val="15"/>
                <w:lang w:val="ro-RO"/>
              </w:rPr>
              <w:t>Analiză documentată, date, interviuri, verificări ale ipotezelor</w:t>
            </w:r>
          </w:p>
        </w:tc>
      </w:tr>
      <w:tr w:rsidR="00146DEE" w:rsidRPr="002A7B71" w14:paraId="62F7A11E" w14:textId="77777777">
        <w:trPr>
          <w:cantSplit/>
          <w:jc w:val="center"/>
        </w:trPr>
        <w:tc>
          <w:tcPr>
            <w:tcW w:w="2154" w:type="dxa"/>
            <w:shd w:val="clear" w:color="auto" w:fill="FFFFFF"/>
            <w:tcMar>
              <w:top w:w="80" w:type="dxa"/>
              <w:left w:w="90" w:type="dxa"/>
              <w:bottom w:w="80" w:type="dxa"/>
              <w:right w:w="90" w:type="dxa"/>
            </w:tcMar>
            <w:vAlign w:val="center"/>
          </w:tcPr>
          <w:p w14:paraId="4D6FCF30" w14:textId="77777777" w:rsidR="00146DEE" w:rsidRPr="002A7B71" w:rsidRDefault="00000000">
            <w:pPr>
              <w:spacing w:after="0" w:line="240" w:lineRule="auto"/>
              <w:rPr>
                <w:noProof/>
                <w:lang w:val="ro-RO"/>
              </w:rPr>
            </w:pPr>
            <w:r w:rsidRPr="002A7B71">
              <w:rPr>
                <w:noProof/>
                <w:sz w:val="15"/>
                <w:lang w:val="ro-RO"/>
              </w:rPr>
              <w:t>Evaluarea extinderii</w:t>
            </w:r>
          </w:p>
        </w:tc>
        <w:tc>
          <w:tcPr>
            <w:tcW w:w="4082" w:type="dxa"/>
            <w:shd w:val="clear" w:color="auto" w:fill="FFFFFF"/>
            <w:tcMar>
              <w:top w:w="80" w:type="dxa"/>
              <w:left w:w="90" w:type="dxa"/>
              <w:bottom w:w="80" w:type="dxa"/>
              <w:right w:w="90" w:type="dxa"/>
            </w:tcMar>
            <w:vAlign w:val="center"/>
          </w:tcPr>
          <w:p w14:paraId="556C3BE1" w14:textId="77777777" w:rsidR="00146DEE" w:rsidRPr="002A7B71" w:rsidRDefault="00000000">
            <w:pPr>
              <w:spacing w:after="0" w:line="240" w:lineRule="auto"/>
              <w:rPr>
                <w:noProof/>
                <w:lang w:val="ro-RO"/>
              </w:rPr>
            </w:pPr>
            <w:r w:rsidRPr="002A7B71">
              <w:rPr>
                <w:noProof/>
                <w:sz w:val="15"/>
                <w:lang w:val="ro-RO"/>
              </w:rPr>
              <w:t>Situația există și în alte produse, perioade, locații sau procese?</w:t>
            </w:r>
          </w:p>
        </w:tc>
        <w:tc>
          <w:tcPr>
            <w:tcW w:w="3685" w:type="dxa"/>
            <w:shd w:val="clear" w:color="auto" w:fill="FFFFFF"/>
            <w:tcMar>
              <w:top w:w="80" w:type="dxa"/>
              <w:left w:w="90" w:type="dxa"/>
              <w:bottom w:w="80" w:type="dxa"/>
              <w:right w:w="90" w:type="dxa"/>
            </w:tcMar>
            <w:vAlign w:val="center"/>
          </w:tcPr>
          <w:p w14:paraId="3441FF9B" w14:textId="77777777" w:rsidR="00146DEE" w:rsidRPr="002A7B71" w:rsidRDefault="00000000">
            <w:pPr>
              <w:spacing w:after="0" w:line="240" w:lineRule="auto"/>
              <w:rPr>
                <w:noProof/>
                <w:lang w:val="ro-RO"/>
              </w:rPr>
            </w:pPr>
            <w:r w:rsidRPr="002A7B71">
              <w:rPr>
                <w:noProof/>
                <w:sz w:val="15"/>
                <w:lang w:val="ro-RO"/>
              </w:rPr>
              <w:t>Eșantion extins, verificări de sistem, impact evaluat</w:t>
            </w:r>
          </w:p>
        </w:tc>
      </w:tr>
      <w:tr w:rsidR="00146DEE" w:rsidRPr="002A7B71" w14:paraId="0249C83E" w14:textId="77777777">
        <w:trPr>
          <w:cantSplit/>
          <w:jc w:val="center"/>
        </w:trPr>
        <w:tc>
          <w:tcPr>
            <w:tcW w:w="2154" w:type="dxa"/>
            <w:shd w:val="clear" w:color="auto" w:fill="FAFAFA"/>
            <w:tcMar>
              <w:top w:w="80" w:type="dxa"/>
              <w:left w:w="90" w:type="dxa"/>
              <w:bottom w:w="80" w:type="dxa"/>
              <w:right w:w="90" w:type="dxa"/>
            </w:tcMar>
            <w:vAlign w:val="center"/>
          </w:tcPr>
          <w:p w14:paraId="50ECE47F" w14:textId="77777777" w:rsidR="00146DEE" w:rsidRPr="002A7B71" w:rsidRDefault="00000000">
            <w:pPr>
              <w:spacing w:after="0" w:line="240" w:lineRule="auto"/>
              <w:rPr>
                <w:noProof/>
                <w:lang w:val="ro-RO"/>
              </w:rPr>
            </w:pPr>
            <w:r w:rsidRPr="002A7B71">
              <w:rPr>
                <w:noProof/>
                <w:sz w:val="15"/>
                <w:lang w:val="ro-RO"/>
              </w:rPr>
              <w:t>Acțiune corectivă</w:t>
            </w:r>
          </w:p>
        </w:tc>
        <w:tc>
          <w:tcPr>
            <w:tcW w:w="4082" w:type="dxa"/>
            <w:shd w:val="clear" w:color="auto" w:fill="FAFAFA"/>
            <w:tcMar>
              <w:top w:w="80" w:type="dxa"/>
              <w:left w:w="90" w:type="dxa"/>
              <w:bottom w:w="80" w:type="dxa"/>
              <w:right w:w="90" w:type="dxa"/>
            </w:tcMar>
            <w:vAlign w:val="center"/>
          </w:tcPr>
          <w:p w14:paraId="2B06CBDB" w14:textId="77777777" w:rsidR="00146DEE" w:rsidRPr="002A7B71" w:rsidRDefault="00000000">
            <w:pPr>
              <w:spacing w:after="0" w:line="240" w:lineRule="auto"/>
              <w:rPr>
                <w:noProof/>
                <w:lang w:val="ro-RO"/>
              </w:rPr>
            </w:pPr>
            <w:r w:rsidRPr="002A7B71">
              <w:rPr>
                <w:noProof/>
                <w:sz w:val="15"/>
                <w:lang w:val="ro-RO"/>
              </w:rPr>
              <w:t>Ce schimbare va elimina cauza și va preveni repetarea?</w:t>
            </w:r>
          </w:p>
        </w:tc>
        <w:tc>
          <w:tcPr>
            <w:tcW w:w="3685" w:type="dxa"/>
            <w:shd w:val="clear" w:color="auto" w:fill="FAFAFA"/>
            <w:tcMar>
              <w:top w:w="80" w:type="dxa"/>
              <w:left w:w="90" w:type="dxa"/>
              <w:bottom w:w="80" w:type="dxa"/>
              <w:right w:w="90" w:type="dxa"/>
            </w:tcMar>
            <w:vAlign w:val="center"/>
          </w:tcPr>
          <w:p w14:paraId="3EC763BB" w14:textId="77777777" w:rsidR="00146DEE" w:rsidRPr="002A7B71" w:rsidRDefault="00000000">
            <w:pPr>
              <w:spacing w:after="0" w:line="240" w:lineRule="auto"/>
              <w:rPr>
                <w:noProof/>
                <w:lang w:val="ro-RO"/>
              </w:rPr>
            </w:pPr>
            <w:r w:rsidRPr="002A7B71">
              <w:rPr>
                <w:noProof/>
                <w:sz w:val="15"/>
                <w:lang w:val="ro-RO"/>
              </w:rPr>
              <w:t>Plan, responsabil, resurse, termen, modificări controlate</w:t>
            </w:r>
          </w:p>
        </w:tc>
      </w:tr>
      <w:tr w:rsidR="00146DEE" w:rsidRPr="002A7B71" w14:paraId="7D55930E" w14:textId="77777777">
        <w:trPr>
          <w:cantSplit/>
          <w:jc w:val="center"/>
        </w:trPr>
        <w:tc>
          <w:tcPr>
            <w:tcW w:w="2154" w:type="dxa"/>
            <w:shd w:val="clear" w:color="auto" w:fill="FFFFFF"/>
            <w:tcMar>
              <w:top w:w="80" w:type="dxa"/>
              <w:left w:w="90" w:type="dxa"/>
              <w:bottom w:w="80" w:type="dxa"/>
              <w:right w:w="90" w:type="dxa"/>
            </w:tcMar>
            <w:vAlign w:val="center"/>
          </w:tcPr>
          <w:p w14:paraId="639394B0" w14:textId="77777777" w:rsidR="00146DEE" w:rsidRPr="002A7B71" w:rsidRDefault="00000000">
            <w:pPr>
              <w:spacing w:after="0" w:line="240" w:lineRule="auto"/>
              <w:rPr>
                <w:noProof/>
                <w:lang w:val="ro-RO"/>
              </w:rPr>
            </w:pPr>
            <w:r w:rsidRPr="002A7B71">
              <w:rPr>
                <w:noProof/>
                <w:sz w:val="15"/>
                <w:lang w:val="ro-RO"/>
              </w:rPr>
              <w:t>Implementare</w:t>
            </w:r>
          </w:p>
        </w:tc>
        <w:tc>
          <w:tcPr>
            <w:tcW w:w="4082" w:type="dxa"/>
            <w:shd w:val="clear" w:color="auto" w:fill="FFFFFF"/>
            <w:tcMar>
              <w:top w:w="80" w:type="dxa"/>
              <w:left w:w="90" w:type="dxa"/>
              <w:bottom w:w="80" w:type="dxa"/>
              <w:right w:w="90" w:type="dxa"/>
            </w:tcMar>
            <w:vAlign w:val="center"/>
          </w:tcPr>
          <w:p w14:paraId="2FBC1D8D" w14:textId="77777777" w:rsidR="00146DEE" w:rsidRPr="002A7B71" w:rsidRDefault="00000000">
            <w:pPr>
              <w:spacing w:after="0" w:line="240" w:lineRule="auto"/>
              <w:rPr>
                <w:noProof/>
                <w:lang w:val="ro-RO"/>
              </w:rPr>
            </w:pPr>
            <w:r w:rsidRPr="002A7B71">
              <w:rPr>
                <w:noProof/>
                <w:sz w:val="15"/>
                <w:lang w:val="ro-RO"/>
              </w:rPr>
              <w:t>Acțiunea a fost realizată integral și comunicată?</w:t>
            </w:r>
          </w:p>
        </w:tc>
        <w:tc>
          <w:tcPr>
            <w:tcW w:w="3685" w:type="dxa"/>
            <w:shd w:val="clear" w:color="auto" w:fill="FFFFFF"/>
            <w:tcMar>
              <w:top w:w="80" w:type="dxa"/>
              <w:left w:w="90" w:type="dxa"/>
              <w:bottom w:w="80" w:type="dxa"/>
              <w:right w:w="90" w:type="dxa"/>
            </w:tcMar>
            <w:vAlign w:val="center"/>
          </w:tcPr>
          <w:p w14:paraId="5EC66D22" w14:textId="77777777" w:rsidR="00146DEE" w:rsidRPr="002A7B71" w:rsidRDefault="00000000">
            <w:pPr>
              <w:spacing w:after="0" w:line="240" w:lineRule="auto"/>
              <w:rPr>
                <w:noProof/>
                <w:lang w:val="ro-RO"/>
              </w:rPr>
            </w:pPr>
            <w:r w:rsidRPr="002A7B71">
              <w:rPr>
                <w:noProof/>
                <w:sz w:val="15"/>
                <w:lang w:val="ro-RO"/>
              </w:rPr>
              <w:t>Documente, instruire, configurări, înregistrări, observații</w:t>
            </w:r>
          </w:p>
        </w:tc>
      </w:tr>
      <w:tr w:rsidR="00146DEE" w:rsidRPr="002A7B71" w14:paraId="1B0A687D" w14:textId="77777777">
        <w:trPr>
          <w:cantSplit/>
          <w:jc w:val="center"/>
        </w:trPr>
        <w:tc>
          <w:tcPr>
            <w:tcW w:w="2154" w:type="dxa"/>
            <w:shd w:val="clear" w:color="auto" w:fill="FAFAFA"/>
            <w:tcMar>
              <w:top w:w="80" w:type="dxa"/>
              <w:left w:w="90" w:type="dxa"/>
              <w:bottom w:w="80" w:type="dxa"/>
              <w:right w:w="90" w:type="dxa"/>
            </w:tcMar>
            <w:vAlign w:val="center"/>
          </w:tcPr>
          <w:p w14:paraId="56F77AE4" w14:textId="77777777" w:rsidR="00146DEE" w:rsidRPr="002A7B71" w:rsidRDefault="00000000">
            <w:pPr>
              <w:spacing w:after="0" w:line="240" w:lineRule="auto"/>
              <w:rPr>
                <w:noProof/>
                <w:lang w:val="ro-RO"/>
              </w:rPr>
            </w:pPr>
            <w:r w:rsidRPr="002A7B71">
              <w:rPr>
                <w:noProof/>
                <w:sz w:val="15"/>
                <w:lang w:val="ro-RO"/>
              </w:rPr>
              <w:t>Verificarea eficacității</w:t>
            </w:r>
          </w:p>
        </w:tc>
        <w:tc>
          <w:tcPr>
            <w:tcW w:w="4082" w:type="dxa"/>
            <w:shd w:val="clear" w:color="auto" w:fill="FAFAFA"/>
            <w:tcMar>
              <w:top w:w="80" w:type="dxa"/>
              <w:left w:w="90" w:type="dxa"/>
              <w:bottom w:w="80" w:type="dxa"/>
              <w:right w:w="90" w:type="dxa"/>
            </w:tcMar>
            <w:vAlign w:val="center"/>
          </w:tcPr>
          <w:p w14:paraId="6F3271F0" w14:textId="77777777" w:rsidR="00146DEE" w:rsidRPr="002A7B71" w:rsidRDefault="00000000">
            <w:pPr>
              <w:spacing w:after="0" w:line="240" w:lineRule="auto"/>
              <w:rPr>
                <w:noProof/>
                <w:lang w:val="ro-RO"/>
              </w:rPr>
            </w:pPr>
            <w:r w:rsidRPr="002A7B71">
              <w:rPr>
                <w:noProof/>
                <w:sz w:val="15"/>
                <w:lang w:val="ro-RO"/>
              </w:rPr>
              <w:t>După o perioadă adecvată, problema nu s-a repetat și rezultatul s-a îmbunătățit?</w:t>
            </w:r>
          </w:p>
        </w:tc>
        <w:tc>
          <w:tcPr>
            <w:tcW w:w="3685" w:type="dxa"/>
            <w:shd w:val="clear" w:color="auto" w:fill="FAFAFA"/>
            <w:tcMar>
              <w:top w:w="80" w:type="dxa"/>
              <w:left w:w="90" w:type="dxa"/>
              <w:bottom w:w="80" w:type="dxa"/>
              <w:right w:w="90" w:type="dxa"/>
            </w:tcMar>
            <w:vAlign w:val="center"/>
          </w:tcPr>
          <w:p w14:paraId="7D4A00B7" w14:textId="77777777" w:rsidR="00146DEE" w:rsidRPr="002A7B71" w:rsidRDefault="00000000">
            <w:pPr>
              <w:spacing w:after="0" w:line="240" w:lineRule="auto"/>
              <w:rPr>
                <w:noProof/>
                <w:lang w:val="ro-RO"/>
              </w:rPr>
            </w:pPr>
            <w:r w:rsidRPr="002A7B71">
              <w:rPr>
                <w:noProof/>
                <w:sz w:val="15"/>
                <w:lang w:val="ro-RO"/>
              </w:rPr>
              <w:t>Indicatori, eșantion nou, audit de urmărire, lipsa recurenței</w:t>
            </w:r>
          </w:p>
        </w:tc>
      </w:tr>
    </w:tbl>
    <w:p w14:paraId="79574E8F" w14:textId="77777777" w:rsidR="00146DEE" w:rsidRPr="002A7B71" w:rsidRDefault="00146DEE">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68941F68" w14:textId="77777777">
        <w:trPr>
          <w:cantSplit/>
          <w:jc w:val="center"/>
        </w:trPr>
        <w:tc>
          <w:tcPr>
            <w:tcW w:w="567" w:type="dxa"/>
            <w:shd w:val="clear" w:color="auto" w:fill="D71920"/>
            <w:tcMar>
              <w:top w:w="80" w:type="dxa"/>
              <w:left w:w="90" w:type="dxa"/>
              <w:bottom w:w="80" w:type="dxa"/>
              <w:right w:w="90" w:type="dxa"/>
            </w:tcMar>
            <w:vAlign w:val="center"/>
          </w:tcPr>
          <w:p w14:paraId="256DCB46" w14:textId="77777777" w:rsidR="00146DEE" w:rsidRPr="002A7B71" w:rsidRDefault="00000000">
            <w:pPr>
              <w:spacing w:after="0" w:line="240" w:lineRule="auto"/>
              <w:jc w:val="center"/>
              <w:rPr>
                <w:noProof/>
                <w:lang w:val="ro-RO"/>
              </w:rPr>
            </w:pPr>
            <w:r w:rsidRPr="002A7B71">
              <w:rPr>
                <w:b/>
                <w:noProof/>
                <w:color w:val="FFFFFF"/>
                <w:sz w:val="32"/>
                <w:lang w:val="ro-RO"/>
              </w:rPr>
              <w:t>!</w:t>
            </w:r>
          </w:p>
        </w:tc>
        <w:tc>
          <w:tcPr>
            <w:tcW w:w="9354" w:type="dxa"/>
            <w:shd w:val="clear" w:color="auto" w:fill="FCEBEC"/>
          </w:tcPr>
          <w:p w14:paraId="001BF1B5" w14:textId="77777777" w:rsidR="00146DEE" w:rsidRPr="002A7B71" w:rsidRDefault="00000000">
            <w:pPr>
              <w:spacing w:after="40"/>
              <w:rPr>
                <w:noProof/>
                <w:lang w:val="ro-RO"/>
              </w:rPr>
            </w:pPr>
            <w:r w:rsidRPr="002A7B71">
              <w:rPr>
                <w:b/>
                <w:noProof/>
                <w:color w:val="D71920"/>
                <w:lang w:val="ro-RO"/>
              </w:rPr>
              <w:t>CAUZĂ VERSUS SIMPTOM</w:t>
            </w:r>
          </w:p>
          <w:p w14:paraId="4B1465D9" w14:textId="77777777" w:rsidR="00146DEE" w:rsidRPr="002A7B71" w:rsidRDefault="00000000">
            <w:pPr>
              <w:spacing w:after="0" w:line="252" w:lineRule="auto"/>
              <w:rPr>
                <w:noProof/>
                <w:lang w:val="ro-RO"/>
              </w:rPr>
            </w:pPr>
            <w:r w:rsidRPr="002A7B71">
              <w:rPr>
                <w:noProof/>
                <w:sz w:val="17"/>
                <w:lang w:val="ro-RO"/>
              </w:rPr>
              <w:t>„Operatorul a uitat” este rar o analiză suficientă. Verificați instruirea, proiectarea procesului, volumul de muncă, interfețele, claritatea criteriilor, controalele preventive și mecanismele de detectare.</w:t>
            </w:r>
          </w:p>
        </w:tc>
      </w:tr>
    </w:tbl>
    <w:p w14:paraId="1585BE63" w14:textId="77777777" w:rsidR="00146DEE" w:rsidRPr="002A7B71" w:rsidRDefault="00146DEE">
      <w:pPr>
        <w:spacing w:after="0"/>
        <w:rPr>
          <w:noProof/>
          <w:lang w:val="ro-RO"/>
        </w:rPr>
      </w:pPr>
    </w:p>
    <w:p w14:paraId="46E59B21" w14:textId="77777777" w:rsidR="00146DEE" w:rsidRPr="002A7B71" w:rsidRDefault="00000000">
      <w:pPr>
        <w:pStyle w:val="Heading2"/>
        <w:rPr>
          <w:noProof/>
          <w:lang w:val="ro-RO"/>
        </w:rPr>
      </w:pPr>
      <w:r w:rsidRPr="002A7B71">
        <w:rPr>
          <w:noProof/>
          <w:lang w:val="ro-RO"/>
        </w:rPr>
        <w:t>Registru de urmărire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1361"/>
        <w:gridCol w:w="1531"/>
        <w:gridCol w:w="1587"/>
        <w:gridCol w:w="1020"/>
        <w:gridCol w:w="1020"/>
        <w:gridCol w:w="1247"/>
        <w:gridCol w:w="1474"/>
      </w:tblGrid>
      <w:tr w:rsidR="00146DEE" w:rsidRPr="002A7B71" w14:paraId="5600D12B" w14:textId="77777777">
        <w:trPr>
          <w:tblHeader/>
          <w:jc w:val="center"/>
        </w:trPr>
        <w:tc>
          <w:tcPr>
            <w:tcW w:w="680" w:type="dxa"/>
            <w:shd w:val="clear" w:color="auto" w:fill="D71920"/>
            <w:tcMar>
              <w:top w:w="80" w:type="dxa"/>
              <w:left w:w="90" w:type="dxa"/>
              <w:bottom w:w="80" w:type="dxa"/>
              <w:right w:w="90" w:type="dxa"/>
            </w:tcMar>
            <w:vAlign w:val="center"/>
          </w:tcPr>
          <w:p w14:paraId="717D1F8C" w14:textId="77777777" w:rsidR="00146DEE" w:rsidRPr="002A7B71" w:rsidRDefault="00000000">
            <w:pPr>
              <w:spacing w:after="0" w:line="240" w:lineRule="auto"/>
              <w:jc w:val="center"/>
              <w:rPr>
                <w:noProof/>
                <w:lang w:val="ro-RO"/>
              </w:rPr>
            </w:pPr>
            <w:r w:rsidRPr="002A7B71">
              <w:rPr>
                <w:b/>
                <w:noProof/>
                <w:color w:val="FFFFFF"/>
                <w:sz w:val="12"/>
                <w:lang w:val="ro-RO"/>
              </w:rPr>
              <w:t>COD</w:t>
            </w:r>
          </w:p>
        </w:tc>
        <w:tc>
          <w:tcPr>
            <w:tcW w:w="1361" w:type="dxa"/>
            <w:shd w:val="clear" w:color="auto" w:fill="D71920"/>
            <w:tcMar>
              <w:top w:w="80" w:type="dxa"/>
              <w:left w:w="90" w:type="dxa"/>
              <w:bottom w:w="80" w:type="dxa"/>
              <w:right w:w="90" w:type="dxa"/>
            </w:tcMar>
            <w:vAlign w:val="center"/>
          </w:tcPr>
          <w:p w14:paraId="6830208A" w14:textId="77777777" w:rsidR="00146DEE" w:rsidRPr="002A7B71" w:rsidRDefault="00000000">
            <w:pPr>
              <w:spacing w:after="0" w:line="240" w:lineRule="auto"/>
              <w:jc w:val="center"/>
              <w:rPr>
                <w:noProof/>
                <w:lang w:val="ro-RO"/>
              </w:rPr>
            </w:pPr>
            <w:r w:rsidRPr="002A7B71">
              <w:rPr>
                <w:b/>
                <w:noProof/>
                <w:color w:val="FFFFFF"/>
                <w:sz w:val="12"/>
                <w:lang w:val="ro-RO"/>
              </w:rPr>
              <w:t>CORECȚIE</w:t>
            </w:r>
          </w:p>
        </w:tc>
        <w:tc>
          <w:tcPr>
            <w:tcW w:w="1531" w:type="dxa"/>
            <w:shd w:val="clear" w:color="auto" w:fill="D71920"/>
            <w:tcMar>
              <w:top w:w="80" w:type="dxa"/>
              <w:left w:w="90" w:type="dxa"/>
              <w:bottom w:w="80" w:type="dxa"/>
              <w:right w:w="90" w:type="dxa"/>
            </w:tcMar>
            <w:vAlign w:val="center"/>
          </w:tcPr>
          <w:p w14:paraId="195D3084" w14:textId="77777777" w:rsidR="00146DEE" w:rsidRPr="002A7B71" w:rsidRDefault="00000000">
            <w:pPr>
              <w:spacing w:after="0" w:line="240" w:lineRule="auto"/>
              <w:jc w:val="center"/>
              <w:rPr>
                <w:noProof/>
                <w:lang w:val="ro-RO"/>
              </w:rPr>
            </w:pPr>
            <w:r w:rsidRPr="002A7B71">
              <w:rPr>
                <w:b/>
                <w:noProof/>
                <w:color w:val="FFFFFF"/>
                <w:sz w:val="12"/>
                <w:lang w:val="ro-RO"/>
              </w:rPr>
              <w:t>CAUZĂ</w:t>
            </w:r>
          </w:p>
        </w:tc>
        <w:tc>
          <w:tcPr>
            <w:tcW w:w="1587" w:type="dxa"/>
            <w:shd w:val="clear" w:color="auto" w:fill="D71920"/>
            <w:tcMar>
              <w:top w:w="80" w:type="dxa"/>
              <w:left w:w="90" w:type="dxa"/>
              <w:bottom w:w="80" w:type="dxa"/>
              <w:right w:w="90" w:type="dxa"/>
            </w:tcMar>
            <w:vAlign w:val="center"/>
          </w:tcPr>
          <w:p w14:paraId="271AFE63" w14:textId="77777777" w:rsidR="00146DEE" w:rsidRPr="002A7B71" w:rsidRDefault="00000000">
            <w:pPr>
              <w:spacing w:after="0" w:line="240" w:lineRule="auto"/>
              <w:jc w:val="center"/>
              <w:rPr>
                <w:noProof/>
                <w:lang w:val="ro-RO"/>
              </w:rPr>
            </w:pPr>
            <w:r w:rsidRPr="002A7B71">
              <w:rPr>
                <w:b/>
                <w:noProof/>
                <w:color w:val="FFFFFF"/>
                <w:sz w:val="12"/>
                <w:lang w:val="ro-RO"/>
              </w:rPr>
              <w:t>ACȚIUNE</w:t>
            </w:r>
          </w:p>
        </w:tc>
        <w:tc>
          <w:tcPr>
            <w:tcW w:w="1020" w:type="dxa"/>
            <w:shd w:val="clear" w:color="auto" w:fill="D71920"/>
            <w:tcMar>
              <w:top w:w="80" w:type="dxa"/>
              <w:left w:w="90" w:type="dxa"/>
              <w:bottom w:w="80" w:type="dxa"/>
              <w:right w:w="90" w:type="dxa"/>
            </w:tcMar>
            <w:vAlign w:val="center"/>
          </w:tcPr>
          <w:p w14:paraId="519DEBEA" w14:textId="77777777" w:rsidR="00146DEE" w:rsidRPr="002A7B71" w:rsidRDefault="00000000">
            <w:pPr>
              <w:spacing w:after="0" w:line="240" w:lineRule="auto"/>
              <w:jc w:val="center"/>
              <w:rPr>
                <w:noProof/>
                <w:lang w:val="ro-RO"/>
              </w:rPr>
            </w:pPr>
            <w:r w:rsidRPr="002A7B71">
              <w:rPr>
                <w:b/>
                <w:noProof/>
                <w:color w:val="FFFFFF"/>
                <w:sz w:val="12"/>
                <w:lang w:val="ro-RO"/>
              </w:rPr>
              <w:t>RESP.</w:t>
            </w:r>
          </w:p>
        </w:tc>
        <w:tc>
          <w:tcPr>
            <w:tcW w:w="1020" w:type="dxa"/>
            <w:shd w:val="clear" w:color="auto" w:fill="D71920"/>
            <w:tcMar>
              <w:top w:w="80" w:type="dxa"/>
              <w:left w:w="90" w:type="dxa"/>
              <w:bottom w:w="80" w:type="dxa"/>
              <w:right w:w="90" w:type="dxa"/>
            </w:tcMar>
            <w:vAlign w:val="center"/>
          </w:tcPr>
          <w:p w14:paraId="32704294" w14:textId="77777777" w:rsidR="00146DEE" w:rsidRPr="002A7B71" w:rsidRDefault="00000000">
            <w:pPr>
              <w:spacing w:after="0" w:line="240" w:lineRule="auto"/>
              <w:jc w:val="center"/>
              <w:rPr>
                <w:noProof/>
                <w:lang w:val="ro-RO"/>
              </w:rPr>
            </w:pPr>
            <w:r w:rsidRPr="002A7B71">
              <w:rPr>
                <w:b/>
                <w:noProof/>
                <w:color w:val="FFFFFF"/>
                <w:sz w:val="12"/>
                <w:lang w:val="ro-RO"/>
              </w:rPr>
              <w:t>TERMEN</w:t>
            </w:r>
          </w:p>
        </w:tc>
        <w:tc>
          <w:tcPr>
            <w:tcW w:w="1247" w:type="dxa"/>
            <w:shd w:val="clear" w:color="auto" w:fill="D71920"/>
            <w:tcMar>
              <w:top w:w="80" w:type="dxa"/>
              <w:left w:w="90" w:type="dxa"/>
              <w:bottom w:w="80" w:type="dxa"/>
              <w:right w:w="90" w:type="dxa"/>
            </w:tcMar>
            <w:vAlign w:val="center"/>
          </w:tcPr>
          <w:p w14:paraId="17B7080D" w14:textId="77777777" w:rsidR="00146DEE" w:rsidRPr="002A7B71" w:rsidRDefault="00000000">
            <w:pPr>
              <w:spacing w:after="0" w:line="240" w:lineRule="auto"/>
              <w:jc w:val="center"/>
              <w:rPr>
                <w:noProof/>
                <w:lang w:val="ro-RO"/>
              </w:rPr>
            </w:pPr>
            <w:r w:rsidRPr="002A7B71">
              <w:rPr>
                <w:b/>
                <w:noProof/>
                <w:color w:val="FFFFFF"/>
                <w:sz w:val="12"/>
                <w:lang w:val="ro-RO"/>
              </w:rPr>
              <w:t>DOVADĂ</w:t>
            </w:r>
          </w:p>
        </w:tc>
        <w:tc>
          <w:tcPr>
            <w:tcW w:w="1474" w:type="dxa"/>
            <w:shd w:val="clear" w:color="auto" w:fill="D71920"/>
            <w:tcMar>
              <w:top w:w="80" w:type="dxa"/>
              <w:left w:w="90" w:type="dxa"/>
              <w:bottom w:w="80" w:type="dxa"/>
              <w:right w:w="90" w:type="dxa"/>
            </w:tcMar>
            <w:vAlign w:val="center"/>
          </w:tcPr>
          <w:p w14:paraId="63BC9DDB" w14:textId="77777777" w:rsidR="00146DEE" w:rsidRPr="002A7B71" w:rsidRDefault="00000000">
            <w:pPr>
              <w:spacing w:after="0" w:line="240" w:lineRule="auto"/>
              <w:jc w:val="center"/>
              <w:rPr>
                <w:noProof/>
                <w:lang w:val="ro-RO"/>
              </w:rPr>
            </w:pPr>
            <w:r w:rsidRPr="002A7B71">
              <w:rPr>
                <w:b/>
                <w:noProof/>
                <w:color w:val="FFFFFF"/>
                <w:sz w:val="12"/>
                <w:lang w:val="ro-RO"/>
              </w:rPr>
              <w:t>EFICACITATE / ÎNCHIDERE</w:t>
            </w:r>
          </w:p>
        </w:tc>
      </w:tr>
      <w:tr w:rsidR="00146DEE" w:rsidRPr="002A7B71" w14:paraId="1F3C7132" w14:textId="77777777">
        <w:trPr>
          <w:cantSplit/>
          <w:jc w:val="center"/>
        </w:trPr>
        <w:tc>
          <w:tcPr>
            <w:tcW w:w="680" w:type="dxa"/>
            <w:shd w:val="clear" w:color="auto" w:fill="FFFFFF"/>
            <w:tcMar>
              <w:top w:w="80" w:type="dxa"/>
              <w:left w:w="90" w:type="dxa"/>
              <w:bottom w:w="80" w:type="dxa"/>
              <w:right w:w="90" w:type="dxa"/>
            </w:tcMar>
            <w:vAlign w:val="center"/>
          </w:tcPr>
          <w:p w14:paraId="78654D10" w14:textId="77777777" w:rsidR="00146DEE" w:rsidRPr="002A7B71" w:rsidRDefault="00146DEE">
            <w:pPr>
              <w:spacing w:after="0" w:line="240" w:lineRule="auto"/>
              <w:jc w:val="center"/>
              <w:rPr>
                <w:noProof/>
                <w:lang w:val="ro-RO"/>
              </w:rPr>
            </w:pPr>
          </w:p>
        </w:tc>
        <w:tc>
          <w:tcPr>
            <w:tcW w:w="1361" w:type="dxa"/>
            <w:shd w:val="clear" w:color="auto" w:fill="FFFFFF"/>
            <w:tcMar>
              <w:top w:w="80" w:type="dxa"/>
              <w:left w:w="90" w:type="dxa"/>
              <w:bottom w:w="80" w:type="dxa"/>
              <w:right w:w="90" w:type="dxa"/>
            </w:tcMar>
            <w:vAlign w:val="center"/>
          </w:tcPr>
          <w:p w14:paraId="614A54F9" w14:textId="77777777" w:rsidR="00146DEE" w:rsidRPr="002A7B71" w:rsidRDefault="00146DEE">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7BAABF87" w14:textId="77777777" w:rsidR="00146DEE" w:rsidRPr="002A7B71" w:rsidRDefault="00146DEE">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60828D89" w14:textId="77777777" w:rsidR="00146DEE" w:rsidRPr="002A7B71" w:rsidRDefault="00146DEE">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0B7CA567" w14:textId="77777777" w:rsidR="00146DEE" w:rsidRPr="002A7B71" w:rsidRDefault="00146DEE">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47E211B8" w14:textId="77777777" w:rsidR="00146DEE" w:rsidRPr="002A7B71" w:rsidRDefault="00146DEE">
            <w:pPr>
              <w:spacing w:after="0" w:line="240" w:lineRule="auto"/>
              <w:rPr>
                <w:noProof/>
                <w:lang w:val="ro-RO"/>
              </w:rPr>
            </w:pPr>
          </w:p>
        </w:tc>
        <w:tc>
          <w:tcPr>
            <w:tcW w:w="1247" w:type="dxa"/>
            <w:shd w:val="clear" w:color="auto" w:fill="FFFFFF"/>
            <w:tcMar>
              <w:top w:w="80" w:type="dxa"/>
              <w:left w:w="90" w:type="dxa"/>
              <w:bottom w:w="80" w:type="dxa"/>
              <w:right w:w="90" w:type="dxa"/>
            </w:tcMar>
            <w:vAlign w:val="center"/>
          </w:tcPr>
          <w:p w14:paraId="46CEAD9D" w14:textId="77777777" w:rsidR="00146DEE" w:rsidRPr="002A7B71" w:rsidRDefault="00146DEE">
            <w:pPr>
              <w:spacing w:after="0" w:line="240" w:lineRule="auto"/>
              <w:rPr>
                <w:noProof/>
                <w:lang w:val="ro-RO"/>
              </w:rPr>
            </w:pPr>
          </w:p>
        </w:tc>
        <w:tc>
          <w:tcPr>
            <w:tcW w:w="1474" w:type="dxa"/>
            <w:shd w:val="clear" w:color="auto" w:fill="FFFFFF"/>
            <w:tcMar>
              <w:top w:w="80" w:type="dxa"/>
              <w:left w:w="90" w:type="dxa"/>
              <w:bottom w:w="80" w:type="dxa"/>
              <w:right w:w="90" w:type="dxa"/>
            </w:tcMar>
            <w:vAlign w:val="center"/>
          </w:tcPr>
          <w:p w14:paraId="01E73DD9" w14:textId="77777777" w:rsidR="00146DEE" w:rsidRPr="002A7B71" w:rsidRDefault="00146DEE">
            <w:pPr>
              <w:spacing w:after="0" w:line="240" w:lineRule="auto"/>
              <w:rPr>
                <w:noProof/>
                <w:lang w:val="ro-RO"/>
              </w:rPr>
            </w:pPr>
          </w:p>
        </w:tc>
      </w:tr>
      <w:tr w:rsidR="00146DEE" w:rsidRPr="002A7B71" w14:paraId="3ED7746E" w14:textId="77777777">
        <w:trPr>
          <w:cantSplit/>
          <w:jc w:val="center"/>
        </w:trPr>
        <w:tc>
          <w:tcPr>
            <w:tcW w:w="680" w:type="dxa"/>
            <w:shd w:val="clear" w:color="auto" w:fill="FAFAFA"/>
            <w:tcMar>
              <w:top w:w="80" w:type="dxa"/>
              <w:left w:w="90" w:type="dxa"/>
              <w:bottom w:w="80" w:type="dxa"/>
              <w:right w:w="90" w:type="dxa"/>
            </w:tcMar>
            <w:vAlign w:val="center"/>
          </w:tcPr>
          <w:p w14:paraId="6CCF49F4" w14:textId="77777777" w:rsidR="00146DEE" w:rsidRPr="002A7B71" w:rsidRDefault="00146DEE">
            <w:pPr>
              <w:spacing w:after="0" w:line="240" w:lineRule="auto"/>
              <w:jc w:val="center"/>
              <w:rPr>
                <w:noProof/>
                <w:lang w:val="ro-RO"/>
              </w:rPr>
            </w:pPr>
          </w:p>
        </w:tc>
        <w:tc>
          <w:tcPr>
            <w:tcW w:w="1361" w:type="dxa"/>
            <w:shd w:val="clear" w:color="auto" w:fill="FAFAFA"/>
            <w:tcMar>
              <w:top w:w="80" w:type="dxa"/>
              <w:left w:w="90" w:type="dxa"/>
              <w:bottom w:w="80" w:type="dxa"/>
              <w:right w:w="90" w:type="dxa"/>
            </w:tcMar>
            <w:vAlign w:val="center"/>
          </w:tcPr>
          <w:p w14:paraId="67550EB9" w14:textId="77777777" w:rsidR="00146DEE" w:rsidRPr="002A7B71" w:rsidRDefault="00146DEE">
            <w:pPr>
              <w:spacing w:after="0" w:line="240" w:lineRule="auto"/>
              <w:rPr>
                <w:noProof/>
                <w:lang w:val="ro-RO"/>
              </w:rPr>
            </w:pPr>
          </w:p>
        </w:tc>
        <w:tc>
          <w:tcPr>
            <w:tcW w:w="1531" w:type="dxa"/>
            <w:shd w:val="clear" w:color="auto" w:fill="FAFAFA"/>
            <w:tcMar>
              <w:top w:w="80" w:type="dxa"/>
              <w:left w:w="90" w:type="dxa"/>
              <w:bottom w:w="80" w:type="dxa"/>
              <w:right w:w="90" w:type="dxa"/>
            </w:tcMar>
            <w:vAlign w:val="center"/>
          </w:tcPr>
          <w:p w14:paraId="4522BD6D" w14:textId="77777777" w:rsidR="00146DEE" w:rsidRPr="002A7B71" w:rsidRDefault="00146DEE">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60C9DFDA" w14:textId="77777777" w:rsidR="00146DEE" w:rsidRPr="002A7B71" w:rsidRDefault="00146DEE">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3B9DA58F" w14:textId="77777777" w:rsidR="00146DEE" w:rsidRPr="002A7B71" w:rsidRDefault="00146DEE">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29E51FFD" w14:textId="77777777" w:rsidR="00146DEE" w:rsidRPr="002A7B71" w:rsidRDefault="00146DEE">
            <w:pPr>
              <w:spacing w:after="0" w:line="240" w:lineRule="auto"/>
              <w:rPr>
                <w:noProof/>
                <w:lang w:val="ro-RO"/>
              </w:rPr>
            </w:pPr>
          </w:p>
        </w:tc>
        <w:tc>
          <w:tcPr>
            <w:tcW w:w="1247" w:type="dxa"/>
            <w:shd w:val="clear" w:color="auto" w:fill="FAFAFA"/>
            <w:tcMar>
              <w:top w:w="80" w:type="dxa"/>
              <w:left w:w="90" w:type="dxa"/>
              <w:bottom w:w="80" w:type="dxa"/>
              <w:right w:w="90" w:type="dxa"/>
            </w:tcMar>
            <w:vAlign w:val="center"/>
          </w:tcPr>
          <w:p w14:paraId="5608F9DC" w14:textId="77777777" w:rsidR="00146DEE" w:rsidRPr="002A7B71" w:rsidRDefault="00146DEE">
            <w:pPr>
              <w:spacing w:after="0" w:line="240" w:lineRule="auto"/>
              <w:rPr>
                <w:noProof/>
                <w:lang w:val="ro-RO"/>
              </w:rPr>
            </w:pPr>
          </w:p>
        </w:tc>
        <w:tc>
          <w:tcPr>
            <w:tcW w:w="1474" w:type="dxa"/>
            <w:shd w:val="clear" w:color="auto" w:fill="FAFAFA"/>
            <w:tcMar>
              <w:top w:w="80" w:type="dxa"/>
              <w:left w:w="90" w:type="dxa"/>
              <w:bottom w:w="80" w:type="dxa"/>
              <w:right w:w="90" w:type="dxa"/>
            </w:tcMar>
            <w:vAlign w:val="center"/>
          </w:tcPr>
          <w:p w14:paraId="31665BAB" w14:textId="77777777" w:rsidR="00146DEE" w:rsidRPr="002A7B71" w:rsidRDefault="00146DEE">
            <w:pPr>
              <w:spacing w:after="0" w:line="240" w:lineRule="auto"/>
              <w:rPr>
                <w:noProof/>
                <w:lang w:val="ro-RO"/>
              </w:rPr>
            </w:pPr>
          </w:p>
        </w:tc>
      </w:tr>
      <w:tr w:rsidR="00146DEE" w:rsidRPr="002A7B71" w14:paraId="567F6A88" w14:textId="77777777">
        <w:trPr>
          <w:cantSplit/>
          <w:jc w:val="center"/>
        </w:trPr>
        <w:tc>
          <w:tcPr>
            <w:tcW w:w="680" w:type="dxa"/>
            <w:shd w:val="clear" w:color="auto" w:fill="FFFFFF"/>
            <w:tcMar>
              <w:top w:w="80" w:type="dxa"/>
              <w:left w:w="90" w:type="dxa"/>
              <w:bottom w:w="80" w:type="dxa"/>
              <w:right w:w="90" w:type="dxa"/>
            </w:tcMar>
            <w:vAlign w:val="center"/>
          </w:tcPr>
          <w:p w14:paraId="6A9A7A79" w14:textId="77777777" w:rsidR="00146DEE" w:rsidRPr="002A7B71" w:rsidRDefault="00146DEE">
            <w:pPr>
              <w:spacing w:after="0" w:line="240" w:lineRule="auto"/>
              <w:jc w:val="center"/>
              <w:rPr>
                <w:noProof/>
                <w:lang w:val="ro-RO"/>
              </w:rPr>
            </w:pPr>
          </w:p>
        </w:tc>
        <w:tc>
          <w:tcPr>
            <w:tcW w:w="1361" w:type="dxa"/>
            <w:shd w:val="clear" w:color="auto" w:fill="FFFFFF"/>
            <w:tcMar>
              <w:top w:w="80" w:type="dxa"/>
              <w:left w:w="90" w:type="dxa"/>
              <w:bottom w:w="80" w:type="dxa"/>
              <w:right w:w="90" w:type="dxa"/>
            </w:tcMar>
            <w:vAlign w:val="center"/>
          </w:tcPr>
          <w:p w14:paraId="43595DFB" w14:textId="77777777" w:rsidR="00146DEE" w:rsidRPr="002A7B71" w:rsidRDefault="00146DEE">
            <w:pPr>
              <w:spacing w:after="0" w:line="240" w:lineRule="auto"/>
              <w:rPr>
                <w:noProof/>
                <w:lang w:val="ro-RO"/>
              </w:rPr>
            </w:pPr>
          </w:p>
        </w:tc>
        <w:tc>
          <w:tcPr>
            <w:tcW w:w="1531" w:type="dxa"/>
            <w:shd w:val="clear" w:color="auto" w:fill="FFFFFF"/>
            <w:tcMar>
              <w:top w:w="80" w:type="dxa"/>
              <w:left w:w="90" w:type="dxa"/>
              <w:bottom w:w="80" w:type="dxa"/>
              <w:right w:w="90" w:type="dxa"/>
            </w:tcMar>
            <w:vAlign w:val="center"/>
          </w:tcPr>
          <w:p w14:paraId="567740D9" w14:textId="77777777" w:rsidR="00146DEE" w:rsidRPr="002A7B71" w:rsidRDefault="00146DEE">
            <w:pPr>
              <w:spacing w:after="0" w:line="240" w:lineRule="auto"/>
              <w:rPr>
                <w:noProof/>
                <w:lang w:val="ro-RO"/>
              </w:rPr>
            </w:pPr>
          </w:p>
        </w:tc>
        <w:tc>
          <w:tcPr>
            <w:tcW w:w="1587" w:type="dxa"/>
            <w:shd w:val="clear" w:color="auto" w:fill="FFFFFF"/>
            <w:tcMar>
              <w:top w:w="80" w:type="dxa"/>
              <w:left w:w="90" w:type="dxa"/>
              <w:bottom w:w="80" w:type="dxa"/>
              <w:right w:w="90" w:type="dxa"/>
            </w:tcMar>
            <w:vAlign w:val="center"/>
          </w:tcPr>
          <w:p w14:paraId="37FF966E" w14:textId="77777777" w:rsidR="00146DEE" w:rsidRPr="002A7B71" w:rsidRDefault="00146DEE">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633ACC61" w14:textId="77777777" w:rsidR="00146DEE" w:rsidRPr="002A7B71" w:rsidRDefault="00146DEE">
            <w:pPr>
              <w:spacing w:after="0" w:line="240" w:lineRule="auto"/>
              <w:rPr>
                <w:noProof/>
                <w:lang w:val="ro-RO"/>
              </w:rPr>
            </w:pPr>
          </w:p>
        </w:tc>
        <w:tc>
          <w:tcPr>
            <w:tcW w:w="1020" w:type="dxa"/>
            <w:shd w:val="clear" w:color="auto" w:fill="FFFFFF"/>
            <w:tcMar>
              <w:top w:w="80" w:type="dxa"/>
              <w:left w:w="90" w:type="dxa"/>
              <w:bottom w:w="80" w:type="dxa"/>
              <w:right w:w="90" w:type="dxa"/>
            </w:tcMar>
            <w:vAlign w:val="center"/>
          </w:tcPr>
          <w:p w14:paraId="61BF9DF2" w14:textId="77777777" w:rsidR="00146DEE" w:rsidRPr="002A7B71" w:rsidRDefault="00146DEE">
            <w:pPr>
              <w:spacing w:after="0" w:line="240" w:lineRule="auto"/>
              <w:rPr>
                <w:noProof/>
                <w:lang w:val="ro-RO"/>
              </w:rPr>
            </w:pPr>
          </w:p>
        </w:tc>
        <w:tc>
          <w:tcPr>
            <w:tcW w:w="1247" w:type="dxa"/>
            <w:shd w:val="clear" w:color="auto" w:fill="FFFFFF"/>
            <w:tcMar>
              <w:top w:w="80" w:type="dxa"/>
              <w:left w:w="90" w:type="dxa"/>
              <w:bottom w:w="80" w:type="dxa"/>
              <w:right w:w="90" w:type="dxa"/>
            </w:tcMar>
            <w:vAlign w:val="center"/>
          </w:tcPr>
          <w:p w14:paraId="0F1B3EA9" w14:textId="77777777" w:rsidR="00146DEE" w:rsidRPr="002A7B71" w:rsidRDefault="00146DEE">
            <w:pPr>
              <w:spacing w:after="0" w:line="240" w:lineRule="auto"/>
              <w:rPr>
                <w:noProof/>
                <w:lang w:val="ro-RO"/>
              </w:rPr>
            </w:pPr>
          </w:p>
        </w:tc>
        <w:tc>
          <w:tcPr>
            <w:tcW w:w="1474" w:type="dxa"/>
            <w:shd w:val="clear" w:color="auto" w:fill="FFFFFF"/>
            <w:tcMar>
              <w:top w:w="80" w:type="dxa"/>
              <w:left w:w="90" w:type="dxa"/>
              <w:bottom w:w="80" w:type="dxa"/>
              <w:right w:w="90" w:type="dxa"/>
            </w:tcMar>
            <w:vAlign w:val="center"/>
          </w:tcPr>
          <w:p w14:paraId="233F8288" w14:textId="77777777" w:rsidR="00146DEE" w:rsidRPr="002A7B71" w:rsidRDefault="00146DEE">
            <w:pPr>
              <w:spacing w:after="0" w:line="240" w:lineRule="auto"/>
              <w:rPr>
                <w:noProof/>
                <w:lang w:val="ro-RO"/>
              </w:rPr>
            </w:pPr>
          </w:p>
        </w:tc>
      </w:tr>
      <w:tr w:rsidR="00146DEE" w:rsidRPr="002A7B71" w14:paraId="0D2963FA" w14:textId="77777777">
        <w:trPr>
          <w:cantSplit/>
          <w:jc w:val="center"/>
        </w:trPr>
        <w:tc>
          <w:tcPr>
            <w:tcW w:w="680" w:type="dxa"/>
            <w:shd w:val="clear" w:color="auto" w:fill="FAFAFA"/>
            <w:tcMar>
              <w:top w:w="80" w:type="dxa"/>
              <w:left w:w="90" w:type="dxa"/>
              <w:bottom w:w="80" w:type="dxa"/>
              <w:right w:w="90" w:type="dxa"/>
            </w:tcMar>
            <w:vAlign w:val="center"/>
          </w:tcPr>
          <w:p w14:paraId="7126B60D" w14:textId="77777777" w:rsidR="00146DEE" w:rsidRPr="002A7B71" w:rsidRDefault="00146DEE">
            <w:pPr>
              <w:spacing w:after="0" w:line="240" w:lineRule="auto"/>
              <w:jc w:val="center"/>
              <w:rPr>
                <w:noProof/>
                <w:lang w:val="ro-RO"/>
              </w:rPr>
            </w:pPr>
          </w:p>
        </w:tc>
        <w:tc>
          <w:tcPr>
            <w:tcW w:w="1361" w:type="dxa"/>
            <w:shd w:val="clear" w:color="auto" w:fill="FAFAFA"/>
            <w:tcMar>
              <w:top w:w="80" w:type="dxa"/>
              <w:left w:w="90" w:type="dxa"/>
              <w:bottom w:w="80" w:type="dxa"/>
              <w:right w:w="90" w:type="dxa"/>
            </w:tcMar>
            <w:vAlign w:val="center"/>
          </w:tcPr>
          <w:p w14:paraId="7522F7F9" w14:textId="77777777" w:rsidR="00146DEE" w:rsidRPr="002A7B71" w:rsidRDefault="00146DEE">
            <w:pPr>
              <w:spacing w:after="0" w:line="240" w:lineRule="auto"/>
              <w:rPr>
                <w:noProof/>
                <w:lang w:val="ro-RO"/>
              </w:rPr>
            </w:pPr>
          </w:p>
        </w:tc>
        <w:tc>
          <w:tcPr>
            <w:tcW w:w="1531" w:type="dxa"/>
            <w:shd w:val="clear" w:color="auto" w:fill="FAFAFA"/>
            <w:tcMar>
              <w:top w:w="80" w:type="dxa"/>
              <w:left w:w="90" w:type="dxa"/>
              <w:bottom w:w="80" w:type="dxa"/>
              <w:right w:w="90" w:type="dxa"/>
            </w:tcMar>
            <w:vAlign w:val="center"/>
          </w:tcPr>
          <w:p w14:paraId="598FF0FC" w14:textId="77777777" w:rsidR="00146DEE" w:rsidRPr="002A7B71" w:rsidRDefault="00146DEE">
            <w:pPr>
              <w:spacing w:after="0" w:line="240" w:lineRule="auto"/>
              <w:rPr>
                <w:noProof/>
                <w:lang w:val="ro-RO"/>
              </w:rPr>
            </w:pPr>
          </w:p>
        </w:tc>
        <w:tc>
          <w:tcPr>
            <w:tcW w:w="1587" w:type="dxa"/>
            <w:shd w:val="clear" w:color="auto" w:fill="FAFAFA"/>
            <w:tcMar>
              <w:top w:w="80" w:type="dxa"/>
              <w:left w:w="90" w:type="dxa"/>
              <w:bottom w:w="80" w:type="dxa"/>
              <w:right w:w="90" w:type="dxa"/>
            </w:tcMar>
            <w:vAlign w:val="center"/>
          </w:tcPr>
          <w:p w14:paraId="021CD22F" w14:textId="77777777" w:rsidR="00146DEE" w:rsidRPr="002A7B71" w:rsidRDefault="00146DEE">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26B8185D" w14:textId="77777777" w:rsidR="00146DEE" w:rsidRPr="002A7B71" w:rsidRDefault="00146DEE">
            <w:pPr>
              <w:spacing w:after="0" w:line="240" w:lineRule="auto"/>
              <w:rPr>
                <w:noProof/>
                <w:lang w:val="ro-RO"/>
              </w:rPr>
            </w:pPr>
          </w:p>
        </w:tc>
        <w:tc>
          <w:tcPr>
            <w:tcW w:w="1020" w:type="dxa"/>
            <w:shd w:val="clear" w:color="auto" w:fill="FAFAFA"/>
            <w:tcMar>
              <w:top w:w="80" w:type="dxa"/>
              <w:left w:w="90" w:type="dxa"/>
              <w:bottom w:w="80" w:type="dxa"/>
              <w:right w:w="90" w:type="dxa"/>
            </w:tcMar>
            <w:vAlign w:val="center"/>
          </w:tcPr>
          <w:p w14:paraId="7F8B5F9B" w14:textId="77777777" w:rsidR="00146DEE" w:rsidRPr="002A7B71" w:rsidRDefault="00146DEE">
            <w:pPr>
              <w:spacing w:after="0" w:line="240" w:lineRule="auto"/>
              <w:rPr>
                <w:noProof/>
                <w:lang w:val="ro-RO"/>
              </w:rPr>
            </w:pPr>
          </w:p>
        </w:tc>
        <w:tc>
          <w:tcPr>
            <w:tcW w:w="1247" w:type="dxa"/>
            <w:shd w:val="clear" w:color="auto" w:fill="FAFAFA"/>
            <w:tcMar>
              <w:top w:w="80" w:type="dxa"/>
              <w:left w:w="90" w:type="dxa"/>
              <w:bottom w:w="80" w:type="dxa"/>
              <w:right w:w="90" w:type="dxa"/>
            </w:tcMar>
            <w:vAlign w:val="center"/>
          </w:tcPr>
          <w:p w14:paraId="20DFBA84" w14:textId="77777777" w:rsidR="00146DEE" w:rsidRPr="002A7B71" w:rsidRDefault="00146DEE">
            <w:pPr>
              <w:spacing w:after="0" w:line="240" w:lineRule="auto"/>
              <w:rPr>
                <w:noProof/>
                <w:lang w:val="ro-RO"/>
              </w:rPr>
            </w:pPr>
          </w:p>
        </w:tc>
        <w:tc>
          <w:tcPr>
            <w:tcW w:w="1474" w:type="dxa"/>
            <w:shd w:val="clear" w:color="auto" w:fill="FAFAFA"/>
            <w:tcMar>
              <w:top w:w="80" w:type="dxa"/>
              <w:left w:w="90" w:type="dxa"/>
              <w:bottom w:w="80" w:type="dxa"/>
              <w:right w:w="90" w:type="dxa"/>
            </w:tcMar>
            <w:vAlign w:val="center"/>
          </w:tcPr>
          <w:p w14:paraId="42032183" w14:textId="77777777" w:rsidR="00146DEE" w:rsidRPr="002A7B71" w:rsidRDefault="00146DEE">
            <w:pPr>
              <w:spacing w:after="0" w:line="240" w:lineRule="auto"/>
              <w:rPr>
                <w:noProof/>
                <w:lang w:val="ro-RO"/>
              </w:rPr>
            </w:pPr>
          </w:p>
        </w:tc>
      </w:tr>
    </w:tbl>
    <w:p w14:paraId="07ED28F1" w14:textId="77777777" w:rsidR="00146DEE" w:rsidRPr="002A7B71" w:rsidRDefault="00146DEE">
      <w:pPr>
        <w:spacing w:after="20"/>
        <w:rPr>
          <w:noProof/>
          <w:lang w:val="ro-RO"/>
        </w:rPr>
      </w:pPr>
    </w:p>
    <w:p w14:paraId="30486517" w14:textId="77777777" w:rsidR="00146DEE" w:rsidRPr="002A7B71" w:rsidRDefault="00000000">
      <w:pPr>
        <w:pStyle w:val="Heading2"/>
        <w:rPr>
          <w:noProof/>
          <w:lang w:val="ro-RO"/>
        </w:rPr>
      </w:pPr>
      <w:r w:rsidRPr="002A7B71">
        <w:rPr>
          <w:noProof/>
          <w:lang w:val="ro-RO"/>
        </w:rPr>
        <w:lastRenderedPageBreak/>
        <w:t>Criterii de acceptare a acțiunii</w:t>
      </w:r>
    </w:p>
    <w:p w14:paraId="645AFE64" w14:textId="77777777" w:rsidR="00146DEE" w:rsidRPr="002A7B71" w:rsidRDefault="00000000">
      <w:pPr>
        <w:pStyle w:val="ListBullet"/>
        <w:spacing w:after="40"/>
        <w:ind w:left="283" w:hanging="170"/>
        <w:rPr>
          <w:noProof/>
          <w:lang w:val="ro-RO"/>
        </w:rPr>
      </w:pPr>
      <w:r w:rsidRPr="002A7B71">
        <w:rPr>
          <w:noProof/>
          <w:lang w:val="ro-RO"/>
        </w:rPr>
        <w:t>răspunsul tratează atât situația observată, cât și cauza identificată;</w:t>
      </w:r>
    </w:p>
    <w:p w14:paraId="11DE36C5" w14:textId="77777777" w:rsidR="00146DEE" w:rsidRPr="002A7B71" w:rsidRDefault="00000000">
      <w:pPr>
        <w:pStyle w:val="ListBullet"/>
        <w:spacing w:after="40"/>
        <w:ind w:left="283" w:hanging="170"/>
        <w:rPr>
          <w:noProof/>
          <w:lang w:val="ro-RO"/>
        </w:rPr>
      </w:pPr>
      <w:r w:rsidRPr="002A7B71">
        <w:rPr>
          <w:noProof/>
          <w:lang w:val="ro-RO"/>
        </w:rPr>
        <w:t>analiza cauzei este susținută de informații și nu este doar o presupunere;</w:t>
      </w:r>
    </w:p>
    <w:p w14:paraId="14E7E163" w14:textId="77777777" w:rsidR="00146DEE" w:rsidRPr="002A7B71" w:rsidRDefault="00000000">
      <w:pPr>
        <w:pStyle w:val="ListBullet"/>
        <w:spacing w:after="40"/>
        <w:ind w:left="283" w:hanging="170"/>
        <w:rPr>
          <w:noProof/>
          <w:lang w:val="ro-RO"/>
        </w:rPr>
      </w:pPr>
      <w:r w:rsidRPr="002A7B71">
        <w:rPr>
          <w:noProof/>
          <w:lang w:val="ro-RO"/>
        </w:rPr>
        <w:t>acțiunea este proporționată cu riscul și nu creează riscuri noi necontrolate;</w:t>
      </w:r>
    </w:p>
    <w:p w14:paraId="1EBE40D3" w14:textId="77777777" w:rsidR="00146DEE" w:rsidRPr="002A7B71" w:rsidRDefault="00000000">
      <w:pPr>
        <w:pStyle w:val="ListBullet"/>
        <w:spacing w:after="40"/>
        <w:ind w:left="283" w:hanging="170"/>
        <w:rPr>
          <w:noProof/>
          <w:lang w:val="ro-RO"/>
        </w:rPr>
      </w:pPr>
      <w:r w:rsidRPr="002A7B71">
        <w:rPr>
          <w:noProof/>
          <w:lang w:val="ro-RO"/>
        </w:rPr>
        <w:t>responsabilul, termenul și resursele sunt clare;</w:t>
      </w:r>
    </w:p>
    <w:p w14:paraId="03C9986D" w14:textId="77777777" w:rsidR="00146DEE" w:rsidRPr="002A7B71" w:rsidRDefault="00000000">
      <w:pPr>
        <w:pStyle w:val="ListBullet"/>
        <w:spacing w:after="40"/>
        <w:ind w:left="283" w:hanging="170"/>
        <w:rPr>
          <w:noProof/>
          <w:lang w:val="ro-RO"/>
        </w:rPr>
      </w:pPr>
      <w:r w:rsidRPr="002A7B71">
        <w:rPr>
          <w:noProof/>
          <w:lang w:val="ro-RO"/>
        </w:rPr>
        <w:t>modificările documentelor, proceselor și competenței sunt integrate;</w:t>
      </w:r>
    </w:p>
    <w:p w14:paraId="67E942CB" w14:textId="77777777" w:rsidR="00146DEE" w:rsidRPr="002A7B71" w:rsidRDefault="00000000">
      <w:pPr>
        <w:pStyle w:val="ListBullet"/>
        <w:spacing w:after="40"/>
        <w:ind w:left="283" w:hanging="170"/>
        <w:rPr>
          <w:noProof/>
          <w:lang w:val="ro-RO"/>
        </w:rPr>
      </w:pPr>
      <w:r w:rsidRPr="002A7B71">
        <w:rPr>
          <w:noProof/>
          <w:lang w:val="ro-RO"/>
        </w:rPr>
        <w:t>metoda și momentul verificării eficacității sunt definite înainte de închidere.</w:t>
      </w:r>
    </w:p>
    <w:p w14:paraId="7AB46499" w14:textId="77777777" w:rsidR="00146DEE" w:rsidRPr="002A7B71" w:rsidRDefault="00000000">
      <w:pPr>
        <w:pStyle w:val="Heading2"/>
        <w:rPr>
          <w:noProof/>
          <w:lang w:val="ro-RO"/>
        </w:rPr>
      </w:pPr>
      <w:r w:rsidRPr="002A7B71">
        <w:rPr>
          <w:noProof/>
          <w:lang w:val="ro-RO"/>
        </w:rPr>
        <w:t>Model - Verificarea eficacității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75"/>
        <w:gridCol w:w="6746"/>
      </w:tblGrid>
      <w:tr w:rsidR="00146DEE" w:rsidRPr="002A7B71" w14:paraId="5B446DC5" w14:textId="77777777">
        <w:trPr>
          <w:tblHeader/>
          <w:jc w:val="center"/>
        </w:trPr>
        <w:tc>
          <w:tcPr>
            <w:tcW w:w="3175" w:type="dxa"/>
            <w:shd w:val="clear" w:color="auto" w:fill="D71920"/>
            <w:tcMar>
              <w:top w:w="80" w:type="dxa"/>
              <w:left w:w="90" w:type="dxa"/>
              <w:bottom w:w="80" w:type="dxa"/>
              <w:right w:w="90" w:type="dxa"/>
            </w:tcMar>
            <w:vAlign w:val="center"/>
          </w:tcPr>
          <w:p w14:paraId="75842F46" w14:textId="77777777" w:rsidR="00146DEE" w:rsidRPr="002A7B71" w:rsidRDefault="00000000">
            <w:pPr>
              <w:spacing w:after="0" w:line="240" w:lineRule="auto"/>
              <w:jc w:val="center"/>
              <w:rPr>
                <w:noProof/>
                <w:lang w:val="ro-RO"/>
              </w:rPr>
            </w:pPr>
            <w:r w:rsidRPr="002A7B71">
              <w:rPr>
                <w:b/>
                <w:noProof/>
                <w:color w:val="FFFFFF"/>
                <w:sz w:val="16"/>
                <w:lang w:val="ro-RO"/>
              </w:rPr>
              <w:t>CÂMP</w:t>
            </w:r>
          </w:p>
        </w:tc>
        <w:tc>
          <w:tcPr>
            <w:tcW w:w="6746" w:type="dxa"/>
            <w:shd w:val="clear" w:color="auto" w:fill="D71920"/>
            <w:tcMar>
              <w:top w:w="80" w:type="dxa"/>
              <w:left w:w="90" w:type="dxa"/>
              <w:bottom w:w="80" w:type="dxa"/>
              <w:right w:w="90" w:type="dxa"/>
            </w:tcMar>
            <w:vAlign w:val="center"/>
          </w:tcPr>
          <w:p w14:paraId="6B168DA2" w14:textId="77777777" w:rsidR="00146DEE" w:rsidRPr="002A7B71" w:rsidRDefault="00000000">
            <w:pPr>
              <w:spacing w:after="0" w:line="240" w:lineRule="auto"/>
              <w:jc w:val="center"/>
              <w:rPr>
                <w:noProof/>
                <w:lang w:val="ro-RO"/>
              </w:rPr>
            </w:pPr>
            <w:r w:rsidRPr="002A7B71">
              <w:rPr>
                <w:b/>
                <w:noProof/>
                <w:color w:val="FFFFFF"/>
                <w:sz w:val="16"/>
                <w:lang w:val="ro-RO"/>
              </w:rPr>
              <w:t>COMPLETARE</w:t>
            </w:r>
          </w:p>
        </w:tc>
      </w:tr>
      <w:tr w:rsidR="00146DEE" w:rsidRPr="002A7B71" w14:paraId="1FA2A471" w14:textId="77777777">
        <w:trPr>
          <w:cantSplit/>
          <w:jc w:val="center"/>
        </w:trPr>
        <w:tc>
          <w:tcPr>
            <w:tcW w:w="3175" w:type="dxa"/>
            <w:shd w:val="clear" w:color="auto" w:fill="FFFFFF"/>
            <w:tcMar>
              <w:top w:w="80" w:type="dxa"/>
              <w:left w:w="90" w:type="dxa"/>
              <w:bottom w:w="80" w:type="dxa"/>
              <w:right w:w="90" w:type="dxa"/>
            </w:tcMar>
            <w:vAlign w:val="center"/>
          </w:tcPr>
          <w:p w14:paraId="6B340A63" w14:textId="77777777" w:rsidR="00146DEE" w:rsidRPr="002A7B71" w:rsidRDefault="00000000">
            <w:pPr>
              <w:spacing w:after="0" w:line="240" w:lineRule="auto"/>
              <w:rPr>
                <w:noProof/>
                <w:lang w:val="ro-RO"/>
              </w:rPr>
            </w:pPr>
            <w:r w:rsidRPr="002A7B71">
              <w:rPr>
                <w:noProof/>
                <w:sz w:val="15"/>
                <w:lang w:val="ro-RO"/>
              </w:rPr>
              <w:t>Acțiunea verificată</w:t>
            </w:r>
          </w:p>
        </w:tc>
        <w:tc>
          <w:tcPr>
            <w:tcW w:w="6746" w:type="dxa"/>
            <w:shd w:val="clear" w:color="auto" w:fill="FFFFFF"/>
            <w:tcMar>
              <w:top w:w="80" w:type="dxa"/>
              <w:left w:w="90" w:type="dxa"/>
              <w:bottom w:w="80" w:type="dxa"/>
              <w:right w:w="90" w:type="dxa"/>
            </w:tcMar>
            <w:vAlign w:val="center"/>
          </w:tcPr>
          <w:p w14:paraId="467F606A" w14:textId="77777777" w:rsidR="00146DEE" w:rsidRPr="002A7B71" w:rsidRDefault="00146DEE">
            <w:pPr>
              <w:spacing w:after="0" w:line="240" w:lineRule="auto"/>
              <w:rPr>
                <w:noProof/>
                <w:lang w:val="ro-RO"/>
              </w:rPr>
            </w:pPr>
          </w:p>
        </w:tc>
      </w:tr>
      <w:tr w:rsidR="00146DEE" w:rsidRPr="002A7B71" w14:paraId="6C0CA73C" w14:textId="77777777">
        <w:trPr>
          <w:cantSplit/>
          <w:jc w:val="center"/>
        </w:trPr>
        <w:tc>
          <w:tcPr>
            <w:tcW w:w="3175" w:type="dxa"/>
            <w:shd w:val="clear" w:color="auto" w:fill="FAFAFA"/>
            <w:tcMar>
              <w:top w:w="80" w:type="dxa"/>
              <w:left w:w="90" w:type="dxa"/>
              <w:bottom w:w="80" w:type="dxa"/>
              <w:right w:w="90" w:type="dxa"/>
            </w:tcMar>
            <w:vAlign w:val="center"/>
          </w:tcPr>
          <w:p w14:paraId="3D8B460A" w14:textId="77777777" w:rsidR="00146DEE" w:rsidRPr="002A7B71" w:rsidRDefault="00000000">
            <w:pPr>
              <w:spacing w:after="0" w:line="240" w:lineRule="auto"/>
              <w:rPr>
                <w:noProof/>
                <w:lang w:val="ro-RO"/>
              </w:rPr>
            </w:pPr>
            <w:r w:rsidRPr="002A7B71">
              <w:rPr>
                <w:noProof/>
                <w:sz w:val="15"/>
                <w:lang w:val="ro-RO"/>
              </w:rPr>
              <w:t>Data și metoda verificării</w:t>
            </w:r>
          </w:p>
        </w:tc>
        <w:tc>
          <w:tcPr>
            <w:tcW w:w="6746" w:type="dxa"/>
            <w:shd w:val="clear" w:color="auto" w:fill="FAFAFA"/>
            <w:tcMar>
              <w:top w:w="80" w:type="dxa"/>
              <w:left w:w="90" w:type="dxa"/>
              <w:bottom w:w="80" w:type="dxa"/>
              <w:right w:w="90" w:type="dxa"/>
            </w:tcMar>
            <w:vAlign w:val="center"/>
          </w:tcPr>
          <w:p w14:paraId="230AAFF2" w14:textId="77777777" w:rsidR="00146DEE" w:rsidRPr="002A7B71" w:rsidRDefault="00000000">
            <w:pPr>
              <w:spacing w:after="0" w:line="240" w:lineRule="auto"/>
              <w:rPr>
                <w:noProof/>
                <w:lang w:val="ro-RO"/>
              </w:rPr>
            </w:pPr>
            <w:r w:rsidRPr="002A7B71">
              <w:rPr>
                <w:noProof/>
                <w:sz w:val="15"/>
                <w:lang w:val="ro-RO"/>
              </w:rPr>
              <w:t>□ documente  □ date  □ interviu  □ observație  □ reaudit</w:t>
            </w:r>
          </w:p>
        </w:tc>
      </w:tr>
      <w:tr w:rsidR="00146DEE" w:rsidRPr="002A7B71" w14:paraId="74BD8D7C" w14:textId="77777777">
        <w:trPr>
          <w:cantSplit/>
          <w:jc w:val="center"/>
        </w:trPr>
        <w:tc>
          <w:tcPr>
            <w:tcW w:w="3175" w:type="dxa"/>
            <w:shd w:val="clear" w:color="auto" w:fill="FFFFFF"/>
            <w:tcMar>
              <w:top w:w="80" w:type="dxa"/>
              <w:left w:w="90" w:type="dxa"/>
              <w:bottom w:w="80" w:type="dxa"/>
              <w:right w:w="90" w:type="dxa"/>
            </w:tcMar>
            <w:vAlign w:val="center"/>
          </w:tcPr>
          <w:p w14:paraId="3C789E36" w14:textId="77777777" w:rsidR="00146DEE" w:rsidRPr="002A7B71" w:rsidRDefault="00000000">
            <w:pPr>
              <w:spacing w:after="0" w:line="240" w:lineRule="auto"/>
              <w:rPr>
                <w:noProof/>
                <w:lang w:val="ro-RO"/>
              </w:rPr>
            </w:pPr>
            <w:r w:rsidRPr="002A7B71">
              <w:rPr>
                <w:noProof/>
                <w:sz w:val="15"/>
                <w:lang w:val="ro-RO"/>
              </w:rPr>
              <w:t>Eșantion / perioadă</w:t>
            </w:r>
          </w:p>
        </w:tc>
        <w:tc>
          <w:tcPr>
            <w:tcW w:w="6746" w:type="dxa"/>
            <w:shd w:val="clear" w:color="auto" w:fill="FFFFFF"/>
            <w:tcMar>
              <w:top w:w="80" w:type="dxa"/>
              <w:left w:w="90" w:type="dxa"/>
              <w:bottom w:w="80" w:type="dxa"/>
              <w:right w:w="90" w:type="dxa"/>
            </w:tcMar>
            <w:vAlign w:val="center"/>
          </w:tcPr>
          <w:p w14:paraId="7A5A495E" w14:textId="77777777" w:rsidR="00146DEE" w:rsidRPr="002A7B71" w:rsidRDefault="00146DEE">
            <w:pPr>
              <w:spacing w:after="0" w:line="240" w:lineRule="auto"/>
              <w:rPr>
                <w:noProof/>
                <w:lang w:val="ro-RO"/>
              </w:rPr>
            </w:pPr>
          </w:p>
        </w:tc>
      </w:tr>
      <w:tr w:rsidR="00146DEE" w:rsidRPr="002A7B71" w14:paraId="7CD7527F" w14:textId="77777777">
        <w:trPr>
          <w:cantSplit/>
          <w:jc w:val="center"/>
        </w:trPr>
        <w:tc>
          <w:tcPr>
            <w:tcW w:w="3175" w:type="dxa"/>
            <w:shd w:val="clear" w:color="auto" w:fill="FAFAFA"/>
            <w:tcMar>
              <w:top w:w="80" w:type="dxa"/>
              <w:left w:w="90" w:type="dxa"/>
              <w:bottom w:w="80" w:type="dxa"/>
              <w:right w:w="90" w:type="dxa"/>
            </w:tcMar>
            <w:vAlign w:val="center"/>
          </w:tcPr>
          <w:p w14:paraId="26E9D572" w14:textId="77777777" w:rsidR="00146DEE" w:rsidRPr="002A7B71" w:rsidRDefault="00000000">
            <w:pPr>
              <w:spacing w:after="0" w:line="240" w:lineRule="auto"/>
              <w:rPr>
                <w:noProof/>
                <w:lang w:val="ro-RO"/>
              </w:rPr>
            </w:pPr>
            <w:r w:rsidRPr="002A7B71">
              <w:rPr>
                <w:noProof/>
                <w:sz w:val="15"/>
                <w:lang w:val="ro-RO"/>
              </w:rPr>
              <w:t>Rezultate observate</w:t>
            </w:r>
          </w:p>
        </w:tc>
        <w:tc>
          <w:tcPr>
            <w:tcW w:w="6746" w:type="dxa"/>
            <w:shd w:val="clear" w:color="auto" w:fill="FAFAFA"/>
            <w:tcMar>
              <w:top w:w="80" w:type="dxa"/>
              <w:left w:w="90" w:type="dxa"/>
              <w:bottom w:w="80" w:type="dxa"/>
              <w:right w:w="90" w:type="dxa"/>
            </w:tcMar>
            <w:vAlign w:val="center"/>
          </w:tcPr>
          <w:p w14:paraId="73AE3294" w14:textId="77777777" w:rsidR="00146DEE" w:rsidRPr="002A7B71" w:rsidRDefault="00146DEE">
            <w:pPr>
              <w:spacing w:after="0" w:line="240" w:lineRule="auto"/>
              <w:rPr>
                <w:noProof/>
                <w:lang w:val="ro-RO"/>
              </w:rPr>
            </w:pPr>
          </w:p>
        </w:tc>
      </w:tr>
      <w:tr w:rsidR="00146DEE" w:rsidRPr="002A7B71" w14:paraId="1050885F" w14:textId="77777777">
        <w:trPr>
          <w:cantSplit/>
          <w:jc w:val="center"/>
        </w:trPr>
        <w:tc>
          <w:tcPr>
            <w:tcW w:w="3175" w:type="dxa"/>
            <w:shd w:val="clear" w:color="auto" w:fill="FFFFFF"/>
            <w:tcMar>
              <w:top w:w="80" w:type="dxa"/>
              <w:left w:w="90" w:type="dxa"/>
              <w:bottom w:w="80" w:type="dxa"/>
              <w:right w:w="90" w:type="dxa"/>
            </w:tcMar>
            <w:vAlign w:val="center"/>
          </w:tcPr>
          <w:p w14:paraId="6B84C05B" w14:textId="77777777" w:rsidR="00146DEE" w:rsidRPr="002A7B71" w:rsidRDefault="00000000">
            <w:pPr>
              <w:spacing w:after="0" w:line="240" w:lineRule="auto"/>
              <w:rPr>
                <w:noProof/>
                <w:lang w:val="ro-RO"/>
              </w:rPr>
            </w:pPr>
            <w:r w:rsidRPr="002A7B71">
              <w:rPr>
                <w:noProof/>
                <w:sz w:val="15"/>
                <w:lang w:val="ro-RO"/>
              </w:rPr>
              <w:t>S-a repetat problema?</w:t>
            </w:r>
          </w:p>
        </w:tc>
        <w:tc>
          <w:tcPr>
            <w:tcW w:w="6746" w:type="dxa"/>
            <w:shd w:val="clear" w:color="auto" w:fill="FFFFFF"/>
            <w:tcMar>
              <w:top w:w="80" w:type="dxa"/>
              <w:left w:w="90" w:type="dxa"/>
              <w:bottom w:w="80" w:type="dxa"/>
              <w:right w:w="90" w:type="dxa"/>
            </w:tcMar>
            <w:vAlign w:val="center"/>
          </w:tcPr>
          <w:p w14:paraId="5ED44464" w14:textId="77777777" w:rsidR="00146DEE" w:rsidRPr="002A7B71" w:rsidRDefault="00000000">
            <w:pPr>
              <w:spacing w:after="0" w:line="240" w:lineRule="auto"/>
              <w:rPr>
                <w:noProof/>
                <w:lang w:val="ro-RO"/>
              </w:rPr>
            </w:pPr>
            <w:r w:rsidRPr="002A7B71">
              <w:rPr>
                <w:noProof/>
                <w:sz w:val="15"/>
                <w:lang w:val="ro-RO"/>
              </w:rPr>
              <w:t>□ nu  □ da  □ informații insuficiente</w:t>
            </w:r>
          </w:p>
        </w:tc>
      </w:tr>
      <w:tr w:rsidR="00146DEE" w:rsidRPr="002A7B71" w14:paraId="29FB01A6" w14:textId="77777777">
        <w:trPr>
          <w:cantSplit/>
          <w:jc w:val="center"/>
        </w:trPr>
        <w:tc>
          <w:tcPr>
            <w:tcW w:w="3175" w:type="dxa"/>
            <w:shd w:val="clear" w:color="auto" w:fill="FAFAFA"/>
            <w:tcMar>
              <w:top w:w="80" w:type="dxa"/>
              <w:left w:w="90" w:type="dxa"/>
              <w:bottom w:w="80" w:type="dxa"/>
              <w:right w:w="90" w:type="dxa"/>
            </w:tcMar>
            <w:vAlign w:val="center"/>
          </w:tcPr>
          <w:p w14:paraId="7C8C6865" w14:textId="77777777" w:rsidR="00146DEE" w:rsidRPr="002A7B71" w:rsidRDefault="00000000">
            <w:pPr>
              <w:spacing w:after="0" w:line="240" w:lineRule="auto"/>
              <w:rPr>
                <w:noProof/>
                <w:lang w:val="ro-RO"/>
              </w:rPr>
            </w:pPr>
            <w:r w:rsidRPr="002A7B71">
              <w:rPr>
                <w:noProof/>
                <w:sz w:val="15"/>
                <w:lang w:val="ro-RO"/>
              </w:rPr>
              <w:t>Concluzie</w:t>
            </w:r>
          </w:p>
        </w:tc>
        <w:tc>
          <w:tcPr>
            <w:tcW w:w="6746" w:type="dxa"/>
            <w:shd w:val="clear" w:color="auto" w:fill="FAFAFA"/>
            <w:tcMar>
              <w:top w:w="80" w:type="dxa"/>
              <w:left w:w="90" w:type="dxa"/>
              <w:bottom w:w="80" w:type="dxa"/>
              <w:right w:w="90" w:type="dxa"/>
            </w:tcMar>
            <w:vAlign w:val="center"/>
          </w:tcPr>
          <w:p w14:paraId="318DDA43" w14:textId="77777777" w:rsidR="00146DEE" w:rsidRPr="002A7B71" w:rsidRDefault="00000000">
            <w:pPr>
              <w:spacing w:after="0" w:line="240" w:lineRule="auto"/>
              <w:rPr>
                <w:noProof/>
                <w:lang w:val="ro-RO"/>
              </w:rPr>
            </w:pPr>
            <w:r w:rsidRPr="002A7B71">
              <w:rPr>
                <w:noProof/>
                <w:sz w:val="15"/>
                <w:lang w:val="ro-RO"/>
              </w:rPr>
              <w:t>□ eficace - se închide  □ parțial eficace  □ ineficace - acțiune suplimentară</w:t>
            </w:r>
          </w:p>
        </w:tc>
      </w:tr>
      <w:tr w:rsidR="00146DEE" w:rsidRPr="002A7B71" w14:paraId="39A4C2F1" w14:textId="77777777">
        <w:trPr>
          <w:cantSplit/>
          <w:jc w:val="center"/>
        </w:trPr>
        <w:tc>
          <w:tcPr>
            <w:tcW w:w="3175" w:type="dxa"/>
            <w:shd w:val="clear" w:color="auto" w:fill="FFFFFF"/>
            <w:tcMar>
              <w:top w:w="80" w:type="dxa"/>
              <w:left w:w="90" w:type="dxa"/>
              <w:bottom w:w="80" w:type="dxa"/>
              <w:right w:w="90" w:type="dxa"/>
            </w:tcMar>
            <w:vAlign w:val="center"/>
          </w:tcPr>
          <w:p w14:paraId="1D7B17D2" w14:textId="77777777" w:rsidR="00146DEE" w:rsidRPr="002A7B71" w:rsidRDefault="00000000">
            <w:pPr>
              <w:spacing w:after="0" w:line="240" w:lineRule="auto"/>
              <w:rPr>
                <w:noProof/>
                <w:lang w:val="ro-RO"/>
              </w:rPr>
            </w:pPr>
            <w:r w:rsidRPr="002A7B71">
              <w:rPr>
                <w:noProof/>
                <w:sz w:val="15"/>
                <w:lang w:val="ro-RO"/>
              </w:rPr>
              <w:t>Verificat de / data</w:t>
            </w:r>
          </w:p>
        </w:tc>
        <w:tc>
          <w:tcPr>
            <w:tcW w:w="6746" w:type="dxa"/>
            <w:shd w:val="clear" w:color="auto" w:fill="FFFFFF"/>
            <w:tcMar>
              <w:top w:w="80" w:type="dxa"/>
              <w:left w:w="90" w:type="dxa"/>
              <w:bottom w:w="80" w:type="dxa"/>
              <w:right w:w="90" w:type="dxa"/>
            </w:tcMar>
            <w:vAlign w:val="center"/>
          </w:tcPr>
          <w:p w14:paraId="164D96F4" w14:textId="77777777" w:rsidR="00146DEE" w:rsidRPr="002A7B71" w:rsidRDefault="00146DEE">
            <w:pPr>
              <w:spacing w:after="0" w:line="240" w:lineRule="auto"/>
              <w:rPr>
                <w:noProof/>
                <w:lang w:val="ro-RO"/>
              </w:rPr>
            </w:pPr>
          </w:p>
        </w:tc>
      </w:tr>
    </w:tbl>
    <w:p w14:paraId="00D76927" w14:textId="77777777" w:rsidR="00146DEE" w:rsidRPr="002A7B71" w:rsidRDefault="00146DEE">
      <w:pPr>
        <w:spacing w:after="20"/>
        <w:rPr>
          <w:noProof/>
          <w:lang w:val="ro-RO"/>
        </w:rPr>
      </w:pPr>
    </w:p>
    <w:p w14:paraId="62E9A939" w14:textId="77777777" w:rsidR="00146DEE" w:rsidRPr="002A7B71" w:rsidRDefault="00000000">
      <w:pPr>
        <w:rPr>
          <w:noProof/>
          <w:lang w:val="ro-RO"/>
        </w:rPr>
      </w:pPr>
      <w:r w:rsidRPr="002A7B71">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1E31E826" w14:textId="77777777">
        <w:trPr>
          <w:cantSplit/>
          <w:jc w:val="center"/>
        </w:trPr>
        <w:tc>
          <w:tcPr>
            <w:tcW w:w="1020" w:type="dxa"/>
            <w:shd w:val="clear" w:color="auto" w:fill="D71920"/>
            <w:tcMar>
              <w:top w:w="80" w:type="dxa"/>
              <w:left w:w="90" w:type="dxa"/>
              <w:bottom w:w="80" w:type="dxa"/>
              <w:right w:w="90" w:type="dxa"/>
            </w:tcMar>
            <w:vAlign w:val="center"/>
          </w:tcPr>
          <w:p w14:paraId="390DE86B" w14:textId="77777777" w:rsidR="00146DEE" w:rsidRPr="002A7B71" w:rsidRDefault="00000000">
            <w:pPr>
              <w:spacing w:after="0" w:line="240" w:lineRule="auto"/>
              <w:jc w:val="center"/>
              <w:rPr>
                <w:noProof/>
                <w:lang w:val="ro-RO"/>
              </w:rPr>
            </w:pPr>
            <w:r w:rsidRPr="002A7B71">
              <w:rPr>
                <w:b/>
                <w:noProof/>
                <w:color w:val="FFFFFF"/>
                <w:sz w:val="34"/>
                <w:lang w:val="ro-RO"/>
              </w:rPr>
              <w:lastRenderedPageBreak/>
              <w:t>10</w:t>
            </w:r>
          </w:p>
        </w:tc>
        <w:tc>
          <w:tcPr>
            <w:tcW w:w="8901" w:type="dxa"/>
            <w:shd w:val="clear" w:color="auto" w:fill="F3F4F5"/>
          </w:tcPr>
          <w:p w14:paraId="659A27B6" w14:textId="77777777" w:rsidR="00146DEE" w:rsidRPr="002A7B71" w:rsidRDefault="00000000">
            <w:pPr>
              <w:spacing w:after="20"/>
              <w:rPr>
                <w:noProof/>
                <w:lang w:val="ro-RO"/>
              </w:rPr>
            </w:pPr>
            <w:r w:rsidRPr="002A7B71">
              <w:rPr>
                <w:b/>
                <w:noProof/>
                <w:sz w:val="28"/>
                <w:lang w:val="ro-RO"/>
              </w:rPr>
              <w:t>Adaptarea la standardul auditat</w:t>
            </w:r>
          </w:p>
          <w:p w14:paraId="65F25EF6" w14:textId="77777777" w:rsidR="00146DEE" w:rsidRPr="002A7B71" w:rsidRDefault="00000000">
            <w:pPr>
              <w:keepNext/>
              <w:spacing w:after="0"/>
              <w:rPr>
                <w:noProof/>
                <w:lang w:val="ro-RO"/>
              </w:rPr>
            </w:pPr>
            <w:r w:rsidRPr="002A7B71">
              <w:rPr>
                <w:noProof/>
                <w:color w:val="666666"/>
                <w:sz w:val="17"/>
                <w:lang w:val="ro-RO"/>
              </w:rPr>
              <w:t>Metoda rămâne comună; criteriile și domeniile tehnice se schimbă</w:t>
            </w:r>
          </w:p>
        </w:tc>
      </w:tr>
    </w:tbl>
    <w:p w14:paraId="7BA3B90A" w14:textId="77777777" w:rsidR="00146DEE" w:rsidRPr="002A7B71" w:rsidRDefault="00146DEE">
      <w:pPr>
        <w:keepNext/>
        <w:spacing w:after="0"/>
        <w:rPr>
          <w:noProof/>
          <w:lang w:val="ro-RO"/>
        </w:rPr>
      </w:pPr>
    </w:p>
    <w:p w14:paraId="52FEC086" w14:textId="77777777" w:rsidR="00146DEE" w:rsidRPr="002A7B71" w:rsidRDefault="00000000">
      <w:pPr>
        <w:pStyle w:val="Heading2"/>
        <w:rPr>
          <w:noProof/>
          <w:lang w:val="ro-RO"/>
        </w:rPr>
      </w:pPr>
      <w:r w:rsidRPr="002A7B71">
        <w:rPr>
          <w:noProof/>
          <w:lang w:val="ro-RO"/>
        </w:rPr>
        <w:t>Zone specifice de aprofundat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891"/>
        <w:gridCol w:w="7030"/>
      </w:tblGrid>
      <w:tr w:rsidR="00146DEE" w:rsidRPr="002A7B71" w14:paraId="77973D4D" w14:textId="77777777">
        <w:trPr>
          <w:tblHeader/>
          <w:jc w:val="center"/>
        </w:trPr>
        <w:tc>
          <w:tcPr>
            <w:tcW w:w="2891" w:type="dxa"/>
            <w:shd w:val="clear" w:color="auto" w:fill="D71920"/>
            <w:tcMar>
              <w:top w:w="80" w:type="dxa"/>
              <w:left w:w="90" w:type="dxa"/>
              <w:bottom w:w="80" w:type="dxa"/>
              <w:right w:w="90" w:type="dxa"/>
            </w:tcMar>
            <w:vAlign w:val="center"/>
          </w:tcPr>
          <w:p w14:paraId="122CB351" w14:textId="77777777" w:rsidR="00146DEE" w:rsidRPr="002A7B71" w:rsidRDefault="00000000">
            <w:pPr>
              <w:spacing w:after="0" w:line="240" w:lineRule="auto"/>
              <w:jc w:val="center"/>
              <w:rPr>
                <w:noProof/>
                <w:lang w:val="ro-RO"/>
              </w:rPr>
            </w:pPr>
            <w:r w:rsidRPr="002A7B71">
              <w:rPr>
                <w:b/>
                <w:noProof/>
                <w:color w:val="FFFFFF"/>
                <w:sz w:val="16"/>
                <w:lang w:val="ro-RO"/>
              </w:rPr>
              <w:t>STANDARD / SISTEM</w:t>
            </w:r>
          </w:p>
        </w:tc>
        <w:tc>
          <w:tcPr>
            <w:tcW w:w="7030" w:type="dxa"/>
            <w:shd w:val="clear" w:color="auto" w:fill="D71920"/>
            <w:tcMar>
              <w:top w:w="80" w:type="dxa"/>
              <w:left w:w="90" w:type="dxa"/>
              <w:bottom w:w="80" w:type="dxa"/>
              <w:right w:w="90" w:type="dxa"/>
            </w:tcMar>
            <w:vAlign w:val="center"/>
          </w:tcPr>
          <w:p w14:paraId="57E7EDB6" w14:textId="77777777" w:rsidR="00146DEE" w:rsidRPr="002A7B71" w:rsidRDefault="00000000">
            <w:pPr>
              <w:spacing w:after="0" w:line="240" w:lineRule="auto"/>
              <w:jc w:val="center"/>
              <w:rPr>
                <w:noProof/>
                <w:lang w:val="ro-RO"/>
              </w:rPr>
            </w:pPr>
            <w:r w:rsidRPr="002A7B71">
              <w:rPr>
                <w:b/>
                <w:noProof/>
                <w:color w:val="FFFFFF"/>
                <w:sz w:val="16"/>
                <w:lang w:val="ro-RO"/>
              </w:rPr>
              <w:t>EXEMPLE DE TEME SPECIFICE</w:t>
            </w:r>
          </w:p>
        </w:tc>
      </w:tr>
      <w:tr w:rsidR="00146DEE" w:rsidRPr="002A7B71" w14:paraId="7DD9EC25" w14:textId="77777777">
        <w:trPr>
          <w:cantSplit/>
          <w:jc w:val="center"/>
        </w:trPr>
        <w:tc>
          <w:tcPr>
            <w:tcW w:w="2891" w:type="dxa"/>
            <w:shd w:val="clear" w:color="auto" w:fill="FFFFFF"/>
            <w:tcMar>
              <w:top w:w="80" w:type="dxa"/>
              <w:left w:w="90" w:type="dxa"/>
              <w:bottom w:w="80" w:type="dxa"/>
              <w:right w:w="90" w:type="dxa"/>
            </w:tcMar>
            <w:vAlign w:val="center"/>
          </w:tcPr>
          <w:p w14:paraId="0017992E" w14:textId="77777777" w:rsidR="00146DEE" w:rsidRPr="002A7B71" w:rsidRDefault="00000000">
            <w:pPr>
              <w:spacing w:after="0" w:line="240" w:lineRule="auto"/>
              <w:rPr>
                <w:noProof/>
                <w:lang w:val="ro-RO"/>
              </w:rPr>
            </w:pPr>
            <w:r w:rsidRPr="002A7B71">
              <w:rPr>
                <w:noProof/>
                <w:sz w:val="15"/>
                <w:lang w:val="ro-RO"/>
              </w:rPr>
              <w:t>ISO 9001 - calitate</w:t>
            </w:r>
          </w:p>
        </w:tc>
        <w:tc>
          <w:tcPr>
            <w:tcW w:w="7030" w:type="dxa"/>
            <w:shd w:val="clear" w:color="auto" w:fill="FFFFFF"/>
            <w:tcMar>
              <w:top w:w="80" w:type="dxa"/>
              <w:left w:w="90" w:type="dxa"/>
              <w:bottom w:w="80" w:type="dxa"/>
              <w:right w:w="90" w:type="dxa"/>
            </w:tcMar>
            <w:vAlign w:val="center"/>
          </w:tcPr>
          <w:p w14:paraId="245C23E6" w14:textId="77777777" w:rsidR="00146DEE" w:rsidRPr="002A7B71" w:rsidRDefault="00000000">
            <w:pPr>
              <w:spacing w:after="0" w:line="240" w:lineRule="auto"/>
              <w:rPr>
                <w:noProof/>
                <w:lang w:val="ro-RO"/>
              </w:rPr>
            </w:pPr>
            <w:r w:rsidRPr="002A7B71">
              <w:rPr>
                <w:noProof/>
                <w:sz w:val="15"/>
                <w:lang w:val="ro-RO"/>
              </w:rPr>
              <w:t>Cerințe client, proiectare și dezvoltare, furnizori, realizarea produsului/serviciului, eliberare, ieșiri neconforme, satisfacția clientului și performanța proceselor.</w:t>
            </w:r>
          </w:p>
        </w:tc>
      </w:tr>
      <w:tr w:rsidR="00146DEE" w:rsidRPr="002A7B71" w14:paraId="53ED591A" w14:textId="77777777">
        <w:trPr>
          <w:cantSplit/>
          <w:jc w:val="center"/>
        </w:trPr>
        <w:tc>
          <w:tcPr>
            <w:tcW w:w="2891" w:type="dxa"/>
            <w:shd w:val="clear" w:color="auto" w:fill="FAFAFA"/>
            <w:tcMar>
              <w:top w:w="80" w:type="dxa"/>
              <w:left w:w="90" w:type="dxa"/>
              <w:bottom w:w="80" w:type="dxa"/>
              <w:right w:w="90" w:type="dxa"/>
            </w:tcMar>
            <w:vAlign w:val="center"/>
          </w:tcPr>
          <w:p w14:paraId="2C453AC2" w14:textId="77777777" w:rsidR="00146DEE" w:rsidRPr="002A7B71" w:rsidRDefault="00000000">
            <w:pPr>
              <w:spacing w:after="0" w:line="240" w:lineRule="auto"/>
              <w:rPr>
                <w:noProof/>
                <w:lang w:val="ro-RO"/>
              </w:rPr>
            </w:pPr>
            <w:r w:rsidRPr="002A7B71">
              <w:rPr>
                <w:noProof/>
                <w:sz w:val="15"/>
                <w:lang w:val="ro-RO"/>
              </w:rPr>
              <w:t>ISO 14001 - mediu</w:t>
            </w:r>
          </w:p>
        </w:tc>
        <w:tc>
          <w:tcPr>
            <w:tcW w:w="7030" w:type="dxa"/>
            <w:shd w:val="clear" w:color="auto" w:fill="FAFAFA"/>
            <w:tcMar>
              <w:top w:w="80" w:type="dxa"/>
              <w:left w:w="90" w:type="dxa"/>
              <w:bottom w:w="80" w:type="dxa"/>
              <w:right w:w="90" w:type="dxa"/>
            </w:tcMar>
            <w:vAlign w:val="center"/>
          </w:tcPr>
          <w:p w14:paraId="76EBECEE" w14:textId="77777777" w:rsidR="00146DEE" w:rsidRPr="002A7B71" w:rsidRDefault="00000000">
            <w:pPr>
              <w:spacing w:after="0" w:line="240" w:lineRule="auto"/>
              <w:rPr>
                <w:noProof/>
                <w:lang w:val="ro-RO"/>
              </w:rPr>
            </w:pPr>
            <w:r w:rsidRPr="002A7B71">
              <w:rPr>
                <w:noProof/>
                <w:sz w:val="15"/>
                <w:lang w:val="ro-RO"/>
              </w:rPr>
              <w:t>Aspecte și impacturi, obligații de conformare, perspectivă de ciclu de viață, controale operaționale, pregătire pentru urgențe și performanță de mediu.</w:t>
            </w:r>
          </w:p>
        </w:tc>
      </w:tr>
      <w:tr w:rsidR="00146DEE" w:rsidRPr="002A7B71" w14:paraId="0FBB2C01" w14:textId="77777777">
        <w:trPr>
          <w:cantSplit/>
          <w:jc w:val="center"/>
        </w:trPr>
        <w:tc>
          <w:tcPr>
            <w:tcW w:w="2891" w:type="dxa"/>
            <w:shd w:val="clear" w:color="auto" w:fill="FFFFFF"/>
            <w:tcMar>
              <w:top w:w="80" w:type="dxa"/>
              <w:left w:w="90" w:type="dxa"/>
              <w:bottom w:w="80" w:type="dxa"/>
              <w:right w:w="90" w:type="dxa"/>
            </w:tcMar>
            <w:vAlign w:val="center"/>
          </w:tcPr>
          <w:p w14:paraId="538010FD" w14:textId="77777777" w:rsidR="00146DEE" w:rsidRPr="002A7B71" w:rsidRDefault="00000000">
            <w:pPr>
              <w:spacing w:after="0" w:line="240" w:lineRule="auto"/>
              <w:rPr>
                <w:noProof/>
                <w:lang w:val="ro-RO"/>
              </w:rPr>
            </w:pPr>
            <w:r w:rsidRPr="002A7B71">
              <w:rPr>
                <w:noProof/>
                <w:sz w:val="15"/>
                <w:lang w:val="ro-RO"/>
              </w:rPr>
              <w:t>ISO 45001 - SSM</w:t>
            </w:r>
          </w:p>
        </w:tc>
        <w:tc>
          <w:tcPr>
            <w:tcW w:w="7030" w:type="dxa"/>
            <w:shd w:val="clear" w:color="auto" w:fill="FFFFFF"/>
            <w:tcMar>
              <w:top w:w="80" w:type="dxa"/>
              <w:left w:w="90" w:type="dxa"/>
              <w:bottom w:w="80" w:type="dxa"/>
              <w:right w:w="90" w:type="dxa"/>
            </w:tcMar>
            <w:vAlign w:val="center"/>
          </w:tcPr>
          <w:p w14:paraId="73188BE1" w14:textId="77777777" w:rsidR="00146DEE" w:rsidRPr="002A7B71" w:rsidRDefault="00000000">
            <w:pPr>
              <w:spacing w:after="0" w:line="240" w:lineRule="auto"/>
              <w:rPr>
                <w:noProof/>
                <w:lang w:val="ro-RO"/>
              </w:rPr>
            </w:pPr>
            <w:r w:rsidRPr="002A7B71">
              <w:rPr>
                <w:noProof/>
                <w:sz w:val="15"/>
                <w:lang w:val="ro-RO"/>
              </w:rPr>
              <w:t>Pericole și riscuri, consultarea și participarea lucrătorilor, cerințe legale, ierarhia controalelor, managementul schimbării, contractori, incidente și urgențe.</w:t>
            </w:r>
          </w:p>
        </w:tc>
      </w:tr>
      <w:tr w:rsidR="00146DEE" w:rsidRPr="002A7B71" w14:paraId="09254299" w14:textId="77777777">
        <w:trPr>
          <w:cantSplit/>
          <w:jc w:val="center"/>
        </w:trPr>
        <w:tc>
          <w:tcPr>
            <w:tcW w:w="2891" w:type="dxa"/>
            <w:shd w:val="clear" w:color="auto" w:fill="FAFAFA"/>
            <w:tcMar>
              <w:top w:w="80" w:type="dxa"/>
              <w:left w:w="90" w:type="dxa"/>
              <w:bottom w:w="80" w:type="dxa"/>
              <w:right w:w="90" w:type="dxa"/>
            </w:tcMar>
            <w:vAlign w:val="center"/>
          </w:tcPr>
          <w:p w14:paraId="1A93E02F" w14:textId="77777777" w:rsidR="00146DEE" w:rsidRPr="002A7B71" w:rsidRDefault="00000000">
            <w:pPr>
              <w:spacing w:after="0" w:line="240" w:lineRule="auto"/>
              <w:rPr>
                <w:noProof/>
                <w:lang w:val="ro-RO"/>
              </w:rPr>
            </w:pPr>
            <w:r w:rsidRPr="002A7B71">
              <w:rPr>
                <w:noProof/>
                <w:sz w:val="15"/>
                <w:lang w:val="ro-RO"/>
              </w:rPr>
              <w:t>ISO/IEC 27001 - securitatea informației</w:t>
            </w:r>
          </w:p>
        </w:tc>
        <w:tc>
          <w:tcPr>
            <w:tcW w:w="7030" w:type="dxa"/>
            <w:shd w:val="clear" w:color="auto" w:fill="FAFAFA"/>
            <w:tcMar>
              <w:top w:w="80" w:type="dxa"/>
              <w:left w:w="90" w:type="dxa"/>
              <w:bottom w:w="80" w:type="dxa"/>
              <w:right w:w="90" w:type="dxa"/>
            </w:tcMar>
            <w:vAlign w:val="center"/>
          </w:tcPr>
          <w:p w14:paraId="360C18EE" w14:textId="77777777" w:rsidR="00146DEE" w:rsidRPr="002A7B71" w:rsidRDefault="00000000">
            <w:pPr>
              <w:spacing w:after="0" w:line="240" w:lineRule="auto"/>
              <w:rPr>
                <w:noProof/>
                <w:lang w:val="ro-RO"/>
              </w:rPr>
            </w:pPr>
            <w:r w:rsidRPr="002A7B71">
              <w:rPr>
                <w:noProof/>
                <w:sz w:val="15"/>
                <w:lang w:val="ro-RO"/>
              </w:rPr>
              <w:t>Evaluarea și tratarea riscurilor, controale aplicabile, active, acces, furnizori, incidente, continuitate, monitorizare și protecția informațiilor.</w:t>
            </w:r>
          </w:p>
        </w:tc>
      </w:tr>
      <w:tr w:rsidR="00146DEE" w:rsidRPr="002A7B71" w14:paraId="7F84E235" w14:textId="77777777">
        <w:trPr>
          <w:cantSplit/>
          <w:jc w:val="center"/>
        </w:trPr>
        <w:tc>
          <w:tcPr>
            <w:tcW w:w="2891" w:type="dxa"/>
            <w:shd w:val="clear" w:color="auto" w:fill="FFFFFF"/>
            <w:tcMar>
              <w:top w:w="80" w:type="dxa"/>
              <w:left w:w="90" w:type="dxa"/>
              <w:bottom w:w="80" w:type="dxa"/>
              <w:right w:w="90" w:type="dxa"/>
            </w:tcMar>
            <w:vAlign w:val="center"/>
          </w:tcPr>
          <w:p w14:paraId="75789CC7" w14:textId="77777777" w:rsidR="00146DEE" w:rsidRPr="002A7B71" w:rsidRDefault="00000000">
            <w:pPr>
              <w:spacing w:after="0" w:line="240" w:lineRule="auto"/>
              <w:rPr>
                <w:noProof/>
                <w:lang w:val="ro-RO"/>
              </w:rPr>
            </w:pPr>
            <w:r w:rsidRPr="002A7B71">
              <w:rPr>
                <w:noProof/>
                <w:sz w:val="15"/>
                <w:lang w:val="ro-RO"/>
              </w:rPr>
              <w:t>ISO 22000 - siguranța alimentelor</w:t>
            </w:r>
          </w:p>
        </w:tc>
        <w:tc>
          <w:tcPr>
            <w:tcW w:w="7030" w:type="dxa"/>
            <w:shd w:val="clear" w:color="auto" w:fill="FFFFFF"/>
            <w:tcMar>
              <w:top w:w="80" w:type="dxa"/>
              <w:left w:w="90" w:type="dxa"/>
              <w:bottom w:w="80" w:type="dxa"/>
              <w:right w:w="90" w:type="dxa"/>
            </w:tcMar>
            <w:vAlign w:val="center"/>
          </w:tcPr>
          <w:p w14:paraId="2F237D26" w14:textId="77777777" w:rsidR="00146DEE" w:rsidRPr="002A7B71" w:rsidRDefault="00000000">
            <w:pPr>
              <w:spacing w:after="0" w:line="240" w:lineRule="auto"/>
              <w:rPr>
                <w:noProof/>
                <w:lang w:val="ro-RO"/>
              </w:rPr>
            </w:pPr>
            <w:r w:rsidRPr="002A7B71">
              <w:rPr>
                <w:noProof/>
                <w:sz w:val="15"/>
                <w:lang w:val="ro-RO"/>
              </w:rPr>
              <w:t>Analiza pericolelor, PRP, OPRP/CCP, limite și monitorizare, trasabilitate, urgențe, retragere/recall, verificare și actualizarea sistemului.</w:t>
            </w:r>
          </w:p>
        </w:tc>
      </w:tr>
      <w:tr w:rsidR="00146DEE" w:rsidRPr="002A7B71" w14:paraId="6790D8F1" w14:textId="77777777">
        <w:trPr>
          <w:cantSplit/>
          <w:jc w:val="center"/>
        </w:trPr>
        <w:tc>
          <w:tcPr>
            <w:tcW w:w="2891" w:type="dxa"/>
            <w:shd w:val="clear" w:color="auto" w:fill="FAFAFA"/>
            <w:tcMar>
              <w:top w:w="80" w:type="dxa"/>
              <w:left w:w="90" w:type="dxa"/>
              <w:bottom w:w="80" w:type="dxa"/>
              <w:right w:w="90" w:type="dxa"/>
            </w:tcMar>
            <w:vAlign w:val="center"/>
          </w:tcPr>
          <w:p w14:paraId="27E70F6E" w14:textId="77777777" w:rsidR="00146DEE" w:rsidRPr="002A7B71" w:rsidRDefault="00000000">
            <w:pPr>
              <w:spacing w:after="0" w:line="240" w:lineRule="auto"/>
              <w:rPr>
                <w:noProof/>
                <w:lang w:val="ro-RO"/>
              </w:rPr>
            </w:pPr>
            <w:r w:rsidRPr="002A7B71">
              <w:rPr>
                <w:noProof/>
                <w:sz w:val="15"/>
                <w:lang w:val="ro-RO"/>
              </w:rPr>
              <w:t>Sistem integrat</w:t>
            </w:r>
          </w:p>
        </w:tc>
        <w:tc>
          <w:tcPr>
            <w:tcW w:w="7030" w:type="dxa"/>
            <w:shd w:val="clear" w:color="auto" w:fill="FAFAFA"/>
            <w:tcMar>
              <w:top w:w="80" w:type="dxa"/>
              <w:left w:w="90" w:type="dxa"/>
              <w:bottom w:w="80" w:type="dxa"/>
              <w:right w:w="90" w:type="dxa"/>
            </w:tcMar>
            <w:vAlign w:val="center"/>
          </w:tcPr>
          <w:p w14:paraId="6647B252" w14:textId="77777777" w:rsidR="00146DEE" w:rsidRPr="002A7B71" w:rsidRDefault="00000000">
            <w:pPr>
              <w:spacing w:after="0" w:line="240" w:lineRule="auto"/>
              <w:rPr>
                <w:noProof/>
                <w:lang w:val="ro-RO"/>
              </w:rPr>
            </w:pPr>
            <w:r w:rsidRPr="002A7B71">
              <w:rPr>
                <w:noProof/>
                <w:sz w:val="15"/>
                <w:lang w:val="ro-RO"/>
              </w:rPr>
              <w:t>Urmăriți un singur proces și evaluați simultan cerințele comune și efectele asupra calității, mediului, SSM și altor domenii aplicabile.</w:t>
            </w:r>
          </w:p>
        </w:tc>
      </w:tr>
    </w:tbl>
    <w:p w14:paraId="3ADF77A2" w14:textId="77777777" w:rsidR="00146DEE" w:rsidRPr="002A7B71" w:rsidRDefault="00146DEE">
      <w:pPr>
        <w:spacing w:after="20"/>
        <w:rPr>
          <w:noProof/>
          <w:lang w:val="ro-RO"/>
        </w:rPr>
      </w:pPr>
    </w:p>
    <w:p w14:paraId="29FD52C7" w14:textId="77777777" w:rsidR="00146DEE" w:rsidRPr="002A7B71" w:rsidRDefault="00000000">
      <w:pPr>
        <w:pStyle w:val="Heading2"/>
        <w:rPr>
          <w:noProof/>
          <w:lang w:val="ro-RO"/>
        </w:rPr>
      </w:pPr>
      <w:r w:rsidRPr="002A7B71">
        <w:rPr>
          <w:noProof/>
          <w:lang w:val="ro-RO"/>
        </w:rPr>
        <w:t>Matrice pentru audit integrat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098"/>
        <w:gridCol w:w="3175"/>
        <w:gridCol w:w="1247"/>
        <w:gridCol w:w="1134"/>
        <w:gridCol w:w="1134"/>
        <w:gridCol w:w="1134"/>
      </w:tblGrid>
      <w:tr w:rsidR="00146DEE" w:rsidRPr="002A7B71" w14:paraId="470F58E8" w14:textId="77777777">
        <w:trPr>
          <w:tblHeader/>
          <w:jc w:val="center"/>
        </w:trPr>
        <w:tc>
          <w:tcPr>
            <w:tcW w:w="2098" w:type="dxa"/>
            <w:shd w:val="clear" w:color="auto" w:fill="D71920"/>
            <w:tcMar>
              <w:top w:w="80" w:type="dxa"/>
              <w:left w:w="90" w:type="dxa"/>
              <w:bottom w:w="80" w:type="dxa"/>
              <w:right w:w="90" w:type="dxa"/>
            </w:tcMar>
            <w:vAlign w:val="center"/>
          </w:tcPr>
          <w:p w14:paraId="765D565C" w14:textId="77777777" w:rsidR="00146DEE" w:rsidRPr="002A7B71" w:rsidRDefault="00000000">
            <w:pPr>
              <w:spacing w:after="0" w:line="240" w:lineRule="auto"/>
              <w:jc w:val="center"/>
              <w:rPr>
                <w:noProof/>
                <w:lang w:val="ro-RO"/>
              </w:rPr>
            </w:pPr>
            <w:r w:rsidRPr="002A7B71">
              <w:rPr>
                <w:b/>
                <w:noProof/>
                <w:color w:val="FFFFFF"/>
                <w:sz w:val="12"/>
                <w:lang w:val="ro-RO"/>
              </w:rPr>
              <w:t>PROCES / TEMĂ</w:t>
            </w:r>
          </w:p>
        </w:tc>
        <w:tc>
          <w:tcPr>
            <w:tcW w:w="3175" w:type="dxa"/>
            <w:shd w:val="clear" w:color="auto" w:fill="D71920"/>
            <w:tcMar>
              <w:top w:w="80" w:type="dxa"/>
              <w:left w:w="90" w:type="dxa"/>
              <w:bottom w:w="80" w:type="dxa"/>
              <w:right w:w="90" w:type="dxa"/>
            </w:tcMar>
            <w:vAlign w:val="center"/>
          </w:tcPr>
          <w:p w14:paraId="75C6FEDB" w14:textId="77777777" w:rsidR="00146DEE" w:rsidRPr="002A7B71" w:rsidRDefault="00000000">
            <w:pPr>
              <w:spacing w:after="0" w:line="240" w:lineRule="auto"/>
              <w:jc w:val="center"/>
              <w:rPr>
                <w:noProof/>
                <w:lang w:val="ro-RO"/>
              </w:rPr>
            </w:pPr>
            <w:r w:rsidRPr="002A7B71">
              <w:rPr>
                <w:b/>
                <w:noProof/>
                <w:color w:val="FFFFFF"/>
                <w:sz w:val="12"/>
                <w:lang w:val="ro-RO"/>
              </w:rPr>
              <w:t>CERINȚĂ COMUNĂ</w:t>
            </w:r>
          </w:p>
        </w:tc>
        <w:tc>
          <w:tcPr>
            <w:tcW w:w="1247" w:type="dxa"/>
            <w:shd w:val="clear" w:color="auto" w:fill="D71920"/>
            <w:tcMar>
              <w:top w:w="80" w:type="dxa"/>
              <w:left w:w="90" w:type="dxa"/>
              <w:bottom w:w="80" w:type="dxa"/>
              <w:right w:w="90" w:type="dxa"/>
            </w:tcMar>
            <w:vAlign w:val="center"/>
          </w:tcPr>
          <w:p w14:paraId="6E2C0613" w14:textId="77777777" w:rsidR="00146DEE" w:rsidRPr="002A7B71" w:rsidRDefault="00000000">
            <w:pPr>
              <w:spacing w:after="0" w:line="240" w:lineRule="auto"/>
              <w:jc w:val="center"/>
              <w:rPr>
                <w:noProof/>
                <w:lang w:val="ro-RO"/>
              </w:rPr>
            </w:pPr>
            <w:r w:rsidRPr="002A7B71">
              <w:rPr>
                <w:b/>
                <w:noProof/>
                <w:color w:val="FFFFFF"/>
                <w:sz w:val="12"/>
                <w:lang w:val="ro-RO"/>
              </w:rPr>
              <w:t>CALITATE</w:t>
            </w:r>
          </w:p>
        </w:tc>
        <w:tc>
          <w:tcPr>
            <w:tcW w:w="1134" w:type="dxa"/>
            <w:shd w:val="clear" w:color="auto" w:fill="D71920"/>
            <w:tcMar>
              <w:top w:w="80" w:type="dxa"/>
              <w:left w:w="90" w:type="dxa"/>
              <w:bottom w:w="80" w:type="dxa"/>
              <w:right w:w="90" w:type="dxa"/>
            </w:tcMar>
            <w:vAlign w:val="center"/>
          </w:tcPr>
          <w:p w14:paraId="29F2041C" w14:textId="77777777" w:rsidR="00146DEE" w:rsidRPr="002A7B71" w:rsidRDefault="00000000">
            <w:pPr>
              <w:spacing w:after="0" w:line="240" w:lineRule="auto"/>
              <w:jc w:val="center"/>
              <w:rPr>
                <w:noProof/>
                <w:lang w:val="ro-RO"/>
              </w:rPr>
            </w:pPr>
            <w:r w:rsidRPr="002A7B71">
              <w:rPr>
                <w:b/>
                <w:noProof/>
                <w:color w:val="FFFFFF"/>
                <w:sz w:val="12"/>
                <w:lang w:val="ro-RO"/>
              </w:rPr>
              <w:t>MEDIU</w:t>
            </w:r>
          </w:p>
        </w:tc>
        <w:tc>
          <w:tcPr>
            <w:tcW w:w="1134" w:type="dxa"/>
            <w:shd w:val="clear" w:color="auto" w:fill="D71920"/>
            <w:tcMar>
              <w:top w:w="80" w:type="dxa"/>
              <w:left w:w="90" w:type="dxa"/>
              <w:bottom w:w="80" w:type="dxa"/>
              <w:right w:w="90" w:type="dxa"/>
            </w:tcMar>
            <w:vAlign w:val="center"/>
          </w:tcPr>
          <w:p w14:paraId="44946DBA" w14:textId="77777777" w:rsidR="00146DEE" w:rsidRPr="002A7B71" w:rsidRDefault="00000000">
            <w:pPr>
              <w:spacing w:after="0" w:line="240" w:lineRule="auto"/>
              <w:jc w:val="center"/>
              <w:rPr>
                <w:noProof/>
                <w:lang w:val="ro-RO"/>
              </w:rPr>
            </w:pPr>
            <w:r w:rsidRPr="002A7B71">
              <w:rPr>
                <w:b/>
                <w:noProof/>
                <w:color w:val="FFFFFF"/>
                <w:sz w:val="12"/>
                <w:lang w:val="ro-RO"/>
              </w:rPr>
              <w:t>SSM</w:t>
            </w:r>
          </w:p>
        </w:tc>
        <w:tc>
          <w:tcPr>
            <w:tcW w:w="1134" w:type="dxa"/>
            <w:shd w:val="clear" w:color="auto" w:fill="D71920"/>
            <w:tcMar>
              <w:top w:w="80" w:type="dxa"/>
              <w:left w:w="90" w:type="dxa"/>
              <w:bottom w:w="80" w:type="dxa"/>
              <w:right w:w="90" w:type="dxa"/>
            </w:tcMar>
            <w:vAlign w:val="center"/>
          </w:tcPr>
          <w:p w14:paraId="0D426452" w14:textId="77777777" w:rsidR="00146DEE" w:rsidRPr="002A7B71" w:rsidRDefault="00000000">
            <w:pPr>
              <w:spacing w:after="0" w:line="240" w:lineRule="auto"/>
              <w:jc w:val="center"/>
              <w:rPr>
                <w:noProof/>
                <w:lang w:val="ro-RO"/>
              </w:rPr>
            </w:pPr>
            <w:r w:rsidRPr="002A7B71">
              <w:rPr>
                <w:b/>
                <w:noProof/>
                <w:color w:val="FFFFFF"/>
                <w:sz w:val="12"/>
                <w:lang w:val="ro-RO"/>
              </w:rPr>
              <w:t>ALTELE</w:t>
            </w:r>
          </w:p>
        </w:tc>
      </w:tr>
      <w:tr w:rsidR="00146DEE" w:rsidRPr="002A7B71" w14:paraId="5684BA24" w14:textId="77777777">
        <w:trPr>
          <w:cantSplit/>
          <w:jc w:val="center"/>
        </w:trPr>
        <w:tc>
          <w:tcPr>
            <w:tcW w:w="2098" w:type="dxa"/>
            <w:shd w:val="clear" w:color="auto" w:fill="FFFFFF"/>
            <w:tcMar>
              <w:top w:w="80" w:type="dxa"/>
              <w:left w:w="90" w:type="dxa"/>
              <w:bottom w:w="80" w:type="dxa"/>
              <w:right w:w="90" w:type="dxa"/>
            </w:tcMar>
            <w:vAlign w:val="center"/>
          </w:tcPr>
          <w:p w14:paraId="32D2A22F" w14:textId="77777777" w:rsidR="00146DEE" w:rsidRPr="002A7B71" w:rsidRDefault="00000000">
            <w:pPr>
              <w:spacing w:after="0" w:line="240" w:lineRule="auto"/>
              <w:rPr>
                <w:noProof/>
                <w:lang w:val="ro-RO"/>
              </w:rPr>
            </w:pPr>
            <w:r w:rsidRPr="002A7B71">
              <w:rPr>
                <w:noProof/>
                <w:sz w:val="13"/>
                <w:lang w:val="ro-RO"/>
              </w:rPr>
              <w:t>Context și părți interesate</w:t>
            </w:r>
          </w:p>
        </w:tc>
        <w:tc>
          <w:tcPr>
            <w:tcW w:w="3175" w:type="dxa"/>
            <w:shd w:val="clear" w:color="auto" w:fill="FFFFFF"/>
            <w:tcMar>
              <w:top w:w="80" w:type="dxa"/>
              <w:left w:w="90" w:type="dxa"/>
              <w:bottom w:w="80" w:type="dxa"/>
              <w:right w:w="90" w:type="dxa"/>
            </w:tcMar>
            <w:vAlign w:val="center"/>
          </w:tcPr>
          <w:p w14:paraId="55A4C01C" w14:textId="77777777" w:rsidR="00146DEE" w:rsidRPr="002A7B71" w:rsidRDefault="00000000">
            <w:pPr>
              <w:spacing w:after="0" w:line="240" w:lineRule="auto"/>
              <w:rPr>
                <w:noProof/>
                <w:lang w:val="ro-RO"/>
              </w:rPr>
            </w:pPr>
            <w:r w:rsidRPr="002A7B71">
              <w:rPr>
                <w:noProof/>
                <w:sz w:val="13"/>
                <w:lang w:val="ro-RO"/>
              </w:rPr>
              <w:t>Context, domeniu, nevoi</w:t>
            </w:r>
          </w:p>
        </w:tc>
        <w:tc>
          <w:tcPr>
            <w:tcW w:w="1247" w:type="dxa"/>
            <w:shd w:val="clear" w:color="auto" w:fill="FFFFFF"/>
            <w:tcMar>
              <w:top w:w="80" w:type="dxa"/>
              <w:left w:w="90" w:type="dxa"/>
              <w:bottom w:w="80" w:type="dxa"/>
              <w:right w:w="90" w:type="dxa"/>
            </w:tcMar>
            <w:vAlign w:val="center"/>
          </w:tcPr>
          <w:p w14:paraId="2C6AE69D"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1C1DD2DB"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3F2EC96A"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00F1C7A5" w14:textId="77777777" w:rsidR="00146DEE" w:rsidRPr="002A7B71" w:rsidRDefault="00146DEE">
            <w:pPr>
              <w:spacing w:after="0" w:line="240" w:lineRule="auto"/>
              <w:rPr>
                <w:noProof/>
                <w:lang w:val="ro-RO"/>
              </w:rPr>
            </w:pPr>
          </w:p>
        </w:tc>
      </w:tr>
      <w:tr w:rsidR="00146DEE" w:rsidRPr="002A7B71" w14:paraId="43C898EB" w14:textId="77777777">
        <w:trPr>
          <w:cantSplit/>
          <w:jc w:val="center"/>
        </w:trPr>
        <w:tc>
          <w:tcPr>
            <w:tcW w:w="2098" w:type="dxa"/>
            <w:shd w:val="clear" w:color="auto" w:fill="FAFAFA"/>
            <w:tcMar>
              <w:top w:w="80" w:type="dxa"/>
              <w:left w:w="90" w:type="dxa"/>
              <w:bottom w:w="80" w:type="dxa"/>
              <w:right w:w="90" w:type="dxa"/>
            </w:tcMar>
            <w:vAlign w:val="center"/>
          </w:tcPr>
          <w:p w14:paraId="3CE5CF92" w14:textId="77777777" w:rsidR="00146DEE" w:rsidRPr="002A7B71" w:rsidRDefault="00000000">
            <w:pPr>
              <w:spacing w:after="0" w:line="240" w:lineRule="auto"/>
              <w:rPr>
                <w:noProof/>
                <w:lang w:val="ro-RO"/>
              </w:rPr>
            </w:pPr>
            <w:r w:rsidRPr="002A7B71">
              <w:rPr>
                <w:noProof/>
                <w:sz w:val="13"/>
                <w:lang w:val="ro-RO"/>
              </w:rPr>
              <w:t>Leadership și politică</w:t>
            </w:r>
          </w:p>
        </w:tc>
        <w:tc>
          <w:tcPr>
            <w:tcW w:w="3175" w:type="dxa"/>
            <w:shd w:val="clear" w:color="auto" w:fill="FAFAFA"/>
            <w:tcMar>
              <w:top w:w="80" w:type="dxa"/>
              <w:left w:w="90" w:type="dxa"/>
              <w:bottom w:w="80" w:type="dxa"/>
              <w:right w:w="90" w:type="dxa"/>
            </w:tcMar>
            <w:vAlign w:val="center"/>
          </w:tcPr>
          <w:p w14:paraId="5758E6D5" w14:textId="77777777" w:rsidR="00146DEE" w:rsidRPr="002A7B71" w:rsidRDefault="00000000">
            <w:pPr>
              <w:spacing w:after="0" w:line="240" w:lineRule="auto"/>
              <w:rPr>
                <w:noProof/>
                <w:lang w:val="ro-RO"/>
              </w:rPr>
            </w:pPr>
            <w:r w:rsidRPr="002A7B71">
              <w:rPr>
                <w:noProof/>
                <w:sz w:val="13"/>
                <w:lang w:val="ro-RO"/>
              </w:rPr>
              <w:t>Angajament, roluri, politică</w:t>
            </w:r>
          </w:p>
        </w:tc>
        <w:tc>
          <w:tcPr>
            <w:tcW w:w="1247" w:type="dxa"/>
            <w:shd w:val="clear" w:color="auto" w:fill="FAFAFA"/>
            <w:tcMar>
              <w:top w:w="80" w:type="dxa"/>
              <w:left w:w="90" w:type="dxa"/>
              <w:bottom w:w="80" w:type="dxa"/>
              <w:right w:w="90" w:type="dxa"/>
            </w:tcMar>
            <w:vAlign w:val="center"/>
          </w:tcPr>
          <w:p w14:paraId="089C6E92"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744A8DCF"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6B2F35EF"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0D34F5DB" w14:textId="77777777" w:rsidR="00146DEE" w:rsidRPr="002A7B71" w:rsidRDefault="00146DEE">
            <w:pPr>
              <w:spacing w:after="0" w:line="240" w:lineRule="auto"/>
              <w:rPr>
                <w:noProof/>
                <w:lang w:val="ro-RO"/>
              </w:rPr>
            </w:pPr>
          </w:p>
        </w:tc>
      </w:tr>
      <w:tr w:rsidR="00146DEE" w:rsidRPr="002A7B71" w14:paraId="1C4A1ACB" w14:textId="77777777">
        <w:trPr>
          <w:cantSplit/>
          <w:jc w:val="center"/>
        </w:trPr>
        <w:tc>
          <w:tcPr>
            <w:tcW w:w="2098" w:type="dxa"/>
            <w:shd w:val="clear" w:color="auto" w:fill="FFFFFF"/>
            <w:tcMar>
              <w:top w:w="80" w:type="dxa"/>
              <w:left w:w="90" w:type="dxa"/>
              <w:bottom w:w="80" w:type="dxa"/>
              <w:right w:w="90" w:type="dxa"/>
            </w:tcMar>
            <w:vAlign w:val="center"/>
          </w:tcPr>
          <w:p w14:paraId="019F385B" w14:textId="77777777" w:rsidR="00146DEE" w:rsidRPr="002A7B71" w:rsidRDefault="00000000">
            <w:pPr>
              <w:spacing w:after="0" w:line="240" w:lineRule="auto"/>
              <w:rPr>
                <w:noProof/>
                <w:lang w:val="ro-RO"/>
              </w:rPr>
            </w:pPr>
            <w:r w:rsidRPr="002A7B71">
              <w:rPr>
                <w:noProof/>
                <w:sz w:val="13"/>
                <w:lang w:val="ro-RO"/>
              </w:rPr>
              <w:t>Planificare</w:t>
            </w:r>
          </w:p>
        </w:tc>
        <w:tc>
          <w:tcPr>
            <w:tcW w:w="3175" w:type="dxa"/>
            <w:shd w:val="clear" w:color="auto" w:fill="FFFFFF"/>
            <w:tcMar>
              <w:top w:w="80" w:type="dxa"/>
              <w:left w:w="90" w:type="dxa"/>
              <w:bottom w:w="80" w:type="dxa"/>
              <w:right w:w="90" w:type="dxa"/>
            </w:tcMar>
            <w:vAlign w:val="center"/>
          </w:tcPr>
          <w:p w14:paraId="5441AB63" w14:textId="77777777" w:rsidR="00146DEE" w:rsidRPr="002A7B71" w:rsidRDefault="00000000">
            <w:pPr>
              <w:spacing w:after="0" w:line="240" w:lineRule="auto"/>
              <w:rPr>
                <w:noProof/>
                <w:lang w:val="ro-RO"/>
              </w:rPr>
            </w:pPr>
            <w:r w:rsidRPr="002A7B71">
              <w:rPr>
                <w:noProof/>
                <w:sz w:val="13"/>
                <w:lang w:val="ro-RO"/>
              </w:rPr>
              <w:t>Riscuri, oportunități, obiective, schimbări</w:t>
            </w:r>
          </w:p>
        </w:tc>
        <w:tc>
          <w:tcPr>
            <w:tcW w:w="1247" w:type="dxa"/>
            <w:shd w:val="clear" w:color="auto" w:fill="FFFFFF"/>
            <w:tcMar>
              <w:top w:w="80" w:type="dxa"/>
              <w:left w:w="90" w:type="dxa"/>
              <w:bottom w:w="80" w:type="dxa"/>
              <w:right w:w="90" w:type="dxa"/>
            </w:tcMar>
            <w:vAlign w:val="center"/>
          </w:tcPr>
          <w:p w14:paraId="7658D4DF"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48EB677F"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09EE4FFA"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167EDF52" w14:textId="77777777" w:rsidR="00146DEE" w:rsidRPr="002A7B71" w:rsidRDefault="00146DEE">
            <w:pPr>
              <w:spacing w:after="0" w:line="240" w:lineRule="auto"/>
              <w:rPr>
                <w:noProof/>
                <w:lang w:val="ro-RO"/>
              </w:rPr>
            </w:pPr>
          </w:p>
        </w:tc>
      </w:tr>
      <w:tr w:rsidR="00146DEE" w:rsidRPr="002A7B71" w14:paraId="53C44DD6" w14:textId="77777777">
        <w:trPr>
          <w:cantSplit/>
          <w:jc w:val="center"/>
        </w:trPr>
        <w:tc>
          <w:tcPr>
            <w:tcW w:w="2098" w:type="dxa"/>
            <w:shd w:val="clear" w:color="auto" w:fill="FAFAFA"/>
            <w:tcMar>
              <w:top w:w="80" w:type="dxa"/>
              <w:left w:w="90" w:type="dxa"/>
              <w:bottom w:w="80" w:type="dxa"/>
              <w:right w:w="90" w:type="dxa"/>
            </w:tcMar>
            <w:vAlign w:val="center"/>
          </w:tcPr>
          <w:p w14:paraId="61F29498" w14:textId="77777777" w:rsidR="00146DEE" w:rsidRPr="002A7B71" w:rsidRDefault="00000000">
            <w:pPr>
              <w:spacing w:after="0" w:line="240" w:lineRule="auto"/>
              <w:rPr>
                <w:noProof/>
                <w:lang w:val="ro-RO"/>
              </w:rPr>
            </w:pPr>
            <w:r w:rsidRPr="002A7B71">
              <w:rPr>
                <w:noProof/>
                <w:sz w:val="13"/>
                <w:lang w:val="ro-RO"/>
              </w:rPr>
              <w:t>Suport</w:t>
            </w:r>
          </w:p>
        </w:tc>
        <w:tc>
          <w:tcPr>
            <w:tcW w:w="3175" w:type="dxa"/>
            <w:shd w:val="clear" w:color="auto" w:fill="FAFAFA"/>
            <w:tcMar>
              <w:top w:w="80" w:type="dxa"/>
              <w:left w:w="90" w:type="dxa"/>
              <w:bottom w:w="80" w:type="dxa"/>
              <w:right w:w="90" w:type="dxa"/>
            </w:tcMar>
            <w:vAlign w:val="center"/>
          </w:tcPr>
          <w:p w14:paraId="323B638F" w14:textId="77777777" w:rsidR="00146DEE" w:rsidRPr="002A7B71" w:rsidRDefault="00000000">
            <w:pPr>
              <w:spacing w:after="0" w:line="240" w:lineRule="auto"/>
              <w:rPr>
                <w:noProof/>
                <w:lang w:val="ro-RO"/>
              </w:rPr>
            </w:pPr>
            <w:r w:rsidRPr="002A7B71">
              <w:rPr>
                <w:noProof/>
                <w:sz w:val="13"/>
                <w:lang w:val="ro-RO"/>
              </w:rPr>
              <w:t>Resurse, competență, comunicare, documente</w:t>
            </w:r>
          </w:p>
        </w:tc>
        <w:tc>
          <w:tcPr>
            <w:tcW w:w="1247" w:type="dxa"/>
            <w:shd w:val="clear" w:color="auto" w:fill="FAFAFA"/>
            <w:tcMar>
              <w:top w:w="80" w:type="dxa"/>
              <w:left w:w="90" w:type="dxa"/>
              <w:bottom w:w="80" w:type="dxa"/>
              <w:right w:w="90" w:type="dxa"/>
            </w:tcMar>
            <w:vAlign w:val="center"/>
          </w:tcPr>
          <w:p w14:paraId="2B6744B6"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33C3B2D7"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75B0A8D6"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154A0591" w14:textId="77777777" w:rsidR="00146DEE" w:rsidRPr="002A7B71" w:rsidRDefault="00146DEE">
            <w:pPr>
              <w:spacing w:after="0" w:line="240" w:lineRule="auto"/>
              <w:rPr>
                <w:noProof/>
                <w:lang w:val="ro-RO"/>
              </w:rPr>
            </w:pPr>
          </w:p>
        </w:tc>
      </w:tr>
      <w:tr w:rsidR="00146DEE" w:rsidRPr="002A7B71" w14:paraId="1306C989" w14:textId="77777777">
        <w:trPr>
          <w:cantSplit/>
          <w:jc w:val="center"/>
        </w:trPr>
        <w:tc>
          <w:tcPr>
            <w:tcW w:w="2098" w:type="dxa"/>
            <w:shd w:val="clear" w:color="auto" w:fill="FFFFFF"/>
            <w:tcMar>
              <w:top w:w="80" w:type="dxa"/>
              <w:left w:w="90" w:type="dxa"/>
              <w:bottom w:w="80" w:type="dxa"/>
              <w:right w:w="90" w:type="dxa"/>
            </w:tcMar>
            <w:vAlign w:val="center"/>
          </w:tcPr>
          <w:p w14:paraId="2CEAF37E" w14:textId="77777777" w:rsidR="00146DEE" w:rsidRPr="002A7B71" w:rsidRDefault="00000000">
            <w:pPr>
              <w:spacing w:after="0" w:line="240" w:lineRule="auto"/>
              <w:rPr>
                <w:noProof/>
                <w:lang w:val="ro-RO"/>
              </w:rPr>
            </w:pPr>
            <w:r w:rsidRPr="002A7B71">
              <w:rPr>
                <w:noProof/>
                <w:sz w:val="13"/>
                <w:lang w:val="ro-RO"/>
              </w:rPr>
              <w:t>Operațiuni</w:t>
            </w:r>
          </w:p>
        </w:tc>
        <w:tc>
          <w:tcPr>
            <w:tcW w:w="3175" w:type="dxa"/>
            <w:shd w:val="clear" w:color="auto" w:fill="FFFFFF"/>
            <w:tcMar>
              <w:top w:w="80" w:type="dxa"/>
              <w:left w:w="90" w:type="dxa"/>
              <w:bottom w:w="80" w:type="dxa"/>
              <w:right w:w="90" w:type="dxa"/>
            </w:tcMar>
            <w:vAlign w:val="center"/>
          </w:tcPr>
          <w:p w14:paraId="4C8C0011" w14:textId="77777777" w:rsidR="00146DEE" w:rsidRPr="002A7B71" w:rsidRDefault="00000000">
            <w:pPr>
              <w:spacing w:after="0" w:line="240" w:lineRule="auto"/>
              <w:rPr>
                <w:noProof/>
                <w:lang w:val="ro-RO"/>
              </w:rPr>
            </w:pPr>
            <w:r w:rsidRPr="002A7B71">
              <w:rPr>
                <w:noProof/>
                <w:sz w:val="13"/>
                <w:lang w:val="ro-RO"/>
              </w:rPr>
              <w:t>Planificare și control operațional</w:t>
            </w:r>
          </w:p>
        </w:tc>
        <w:tc>
          <w:tcPr>
            <w:tcW w:w="1247" w:type="dxa"/>
            <w:shd w:val="clear" w:color="auto" w:fill="FFFFFF"/>
            <w:tcMar>
              <w:top w:w="80" w:type="dxa"/>
              <w:left w:w="90" w:type="dxa"/>
              <w:bottom w:w="80" w:type="dxa"/>
              <w:right w:w="90" w:type="dxa"/>
            </w:tcMar>
            <w:vAlign w:val="center"/>
          </w:tcPr>
          <w:p w14:paraId="31EB571B"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2C7972DD"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4A3849C6"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6C730153" w14:textId="77777777" w:rsidR="00146DEE" w:rsidRPr="002A7B71" w:rsidRDefault="00146DEE">
            <w:pPr>
              <w:spacing w:after="0" w:line="240" w:lineRule="auto"/>
              <w:rPr>
                <w:noProof/>
                <w:lang w:val="ro-RO"/>
              </w:rPr>
            </w:pPr>
          </w:p>
        </w:tc>
      </w:tr>
      <w:tr w:rsidR="00146DEE" w:rsidRPr="002A7B71" w14:paraId="4F4187AA" w14:textId="77777777">
        <w:trPr>
          <w:cantSplit/>
          <w:jc w:val="center"/>
        </w:trPr>
        <w:tc>
          <w:tcPr>
            <w:tcW w:w="2098" w:type="dxa"/>
            <w:shd w:val="clear" w:color="auto" w:fill="FAFAFA"/>
            <w:tcMar>
              <w:top w:w="80" w:type="dxa"/>
              <w:left w:w="90" w:type="dxa"/>
              <w:bottom w:w="80" w:type="dxa"/>
              <w:right w:w="90" w:type="dxa"/>
            </w:tcMar>
            <w:vAlign w:val="center"/>
          </w:tcPr>
          <w:p w14:paraId="066E5454" w14:textId="77777777" w:rsidR="00146DEE" w:rsidRPr="002A7B71" w:rsidRDefault="00000000">
            <w:pPr>
              <w:spacing w:after="0" w:line="240" w:lineRule="auto"/>
              <w:rPr>
                <w:noProof/>
                <w:lang w:val="ro-RO"/>
              </w:rPr>
            </w:pPr>
            <w:r w:rsidRPr="002A7B71">
              <w:rPr>
                <w:noProof/>
                <w:sz w:val="13"/>
                <w:lang w:val="ro-RO"/>
              </w:rPr>
              <w:t>Evaluarea performanței</w:t>
            </w:r>
          </w:p>
        </w:tc>
        <w:tc>
          <w:tcPr>
            <w:tcW w:w="3175" w:type="dxa"/>
            <w:shd w:val="clear" w:color="auto" w:fill="FAFAFA"/>
            <w:tcMar>
              <w:top w:w="80" w:type="dxa"/>
              <w:left w:w="90" w:type="dxa"/>
              <w:bottom w:w="80" w:type="dxa"/>
              <w:right w:w="90" w:type="dxa"/>
            </w:tcMar>
            <w:vAlign w:val="center"/>
          </w:tcPr>
          <w:p w14:paraId="51A5DFE6" w14:textId="77777777" w:rsidR="00146DEE" w:rsidRPr="002A7B71" w:rsidRDefault="00000000">
            <w:pPr>
              <w:spacing w:after="0" w:line="240" w:lineRule="auto"/>
              <w:rPr>
                <w:noProof/>
                <w:lang w:val="ro-RO"/>
              </w:rPr>
            </w:pPr>
            <w:r w:rsidRPr="002A7B71">
              <w:rPr>
                <w:noProof/>
                <w:sz w:val="13"/>
                <w:lang w:val="ro-RO"/>
              </w:rPr>
              <w:t>Monitorizare, audit, analiză de management</w:t>
            </w:r>
          </w:p>
        </w:tc>
        <w:tc>
          <w:tcPr>
            <w:tcW w:w="1247" w:type="dxa"/>
            <w:shd w:val="clear" w:color="auto" w:fill="FAFAFA"/>
            <w:tcMar>
              <w:top w:w="80" w:type="dxa"/>
              <w:left w:w="90" w:type="dxa"/>
              <w:bottom w:w="80" w:type="dxa"/>
              <w:right w:w="90" w:type="dxa"/>
            </w:tcMar>
            <w:vAlign w:val="center"/>
          </w:tcPr>
          <w:p w14:paraId="638B5C09"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7456AB2B"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3BF19206" w14:textId="77777777" w:rsidR="00146DEE" w:rsidRPr="002A7B71" w:rsidRDefault="00146DEE">
            <w:pPr>
              <w:spacing w:after="0" w:line="240" w:lineRule="auto"/>
              <w:rPr>
                <w:noProof/>
                <w:lang w:val="ro-RO"/>
              </w:rPr>
            </w:pPr>
          </w:p>
        </w:tc>
        <w:tc>
          <w:tcPr>
            <w:tcW w:w="1134" w:type="dxa"/>
            <w:shd w:val="clear" w:color="auto" w:fill="FAFAFA"/>
            <w:tcMar>
              <w:top w:w="80" w:type="dxa"/>
              <w:left w:w="90" w:type="dxa"/>
              <w:bottom w:w="80" w:type="dxa"/>
              <w:right w:w="90" w:type="dxa"/>
            </w:tcMar>
            <w:vAlign w:val="center"/>
          </w:tcPr>
          <w:p w14:paraId="3D7BBE55" w14:textId="77777777" w:rsidR="00146DEE" w:rsidRPr="002A7B71" w:rsidRDefault="00146DEE">
            <w:pPr>
              <w:spacing w:after="0" w:line="240" w:lineRule="auto"/>
              <w:rPr>
                <w:noProof/>
                <w:lang w:val="ro-RO"/>
              </w:rPr>
            </w:pPr>
          </w:p>
        </w:tc>
      </w:tr>
      <w:tr w:rsidR="00146DEE" w:rsidRPr="002A7B71" w14:paraId="0CC65150" w14:textId="77777777">
        <w:trPr>
          <w:cantSplit/>
          <w:jc w:val="center"/>
        </w:trPr>
        <w:tc>
          <w:tcPr>
            <w:tcW w:w="2098" w:type="dxa"/>
            <w:shd w:val="clear" w:color="auto" w:fill="FFFFFF"/>
            <w:tcMar>
              <w:top w:w="80" w:type="dxa"/>
              <w:left w:w="90" w:type="dxa"/>
              <w:bottom w:w="80" w:type="dxa"/>
              <w:right w:w="90" w:type="dxa"/>
            </w:tcMar>
            <w:vAlign w:val="center"/>
          </w:tcPr>
          <w:p w14:paraId="1FFE54DC" w14:textId="77777777" w:rsidR="00146DEE" w:rsidRPr="002A7B71" w:rsidRDefault="00000000">
            <w:pPr>
              <w:spacing w:after="0" w:line="240" w:lineRule="auto"/>
              <w:rPr>
                <w:noProof/>
                <w:lang w:val="ro-RO"/>
              </w:rPr>
            </w:pPr>
            <w:r w:rsidRPr="002A7B71">
              <w:rPr>
                <w:noProof/>
                <w:sz w:val="13"/>
                <w:lang w:val="ro-RO"/>
              </w:rPr>
              <w:t>Îmbunătățire</w:t>
            </w:r>
          </w:p>
        </w:tc>
        <w:tc>
          <w:tcPr>
            <w:tcW w:w="3175" w:type="dxa"/>
            <w:shd w:val="clear" w:color="auto" w:fill="FFFFFF"/>
            <w:tcMar>
              <w:top w:w="80" w:type="dxa"/>
              <w:left w:w="90" w:type="dxa"/>
              <w:bottom w:w="80" w:type="dxa"/>
              <w:right w:w="90" w:type="dxa"/>
            </w:tcMar>
            <w:vAlign w:val="center"/>
          </w:tcPr>
          <w:p w14:paraId="7B0A3610" w14:textId="77777777" w:rsidR="00146DEE" w:rsidRPr="002A7B71" w:rsidRDefault="00000000">
            <w:pPr>
              <w:spacing w:after="0" w:line="240" w:lineRule="auto"/>
              <w:rPr>
                <w:noProof/>
                <w:lang w:val="ro-RO"/>
              </w:rPr>
            </w:pPr>
            <w:r w:rsidRPr="002A7B71">
              <w:rPr>
                <w:noProof/>
                <w:sz w:val="13"/>
                <w:lang w:val="ro-RO"/>
              </w:rPr>
              <w:t>Neconformitate, acțiune, îmbunătățire</w:t>
            </w:r>
          </w:p>
        </w:tc>
        <w:tc>
          <w:tcPr>
            <w:tcW w:w="1247" w:type="dxa"/>
            <w:shd w:val="clear" w:color="auto" w:fill="FFFFFF"/>
            <w:tcMar>
              <w:top w:w="80" w:type="dxa"/>
              <w:left w:w="90" w:type="dxa"/>
              <w:bottom w:w="80" w:type="dxa"/>
              <w:right w:w="90" w:type="dxa"/>
            </w:tcMar>
            <w:vAlign w:val="center"/>
          </w:tcPr>
          <w:p w14:paraId="51C90237"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2766E24E"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31049A83" w14:textId="77777777" w:rsidR="00146DEE" w:rsidRPr="002A7B71" w:rsidRDefault="00146DEE">
            <w:pPr>
              <w:spacing w:after="0" w:line="240" w:lineRule="auto"/>
              <w:rPr>
                <w:noProof/>
                <w:lang w:val="ro-RO"/>
              </w:rPr>
            </w:pPr>
          </w:p>
        </w:tc>
        <w:tc>
          <w:tcPr>
            <w:tcW w:w="1134" w:type="dxa"/>
            <w:shd w:val="clear" w:color="auto" w:fill="FFFFFF"/>
            <w:tcMar>
              <w:top w:w="80" w:type="dxa"/>
              <w:left w:w="90" w:type="dxa"/>
              <w:bottom w:w="80" w:type="dxa"/>
              <w:right w:w="90" w:type="dxa"/>
            </w:tcMar>
            <w:vAlign w:val="center"/>
          </w:tcPr>
          <w:p w14:paraId="18A854B5" w14:textId="77777777" w:rsidR="00146DEE" w:rsidRPr="002A7B71" w:rsidRDefault="00146DEE">
            <w:pPr>
              <w:spacing w:after="0" w:line="240" w:lineRule="auto"/>
              <w:rPr>
                <w:noProof/>
                <w:lang w:val="ro-RO"/>
              </w:rPr>
            </w:pPr>
          </w:p>
        </w:tc>
      </w:tr>
    </w:tbl>
    <w:p w14:paraId="2F2A2E53" w14:textId="77777777" w:rsidR="00146DEE" w:rsidRPr="002A7B71" w:rsidRDefault="00146DEE">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46957367" w14:textId="77777777">
        <w:trPr>
          <w:cantSplit/>
          <w:jc w:val="center"/>
        </w:trPr>
        <w:tc>
          <w:tcPr>
            <w:tcW w:w="567" w:type="dxa"/>
            <w:shd w:val="clear" w:color="auto" w:fill="D71920"/>
            <w:tcMar>
              <w:top w:w="80" w:type="dxa"/>
              <w:left w:w="90" w:type="dxa"/>
              <w:bottom w:w="80" w:type="dxa"/>
              <w:right w:w="90" w:type="dxa"/>
            </w:tcMar>
            <w:vAlign w:val="center"/>
          </w:tcPr>
          <w:p w14:paraId="003FEBD7" w14:textId="77777777" w:rsidR="00146DEE" w:rsidRPr="002A7B71" w:rsidRDefault="00000000">
            <w:pPr>
              <w:spacing w:after="0" w:line="240" w:lineRule="auto"/>
              <w:jc w:val="center"/>
              <w:rPr>
                <w:noProof/>
                <w:lang w:val="ro-RO"/>
              </w:rPr>
            </w:pPr>
            <w:r w:rsidRPr="002A7B71">
              <w:rPr>
                <w:b/>
                <w:noProof/>
                <w:color w:val="FFFFFF"/>
                <w:sz w:val="32"/>
                <w:lang w:val="ro-RO"/>
              </w:rPr>
              <w:t>i</w:t>
            </w:r>
          </w:p>
        </w:tc>
        <w:tc>
          <w:tcPr>
            <w:tcW w:w="9354" w:type="dxa"/>
            <w:shd w:val="clear" w:color="auto" w:fill="FCEBEC"/>
          </w:tcPr>
          <w:p w14:paraId="2F4747BC" w14:textId="77777777" w:rsidR="00146DEE" w:rsidRPr="002A7B71" w:rsidRDefault="00000000">
            <w:pPr>
              <w:spacing w:after="40"/>
              <w:rPr>
                <w:noProof/>
                <w:lang w:val="ro-RO"/>
              </w:rPr>
            </w:pPr>
            <w:r w:rsidRPr="002A7B71">
              <w:rPr>
                <w:b/>
                <w:noProof/>
                <w:color w:val="D71920"/>
                <w:lang w:val="ro-RO"/>
              </w:rPr>
              <w:t>EFICIENȚĂ FĂRĂ SUPERFICIALITATE</w:t>
            </w:r>
          </w:p>
          <w:p w14:paraId="5C97CCB7" w14:textId="77777777" w:rsidR="00146DEE" w:rsidRPr="002A7B71" w:rsidRDefault="00000000">
            <w:pPr>
              <w:spacing w:after="0" w:line="252" w:lineRule="auto"/>
              <w:rPr>
                <w:noProof/>
                <w:lang w:val="ro-RO"/>
              </w:rPr>
            </w:pPr>
            <w:r w:rsidRPr="002A7B71">
              <w:rPr>
                <w:noProof/>
                <w:sz w:val="17"/>
                <w:lang w:val="ro-RO"/>
              </w:rPr>
              <w:t>Auditul integrat reduce duplicarea, dar auditorii trebuie să aibă competență pentru fiecare domeniu inclus. Folosiți experți tehnici atunci când echipa nu acoperă toate riscurile și cerințele.</w:t>
            </w:r>
          </w:p>
        </w:tc>
      </w:tr>
    </w:tbl>
    <w:p w14:paraId="6E7917F9" w14:textId="77777777" w:rsidR="00146DEE" w:rsidRPr="002A7B71" w:rsidRDefault="00146DEE">
      <w:pPr>
        <w:spacing w:after="0"/>
        <w:rPr>
          <w:noProof/>
          <w:lang w:val="ro-RO"/>
        </w:rPr>
      </w:pPr>
    </w:p>
    <w:p w14:paraId="36999854" w14:textId="77777777" w:rsidR="00146DEE" w:rsidRPr="002A7B71" w:rsidRDefault="00000000">
      <w:pPr>
        <w:pStyle w:val="Heading2"/>
        <w:rPr>
          <w:noProof/>
          <w:lang w:val="ro-RO"/>
        </w:rPr>
      </w:pPr>
      <w:r w:rsidRPr="002A7B71">
        <w:rPr>
          <w:noProof/>
          <w:lang w:val="ro-RO"/>
        </w:rPr>
        <w:t>Auditarea conducerii</w:t>
      </w:r>
    </w:p>
    <w:p w14:paraId="3D75A582" w14:textId="77777777" w:rsidR="00146DEE" w:rsidRPr="002A7B71" w:rsidRDefault="00000000">
      <w:pPr>
        <w:pStyle w:val="ListBullet"/>
        <w:spacing w:after="40"/>
        <w:ind w:left="283" w:hanging="170"/>
        <w:rPr>
          <w:noProof/>
          <w:lang w:val="ro-RO"/>
        </w:rPr>
      </w:pPr>
      <w:r w:rsidRPr="002A7B71">
        <w:rPr>
          <w:noProof/>
          <w:lang w:val="ro-RO"/>
        </w:rPr>
        <w:t>Cum sunt integrate cerințele sistemului în procesele de business, deciziile strategice și alocarea resurselor?</w:t>
      </w:r>
    </w:p>
    <w:p w14:paraId="655B41A5" w14:textId="77777777" w:rsidR="00146DEE" w:rsidRPr="002A7B71" w:rsidRDefault="00000000">
      <w:pPr>
        <w:pStyle w:val="ListBullet"/>
        <w:spacing w:after="40"/>
        <w:ind w:left="283" w:hanging="170"/>
        <w:rPr>
          <w:noProof/>
          <w:lang w:val="ro-RO"/>
        </w:rPr>
      </w:pPr>
      <w:r w:rsidRPr="002A7B71">
        <w:rPr>
          <w:noProof/>
          <w:lang w:val="ro-RO"/>
        </w:rPr>
        <w:t>Ce rezultate și riscuri urmărește conducerea și cum intervine când performanța se abate?</w:t>
      </w:r>
    </w:p>
    <w:p w14:paraId="78F2337A" w14:textId="77777777" w:rsidR="00146DEE" w:rsidRPr="002A7B71" w:rsidRDefault="00000000">
      <w:pPr>
        <w:pStyle w:val="ListBullet"/>
        <w:spacing w:after="40"/>
        <w:ind w:left="283" w:hanging="170"/>
        <w:rPr>
          <w:noProof/>
          <w:lang w:val="ro-RO"/>
        </w:rPr>
      </w:pPr>
      <w:r w:rsidRPr="002A7B71">
        <w:rPr>
          <w:noProof/>
          <w:lang w:val="ro-RO"/>
        </w:rPr>
        <w:t>Cum sunt utilizate informațiile din audituri, incidente, reclamații și analiza de management pentru schimbări și oportunități?</w:t>
      </w:r>
    </w:p>
    <w:p w14:paraId="7EADB5AB" w14:textId="77777777" w:rsidR="00146DEE" w:rsidRPr="002A7B71" w:rsidRDefault="00000000">
      <w:pPr>
        <w:rPr>
          <w:noProof/>
          <w:lang w:val="ro-RO"/>
        </w:rPr>
      </w:pPr>
      <w:r w:rsidRPr="002A7B71">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4496713D" w14:textId="77777777">
        <w:trPr>
          <w:cantSplit/>
          <w:jc w:val="center"/>
        </w:trPr>
        <w:tc>
          <w:tcPr>
            <w:tcW w:w="1020" w:type="dxa"/>
            <w:shd w:val="clear" w:color="auto" w:fill="D71920"/>
            <w:tcMar>
              <w:top w:w="80" w:type="dxa"/>
              <w:left w:w="90" w:type="dxa"/>
              <w:bottom w:w="80" w:type="dxa"/>
              <w:right w:w="90" w:type="dxa"/>
            </w:tcMar>
            <w:vAlign w:val="center"/>
          </w:tcPr>
          <w:p w14:paraId="691F661E" w14:textId="77777777" w:rsidR="00146DEE" w:rsidRPr="002A7B71" w:rsidRDefault="00000000">
            <w:pPr>
              <w:spacing w:after="0" w:line="240" w:lineRule="auto"/>
              <w:jc w:val="center"/>
              <w:rPr>
                <w:noProof/>
                <w:lang w:val="ro-RO"/>
              </w:rPr>
            </w:pPr>
            <w:r w:rsidRPr="002A7B71">
              <w:rPr>
                <w:b/>
                <w:noProof/>
                <w:color w:val="FFFFFF"/>
                <w:sz w:val="34"/>
                <w:lang w:val="ro-RO"/>
              </w:rPr>
              <w:lastRenderedPageBreak/>
              <w:t>11</w:t>
            </w:r>
          </w:p>
        </w:tc>
        <w:tc>
          <w:tcPr>
            <w:tcW w:w="8901" w:type="dxa"/>
            <w:shd w:val="clear" w:color="auto" w:fill="F3F4F5"/>
          </w:tcPr>
          <w:p w14:paraId="749D769F" w14:textId="77777777" w:rsidR="00146DEE" w:rsidRPr="002A7B71" w:rsidRDefault="00000000">
            <w:pPr>
              <w:spacing w:after="20"/>
              <w:rPr>
                <w:noProof/>
                <w:lang w:val="ro-RO"/>
              </w:rPr>
            </w:pPr>
            <w:r w:rsidRPr="002A7B71">
              <w:rPr>
                <w:b/>
                <w:noProof/>
                <w:sz w:val="28"/>
                <w:lang w:val="ro-RO"/>
              </w:rPr>
              <w:t>Exemplu complet - audit de proces</w:t>
            </w:r>
          </w:p>
          <w:p w14:paraId="57DC96EA" w14:textId="77777777" w:rsidR="00146DEE" w:rsidRPr="002A7B71" w:rsidRDefault="00000000">
            <w:pPr>
              <w:keepNext/>
              <w:spacing w:after="0"/>
              <w:rPr>
                <w:noProof/>
                <w:lang w:val="ro-RO"/>
              </w:rPr>
            </w:pPr>
            <w:r w:rsidRPr="002A7B71">
              <w:rPr>
                <w:noProof/>
                <w:color w:val="666666"/>
                <w:sz w:val="17"/>
                <w:lang w:val="ro-RO"/>
              </w:rPr>
              <w:t>De la obiectiv la concluzie, fără a depinde de o anumită industrie</w:t>
            </w:r>
          </w:p>
        </w:tc>
      </w:tr>
    </w:tbl>
    <w:p w14:paraId="5A831005" w14:textId="77777777" w:rsidR="00146DEE" w:rsidRPr="002A7B71" w:rsidRDefault="00146DEE">
      <w:pPr>
        <w:keepNext/>
        <w:spacing w:after="0"/>
        <w:rPr>
          <w:noProof/>
          <w:lang w:val="ro-RO"/>
        </w:rPr>
      </w:pPr>
    </w:p>
    <w:p w14:paraId="710A6801" w14:textId="77777777" w:rsidR="00146DEE" w:rsidRPr="002A7B71" w:rsidRDefault="00000000">
      <w:pPr>
        <w:pStyle w:val="Heading2"/>
        <w:rPr>
          <w:noProof/>
          <w:lang w:val="ro-RO"/>
        </w:rPr>
      </w:pPr>
      <w:r w:rsidRPr="002A7B71">
        <w:rPr>
          <w:noProof/>
          <w:lang w:val="ro-RO"/>
        </w:rPr>
        <w:t>Scenariu</w:t>
      </w:r>
    </w:p>
    <w:p w14:paraId="3744E68D" w14:textId="77777777" w:rsidR="00146DEE" w:rsidRPr="002A7B71" w:rsidRDefault="00000000">
      <w:pPr>
        <w:rPr>
          <w:noProof/>
          <w:lang w:val="ro-RO"/>
        </w:rPr>
      </w:pPr>
      <w:r w:rsidRPr="002A7B71">
        <w:rPr>
          <w:noProof/>
          <w:lang w:val="ro-RO"/>
        </w:rPr>
        <w:t>Organizația auditează procesul de gestionare a comenzilor și livrărilor după o creștere a reclamațiilor privind termenele. Auditul este relevant pentru ISO 9001, dar metoda este valabilă și pentru alte procese și standarde.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38"/>
        <w:gridCol w:w="7483"/>
      </w:tblGrid>
      <w:tr w:rsidR="00146DEE" w:rsidRPr="002A7B71" w14:paraId="5184A6BC" w14:textId="77777777">
        <w:trPr>
          <w:tblHeader/>
          <w:jc w:val="center"/>
        </w:trPr>
        <w:tc>
          <w:tcPr>
            <w:tcW w:w="2438" w:type="dxa"/>
            <w:shd w:val="clear" w:color="auto" w:fill="D71920"/>
            <w:tcMar>
              <w:top w:w="80" w:type="dxa"/>
              <w:left w:w="90" w:type="dxa"/>
              <w:bottom w:w="80" w:type="dxa"/>
              <w:right w:w="90" w:type="dxa"/>
            </w:tcMar>
            <w:vAlign w:val="center"/>
          </w:tcPr>
          <w:p w14:paraId="694D702F" w14:textId="77777777" w:rsidR="00146DEE" w:rsidRPr="002A7B71" w:rsidRDefault="00000000">
            <w:pPr>
              <w:spacing w:after="0" w:line="240" w:lineRule="auto"/>
              <w:jc w:val="center"/>
              <w:rPr>
                <w:noProof/>
                <w:lang w:val="ro-RO"/>
              </w:rPr>
            </w:pPr>
            <w:r w:rsidRPr="002A7B71">
              <w:rPr>
                <w:b/>
                <w:noProof/>
                <w:color w:val="FFFFFF"/>
                <w:sz w:val="16"/>
                <w:lang w:val="ro-RO"/>
              </w:rPr>
              <w:t>ELEMENT</w:t>
            </w:r>
          </w:p>
        </w:tc>
        <w:tc>
          <w:tcPr>
            <w:tcW w:w="7483" w:type="dxa"/>
            <w:shd w:val="clear" w:color="auto" w:fill="D71920"/>
            <w:tcMar>
              <w:top w:w="80" w:type="dxa"/>
              <w:left w:w="90" w:type="dxa"/>
              <w:bottom w:w="80" w:type="dxa"/>
              <w:right w:w="90" w:type="dxa"/>
            </w:tcMar>
            <w:vAlign w:val="center"/>
          </w:tcPr>
          <w:p w14:paraId="5AD5A76B" w14:textId="77777777" w:rsidR="00146DEE" w:rsidRPr="002A7B71" w:rsidRDefault="00000000">
            <w:pPr>
              <w:spacing w:after="0" w:line="240" w:lineRule="auto"/>
              <w:jc w:val="center"/>
              <w:rPr>
                <w:noProof/>
                <w:lang w:val="ro-RO"/>
              </w:rPr>
            </w:pPr>
            <w:r w:rsidRPr="002A7B71">
              <w:rPr>
                <w:b/>
                <w:noProof/>
                <w:color w:val="FFFFFF"/>
                <w:sz w:val="16"/>
                <w:lang w:val="ro-RO"/>
              </w:rPr>
              <w:t>EXEMPLU</w:t>
            </w:r>
          </w:p>
        </w:tc>
      </w:tr>
      <w:tr w:rsidR="00146DEE" w:rsidRPr="002A7B71" w14:paraId="1F0CD3E2" w14:textId="77777777">
        <w:trPr>
          <w:cantSplit/>
          <w:jc w:val="center"/>
        </w:trPr>
        <w:tc>
          <w:tcPr>
            <w:tcW w:w="2438" w:type="dxa"/>
            <w:shd w:val="clear" w:color="auto" w:fill="FFFFFF"/>
            <w:tcMar>
              <w:top w:w="80" w:type="dxa"/>
              <w:left w:w="90" w:type="dxa"/>
              <w:bottom w:w="80" w:type="dxa"/>
              <w:right w:w="90" w:type="dxa"/>
            </w:tcMar>
            <w:vAlign w:val="center"/>
          </w:tcPr>
          <w:p w14:paraId="68FD6598" w14:textId="77777777" w:rsidR="00146DEE" w:rsidRPr="002A7B71" w:rsidRDefault="00000000">
            <w:pPr>
              <w:spacing w:after="0" w:line="240" w:lineRule="auto"/>
              <w:rPr>
                <w:noProof/>
                <w:lang w:val="ro-RO"/>
              </w:rPr>
            </w:pPr>
            <w:r w:rsidRPr="002A7B71">
              <w:rPr>
                <w:noProof/>
                <w:sz w:val="16"/>
                <w:lang w:val="ro-RO"/>
              </w:rPr>
              <w:t>Obiectiv</w:t>
            </w:r>
          </w:p>
        </w:tc>
        <w:tc>
          <w:tcPr>
            <w:tcW w:w="7483" w:type="dxa"/>
            <w:shd w:val="clear" w:color="auto" w:fill="FFFFFF"/>
            <w:tcMar>
              <w:top w:w="80" w:type="dxa"/>
              <w:left w:w="90" w:type="dxa"/>
              <w:bottom w:w="80" w:type="dxa"/>
              <w:right w:w="90" w:type="dxa"/>
            </w:tcMar>
            <w:vAlign w:val="center"/>
          </w:tcPr>
          <w:p w14:paraId="5C2F5641" w14:textId="77777777" w:rsidR="00146DEE" w:rsidRPr="002A7B71" w:rsidRDefault="00000000">
            <w:pPr>
              <w:spacing w:after="0" w:line="240" w:lineRule="auto"/>
              <w:rPr>
                <w:noProof/>
                <w:lang w:val="ro-RO"/>
              </w:rPr>
            </w:pPr>
            <w:r w:rsidRPr="002A7B71">
              <w:rPr>
                <w:noProof/>
                <w:sz w:val="16"/>
                <w:lang w:val="ro-RO"/>
              </w:rPr>
              <w:t>Evaluarea controlului cerințelor, planificării, comunicării și monitorizării livrărilor, precum și eficacitatea acțiunilor adoptate.</w:t>
            </w:r>
          </w:p>
        </w:tc>
      </w:tr>
      <w:tr w:rsidR="00146DEE" w:rsidRPr="002A7B71" w14:paraId="1189729C" w14:textId="77777777">
        <w:trPr>
          <w:cantSplit/>
          <w:jc w:val="center"/>
        </w:trPr>
        <w:tc>
          <w:tcPr>
            <w:tcW w:w="2438" w:type="dxa"/>
            <w:shd w:val="clear" w:color="auto" w:fill="FAFAFA"/>
            <w:tcMar>
              <w:top w:w="80" w:type="dxa"/>
              <w:left w:w="90" w:type="dxa"/>
              <w:bottom w:w="80" w:type="dxa"/>
              <w:right w:w="90" w:type="dxa"/>
            </w:tcMar>
            <w:vAlign w:val="center"/>
          </w:tcPr>
          <w:p w14:paraId="4A293787" w14:textId="77777777" w:rsidR="00146DEE" w:rsidRPr="002A7B71" w:rsidRDefault="00000000">
            <w:pPr>
              <w:spacing w:after="0" w:line="240" w:lineRule="auto"/>
              <w:rPr>
                <w:noProof/>
                <w:lang w:val="ro-RO"/>
              </w:rPr>
            </w:pPr>
            <w:r w:rsidRPr="002A7B71">
              <w:rPr>
                <w:noProof/>
                <w:sz w:val="16"/>
                <w:lang w:val="ro-RO"/>
              </w:rPr>
              <w:t>Domeniu</w:t>
            </w:r>
          </w:p>
        </w:tc>
        <w:tc>
          <w:tcPr>
            <w:tcW w:w="7483" w:type="dxa"/>
            <w:shd w:val="clear" w:color="auto" w:fill="FAFAFA"/>
            <w:tcMar>
              <w:top w:w="80" w:type="dxa"/>
              <w:left w:w="90" w:type="dxa"/>
              <w:bottom w:w="80" w:type="dxa"/>
              <w:right w:w="90" w:type="dxa"/>
            </w:tcMar>
            <w:vAlign w:val="center"/>
          </w:tcPr>
          <w:p w14:paraId="2A441940" w14:textId="77777777" w:rsidR="00146DEE" w:rsidRPr="002A7B71" w:rsidRDefault="00000000">
            <w:pPr>
              <w:spacing w:after="0" w:line="240" w:lineRule="auto"/>
              <w:rPr>
                <w:noProof/>
                <w:lang w:val="ro-RO"/>
              </w:rPr>
            </w:pPr>
            <w:r w:rsidRPr="002A7B71">
              <w:rPr>
                <w:noProof/>
                <w:sz w:val="16"/>
                <w:lang w:val="ro-RO"/>
              </w:rPr>
              <w:t>Comenzi primite și livrate în ultimele trei luni; vânzări, planificare, achiziții, operațiuni și logistică.</w:t>
            </w:r>
          </w:p>
        </w:tc>
      </w:tr>
      <w:tr w:rsidR="00146DEE" w:rsidRPr="002A7B71" w14:paraId="5E125D54" w14:textId="77777777">
        <w:trPr>
          <w:cantSplit/>
          <w:jc w:val="center"/>
        </w:trPr>
        <w:tc>
          <w:tcPr>
            <w:tcW w:w="2438" w:type="dxa"/>
            <w:shd w:val="clear" w:color="auto" w:fill="FFFFFF"/>
            <w:tcMar>
              <w:top w:w="80" w:type="dxa"/>
              <w:left w:w="90" w:type="dxa"/>
              <w:bottom w:w="80" w:type="dxa"/>
              <w:right w:w="90" w:type="dxa"/>
            </w:tcMar>
            <w:vAlign w:val="center"/>
          </w:tcPr>
          <w:p w14:paraId="60FE93A6" w14:textId="77777777" w:rsidR="00146DEE" w:rsidRPr="002A7B71" w:rsidRDefault="00000000">
            <w:pPr>
              <w:spacing w:after="0" w:line="240" w:lineRule="auto"/>
              <w:rPr>
                <w:noProof/>
                <w:lang w:val="ro-RO"/>
              </w:rPr>
            </w:pPr>
            <w:r w:rsidRPr="002A7B71">
              <w:rPr>
                <w:noProof/>
                <w:sz w:val="16"/>
                <w:lang w:val="ro-RO"/>
              </w:rPr>
              <w:t>Criterii</w:t>
            </w:r>
          </w:p>
        </w:tc>
        <w:tc>
          <w:tcPr>
            <w:tcW w:w="7483" w:type="dxa"/>
            <w:shd w:val="clear" w:color="auto" w:fill="FFFFFF"/>
            <w:tcMar>
              <w:top w:w="80" w:type="dxa"/>
              <w:left w:w="90" w:type="dxa"/>
              <w:bottom w:w="80" w:type="dxa"/>
              <w:right w:w="90" w:type="dxa"/>
            </w:tcMar>
            <w:vAlign w:val="center"/>
          </w:tcPr>
          <w:p w14:paraId="2173445D" w14:textId="77777777" w:rsidR="00146DEE" w:rsidRPr="002A7B71" w:rsidRDefault="00000000">
            <w:pPr>
              <w:spacing w:after="0" w:line="240" w:lineRule="auto"/>
              <w:rPr>
                <w:noProof/>
                <w:lang w:val="ro-RO"/>
              </w:rPr>
            </w:pPr>
            <w:r w:rsidRPr="002A7B71">
              <w:rPr>
                <w:noProof/>
                <w:sz w:val="16"/>
                <w:lang w:val="ro-RO"/>
              </w:rPr>
              <w:t>Cerințe aplicabile ISO 9001, procedura internă de gestionare a comenzilor, condiții contractuale și ținta de livrare la termen.</w:t>
            </w:r>
          </w:p>
        </w:tc>
      </w:tr>
      <w:tr w:rsidR="00146DEE" w:rsidRPr="002A7B71" w14:paraId="1C13A856" w14:textId="77777777">
        <w:trPr>
          <w:cantSplit/>
          <w:jc w:val="center"/>
        </w:trPr>
        <w:tc>
          <w:tcPr>
            <w:tcW w:w="2438" w:type="dxa"/>
            <w:shd w:val="clear" w:color="auto" w:fill="FAFAFA"/>
            <w:tcMar>
              <w:top w:w="80" w:type="dxa"/>
              <w:left w:w="90" w:type="dxa"/>
              <w:bottom w:w="80" w:type="dxa"/>
              <w:right w:w="90" w:type="dxa"/>
            </w:tcMar>
            <w:vAlign w:val="center"/>
          </w:tcPr>
          <w:p w14:paraId="01934C8A" w14:textId="77777777" w:rsidR="00146DEE" w:rsidRPr="002A7B71" w:rsidRDefault="00000000">
            <w:pPr>
              <w:spacing w:after="0" w:line="240" w:lineRule="auto"/>
              <w:rPr>
                <w:noProof/>
                <w:lang w:val="ro-RO"/>
              </w:rPr>
            </w:pPr>
            <w:r w:rsidRPr="002A7B71">
              <w:rPr>
                <w:noProof/>
                <w:sz w:val="16"/>
                <w:lang w:val="ro-RO"/>
              </w:rPr>
              <w:t>Eșantion</w:t>
            </w:r>
          </w:p>
        </w:tc>
        <w:tc>
          <w:tcPr>
            <w:tcW w:w="7483" w:type="dxa"/>
            <w:shd w:val="clear" w:color="auto" w:fill="FAFAFA"/>
            <w:tcMar>
              <w:top w:w="80" w:type="dxa"/>
              <w:left w:w="90" w:type="dxa"/>
              <w:bottom w:w="80" w:type="dxa"/>
              <w:right w:w="90" w:type="dxa"/>
            </w:tcMar>
            <w:vAlign w:val="center"/>
          </w:tcPr>
          <w:p w14:paraId="0AEC08A0" w14:textId="77777777" w:rsidR="00146DEE" w:rsidRPr="002A7B71" w:rsidRDefault="00000000">
            <w:pPr>
              <w:spacing w:after="0" w:line="240" w:lineRule="auto"/>
              <w:rPr>
                <w:noProof/>
                <w:lang w:val="ro-RO"/>
              </w:rPr>
            </w:pPr>
            <w:r w:rsidRPr="002A7B71">
              <w:rPr>
                <w:noProof/>
                <w:sz w:val="16"/>
                <w:lang w:val="ro-RO"/>
              </w:rPr>
              <w:t>12 comenzi: clienți diferiți, comenzi urgente, două modificări și trei livrări întârziate.</w:t>
            </w:r>
          </w:p>
        </w:tc>
      </w:tr>
      <w:tr w:rsidR="00146DEE" w:rsidRPr="002A7B71" w14:paraId="0D1C488F" w14:textId="77777777">
        <w:trPr>
          <w:cantSplit/>
          <w:jc w:val="center"/>
        </w:trPr>
        <w:tc>
          <w:tcPr>
            <w:tcW w:w="2438" w:type="dxa"/>
            <w:shd w:val="clear" w:color="auto" w:fill="FFFFFF"/>
            <w:tcMar>
              <w:top w:w="80" w:type="dxa"/>
              <w:left w:w="90" w:type="dxa"/>
              <w:bottom w:w="80" w:type="dxa"/>
              <w:right w:w="90" w:type="dxa"/>
            </w:tcMar>
            <w:vAlign w:val="center"/>
          </w:tcPr>
          <w:p w14:paraId="392DB1CA" w14:textId="77777777" w:rsidR="00146DEE" w:rsidRPr="002A7B71" w:rsidRDefault="00000000">
            <w:pPr>
              <w:spacing w:after="0" w:line="240" w:lineRule="auto"/>
              <w:rPr>
                <w:noProof/>
                <w:lang w:val="ro-RO"/>
              </w:rPr>
            </w:pPr>
            <w:r w:rsidRPr="002A7B71">
              <w:rPr>
                <w:noProof/>
                <w:sz w:val="16"/>
                <w:lang w:val="ro-RO"/>
              </w:rPr>
              <w:t>Traseu</w:t>
            </w:r>
          </w:p>
        </w:tc>
        <w:tc>
          <w:tcPr>
            <w:tcW w:w="7483" w:type="dxa"/>
            <w:shd w:val="clear" w:color="auto" w:fill="FFFFFF"/>
            <w:tcMar>
              <w:top w:w="80" w:type="dxa"/>
              <w:left w:w="90" w:type="dxa"/>
              <w:bottom w:w="80" w:type="dxa"/>
              <w:right w:w="90" w:type="dxa"/>
            </w:tcMar>
            <w:vAlign w:val="center"/>
          </w:tcPr>
          <w:p w14:paraId="290A599B" w14:textId="77777777" w:rsidR="00146DEE" w:rsidRPr="002A7B71" w:rsidRDefault="00000000">
            <w:pPr>
              <w:spacing w:after="0" w:line="240" w:lineRule="auto"/>
              <w:rPr>
                <w:noProof/>
                <w:lang w:val="ro-RO"/>
              </w:rPr>
            </w:pPr>
            <w:r w:rsidRPr="002A7B71">
              <w:rPr>
                <w:noProof/>
                <w:sz w:val="16"/>
                <w:lang w:val="ro-RO"/>
              </w:rPr>
              <w:t>Cerere client → ofertă → analiză comandă → planificare → achiziții → realizare → verificare → expediere → feedback.</w:t>
            </w:r>
          </w:p>
        </w:tc>
      </w:tr>
    </w:tbl>
    <w:p w14:paraId="111840BD" w14:textId="77777777" w:rsidR="00146DEE" w:rsidRPr="002A7B71" w:rsidRDefault="00146DEE">
      <w:pPr>
        <w:spacing w:after="20"/>
        <w:rPr>
          <w:noProof/>
          <w:lang w:val="ro-RO"/>
        </w:rPr>
      </w:pPr>
    </w:p>
    <w:p w14:paraId="6A783B45" w14:textId="77777777" w:rsidR="00146DEE" w:rsidRPr="002A7B71" w:rsidRDefault="00000000">
      <w:pPr>
        <w:pStyle w:val="Heading2"/>
        <w:rPr>
          <w:noProof/>
          <w:lang w:val="ro-RO"/>
        </w:rPr>
      </w:pPr>
      <w:r w:rsidRPr="002A7B71">
        <w:rPr>
          <w:noProof/>
          <w:lang w:val="ro-RO"/>
        </w:rPr>
        <w:t>Dovezi și evaluare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329"/>
        <w:gridCol w:w="4592"/>
      </w:tblGrid>
      <w:tr w:rsidR="00146DEE" w:rsidRPr="002A7B71" w14:paraId="75F184E1" w14:textId="77777777">
        <w:trPr>
          <w:tblHeader/>
          <w:jc w:val="center"/>
        </w:trPr>
        <w:tc>
          <w:tcPr>
            <w:tcW w:w="5329" w:type="dxa"/>
            <w:shd w:val="clear" w:color="auto" w:fill="D71920"/>
            <w:tcMar>
              <w:top w:w="80" w:type="dxa"/>
              <w:left w:w="90" w:type="dxa"/>
              <w:bottom w:w="80" w:type="dxa"/>
              <w:right w:w="90" w:type="dxa"/>
            </w:tcMar>
            <w:vAlign w:val="center"/>
          </w:tcPr>
          <w:p w14:paraId="2186B124" w14:textId="77777777" w:rsidR="00146DEE" w:rsidRPr="002A7B71" w:rsidRDefault="00000000">
            <w:pPr>
              <w:spacing w:after="0" w:line="240" w:lineRule="auto"/>
              <w:jc w:val="center"/>
              <w:rPr>
                <w:noProof/>
                <w:lang w:val="ro-RO"/>
              </w:rPr>
            </w:pPr>
            <w:r w:rsidRPr="002A7B71">
              <w:rPr>
                <w:b/>
                <w:noProof/>
                <w:color w:val="FFFFFF"/>
                <w:sz w:val="16"/>
                <w:lang w:val="ro-RO"/>
              </w:rPr>
              <w:t>DOVADĂ</w:t>
            </w:r>
          </w:p>
        </w:tc>
        <w:tc>
          <w:tcPr>
            <w:tcW w:w="4592" w:type="dxa"/>
            <w:shd w:val="clear" w:color="auto" w:fill="D71920"/>
            <w:tcMar>
              <w:top w:w="80" w:type="dxa"/>
              <w:left w:w="90" w:type="dxa"/>
              <w:bottom w:w="80" w:type="dxa"/>
              <w:right w:w="90" w:type="dxa"/>
            </w:tcMar>
            <w:vAlign w:val="center"/>
          </w:tcPr>
          <w:p w14:paraId="47467B35" w14:textId="77777777" w:rsidR="00146DEE" w:rsidRPr="002A7B71" w:rsidRDefault="00000000">
            <w:pPr>
              <w:spacing w:after="0" w:line="240" w:lineRule="auto"/>
              <w:jc w:val="center"/>
              <w:rPr>
                <w:noProof/>
                <w:lang w:val="ro-RO"/>
              </w:rPr>
            </w:pPr>
            <w:r w:rsidRPr="002A7B71">
              <w:rPr>
                <w:b/>
                <w:noProof/>
                <w:color w:val="FFFFFF"/>
                <w:sz w:val="16"/>
                <w:lang w:val="ro-RO"/>
              </w:rPr>
              <w:t>EVALUARE</w:t>
            </w:r>
          </w:p>
        </w:tc>
      </w:tr>
      <w:tr w:rsidR="00146DEE" w:rsidRPr="002A7B71" w14:paraId="68023B02" w14:textId="77777777">
        <w:trPr>
          <w:cantSplit/>
          <w:jc w:val="center"/>
        </w:trPr>
        <w:tc>
          <w:tcPr>
            <w:tcW w:w="5329" w:type="dxa"/>
            <w:shd w:val="clear" w:color="auto" w:fill="FFFFFF"/>
            <w:tcMar>
              <w:top w:w="80" w:type="dxa"/>
              <w:left w:w="90" w:type="dxa"/>
              <w:bottom w:w="80" w:type="dxa"/>
              <w:right w:w="90" w:type="dxa"/>
            </w:tcMar>
            <w:vAlign w:val="center"/>
          </w:tcPr>
          <w:p w14:paraId="4D83A9C4" w14:textId="77777777" w:rsidR="00146DEE" w:rsidRPr="002A7B71" w:rsidRDefault="00000000">
            <w:pPr>
              <w:spacing w:after="0" w:line="240" w:lineRule="auto"/>
              <w:rPr>
                <w:noProof/>
                <w:lang w:val="ro-RO"/>
              </w:rPr>
            </w:pPr>
            <w:r w:rsidRPr="002A7B71">
              <w:rPr>
                <w:noProof/>
                <w:sz w:val="15"/>
                <w:lang w:val="ro-RO"/>
              </w:rPr>
              <w:t>Toate cele 12 comenzi aveau cerințele inițiale identificate și acceptate.</w:t>
            </w:r>
          </w:p>
        </w:tc>
        <w:tc>
          <w:tcPr>
            <w:tcW w:w="4592" w:type="dxa"/>
            <w:shd w:val="clear" w:color="auto" w:fill="FFFFFF"/>
            <w:tcMar>
              <w:top w:w="80" w:type="dxa"/>
              <w:left w:w="90" w:type="dxa"/>
              <w:bottom w:w="80" w:type="dxa"/>
              <w:right w:w="90" w:type="dxa"/>
            </w:tcMar>
            <w:vAlign w:val="center"/>
          </w:tcPr>
          <w:p w14:paraId="4F14B21F" w14:textId="77777777" w:rsidR="00146DEE" w:rsidRPr="002A7B71" w:rsidRDefault="00000000">
            <w:pPr>
              <w:spacing w:after="0" w:line="240" w:lineRule="auto"/>
              <w:rPr>
                <w:noProof/>
                <w:lang w:val="ro-RO"/>
              </w:rPr>
            </w:pPr>
            <w:r w:rsidRPr="002A7B71">
              <w:rPr>
                <w:noProof/>
                <w:sz w:val="15"/>
                <w:lang w:val="ro-RO"/>
              </w:rPr>
              <w:t>Conformitate pentru analiza inițială a cerințelor.</w:t>
            </w:r>
          </w:p>
        </w:tc>
      </w:tr>
      <w:tr w:rsidR="00146DEE" w:rsidRPr="002A7B71" w14:paraId="3B013992" w14:textId="77777777">
        <w:trPr>
          <w:cantSplit/>
          <w:jc w:val="center"/>
        </w:trPr>
        <w:tc>
          <w:tcPr>
            <w:tcW w:w="5329" w:type="dxa"/>
            <w:shd w:val="clear" w:color="auto" w:fill="FAFAFA"/>
            <w:tcMar>
              <w:top w:w="80" w:type="dxa"/>
              <w:left w:w="90" w:type="dxa"/>
              <w:bottom w:w="80" w:type="dxa"/>
              <w:right w:w="90" w:type="dxa"/>
            </w:tcMar>
            <w:vAlign w:val="center"/>
          </w:tcPr>
          <w:p w14:paraId="389E9D36" w14:textId="77777777" w:rsidR="00146DEE" w:rsidRPr="002A7B71" w:rsidRDefault="00000000">
            <w:pPr>
              <w:spacing w:after="0" w:line="240" w:lineRule="auto"/>
              <w:rPr>
                <w:noProof/>
                <w:lang w:val="ro-RO"/>
              </w:rPr>
            </w:pPr>
            <w:r w:rsidRPr="002A7B71">
              <w:rPr>
                <w:noProof/>
                <w:sz w:val="15"/>
                <w:lang w:val="ro-RO"/>
              </w:rPr>
              <w:t>În 2 comenzi modificate telefonic, noul termen nu a fost actualizat în sistem și nu a fost comunicat planificării.</w:t>
            </w:r>
          </w:p>
        </w:tc>
        <w:tc>
          <w:tcPr>
            <w:tcW w:w="4592" w:type="dxa"/>
            <w:shd w:val="clear" w:color="auto" w:fill="FAFAFA"/>
            <w:tcMar>
              <w:top w:w="80" w:type="dxa"/>
              <w:left w:w="90" w:type="dxa"/>
              <w:bottom w:w="80" w:type="dxa"/>
              <w:right w:w="90" w:type="dxa"/>
            </w:tcMar>
            <w:vAlign w:val="center"/>
          </w:tcPr>
          <w:p w14:paraId="3801E028" w14:textId="77777777" w:rsidR="00146DEE" w:rsidRPr="002A7B71" w:rsidRDefault="00000000">
            <w:pPr>
              <w:spacing w:after="0" w:line="240" w:lineRule="auto"/>
              <w:rPr>
                <w:noProof/>
                <w:lang w:val="ro-RO"/>
              </w:rPr>
            </w:pPr>
            <w:r w:rsidRPr="002A7B71">
              <w:rPr>
                <w:noProof/>
                <w:sz w:val="15"/>
                <w:lang w:val="ro-RO"/>
              </w:rPr>
              <w:t>Posibilă neconformitate; se verifică criteriul intern privind modificările.</w:t>
            </w:r>
          </w:p>
        </w:tc>
      </w:tr>
      <w:tr w:rsidR="00146DEE" w:rsidRPr="002A7B71" w14:paraId="104F90B4" w14:textId="77777777">
        <w:trPr>
          <w:cantSplit/>
          <w:jc w:val="center"/>
        </w:trPr>
        <w:tc>
          <w:tcPr>
            <w:tcW w:w="5329" w:type="dxa"/>
            <w:shd w:val="clear" w:color="auto" w:fill="FFFFFF"/>
            <w:tcMar>
              <w:top w:w="80" w:type="dxa"/>
              <w:left w:w="90" w:type="dxa"/>
              <w:bottom w:w="80" w:type="dxa"/>
              <w:right w:w="90" w:type="dxa"/>
            </w:tcMar>
            <w:vAlign w:val="center"/>
          </w:tcPr>
          <w:p w14:paraId="390A641D" w14:textId="77777777" w:rsidR="00146DEE" w:rsidRPr="002A7B71" w:rsidRDefault="00000000">
            <w:pPr>
              <w:spacing w:after="0" w:line="240" w:lineRule="auto"/>
              <w:rPr>
                <w:noProof/>
                <w:lang w:val="ro-RO"/>
              </w:rPr>
            </w:pPr>
            <w:r w:rsidRPr="002A7B71">
              <w:rPr>
                <w:noProof/>
                <w:sz w:val="15"/>
                <w:lang w:val="ro-RO"/>
              </w:rPr>
              <w:t>Indicatorul de livrare la termen a scăzut de la 94% la 82%, dar analiza lunară a folosit doar media și nu cauzele întârzierilor.</w:t>
            </w:r>
          </w:p>
        </w:tc>
        <w:tc>
          <w:tcPr>
            <w:tcW w:w="4592" w:type="dxa"/>
            <w:shd w:val="clear" w:color="auto" w:fill="FFFFFF"/>
            <w:tcMar>
              <w:top w:w="80" w:type="dxa"/>
              <w:left w:w="90" w:type="dxa"/>
              <w:bottom w:w="80" w:type="dxa"/>
              <w:right w:w="90" w:type="dxa"/>
            </w:tcMar>
            <w:vAlign w:val="center"/>
          </w:tcPr>
          <w:p w14:paraId="5EAF90B6" w14:textId="77777777" w:rsidR="00146DEE" w:rsidRPr="002A7B71" w:rsidRDefault="00000000">
            <w:pPr>
              <w:spacing w:after="0" w:line="240" w:lineRule="auto"/>
              <w:rPr>
                <w:noProof/>
                <w:lang w:val="ro-RO"/>
              </w:rPr>
            </w:pPr>
            <w:r w:rsidRPr="002A7B71">
              <w:rPr>
                <w:noProof/>
                <w:sz w:val="15"/>
                <w:lang w:val="ro-RO"/>
              </w:rPr>
              <w:t>Oportunitate de aprofundare a analizei; poate susține neconformitate numai dacă există criteriu neîndeplinit.</w:t>
            </w:r>
          </w:p>
        </w:tc>
      </w:tr>
      <w:tr w:rsidR="00146DEE" w:rsidRPr="002A7B71" w14:paraId="1B65BBFF" w14:textId="77777777">
        <w:trPr>
          <w:cantSplit/>
          <w:jc w:val="center"/>
        </w:trPr>
        <w:tc>
          <w:tcPr>
            <w:tcW w:w="5329" w:type="dxa"/>
            <w:shd w:val="clear" w:color="auto" w:fill="FAFAFA"/>
            <w:tcMar>
              <w:top w:w="80" w:type="dxa"/>
              <w:left w:w="90" w:type="dxa"/>
              <w:bottom w:w="80" w:type="dxa"/>
              <w:right w:w="90" w:type="dxa"/>
            </w:tcMar>
            <w:vAlign w:val="center"/>
          </w:tcPr>
          <w:p w14:paraId="576F0329" w14:textId="77777777" w:rsidR="00146DEE" w:rsidRPr="002A7B71" w:rsidRDefault="00000000">
            <w:pPr>
              <w:spacing w:after="0" w:line="240" w:lineRule="auto"/>
              <w:rPr>
                <w:noProof/>
                <w:lang w:val="ro-RO"/>
              </w:rPr>
            </w:pPr>
            <w:r w:rsidRPr="002A7B71">
              <w:rPr>
                <w:noProof/>
                <w:sz w:val="15"/>
                <w:lang w:val="ro-RO"/>
              </w:rPr>
              <w:t>Acțiunea anterioară „atenționarea personalului” nu avea cauză verificată și problema s-a repetat.</w:t>
            </w:r>
          </w:p>
        </w:tc>
        <w:tc>
          <w:tcPr>
            <w:tcW w:w="4592" w:type="dxa"/>
            <w:shd w:val="clear" w:color="auto" w:fill="FAFAFA"/>
            <w:tcMar>
              <w:top w:w="80" w:type="dxa"/>
              <w:left w:w="90" w:type="dxa"/>
              <w:bottom w:w="80" w:type="dxa"/>
              <w:right w:w="90" w:type="dxa"/>
            </w:tcMar>
            <w:vAlign w:val="center"/>
          </w:tcPr>
          <w:p w14:paraId="58D91775" w14:textId="77777777" w:rsidR="00146DEE" w:rsidRPr="002A7B71" w:rsidRDefault="00000000">
            <w:pPr>
              <w:spacing w:after="0" w:line="240" w:lineRule="auto"/>
              <w:rPr>
                <w:noProof/>
                <w:lang w:val="ro-RO"/>
              </w:rPr>
            </w:pPr>
            <w:r w:rsidRPr="002A7B71">
              <w:rPr>
                <w:noProof/>
                <w:sz w:val="15"/>
                <w:lang w:val="ro-RO"/>
              </w:rPr>
              <w:t>Dovadă privind eficacitatea insuficientă a acțiunii corective.</w:t>
            </w:r>
          </w:p>
        </w:tc>
      </w:tr>
    </w:tbl>
    <w:p w14:paraId="28E9ECF8" w14:textId="77777777" w:rsidR="00146DEE" w:rsidRPr="002A7B71" w:rsidRDefault="00146DEE">
      <w:pPr>
        <w:spacing w:after="20"/>
        <w:rPr>
          <w:noProof/>
          <w:lang w:val="ro-RO"/>
        </w:rPr>
      </w:pPr>
    </w:p>
    <w:p w14:paraId="3134BCF0" w14:textId="77777777" w:rsidR="00146DEE" w:rsidRPr="002A7B71" w:rsidRDefault="00000000">
      <w:pPr>
        <w:pStyle w:val="Heading2"/>
        <w:rPr>
          <w:noProof/>
          <w:lang w:val="ro-RO"/>
        </w:rPr>
      </w:pPr>
      <w:r w:rsidRPr="002A7B71">
        <w:rPr>
          <w:noProof/>
          <w:lang w:val="ro-RO"/>
        </w:rPr>
        <w:t>Exemplu de neconformitate</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146DEE" w:rsidRPr="002A7B71" w14:paraId="59DC830F" w14:textId="77777777">
        <w:trPr>
          <w:cantSplit/>
          <w:jc w:val="center"/>
        </w:trPr>
        <w:tc>
          <w:tcPr>
            <w:tcW w:w="567" w:type="dxa"/>
            <w:shd w:val="clear" w:color="auto" w:fill="D71920"/>
            <w:tcMar>
              <w:top w:w="80" w:type="dxa"/>
              <w:left w:w="90" w:type="dxa"/>
              <w:bottom w:w="80" w:type="dxa"/>
              <w:right w:w="90" w:type="dxa"/>
            </w:tcMar>
            <w:vAlign w:val="center"/>
          </w:tcPr>
          <w:p w14:paraId="4F410AAB" w14:textId="77777777" w:rsidR="00146DEE" w:rsidRPr="002A7B71" w:rsidRDefault="00000000">
            <w:pPr>
              <w:spacing w:after="0" w:line="240" w:lineRule="auto"/>
              <w:jc w:val="center"/>
              <w:rPr>
                <w:noProof/>
                <w:lang w:val="ro-RO"/>
              </w:rPr>
            </w:pPr>
            <w:r w:rsidRPr="002A7B71">
              <w:rPr>
                <w:b/>
                <w:noProof/>
                <w:color w:val="FFFFFF"/>
                <w:sz w:val="32"/>
                <w:lang w:val="ro-RO"/>
              </w:rPr>
              <w:t>!</w:t>
            </w:r>
          </w:p>
        </w:tc>
        <w:tc>
          <w:tcPr>
            <w:tcW w:w="9354" w:type="dxa"/>
            <w:shd w:val="clear" w:color="auto" w:fill="FCEBEC"/>
          </w:tcPr>
          <w:p w14:paraId="0D4326E7" w14:textId="77777777" w:rsidR="00146DEE" w:rsidRPr="002A7B71" w:rsidRDefault="00000000">
            <w:pPr>
              <w:spacing w:after="40"/>
              <w:rPr>
                <w:noProof/>
                <w:lang w:val="ro-RO"/>
              </w:rPr>
            </w:pPr>
            <w:r w:rsidRPr="002A7B71">
              <w:rPr>
                <w:b/>
                <w:noProof/>
                <w:color w:val="D71920"/>
                <w:lang w:val="ro-RO"/>
              </w:rPr>
              <w:t>FORMULARE</w:t>
            </w:r>
          </w:p>
          <w:p w14:paraId="64382B28" w14:textId="77777777" w:rsidR="00146DEE" w:rsidRPr="002A7B71" w:rsidRDefault="00000000">
            <w:pPr>
              <w:spacing w:after="0" w:line="252" w:lineRule="auto"/>
              <w:rPr>
                <w:noProof/>
                <w:lang w:val="ro-RO"/>
              </w:rPr>
            </w:pPr>
            <w:r w:rsidRPr="002A7B71">
              <w:rPr>
                <w:noProof/>
                <w:sz w:val="17"/>
                <w:lang w:val="ro-RO"/>
              </w:rPr>
              <w:t>Procedura COM-01, revizia 4, cere înregistrarea și comunicarea modificărilor cerințelor către funcțiile afectate. Pentru 2 dintre cele 2 comenzi modificate din eșantion (C-1842 și C-1907), termenul agreat cu clientul nu a fost actualizat în sistem și planificarea a continuat pe baza termenului inițial. Prin urmare, modificările cerințelor nu au fost controlate conform regulii interne.</w:t>
            </w:r>
          </w:p>
        </w:tc>
      </w:tr>
    </w:tbl>
    <w:p w14:paraId="7B9CB501" w14:textId="77777777" w:rsidR="00146DEE" w:rsidRPr="002A7B71" w:rsidRDefault="00146DEE">
      <w:pPr>
        <w:spacing w:after="0"/>
        <w:rPr>
          <w:noProof/>
          <w:lang w:val="ro-RO"/>
        </w:rPr>
      </w:pPr>
    </w:p>
    <w:p w14:paraId="45D8F068" w14:textId="77777777" w:rsidR="00146DEE" w:rsidRPr="002A7B71" w:rsidRDefault="00000000">
      <w:pPr>
        <w:pStyle w:val="Heading2"/>
        <w:rPr>
          <w:noProof/>
          <w:lang w:val="ro-RO"/>
        </w:rPr>
      </w:pPr>
      <w:r w:rsidRPr="002A7B71">
        <w:rPr>
          <w:noProof/>
          <w:lang w:val="ro-RO"/>
        </w:rPr>
        <w:t>Concluzie de audit</w:t>
      </w:r>
    </w:p>
    <w:p w14:paraId="2E8BA82A" w14:textId="77777777" w:rsidR="00146DEE" w:rsidRPr="002A7B71" w:rsidRDefault="00000000">
      <w:pPr>
        <w:rPr>
          <w:noProof/>
          <w:lang w:val="ro-RO"/>
        </w:rPr>
      </w:pPr>
      <w:r w:rsidRPr="002A7B71">
        <w:rPr>
          <w:noProof/>
          <w:lang w:val="ro-RO"/>
        </w:rPr>
        <w:t>Procesul este implementat pentru analiza inițială a comenzilor, însă controlul modificărilor și evaluarea eficacității acțiunilor necesită corecție. Deficiența poate contribui la întârzieri și la comunicări nealiniate între funcții. Auditul și-a atins obiectivul pentru eșantionul și perioada definite.</w:t>
      </w:r>
    </w:p>
    <w:p w14:paraId="3EBF19B1" w14:textId="77777777" w:rsidR="00146DEE" w:rsidRPr="002A7B71" w:rsidRDefault="00000000">
      <w:pPr>
        <w:pStyle w:val="Heading2"/>
        <w:rPr>
          <w:noProof/>
          <w:lang w:val="ro-RO"/>
        </w:rPr>
      </w:pPr>
      <w:r w:rsidRPr="002A7B71">
        <w:rPr>
          <w:noProof/>
          <w:lang w:val="ro-RO"/>
        </w:rPr>
        <w:t>Exemplu de urmărire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7540"/>
      </w:tblGrid>
      <w:tr w:rsidR="00146DEE" w:rsidRPr="002A7B71" w14:paraId="6C8A8092" w14:textId="77777777">
        <w:trPr>
          <w:tblHeader/>
          <w:jc w:val="center"/>
        </w:trPr>
        <w:tc>
          <w:tcPr>
            <w:tcW w:w="2381" w:type="dxa"/>
            <w:shd w:val="clear" w:color="auto" w:fill="D71920"/>
            <w:tcMar>
              <w:top w:w="80" w:type="dxa"/>
              <w:left w:w="90" w:type="dxa"/>
              <w:bottom w:w="80" w:type="dxa"/>
              <w:right w:w="90" w:type="dxa"/>
            </w:tcMar>
            <w:vAlign w:val="center"/>
          </w:tcPr>
          <w:p w14:paraId="44496B40" w14:textId="77777777" w:rsidR="00146DEE" w:rsidRPr="002A7B71" w:rsidRDefault="00000000">
            <w:pPr>
              <w:spacing w:after="0" w:line="240" w:lineRule="auto"/>
              <w:jc w:val="center"/>
              <w:rPr>
                <w:noProof/>
                <w:lang w:val="ro-RO"/>
              </w:rPr>
            </w:pPr>
            <w:r w:rsidRPr="002A7B71">
              <w:rPr>
                <w:b/>
                <w:noProof/>
                <w:color w:val="FFFFFF"/>
                <w:sz w:val="16"/>
                <w:lang w:val="ro-RO"/>
              </w:rPr>
              <w:t>ETAPĂ</w:t>
            </w:r>
          </w:p>
        </w:tc>
        <w:tc>
          <w:tcPr>
            <w:tcW w:w="7540" w:type="dxa"/>
            <w:shd w:val="clear" w:color="auto" w:fill="D71920"/>
            <w:tcMar>
              <w:top w:w="80" w:type="dxa"/>
              <w:left w:w="90" w:type="dxa"/>
              <w:bottom w:w="80" w:type="dxa"/>
              <w:right w:w="90" w:type="dxa"/>
            </w:tcMar>
            <w:vAlign w:val="center"/>
          </w:tcPr>
          <w:p w14:paraId="4FA448D2" w14:textId="77777777" w:rsidR="00146DEE" w:rsidRPr="002A7B71" w:rsidRDefault="00000000">
            <w:pPr>
              <w:spacing w:after="0" w:line="240" w:lineRule="auto"/>
              <w:jc w:val="center"/>
              <w:rPr>
                <w:noProof/>
                <w:lang w:val="ro-RO"/>
              </w:rPr>
            </w:pPr>
            <w:r w:rsidRPr="002A7B71">
              <w:rPr>
                <w:b/>
                <w:noProof/>
                <w:color w:val="FFFFFF"/>
                <w:sz w:val="16"/>
                <w:lang w:val="ro-RO"/>
              </w:rPr>
              <w:t>EXEMPLU DE RĂSPUNS ADECVAT</w:t>
            </w:r>
          </w:p>
        </w:tc>
      </w:tr>
      <w:tr w:rsidR="00146DEE" w:rsidRPr="002A7B71" w14:paraId="752157AE" w14:textId="77777777">
        <w:trPr>
          <w:cantSplit/>
          <w:jc w:val="center"/>
        </w:trPr>
        <w:tc>
          <w:tcPr>
            <w:tcW w:w="2381" w:type="dxa"/>
            <w:shd w:val="clear" w:color="auto" w:fill="FFFFFF"/>
            <w:tcMar>
              <w:top w:w="80" w:type="dxa"/>
              <w:left w:w="90" w:type="dxa"/>
              <w:bottom w:w="80" w:type="dxa"/>
              <w:right w:w="90" w:type="dxa"/>
            </w:tcMar>
            <w:vAlign w:val="center"/>
          </w:tcPr>
          <w:p w14:paraId="18734A8A" w14:textId="77777777" w:rsidR="00146DEE" w:rsidRPr="002A7B71" w:rsidRDefault="00000000">
            <w:pPr>
              <w:spacing w:after="0" w:line="240" w:lineRule="auto"/>
              <w:rPr>
                <w:noProof/>
                <w:lang w:val="ro-RO"/>
              </w:rPr>
            </w:pPr>
            <w:r w:rsidRPr="002A7B71">
              <w:rPr>
                <w:noProof/>
                <w:sz w:val="16"/>
                <w:lang w:val="ro-RO"/>
              </w:rPr>
              <w:t>Corecție</w:t>
            </w:r>
          </w:p>
        </w:tc>
        <w:tc>
          <w:tcPr>
            <w:tcW w:w="7540" w:type="dxa"/>
            <w:shd w:val="clear" w:color="auto" w:fill="FFFFFF"/>
            <w:tcMar>
              <w:top w:w="80" w:type="dxa"/>
              <w:left w:w="90" w:type="dxa"/>
              <w:bottom w:w="80" w:type="dxa"/>
              <w:right w:w="90" w:type="dxa"/>
            </w:tcMar>
            <w:vAlign w:val="center"/>
          </w:tcPr>
          <w:p w14:paraId="19FF6062" w14:textId="77777777" w:rsidR="00146DEE" w:rsidRPr="002A7B71" w:rsidRDefault="00000000">
            <w:pPr>
              <w:spacing w:after="0" w:line="240" w:lineRule="auto"/>
              <w:rPr>
                <w:noProof/>
                <w:lang w:val="ro-RO"/>
              </w:rPr>
            </w:pPr>
            <w:r w:rsidRPr="002A7B71">
              <w:rPr>
                <w:noProof/>
                <w:sz w:val="16"/>
                <w:lang w:val="ro-RO"/>
              </w:rPr>
              <w:t>Actualizarea celor două comenzi și informarea clientului și planificării.</w:t>
            </w:r>
          </w:p>
        </w:tc>
      </w:tr>
      <w:tr w:rsidR="00146DEE" w:rsidRPr="002A7B71" w14:paraId="60B4329F" w14:textId="77777777">
        <w:trPr>
          <w:cantSplit/>
          <w:jc w:val="center"/>
        </w:trPr>
        <w:tc>
          <w:tcPr>
            <w:tcW w:w="2381" w:type="dxa"/>
            <w:shd w:val="clear" w:color="auto" w:fill="FAFAFA"/>
            <w:tcMar>
              <w:top w:w="80" w:type="dxa"/>
              <w:left w:w="90" w:type="dxa"/>
              <w:bottom w:w="80" w:type="dxa"/>
              <w:right w:w="90" w:type="dxa"/>
            </w:tcMar>
            <w:vAlign w:val="center"/>
          </w:tcPr>
          <w:p w14:paraId="1B2DA460" w14:textId="77777777" w:rsidR="00146DEE" w:rsidRPr="002A7B71" w:rsidRDefault="00000000">
            <w:pPr>
              <w:spacing w:after="0" w:line="240" w:lineRule="auto"/>
              <w:rPr>
                <w:noProof/>
                <w:lang w:val="ro-RO"/>
              </w:rPr>
            </w:pPr>
            <w:r w:rsidRPr="002A7B71">
              <w:rPr>
                <w:noProof/>
                <w:sz w:val="16"/>
                <w:lang w:val="ro-RO"/>
              </w:rPr>
              <w:t>Cauză</w:t>
            </w:r>
          </w:p>
        </w:tc>
        <w:tc>
          <w:tcPr>
            <w:tcW w:w="7540" w:type="dxa"/>
            <w:shd w:val="clear" w:color="auto" w:fill="FAFAFA"/>
            <w:tcMar>
              <w:top w:w="80" w:type="dxa"/>
              <w:left w:w="90" w:type="dxa"/>
              <w:bottom w:w="80" w:type="dxa"/>
              <w:right w:w="90" w:type="dxa"/>
            </w:tcMar>
            <w:vAlign w:val="center"/>
          </w:tcPr>
          <w:p w14:paraId="4107BB96" w14:textId="77777777" w:rsidR="00146DEE" w:rsidRPr="002A7B71" w:rsidRDefault="00000000">
            <w:pPr>
              <w:spacing w:after="0" w:line="240" w:lineRule="auto"/>
              <w:rPr>
                <w:noProof/>
                <w:lang w:val="ro-RO"/>
              </w:rPr>
            </w:pPr>
            <w:r w:rsidRPr="002A7B71">
              <w:rPr>
                <w:noProof/>
                <w:sz w:val="16"/>
                <w:lang w:val="ro-RO"/>
              </w:rPr>
              <w:t>Canalul telefonic nu declanșa fluxul de modificare, iar responsabilitățile pentru actualizare nu erau clare.</w:t>
            </w:r>
          </w:p>
        </w:tc>
      </w:tr>
      <w:tr w:rsidR="00146DEE" w:rsidRPr="002A7B71" w14:paraId="29E21732" w14:textId="77777777">
        <w:trPr>
          <w:cantSplit/>
          <w:jc w:val="center"/>
        </w:trPr>
        <w:tc>
          <w:tcPr>
            <w:tcW w:w="2381" w:type="dxa"/>
            <w:shd w:val="clear" w:color="auto" w:fill="FFFFFF"/>
            <w:tcMar>
              <w:top w:w="80" w:type="dxa"/>
              <w:left w:w="90" w:type="dxa"/>
              <w:bottom w:w="80" w:type="dxa"/>
              <w:right w:w="90" w:type="dxa"/>
            </w:tcMar>
            <w:vAlign w:val="center"/>
          </w:tcPr>
          <w:p w14:paraId="7C06E263" w14:textId="77777777" w:rsidR="00146DEE" w:rsidRPr="002A7B71" w:rsidRDefault="00000000">
            <w:pPr>
              <w:spacing w:after="0" w:line="240" w:lineRule="auto"/>
              <w:rPr>
                <w:noProof/>
                <w:lang w:val="ro-RO"/>
              </w:rPr>
            </w:pPr>
            <w:r w:rsidRPr="002A7B71">
              <w:rPr>
                <w:noProof/>
                <w:sz w:val="16"/>
                <w:lang w:val="ro-RO"/>
              </w:rPr>
              <w:t>Extindere</w:t>
            </w:r>
          </w:p>
        </w:tc>
        <w:tc>
          <w:tcPr>
            <w:tcW w:w="7540" w:type="dxa"/>
            <w:shd w:val="clear" w:color="auto" w:fill="FFFFFF"/>
            <w:tcMar>
              <w:top w:w="80" w:type="dxa"/>
              <w:left w:w="90" w:type="dxa"/>
              <w:bottom w:w="80" w:type="dxa"/>
              <w:right w:w="90" w:type="dxa"/>
            </w:tcMar>
            <w:vAlign w:val="center"/>
          </w:tcPr>
          <w:p w14:paraId="2F27EDFF" w14:textId="77777777" w:rsidR="00146DEE" w:rsidRPr="002A7B71" w:rsidRDefault="00000000">
            <w:pPr>
              <w:spacing w:after="0" w:line="240" w:lineRule="auto"/>
              <w:rPr>
                <w:noProof/>
                <w:lang w:val="ro-RO"/>
              </w:rPr>
            </w:pPr>
            <w:r w:rsidRPr="002A7B71">
              <w:rPr>
                <w:noProof/>
                <w:sz w:val="16"/>
                <w:lang w:val="ro-RO"/>
              </w:rPr>
              <w:t>Verificarea tuturor comenzilor modificate în ultimele trei luni.</w:t>
            </w:r>
          </w:p>
        </w:tc>
      </w:tr>
      <w:tr w:rsidR="00146DEE" w:rsidRPr="002A7B71" w14:paraId="1AD0E983" w14:textId="77777777">
        <w:trPr>
          <w:cantSplit/>
          <w:jc w:val="center"/>
        </w:trPr>
        <w:tc>
          <w:tcPr>
            <w:tcW w:w="2381" w:type="dxa"/>
            <w:shd w:val="clear" w:color="auto" w:fill="FAFAFA"/>
            <w:tcMar>
              <w:top w:w="80" w:type="dxa"/>
              <w:left w:w="90" w:type="dxa"/>
              <w:bottom w:w="80" w:type="dxa"/>
              <w:right w:w="90" w:type="dxa"/>
            </w:tcMar>
            <w:vAlign w:val="center"/>
          </w:tcPr>
          <w:p w14:paraId="61A09E8C" w14:textId="77777777" w:rsidR="00146DEE" w:rsidRPr="002A7B71" w:rsidRDefault="00000000">
            <w:pPr>
              <w:spacing w:after="0" w:line="240" w:lineRule="auto"/>
              <w:rPr>
                <w:noProof/>
                <w:lang w:val="ro-RO"/>
              </w:rPr>
            </w:pPr>
            <w:r w:rsidRPr="002A7B71">
              <w:rPr>
                <w:noProof/>
                <w:sz w:val="16"/>
                <w:lang w:val="ro-RO"/>
              </w:rPr>
              <w:t>Acțiune</w:t>
            </w:r>
          </w:p>
        </w:tc>
        <w:tc>
          <w:tcPr>
            <w:tcW w:w="7540" w:type="dxa"/>
            <w:shd w:val="clear" w:color="auto" w:fill="FAFAFA"/>
            <w:tcMar>
              <w:top w:w="80" w:type="dxa"/>
              <w:left w:w="90" w:type="dxa"/>
              <w:bottom w:w="80" w:type="dxa"/>
              <w:right w:w="90" w:type="dxa"/>
            </w:tcMar>
            <w:vAlign w:val="center"/>
          </w:tcPr>
          <w:p w14:paraId="69EF4257" w14:textId="77777777" w:rsidR="00146DEE" w:rsidRPr="002A7B71" w:rsidRDefault="00000000">
            <w:pPr>
              <w:spacing w:after="0" w:line="240" w:lineRule="auto"/>
              <w:rPr>
                <w:noProof/>
                <w:lang w:val="ro-RO"/>
              </w:rPr>
            </w:pPr>
            <w:r w:rsidRPr="002A7B71">
              <w:rPr>
                <w:noProof/>
                <w:sz w:val="16"/>
                <w:lang w:val="ro-RO"/>
              </w:rPr>
              <w:t>Flux unic în sistem, responsabil desemnat, notificare automată și instruire pe scenarii.</w:t>
            </w:r>
          </w:p>
        </w:tc>
      </w:tr>
      <w:tr w:rsidR="00146DEE" w:rsidRPr="002A7B71" w14:paraId="79370F78" w14:textId="77777777">
        <w:trPr>
          <w:cantSplit/>
          <w:jc w:val="center"/>
        </w:trPr>
        <w:tc>
          <w:tcPr>
            <w:tcW w:w="2381" w:type="dxa"/>
            <w:shd w:val="clear" w:color="auto" w:fill="FFFFFF"/>
            <w:tcMar>
              <w:top w:w="80" w:type="dxa"/>
              <w:left w:w="90" w:type="dxa"/>
              <w:bottom w:w="80" w:type="dxa"/>
              <w:right w:w="90" w:type="dxa"/>
            </w:tcMar>
            <w:vAlign w:val="center"/>
          </w:tcPr>
          <w:p w14:paraId="5B9AFB43" w14:textId="77777777" w:rsidR="00146DEE" w:rsidRPr="002A7B71" w:rsidRDefault="00000000">
            <w:pPr>
              <w:spacing w:after="0" w:line="240" w:lineRule="auto"/>
              <w:rPr>
                <w:noProof/>
                <w:lang w:val="ro-RO"/>
              </w:rPr>
            </w:pPr>
            <w:r w:rsidRPr="002A7B71">
              <w:rPr>
                <w:noProof/>
                <w:sz w:val="16"/>
                <w:lang w:val="ro-RO"/>
              </w:rPr>
              <w:t>Eficacitate</w:t>
            </w:r>
          </w:p>
        </w:tc>
        <w:tc>
          <w:tcPr>
            <w:tcW w:w="7540" w:type="dxa"/>
            <w:shd w:val="clear" w:color="auto" w:fill="FFFFFF"/>
            <w:tcMar>
              <w:top w:w="80" w:type="dxa"/>
              <w:left w:w="90" w:type="dxa"/>
              <w:bottom w:w="80" w:type="dxa"/>
              <w:right w:w="90" w:type="dxa"/>
            </w:tcMar>
            <w:vAlign w:val="center"/>
          </w:tcPr>
          <w:p w14:paraId="63A62DC7" w14:textId="77777777" w:rsidR="00146DEE" w:rsidRPr="002A7B71" w:rsidRDefault="00000000">
            <w:pPr>
              <w:spacing w:after="0" w:line="240" w:lineRule="auto"/>
              <w:rPr>
                <w:noProof/>
                <w:lang w:val="ro-RO"/>
              </w:rPr>
            </w:pPr>
            <w:r w:rsidRPr="002A7B71">
              <w:rPr>
                <w:noProof/>
                <w:sz w:val="16"/>
                <w:lang w:val="ro-RO"/>
              </w:rPr>
              <w:t>Eșantion de comenzi modificate după 60 de zile; 100% actualizate și fără întârzieri cauzate de versiuni nealiniate.</w:t>
            </w:r>
          </w:p>
        </w:tc>
      </w:tr>
    </w:tbl>
    <w:p w14:paraId="5059692D" w14:textId="77777777" w:rsidR="00146DEE" w:rsidRPr="002A7B71" w:rsidRDefault="00146DEE">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146DEE" w:rsidRPr="002A7B71" w14:paraId="234CBE92" w14:textId="77777777">
        <w:trPr>
          <w:cantSplit/>
          <w:jc w:val="center"/>
        </w:trPr>
        <w:tc>
          <w:tcPr>
            <w:tcW w:w="1020" w:type="dxa"/>
            <w:shd w:val="clear" w:color="auto" w:fill="D71920"/>
            <w:tcMar>
              <w:top w:w="80" w:type="dxa"/>
              <w:left w:w="90" w:type="dxa"/>
              <w:bottom w:w="80" w:type="dxa"/>
              <w:right w:w="90" w:type="dxa"/>
            </w:tcMar>
            <w:vAlign w:val="center"/>
          </w:tcPr>
          <w:p w14:paraId="1124C37C" w14:textId="77777777" w:rsidR="00146DEE" w:rsidRPr="002A7B71" w:rsidRDefault="00000000">
            <w:pPr>
              <w:spacing w:after="0" w:line="240" w:lineRule="auto"/>
              <w:jc w:val="center"/>
              <w:rPr>
                <w:noProof/>
                <w:lang w:val="ro-RO"/>
              </w:rPr>
            </w:pPr>
            <w:r w:rsidRPr="002A7B71">
              <w:rPr>
                <w:b/>
                <w:noProof/>
                <w:color w:val="FFFFFF"/>
                <w:sz w:val="34"/>
                <w:lang w:val="ro-RO"/>
              </w:rPr>
              <w:lastRenderedPageBreak/>
              <w:t>12</w:t>
            </w:r>
          </w:p>
        </w:tc>
        <w:tc>
          <w:tcPr>
            <w:tcW w:w="8901" w:type="dxa"/>
            <w:shd w:val="clear" w:color="auto" w:fill="F3F4F5"/>
          </w:tcPr>
          <w:p w14:paraId="4A6C213F" w14:textId="77777777" w:rsidR="00146DEE" w:rsidRPr="002A7B71" w:rsidRDefault="00000000">
            <w:pPr>
              <w:spacing w:after="20"/>
              <w:rPr>
                <w:noProof/>
                <w:lang w:val="ro-RO"/>
              </w:rPr>
            </w:pPr>
            <w:r w:rsidRPr="002A7B71">
              <w:rPr>
                <w:b/>
                <w:noProof/>
                <w:sz w:val="28"/>
                <w:lang w:val="ro-RO"/>
              </w:rPr>
              <w:t>Instrumente rapide</w:t>
            </w:r>
          </w:p>
          <w:p w14:paraId="31444661" w14:textId="77777777" w:rsidR="00146DEE" w:rsidRPr="002A7B71" w:rsidRDefault="00000000">
            <w:pPr>
              <w:keepNext/>
              <w:spacing w:after="0"/>
              <w:rPr>
                <w:noProof/>
                <w:lang w:val="ro-RO"/>
              </w:rPr>
            </w:pPr>
            <w:r w:rsidRPr="002A7B71">
              <w:rPr>
                <w:noProof/>
                <w:color w:val="666666"/>
                <w:sz w:val="17"/>
                <w:lang w:val="ro-RO"/>
              </w:rPr>
              <w:t>Formulare scurte pentru aplicare imediată și controlul calității auditului</w:t>
            </w:r>
          </w:p>
        </w:tc>
      </w:tr>
    </w:tbl>
    <w:p w14:paraId="5237BDE1" w14:textId="77777777" w:rsidR="00146DEE" w:rsidRPr="002A7B71" w:rsidRDefault="00146DEE">
      <w:pPr>
        <w:keepNext/>
        <w:spacing w:after="0"/>
        <w:rPr>
          <w:noProof/>
          <w:lang w:val="ro-RO"/>
        </w:rPr>
      </w:pPr>
    </w:p>
    <w:p w14:paraId="3F7C4E95" w14:textId="77777777" w:rsidR="00146DEE" w:rsidRPr="002A7B71" w:rsidRDefault="00000000">
      <w:pPr>
        <w:pStyle w:val="Heading2"/>
        <w:rPr>
          <w:noProof/>
          <w:lang w:val="ro-RO"/>
        </w:rPr>
      </w:pPr>
      <w:r w:rsidRPr="002A7B71">
        <w:rPr>
          <w:noProof/>
          <w:lang w:val="ro-RO"/>
        </w:rPr>
        <w:t>Autoevaluarea calității auditului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293"/>
        <w:gridCol w:w="1134"/>
        <w:gridCol w:w="2494"/>
      </w:tblGrid>
      <w:tr w:rsidR="00146DEE" w:rsidRPr="002A7B71" w14:paraId="56924D0C" w14:textId="77777777">
        <w:trPr>
          <w:tblHeader/>
          <w:jc w:val="center"/>
        </w:trPr>
        <w:tc>
          <w:tcPr>
            <w:tcW w:w="6293" w:type="dxa"/>
            <w:shd w:val="clear" w:color="auto" w:fill="D71920"/>
            <w:tcMar>
              <w:top w:w="80" w:type="dxa"/>
              <w:left w:w="90" w:type="dxa"/>
              <w:bottom w:w="80" w:type="dxa"/>
              <w:right w:w="90" w:type="dxa"/>
            </w:tcMar>
            <w:vAlign w:val="center"/>
          </w:tcPr>
          <w:p w14:paraId="1EDF8EE9" w14:textId="77777777" w:rsidR="00146DEE" w:rsidRPr="002A7B71" w:rsidRDefault="00000000">
            <w:pPr>
              <w:spacing w:after="0" w:line="240" w:lineRule="auto"/>
              <w:jc w:val="center"/>
              <w:rPr>
                <w:noProof/>
                <w:lang w:val="ro-RO"/>
              </w:rPr>
            </w:pPr>
            <w:r w:rsidRPr="002A7B71">
              <w:rPr>
                <w:b/>
                <w:noProof/>
                <w:color w:val="FFFFFF"/>
                <w:sz w:val="16"/>
                <w:lang w:val="ro-RO"/>
              </w:rPr>
              <w:t>ÎNTREBARE</w:t>
            </w:r>
          </w:p>
        </w:tc>
        <w:tc>
          <w:tcPr>
            <w:tcW w:w="1134" w:type="dxa"/>
            <w:shd w:val="clear" w:color="auto" w:fill="D71920"/>
            <w:tcMar>
              <w:top w:w="80" w:type="dxa"/>
              <w:left w:w="90" w:type="dxa"/>
              <w:bottom w:w="80" w:type="dxa"/>
              <w:right w:w="90" w:type="dxa"/>
            </w:tcMar>
            <w:vAlign w:val="center"/>
          </w:tcPr>
          <w:p w14:paraId="017A3FE3" w14:textId="77777777" w:rsidR="00146DEE" w:rsidRPr="002A7B71" w:rsidRDefault="00000000">
            <w:pPr>
              <w:spacing w:after="0" w:line="240" w:lineRule="auto"/>
              <w:jc w:val="center"/>
              <w:rPr>
                <w:noProof/>
                <w:lang w:val="ro-RO"/>
              </w:rPr>
            </w:pPr>
            <w:r w:rsidRPr="002A7B71">
              <w:rPr>
                <w:b/>
                <w:noProof/>
                <w:color w:val="FFFFFF"/>
                <w:sz w:val="16"/>
                <w:lang w:val="ro-RO"/>
              </w:rPr>
              <w:t>DA / NU</w:t>
            </w:r>
          </w:p>
        </w:tc>
        <w:tc>
          <w:tcPr>
            <w:tcW w:w="2494" w:type="dxa"/>
            <w:shd w:val="clear" w:color="auto" w:fill="D71920"/>
            <w:tcMar>
              <w:top w:w="80" w:type="dxa"/>
              <w:left w:w="90" w:type="dxa"/>
              <w:bottom w:w="80" w:type="dxa"/>
              <w:right w:w="90" w:type="dxa"/>
            </w:tcMar>
            <w:vAlign w:val="center"/>
          </w:tcPr>
          <w:p w14:paraId="49F1A6A1" w14:textId="77777777" w:rsidR="00146DEE" w:rsidRPr="002A7B71" w:rsidRDefault="00000000">
            <w:pPr>
              <w:spacing w:after="0" w:line="240" w:lineRule="auto"/>
              <w:jc w:val="center"/>
              <w:rPr>
                <w:noProof/>
                <w:lang w:val="ro-RO"/>
              </w:rPr>
            </w:pPr>
            <w:r w:rsidRPr="002A7B71">
              <w:rPr>
                <w:b/>
                <w:noProof/>
                <w:color w:val="FFFFFF"/>
                <w:sz w:val="16"/>
                <w:lang w:val="ro-RO"/>
              </w:rPr>
              <w:t>ACȚIUNE</w:t>
            </w:r>
          </w:p>
        </w:tc>
      </w:tr>
      <w:tr w:rsidR="00146DEE" w:rsidRPr="002A7B71" w14:paraId="578C168B" w14:textId="77777777">
        <w:trPr>
          <w:cantSplit/>
          <w:jc w:val="center"/>
        </w:trPr>
        <w:tc>
          <w:tcPr>
            <w:tcW w:w="6293" w:type="dxa"/>
            <w:shd w:val="clear" w:color="auto" w:fill="FFFFFF"/>
            <w:tcMar>
              <w:top w:w="80" w:type="dxa"/>
              <w:left w:w="90" w:type="dxa"/>
              <w:bottom w:w="80" w:type="dxa"/>
              <w:right w:w="90" w:type="dxa"/>
            </w:tcMar>
            <w:vAlign w:val="center"/>
          </w:tcPr>
          <w:p w14:paraId="45A2B381" w14:textId="77777777" w:rsidR="00146DEE" w:rsidRPr="002A7B71" w:rsidRDefault="00000000">
            <w:pPr>
              <w:spacing w:after="0" w:line="240" w:lineRule="auto"/>
              <w:rPr>
                <w:noProof/>
                <w:lang w:val="ro-RO"/>
              </w:rPr>
            </w:pPr>
            <w:r w:rsidRPr="002A7B71">
              <w:rPr>
                <w:noProof/>
                <w:sz w:val="15"/>
                <w:lang w:val="ro-RO"/>
              </w:rPr>
              <w:t>Auditul a avut un obiectiv clar și a abordat riscurile prioritare?</w:t>
            </w:r>
          </w:p>
        </w:tc>
        <w:tc>
          <w:tcPr>
            <w:tcW w:w="1134" w:type="dxa"/>
            <w:shd w:val="clear" w:color="auto" w:fill="FFFFFF"/>
            <w:tcMar>
              <w:top w:w="80" w:type="dxa"/>
              <w:left w:w="90" w:type="dxa"/>
              <w:bottom w:w="80" w:type="dxa"/>
              <w:right w:w="90" w:type="dxa"/>
            </w:tcMar>
            <w:vAlign w:val="center"/>
          </w:tcPr>
          <w:p w14:paraId="0DCD3628"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14A34B4A" w14:textId="77777777" w:rsidR="00146DEE" w:rsidRPr="002A7B71" w:rsidRDefault="00146DEE">
            <w:pPr>
              <w:spacing w:after="0" w:line="240" w:lineRule="auto"/>
              <w:rPr>
                <w:noProof/>
                <w:lang w:val="ro-RO"/>
              </w:rPr>
            </w:pPr>
          </w:p>
        </w:tc>
      </w:tr>
      <w:tr w:rsidR="00146DEE" w:rsidRPr="002A7B71" w14:paraId="798007BF" w14:textId="77777777">
        <w:trPr>
          <w:cantSplit/>
          <w:jc w:val="center"/>
        </w:trPr>
        <w:tc>
          <w:tcPr>
            <w:tcW w:w="6293" w:type="dxa"/>
            <w:shd w:val="clear" w:color="auto" w:fill="FAFAFA"/>
            <w:tcMar>
              <w:top w:w="80" w:type="dxa"/>
              <w:left w:w="90" w:type="dxa"/>
              <w:bottom w:w="80" w:type="dxa"/>
              <w:right w:w="90" w:type="dxa"/>
            </w:tcMar>
            <w:vAlign w:val="center"/>
          </w:tcPr>
          <w:p w14:paraId="3449C955" w14:textId="77777777" w:rsidR="00146DEE" w:rsidRPr="002A7B71" w:rsidRDefault="00000000">
            <w:pPr>
              <w:spacing w:after="0" w:line="240" w:lineRule="auto"/>
              <w:rPr>
                <w:noProof/>
                <w:lang w:val="ro-RO"/>
              </w:rPr>
            </w:pPr>
            <w:r w:rsidRPr="002A7B71">
              <w:rPr>
                <w:noProof/>
                <w:sz w:val="15"/>
                <w:lang w:val="ro-RO"/>
              </w:rPr>
              <w:t>Eșantionul a fost suficient și reprezentativ pentru concluzia formulată?</w:t>
            </w:r>
          </w:p>
        </w:tc>
        <w:tc>
          <w:tcPr>
            <w:tcW w:w="1134" w:type="dxa"/>
            <w:shd w:val="clear" w:color="auto" w:fill="FAFAFA"/>
            <w:tcMar>
              <w:top w:w="80" w:type="dxa"/>
              <w:left w:w="90" w:type="dxa"/>
              <w:bottom w:w="80" w:type="dxa"/>
              <w:right w:w="90" w:type="dxa"/>
            </w:tcMar>
            <w:vAlign w:val="center"/>
          </w:tcPr>
          <w:p w14:paraId="0DBD9EDE"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AFAFA"/>
            <w:tcMar>
              <w:top w:w="80" w:type="dxa"/>
              <w:left w:w="90" w:type="dxa"/>
              <w:bottom w:w="80" w:type="dxa"/>
              <w:right w:w="90" w:type="dxa"/>
            </w:tcMar>
            <w:vAlign w:val="center"/>
          </w:tcPr>
          <w:p w14:paraId="3E846E16" w14:textId="77777777" w:rsidR="00146DEE" w:rsidRPr="002A7B71" w:rsidRDefault="00146DEE">
            <w:pPr>
              <w:spacing w:after="0" w:line="240" w:lineRule="auto"/>
              <w:rPr>
                <w:noProof/>
                <w:lang w:val="ro-RO"/>
              </w:rPr>
            </w:pPr>
          </w:p>
        </w:tc>
      </w:tr>
      <w:tr w:rsidR="00146DEE" w:rsidRPr="002A7B71" w14:paraId="2669177C" w14:textId="77777777">
        <w:trPr>
          <w:cantSplit/>
          <w:jc w:val="center"/>
        </w:trPr>
        <w:tc>
          <w:tcPr>
            <w:tcW w:w="6293" w:type="dxa"/>
            <w:shd w:val="clear" w:color="auto" w:fill="FFFFFF"/>
            <w:tcMar>
              <w:top w:w="80" w:type="dxa"/>
              <w:left w:w="90" w:type="dxa"/>
              <w:bottom w:w="80" w:type="dxa"/>
              <w:right w:w="90" w:type="dxa"/>
            </w:tcMar>
            <w:vAlign w:val="center"/>
          </w:tcPr>
          <w:p w14:paraId="3FB62EB6" w14:textId="77777777" w:rsidR="00146DEE" w:rsidRPr="002A7B71" w:rsidRDefault="00000000">
            <w:pPr>
              <w:spacing w:after="0" w:line="240" w:lineRule="auto"/>
              <w:rPr>
                <w:noProof/>
                <w:lang w:val="ro-RO"/>
              </w:rPr>
            </w:pPr>
            <w:r w:rsidRPr="002A7B71">
              <w:rPr>
                <w:noProof/>
                <w:sz w:val="15"/>
                <w:lang w:val="ro-RO"/>
              </w:rPr>
              <w:t>Fiecare neconformitate conține criteriu și dovadă verificabilă?</w:t>
            </w:r>
          </w:p>
        </w:tc>
        <w:tc>
          <w:tcPr>
            <w:tcW w:w="1134" w:type="dxa"/>
            <w:shd w:val="clear" w:color="auto" w:fill="FFFFFF"/>
            <w:tcMar>
              <w:top w:w="80" w:type="dxa"/>
              <w:left w:w="90" w:type="dxa"/>
              <w:bottom w:w="80" w:type="dxa"/>
              <w:right w:w="90" w:type="dxa"/>
            </w:tcMar>
            <w:vAlign w:val="center"/>
          </w:tcPr>
          <w:p w14:paraId="4B2ACD90"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441CF829" w14:textId="77777777" w:rsidR="00146DEE" w:rsidRPr="002A7B71" w:rsidRDefault="00146DEE">
            <w:pPr>
              <w:spacing w:after="0" w:line="240" w:lineRule="auto"/>
              <w:rPr>
                <w:noProof/>
                <w:lang w:val="ro-RO"/>
              </w:rPr>
            </w:pPr>
          </w:p>
        </w:tc>
      </w:tr>
      <w:tr w:rsidR="00146DEE" w:rsidRPr="002A7B71" w14:paraId="5C0DEBDF" w14:textId="77777777">
        <w:trPr>
          <w:cantSplit/>
          <w:jc w:val="center"/>
        </w:trPr>
        <w:tc>
          <w:tcPr>
            <w:tcW w:w="6293" w:type="dxa"/>
            <w:shd w:val="clear" w:color="auto" w:fill="FAFAFA"/>
            <w:tcMar>
              <w:top w:w="80" w:type="dxa"/>
              <w:left w:w="90" w:type="dxa"/>
              <w:bottom w:w="80" w:type="dxa"/>
              <w:right w:w="90" w:type="dxa"/>
            </w:tcMar>
            <w:vAlign w:val="center"/>
          </w:tcPr>
          <w:p w14:paraId="28B6BAAD" w14:textId="77777777" w:rsidR="00146DEE" w:rsidRPr="002A7B71" w:rsidRDefault="00000000">
            <w:pPr>
              <w:spacing w:after="0" w:line="240" w:lineRule="auto"/>
              <w:rPr>
                <w:noProof/>
                <w:lang w:val="ro-RO"/>
              </w:rPr>
            </w:pPr>
            <w:r w:rsidRPr="002A7B71">
              <w:rPr>
                <w:noProof/>
                <w:sz w:val="15"/>
                <w:lang w:val="ro-RO"/>
              </w:rPr>
              <w:t>Au fost discutate constatările cu auditatul înainte de închidere?</w:t>
            </w:r>
          </w:p>
        </w:tc>
        <w:tc>
          <w:tcPr>
            <w:tcW w:w="1134" w:type="dxa"/>
            <w:shd w:val="clear" w:color="auto" w:fill="FAFAFA"/>
            <w:tcMar>
              <w:top w:w="80" w:type="dxa"/>
              <w:left w:w="90" w:type="dxa"/>
              <w:bottom w:w="80" w:type="dxa"/>
              <w:right w:w="90" w:type="dxa"/>
            </w:tcMar>
            <w:vAlign w:val="center"/>
          </w:tcPr>
          <w:p w14:paraId="05245565"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AFAFA"/>
            <w:tcMar>
              <w:top w:w="80" w:type="dxa"/>
              <w:left w:w="90" w:type="dxa"/>
              <w:bottom w:w="80" w:type="dxa"/>
              <w:right w:w="90" w:type="dxa"/>
            </w:tcMar>
            <w:vAlign w:val="center"/>
          </w:tcPr>
          <w:p w14:paraId="5DECAF4C" w14:textId="77777777" w:rsidR="00146DEE" w:rsidRPr="002A7B71" w:rsidRDefault="00146DEE">
            <w:pPr>
              <w:spacing w:after="0" w:line="240" w:lineRule="auto"/>
              <w:rPr>
                <w:noProof/>
                <w:lang w:val="ro-RO"/>
              </w:rPr>
            </w:pPr>
          </w:p>
        </w:tc>
      </w:tr>
      <w:tr w:rsidR="00146DEE" w:rsidRPr="002A7B71" w14:paraId="604DAAA3" w14:textId="77777777">
        <w:trPr>
          <w:cantSplit/>
          <w:jc w:val="center"/>
        </w:trPr>
        <w:tc>
          <w:tcPr>
            <w:tcW w:w="6293" w:type="dxa"/>
            <w:shd w:val="clear" w:color="auto" w:fill="FFFFFF"/>
            <w:tcMar>
              <w:top w:w="80" w:type="dxa"/>
              <w:left w:w="90" w:type="dxa"/>
              <w:bottom w:w="80" w:type="dxa"/>
              <w:right w:w="90" w:type="dxa"/>
            </w:tcMar>
            <w:vAlign w:val="center"/>
          </w:tcPr>
          <w:p w14:paraId="1D1EAE1E" w14:textId="77777777" w:rsidR="00146DEE" w:rsidRPr="002A7B71" w:rsidRDefault="00000000">
            <w:pPr>
              <w:spacing w:after="0" w:line="240" w:lineRule="auto"/>
              <w:rPr>
                <w:noProof/>
                <w:lang w:val="ro-RO"/>
              </w:rPr>
            </w:pPr>
            <w:r w:rsidRPr="002A7B71">
              <w:rPr>
                <w:noProof/>
                <w:sz w:val="15"/>
                <w:lang w:val="ro-RO"/>
              </w:rPr>
              <w:t>Raportul este clar, concis, factual și emis la timp?</w:t>
            </w:r>
          </w:p>
        </w:tc>
        <w:tc>
          <w:tcPr>
            <w:tcW w:w="1134" w:type="dxa"/>
            <w:shd w:val="clear" w:color="auto" w:fill="FFFFFF"/>
            <w:tcMar>
              <w:top w:w="80" w:type="dxa"/>
              <w:left w:w="90" w:type="dxa"/>
              <w:bottom w:w="80" w:type="dxa"/>
              <w:right w:w="90" w:type="dxa"/>
            </w:tcMar>
            <w:vAlign w:val="center"/>
          </w:tcPr>
          <w:p w14:paraId="3D0A8226"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572FD00F" w14:textId="77777777" w:rsidR="00146DEE" w:rsidRPr="002A7B71" w:rsidRDefault="00146DEE">
            <w:pPr>
              <w:spacing w:after="0" w:line="240" w:lineRule="auto"/>
              <w:rPr>
                <w:noProof/>
                <w:lang w:val="ro-RO"/>
              </w:rPr>
            </w:pPr>
          </w:p>
        </w:tc>
      </w:tr>
      <w:tr w:rsidR="00146DEE" w:rsidRPr="002A7B71" w14:paraId="34676EC1" w14:textId="77777777">
        <w:trPr>
          <w:cantSplit/>
          <w:jc w:val="center"/>
        </w:trPr>
        <w:tc>
          <w:tcPr>
            <w:tcW w:w="6293" w:type="dxa"/>
            <w:shd w:val="clear" w:color="auto" w:fill="FAFAFA"/>
            <w:tcMar>
              <w:top w:w="80" w:type="dxa"/>
              <w:left w:w="90" w:type="dxa"/>
              <w:bottom w:w="80" w:type="dxa"/>
              <w:right w:w="90" w:type="dxa"/>
            </w:tcMar>
            <w:vAlign w:val="center"/>
          </w:tcPr>
          <w:p w14:paraId="1E980B3B" w14:textId="77777777" w:rsidR="00146DEE" w:rsidRPr="002A7B71" w:rsidRDefault="00000000">
            <w:pPr>
              <w:spacing w:after="0" w:line="240" w:lineRule="auto"/>
              <w:rPr>
                <w:noProof/>
                <w:lang w:val="ro-RO"/>
              </w:rPr>
            </w:pPr>
            <w:r w:rsidRPr="002A7B71">
              <w:rPr>
                <w:noProof/>
                <w:sz w:val="15"/>
                <w:lang w:val="ro-RO"/>
              </w:rPr>
              <w:t>Acțiunile sunt urmărite până la verificarea eficacității?</w:t>
            </w:r>
          </w:p>
        </w:tc>
        <w:tc>
          <w:tcPr>
            <w:tcW w:w="1134" w:type="dxa"/>
            <w:shd w:val="clear" w:color="auto" w:fill="FAFAFA"/>
            <w:tcMar>
              <w:top w:w="80" w:type="dxa"/>
              <w:left w:w="90" w:type="dxa"/>
              <w:bottom w:w="80" w:type="dxa"/>
              <w:right w:w="90" w:type="dxa"/>
            </w:tcMar>
            <w:vAlign w:val="center"/>
          </w:tcPr>
          <w:p w14:paraId="49F38C02"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AFAFA"/>
            <w:tcMar>
              <w:top w:w="80" w:type="dxa"/>
              <w:left w:w="90" w:type="dxa"/>
              <w:bottom w:w="80" w:type="dxa"/>
              <w:right w:w="90" w:type="dxa"/>
            </w:tcMar>
            <w:vAlign w:val="center"/>
          </w:tcPr>
          <w:p w14:paraId="1F4EFDB3" w14:textId="77777777" w:rsidR="00146DEE" w:rsidRPr="002A7B71" w:rsidRDefault="00146DEE">
            <w:pPr>
              <w:spacing w:after="0" w:line="240" w:lineRule="auto"/>
              <w:rPr>
                <w:noProof/>
                <w:lang w:val="ro-RO"/>
              </w:rPr>
            </w:pPr>
          </w:p>
        </w:tc>
      </w:tr>
      <w:tr w:rsidR="00146DEE" w:rsidRPr="002A7B71" w14:paraId="0CFDB433" w14:textId="77777777">
        <w:trPr>
          <w:cantSplit/>
          <w:jc w:val="center"/>
        </w:trPr>
        <w:tc>
          <w:tcPr>
            <w:tcW w:w="6293" w:type="dxa"/>
            <w:shd w:val="clear" w:color="auto" w:fill="FFFFFF"/>
            <w:tcMar>
              <w:top w:w="80" w:type="dxa"/>
              <w:left w:w="90" w:type="dxa"/>
              <w:bottom w:w="80" w:type="dxa"/>
              <w:right w:w="90" w:type="dxa"/>
            </w:tcMar>
            <w:vAlign w:val="center"/>
          </w:tcPr>
          <w:p w14:paraId="7F10BAD3" w14:textId="77777777" w:rsidR="00146DEE" w:rsidRPr="002A7B71" w:rsidRDefault="00000000">
            <w:pPr>
              <w:spacing w:after="0" w:line="240" w:lineRule="auto"/>
              <w:rPr>
                <w:noProof/>
                <w:lang w:val="ro-RO"/>
              </w:rPr>
            </w:pPr>
            <w:r w:rsidRPr="002A7B71">
              <w:rPr>
                <w:noProof/>
                <w:sz w:val="15"/>
                <w:lang w:val="ro-RO"/>
              </w:rPr>
              <w:t>Feedbackul și lecțiile auditului sunt folosite pentru îmbunătățirea programului?</w:t>
            </w:r>
          </w:p>
        </w:tc>
        <w:tc>
          <w:tcPr>
            <w:tcW w:w="1134" w:type="dxa"/>
            <w:shd w:val="clear" w:color="auto" w:fill="FFFFFF"/>
            <w:tcMar>
              <w:top w:w="80" w:type="dxa"/>
              <w:left w:w="90" w:type="dxa"/>
              <w:bottom w:w="80" w:type="dxa"/>
              <w:right w:w="90" w:type="dxa"/>
            </w:tcMar>
            <w:vAlign w:val="center"/>
          </w:tcPr>
          <w:p w14:paraId="3FDC3341" w14:textId="77777777" w:rsidR="00146DEE" w:rsidRPr="002A7B71" w:rsidRDefault="00000000">
            <w:pPr>
              <w:spacing w:after="0" w:line="240" w:lineRule="auto"/>
              <w:jc w:val="center"/>
              <w:rPr>
                <w:noProof/>
                <w:lang w:val="ro-RO"/>
              </w:rPr>
            </w:pPr>
            <w:r w:rsidRPr="002A7B71">
              <w:rPr>
                <w:noProof/>
                <w:sz w:val="15"/>
                <w:lang w:val="ro-RO"/>
              </w:rPr>
              <w:t>□ / □</w:t>
            </w:r>
          </w:p>
        </w:tc>
        <w:tc>
          <w:tcPr>
            <w:tcW w:w="2494" w:type="dxa"/>
            <w:shd w:val="clear" w:color="auto" w:fill="FFFFFF"/>
            <w:tcMar>
              <w:top w:w="80" w:type="dxa"/>
              <w:left w:w="90" w:type="dxa"/>
              <w:bottom w:w="80" w:type="dxa"/>
              <w:right w:w="90" w:type="dxa"/>
            </w:tcMar>
            <w:vAlign w:val="center"/>
          </w:tcPr>
          <w:p w14:paraId="7DA70F2A" w14:textId="77777777" w:rsidR="00146DEE" w:rsidRPr="002A7B71" w:rsidRDefault="00146DEE">
            <w:pPr>
              <w:spacing w:after="0" w:line="240" w:lineRule="auto"/>
              <w:rPr>
                <w:noProof/>
                <w:lang w:val="ro-RO"/>
              </w:rPr>
            </w:pPr>
          </w:p>
        </w:tc>
      </w:tr>
    </w:tbl>
    <w:p w14:paraId="7BF6B867" w14:textId="77777777" w:rsidR="00146DEE" w:rsidRPr="002A7B71" w:rsidRDefault="00146DEE">
      <w:pPr>
        <w:spacing w:after="20"/>
        <w:rPr>
          <w:noProof/>
          <w:lang w:val="ro-RO"/>
        </w:rPr>
      </w:pPr>
    </w:p>
    <w:p w14:paraId="430D4A3E" w14:textId="77777777" w:rsidR="00146DEE" w:rsidRPr="002A7B71" w:rsidRDefault="00000000">
      <w:pPr>
        <w:pStyle w:val="Heading2"/>
        <w:rPr>
          <w:noProof/>
          <w:lang w:val="ro-RO"/>
        </w:rPr>
      </w:pPr>
      <w:r w:rsidRPr="002A7B71">
        <w:rPr>
          <w:noProof/>
          <w:lang w:val="ro-RO"/>
        </w:rPr>
        <w:t>Cele 10 reguli ale auditorului intern</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9241"/>
      </w:tblGrid>
      <w:tr w:rsidR="00146DEE" w:rsidRPr="002A7B71" w14:paraId="516CA4BC" w14:textId="77777777">
        <w:trPr>
          <w:tblHeader/>
          <w:jc w:val="center"/>
        </w:trPr>
        <w:tc>
          <w:tcPr>
            <w:tcW w:w="680" w:type="dxa"/>
            <w:shd w:val="clear" w:color="auto" w:fill="D71920"/>
            <w:tcMar>
              <w:top w:w="80" w:type="dxa"/>
              <w:left w:w="90" w:type="dxa"/>
              <w:bottom w:w="80" w:type="dxa"/>
              <w:right w:w="90" w:type="dxa"/>
            </w:tcMar>
            <w:vAlign w:val="center"/>
          </w:tcPr>
          <w:p w14:paraId="6FE60C0E" w14:textId="77777777" w:rsidR="00146DEE" w:rsidRPr="002A7B71" w:rsidRDefault="00000000">
            <w:pPr>
              <w:spacing w:after="0" w:line="240" w:lineRule="auto"/>
              <w:jc w:val="center"/>
              <w:rPr>
                <w:noProof/>
                <w:lang w:val="ro-RO"/>
              </w:rPr>
            </w:pPr>
            <w:r w:rsidRPr="002A7B71">
              <w:rPr>
                <w:b/>
                <w:noProof/>
                <w:color w:val="FFFFFF"/>
                <w:sz w:val="16"/>
                <w:lang w:val="ro-RO"/>
              </w:rPr>
              <w:t>#</w:t>
            </w:r>
          </w:p>
        </w:tc>
        <w:tc>
          <w:tcPr>
            <w:tcW w:w="9241" w:type="dxa"/>
            <w:shd w:val="clear" w:color="auto" w:fill="D71920"/>
            <w:tcMar>
              <w:top w:w="80" w:type="dxa"/>
              <w:left w:w="90" w:type="dxa"/>
              <w:bottom w:w="80" w:type="dxa"/>
              <w:right w:w="90" w:type="dxa"/>
            </w:tcMar>
            <w:vAlign w:val="center"/>
          </w:tcPr>
          <w:p w14:paraId="676965A0" w14:textId="77777777" w:rsidR="00146DEE" w:rsidRPr="002A7B71" w:rsidRDefault="00000000">
            <w:pPr>
              <w:spacing w:after="0" w:line="240" w:lineRule="auto"/>
              <w:jc w:val="center"/>
              <w:rPr>
                <w:noProof/>
                <w:lang w:val="ro-RO"/>
              </w:rPr>
            </w:pPr>
            <w:r w:rsidRPr="002A7B71">
              <w:rPr>
                <w:b/>
                <w:noProof/>
                <w:color w:val="FFFFFF"/>
                <w:sz w:val="16"/>
                <w:lang w:val="ro-RO"/>
              </w:rPr>
              <w:t>REGULĂ</w:t>
            </w:r>
          </w:p>
        </w:tc>
      </w:tr>
      <w:tr w:rsidR="00146DEE" w:rsidRPr="002A7B71" w14:paraId="5726A265" w14:textId="77777777">
        <w:trPr>
          <w:cantSplit/>
          <w:jc w:val="center"/>
        </w:trPr>
        <w:tc>
          <w:tcPr>
            <w:tcW w:w="680" w:type="dxa"/>
            <w:shd w:val="clear" w:color="auto" w:fill="FFFFFF"/>
            <w:tcMar>
              <w:top w:w="80" w:type="dxa"/>
              <w:left w:w="90" w:type="dxa"/>
              <w:bottom w:w="80" w:type="dxa"/>
              <w:right w:w="90" w:type="dxa"/>
            </w:tcMar>
            <w:vAlign w:val="center"/>
          </w:tcPr>
          <w:p w14:paraId="4FF89291" w14:textId="77777777" w:rsidR="00146DEE" w:rsidRPr="002A7B71" w:rsidRDefault="00000000">
            <w:pPr>
              <w:spacing w:after="0" w:line="240" w:lineRule="auto"/>
              <w:jc w:val="center"/>
              <w:rPr>
                <w:noProof/>
                <w:lang w:val="ro-RO"/>
              </w:rPr>
            </w:pPr>
            <w:r w:rsidRPr="002A7B71">
              <w:rPr>
                <w:noProof/>
                <w:sz w:val="16"/>
                <w:lang w:val="ro-RO"/>
              </w:rPr>
              <w:t>1</w:t>
            </w:r>
          </w:p>
        </w:tc>
        <w:tc>
          <w:tcPr>
            <w:tcW w:w="9241" w:type="dxa"/>
            <w:shd w:val="clear" w:color="auto" w:fill="FFFFFF"/>
            <w:tcMar>
              <w:top w:w="80" w:type="dxa"/>
              <w:left w:w="90" w:type="dxa"/>
              <w:bottom w:w="80" w:type="dxa"/>
              <w:right w:w="90" w:type="dxa"/>
            </w:tcMar>
            <w:vAlign w:val="center"/>
          </w:tcPr>
          <w:p w14:paraId="0E1BAF74" w14:textId="77777777" w:rsidR="00146DEE" w:rsidRPr="002A7B71" w:rsidRDefault="00000000">
            <w:pPr>
              <w:spacing w:after="0" w:line="240" w:lineRule="auto"/>
              <w:rPr>
                <w:noProof/>
                <w:lang w:val="ro-RO"/>
              </w:rPr>
            </w:pPr>
            <w:r w:rsidRPr="002A7B71">
              <w:rPr>
                <w:noProof/>
                <w:sz w:val="16"/>
                <w:lang w:val="ro-RO"/>
              </w:rPr>
              <w:t>Înțelegeți procesul înainte de a evalua conformitatea.</w:t>
            </w:r>
          </w:p>
        </w:tc>
      </w:tr>
      <w:tr w:rsidR="00146DEE" w:rsidRPr="002A7B71" w14:paraId="0E25F5DC" w14:textId="77777777">
        <w:trPr>
          <w:cantSplit/>
          <w:jc w:val="center"/>
        </w:trPr>
        <w:tc>
          <w:tcPr>
            <w:tcW w:w="680" w:type="dxa"/>
            <w:shd w:val="clear" w:color="auto" w:fill="FAFAFA"/>
            <w:tcMar>
              <w:top w:w="80" w:type="dxa"/>
              <w:left w:w="90" w:type="dxa"/>
              <w:bottom w:w="80" w:type="dxa"/>
              <w:right w:w="90" w:type="dxa"/>
            </w:tcMar>
            <w:vAlign w:val="center"/>
          </w:tcPr>
          <w:p w14:paraId="0030F1CF" w14:textId="77777777" w:rsidR="00146DEE" w:rsidRPr="002A7B71" w:rsidRDefault="00000000">
            <w:pPr>
              <w:spacing w:after="0" w:line="240" w:lineRule="auto"/>
              <w:jc w:val="center"/>
              <w:rPr>
                <w:noProof/>
                <w:lang w:val="ro-RO"/>
              </w:rPr>
            </w:pPr>
            <w:r w:rsidRPr="002A7B71">
              <w:rPr>
                <w:noProof/>
                <w:sz w:val="16"/>
                <w:lang w:val="ro-RO"/>
              </w:rPr>
              <w:t>2</w:t>
            </w:r>
          </w:p>
        </w:tc>
        <w:tc>
          <w:tcPr>
            <w:tcW w:w="9241" w:type="dxa"/>
            <w:shd w:val="clear" w:color="auto" w:fill="FAFAFA"/>
            <w:tcMar>
              <w:top w:w="80" w:type="dxa"/>
              <w:left w:w="90" w:type="dxa"/>
              <w:bottom w:w="80" w:type="dxa"/>
              <w:right w:w="90" w:type="dxa"/>
            </w:tcMar>
            <w:vAlign w:val="center"/>
          </w:tcPr>
          <w:p w14:paraId="70B94200" w14:textId="77777777" w:rsidR="00146DEE" w:rsidRPr="002A7B71" w:rsidRDefault="00000000">
            <w:pPr>
              <w:spacing w:after="0" w:line="240" w:lineRule="auto"/>
              <w:rPr>
                <w:noProof/>
                <w:lang w:val="ro-RO"/>
              </w:rPr>
            </w:pPr>
            <w:r w:rsidRPr="002A7B71">
              <w:rPr>
                <w:noProof/>
                <w:sz w:val="16"/>
                <w:lang w:val="ro-RO"/>
              </w:rPr>
              <w:t>Auditați rezultatele și controalele, nu doar existența documentelor.</w:t>
            </w:r>
          </w:p>
        </w:tc>
      </w:tr>
      <w:tr w:rsidR="00146DEE" w:rsidRPr="002A7B71" w14:paraId="550B67C1" w14:textId="77777777">
        <w:trPr>
          <w:cantSplit/>
          <w:jc w:val="center"/>
        </w:trPr>
        <w:tc>
          <w:tcPr>
            <w:tcW w:w="680" w:type="dxa"/>
            <w:shd w:val="clear" w:color="auto" w:fill="FFFFFF"/>
            <w:tcMar>
              <w:top w:w="80" w:type="dxa"/>
              <w:left w:w="90" w:type="dxa"/>
              <w:bottom w:w="80" w:type="dxa"/>
              <w:right w:w="90" w:type="dxa"/>
            </w:tcMar>
            <w:vAlign w:val="center"/>
          </w:tcPr>
          <w:p w14:paraId="6155C486" w14:textId="77777777" w:rsidR="00146DEE" w:rsidRPr="002A7B71" w:rsidRDefault="00000000">
            <w:pPr>
              <w:spacing w:after="0" w:line="240" w:lineRule="auto"/>
              <w:jc w:val="center"/>
              <w:rPr>
                <w:noProof/>
                <w:lang w:val="ro-RO"/>
              </w:rPr>
            </w:pPr>
            <w:r w:rsidRPr="002A7B71">
              <w:rPr>
                <w:noProof/>
                <w:sz w:val="16"/>
                <w:lang w:val="ro-RO"/>
              </w:rPr>
              <w:t>3</w:t>
            </w:r>
          </w:p>
        </w:tc>
        <w:tc>
          <w:tcPr>
            <w:tcW w:w="9241" w:type="dxa"/>
            <w:shd w:val="clear" w:color="auto" w:fill="FFFFFF"/>
            <w:tcMar>
              <w:top w:w="80" w:type="dxa"/>
              <w:left w:w="90" w:type="dxa"/>
              <w:bottom w:w="80" w:type="dxa"/>
              <w:right w:w="90" w:type="dxa"/>
            </w:tcMar>
            <w:vAlign w:val="center"/>
          </w:tcPr>
          <w:p w14:paraId="32612D16" w14:textId="77777777" w:rsidR="00146DEE" w:rsidRPr="002A7B71" w:rsidRDefault="00000000">
            <w:pPr>
              <w:spacing w:after="0" w:line="240" w:lineRule="auto"/>
              <w:rPr>
                <w:noProof/>
                <w:lang w:val="ro-RO"/>
              </w:rPr>
            </w:pPr>
            <w:r w:rsidRPr="002A7B71">
              <w:rPr>
                <w:noProof/>
                <w:sz w:val="16"/>
                <w:lang w:val="ro-RO"/>
              </w:rPr>
              <w:t>Întrebați deschis, ascultați și confirmați prin dovezi.</w:t>
            </w:r>
          </w:p>
        </w:tc>
      </w:tr>
      <w:tr w:rsidR="00146DEE" w:rsidRPr="002A7B71" w14:paraId="083B9F50" w14:textId="77777777">
        <w:trPr>
          <w:cantSplit/>
          <w:jc w:val="center"/>
        </w:trPr>
        <w:tc>
          <w:tcPr>
            <w:tcW w:w="680" w:type="dxa"/>
            <w:shd w:val="clear" w:color="auto" w:fill="FAFAFA"/>
            <w:tcMar>
              <w:top w:w="80" w:type="dxa"/>
              <w:left w:w="90" w:type="dxa"/>
              <w:bottom w:w="80" w:type="dxa"/>
              <w:right w:w="90" w:type="dxa"/>
            </w:tcMar>
            <w:vAlign w:val="center"/>
          </w:tcPr>
          <w:p w14:paraId="31982AE2" w14:textId="77777777" w:rsidR="00146DEE" w:rsidRPr="002A7B71" w:rsidRDefault="00000000">
            <w:pPr>
              <w:spacing w:after="0" w:line="240" w:lineRule="auto"/>
              <w:jc w:val="center"/>
              <w:rPr>
                <w:noProof/>
                <w:lang w:val="ro-RO"/>
              </w:rPr>
            </w:pPr>
            <w:r w:rsidRPr="002A7B71">
              <w:rPr>
                <w:noProof/>
                <w:sz w:val="16"/>
                <w:lang w:val="ro-RO"/>
              </w:rPr>
              <w:t>4</w:t>
            </w:r>
          </w:p>
        </w:tc>
        <w:tc>
          <w:tcPr>
            <w:tcW w:w="9241" w:type="dxa"/>
            <w:shd w:val="clear" w:color="auto" w:fill="FAFAFA"/>
            <w:tcMar>
              <w:top w:w="80" w:type="dxa"/>
              <w:left w:w="90" w:type="dxa"/>
              <w:bottom w:w="80" w:type="dxa"/>
              <w:right w:w="90" w:type="dxa"/>
            </w:tcMar>
            <w:vAlign w:val="center"/>
          </w:tcPr>
          <w:p w14:paraId="35B1FCCA" w14:textId="77777777" w:rsidR="00146DEE" w:rsidRPr="002A7B71" w:rsidRDefault="00000000">
            <w:pPr>
              <w:spacing w:after="0" w:line="240" w:lineRule="auto"/>
              <w:rPr>
                <w:noProof/>
                <w:lang w:val="ro-RO"/>
              </w:rPr>
            </w:pPr>
            <w:r w:rsidRPr="002A7B71">
              <w:rPr>
                <w:noProof/>
                <w:sz w:val="16"/>
                <w:lang w:val="ro-RO"/>
              </w:rPr>
              <w:t>Urmăriți trasee și interacțiuni, nu numai clauze izolate.</w:t>
            </w:r>
          </w:p>
        </w:tc>
      </w:tr>
      <w:tr w:rsidR="00146DEE" w:rsidRPr="002A7B71" w14:paraId="5CB14B9F" w14:textId="77777777">
        <w:trPr>
          <w:cantSplit/>
          <w:jc w:val="center"/>
        </w:trPr>
        <w:tc>
          <w:tcPr>
            <w:tcW w:w="680" w:type="dxa"/>
            <w:shd w:val="clear" w:color="auto" w:fill="FFFFFF"/>
            <w:tcMar>
              <w:top w:w="80" w:type="dxa"/>
              <w:left w:w="90" w:type="dxa"/>
              <w:bottom w:w="80" w:type="dxa"/>
              <w:right w:w="90" w:type="dxa"/>
            </w:tcMar>
            <w:vAlign w:val="center"/>
          </w:tcPr>
          <w:p w14:paraId="725B6FF0" w14:textId="77777777" w:rsidR="00146DEE" w:rsidRPr="002A7B71" w:rsidRDefault="00000000">
            <w:pPr>
              <w:spacing w:after="0" w:line="240" w:lineRule="auto"/>
              <w:jc w:val="center"/>
              <w:rPr>
                <w:noProof/>
                <w:lang w:val="ro-RO"/>
              </w:rPr>
            </w:pPr>
            <w:r w:rsidRPr="002A7B71">
              <w:rPr>
                <w:noProof/>
                <w:sz w:val="16"/>
                <w:lang w:val="ro-RO"/>
              </w:rPr>
              <w:t>5</w:t>
            </w:r>
          </w:p>
        </w:tc>
        <w:tc>
          <w:tcPr>
            <w:tcW w:w="9241" w:type="dxa"/>
            <w:shd w:val="clear" w:color="auto" w:fill="FFFFFF"/>
            <w:tcMar>
              <w:top w:w="80" w:type="dxa"/>
              <w:left w:w="90" w:type="dxa"/>
              <w:bottom w:w="80" w:type="dxa"/>
              <w:right w:w="90" w:type="dxa"/>
            </w:tcMar>
            <w:vAlign w:val="center"/>
          </w:tcPr>
          <w:p w14:paraId="38E24D03" w14:textId="77777777" w:rsidR="00146DEE" w:rsidRPr="002A7B71" w:rsidRDefault="00000000">
            <w:pPr>
              <w:spacing w:after="0" w:line="240" w:lineRule="auto"/>
              <w:rPr>
                <w:noProof/>
                <w:lang w:val="ro-RO"/>
              </w:rPr>
            </w:pPr>
            <w:r w:rsidRPr="002A7B71">
              <w:rPr>
                <w:noProof/>
                <w:sz w:val="16"/>
                <w:lang w:val="ro-RO"/>
              </w:rPr>
              <w:t>Fiți curioși, dar nu transformați auditul în investigație fără limite.</w:t>
            </w:r>
          </w:p>
        </w:tc>
      </w:tr>
      <w:tr w:rsidR="00146DEE" w:rsidRPr="002A7B71" w14:paraId="6A1758A8" w14:textId="77777777">
        <w:trPr>
          <w:cantSplit/>
          <w:jc w:val="center"/>
        </w:trPr>
        <w:tc>
          <w:tcPr>
            <w:tcW w:w="680" w:type="dxa"/>
            <w:shd w:val="clear" w:color="auto" w:fill="FAFAFA"/>
            <w:tcMar>
              <w:top w:w="80" w:type="dxa"/>
              <w:left w:w="90" w:type="dxa"/>
              <w:bottom w:w="80" w:type="dxa"/>
              <w:right w:w="90" w:type="dxa"/>
            </w:tcMar>
            <w:vAlign w:val="center"/>
          </w:tcPr>
          <w:p w14:paraId="18AF034F" w14:textId="77777777" w:rsidR="00146DEE" w:rsidRPr="002A7B71" w:rsidRDefault="00000000">
            <w:pPr>
              <w:spacing w:after="0" w:line="240" w:lineRule="auto"/>
              <w:jc w:val="center"/>
              <w:rPr>
                <w:noProof/>
                <w:lang w:val="ro-RO"/>
              </w:rPr>
            </w:pPr>
            <w:r w:rsidRPr="002A7B71">
              <w:rPr>
                <w:noProof/>
                <w:sz w:val="16"/>
                <w:lang w:val="ro-RO"/>
              </w:rPr>
              <w:t>6</w:t>
            </w:r>
          </w:p>
        </w:tc>
        <w:tc>
          <w:tcPr>
            <w:tcW w:w="9241" w:type="dxa"/>
            <w:shd w:val="clear" w:color="auto" w:fill="FAFAFA"/>
            <w:tcMar>
              <w:top w:w="80" w:type="dxa"/>
              <w:left w:w="90" w:type="dxa"/>
              <w:bottom w:w="80" w:type="dxa"/>
              <w:right w:w="90" w:type="dxa"/>
            </w:tcMar>
            <w:vAlign w:val="center"/>
          </w:tcPr>
          <w:p w14:paraId="0D1E9A6F" w14:textId="77777777" w:rsidR="00146DEE" w:rsidRPr="002A7B71" w:rsidRDefault="00000000">
            <w:pPr>
              <w:spacing w:after="0" w:line="240" w:lineRule="auto"/>
              <w:rPr>
                <w:noProof/>
                <w:lang w:val="ro-RO"/>
              </w:rPr>
            </w:pPr>
            <w:r w:rsidRPr="002A7B71">
              <w:rPr>
                <w:noProof/>
                <w:sz w:val="16"/>
                <w:lang w:val="ro-RO"/>
              </w:rPr>
              <w:t>Păstrați confidențialitatea și respectați persoanele.</w:t>
            </w:r>
          </w:p>
        </w:tc>
      </w:tr>
      <w:tr w:rsidR="00146DEE" w:rsidRPr="002A7B71" w14:paraId="48C3483A" w14:textId="77777777">
        <w:trPr>
          <w:cantSplit/>
          <w:jc w:val="center"/>
        </w:trPr>
        <w:tc>
          <w:tcPr>
            <w:tcW w:w="680" w:type="dxa"/>
            <w:shd w:val="clear" w:color="auto" w:fill="FFFFFF"/>
            <w:tcMar>
              <w:top w:w="80" w:type="dxa"/>
              <w:left w:w="90" w:type="dxa"/>
              <w:bottom w:w="80" w:type="dxa"/>
              <w:right w:w="90" w:type="dxa"/>
            </w:tcMar>
            <w:vAlign w:val="center"/>
          </w:tcPr>
          <w:p w14:paraId="1CB1180C" w14:textId="77777777" w:rsidR="00146DEE" w:rsidRPr="002A7B71" w:rsidRDefault="00000000">
            <w:pPr>
              <w:spacing w:after="0" w:line="240" w:lineRule="auto"/>
              <w:jc w:val="center"/>
              <w:rPr>
                <w:noProof/>
                <w:lang w:val="ro-RO"/>
              </w:rPr>
            </w:pPr>
            <w:r w:rsidRPr="002A7B71">
              <w:rPr>
                <w:noProof/>
                <w:sz w:val="16"/>
                <w:lang w:val="ro-RO"/>
              </w:rPr>
              <w:t>7</w:t>
            </w:r>
          </w:p>
        </w:tc>
        <w:tc>
          <w:tcPr>
            <w:tcW w:w="9241" w:type="dxa"/>
            <w:shd w:val="clear" w:color="auto" w:fill="FFFFFF"/>
            <w:tcMar>
              <w:top w:w="80" w:type="dxa"/>
              <w:left w:w="90" w:type="dxa"/>
              <w:bottom w:w="80" w:type="dxa"/>
              <w:right w:w="90" w:type="dxa"/>
            </w:tcMar>
            <w:vAlign w:val="center"/>
          </w:tcPr>
          <w:p w14:paraId="50F4573B" w14:textId="77777777" w:rsidR="00146DEE" w:rsidRPr="002A7B71" w:rsidRDefault="00000000">
            <w:pPr>
              <w:spacing w:after="0" w:line="240" w:lineRule="auto"/>
              <w:rPr>
                <w:noProof/>
                <w:lang w:val="ro-RO"/>
              </w:rPr>
            </w:pPr>
            <w:r w:rsidRPr="002A7B71">
              <w:rPr>
                <w:noProof/>
                <w:sz w:val="16"/>
                <w:lang w:val="ro-RO"/>
              </w:rPr>
              <w:t>Descrieți faptele, nu intențiile sau caracterul oamenilor.</w:t>
            </w:r>
          </w:p>
        </w:tc>
      </w:tr>
      <w:tr w:rsidR="00146DEE" w:rsidRPr="002A7B71" w14:paraId="492D7E05" w14:textId="77777777">
        <w:trPr>
          <w:cantSplit/>
          <w:jc w:val="center"/>
        </w:trPr>
        <w:tc>
          <w:tcPr>
            <w:tcW w:w="680" w:type="dxa"/>
            <w:shd w:val="clear" w:color="auto" w:fill="FAFAFA"/>
            <w:tcMar>
              <w:top w:w="80" w:type="dxa"/>
              <w:left w:w="90" w:type="dxa"/>
              <w:bottom w:w="80" w:type="dxa"/>
              <w:right w:w="90" w:type="dxa"/>
            </w:tcMar>
            <w:vAlign w:val="center"/>
          </w:tcPr>
          <w:p w14:paraId="06B6B217" w14:textId="77777777" w:rsidR="00146DEE" w:rsidRPr="002A7B71" w:rsidRDefault="00000000">
            <w:pPr>
              <w:spacing w:after="0" w:line="240" w:lineRule="auto"/>
              <w:jc w:val="center"/>
              <w:rPr>
                <w:noProof/>
                <w:lang w:val="ro-RO"/>
              </w:rPr>
            </w:pPr>
            <w:r w:rsidRPr="002A7B71">
              <w:rPr>
                <w:noProof/>
                <w:sz w:val="16"/>
                <w:lang w:val="ro-RO"/>
              </w:rPr>
              <w:t>8</w:t>
            </w:r>
          </w:p>
        </w:tc>
        <w:tc>
          <w:tcPr>
            <w:tcW w:w="9241" w:type="dxa"/>
            <w:shd w:val="clear" w:color="auto" w:fill="FAFAFA"/>
            <w:tcMar>
              <w:top w:w="80" w:type="dxa"/>
              <w:left w:w="90" w:type="dxa"/>
              <w:bottom w:w="80" w:type="dxa"/>
              <w:right w:w="90" w:type="dxa"/>
            </w:tcMar>
            <w:vAlign w:val="center"/>
          </w:tcPr>
          <w:p w14:paraId="29DAC7BE" w14:textId="77777777" w:rsidR="00146DEE" w:rsidRPr="002A7B71" w:rsidRDefault="00000000">
            <w:pPr>
              <w:spacing w:after="0" w:line="240" w:lineRule="auto"/>
              <w:rPr>
                <w:noProof/>
                <w:lang w:val="ro-RO"/>
              </w:rPr>
            </w:pPr>
            <w:r w:rsidRPr="002A7B71">
              <w:rPr>
                <w:noProof/>
                <w:sz w:val="16"/>
                <w:lang w:val="ro-RO"/>
              </w:rPr>
              <w:t>Nu prescrieți soluția; managementul procesului răspunde de acțiuni.</w:t>
            </w:r>
          </w:p>
        </w:tc>
      </w:tr>
      <w:tr w:rsidR="00146DEE" w:rsidRPr="002A7B71" w14:paraId="66DBD2BD" w14:textId="77777777">
        <w:trPr>
          <w:cantSplit/>
          <w:jc w:val="center"/>
        </w:trPr>
        <w:tc>
          <w:tcPr>
            <w:tcW w:w="680" w:type="dxa"/>
            <w:shd w:val="clear" w:color="auto" w:fill="FFFFFF"/>
            <w:tcMar>
              <w:top w:w="80" w:type="dxa"/>
              <w:left w:w="90" w:type="dxa"/>
              <w:bottom w:w="80" w:type="dxa"/>
              <w:right w:w="90" w:type="dxa"/>
            </w:tcMar>
            <w:vAlign w:val="center"/>
          </w:tcPr>
          <w:p w14:paraId="71484FEB" w14:textId="77777777" w:rsidR="00146DEE" w:rsidRPr="002A7B71" w:rsidRDefault="00000000">
            <w:pPr>
              <w:spacing w:after="0" w:line="240" w:lineRule="auto"/>
              <w:jc w:val="center"/>
              <w:rPr>
                <w:noProof/>
                <w:lang w:val="ro-RO"/>
              </w:rPr>
            </w:pPr>
            <w:r w:rsidRPr="002A7B71">
              <w:rPr>
                <w:noProof/>
                <w:sz w:val="16"/>
                <w:lang w:val="ro-RO"/>
              </w:rPr>
              <w:t>9</w:t>
            </w:r>
          </w:p>
        </w:tc>
        <w:tc>
          <w:tcPr>
            <w:tcW w:w="9241" w:type="dxa"/>
            <w:shd w:val="clear" w:color="auto" w:fill="FFFFFF"/>
            <w:tcMar>
              <w:top w:w="80" w:type="dxa"/>
              <w:left w:w="90" w:type="dxa"/>
              <w:bottom w:w="80" w:type="dxa"/>
              <w:right w:w="90" w:type="dxa"/>
            </w:tcMar>
            <w:vAlign w:val="center"/>
          </w:tcPr>
          <w:p w14:paraId="7E2EDCDC" w14:textId="77777777" w:rsidR="00146DEE" w:rsidRPr="002A7B71" w:rsidRDefault="00000000">
            <w:pPr>
              <w:spacing w:after="0" w:line="240" w:lineRule="auto"/>
              <w:rPr>
                <w:noProof/>
                <w:lang w:val="ro-RO"/>
              </w:rPr>
            </w:pPr>
            <w:r w:rsidRPr="002A7B71">
              <w:rPr>
                <w:noProof/>
                <w:sz w:val="16"/>
                <w:lang w:val="ro-RO"/>
              </w:rPr>
              <w:t>Nu închideți acțiunea înainte de a verifica rezultatul.</w:t>
            </w:r>
          </w:p>
        </w:tc>
      </w:tr>
      <w:tr w:rsidR="00146DEE" w:rsidRPr="002A7B71" w14:paraId="1A2F6B14" w14:textId="77777777">
        <w:trPr>
          <w:cantSplit/>
          <w:jc w:val="center"/>
        </w:trPr>
        <w:tc>
          <w:tcPr>
            <w:tcW w:w="680" w:type="dxa"/>
            <w:shd w:val="clear" w:color="auto" w:fill="FAFAFA"/>
            <w:tcMar>
              <w:top w:w="80" w:type="dxa"/>
              <w:left w:w="90" w:type="dxa"/>
              <w:bottom w:w="80" w:type="dxa"/>
              <w:right w:w="90" w:type="dxa"/>
            </w:tcMar>
            <w:vAlign w:val="center"/>
          </w:tcPr>
          <w:p w14:paraId="1A308F61" w14:textId="77777777" w:rsidR="00146DEE" w:rsidRPr="002A7B71" w:rsidRDefault="00000000">
            <w:pPr>
              <w:spacing w:after="0" w:line="240" w:lineRule="auto"/>
              <w:jc w:val="center"/>
              <w:rPr>
                <w:noProof/>
                <w:lang w:val="ro-RO"/>
              </w:rPr>
            </w:pPr>
            <w:r w:rsidRPr="002A7B71">
              <w:rPr>
                <w:noProof/>
                <w:sz w:val="16"/>
                <w:lang w:val="ro-RO"/>
              </w:rPr>
              <w:t>10</w:t>
            </w:r>
          </w:p>
        </w:tc>
        <w:tc>
          <w:tcPr>
            <w:tcW w:w="9241" w:type="dxa"/>
            <w:shd w:val="clear" w:color="auto" w:fill="FAFAFA"/>
            <w:tcMar>
              <w:top w:w="80" w:type="dxa"/>
              <w:left w:w="90" w:type="dxa"/>
              <w:bottom w:w="80" w:type="dxa"/>
              <w:right w:w="90" w:type="dxa"/>
            </w:tcMar>
            <w:vAlign w:val="center"/>
          </w:tcPr>
          <w:p w14:paraId="53F9333C" w14:textId="77777777" w:rsidR="00146DEE" w:rsidRPr="002A7B71" w:rsidRDefault="00000000">
            <w:pPr>
              <w:spacing w:after="0" w:line="240" w:lineRule="auto"/>
              <w:rPr>
                <w:noProof/>
                <w:lang w:val="ro-RO"/>
              </w:rPr>
            </w:pPr>
            <w:r w:rsidRPr="002A7B71">
              <w:rPr>
                <w:noProof/>
                <w:sz w:val="16"/>
                <w:lang w:val="ro-RO"/>
              </w:rPr>
              <w:t>Îmbunătățiți programul și propria competență după fiecare audit.</w:t>
            </w:r>
          </w:p>
        </w:tc>
      </w:tr>
    </w:tbl>
    <w:p w14:paraId="282B8F6C" w14:textId="77777777" w:rsidR="00146DEE" w:rsidRPr="002A7B71" w:rsidRDefault="00146DEE">
      <w:pPr>
        <w:spacing w:after="20"/>
        <w:rPr>
          <w:noProof/>
          <w:lang w:val="ro-RO"/>
        </w:rPr>
      </w:pPr>
    </w:p>
    <w:p w14:paraId="2A29DBB5" w14:textId="77777777" w:rsidR="00146DEE" w:rsidRPr="002A7B71" w:rsidRDefault="00000000">
      <w:pPr>
        <w:pStyle w:val="Heading2"/>
        <w:rPr>
          <w:noProof/>
          <w:lang w:val="ro-RO"/>
        </w:rPr>
      </w:pPr>
      <w:r w:rsidRPr="002A7B71">
        <w:rPr>
          <w:noProof/>
          <w:lang w:val="ro-RO"/>
        </w:rPr>
        <w:t>Glosar rapid</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146DEE" w:rsidRPr="002A7B71" w14:paraId="0CCFA861" w14:textId="77777777">
        <w:trPr>
          <w:tblHeader/>
          <w:jc w:val="center"/>
        </w:trPr>
        <w:tc>
          <w:tcPr>
            <w:tcW w:w="2551" w:type="dxa"/>
            <w:shd w:val="clear" w:color="auto" w:fill="D71920"/>
            <w:tcMar>
              <w:top w:w="80" w:type="dxa"/>
              <w:left w:w="90" w:type="dxa"/>
              <w:bottom w:w="80" w:type="dxa"/>
              <w:right w:w="90" w:type="dxa"/>
            </w:tcMar>
            <w:vAlign w:val="center"/>
          </w:tcPr>
          <w:p w14:paraId="22DE6E72" w14:textId="77777777" w:rsidR="00146DEE" w:rsidRPr="002A7B71" w:rsidRDefault="00000000">
            <w:pPr>
              <w:spacing w:after="0" w:line="240" w:lineRule="auto"/>
              <w:jc w:val="center"/>
              <w:rPr>
                <w:noProof/>
                <w:lang w:val="ro-RO"/>
              </w:rPr>
            </w:pPr>
            <w:r w:rsidRPr="002A7B71">
              <w:rPr>
                <w:b/>
                <w:noProof/>
                <w:color w:val="FFFFFF"/>
                <w:sz w:val="16"/>
                <w:lang w:val="ro-RO"/>
              </w:rPr>
              <w:t>TERMEN</w:t>
            </w:r>
          </w:p>
        </w:tc>
        <w:tc>
          <w:tcPr>
            <w:tcW w:w="7370" w:type="dxa"/>
            <w:shd w:val="clear" w:color="auto" w:fill="D71920"/>
            <w:tcMar>
              <w:top w:w="80" w:type="dxa"/>
              <w:left w:w="90" w:type="dxa"/>
              <w:bottom w:w="80" w:type="dxa"/>
              <w:right w:w="90" w:type="dxa"/>
            </w:tcMar>
            <w:vAlign w:val="center"/>
          </w:tcPr>
          <w:p w14:paraId="4A3FCE06" w14:textId="77777777" w:rsidR="00146DEE" w:rsidRPr="002A7B71" w:rsidRDefault="00000000">
            <w:pPr>
              <w:spacing w:after="0" w:line="240" w:lineRule="auto"/>
              <w:jc w:val="center"/>
              <w:rPr>
                <w:noProof/>
                <w:lang w:val="ro-RO"/>
              </w:rPr>
            </w:pPr>
            <w:r w:rsidRPr="002A7B71">
              <w:rPr>
                <w:b/>
                <w:noProof/>
                <w:color w:val="FFFFFF"/>
                <w:sz w:val="16"/>
                <w:lang w:val="ro-RO"/>
              </w:rPr>
              <w:t>SENS PRACTIC</w:t>
            </w:r>
          </w:p>
        </w:tc>
      </w:tr>
      <w:tr w:rsidR="00146DEE" w:rsidRPr="002A7B71" w14:paraId="4D96D360" w14:textId="77777777">
        <w:trPr>
          <w:cantSplit/>
          <w:jc w:val="center"/>
        </w:trPr>
        <w:tc>
          <w:tcPr>
            <w:tcW w:w="2551" w:type="dxa"/>
            <w:shd w:val="clear" w:color="auto" w:fill="FFFFFF"/>
            <w:tcMar>
              <w:top w:w="80" w:type="dxa"/>
              <w:left w:w="90" w:type="dxa"/>
              <w:bottom w:w="80" w:type="dxa"/>
              <w:right w:w="90" w:type="dxa"/>
            </w:tcMar>
            <w:vAlign w:val="center"/>
          </w:tcPr>
          <w:p w14:paraId="157B4FCE" w14:textId="77777777" w:rsidR="00146DEE" w:rsidRPr="002A7B71" w:rsidRDefault="00000000">
            <w:pPr>
              <w:spacing w:after="0" w:line="240" w:lineRule="auto"/>
              <w:rPr>
                <w:noProof/>
                <w:lang w:val="ro-RO"/>
              </w:rPr>
            </w:pPr>
            <w:r w:rsidRPr="002A7B71">
              <w:rPr>
                <w:noProof/>
                <w:sz w:val="16"/>
                <w:lang w:val="ro-RO"/>
              </w:rPr>
              <w:t>Audit intern / audit de primă parte</w:t>
            </w:r>
          </w:p>
        </w:tc>
        <w:tc>
          <w:tcPr>
            <w:tcW w:w="7370" w:type="dxa"/>
            <w:shd w:val="clear" w:color="auto" w:fill="FFFFFF"/>
            <w:tcMar>
              <w:top w:w="80" w:type="dxa"/>
              <w:left w:w="90" w:type="dxa"/>
              <w:bottom w:w="80" w:type="dxa"/>
              <w:right w:w="90" w:type="dxa"/>
            </w:tcMar>
            <w:vAlign w:val="center"/>
          </w:tcPr>
          <w:p w14:paraId="36B15F03" w14:textId="77777777" w:rsidR="00146DEE" w:rsidRPr="002A7B71" w:rsidRDefault="00000000">
            <w:pPr>
              <w:spacing w:after="0" w:line="240" w:lineRule="auto"/>
              <w:rPr>
                <w:noProof/>
                <w:lang w:val="ro-RO"/>
              </w:rPr>
            </w:pPr>
            <w:r w:rsidRPr="002A7B71">
              <w:rPr>
                <w:noProof/>
                <w:sz w:val="16"/>
                <w:lang w:val="ro-RO"/>
              </w:rPr>
              <w:t>Audit realizat de sau în numele organizației asupra propriului sistem.</w:t>
            </w:r>
          </w:p>
        </w:tc>
      </w:tr>
      <w:tr w:rsidR="00146DEE" w:rsidRPr="002A7B71" w14:paraId="4D71A493" w14:textId="77777777">
        <w:trPr>
          <w:cantSplit/>
          <w:jc w:val="center"/>
        </w:trPr>
        <w:tc>
          <w:tcPr>
            <w:tcW w:w="2551" w:type="dxa"/>
            <w:shd w:val="clear" w:color="auto" w:fill="FAFAFA"/>
            <w:tcMar>
              <w:top w:w="80" w:type="dxa"/>
              <w:left w:w="90" w:type="dxa"/>
              <w:bottom w:w="80" w:type="dxa"/>
              <w:right w:w="90" w:type="dxa"/>
            </w:tcMar>
            <w:vAlign w:val="center"/>
          </w:tcPr>
          <w:p w14:paraId="2E37E92F" w14:textId="77777777" w:rsidR="00146DEE" w:rsidRPr="002A7B71" w:rsidRDefault="00000000">
            <w:pPr>
              <w:spacing w:after="0" w:line="240" w:lineRule="auto"/>
              <w:rPr>
                <w:noProof/>
                <w:lang w:val="ro-RO"/>
              </w:rPr>
            </w:pPr>
            <w:r w:rsidRPr="002A7B71">
              <w:rPr>
                <w:noProof/>
                <w:sz w:val="16"/>
                <w:lang w:val="ro-RO"/>
              </w:rPr>
              <w:t>Auditat</w:t>
            </w:r>
          </w:p>
        </w:tc>
        <w:tc>
          <w:tcPr>
            <w:tcW w:w="7370" w:type="dxa"/>
            <w:shd w:val="clear" w:color="auto" w:fill="FAFAFA"/>
            <w:tcMar>
              <w:top w:w="80" w:type="dxa"/>
              <w:left w:w="90" w:type="dxa"/>
              <w:bottom w:w="80" w:type="dxa"/>
              <w:right w:w="90" w:type="dxa"/>
            </w:tcMar>
            <w:vAlign w:val="center"/>
          </w:tcPr>
          <w:p w14:paraId="31F98BB6" w14:textId="77777777" w:rsidR="00146DEE" w:rsidRPr="002A7B71" w:rsidRDefault="00000000">
            <w:pPr>
              <w:spacing w:after="0" w:line="240" w:lineRule="auto"/>
              <w:rPr>
                <w:noProof/>
                <w:lang w:val="ro-RO"/>
              </w:rPr>
            </w:pPr>
            <w:r w:rsidRPr="002A7B71">
              <w:rPr>
                <w:noProof/>
                <w:sz w:val="16"/>
                <w:lang w:val="ro-RO"/>
              </w:rPr>
              <w:t>Organizația, funcția, locația sau procesul supus auditului.</w:t>
            </w:r>
          </w:p>
        </w:tc>
      </w:tr>
      <w:tr w:rsidR="00146DEE" w:rsidRPr="002A7B71" w14:paraId="14DF3D99" w14:textId="77777777">
        <w:trPr>
          <w:cantSplit/>
          <w:jc w:val="center"/>
        </w:trPr>
        <w:tc>
          <w:tcPr>
            <w:tcW w:w="2551" w:type="dxa"/>
            <w:shd w:val="clear" w:color="auto" w:fill="FFFFFF"/>
            <w:tcMar>
              <w:top w:w="80" w:type="dxa"/>
              <w:left w:w="90" w:type="dxa"/>
              <w:bottom w:w="80" w:type="dxa"/>
              <w:right w:w="90" w:type="dxa"/>
            </w:tcMar>
            <w:vAlign w:val="center"/>
          </w:tcPr>
          <w:p w14:paraId="1BC384FB" w14:textId="77777777" w:rsidR="00146DEE" w:rsidRPr="002A7B71" w:rsidRDefault="00000000">
            <w:pPr>
              <w:spacing w:after="0" w:line="240" w:lineRule="auto"/>
              <w:rPr>
                <w:noProof/>
                <w:lang w:val="ro-RO"/>
              </w:rPr>
            </w:pPr>
            <w:r w:rsidRPr="002A7B71">
              <w:rPr>
                <w:noProof/>
                <w:sz w:val="16"/>
                <w:lang w:val="ro-RO"/>
              </w:rPr>
              <w:t>Eșantion</w:t>
            </w:r>
          </w:p>
        </w:tc>
        <w:tc>
          <w:tcPr>
            <w:tcW w:w="7370" w:type="dxa"/>
            <w:shd w:val="clear" w:color="auto" w:fill="FFFFFF"/>
            <w:tcMar>
              <w:top w:w="80" w:type="dxa"/>
              <w:left w:w="90" w:type="dxa"/>
              <w:bottom w:w="80" w:type="dxa"/>
              <w:right w:w="90" w:type="dxa"/>
            </w:tcMar>
            <w:vAlign w:val="center"/>
          </w:tcPr>
          <w:p w14:paraId="36D1420A" w14:textId="77777777" w:rsidR="00146DEE" w:rsidRPr="002A7B71" w:rsidRDefault="00000000">
            <w:pPr>
              <w:spacing w:after="0" w:line="240" w:lineRule="auto"/>
              <w:rPr>
                <w:noProof/>
                <w:lang w:val="ro-RO"/>
              </w:rPr>
            </w:pPr>
            <w:r w:rsidRPr="002A7B71">
              <w:rPr>
                <w:noProof/>
                <w:sz w:val="16"/>
                <w:lang w:val="ro-RO"/>
              </w:rPr>
              <w:t>Subansamblul de cazuri verificat pentru a obține dovezi.</w:t>
            </w:r>
          </w:p>
        </w:tc>
      </w:tr>
      <w:tr w:rsidR="00146DEE" w:rsidRPr="002A7B71" w14:paraId="6D6FE9C1" w14:textId="77777777">
        <w:trPr>
          <w:cantSplit/>
          <w:jc w:val="center"/>
        </w:trPr>
        <w:tc>
          <w:tcPr>
            <w:tcW w:w="2551" w:type="dxa"/>
            <w:shd w:val="clear" w:color="auto" w:fill="FAFAFA"/>
            <w:tcMar>
              <w:top w:w="80" w:type="dxa"/>
              <w:left w:w="90" w:type="dxa"/>
              <w:bottom w:w="80" w:type="dxa"/>
              <w:right w:w="90" w:type="dxa"/>
            </w:tcMar>
            <w:vAlign w:val="center"/>
          </w:tcPr>
          <w:p w14:paraId="534AC064" w14:textId="77777777" w:rsidR="00146DEE" w:rsidRPr="002A7B71" w:rsidRDefault="00000000">
            <w:pPr>
              <w:spacing w:after="0" w:line="240" w:lineRule="auto"/>
              <w:rPr>
                <w:noProof/>
                <w:lang w:val="ro-RO"/>
              </w:rPr>
            </w:pPr>
            <w:r w:rsidRPr="002A7B71">
              <w:rPr>
                <w:noProof/>
                <w:sz w:val="16"/>
                <w:lang w:val="ro-RO"/>
              </w:rPr>
              <w:t>Traseu de audit</w:t>
            </w:r>
          </w:p>
        </w:tc>
        <w:tc>
          <w:tcPr>
            <w:tcW w:w="7370" w:type="dxa"/>
            <w:shd w:val="clear" w:color="auto" w:fill="FAFAFA"/>
            <w:tcMar>
              <w:top w:w="80" w:type="dxa"/>
              <w:left w:w="90" w:type="dxa"/>
              <w:bottom w:w="80" w:type="dxa"/>
              <w:right w:w="90" w:type="dxa"/>
            </w:tcMar>
            <w:vAlign w:val="center"/>
          </w:tcPr>
          <w:p w14:paraId="75C3A3CD" w14:textId="77777777" w:rsidR="00146DEE" w:rsidRPr="002A7B71" w:rsidRDefault="00000000">
            <w:pPr>
              <w:spacing w:after="0" w:line="240" w:lineRule="auto"/>
              <w:rPr>
                <w:noProof/>
                <w:lang w:val="ro-RO"/>
              </w:rPr>
            </w:pPr>
            <w:r w:rsidRPr="002A7B71">
              <w:rPr>
                <w:noProof/>
                <w:sz w:val="16"/>
                <w:lang w:val="ro-RO"/>
              </w:rPr>
              <w:t>Urmărirea logică a unei activități sau dovezi prin mai multe etape și procese.</w:t>
            </w:r>
          </w:p>
        </w:tc>
      </w:tr>
      <w:tr w:rsidR="00146DEE" w:rsidRPr="002A7B71" w14:paraId="0FA931E9" w14:textId="77777777">
        <w:trPr>
          <w:cantSplit/>
          <w:jc w:val="center"/>
        </w:trPr>
        <w:tc>
          <w:tcPr>
            <w:tcW w:w="2551" w:type="dxa"/>
            <w:shd w:val="clear" w:color="auto" w:fill="FFFFFF"/>
            <w:tcMar>
              <w:top w:w="80" w:type="dxa"/>
              <w:left w:w="90" w:type="dxa"/>
              <w:bottom w:w="80" w:type="dxa"/>
              <w:right w:w="90" w:type="dxa"/>
            </w:tcMar>
            <w:vAlign w:val="center"/>
          </w:tcPr>
          <w:p w14:paraId="79677BBC" w14:textId="77777777" w:rsidR="00146DEE" w:rsidRPr="002A7B71" w:rsidRDefault="00000000">
            <w:pPr>
              <w:spacing w:after="0" w:line="240" w:lineRule="auto"/>
              <w:rPr>
                <w:noProof/>
                <w:lang w:val="ro-RO"/>
              </w:rPr>
            </w:pPr>
            <w:r w:rsidRPr="002A7B71">
              <w:rPr>
                <w:noProof/>
                <w:sz w:val="16"/>
                <w:lang w:val="ro-RO"/>
              </w:rPr>
              <w:t>Corecție</w:t>
            </w:r>
          </w:p>
        </w:tc>
        <w:tc>
          <w:tcPr>
            <w:tcW w:w="7370" w:type="dxa"/>
            <w:shd w:val="clear" w:color="auto" w:fill="FFFFFF"/>
            <w:tcMar>
              <w:top w:w="80" w:type="dxa"/>
              <w:left w:w="90" w:type="dxa"/>
              <w:bottom w:w="80" w:type="dxa"/>
              <w:right w:w="90" w:type="dxa"/>
            </w:tcMar>
            <w:vAlign w:val="center"/>
          </w:tcPr>
          <w:p w14:paraId="1202C76C" w14:textId="77777777" w:rsidR="00146DEE" w:rsidRPr="002A7B71" w:rsidRDefault="00000000">
            <w:pPr>
              <w:spacing w:after="0" w:line="240" w:lineRule="auto"/>
              <w:rPr>
                <w:noProof/>
                <w:lang w:val="ro-RO"/>
              </w:rPr>
            </w:pPr>
            <w:r w:rsidRPr="002A7B71">
              <w:rPr>
                <w:noProof/>
                <w:sz w:val="16"/>
                <w:lang w:val="ro-RO"/>
              </w:rPr>
              <w:t>Acțiune pentru eliminarea unei neconformități existente.</w:t>
            </w:r>
          </w:p>
        </w:tc>
      </w:tr>
      <w:tr w:rsidR="00146DEE" w:rsidRPr="002A7B71" w14:paraId="3DE4DB83" w14:textId="77777777">
        <w:trPr>
          <w:cantSplit/>
          <w:jc w:val="center"/>
        </w:trPr>
        <w:tc>
          <w:tcPr>
            <w:tcW w:w="2551" w:type="dxa"/>
            <w:shd w:val="clear" w:color="auto" w:fill="FAFAFA"/>
            <w:tcMar>
              <w:top w:w="80" w:type="dxa"/>
              <w:left w:w="90" w:type="dxa"/>
              <w:bottom w:w="80" w:type="dxa"/>
              <w:right w:w="90" w:type="dxa"/>
            </w:tcMar>
            <w:vAlign w:val="center"/>
          </w:tcPr>
          <w:p w14:paraId="68EC698B" w14:textId="77777777" w:rsidR="00146DEE" w:rsidRPr="002A7B71" w:rsidRDefault="00000000">
            <w:pPr>
              <w:spacing w:after="0" w:line="240" w:lineRule="auto"/>
              <w:rPr>
                <w:noProof/>
                <w:lang w:val="ro-RO"/>
              </w:rPr>
            </w:pPr>
            <w:r w:rsidRPr="002A7B71">
              <w:rPr>
                <w:noProof/>
                <w:sz w:val="16"/>
                <w:lang w:val="ro-RO"/>
              </w:rPr>
              <w:t>Acțiune corectivă</w:t>
            </w:r>
          </w:p>
        </w:tc>
        <w:tc>
          <w:tcPr>
            <w:tcW w:w="7370" w:type="dxa"/>
            <w:shd w:val="clear" w:color="auto" w:fill="FAFAFA"/>
            <w:tcMar>
              <w:top w:w="80" w:type="dxa"/>
              <w:left w:w="90" w:type="dxa"/>
              <w:bottom w:w="80" w:type="dxa"/>
              <w:right w:w="90" w:type="dxa"/>
            </w:tcMar>
            <w:vAlign w:val="center"/>
          </w:tcPr>
          <w:p w14:paraId="5099F8A6" w14:textId="77777777" w:rsidR="00146DEE" w:rsidRPr="002A7B71" w:rsidRDefault="00000000">
            <w:pPr>
              <w:spacing w:after="0" w:line="240" w:lineRule="auto"/>
              <w:rPr>
                <w:noProof/>
                <w:lang w:val="ro-RO"/>
              </w:rPr>
            </w:pPr>
            <w:r w:rsidRPr="002A7B71">
              <w:rPr>
                <w:noProof/>
                <w:sz w:val="16"/>
                <w:lang w:val="ro-RO"/>
              </w:rPr>
              <w:t>Acțiune pentru eliminarea cauzei unei neconformități și prevenirea repetării.</w:t>
            </w:r>
          </w:p>
        </w:tc>
      </w:tr>
      <w:tr w:rsidR="00146DEE" w:rsidRPr="002A7B71" w14:paraId="5C9467AB" w14:textId="77777777">
        <w:trPr>
          <w:cantSplit/>
          <w:jc w:val="center"/>
        </w:trPr>
        <w:tc>
          <w:tcPr>
            <w:tcW w:w="2551" w:type="dxa"/>
            <w:shd w:val="clear" w:color="auto" w:fill="FFFFFF"/>
            <w:tcMar>
              <w:top w:w="80" w:type="dxa"/>
              <w:left w:w="90" w:type="dxa"/>
              <w:bottom w:w="80" w:type="dxa"/>
              <w:right w:w="90" w:type="dxa"/>
            </w:tcMar>
            <w:vAlign w:val="center"/>
          </w:tcPr>
          <w:p w14:paraId="0FC5F6F3" w14:textId="77777777" w:rsidR="00146DEE" w:rsidRPr="002A7B71" w:rsidRDefault="00000000">
            <w:pPr>
              <w:spacing w:after="0" w:line="240" w:lineRule="auto"/>
              <w:rPr>
                <w:noProof/>
                <w:lang w:val="ro-RO"/>
              </w:rPr>
            </w:pPr>
            <w:r w:rsidRPr="002A7B71">
              <w:rPr>
                <w:noProof/>
                <w:sz w:val="16"/>
                <w:lang w:val="ro-RO"/>
              </w:rPr>
              <w:t>Eficacitate</w:t>
            </w:r>
          </w:p>
        </w:tc>
        <w:tc>
          <w:tcPr>
            <w:tcW w:w="7370" w:type="dxa"/>
            <w:shd w:val="clear" w:color="auto" w:fill="FFFFFF"/>
            <w:tcMar>
              <w:top w:w="80" w:type="dxa"/>
              <w:left w:w="90" w:type="dxa"/>
              <w:bottom w:w="80" w:type="dxa"/>
              <w:right w:w="90" w:type="dxa"/>
            </w:tcMar>
            <w:vAlign w:val="center"/>
          </w:tcPr>
          <w:p w14:paraId="389F9142" w14:textId="77777777" w:rsidR="00146DEE" w:rsidRPr="002A7B71" w:rsidRDefault="00000000">
            <w:pPr>
              <w:spacing w:after="0" w:line="240" w:lineRule="auto"/>
              <w:rPr>
                <w:noProof/>
                <w:lang w:val="ro-RO"/>
              </w:rPr>
            </w:pPr>
            <w:r w:rsidRPr="002A7B71">
              <w:rPr>
                <w:noProof/>
                <w:sz w:val="16"/>
                <w:lang w:val="ro-RO"/>
              </w:rPr>
              <w:t>Măsura în care activitățile planificate sunt realizate și rezultatele planificate sunt obținute.</w:t>
            </w:r>
          </w:p>
        </w:tc>
      </w:tr>
    </w:tbl>
    <w:p w14:paraId="4459EB08" w14:textId="77777777" w:rsidR="00146DEE" w:rsidRPr="002A7B71" w:rsidRDefault="00146DEE">
      <w:pPr>
        <w:spacing w:after="20"/>
        <w:rPr>
          <w:noProof/>
          <w:lang w:val="ro-RO"/>
        </w:rPr>
      </w:pPr>
    </w:p>
    <w:p w14:paraId="489A5890" w14:textId="77777777" w:rsidR="00146DEE" w:rsidRPr="002A7B71" w:rsidRDefault="00000000">
      <w:pPr>
        <w:pStyle w:val="Heading2"/>
        <w:rPr>
          <w:noProof/>
          <w:lang w:val="ro-RO"/>
        </w:rPr>
      </w:pPr>
      <w:r w:rsidRPr="002A7B71">
        <w:rPr>
          <w:noProof/>
          <w:lang w:val="ro-RO"/>
        </w:rPr>
        <w:t>Surse și utilizare responsabilă</w:t>
      </w:r>
    </w:p>
    <w:p w14:paraId="6444712A" w14:textId="77777777" w:rsidR="00146DEE" w:rsidRPr="002A7B71" w:rsidRDefault="00000000">
      <w:pPr>
        <w:rPr>
          <w:noProof/>
          <w:lang w:val="ro-RO"/>
        </w:rPr>
      </w:pPr>
      <w:r w:rsidRPr="002A7B71">
        <w:rPr>
          <w:noProof/>
          <w:lang w:val="ro-RO"/>
        </w:rPr>
        <w:t>Acest material este un instrument orientativ și trebuie adaptat standardului, obligațiilor legale, contractelor, domeniului de certificare și regulilor organizației. Nu înlocuiește standardele ISO și nu garantează certificarea.</w:t>
      </w:r>
    </w:p>
    <w:tbl>
      <w:tblPr>
        <w:tblW w:w="10292" w:type="dxa"/>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087"/>
        <w:gridCol w:w="4128"/>
        <w:gridCol w:w="4077"/>
      </w:tblGrid>
      <w:tr w:rsidR="00146DEE" w:rsidRPr="002A7B71" w14:paraId="500110C8" w14:textId="77777777" w:rsidTr="002A7B71">
        <w:trPr>
          <w:trHeight w:val="673"/>
          <w:tblHeader/>
          <w:jc w:val="center"/>
        </w:trPr>
        <w:tc>
          <w:tcPr>
            <w:tcW w:w="2087" w:type="dxa"/>
            <w:shd w:val="clear" w:color="auto" w:fill="D71920"/>
            <w:tcMar>
              <w:top w:w="80" w:type="dxa"/>
              <w:left w:w="90" w:type="dxa"/>
              <w:bottom w:w="80" w:type="dxa"/>
              <w:right w:w="90" w:type="dxa"/>
            </w:tcMar>
            <w:vAlign w:val="center"/>
          </w:tcPr>
          <w:p w14:paraId="30B644D5" w14:textId="77777777" w:rsidR="00146DEE" w:rsidRPr="002A7B71" w:rsidRDefault="00000000">
            <w:pPr>
              <w:spacing w:after="0" w:line="240" w:lineRule="auto"/>
              <w:jc w:val="center"/>
              <w:rPr>
                <w:noProof/>
                <w:lang w:val="ro-RO"/>
              </w:rPr>
            </w:pPr>
            <w:r w:rsidRPr="002A7B71">
              <w:rPr>
                <w:b/>
                <w:noProof/>
                <w:color w:val="FFFFFF"/>
                <w:sz w:val="15"/>
                <w:lang w:val="ro-RO"/>
              </w:rPr>
              <w:lastRenderedPageBreak/>
              <w:t>REFERINȚĂ</w:t>
            </w:r>
          </w:p>
        </w:tc>
        <w:tc>
          <w:tcPr>
            <w:tcW w:w="4128" w:type="dxa"/>
            <w:shd w:val="clear" w:color="auto" w:fill="D71920"/>
            <w:tcMar>
              <w:top w:w="80" w:type="dxa"/>
              <w:left w:w="90" w:type="dxa"/>
              <w:bottom w:w="80" w:type="dxa"/>
              <w:right w:w="90" w:type="dxa"/>
            </w:tcMar>
            <w:vAlign w:val="center"/>
          </w:tcPr>
          <w:p w14:paraId="5B7B5A6C" w14:textId="77777777" w:rsidR="00146DEE" w:rsidRPr="002A7B71" w:rsidRDefault="00000000">
            <w:pPr>
              <w:spacing w:after="0" w:line="240" w:lineRule="auto"/>
              <w:jc w:val="center"/>
              <w:rPr>
                <w:noProof/>
                <w:lang w:val="ro-RO"/>
              </w:rPr>
            </w:pPr>
            <w:r w:rsidRPr="002A7B71">
              <w:rPr>
                <w:b/>
                <w:noProof/>
                <w:color w:val="FFFFFF"/>
                <w:sz w:val="15"/>
                <w:lang w:val="ro-RO"/>
              </w:rPr>
              <w:t>UTILITATE</w:t>
            </w:r>
          </w:p>
        </w:tc>
        <w:tc>
          <w:tcPr>
            <w:tcW w:w="4076" w:type="dxa"/>
            <w:shd w:val="clear" w:color="auto" w:fill="D71920"/>
            <w:tcMar>
              <w:top w:w="80" w:type="dxa"/>
              <w:left w:w="90" w:type="dxa"/>
              <w:bottom w:w="80" w:type="dxa"/>
              <w:right w:w="90" w:type="dxa"/>
            </w:tcMar>
            <w:vAlign w:val="center"/>
          </w:tcPr>
          <w:p w14:paraId="2648C02C" w14:textId="77777777" w:rsidR="00146DEE" w:rsidRPr="002A7B71" w:rsidRDefault="00000000">
            <w:pPr>
              <w:spacing w:after="0" w:line="240" w:lineRule="auto"/>
              <w:jc w:val="center"/>
              <w:rPr>
                <w:noProof/>
                <w:lang w:val="ro-RO"/>
              </w:rPr>
            </w:pPr>
            <w:r w:rsidRPr="002A7B71">
              <w:rPr>
                <w:b/>
                <w:noProof/>
                <w:color w:val="FFFFFF"/>
                <w:sz w:val="15"/>
                <w:lang w:val="ro-RO"/>
              </w:rPr>
              <w:t>SURSĂ OFICIALĂ</w:t>
            </w:r>
          </w:p>
        </w:tc>
      </w:tr>
      <w:tr w:rsidR="00146DEE" w:rsidRPr="002A7B71" w14:paraId="6D26DF3B" w14:textId="77777777" w:rsidTr="002A7B71">
        <w:trPr>
          <w:cantSplit/>
          <w:trHeight w:val="776"/>
          <w:jc w:val="center"/>
        </w:trPr>
        <w:tc>
          <w:tcPr>
            <w:tcW w:w="2087" w:type="dxa"/>
            <w:shd w:val="clear" w:color="auto" w:fill="FFFFFF"/>
            <w:tcMar>
              <w:top w:w="80" w:type="dxa"/>
              <w:left w:w="90" w:type="dxa"/>
              <w:bottom w:w="80" w:type="dxa"/>
              <w:right w:w="90" w:type="dxa"/>
            </w:tcMar>
            <w:vAlign w:val="center"/>
          </w:tcPr>
          <w:p w14:paraId="53ED965B" w14:textId="77777777" w:rsidR="00146DEE" w:rsidRPr="002A7B71" w:rsidRDefault="00000000">
            <w:pPr>
              <w:spacing w:after="0" w:line="240" w:lineRule="auto"/>
              <w:rPr>
                <w:noProof/>
                <w:lang w:val="ro-RO"/>
              </w:rPr>
            </w:pPr>
            <w:r w:rsidRPr="002A7B71">
              <w:rPr>
                <w:noProof/>
                <w:sz w:val="15"/>
                <w:lang w:val="ro-RO"/>
              </w:rPr>
              <w:t>ISO 19011:2026</w:t>
            </w:r>
          </w:p>
        </w:tc>
        <w:tc>
          <w:tcPr>
            <w:tcW w:w="4128" w:type="dxa"/>
            <w:shd w:val="clear" w:color="auto" w:fill="FFFFFF"/>
            <w:tcMar>
              <w:top w:w="80" w:type="dxa"/>
              <w:left w:w="90" w:type="dxa"/>
              <w:bottom w:w="80" w:type="dxa"/>
              <w:right w:w="90" w:type="dxa"/>
            </w:tcMar>
            <w:vAlign w:val="center"/>
          </w:tcPr>
          <w:p w14:paraId="5CAE08C2" w14:textId="77777777" w:rsidR="00146DEE" w:rsidRPr="002A7B71" w:rsidRDefault="00000000">
            <w:pPr>
              <w:spacing w:after="0" w:line="240" w:lineRule="auto"/>
              <w:rPr>
                <w:noProof/>
                <w:lang w:val="ro-RO"/>
              </w:rPr>
            </w:pPr>
            <w:r w:rsidRPr="002A7B71">
              <w:rPr>
                <w:noProof/>
                <w:sz w:val="15"/>
                <w:lang w:val="ro-RO"/>
              </w:rPr>
              <w:t>Guidelines for auditing management systems</w:t>
            </w:r>
          </w:p>
        </w:tc>
        <w:tc>
          <w:tcPr>
            <w:tcW w:w="4076" w:type="dxa"/>
            <w:shd w:val="clear" w:color="auto" w:fill="FFFFFF"/>
          </w:tcPr>
          <w:p w14:paraId="1B92E34E" w14:textId="77777777" w:rsidR="00146DEE" w:rsidRPr="002A7B71" w:rsidRDefault="00000000">
            <w:pPr>
              <w:spacing w:after="0"/>
              <w:rPr>
                <w:noProof/>
                <w:lang w:val="ro-RO"/>
              </w:rPr>
            </w:pPr>
            <w:hyperlink r:id="rId8">
              <w:r w:rsidRPr="002A7B71">
                <w:rPr>
                  <w:noProof/>
                  <w:color w:val="D71920"/>
                  <w:sz w:val="15"/>
                  <w:u w:val="single"/>
                  <w:lang w:val="ro-RO"/>
                </w:rPr>
                <w:t>iso.org</w:t>
              </w:r>
            </w:hyperlink>
          </w:p>
        </w:tc>
      </w:tr>
      <w:tr w:rsidR="00146DEE" w:rsidRPr="002A7B71" w14:paraId="166EAF2D" w14:textId="77777777" w:rsidTr="002A7B71">
        <w:trPr>
          <w:cantSplit/>
          <w:trHeight w:val="1451"/>
          <w:jc w:val="center"/>
        </w:trPr>
        <w:tc>
          <w:tcPr>
            <w:tcW w:w="2087" w:type="dxa"/>
            <w:shd w:val="clear" w:color="auto" w:fill="FAFAFA"/>
            <w:tcMar>
              <w:top w:w="80" w:type="dxa"/>
              <w:left w:w="90" w:type="dxa"/>
              <w:bottom w:w="80" w:type="dxa"/>
              <w:right w:w="90" w:type="dxa"/>
            </w:tcMar>
            <w:vAlign w:val="center"/>
          </w:tcPr>
          <w:p w14:paraId="074EC79C" w14:textId="77777777" w:rsidR="00146DEE" w:rsidRPr="002A7B71" w:rsidRDefault="00000000">
            <w:pPr>
              <w:spacing w:after="0" w:line="240" w:lineRule="auto"/>
              <w:rPr>
                <w:noProof/>
                <w:lang w:val="ro-RO"/>
              </w:rPr>
            </w:pPr>
            <w:r w:rsidRPr="002A7B71">
              <w:rPr>
                <w:noProof/>
                <w:sz w:val="15"/>
                <w:lang w:val="ro-RO"/>
              </w:rPr>
              <w:t>ISO - Management system standards</w:t>
            </w:r>
          </w:p>
        </w:tc>
        <w:tc>
          <w:tcPr>
            <w:tcW w:w="4128" w:type="dxa"/>
            <w:shd w:val="clear" w:color="auto" w:fill="FAFAFA"/>
            <w:tcMar>
              <w:top w:w="80" w:type="dxa"/>
              <w:left w:w="90" w:type="dxa"/>
              <w:bottom w:w="80" w:type="dxa"/>
              <w:right w:w="90" w:type="dxa"/>
            </w:tcMar>
            <w:vAlign w:val="center"/>
          </w:tcPr>
          <w:p w14:paraId="744C51CF" w14:textId="77777777" w:rsidR="00146DEE" w:rsidRPr="002A7B71" w:rsidRDefault="00000000">
            <w:pPr>
              <w:spacing w:after="0" w:line="240" w:lineRule="auto"/>
              <w:rPr>
                <w:noProof/>
                <w:lang w:val="ro-RO"/>
              </w:rPr>
            </w:pPr>
            <w:r w:rsidRPr="002A7B71">
              <w:rPr>
                <w:noProof/>
                <w:sz w:val="15"/>
                <w:lang w:val="ro-RO"/>
              </w:rPr>
              <w:t>Informații generale privind standardele pentru sisteme de management și audituri</w:t>
            </w:r>
          </w:p>
        </w:tc>
        <w:tc>
          <w:tcPr>
            <w:tcW w:w="4076" w:type="dxa"/>
            <w:shd w:val="clear" w:color="auto" w:fill="FAFAFA"/>
          </w:tcPr>
          <w:p w14:paraId="2EEB5D7F" w14:textId="77777777" w:rsidR="00146DEE" w:rsidRPr="002A7B71" w:rsidRDefault="00000000">
            <w:pPr>
              <w:spacing w:after="0"/>
              <w:rPr>
                <w:noProof/>
                <w:lang w:val="ro-RO"/>
              </w:rPr>
            </w:pPr>
            <w:hyperlink r:id="rId9">
              <w:r w:rsidRPr="002A7B71">
                <w:rPr>
                  <w:noProof/>
                  <w:color w:val="D71920"/>
                  <w:sz w:val="15"/>
                  <w:u w:val="single"/>
                  <w:lang w:val="ro-RO"/>
                </w:rPr>
                <w:t>iso.org</w:t>
              </w:r>
            </w:hyperlink>
          </w:p>
        </w:tc>
      </w:tr>
      <w:tr w:rsidR="00146DEE" w:rsidRPr="002A7B71" w14:paraId="36E79777" w14:textId="77777777" w:rsidTr="002A7B71">
        <w:tblPrEx>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PrEx>
        <w:trPr>
          <w:cantSplit/>
          <w:trHeight w:val="2853"/>
          <w:jc w:val="center"/>
        </w:trPr>
        <w:tc>
          <w:tcPr>
            <w:tcW w:w="2087" w:type="dxa"/>
            <w:shd w:val="clear" w:color="auto" w:fill="D71920"/>
            <w:tcMar>
              <w:top w:w="80" w:type="dxa"/>
              <w:left w:w="90" w:type="dxa"/>
              <w:bottom w:w="80" w:type="dxa"/>
              <w:right w:w="90" w:type="dxa"/>
            </w:tcMar>
            <w:vAlign w:val="center"/>
          </w:tcPr>
          <w:p w14:paraId="2F430340" w14:textId="77777777" w:rsidR="00146DEE" w:rsidRPr="002A7B71" w:rsidRDefault="00000000">
            <w:pPr>
              <w:spacing w:after="0" w:line="240" w:lineRule="auto"/>
              <w:jc w:val="center"/>
              <w:rPr>
                <w:noProof/>
                <w:lang w:val="ro-RO"/>
              </w:rPr>
            </w:pPr>
            <w:r w:rsidRPr="002A7B71">
              <w:rPr>
                <w:b/>
                <w:noProof/>
                <w:color w:val="FFFFFF"/>
                <w:sz w:val="32"/>
                <w:lang w:val="ro-RO"/>
              </w:rPr>
              <w:t>i</w:t>
            </w:r>
          </w:p>
        </w:tc>
        <w:tc>
          <w:tcPr>
            <w:tcW w:w="8205" w:type="dxa"/>
            <w:gridSpan w:val="2"/>
            <w:shd w:val="clear" w:color="auto" w:fill="FCEBEC"/>
          </w:tcPr>
          <w:p w14:paraId="38E0870A" w14:textId="77777777" w:rsidR="00146DEE" w:rsidRPr="002A7B71" w:rsidRDefault="00000000">
            <w:pPr>
              <w:spacing w:after="40"/>
              <w:rPr>
                <w:noProof/>
                <w:lang w:val="ro-RO"/>
              </w:rPr>
            </w:pPr>
            <w:r w:rsidRPr="002A7B71">
              <w:rPr>
                <w:b/>
                <w:noProof/>
                <w:color w:val="D71920"/>
                <w:lang w:val="ro-RO"/>
              </w:rPr>
              <w:t>NOTĂ PRIVIND EDIȚIA</w:t>
            </w:r>
          </w:p>
          <w:p w14:paraId="18A96DD7" w14:textId="77777777" w:rsidR="00146DEE" w:rsidRPr="002A7B71" w:rsidRDefault="00000000">
            <w:pPr>
              <w:spacing w:after="0" w:line="252" w:lineRule="auto"/>
              <w:rPr>
                <w:noProof/>
                <w:lang w:val="ro-RO"/>
              </w:rPr>
            </w:pPr>
            <w:r w:rsidRPr="002A7B71">
              <w:rPr>
                <w:noProof/>
                <w:sz w:val="17"/>
                <w:lang w:val="ro-RO"/>
              </w:rPr>
              <w:t>Ghidul utilizează ISO 19011:2026, ediția 4, publicată în mai 2026. Organizațiile trebuie să verifice și ediția aplicabilă a fiecărui standard de sistem de management auditat.</w:t>
            </w:r>
          </w:p>
        </w:tc>
      </w:tr>
    </w:tbl>
    <w:p w14:paraId="6DAA7935" w14:textId="77777777" w:rsidR="00146DEE" w:rsidRPr="002A7B71" w:rsidRDefault="00146DEE">
      <w:pPr>
        <w:spacing w:after="0"/>
        <w:rPr>
          <w:noProof/>
          <w:lang w:val="ro-RO"/>
        </w:rPr>
      </w:pPr>
    </w:p>
    <w:p w14:paraId="3FF8E34F" w14:textId="77777777" w:rsidR="00146DEE" w:rsidRPr="002A7B71" w:rsidRDefault="00000000">
      <w:pPr>
        <w:spacing w:before="160" w:after="60"/>
        <w:jc w:val="center"/>
        <w:rPr>
          <w:noProof/>
          <w:lang w:val="ro-RO"/>
        </w:rPr>
      </w:pPr>
      <w:r w:rsidRPr="002A7B71">
        <w:rPr>
          <w:b/>
          <w:noProof/>
          <w:color w:val="D71920"/>
          <w:sz w:val="34"/>
          <w:lang w:val="ro-RO"/>
        </w:rPr>
        <w:t>CERTIFY</w:t>
      </w:r>
    </w:p>
    <w:p w14:paraId="4A352DAF" w14:textId="77777777" w:rsidR="00146DEE" w:rsidRPr="002A7B71" w:rsidRDefault="00000000">
      <w:pPr>
        <w:spacing w:after="40"/>
        <w:jc w:val="center"/>
        <w:rPr>
          <w:noProof/>
          <w:lang w:val="ro-RO"/>
        </w:rPr>
      </w:pPr>
      <w:r w:rsidRPr="002A7B71">
        <w:rPr>
          <w:noProof/>
          <w:color w:val="666666"/>
          <w:lang w:val="ro-RO"/>
        </w:rPr>
        <w:t>Resurse practice pentru sisteme de management</w:t>
      </w:r>
    </w:p>
    <w:p w14:paraId="75266032" w14:textId="77777777" w:rsidR="00146DEE" w:rsidRPr="002A7B71" w:rsidRDefault="00000000">
      <w:pPr>
        <w:spacing w:after="0"/>
        <w:jc w:val="center"/>
        <w:rPr>
          <w:noProof/>
          <w:lang w:val="ro-RO"/>
        </w:rPr>
      </w:pPr>
      <w:r w:rsidRPr="002A7B71">
        <w:rPr>
          <w:b/>
          <w:noProof/>
          <w:color w:val="D71920"/>
          <w:sz w:val="19"/>
          <w:lang w:val="ro-RO"/>
        </w:rPr>
        <w:t>www.certify.ro</w:t>
      </w:r>
    </w:p>
    <w:sectPr w:rsidR="00146DEE" w:rsidRPr="002A7B71" w:rsidSect="00034616">
      <w:headerReference w:type="default" r:id="rId10"/>
      <w:footerReference w:type="default" r:id="rId11"/>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455A4" w14:textId="77777777" w:rsidR="009533D7" w:rsidRDefault="009533D7">
      <w:pPr>
        <w:spacing w:after="0" w:line="240" w:lineRule="auto"/>
      </w:pPr>
      <w:r>
        <w:separator/>
      </w:r>
    </w:p>
  </w:endnote>
  <w:endnote w:type="continuationSeparator" w:id="0">
    <w:p w14:paraId="1EAEA19A" w14:textId="77777777" w:rsidR="009533D7" w:rsidRDefault="0095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EEB9" w14:textId="77777777" w:rsidR="00146DEE" w:rsidRPr="002A7B71" w:rsidRDefault="00146DEE">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146DEE" w:rsidRPr="002A7B71" w14:paraId="2622694C" w14:textId="77777777">
      <w:trPr>
        <w:jc w:val="center"/>
      </w:trPr>
      <w:tc>
        <w:tcPr>
          <w:tcW w:w="8220" w:type="dxa"/>
          <w:tcMar>
            <w:top w:w="80" w:type="dxa"/>
            <w:left w:w="90" w:type="dxa"/>
            <w:bottom w:w="80" w:type="dxa"/>
            <w:right w:w="90" w:type="dxa"/>
          </w:tcMar>
          <w:vAlign w:val="center"/>
        </w:tcPr>
        <w:p w14:paraId="232434BB" w14:textId="77777777" w:rsidR="00146DEE" w:rsidRPr="002A7B71" w:rsidRDefault="00000000">
          <w:pPr>
            <w:spacing w:after="0" w:line="240" w:lineRule="auto"/>
            <w:rPr>
              <w:noProof/>
              <w:lang w:val="ro-RO"/>
            </w:rPr>
          </w:pPr>
          <w:r w:rsidRPr="002A7B71">
            <w:rPr>
              <w:noProof/>
              <w:color w:val="666666"/>
              <w:sz w:val="14"/>
              <w:lang w:val="ro-RO"/>
            </w:rPr>
            <w:t>Instrument orientativ. A se adapta contextului organizației.</w:t>
          </w:r>
        </w:p>
      </w:tc>
      <w:tc>
        <w:tcPr>
          <w:tcW w:w="1701" w:type="dxa"/>
        </w:tcPr>
        <w:p w14:paraId="3F07B7C9" w14:textId="77777777" w:rsidR="00146DEE" w:rsidRPr="002A7B71" w:rsidRDefault="00000000">
          <w:pPr>
            <w:jc w:val="right"/>
            <w:rPr>
              <w:noProof/>
              <w:lang w:val="ro-RO"/>
            </w:rPr>
          </w:pPr>
          <w:r w:rsidRPr="002A7B71">
            <w:rPr>
              <w:noProof/>
              <w:color w:val="666666"/>
              <w:sz w:val="14"/>
              <w:lang w:val="ro-RO"/>
            </w:rPr>
            <w:t xml:space="preserve">Pagina </w:t>
          </w:r>
          <w:r w:rsidRPr="002A7B71">
            <w:rPr>
              <w:noProof/>
              <w:lang w:val="ro-RO"/>
            </w:rPr>
            <w:fldChar w:fldCharType="begin"/>
          </w:r>
          <w:r w:rsidRPr="002A7B71">
            <w:rPr>
              <w:noProof/>
              <w:lang w:val="ro-RO"/>
            </w:rPr>
            <w:instrText xml:space="preserve"> PAGE </w:instrText>
          </w:r>
          <w:r w:rsidR="002A7B71" w:rsidRPr="002A7B71">
            <w:rPr>
              <w:noProof/>
              <w:lang w:val="ro-RO"/>
            </w:rPr>
            <w:fldChar w:fldCharType="separate"/>
          </w:r>
          <w:r w:rsidR="002A7B71" w:rsidRPr="002A7B71">
            <w:rPr>
              <w:noProof/>
              <w:lang w:val="ro-RO"/>
            </w:rPr>
            <w:t>1</w:t>
          </w:r>
          <w:r w:rsidRPr="002A7B71">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5EF53" w14:textId="77777777" w:rsidR="009533D7" w:rsidRDefault="009533D7">
      <w:pPr>
        <w:spacing w:after="0" w:line="240" w:lineRule="auto"/>
      </w:pPr>
      <w:r>
        <w:separator/>
      </w:r>
    </w:p>
  </w:footnote>
  <w:footnote w:type="continuationSeparator" w:id="0">
    <w:p w14:paraId="7F3EF003" w14:textId="77777777" w:rsidR="009533D7" w:rsidRDefault="00953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1A6C" w14:textId="4A74F6DC" w:rsidR="00146DEE" w:rsidRPr="002A7B71" w:rsidRDefault="00000000">
    <w:pPr>
      <w:pStyle w:val="Header"/>
      <w:pBdr>
        <w:bottom w:val="single" w:sz="8" w:space="3" w:color="D71920"/>
      </w:pBdr>
      <w:tabs>
        <w:tab w:val="right" w:pos="9921"/>
      </w:tabs>
      <w:rPr>
        <w:noProof/>
        <w:lang w:val="ro-RO"/>
      </w:rPr>
    </w:pPr>
    <w:r w:rsidRPr="002A7B71">
      <w:rPr>
        <w:b/>
        <w:noProof/>
        <w:color w:val="D71920"/>
        <w:sz w:val="20"/>
        <w:lang w:val="ro-RO"/>
      </w:rPr>
      <w:t>C</w:t>
    </w:r>
    <w:r w:rsidR="002A7B71" w:rsidRPr="002A7B71">
      <w:rPr>
        <w:b/>
        <w:noProof/>
        <w:color w:val="D71920"/>
        <w:sz w:val="20"/>
        <w:lang w:val="ro-RO"/>
      </w:rPr>
      <w:t>ertify</w:t>
    </w:r>
    <w:r w:rsidRPr="002A7B71">
      <w:rPr>
        <w:noProof/>
        <w:color w:val="666666"/>
        <w:sz w:val="16"/>
        <w:lang w:val="ro-RO"/>
      </w:rPr>
      <w:t xml:space="preserve">  |  RESURSE PRACTICE ISO</w:t>
    </w:r>
    <w:r w:rsidRPr="002A7B71">
      <w:rPr>
        <w:noProof/>
        <w:lang w:val="ro-RO"/>
      </w:rPr>
      <w:tab/>
    </w:r>
    <w:r w:rsidRPr="002A7B71">
      <w:rPr>
        <w:noProof/>
        <w:color w:val="666666"/>
        <w:sz w:val="15"/>
        <w:lang w:val="ro-RO"/>
      </w:rPr>
      <w:t>MINI-GHID AUDIT INTERN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5295554">
    <w:abstractNumId w:val="8"/>
  </w:num>
  <w:num w:numId="2" w16cid:durableId="2036344691">
    <w:abstractNumId w:val="6"/>
  </w:num>
  <w:num w:numId="3" w16cid:durableId="892883200">
    <w:abstractNumId w:val="5"/>
  </w:num>
  <w:num w:numId="4" w16cid:durableId="678697017">
    <w:abstractNumId w:val="4"/>
  </w:num>
  <w:num w:numId="5" w16cid:durableId="1744402399">
    <w:abstractNumId w:val="7"/>
  </w:num>
  <w:num w:numId="6" w16cid:durableId="1529031103">
    <w:abstractNumId w:val="3"/>
  </w:num>
  <w:num w:numId="7" w16cid:durableId="243613939">
    <w:abstractNumId w:val="2"/>
  </w:num>
  <w:num w:numId="8" w16cid:durableId="1225990403">
    <w:abstractNumId w:val="1"/>
  </w:num>
  <w:num w:numId="9" w16cid:durableId="210627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6DEE"/>
    <w:rsid w:val="0015074B"/>
    <w:rsid w:val="001A2D08"/>
    <w:rsid w:val="0029639D"/>
    <w:rsid w:val="002A7B71"/>
    <w:rsid w:val="00326F90"/>
    <w:rsid w:val="009533D7"/>
    <w:rsid w:val="00AA1D8D"/>
    <w:rsid w:val="00B47730"/>
    <w:rsid w:val="00CB0664"/>
    <w:rsid w:val="00D438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FBCA48"/>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D71920"/>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190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so.org/management-system-standar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4508</Words>
  <Characters>25697</Characters>
  <Application>Microsoft Office Word</Application>
  <DocSecurity>0</DocSecurity>
  <Lines>214</Lines>
  <Paragraphs>60</Paragraphs>
  <ScaleCrop>false</ScaleCrop>
  <Manager/>
  <Company/>
  <LinksUpToDate>false</LinksUpToDate>
  <CharactersWithSpaces>30145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2026-07-24T07:34:00Z</dcterms:created>
  <dcterms:modified xsi:type="dcterms:W3CDTF">2026-07-24T07:34:00Z</dcterms:modified>
  <cp:category/>
</cp:coreProperties>
</file>