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03EE5" w14:textId="77777777" w:rsidR="004011CE" w:rsidRPr="002D650B" w:rsidRDefault="00000000">
      <w:pPr>
        <w:spacing w:after="360"/>
        <w:rPr>
          <w:noProof/>
          <w:lang w:val="ro-RO"/>
        </w:rPr>
      </w:pPr>
      <w:r w:rsidRPr="002D650B">
        <w:rPr>
          <w:rFonts w:eastAsia="Arial"/>
          <w:b/>
          <w:noProof/>
          <w:color w:val="D71920"/>
          <w:sz w:val="20"/>
          <w:lang w:val="ro-RO"/>
        </w:rPr>
        <w:t>CERTIFY  |  RESURSE PRACTICE ISO</w:t>
      </w:r>
    </w:p>
    <w:p w14:paraId="2219C08B" w14:textId="77777777" w:rsidR="004011CE" w:rsidRPr="002D650B" w:rsidRDefault="00000000">
      <w:pPr>
        <w:spacing w:after="40"/>
        <w:rPr>
          <w:noProof/>
          <w:lang w:val="ro-RO"/>
        </w:rPr>
      </w:pPr>
      <w:r w:rsidRPr="002D650B">
        <w:rPr>
          <w:rFonts w:eastAsia="Arial"/>
          <w:b/>
          <w:noProof/>
          <w:color w:val="D71920"/>
          <w:sz w:val="68"/>
          <w:lang w:val="ro-RO"/>
        </w:rPr>
        <w:t>CHECKLIST</w:t>
      </w:r>
    </w:p>
    <w:p w14:paraId="50FC56CF" w14:textId="77777777" w:rsidR="004011CE" w:rsidRPr="002D650B" w:rsidRDefault="00000000">
      <w:pPr>
        <w:spacing w:after="140"/>
        <w:rPr>
          <w:noProof/>
          <w:lang w:val="ro-RO"/>
        </w:rPr>
      </w:pPr>
      <w:r w:rsidRPr="002D650B">
        <w:rPr>
          <w:rFonts w:eastAsia="Arial"/>
          <w:b/>
          <w:noProof/>
          <w:sz w:val="50"/>
          <w:lang w:val="ro-RO"/>
        </w:rPr>
        <w:t>Implementare ISO 13485:2016</w:t>
      </w:r>
    </w:p>
    <w:p w14:paraId="7B9B1385" w14:textId="77777777" w:rsidR="004011CE" w:rsidRPr="002D650B" w:rsidRDefault="00000000">
      <w:pPr>
        <w:spacing w:after="360"/>
        <w:rPr>
          <w:noProof/>
          <w:lang w:val="ro-RO"/>
        </w:rPr>
      </w:pPr>
      <w:r w:rsidRPr="002D650B">
        <w:rPr>
          <w:rFonts w:eastAsia="Arial"/>
          <w:noProof/>
          <w:color w:val="666666"/>
          <w:sz w:val="24"/>
          <w:lang w:val="ro-RO"/>
        </w:rPr>
        <w:t>Instrument practic pentru proiectarea, implementarea și verificarea unui sistem de management al calității pentru dispozitive medicale</w:t>
      </w:r>
    </w:p>
    <w:p w14:paraId="0748CABC" w14:textId="77777777" w:rsidR="004011CE" w:rsidRPr="002D650B" w:rsidRDefault="004011CE">
      <w:pPr>
        <w:pBdr>
          <w:bottom w:val="single" w:sz="18" w:space="1" w:color="D71920"/>
        </w:pBdr>
        <w:spacing w:after="140"/>
        <w:rPr>
          <w:noProof/>
          <w:lang w:val="ro-RO"/>
        </w:rPr>
      </w:pPr>
    </w:p>
    <w:p w14:paraId="0E9633B0" w14:textId="77777777" w:rsidR="004011CE" w:rsidRPr="002D650B" w:rsidRDefault="00000000">
      <w:pPr>
        <w:spacing w:after="320"/>
        <w:jc w:val="center"/>
        <w:rPr>
          <w:noProof/>
          <w:lang w:val="ro-RO"/>
        </w:rPr>
      </w:pPr>
      <w:r w:rsidRPr="002D650B">
        <w:rPr>
          <w:rFonts w:eastAsia="Arial"/>
          <w:b/>
          <w:noProof/>
          <w:color w:val="D71920"/>
          <w:sz w:val="22"/>
          <w:lang w:val="ro-RO"/>
        </w:rPr>
        <w:t>SIGURANȚĂ. CONFORMITATE. TRASABILITATE.</w:t>
      </w:r>
    </w:p>
    <w:tbl>
      <w:tblPr>
        <w:tblW w:w="0" w:type="auto"/>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81"/>
        <w:gridCol w:w="7483"/>
      </w:tblGrid>
      <w:tr w:rsidR="004011CE" w:rsidRPr="002D650B" w14:paraId="14A64E5A" w14:textId="77777777">
        <w:trPr>
          <w:jc w:val="center"/>
        </w:trPr>
        <w:tc>
          <w:tcPr>
            <w:tcW w:w="2381" w:type="dxa"/>
            <w:shd w:val="clear" w:color="auto" w:fill="D71920"/>
            <w:tcMar>
              <w:top w:w="60" w:type="dxa"/>
              <w:left w:w="70" w:type="dxa"/>
              <w:bottom w:w="60" w:type="dxa"/>
              <w:right w:w="70" w:type="dxa"/>
            </w:tcMar>
            <w:vAlign w:val="center"/>
          </w:tcPr>
          <w:p w14:paraId="3349B2EA" w14:textId="77777777" w:rsidR="004011CE" w:rsidRPr="002D650B" w:rsidRDefault="00000000">
            <w:pPr>
              <w:spacing w:after="0" w:line="240" w:lineRule="auto"/>
              <w:rPr>
                <w:noProof/>
                <w:lang w:val="ro-RO"/>
              </w:rPr>
            </w:pPr>
            <w:r w:rsidRPr="002D650B">
              <w:rPr>
                <w:rFonts w:eastAsia="Arial"/>
                <w:b/>
                <w:noProof/>
                <w:color w:val="FFFFFF"/>
                <w:sz w:val="16"/>
                <w:lang w:val="ro-RO"/>
              </w:rPr>
              <w:t>BAZĂ NORMATIVĂ</w:t>
            </w:r>
          </w:p>
        </w:tc>
        <w:tc>
          <w:tcPr>
            <w:tcW w:w="7483" w:type="dxa"/>
            <w:shd w:val="clear" w:color="auto" w:fill="F3F4F5"/>
            <w:tcMar>
              <w:top w:w="60" w:type="dxa"/>
              <w:left w:w="70" w:type="dxa"/>
              <w:bottom w:w="60" w:type="dxa"/>
              <w:right w:w="70" w:type="dxa"/>
            </w:tcMar>
            <w:vAlign w:val="center"/>
          </w:tcPr>
          <w:p w14:paraId="2D619BE4" w14:textId="77777777" w:rsidR="004011CE" w:rsidRPr="002D650B" w:rsidRDefault="00000000">
            <w:pPr>
              <w:spacing w:after="0" w:line="240" w:lineRule="auto"/>
              <w:rPr>
                <w:noProof/>
                <w:lang w:val="ro-RO"/>
              </w:rPr>
            </w:pPr>
            <w:r w:rsidRPr="002D650B">
              <w:rPr>
                <w:rFonts w:eastAsia="Arial"/>
                <w:noProof/>
                <w:sz w:val="17"/>
                <w:lang w:val="ro-RO"/>
              </w:rPr>
              <w:t>ISO 13485:2016 - ediția 3, confirmată în 2025</w:t>
            </w:r>
          </w:p>
        </w:tc>
      </w:tr>
      <w:tr w:rsidR="004011CE" w:rsidRPr="002D650B" w14:paraId="3E91378B" w14:textId="77777777">
        <w:trPr>
          <w:jc w:val="center"/>
        </w:trPr>
        <w:tc>
          <w:tcPr>
            <w:tcW w:w="2381" w:type="dxa"/>
            <w:shd w:val="clear" w:color="auto" w:fill="D71920"/>
            <w:tcMar>
              <w:top w:w="60" w:type="dxa"/>
              <w:left w:w="70" w:type="dxa"/>
              <w:bottom w:w="60" w:type="dxa"/>
              <w:right w:w="70" w:type="dxa"/>
            </w:tcMar>
            <w:vAlign w:val="center"/>
          </w:tcPr>
          <w:p w14:paraId="4B1881FA" w14:textId="77777777" w:rsidR="004011CE" w:rsidRPr="002D650B" w:rsidRDefault="00000000">
            <w:pPr>
              <w:spacing w:after="0" w:line="240" w:lineRule="auto"/>
              <w:rPr>
                <w:noProof/>
                <w:lang w:val="ro-RO"/>
              </w:rPr>
            </w:pPr>
            <w:r w:rsidRPr="002D650B">
              <w:rPr>
                <w:rFonts w:eastAsia="Arial"/>
                <w:b/>
                <w:noProof/>
                <w:color w:val="FFFFFF"/>
                <w:sz w:val="16"/>
                <w:lang w:val="ro-RO"/>
              </w:rPr>
              <w:t>UTILIZARE</w:t>
            </w:r>
          </w:p>
        </w:tc>
        <w:tc>
          <w:tcPr>
            <w:tcW w:w="7483" w:type="dxa"/>
            <w:shd w:val="clear" w:color="auto" w:fill="F3F4F5"/>
            <w:tcMar>
              <w:top w:w="60" w:type="dxa"/>
              <w:left w:w="70" w:type="dxa"/>
              <w:bottom w:w="60" w:type="dxa"/>
              <w:right w:w="70" w:type="dxa"/>
            </w:tcMar>
            <w:vAlign w:val="center"/>
          </w:tcPr>
          <w:p w14:paraId="063F1EE7" w14:textId="77777777" w:rsidR="004011CE" w:rsidRPr="002D650B" w:rsidRDefault="00000000">
            <w:pPr>
              <w:spacing w:after="0" w:line="240" w:lineRule="auto"/>
              <w:rPr>
                <w:noProof/>
                <w:lang w:val="ro-RO"/>
              </w:rPr>
            </w:pPr>
            <w:r w:rsidRPr="002D650B">
              <w:rPr>
                <w:rFonts w:eastAsia="Arial"/>
                <w:noProof/>
                <w:sz w:val="17"/>
                <w:lang w:val="ro-RO"/>
              </w:rPr>
              <w:t>Organizații din orice industrie, dimensiune sau nivel de maturitate</w:t>
            </w:r>
          </w:p>
        </w:tc>
      </w:tr>
      <w:tr w:rsidR="004011CE" w:rsidRPr="002D650B" w14:paraId="6D21D8FA" w14:textId="77777777">
        <w:trPr>
          <w:jc w:val="center"/>
        </w:trPr>
        <w:tc>
          <w:tcPr>
            <w:tcW w:w="2381" w:type="dxa"/>
            <w:shd w:val="clear" w:color="auto" w:fill="D71920"/>
            <w:tcMar>
              <w:top w:w="60" w:type="dxa"/>
              <w:left w:w="70" w:type="dxa"/>
              <w:bottom w:w="60" w:type="dxa"/>
              <w:right w:w="70" w:type="dxa"/>
            </w:tcMar>
            <w:vAlign w:val="center"/>
          </w:tcPr>
          <w:p w14:paraId="640CAF1A" w14:textId="77777777" w:rsidR="004011CE" w:rsidRPr="002D650B" w:rsidRDefault="00000000">
            <w:pPr>
              <w:spacing w:after="0" w:line="240" w:lineRule="auto"/>
              <w:rPr>
                <w:noProof/>
                <w:lang w:val="ro-RO"/>
              </w:rPr>
            </w:pPr>
            <w:r w:rsidRPr="002D650B">
              <w:rPr>
                <w:rFonts w:eastAsia="Arial"/>
                <w:b/>
                <w:noProof/>
                <w:color w:val="FFFFFF"/>
                <w:sz w:val="16"/>
                <w:lang w:val="ro-RO"/>
              </w:rPr>
              <w:t>VERSIUNE</w:t>
            </w:r>
          </w:p>
        </w:tc>
        <w:tc>
          <w:tcPr>
            <w:tcW w:w="7483" w:type="dxa"/>
            <w:shd w:val="clear" w:color="auto" w:fill="F3F4F5"/>
            <w:tcMar>
              <w:top w:w="60" w:type="dxa"/>
              <w:left w:w="70" w:type="dxa"/>
              <w:bottom w:w="60" w:type="dxa"/>
              <w:right w:w="70" w:type="dxa"/>
            </w:tcMar>
            <w:vAlign w:val="center"/>
          </w:tcPr>
          <w:p w14:paraId="55A66FF4" w14:textId="77777777" w:rsidR="004011CE" w:rsidRPr="002D650B" w:rsidRDefault="00000000">
            <w:pPr>
              <w:spacing w:after="0" w:line="240" w:lineRule="auto"/>
              <w:rPr>
                <w:noProof/>
                <w:lang w:val="ro-RO"/>
              </w:rPr>
            </w:pPr>
            <w:r w:rsidRPr="002D650B">
              <w:rPr>
                <w:rFonts w:eastAsia="Arial"/>
                <w:noProof/>
                <w:sz w:val="17"/>
                <w:lang w:val="ro-RO"/>
              </w:rPr>
              <w:t>1.0  |  Iulie 2026</w:t>
            </w:r>
          </w:p>
        </w:tc>
      </w:tr>
    </w:tbl>
    <w:p w14:paraId="468DD9E5" w14:textId="77777777" w:rsidR="004011CE" w:rsidRPr="002D650B" w:rsidRDefault="004011CE">
      <w:pPr>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4011CE" w:rsidRPr="002D650B" w14:paraId="7F3EEED0" w14:textId="77777777">
        <w:trPr>
          <w:cantSplit/>
          <w:jc w:val="center"/>
        </w:trPr>
        <w:tc>
          <w:tcPr>
            <w:tcW w:w="566" w:type="dxa"/>
            <w:shd w:val="clear" w:color="auto" w:fill="D71920"/>
            <w:tcMar>
              <w:top w:w="60" w:type="dxa"/>
              <w:left w:w="70" w:type="dxa"/>
              <w:bottom w:w="60" w:type="dxa"/>
              <w:right w:w="70" w:type="dxa"/>
            </w:tcMar>
            <w:vAlign w:val="center"/>
          </w:tcPr>
          <w:p w14:paraId="4AECEF65"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FCEBEC"/>
          </w:tcPr>
          <w:p w14:paraId="7EA8E149" w14:textId="77777777" w:rsidR="004011CE" w:rsidRPr="002D650B" w:rsidRDefault="00000000">
            <w:pPr>
              <w:spacing w:after="40"/>
              <w:rPr>
                <w:noProof/>
                <w:lang w:val="ro-RO"/>
              </w:rPr>
            </w:pPr>
            <w:r w:rsidRPr="002D650B">
              <w:rPr>
                <w:rFonts w:eastAsia="Arial"/>
                <w:b/>
                <w:noProof/>
                <w:color w:val="D71920"/>
                <w:lang w:val="ro-RO"/>
              </w:rPr>
              <w:t>UTILIZARE RESPONSABILĂ</w:t>
            </w:r>
          </w:p>
          <w:p w14:paraId="2FD7A76E" w14:textId="77777777" w:rsidR="004011CE" w:rsidRPr="002D650B" w:rsidRDefault="00000000">
            <w:pPr>
              <w:spacing w:after="0" w:line="252" w:lineRule="auto"/>
              <w:rPr>
                <w:noProof/>
                <w:lang w:val="ro-RO"/>
              </w:rPr>
            </w:pPr>
            <w:r w:rsidRPr="002D650B">
              <w:rPr>
                <w:rFonts w:eastAsia="Arial"/>
                <w:noProof/>
                <w:sz w:val="16"/>
                <w:lang w:val="ro-RO"/>
              </w:rPr>
              <w:t>Acest checklist este un instrument de lucru original și nu reproduce textul standardului. Nu înlocuiește ediția oficială, cerințele de reglementare aplicabile dispozitivelor și piețelor vizate, evaluarea juridică sau competența tehnică și clinică necesară. Trebuie adaptat rolului organizației, clasei de risc, tipului de dispozitiv și proceselor externalizate.</w:t>
            </w:r>
          </w:p>
        </w:tc>
      </w:tr>
    </w:tbl>
    <w:p w14:paraId="2C5CA92F" w14:textId="77777777" w:rsidR="004011CE" w:rsidRPr="002D650B" w:rsidRDefault="004011CE">
      <w:pPr>
        <w:spacing w:after="0"/>
        <w:rPr>
          <w:noProof/>
          <w:lang w:val="ro-RO"/>
        </w:rPr>
      </w:pPr>
    </w:p>
    <w:p w14:paraId="79D34138" w14:textId="77777777" w:rsidR="004011CE" w:rsidRPr="002D650B" w:rsidRDefault="004011CE">
      <w:pPr>
        <w:rPr>
          <w:noProof/>
          <w:lang w:val="ro-RO"/>
        </w:rPr>
      </w:pPr>
    </w:p>
    <w:p w14:paraId="39F95C6F" w14:textId="77777777" w:rsidR="004011CE" w:rsidRPr="002D650B" w:rsidRDefault="00000000">
      <w:pPr>
        <w:rPr>
          <w:noProof/>
          <w:lang w:val="ro-RO"/>
        </w:rPr>
      </w:pPr>
      <w:r w:rsidRPr="002D650B">
        <w:rPr>
          <w:noProof/>
          <w:lang w:val="ro-RO"/>
        </w:rPr>
        <w:br w:type="page"/>
      </w:r>
    </w:p>
    <w:p w14:paraId="2E5BE564" w14:textId="77777777" w:rsidR="004011CE" w:rsidRPr="002D650B" w:rsidRDefault="00000000">
      <w:pPr>
        <w:pStyle w:val="Heading1"/>
        <w:rPr>
          <w:noProof/>
          <w:lang w:val="ro-RO"/>
        </w:rPr>
      </w:pPr>
      <w:r w:rsidRPr="002D650B">
        <w:rPr>
          <w:noProof/>
          <w:lang w:val="ro-RO"/>
        </w:rPr>
        <w:lastRenderedPageBreak/>
        <w:t>Cum se utilizează checklistul</w:t>
      </w:r>
    </w:p>
    <w:p w14:paraId="167C09B8" w14:textId="77777777" w:rsidR="004011CE" w:rsidRPr="002D650B" w:rsidRDefault="00000000">
      <w:pPr>
        <w:rPr>
          <w:noProof/>
          <w:lang w:val="ro-RO"/>
        </w:rPr>
      </w:pPr>
      <w:r w:rsidRPr="002D650B">
        <w:rPr>
          <w:b/>
          <w:noProof/>
          <w:lang w:val="ro-RO"/>
        </w:rPr>
        <w:t xml:space="preserve">Scop. </w:t>
      </w:r>
      <w:r w:rsidRPr="002D650B">
        <w:rPr>
          <w:noProof/>
          <w:lang w:val="ro-RO"/>
        </w:rPr>
        <w:t>Să ajute organizațiile implicate în ciclul de viață al dispozitivelor medicale să proiecteze un sistem documentat, bazat pe risc, care controlează produsul, furnizorii, procesele și informațiile post-producție.</w:t>
      </w:r>
    </w:p>
    <w:p w14:paraId="2F8D89E6" w14:textId="77777777" w:rsidR="004011CE" w:rsidRPr="002D650B" w:rsidRDefault="00000000">
      <w:pPr>
        <w:pStyle w:val="Heading2"/>
        <w:rPr>
          <w:noProof/>
          <w:lang w:val="ro-RO"/>
        </w:rPr>
      </w:pPr>
      <w:r w:rsidRPr="002D650B">
        <w:rPr>
          <w:noProof/>
          <w:lang w:val="ro-RO"/>
        </w:rPr>
        <w:t>Scala de evaluare recomandată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381"/>
        <w:gridCol w:w="6633"/>
      </w:tblGrid>
      <w:tr w:rsidR="004011CE" w:rsidRPr="002D650B" w14:paraId="2B410EA2" w14:textId="77777777">
        <w:trPr>
          <w:cantSplit/>
          <w:jc w:val="center"/>
        </w:trPr>
        <w:tc>
          <w:tcPr>
            <w:tcW w:w="850" w:type="dxa"/>
            <w:shd w:val="clear" w:color="auto" w:fill="D71920"/>
            <w:tcMar>
              <w:top w:w="60" w:type="dxa"/>
              <w:left w:w="70" w:type="dxa"/>
              <w:bottom w:w="60" w:type="dxa"/>
              <w:right w:w="70" w:type="dxa"/>
            </w:tcMar>
            <w:vAlign w:val="center"/>
          </w:tcPr>
          <w:p w14:paraId="63EFFCEB" w14:textId="77777777" w:rsidR="004011CE" w:rsidRPr="002D650B" w:rsidRDefault="00000000">
            <w:pPr>
              <w:spacing w:after="0" w:line="240" w:lineRule="auto"/>
              <w:jc w:val="center"/>
              <w:rPr>
                <w:noProof/>
                <w:lang w:val="ro-RO"/>
              </w:rPr>
            </w:pPr>
            <w:r w:rsidRPr="002D650B">
              <w:rPr>
                <w:rFonts w:eastAsia="Arial"/>
                <w:b/>
                <w:noProof/>
                <w:color w:val="FFFFFF"/>
                <w:sz w:val="17"/>
                <w:lang w:val="ro-RO"/>
              </w:rPr>
              <w:t>0</w:t>
            </w:r>
          </w:p>
        </w:tc>
        <w:tc>
          <w:tcPr>
            <w:tcW w:w="2381" w:type="dxa"/>
            <w:shd w:val="clear" w:color="auto" w:fill="F3F4F5"/>
            <w:tcMar>
              <w:top w:w="60" w:type="dxa"/>
              <w:left w:w="70" w:type="dxa"/>
              <w:bottom w:w="60" w:type="dxa"/>
              <w:right w:w="70" w:type="dxa"/>
            </w:tcMar>
            <w:vAlign w:val="center"/>
          </w:tcPr>
          <w:p w14:paraId="08C69E56" w14:textId="77777777" w:rsidR="004011CE" w:rsidRPr="002D650B" w:rsidRDefault="00000000">
            <w:pPr>
              <w:spacing w:after="0" w:line="240" w:lineRule="auto"/>
              <w:rPr>
                <w:noProof/>
                <w:lang w:val="ro-RO"/>
              </w:rPr>
            </w:pPr>
            <w:r w:rsidRPr="002D650B">
              <w:rPr>
                <w:rFonts w:eastAsia="Arial"/>
                <w:b/>
                <w:noProof/>
                <w:sz w:val="16"/>
                <w:lang w:val="ro-RO"/>
              </w:rPr>
              <w:t>Neinițiat</w:t>
            </w:r>
          </w:p>
        </w:tc>
        <w:tc>
          <w:tcPr>
            <w:tcW w:w="6633" w:type="dxa"/>
            <w:tcMar>
              <w:top w:w="60" w:type="dxa"/>
              <w:left w:w="70" w:type="dxa"/>
              <w:bottom w:w="60" w:type="dxa"/>
              <w:right w:w="70" w:type="dxa"/>
            </w:tcMar>
            <w:vAlign w:val="center"/>
          </w:tcPr>
          <w:p w14:paraId="46B51059" w14:textId="77777777" w:rsidR="004011CE" w:rsidRPr="002D650B" w:rsidRDefault="00000000">
            <w:pPr>
              <w:spacing w:after="0" w:line="240" w:lineRule="auto"/>
              <w:rPr>
                <w:noProof/>
                <w:lang w:val="ro-RO"/>
              </w:rPr>
            </w:pPr>
            <w:r w:rsidRPr="002D650B">
              <w:rPr>
                <w:rFonts w:eastAsia="Arial"/>
                <w:noProof/>
                <w:sz w:val="16"/>
                <w:lang w:val="ro-RO"/>
              </w:rPr>
              <w:t>Nu există o abordare stabilită sau dovezi relevante.</w:t>
            </w:r>
          </w:p>
        </w:tc>
      </w:tr>
      <w:tr w:rsidR="004011CE" w:rsidRPr="002D650B" w14:paraId="523F4494" w14:textId="77777777">
        <w:trPr>
          <w:cantSplit/>
          <w:jc w:val="center"/>
        </w:trPr>
        <w:tc>
          <w:tcPr>
            <w:tcW w:w="850" w:type="dxa"/>
            <w:shd w:val="clear" w:color="auto" w:fill="D71920"/>
            <w:tcMar>
              <w:top w:w="60" w:type="dxa"/>
              <w:left w:w="70" w:type="dxa"/>
              <w:bottom w:w="60" w:type="dxa"/>
              <w:right w:w="70" w:type="dxa"/>
            </w:tcMar>
            <w:vAlign w:val="center"/>
          </w:tcPr>
          <w:p w14:paraId="79DB30B1" w14:textId="77777777" w:rsidR="004011CE" w:rsidRPr="002D650B" w:rsidRDefault="00000000">
            <w:pPr>
              <w:spacing w:after="0" w:line="240" w:lineRule="auto"/>
              <w:jc w:val="center"/>
              <w:rPr>
                <w:noProof/>
                <w:lang w:val="ro-RO"/>
              </w:rPr>
            </w:pPr>
            <w:r w:rsidRPr="002D650B">
              <w:rPr>
                <w:rFonts w:eastAsia="Arial"/>
                <w:b/>
                <w:noProof/>
                <w:color w:val="FFFFFF"/>
                <w:sz w:val="17"/>
                <w:lang w:val="ro-RO"/>
              </w:rPr>
              <w:t>1</w:t>
            </w:r>
          </w:p>
        </w:tc>
        <w:tc>
          <w:tcPr>
            <w:tcW w:w="2381" w:type="dxa"/>
            <w:shd w:val="clear" w:color="auto" w:fill="F3F4F5"/>
            <w:tcMar>
              <w:top w:w="60" w:type="dxa"/>
              <w:left w:w="70" w:type="dxa"/>
              <w:bottom w:w="60" w:type="dxa"/>
              <w:right w:w="70" w:type="dxa"/>
            </w:tcMar>
            <w:vAlign w:val="center"/>
          </w:tcPr>
          <w:p w14:paraId="68E80051" w14:textId="77777777" w:rsidR="004011CE" w:rsidRPr="002D650B" w:rsidRDefault="00000000">
            <w:pPr>
              <w:spacing w:after="0" w:line="240" w:lineRule="auto"/>
              <w:rPr>
                <w:noProof/>
                <w:lang w:val="ro-RO"/>
              </w:rPr>
            </w:pPr>
            <w:r w:rsidRPr="002D650B">
              <w:rPr>
                <w:rFonts w:eastAsia="Arial"/>
                <w:b/>
                <w:noProof/>
                <w:sz w:val="16"/>
                <w:lang w:val="ro-RO"/>
              </w:rPr>
              <w:t>Planificat</w:t>
            </w:r>
          </w:p>
        </w:tc>
        <w:tc>
          <w:tcPr>
            <w:tcW w:w="6633" w:type="dxa"/>
            <w:tcMar>
              <w:top w:w="60" w:type="dxa"/>
              <w:left w:w="70" w:type="dxa"/>
              <w:bottom w:w="60" w:type="dxa"/>
              <w:right w:w="70" w:type="dxa"/>
            </w:tcMar>
            <w:vAlign w:val="center"/>
          </w:tcPr>
          <w:p w14:paraId="276113BF" w14:textId="77777777" w:rsidR="004011CE" w:rsidRPr="002D650B" w:rsidRDefault="00000000">
            <w:pPr>
              <w:spacing w:after="0" w:line="240" w:lineRule="auto"/>
              <w:rPr>
                <w:noProof/>
                <w:lang w:val="ro-RO"/>
              </w:rPr>
            </w:pPr>
            <w:r w:rsidRPr="002D650B">
              <w:rPr>
                <w:rFonts w:eastAsia="Arial"/>
                <w:noProof/>
                <w:sz w:val="16"/>
                <w:lang w:val="ro-RO"/>
              </w:rPr>
              <w:t>Cerința este înțeleasă și există un plan, dar aplicarea nu este încă demonstrabilă.</w:t>
            </w:r>
          </w:p>
        </w:tc>
      </w:tr>
      <w:tr w:rsidR="004011CE" w:rsidRPr="002D650B" w14:paraId="4C32C4E4" w14:textId="77777777">
        <w:trPr>
          <w:cantSplit/>
          <w:jc w:val="center"/>
        </w:trPr>
        <w:tc>
          <w:tcPr>
            <w:tcW w:w="850" w:type="dxa"/>
            <w:shd w:val="clear" w:color="auto" w:fill="D71920"/>
            <w:tcMar>
              <w:top w:w="60" w:type="dxa"/>
              <w:left w:w="70" w:type="dxa"/>
              <w:bottom w:w="60" w:type="dxa"/>
              <w:right w:w="70" w:type="dxa"/>
            </w:tcMar>
            <w:vAlign w:val="center"/>
          </w:tcPr>
          <w:p w14:paraId="6036B276" w14:textId="77777777" w:rsidR="004011CE" w:rsidRPr="002D650B" w:rsidRDefault="00000000">
            <w:pPr>
              <w:spacing w:after="0" w:line="240" w:lineRule="auto"/>
              <w:jc w:val="center"/>
              <w:rPr>
                <w:noProof/>
                <w:lang w:val="ro-RO"/>
              </w:rPr>
            </w:pPr>
            <w:r w:rsidRPr="002D650B">
              <w:rPr>
                <w:rFonts w:eastAsia="Arial"/>
                <w:b/>
                <w:noProof/>
                <w:color w:val="FFFFFF"/>
                <w:sz w:val="17"/>
                <w:lang w:val="ro-RO"/>
              </w:rPr>
              <w:t>2</w:t>
            </w:r>
          </w:p>
        </w:tc>
        <w:tc>
          <w:tcPr>
            <w:tcW w:w="2381" w:type="dxa"/>
            <w:shd w:val="clear" w:color="auto" w:fill="F3F4F5"/>
            <w:tcMar>
              <w:top w:w="60" w:type="dxa"/>
              <w:left w:w="70" w:type="dxa"/>
              <w:bottom w:w="60" w:type="dxa"/>
              <w:right w:w="70" w:type="dxa"/>
            </w:tcMar>
            <w:vAlign w:val="center"/>
          </w:tcPr>
          <w:p w14:paraId="2D694AC2" w14:textId="77777777" w:rsidR="004011CE" w:rsidRPr="002D650B" w:rsidRDefault="00000000">
            <w:pPr>
              <w:spacing w:after="0" w:line="240" w:lineRule="auto"/>
              <w:rPr>
                <w:noProof/>
                <w:lang w:val="ro-RO"/>
              </w:rPr>
            </w:pPr>
            <w:r w:rsidRPr="002D650B">
              <w:rPr>
                <w:rFonts w:eastAsia="Arial"/>
                <w:b/>
                <w:noProof/>
                <w:sz w:val="16"/>
                <w:lang w:val="ro-RO"/>
              </w:rPr>
              <w:t>Parțial implementat</w:t>
            </w:r>
          </w:p>
        </w:tc>
        <w:tc>
          <w:tcPr>
            <w:tcW w:w="6633" w:type="dxa"/>
            <w:tcMar>
              <w:top w:w="60" w:type="dxa"/>
              <w:left w:w="70" w:type="dxa"/>
              <w:bottom w:w="60" w:type="dxa"/>
              <w:right w:w="70" w:type="dxa"/>
            </w:tcMar>
            <w:vAlign w:val="center"/>
          </w:tcPr>
          <w:p w14:paraId="3B65D1EA" w14:textId="77777777" w:rsidR="004011CE" w:rsidRPr="002D650B" w:rsidRDefault="00000000">
            <w:pPr>
              <w:spacing w:after="0" w:line="240" w:lineRule="auto"/>
              <w:rPr>
                <w:noProof/>
                <w:lang w:val="ro-RO"/>
              </w:rPr>
            </w:pPr>
            <w:r w:rsidRPr="002D650B">
              <w:rPr>
                <w:rFonts w:eastAsia="Arial"/>
                <w:noProof/>
                <w:sz w:val="16"/>
                <w:lang w:val="ro-RO"/>
              </w:rPr>
              <w:t>Există practici și unele dovezi, însă aplicarea este incompletă, neuniformă sau insuficient controlată.</w:t>
            </w:r>
          </w:p>
        </w:tc>
      </w:tr>
      <w:tr w:rsidR="004011CE" w:rsidRPr="002D650B" w14:paraId="7D59FD93" w14:textId="77777777">
        <w:trPr>
          <w:cantSplit/>
          <w:jc w:val="center"/>
        </w:trPr>
        <w:tc>
          <w:tcPr>
            <w:tcW w:w="850" w:type="dxa"/>
            <w:shd w:val="clear" w:color="auto" w:fill="D71920"/>
            <w:tcMar>
              <w:top w:w="60" w:type="dxa"/>
              <w:left w:w="70" w:type="dxa"/>
              <w:bottom w:w="60" w:type="dxa"/>
              <w:right w:w="70" w:type="dxa"/>
            </w:tcMar>
            <w:vAlign w:val="center"/>
          </w:tcPr>
          <w:p w14:paraId="52B83239" w14:textId="77777777" w:rsidR="004011CE" w:rsidRPr="002D650B" w:rsidRDefault="00000000">
            <w:pPr>
              <w:spacing w:after="0" w:line="240" w:lineRule="auto"/>
              <w:jc w:val="center"/>
              <w:rPr>
                <w:noProof/>
                <w:lang w:val="ro-RO"/>
              </w:rPr>
            </w:pPr>
            <w:r w:rsidRPr="002D650B">
              <w:rPr>
                <w:rFonts w:eastAsia="Arial"/>
                <w:b/>
                <w:noProof/>
                <w:color w:val="FFFFFF"/>
                <w:sz w:val="17"/>
                <w:lang w:val="ro-RO"/>
              </w:rPr>
              <w:t>3</w:t>
            </w:r>
          </w:p>
        </w:tc>
        <w:tc>
          <w:tcPr>
            <w:tcW w:w="2381" w:type="dxa"/>
            <w:shd w:val="clear" w:color="auto" w:fill="F3F4F5"/>
            <w:tcMar>
              <w:top w:w="60" w:type="dxa"/>
              <w:left w:w="70" w:type="dxa"/>
              <w:bottom w:w="60" w:type="dxa"/>
              <w:right w:w="70" w:type="dxa"/>
            </w:tcMar>
            <w:vAlign w:val="center"/>
          </w:tcPr>
          <w:p w14:paraId="7F6B94E9" w14:textId="77777777" w:rsidR="004011CE" w:rsidRPr="002D650B" w:rsidRDefault="00000000">
            <w:pPr>
              <w:spacing w:after="0" w:line="240" w:lineRule="auto"/>
              <w:rPr>
                <w:noProof/>
                <w:lang w:val="ro-RO"/>
              </w:rPr>
            </w:pPr>
            <w:r w:rsidRPr="002D650B">
              <w:rPr>
                <w:rFonts w:eastAsia="Arial"/>
                <w:b/>
                <w:noProof/>
                <w:sz w:val="16"/>
                <w:lang w:val="ro-RO"/>
              </w:rPr>
              <w:t>Implementat și demonstrabil</w:t>
            </w:r>
          </w:p>
        </w:tc>
        <w:tc>
          <w:tcPr>
            <w:tcW w:w="6633" w:type="dxa"/>
            <w:tcMar>
              <w:top w:w="60" w:type="dxa"/>
              <w:left w:w="70" w:type="dxa"/>
              <w:bottom w:w="60" w:type="dxa"/>
              <w:right w:w="70" w:type="dxa"/>
            </w:tcMar>
            <w:vAlign w:val="center"/>
          </w:tcPr>
          <w:p w14:paraId="5D3CB789" w14:textId="77777777" w:rsidR="004011CE" w:rsidRPr="002D650B" w:rsidRDefault="00000000">
            <w:pPr>
              <w:spacing w:after="0" w:line="240" w:lineRule="auto"/>
              <w:rPr>
                <w:noProof/>
                <w:lang w:val="ro-RO"/>
              </w:rPr>
            </w:pPr>
            <w:r w:rsidRPr="002D650B">
              <w:rPr>
                <w:rFonts w:eastAsia="Arial"/>
                <w:noProof/>
                <w:sz w:val="16"/>
                <w:lang w:val="ro-RO"/>
              </w:rPr>
              <w:t>Practica este aplicată, controlată, cunoscută și susținută de dovezi suficiente.</w:t>
            </w:r>
          </w:p>
        </w:tc>
      </w:tr>
      <w:tr w:rsidR="004011CE" w:rsidRPr="002D650B" w14:paraId="60F33A95" w14:textId="77777777">
        <w:trPr>
          <w:cantSplit/>
          <w:jc w:val="center"/>
        </w:trPr>
        <w:tc>
          <w:tcPr>
            <w:tcW w:w="850" w:type="dxa"/>
            <w:shd w:val="clear" w:color="auto" w:fill="666666"/>
            <w:tcMar>
              <w:top w:w="60" w:type="dxa"/>
              <w:left w:w="70" w:type="dxa"/>
              <w:bottom w:w="60" w:type="dxa"/>
              <w:right w:w="70" w:type="dxa"/>
            </w:tcMar>
            <w:vAlign w:val="center"/>
          </w:tcPr>
          <w:p w14:paraId="0061E572" w14:textId="77777777" w:rsidR="004011CE" w:rsidRPr="002D650B" w:rsidRDefault="00000000">
            <w:pPr>
              <w:spacing w:after="0" w:line="240" w:lineRule="auto"/>
              <w:jc w:val="center"/>
              <w:rPr>
                <w:noProof/>
                <w:lang w:val="ro-RO"/>
              </w:rPr>
            </w:pPr>
            <w:r w:rsidRPr="002D650B">
              <w:rPr>
                <w:rFonts w:eastAsia="Arial"/>
                <w:b/>
                <w:noProof/>
                <w:color w:val="FFFFFF"/>
                <w:sz w:val="17"/>
                <w:lang w:val="ro-RO"/>
              </w:rPr>
              <w:t>N/A</w:t>
            </w:r>
          </w:p>
        </w:tc>
        <w:tc>
          <w:tcPr>
            <w:tcW w:w="2381" w:type="dxa"/>
            <w:shd w:val="clear" w:color="auto" w:fill="F3F4F5"/>
            <w:tcMar>
              <w:top w:w="60" w:type="dxa"/>
              <w:left w:w="70" w:type="dxa"/>
              <w:bottom w:w="60" w:type="dxa"/>
              <w:right w:w="70" w:type="dxa"/>
            </w:tcMar>
            <w:vAlign w:val="center"/>
          </w:tcPr>
          <w:p w14:paraId="46ABEF66" w14:textId="77777777" w:rsidR="004011CE" w:rsidRPr="002D650B" w:rsidRDefault="00000000">
            <w:pPr>
              <w:spacing w:after="0" w:line="240" w:lineRule="auto"/>
              <w:rPr>
                <w:noProof/>
                <w:lang w:val="ro-RO"/>
              </w:rPr>
            </w:pPr>
            <w:r w:rsidRPr="002D650B">
              <w:rPr>
                <w:rFonts w:eastAsia="Arial"/>
                <w:b/>
                <w:noProof/>
                <w:sz w:val="16"/>
                <w:lang w:val="ro-RO"/>
              </w:rPr>
              <w:t>Neaplicabil justificat</w:t>
            </w:r>
          </w:p>
        </w:tc>
        <w:tc>
          <w:tcPr>
            <w:tcW w:w="6633" w:type="dxa"/>
            <w:tcMar>
              <w:top w:w="60" w:type="dxa"/>
              <w:left w:w="70" w:type="dxa"/>
              <w:bottom w:w="60" w:type="dxa"/>
              <w:right w:w="70" w:type="dxa"/>
            </w:tcMar>
            <w:vAlign w:val="center"/>
          </w:tcPr>
          <w:p w14:paraId="4D0C039B" w14:textId="77777777" w:rsidR="004011CE" w:rsidRPr="002D650B" w:rsidRDefault="00000000">
            <w:pPr>
              <w:spacing w:after="0" w:line="240" w:lineRule="auto"/>
              <w:rPr>
                <w:noProof/>
                <w:lang w:val="ro-RO"/>
              </w:rPr>
            </w:pPr>
            <w:r w:rsidRPr="002D650B">
              <w:rPr>
                <w:rFonts w:eastAsia="Arial"/>
                <w:noProof/>
                <w:sz w:val="16"/>
                <w:lang w:val="ro-RO"/>
              </w:rPr>
              <w:t>Elementul nu se aplică domeniului stabilit; motivul este documentat și aprobat.</w:t>
            </w:r>
          </w:p>
        </w:tc>
      </w:tr>
    </w:tbl>
    <w:p w14:paraId="6E1B47D5" w14:textId="77777777" w:rsidR="004011CE" w:rsidRPr="002D650B" w:rsidRDefault="00000000">
      <w:pPr>
        <w:pStyle w:val="Heading2"/>
        <w:rPr>
          <w:noProof/>
          <w:lang w:val="ro-RO"/>
        </w:rPr>
      </w:pPr>
      <w:r w:rsidRPr="002D650B">
        <w:rPr>
          <w:noProof/>
          <w:lang w:val="ro-RO"/>
        </w:rPr>
        <w:t>Reguli de lucru</w:t>
      </w:r>
    </w:p>
    <w:p w14:paraId="279FB130" w14:textId="77777777" w:rsidR="004011CE" w:rsidRPr="002D650B" w:rsidRDefault="00000000">
      <w:pPr>
        <w:pStyle w:val="ListBullet"/>
        <w:ind w:left="283" w:hanging="170"/>
        <w:rPr>
          <w:noProof/>
          <w:lang w:val="ro-RO"/>
        </w:rPr>
      </w:pPr>
      <w:r w:rsidRPr="002D650B">
        <w:rPr>
          <w:noProof/>
          <w:lang w:val="ro-RO"/>
        </w:rPr>
        <w:t>Evaluați practica reală, nu doar existența unui document.</w:t>
      </w:r>
    </w:p>
    <w:p w14:paraId="345D4D30" w14:textId="77777777" w:rsidR="004011CE" w:rsidRPr="002D650B" w:rsidRDefault="00000000">
      <w:pPr>
        <w:pStyle w:val="ListBullet"/>
        <w:ind w:left="283" w:hanging="170"/>
        <w:rPr>
          <w:noProof/>
          <w:lang w:val="ro-RO"/>
        </w:rPr>
      </w:pPr>
      <w:r w:rsidRPr="002D650B">
        <w:rPr>
          <w:noProof/>
          <w:lang w:val="ro-RO"/>
        </w:rPr>
        <w:t>Notați dovezi concrete: denumirea înregistrării, locația, perioada, eșantionul și persoana intervievată.</w:t>
      </w:r>
    </w:p>
    <w:p w14:paraId="7A67009A" w14:textId="77777777" w:rsidR="004011CE" w:rsidRPr="002D650B" w:rsidRDefault="00000000">
      <w:pPr>
        <w:pStyle w:val="ListBullet"/>
        <w:ind w:left="283" w:hanging="170"/>
        <w:rPr>
          <w:noProof/>
          <w:lang w:val="ro-RO"/>
        </w:rPr>
      </w:pPr>
      <w:r w:rsidRPr="002D650B">
        <w:rPr>
          <w:noProof/>
          <w:lang w:val="ro-RO"/>
        </w:rPr>
        <w:t>Transformați orice scor 0-2 într-o acțiune cu responsabil, termen și criteriu de eficacitate.</w:t>
      </w:r>
    </w:p>
    <w:p w14:paraId="5C8F0FCD" w14:textId="77777777" w:rsidR="004011CE" w:rsidRPr="002D650B" w:rsidRDefault="00000000">
      <w:pPr>
        <w:pStyle w:val="ListBullet"/>
        <w:ind w:left="283" w:hanging="170"/>
        <w:rPr>
          <w:noProof/>
          <w:lang w:val="ro-RO"/>
        </w:rPr>
      </w:pPr>
      <w:r w:rsidRPr="002D650B">
        <w:rPr>
          <w:noProof/>
          <w:lang w:val="ro-RO"/>
        </w:rPr>
        <w:t>Reevaluați după implementare și verificați rezultatele, nu doar închiderea administrativă a sarcinii.</w:t>
      </w:r>
    </w:p>
    <w:p w14:paraId="775E0F0D" w14:textId="77777777" w:rsidR="004011CE" w:rsidRPr="002D650B" w:rsidRDefault="00000000">
      <w:pPr>
        <w:pStyle w:val="ListBullet"/>
        <w:ind w:left="283" w:hanging="170"/>
        <w:rPr>
          <w:noProof/>
          <w:lang w:val="ro-RO"/>
        </w:rPr>
      </w:pPr>
      <w:r w:rsidRPr="002D650B">
        <w:rPr>
          <w:noProof/>
          <w:lang w:val="ro-RO"/>
        </w:rPr>
        <w:t>Dovezile sugerate sunt exemple; organizația poate demonstra conformitatea prin alte mijloace adecvate.</w:t>
      </w: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6"/>
        <w:gridCol w:w="9297"/>
      </w:tblGrid>
      <w:tr w:rsidR="004011CE" w:rsidRPr="002D650B" w14:paraId="17EA12EE" w14:textId="77777777">
        <w:trPr>
          <w:cantSplit/>
          <w:jc w:val="center"/>
        </w:trPr>
        <w:tc>
          <w:tcPr>
            <w:tcW w:w="566" w:type="dxa"/>
            <w:shd w:val="clear" w:color="auto" w:fill="D71920"/>
            <w:tcMar>
              <w:top w:w="60" w:type="dxa"/>
              <w:left w:w="70" w:type="dxa"/>
              <w:bottom w:w="60" w:type="dxa"/>
              <w:right w:w="70" w:type="dxa"/>
            </w:tcMar>
            <w:vAlign w:val="center"/>
          </w:tcPr>
          <w:p w14:paraId="6E744EEB"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i</w:t>
            </w:r>
          </w:p>
        </w:tc>
        <w:tc>
          <w:tcPr>
            <w:tcW w:w="9297" w:type="dxa"/>
            <w:shd w:val="clear" w:color="auto" w:fill="FFF4CC"/>
          </w:tcPr>
          <w:p w14:paraId="7F048E78" w14:textId="77777777" w:rsidR="004011CE" w:rsidRPr="002D650B" w:rsidRDefault="00000000">
            <w:pPr>
              <w:spacing w:after="40"/>
              <w:rPr>
                <w:noProof/>
                <w:lang w:val="ro-RO"/>
              </w:rPr>
            </w:pPr>
            <w:r w:rsidRPr="002D650B">
              <w:rPr>
                <w:rFonts w:eastAsia="Arial"/>
                <w:b/>
                <w:noProof/>
                <w:color w:val="D71920"/>
                <w:lang w:val="ro-RO"/>
              </w:rPr>
              <w:t>IMPORTANT</w:t>
            </w:r>
          </w:p>
          <w:p w14:paraId="6CDA9098" w14:textId="77777777" w:rsidR="004011CE" w:rsidRPr="002D650B" w:rsidRDefault="00000000">
            <w:pPr>
              <w:spacing w:after="0" w:line="252" w:lineRule="auto"/>
              <w:rPr>
                <w:noProof/>
                <w:lang w:val="ro-RO"/>
              </w:rPr>
            </w:pPr>
            <w:r w:rsidRPr="002D650B">
              <w:rPr>
                <w:rFonts w:eastAsia="Arial"/>
                <w:noProof/>
                <w:sz w:val="16"/>
                <w:lang w:val="ro-RO"/>
              </w:rPr>
              <w:t>Scorul și pragurile din acest document sunt instrumente interne de prioritizare. Certificarea nu se acordă pe baza unui procent, ci pe baza conformității sistemului și a eficacității sale.</w:t>
            </w:r>
          </w:p>
        </w:tc>
      </w:tr>
    </w:tbl>
    <w:p w14:paraId="09E4E3BF" w14:textId="77777777" w:rsidR="004011CE" w:rsidRPr="002D650B" w:rsidRDefault="004011CE">
      <w:pPr>
        <w:spacing w:after="0"/>
        <w:rPr>
          <w:noProof/>
          <w:lang w:val="ro-RO"/>
        </w:rPr>
      </w:pPr>
    </w:p>
    <w:p w14:paraId="2D01BB1A" w14:textId="77777777" w:rsidR="004011CE" w:rsidRPr="002D650B" w:rsidRDefault="00000000">
      <w:pPr>
        <w:pStyle w:val="Heading2"/>
        <w:rPr>
          <w:noProof/>
          <w:lang w:val="ro-RO"/>
        </w:rPr>
      </w:pPr>
      <w:r w:rsidRPr="002D650B">
        <w:rPr>
          <w:noProof/>
          <w:lang w:val="ro-RO"/>
        </w:rPr>
        <w:t>Fișa proiectului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7"/>
        <w:gridCol w:w="3004"/>
        <w:gridCol w:w="1927"/>
        <w:gridCol w:w="3004"/>
      </w:tblGrid>
      <w:tr w:rsidR="004011CE" w:rsidRPr="002D650B" w14:paraId="72C6A608" w14:textId="77777777">
        <w:trPr>
          <w:cantSplit/>
          <w:jc w:val="center"/>
        </w:trPr>
        <w:tc>
          <w:tcPr>
            <w:tcW w:w="1927" w:type="dxa"/>
            <w:shd w:val="clear" w:color="auto" w:fill="F3F4F5"/>
            <w:tcMar>
              <w:top w:w="60" w:type="dxa"/>
              <w:left w:w="70" w:type="dxa"/>
              <w:bottom w:w="60" w:type="dxa"/>
              <w:right w:w="70" w:type="dxa"/>
            </w:tcMar>
            <w:vAlign w:val="center"/>
          </w:tcPr>
          <w:p w14:paraId="3673AE6F" w14:textId="77777777" w:rsidR="004011CE" w:rsidRPr="002D650B" w:rsidRDefault="00000000">
            <w:pPr>
              <w:spacing w:after="0" w:line="240" w:lineRule="auto"/>
              <w:rPr>
                <w:noProof/>
                <w:lang w:val="ro-RO"/>
              </w:rPr>
            </w:pPr>
            <w:r w:rsidRPr="002D650B">
              <w:rPr>
                <w:rFonts w:eastAsia="Arial"/>
                <w:b/>
                <w:noProof/>
                <w:sz w:val="16"/>
                <w:lang w:val="ro-RO"/>
              </w:rPr>
              <w:t>Organizație</w:t>
            </w:r>
          </w:p>
        </w:tc>
        <w:tc>
          <w:tcPr>
            <w:tcW w:w="3004" w:type="dxa"/>
            <w:tcMar>
              <w:top w:w="60" w:type="dxa"/>
              <w:left w:w="70" w:type="dxa"/>
              <w:bottom w:w="60" w:type="dxa"/>
              <w:right w:w="70" w:type="dxa"/>
            </w:tcMar>
            <w:vAlign w:val="center"/>
          </w:tcPr>
          <w:p w14:paraId="0EF7B7F0"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50581CF9" w14:textId="77777777" w:rsidR="004011CE" w:rsidRPr="002D650B" w:rsidRDefault="00000000">
            <w:pPr>
              <w:spacing w:after="0" w:line="240" w:lineRule="auto"/>
              <w:rPr>
                <w:noProof/>
                <w:lang w:val="ro-RO"/>
              </w:rPr>
            </w:pPr>
            <w:r w:rsidRPr="002D650B">
              <w:rPr>
                <w:rFonts w:eastAsia="Arial"/>
                <w:b/>
                <w:noProof/>
                <w:sz w:val="16"/>
                <w:lang w:val="ro-RO"/>
              </w:rPr>
              <w:t>Coordonator sistem</w:t>
            </w:r>
          </w:p>
        </w:tc>
        <w:tc>
          <w:tcPr>
            <w:tcW w:w="3004" w:type="dxa"/>
            <w:tcMar>
              <w:top w:w="60" w:type="dxa"/>
              <w:left w:w="70" w:type="dxa"/>
              <w:bottom w:w="60" w:type="dxa"/>
              <w:right w:w="70" w:type="dxa"/>
            </w:tcMar>
            <w:vAlign w:val="center"/>
          </w:tcPr>
          <w:p w14:paraId="5F5C4B6E"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r>
      <w:tr w:rsidR="004011CE" w:rsidRPr="002D650B" w14:paraId="30B05F59" w14:textId="77777777">
        <w:trPr>
          <w:cantSplit/>
          <w:jc w:val="center"/>
        </w:trPr>
        <w:tc>
          <w:tcPr>
            <w:tcW w:w="1927" w:type="dxa"/>
            <w:shd w:val="clear" w:color="auto" w:fill="F3F4F5"/>
            <w:tcMar>
              <w:top w:w="60" w:type="dxa"/>
              <w:left w:w="70" w:type="dxa"/>
              <w:bottom w:w="60" w:type="dxa"/>
              <w:right w:w="70" w:type="dxa"/>
            </w:tcMar>
            <w:vAlign w:val="center"/>
          </w:tcPr>
          <w:p w14:paraId="49DC7066" w14:textId="77777777" w:rsidR="004011CE" w:rsidRPr="002D650B" w:rsidRDefault="00000000">
            <w:pPr>
              <w:spacing w:after="0" w:line="240" w:lineRule="auto"/>
              <w:rPr>
                <w:noProof/>
                <w:lang w:val="ro-RO"/>
              </w:rPr>
            </w:pPr>
            <w:r w:rsidRPr="002D650B">
              <w:rPr>
                <w:rFonts w:eastAsia="Arial"/>
                <w:b/>
                <w:noProof/>
                <w:sz w:val="16"/>
                <w:lang w:val="ro-RO"/>
              </w:rPr>
              <w:t>Domeniu propus</w:t>
            </w:r>
          </w:p>
        </w:tc>
        <w:tc>
          <w:tcPr>
            <w:tcW w:w="3004" w:type="dxa"/>
            <w:tcMar>
              <w:top w:w="60" w:type="dxa"/>
              <w:left w:w="70" w:type="dxa"/>
              <w:bottom w:w="60" w:type="dxa"/>
              <w:right w:w="70" w:type="dxa"/>
            </w:tcMar>
            <w:vAlign w:val="center"/>
          </w:tcPr>
          <w:p w14:paraId="28D0DDAF"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6FD55A3D" w14:textId="77777777" w:rsidR="004011CE" w:rsidRPr="002D650B" w:rsidRDefault="00000000">
            <w:pPr>
              <w:spacing w:after="0" w:line="240" w:lineRule="auto"/>
              <w:rPr>
                <w:noProof/>
                <w:lang w:val="ro-RO"/>
              </w:rPr>
            </w:pPr>
            <w:r w:rsidRPr="002D650B">
              <w:rPr>
                <w:rFonts w:eastAsia="Arial"/>
                <w:b/>
                <w:noProof/>
                <w:sz w:val="16"/>
                <w:lang w:val="ro-RO"/>
              </w:rPr>
              <w:t>Sponsor proiect</w:t>
            </w:r>
          </w:p>
        </w:tc>
        <w:tc>
          <w:tcPr>
            <w:tcW w:w="3004" w:type="dxa"/>
            <w:tcMar>
              <w:top w:w="60" w:type="dxa"/>
              <w:left w:w="70" w:type="dxa"/>
              <w:bottom w:w="60" w:type="dxa"/>
              <w:right w:w="70" w:type="dxa"/>
            </w:tcMar>
            <w:vAlign w:val="center"/>
          </w:tcPr>
          <w:p w14:paraId="66F3C3EE"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r>
      <w:tr w:rsidR="004011CE" w:rsidRPr="002D650B" w14:paraId="42DB8E21" w14:textId="77777777">
        <w:trPr>
          <w:cantSplit/>
          <w:jc w:val="center"/>
        </w:trPr>
        <w:tc>
          <w:tcPr>
            <w:tcW w:w="1927" w:type="dxa"/>
            <w:shd w:val="clear" w:color="auto" w:fill="F3F4F5"/>
            <w:tcMar>
              <w:top w:w="60" w:type="dxa"/>
              <w:left w:w="70" w:type="dxa"/>
              <w:bottom w:w="60" w:type="dxa"/>
              <w:right w:w="70" w:type="dxa"/>
            </w:tcMar>
            <w:vAlign w:val="center"/>
          </w:tcPr>
          <w:p w14:paraId="7946A3A8" w14:textId="77777777" w:rsidR="004011CE" w:rsidRPr="002D650B" w:rsidRDefault="00000000">
            <w:pPr>
              <w:spacing w:after="0" w:line="240" w:lineRule="auto"/>
              <w:rPr>
                <w:noProof/>
                <w:lang w:val="ro-RO"/>
              </w:rPr>
            </w:pPr>
            <w:r w:rsidRPr="002D650B">
              <w:rPr>
                <w:rFonts w:eastAsia="Arial"/>
                <w:b/>
                <w:noProof/>
                <w:sz w:val="16"/>
                <w:lang w:val="ro-RO"/>
              </w:rPr>
              <w:t>Locații incluse</w:t>
            </w:r>
          </w:p>
        </w:tc>
        <w:tc>
          <w:tcPr>
            <w:tcW w:w="3004" w:type="dxa"/>
            <w:tcMar>
              <w:top w:w="60" w:type="dxa"/>
              <w:left w:w="70" w:type="dxa"/>
              <w:bottom w:w="60" w:type="dxa"/>
              <w:right w:w="70" w:type="dxa"/>
            </w:tcMar>
            <w:vAlign w:val="center"/>
          </w:tcPr>
          <w:p w14:paraId="26016B6E"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1F831721" w14:textId="77777777" w:rsidR="004011CE" w:rsidRPr="002D650B" w:rsidRDefault="00000000">
            <w:pPr>
              <w:spacing w:after="0" w:line="240" w:lineRule="auto"/>
              <w:rPr>
                <w:noProof/>
                <w:lang w:val="ro-RO"/>
              </w:rPr>
            </w:pPr>
            <w:r w:rsidRPr="002D650B">
              <w:rPr>
                <w:rFonts w:eastAsia="Arial"/>
                <w:b/>
                <w:noProof/>
                <w:sz w:val="16"/>
                <w:lang w:val="ro-RO"/>
              </w:rPr>
              <w:t>Data evaluării</w:t>
            </w:r>
          </w:p>
        </w:tc>
        <w:tc>
          <w:tcPr>
            <w:tcW w:w="3004" w:type="dxa"/>
            <w:tcMar>
              <w:top w:w="60" w:type="dxa"/>
              <w:left w:w="70" w:type="dxa"/>
              <w:bottom w:w="60" w:type="dxa"/>
              <w:right w:w="70" w:type="dxa"/>
            </w:tcMar>
            <w:vAlign w:val="center"/>
          </w:tcPr>
          <w:p w14:paraId="031B215D"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r>
      <w:tr w:rsidR="004011CE" w:rsidRPr="002D650B" w14:paraId="5D5049B4" w14:textId="77777777">
        <w:trPr>
          <w:cantSplit/>
          <w:jc w:val="center"/>
        </w:trPr>
        <w:tc>
          <w:tcPr>
            <w:tcW w:w="1927" w:type="dxa"/>
            <w:shd w:val="clear" w:color="auto" w:fill="F3F4F5"/>
            <w:tcMar>
              <w:top w:w="60" w:type="dxa"/>
              <w:left w:w="70" w:type="dxa"/>
              <w:bottom w:w="60" w:type="dxa"/>
              <w:right w:w="70" w:type="dxa"/>
            </w:tcMar>
            <w:vAlign w:val="center"/>
          </w:tcPr>
          <w:p w14:paraId="7BE85B4F" w14:textId="77777777" w:rsidR="004011CE" w:rsidRPr="002D650B" w:rsidRDefault="00000000">
            <w:pPr>
              <w:spacing w:after="0" w:line="240" w:lineRule="auto"/>
              <w:rPr>
                <w:noProof/>
                <w:lang w:val="ro-RO"/>
              </w:rPr>
            </w:pPr>
            <w:r w:rsidRPr="002D650B">
              <w:rPr>
                <w:rFonts w:eastAsia="Arial"/>
                <w:b/>
                <w:noProof/>
                <w:sz w:val="16"/>
                <w:lang w:val="ro-RO"/>
              </w:rPr>
              <w:t>Nr. lucrători</w:t>
            </w:r>
          </w:p>
        </w:tc>
        <w:tc>
          <w:tcPr>
            <w:tcW w:w="3004" w:type="dxa"/>
            <w:tcMar>
              <w:top w:w="60" w:type="dxa"/>
              <w:left w:w="70" w:type="dxa"/>
              <w:bottom w:w="60" w:type="dxa"/>
              <w:right w:w="70" w:type="dxa"/>
            </w:tcMar>
            <w:vAlign w:val="center"/>
          </w:tcPr>
          <w:p w14:paraId="1C03D5F2"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5A335C49" w14:textId="77777777" w:rsidR="004011CE" w:rsidRPr="002D650B" w:rsidRDefault="00000000">
            <w:pPr>
              <w:spacing w:after="0" w:line="240" w:lineRule="auto"/>
              <w:rPr>
                <w:noProof/>
                <w:lang w:val="ro-RO"/>
              </w:rPr>
            </w:pPr>
            <w:r w:rsidRPr="002D650B">
              <w:rPr>
                <w:rFonts w:eastAsia="Arial"/>
                <w:b/>
                <w:noProof/>
                <w:sz w:val="16"/>
                <w:lang w:val="ro-RO"/>
              </w:rPr>
              <w:t>Evaluator(i)</w:t>
            </w:r>
          </w:p>
        </w:tc>
        <w:tc>
          <w:tcPr>
            <w:tcW w:w="3004" w:type="dxa"/>
            <w:tcMar>
              <w:top w:w="60" w:type="dxa"/>
              <w:left w:w="70" w:type="dxa"/>
              <w:bottom w:w="60" w:type="dxa"/>
              <w:right w:w="70" w:type="dxa"/>
            </w:tcMar>
            <w:vAlign w:val="center"/>
          </w:tcPr>
          <w:p w14:paraId="7F683F45"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r>
      <w:tr w:rsidR="004011CE" w:rsidRPr="002D650B" w14:paraId="143D40FB" w14:textId="77777777">
        <w:trPr>
          <w:cantSplit/>
          <w:jc w:val="center"/>
        </w:trPr>
        <w:tc>
          <w:tcPr>
            <w:tcW w:w="1927" w:type="dxa"/>
            <w:shd w:val="clear" w:color="auto" w:fill="F3F4F5"/>
            <w:tcMar>
              <w:top w:w="60" w:type="dxa"/>
              <w:left w:w="70" w:type="dxa"/>
              <w:bottom w:w="60" w:type="dxa"/>
              <w:right w:w="70" w:type="dxa"/>
            </w:tcMar>
            <w:vAlign w:val="center"/>
          </w:tcPr>
          <w:p w14:paraId="6C28602B" w14:textId="77777777" w:rsidR="004011CE" w:rsidRPr="002D650B" w:rsidRDefault="00000000">
            <w:pPr>
              <w:spacing w:after="0" w:line="240" w:lineRule="auto"/>
              <w:rPr>
                <w:noProof/>
                <w:lang w:val="ro-RO"/>
              </w:rPr>
            </w:pPr>
            <w:r w:rsidRPr="002D650B">
              <w:rPr>
                <w:rFonts w:eastAsia="Arial"/>
                <w:b/>
                <w:noProof/>
                <w:sz w:val="16"/>
                <w:lang w:val="ro-RO"/>
              </w:rPr>
              <w:t>Obiectivul proiectului</w:t>
            </w:r>
          </w:p>
        </w:tc>
        <w:tc>
          <w:tcPr>
            <w:tcW w:w="3004" w:type="dxa"/>
            <w:tcMar>
              <w:top w:w="60" w:type="dxa"/>
              <w:left w:w="70" w:type="dxa"/>
              <w:bottom w:w="60" w:type="dxa"/>
              <w:right w:w="70" w:type="dxa"/>
            </w:tcMar>
            <w:vAlign w:val="center"/>
          </w:tcPr>
          <w:p w14:paraId="63FE5365"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2ED23A9C" w14:textId="77777777" w:rsidR="004011CE" w:rsidRPr="002D650B" w:rsidRDefault="00000000">
            <w:pPr>
              <w:spacing w:after="0" w:line="240" w:lineRule="auto"/>
              <w:rPr>
                <w:noProof/>
                <w:lang w:val="ro-RO"/>
              </w:rPr>
            </w:pPr>
            <w:r w:rsidRPr="002D650B">
              <w:rPr>
                <w:rFonts w:eastAsia="Arial"/>
                <w:b/>
                <w:noProof/>
                <w:sz w:val="16"/>
                <w:lang w:val="ro-RO"/>
              </w:rPr>
              <w:t>Termen țintă</w:t>
            </w:r>
          </w:p>
        </w:tc>
        <w:tc>
          <w:tcPr>
            <w:tcW w:w="3004" w:type="dxa"/>
            <w:tcMar>
              <w:top w:w="60" w:type="dxa"/>
              <w:left w:w="70" w:type="dxa"/>
              <w:bottom w:w="60" w:type="dxa"/>
              <w:right w:w="70" w:type="dxa"/>
            </w:tcMar>
            <w:vAlign w:val="center"/>
          </w:tcPr>
          <w:p w14:paraId="521F423F" w14:textId="77777777" w:rsidR="004011CE" w:rsidRPr="002D650B" w:rsidRDefault="00000000">
            <w:pPr>
              <w:spacing w:after="0" w:line="240" w:lineRule="auto"/>
              <w:rPr>
                <w:noProof/>
                <w:lang w:val="ro-RO"/>
              </w:rPr>
            </w:pPr>
            <w:r w:rsidRPr="002D650B">
              <w:rPr>
                <w:rFonts w:eastAsia="Arial"/>
                <w:noProof/>
                <w:sz w:val="16"/>
                <w:lang w:val="ro-RO"/>
              </w:rPr>
              <w:t xml:space="preserve">  </w:t>
            </w:r>
          </w:p>
        </w:tc>
      </w:tr>
    </w:tbl>
    <w:p w14:paraId="0CF2ABB6" w14:textId="77777777" w:rsidR="004011CE" w:rsidRPr="002D650B" w:rsidRDefault="00000000">
      <w:pPr>
        <w:rPr>
          <w:noProof/>
          <w:lang w:val="ro-RO"/>
        </w:rPr>
      </w:pPr>
      <w:r w:rsidRPr="002D650B">
        <w:rPr>
          <w:noProof/>
          <w:lang w:val="ro-RO"/>
        </w:rPr>
        <w:br w:type="page"/>
      </w:r>
    </w:p>
    <w:p w14:paraId="54B22661" w14:textId="77777777" w:rsidR="004011CE" w:rsidRPr="002D650B" w:rsidRDefault="00000000">
      <w:pPr>
        <w:pStyle w:val="Heading1"/>
        <w:rPr>
          <w:noProof/>
          <w:lang w:val="ro-RO"/>
        </w:rPr>
      </w:pPr>
      <w:r w:rsidRPr="002D650B">
        <w:rPr>
          <w:noProof/>
          <w:lang w:val="ro-RO"/>
        </w:rPr>
        <w:lastRenderedPageBreak/>
        <w:t>Foaie de parcurs orientativă - 12 săptămâni</w:t>
      </w:r>
    </w:p>
    <w:p w14:paraId="51773918" w14:textId="77777777" w:rsidR="004011CE" w:rsidRPr="002D650B" w:rsidRDefault="00000000">
      <w:pPr>
        <w:spacing w:after="100"/>
        <w:rPr>
          <w:noProof/>
          <w:lang w:val="ro-RO"/>
        </w:rPr>
      </w:pPr>
      <w:r w:rsidRPr="002D650B">
        <w:rPr>
          <w:noProof/>
          <w:lang w:val="ro-RO"/>
        </w:rPr>
        <w:t>Ritmul trebuie adaptat portofoliului de dispozitive, rolului reglementar, piețelor, clasei de risc, aplicabilității proiectării, numărului de furnizori și necesarului de validare.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417"/>
        <w:gridCol w:w="2437"/>
        <w:gridCol w:w="3741"/>
        <w:gridCol w:w="2267"/>
      </w:tblGrid>
      <w:tr w:rsidR="004011CE" w:rsidRPr="002D650B" w14:paraId="03150B83" w14:textId="77777777">
        <w:trPr>
          <w:tblHeader/>
          <w:jc w:val="center"/>
        </w:trPr>
        <w:tc>
          <w:tcPr>
            <w:tcW w:w="1417" w:type="dxa"/>
            <w:shd w:val="clear" w:color="auto" w:fill="D71920"/>
            <w:tcMar>
              <w:top w:w="60" w:type="dxa"/>
              <w:left w:w="70" w:type="dxa"/>
              <w:bottom w:w="60" w:type="dxa"/>
              <w:right w:w="70" w:type="dxa"/>
            </w:tcMar>
            <w:vAlign w:val="center"/>
          </w:tcPr>
          <w:p w14:paraId="65D63019"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PERIOADĂ</w:t>
            </w:r>
          </w:p>
        </w:tc>
        <w:tc>
          <w:tcPr>
            <w:tcW w:w="2437" w:type="dxa"/>
            <w:shd w:val="clear" w:color="auto" w:fill="D71920"/>
            <w:tcMar>
              <w:top w:w="60" w:type="dxa"/>
              <w:left w:w="70" w:type="dxa"/>
              <w:bottom w:w="60" w:type="dxa"/>
              <w:right w:w="70" w:type="dxa"/>
            </w:tcMar>
            <w:vAlign w:val="center"/>
          </w:tcPr>
          <w:p w14:paraId="65001BE0"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FOCUS</w:t>
            </w:r>
          </w:p>
        </w:tc>
        <w:tc>
          <w:tcPr>
            <w:tcW w:w="3741" w:type="dxa"/>
            <w:shd w:val="clear" w:color="auto" w:fill="D71920"/>
            <w:tcMar>
              <w:top w:w="60" w:type="dxa"/>
              <w:left w:w="70" w:type="dxa"/>
              <w:bottom w:w="60" w:type="dxa"/>
              <w:right w:w="70" w:type="dxa"/>
            </w:tcMar>
            <w:vAlign w:val="center"/>
          </w:tcPr>
          <w:p w14:paraId="503A56B0"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LIVRABILE PRINCIPALE</w:t>
            </w:r>
          </w:p>
        </w:tc>
        <w:tc>
          <w:tcPr>
            <w:tcW w:w="2267" w:type="dxa"/>
            <w:shd w:val="clear" w:color="auto" w:fill="D71920"/>
            <w:tcMar>
              <w:top w:w="60" w:type="dxa"/>
              <w:left w:w="70" w:type="dxa"/>
              <w:bottom w:w="60" w:type="dxa"/>
              <w:right w:w="70" w:type="dxa"/>
            </w:tcMar>
            <w:vAlign w:val="center"/>
          </w:tcPr>
          <w:p w14:paraId="691C7082"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CRITERIU DE TRECERE</w:t>
            </w:r>
          </w:p>
        </w:tc>
      </w:tr>
      <w:tr w:rsidR="004011CE" w:rsidRPr="002D650B" w14:paraId="7AE677FF" w14:textId="77777777">
        <w:trPr>
          <w:cantSplit/>
          <w:jc w:val="center"/>
        </w:trPr>
        <w:tc>
          <w:tcPr>
            <w:tcW w:w="1417" w:type="dxa"/>
            <w:tcMar>
              <w:top w:w="60" w:type="dxa"/>
              <w:left w:w="70" w:type="dxa"/>
              <w:bottom w:w="60" w:type="dxa"/>
              <w:right w:w="70" w:type="dxa"/>
            </w:tcMar>
            <w:vAlign w:val="center"/>
          </w:tcPr>
          <w:p w14:paraId="596763B9" w14:textId="77777777" w:rsidR="004011CE" w:rsidRPr="002D650B" w:rsidRDefault="00000000">
            <w:pPr>
              <w:spacing w:after="0" w:line="240" w:lineRule="auto"/>
              <w:rPr>
                <w:noProof/>
                <w:lang w:val="ro-RO"/>
              </w:rPr>
            </w:pPr>
            <w:r w:rsidRPr="002D650B">
              <w:rPr>
                <w:rFonts w:eastAsia="Arial"/>
                <w:noProof/>
                <w:sz w:val="15"/>
                <w:lang w:val="ro-RO"/>
              </w:rPr>
              <w:t>Săpt. 1</w:t>
            </w:r>
          </w:p>
        </w:tc>
        <w:tc>
          <w:tcPr>
            <w:tcW w:w="2437" w:type="dxa"/>
            <w:tcMar>
              <w:top w:w="60" w:type="dxa"/>
              <w:left w:w="70" w:type="dxa"/>
              <w:bottom w:w="60" w:type="dxa"/>
              <w:right w:w="70" w:type="dxa"/>
            </w:tcMar>
            <w:vAlign w:val="center"/>
          </w:tcPr>
          <w:p w14:paraId="6E69A6D1" w14:textId="77777777" w:rsidR="004011CE" w:rsidRPr="002D650B" w:rsidRDefault="00000000">
            <w:pPr>
              <w:spacing w:after="0" w:line="240" w:lineRule="auto"/>
              <w:rPr>
                <w:noProof/>
                <w:lang w:val="ro-RO"/>
              </w:rPr>
            </w:pPr>
            <w:r w:rsidRPr="002D650B">
              <w:rPr>
                <w:rFonts w:eastAsia="Arial"/>
                <w:noProof/>
                <w:sz w:val="15"/>
                <w:lang w:val="ro-RO"/>
              </w:rPr>
              <w:t>Rol și domeniu</w:t>
            </w:r>
          </w:p>
        </w:tc>
        <w:tc>
          <w:tcPr>
            <w:tcW w:w="3741" w:type="dxa"/>
            <w:tcMar>
              <w:top w:w="60" w:type="dxa"/>
              <w:left w:w="70" w:type="dxa"/>
              <w:bottom w:w="60" w:type="dxa"/>
              <w:right w:w="70" w:type="dxa"/>
            </w:tcMar>
            <w:vAlign w:val="center"/>
          </w:tcPr>
          <w:p w14:paraId="6631A55F" w14:textId="77777777" w:rsidR="004011CE" w:rsidRPr="002D650B" w:rsidRDefault="00000000">
            <w:pPr>
              <w:spacing w:after="0" w:line="240" w:lineRule="auto"/>
              <w:rPr>
                <w:noProof/>
                <w:lang w:val="ro-RO"/>
              </w:rPr>
            </w:pPr>
            <w:r w:rsidRPr="002D650B">
              <w:rPr>
                <w:rFonts w:eastAsia="Arial"/>
                <w:noProof/>
                <w:sz w:val="15"/>
                <w:lang w:val="ro-RO"/>
              </w:rPr>
              <w:t>Rol reglementar, piețe, produse, diagnostic și plan.</w:t>
            </w:r>
          </w:p>
        </w:tc>
        <w:tc>
          <w:tcPr>
            <w:tcW w:w="2267" w:type="dxa"/>
            <w:tcMar>
              <w:top w:w="60" w:type="dxa"/>
              <w:left w:w="70" w:type="dxa"/>
              <w:bottom w:w="60" w:type="dxa"/>
              <w:right w:w="70" w:type="dxa"/>
            </w:tcMar>
            <w:vAlign w:val="center"/>
          </w:tcPr>
          <w:p w14:paraId="19A21AAF" w14:textId="77777777" w:rsidR="004011CE" w:rsidRPr="002D650B" w:rsidRDefault="00000000">
            <w:pPr>
              <w:spacing w:after="0" w:line="240" w:lineRule="auto"/>
              <w:rPr>
                <w:noProof/>
                <w:lang w:val="ro-RO"/>
              </w:rPr>
            </w:pPr>
            <w:r w:rsidRPr="002D650B">
              <w:rPr>
                <w:rFonts w:eastAsia="Arial"/>
                <w:noProof/>
                <w:sz w:val="15"/>
                <w:lang w:val="ro-RO"/>
              </w:rPr>
              <w:t>Domeniul și cerințele sunt validate.</w:t>
            </w:r>
          </w:p>
        </w:tc>
      </w:tr>
      <w:tr w:rsidR="004011CE" w:rsidRPr="002D650B" w14:paraId="58DD4220" w14:textId="77777777">
        <w:trPr>
          <w:cantSplit/>
          <w:jc w:val="center"/>
        </w:trPr>
        <w:tc>
          <w:tcPr>
            <w:tcW w:w="1417" w:type="dxa"/>
            <w:shd w:val="clear" w:color="auto" w:fill="FAFAFA"/>
            <w:tcMar>
              <w:top w:w="60" w:type="dxa"/>
              <w:left w:w="70" w:type="dxa"/>
              <w:bottom w:w="60" w:type="dxa"/>
              <w:right w:w="70" w:type="dxa"/>
            </w:tcMar>
            <w:vAlign w:val="center"/>
          </w:tcPr>
          <w:p w14:paraId="76967C53" w14:textId="77777777" w:rsidR="004011CE" w:rsidRPr="002D650B" w:rsidRDefault="00000000">
            <w:pPr>
              <w:spacing w:after="0" w:line="240" w:lineRule="auto"/>
              <w:rPr>
                <w:noProof/>
                <w:lang w:val="ro-RO"/>
              </w:rPr>
            </w:pPr>
            <w:r w:rsidRPr="002D650B">
              <w:rPr>
                <w:rFonts w:eastAsia="Arial"/>
                <w:noProof/>
                <w:sz w:val="15"/>
                <w:lang w:val="ro-RO"/>
              </w:rPr>
              <w:t>Săpt. 2</w:t>
            </w:r>
          </w:p>
        </w:tc>
        <w:tc>
          <w:tcPr>
            <w:tcW w:w="2437" w:type="dxa"/>
            <w:shd w:val="clear" w:color="auto" w:fill="FAFAFA"/>
            <w:tcMar>
              <w:top w:w="60" w:type="dxa"/>
              <w:left w:w="70" w:type="dxa"/>
              <w:bottom w:w="60" w:type="dxa"/>
              <w:right w:w="70" w:type="dxa"/>
            </w:tcMar>
            <w:vAlign w:val="center"/>
          </w:tcPr>
          <w:p w14:paraId="062C84C0" w14:textId="77777777" w:rsidR="004011CE" w:rsidRPr="002D650B" w:rsidRDefault="00000000">
            <w:pPr>
              <w:spacing w:after="0" w:line="240" w:lineRule="auto"/>
              <w:rPr>
                <w:noProof/>
                <w:lang w:val="ro-RO"/>
              </w:rPr>
            </w:pPr>
            <w:r w:rsidRPr="002D650B">
              <w:rPr>
                <w:rFonts w:eastAsia="Arial"/>
                <w:noProof/>
                <w:sz w:val="15"/>
                <w:lang w:val="ro-RO"/>
              </w:rPr>
              <w:t>Procese și documente</w:t>
            </w:r>
          </w:p>
        </w:tc>
        <w:tc>
          <w:tcPr>
            <w:tcW w:w="3741" w:type="dxa"/>
            <w:shd w:val="clear" w:color="auto" w:fill="FAFAFA"/>
            <w:tcMar>
              <w:top w:w="60" w:type="dxa"/>
              <w:left w:w="70" w:type="dxa"/>
              <w:bottom w:w="60" w:type="dxa"/>
              <w:right w:w="70" w:type="dxa"/>
            </w:tcMar>
            <w:vAlign w:val="center"/>
          </w:tcPr>
          <w:p w14:paraId="74ED7251" w14:textId="77777777" w:rsidR="004011CE" w:rsidRPr="002D650B" w:rsidRDefault="00000000">
            <w:pPr>
              <w:spacing w:after="0" w:line="240" w:lineRule="auto"/>
              <w:rPr>
                <w:noProof/>
                <w:lang w:val="ro-RO"/>
              </w:rPr>
            </w:pPr>
            <w:r w:rsidRPr="002D650B">
              <w:rPr>
                <w:rFonts w:eastAsia="Arial"/>
                <w:noProof/>
                <w:sz w:val="15"/>
                <w:lang w:val="ro-RO"/>
              </w:rPr>
              <w:t>Hartă procese, manual, proceduri, dosare și control documente.</w:t>
            </w:r>
          </w:p>
        </w:tc>
        <w:tc>
          <w:tcPr>
            <w:tcW w:w="2267" w:type="dxa"/>
            <w:shd w:val="clear" w:color="auto" w:fill="FAFAFA"/>
            <w:tcMar>
              <w:top w:w="60" w:type="dxa"/>
              <w:left w:w="70" w:type="dxa"/>
              <w:bottom w:w="60" w:type="dxa"/>
              <w:right w:w="70" w:type="dxa"/>
            </w:tcMar>
            <w:vAlign w:val="center"/>
          </w:tcPr>
          <w:p w14:paraId="544792F2" w14:textId="77777777" w:rsidR="004011CE" w:rsidRPr="002D650B" w:rsidRDefault="00000000">
            <w:pPr>
              <w:spacing w:after="0" w:line="240" w:lineRule="auto"/>
              <w:rPr>
                <w:noProof/>
                <w:lang w:val="ro-RO"/>
              </w:rPr>
            </w:pPr>
            <w:r w:rsidRPr="002D650B">
              <w:rPr>
                <w:rFonts w:eastAsia="Arial"/>
                <w:noProof/>
                <w:sz w:val="15"/>
                <w:lang w:val="ro-RO"/>
              </w:rPr>
              <w:t>Arhitectura sistemului este aprobată.</w:t>
            </w:r>
          </w:p>
        </w:tc>
      </w:tr>
      <w:tr w:rsidR="004011CE" w:rsidRPr="002D650B" w14:paraId="1E157DC0" w14:textId="77777777">
        <w:trPr>
          <w:cantSplit/>
          <w:jc w:val="center"/>
        </w:trPr>
        <w:tc>
          <w:tcPr>
            <w:tcW w:w="1417" w:type="dxa"/>
            <w:tcMar>
              <w:top w:w="60" w:type="dxa"/>
              <w:left w:w="70" w:type="dxa"/>
              <w:bottom w:w="60" w:type="dxa"/>
              <w:right w:w="70" w:type="dxa"/>
            </w:tcMar>
            <w:vAlign w:val="center"/>
          </w:tcPr>
          <w:p w14:paraId="3B3EBB43" w14:textId="77777777" w:rsidR="004011CE" w:rsidRPr="002D650B" w:rsidRDefault="00000000">
            <w:pPr>
              <w:spacing w:after="0" w:line="240" w:lineRule="auto"/>
              <w:rPr>
                <w:noProof/>
                <w:lang w:val="ro-RO"/>
              </w:rPr>
            </w:pPr>
            <w:r w:rsidRPr="002D650B">
              <w:rPr>
                <w:rFonts w:eastAsia="Arial"/>
                <w:noProof/>
                <w:sz w:val="15"/>
                <w:lang w:val="ro-RO"/>
              </w:rPr>
              <w:t>Săpt. 3</w:t>
            </w:r>
          </w:p>
        </w:tc>
        <w:tc>
          <w:tcPr>
            <w:tcW w:w="2437" w:type="dxa"/>
            <w:tcMar>
              <w:top w:w="60" w:type="dxa"/>
              <w:left w:w="70" w:type="dxa"/>
              <w:bottom w:w="60" w:type="dxa"/>
              <w:right w:w="70" w:type="dxa"/>
            </w:tcMar>
            <w:vAlign w:val="center"/>
          </w:tcPr>
          <w:p w14:paraId="70A2D9EB" w14:textId="77777777" w:rsidR="004011CE" w:rsidRPr="002D650B" w:rsidRDefault="00000000">
            <w:pPr>
              <w:spacing w:after="0" w:line="240" w:lineRule="auto"/>
              <w:rPr>
                <w:noProof/>
                <w:lang w:val="ro-RO"/>
              </w:rPr>
            </w:pPr>
            <w:r w:rsidRPr="002D650B">
              <w:rPr>
                <w:rFonts w:eastAsia="Arial"/>
                <w:noProof/>
                <w:sz w:val="15"/>
                <w:lang w:val="ro-RO"/>
              </w:rPr>
              <w:t>Risc și realizare</w:t>
            </w:r>
          </w:p>
        </w:tc>
        <w:tc>
          <w:tcPr>
            <w:tcW w:w="3741" w:type="dxa"/>
            <w:tcMar>
              <w:top w:w="60" w:type="dxa"/>
              <w:left w:w="70" w:type="dxa"/>
              <w:bottom w:w="60" w:type="dxa"/>
              <w:right w:w="70" w:type="dxa"/>
            </w:tcMar>
            <w:vAlign w:val="center"/>
          </w:tcPr>
          <w:p w14:paraId="328F11BF" w14:textId="77777777" w:rsidR="004011CE" w:rsidRPr="002D650B" w:rsidRDefault="00000000">
            <w:pPr>
              <w:spacing w:after="0" w:line="240" w:lineRule="auto"/>
              <w:rPr>
                <w:noProof/>
                <w:lang w:val="ro-RO"/>
              </w:rPr>
            </w:pPr>
            <w:r w:rsidRPr="002D650B">
              <w:rPr>
                <w:rFonts w:eastAsia="Arial"/>
                <w:noProof/>
                <w:sz w:val="15"/>
                <w:lang w:val="ro-RO"/>
              </w:rPr>
              <w:t>Planuri de calitate, managementul riscului și cerințe produs.</w:t>
            </w:r>
          </w:p>
        </w:tc>
        <w:tc>
          <w:tcPr>
            <w:tcW w:w="2267" w:type="dxa"/>
            <w:tcMar>
              <w:top w:w="60" w:type="dxa"/>
              <w:left w:w="70" w:type="dxa"/>
              <w:bottom w:w="60" w:type="dxa"/>
              <w:right w:w="70" w:type="dxa"/>
            </w:tcMar>
            <w:vAlign w:val="center"/>
          </w:tcPr>
          <w:p w14:paraId="35A88C27" w14:textId="77777777" w:rsidR="004011CE" w:rsidRPr="002D650B" w:rsidRDefault="00000000">
            <w:pPr>
              <w:spacing w:after="0" w:line="240" w:lineRule="auto"/>
              <w:rPr>
                <w:noProof/>
                <w:lang w:val="ro-RO"/>
              </w:rPr>
            </w:pPr>
            <w:r w:rsidRPr="002D650B">
              <w:rPr>
                <w:rFonts w:eastAsia="Arial"/>
                <w:noProof/>
                <w:sz w:val="15"/>
                <w:lang w:val="ro-RO"/>
              </w:rPr>
              <w:t>Cerințele sunt trasabile și planificate.</w:t>
            </w:r>
          </w:p>
        </w:tc>
      </w:tr>
      <w:tr w:rsidR="004011CE" w:rsidRPr="002D650B" w14:paraId="34472E29" w14:textId="77777777">
        <w:trPr>
          <w:cantSplit/>
          <w:jc w:val="center"/>
        </w:trPr>
        <w:tc>
          <w:tcPr>
            <w:tcW w:w="1417" w:type="dxa"/>
            <w:shd w:val="clear" w:color="auto" w:fill="FAFAFA"/>
            <w:tcMar>
              <w:top w:w="60" w:type="dxa"/>
              <w:left w:w="70" w:type="dxa"/>
              <w:bottom w:w="60" w:type="dxa"/>
              <w:right w:w="70" w:type="dxa"/>
            </w:tcMar>
            <w:vAlign w:val="center"/>
          </w:tcPr>
          <w:p w14:paraId="3985F076" w14:textId="77777777" w:rsidR="004011CE" w:rsidRPr="002D650B" w:rsidRDefault="00000000">
            <w:pPr>
              <w:spacing w:after="0" w:line="240" w:lineRule="auto"/>
              <w:rPr>
                <w:noProof/>
                <w:lang w:val="ro-RO"/>
              </w:rPr>
            </w:pPr>
            <w:r w:rsidRPr="002D650B">
              <w:rPr>
                <w:rFonts w:eastAsia="Arial"/>
                <w:noProof/>
                <w:sz w:val="15"/>
                <w:lang w:val="ro-RO"/>
              </w:rPr>
              <w:t>Săpt. 4-5</w:t>
            </w:r>
          </w:p>
        </w:tc>
        <w:tc>
          <w:tcPr>
            <w:tcW w:w="2437" w:type="dxa"/>
            <w:shd w:val="clear" w:color="auto" w:fill="FAFAFA"/>
            <w:tcMar>
              <w:top w:w="60" w:type="dxa"/>
              <w:left w:w="70" w:type="dxa"/>
              <w:bottom w:w="60" w:type="dxa"/>
              <w:right w:w="70" w:type="dxa"/>
            </w:tcMar>
            <w:vAlign w:val="center"/>
          </w:tcPr>
          <w:p w14:paraId="6266C42B" w14:textId="77777777" w:rsidR="004011CE" w:rsidRPr="002D650B" w:rsidRDefault="00000000">
            <w:pPr>
              <w:spacing w:after="0" w:line="240" w:lineRule="auto"/>
              <w:rPr>
                <w:noProof/>
                <w:lang w:val="ro-RO"/>
              </w:rPr>
            </w:pPr>
            <w:r w:rsidRPr="002D650B">
              <w:rPr>
                <w:rFonts w:eastAsia="Arial"/>
                <w:noProof/>
                <w:sz w:val="15"/>
                <w:lang w:val="ro-RO"/>
              </w:rPr>
              <w:t>Proiectare / transfer</w:t>
            </w:r>
          </w:p>
        </w:tc>
        <w:tc>
          <w:tcPr>
            <w:tcW w:w="3741" w:type="dxa"/>
            <w:shd w:val="clear" w:color="auto" w:fill="FAFAFA"/>
            <w:tcMar>
              <w:top w:w="60" w:type="dxa"/>
              <w:left w:w="70" w:type="dxa"/>
              <w:bottom w:w="60" w:type="dxa"/>
              <w:right w:w="70" w:type="dxa"/>
            </w:tcMar>
            <w:vAlign w:val="center"/>
          </w:tcPr>
          <w:p w14:paraId="1B8095A4" w14:textId="77777777" w:rsidR="004011CE" w:rsidRPr="002D650B" w:rsidRDefault="00000000">
            <w:pPr>
              <w:spacing w:after="0" w:line="240" w:lineRule="auto"/>
              <w:rPr>
                <w:noProof/>
                <w:lang w:val="ro-RO"/>
              </w:rPr>
            </w:pPr>
            <w:r w:rsidRPr="002D650B">
              <w:rPr>
                <w:rFonts w:eastAsia="Arial"/>
                <w:noProof/>
                <w:sz w:val="15"/>
                <w:lang w:val="ro-RO"/>
              </w:rPr>
              <w:t>Plan, intrări, ieșiri, review, V&amp;V și transfer, dacă este aplicabil.</w:t>
            </w:r>
          </w:p>
        </w:tc>
        <w:tc>
          <w:tcPr>
            <w:tcW w:w="2267" w:type="dxa"/>
            <w:shd w:val="clear" w:color="auto" w:fill="FAFAFA"/>
            <w:tcMar>
              <w:top w:w="60" w:type="dxa"/>
              <w:left w:w="70" w:type="dxa"/>
              <w:bottom w:w="60" w:type="dxa"/>
              <w:right w:w="70" w:type="dxa"/>
            </w:tcMar>
            <w:vAlign w:val="center"/>
          </w:tcPr>
          <w:p w14:paraId="2EF97D43" w14:textId="77777777" w:rsidR="004011CE" w:rsidRPr="002D650B" w:rsidRDefault="00000000">
            <w:pPr>
              <w:spacing w:after="0" w:line="240" w:lineRule="auto"/>
              <w:rPr>
                <w:noProof/>
                <w:lang w:val="ro-RO"/>
              </w:rPr>
            </w:pPr>
            <w:r w:rsidRPr="002D650B">
              <w:rPr>
                <w:rFonts w:eastAsia="Arial"/>
                <w:noProof/>
                <w:sz w:val="15"/>
                <w:lang w:val="ro-RO"/>
              </w:rPr>
              <w:t>Dosarul de proiectare este controlat.</w:t>
            </w:r>
          </w:p>
        </w:tc>
      </w:tr>
      <w:tr w:rsidR="004011CE" w:rsidRPr="002D650B" w14:paraId="2DEFFD67" w14:textId="77777777">
        <w:trPr>
          <w:cantSplit/>
          <w:jc w:val="center"/>
        </w:trPr>
        <w:tc>
          <w:tcPr>
            <w:tcW w:w="1417" w:type="dxa"/>
            <w:tcMar>
              <w:top w:w="60" w:type="dxa"/>
              <w:left w:w="70" w:type="dxa"/>
              <w:bottom w:w="60" w:type="dxa"/>
              <w:right w:w="70" w:type="dxa"/>
            </w:tcMar>
            <w:vAlign w:val="center"/>
          </w:tcPr>
          <w:p w14:paraId="29C2A4ED" w14:textId="77777777" w:rsidR="004011CE" w:rsidRPr="002D650B" w:rsidRDefault="00000000">
            <w:pPr>
              <w:spacing w:after="0" w:line="240" w:lineRule="auto"/>
              <w:rPr>
                <w:noProof/>
                <w:lang w:val="ro-RO"/>
              </w:rPr>
            </w:pPr>
            <w:r w:rsidRPr="002D650B">
              <w:rPr>
                <w:rFonts w:eastAsia="Arial"/>
                <w:noProof/>
                <w:sz w:val="15"/>
                <w:lang w:val="ro-RO"/>
              </w:rPr>
              <w:t>Săpt. 6-8</w:t>
            </w:r>
          </w:p>
        </w:tc>
        <w:tc>
          <w:tcPr>
            <w:tcW w:w="2437" w:type="dxa"/>
            <w:tcMar>
              <w:top w:w="60" w:type="dxa"/>
              <w:left w:w="70" w:type="dxa"/>
              <w:bottom w:w="60" w:type="dxa"/>
              <w:right w:w="70" w:type="dxa"/>
            </w:tcMar>
            <w:vAlign w:val="center"/>
          </w:tcPr>
          <w:p w14:paraId="2B3DDD42" w14:textId="77777777" w:rsidR="004011CE" w:rsidRPr="002D650B" w:rsidRDefault="00000000">
            <w:pPr>
              <w:spacing w:after="0" w:line="240" w:lineRule="auto"/>
              <w:rPr>
                <w:noProof/>
                <w:lang w:val="ro-RO"/>
              </w:rPr>
            </w:pPr>
            <w:r w:rsidRPr="002D650B">
              <w:rPr>
                <w:rFonts w:eastAsia="Arial"/>
                <w:noProof/>
                <w:sz w:val="15"/>
                <w:lang w:val="ro-RO"/>
              </w:rPr>
              <w:t>Furnizori, producție și validare</w:t>
            </w:r>
          </w:p>
        </w:tc>
        <w:tc>
          <w:tcPr>
            <w:tcW w:w="3741" w:type="dxa"/>
            <w:tcMar>
              <w:top w:w="60" w:type="dxa"/>
              <w:left w:w="70" w:type="dxa"/>
              <w:bottom w:w="60" w:type="dxa"/>
              <w:right w:w="70" w:type="dxa"/>
            </w:tcMar>
            <w:vAlign w:val="center"/>
          </w:tcPr>
          <w:p w14:paraId="7F5DF98D" w14:textId="77777777" w:rsidR="004011CE" w:rsidRPr="002D650B" w:rsidRDefault="00000000">
            <w:pPr>
              <w:spacing w:after="0" w:line="240" w:lineRule="auto"/>
              <w:rPr>
                <w:noProof/>
                <w:lang w:val="ro-RO"/>
              </w:rPr>
            </w:pPr>
            <w:r w:rsidRPr="002D650B">
              <w:rPr>
                <w:rFonts w:eastAsia="Arial"/>
                <w:noProof/>
                <w:sz w:val="15"/>
                <w:lang w:val="ro-RO"/>
              </w:rPr>
              <w:t>Aprobare furnizori, instrucțiuni, mediu, procese speciale, sterilizare și trasabilitate.</w:t>
            </w:r>
          </w:p>
        </w:tc>
        <w:tc>
          <w:tcPr>
            <w:tcW w:w="2267" w:type="dxa"/>
            <w:tcMar>
              <w:top w:w="60" w:type="dxa"/>
              <w:left w:w="70" w:type="dxa"/>
              <w:bottom w:w="60" w:type="dxa"/>
              <w:right w:w="70" w:type="dxa"/>
            </w:tcMar>
            <w:vAlign w:val="center"/>
          </w:tcPr>
          <w:p w14:paraId="533B887D" w14:textId="77777777" w:rsidR="004011CE" w:rsidRPr="002D650B" w:rsidRDefault="00000000">
            <w:pPr>
              <w:spacing w:after="0" w:line="240" w:lineRule="auto"/>
              <w:rPr>
                <w:noProof/>
                <w:lang w:val="ro-RO"/>
              </w:rPr>
            </w:pPr>
            <w:r w:rsidRPr="002D650B">
              <w:rPr>
                <w:rFonts w:eastAsia="Arial"/>
                <w:noProof/>
                <w:sz w:val="15"/>
                <w:lang w:val="ro-RO"/>
              </w:rPr>
              <w:t>Furnizorii și procesele critice sunt controlate.</w:t>
            </w:r>
          </w:p>
        </w:tc>
      </w:tr>
      <w:tr w:rsidR="004011CE" w:rsidRPr="002D650B" w14:paraId="0317591D" w14:textId="77777777">
        <w:trPr>
          <w:cantSplit/>
          <w:jc w:val="center"/>
        </w:trPr>
        <w:tc>
          <w:tcPr>
            <w:tcW w:w="1417" w:type="dxa"/>
            <w:shd w:val="clear" w:color="auto" w:fill="FAFAFA"/>
            <w:tcMar>
              <w:top w:w="60" w:type="dxa"/>
              <w:left w:w="70" w:type="dxa"/>
              <w:bottom w:w="60" w:type="dxa"/>
              <w:right w:w="70" w:type="dxa"/>
            </w:tcMar>
            <w:vAlign w:val="center"/>
          </w:tcPr>
          <w:p w14:paraId="6AD911A9" w14:textId="77777777" w:rsidR="004011CE" w:rsidRPr="002D650B" w:rsidRDefault="00000000">
            <w:pPr>
              <w:spacing w:after="0" w:line="240" w:lineRule="auto"/>
              <w:rPr>
                <w:noProof/>
                <w:lang w:val="ro-RO"/>
              </w:rPr>
            </w:pPr>
            <w:r w:rsidRPr="002D650B">
              <w:rPr>
                <w:rFonts w:eastAsia="Arial"/>
                <w:noProof/>
                <w:sz w:val="15"/>
                <w:lang w:val="ro-RO"/>
              </w:rPr>
              <w:t>Săpt. 9</w:t>
            </w:r>
          </w:p>
        </w:tc>
        <w:tc>
          <w:tcPr>
            <w:tcW w:w="2437" w:type="dxa"/>
            <w:shd w:val="clear" w:color="auto" w:fill="FAFAFA"/>
            <w:tcMar>
              <w:top w:w="60" w:type="dxa"/>
              <w:left w:w="70" w:type="dxa"/>
              <w:bottom w:w="60" w:type="dxa"/>
              <w:right w:w="70" w:type="dxa"/>
            </w:tcMar>
            <w:vAlign w:val="center"/>
          </w:tcPr>
          <w:p w14:paraId="248777E8" w14:textId="77777777" w:rsidR="004011CE" w:rsidRPr="002D650B" w:rsidRDefault="00000000">
            <w:pPr>
              <w:spacing w:after="0" w:line="240" w:lineRule="auto"/>
              <w:rPr>
                <w:noProof/>
                <w:lang w:val="ro-RO"/>
              </w:rPr>
            </w:pPr>
            <w:r w:rsidRPr="002D650B">
              <w:rPr>
                <w:rFonts w:eastAsia="Arial"/>
                <w:noProof/>
                <w:sz w:val="15"/>
                <w:lang w:val="ro-RO"/>
              </w:rPr>
              <w:t>Feedback și reclamații</w:t>
            </w:r>
          </w:p>
        </w:tc>
        <w:tc>
          <w:tcPr>
            <w:tcW w:w="3741" w:type="dxa"/>
            <w:shd w:val="clear" w:color="auto" w:fill="FAFAFA"/>
            <w:tcMar>
              <w:top w:w="60" w:type="dxa"/>
              <w:left w:w="70" w:type="dxa"/>
              <w:bottom w:w="60" w:type="dxa"/>
              <w:right w:w="70" w:type="dxa"/>
            </w:tcMar>
            <w:vAlign w:val="center"/>
          </w:tcPr>
          <w:p w14:paraId="7C0FCE54" w14:textId="77777777" w:rsidR="004011CE" w:rsidRPr="002D650B" w:rsidRDefault="00000000">
            <w:pPr>
              <w:spacing w:after="0" w:line="240" w:lineRule="auto"/>
              <w:rPr>
                <w:noProof/>
                <w:lang w:val="ro-RO"/>
              </w:rPr>
            </w:pPr>
            <w:r w:rsidRPr="002D650B">
              <w:rPr>
                <w:rFonts w:eastAsia="Arial"/>
                <w:noProof/>
                <w:sz w:val="15"/>
                <w:lang w:val="ro-RO"/>
              </w:rPr>
              <w:t>Feedback, reclamații, raportare și date post-producție.</w:t>
            </w:r>
          </w:p>
        </w:tc>
        <w:tc>
          <w:tcPr>
            <w:tcW w:w="2267" w:type="dxa"/>
            <w:shd w:val="clear" w:color="auto" w:fill="FAFAFA"/>
            <w:tcMar>
              <w:top w:w="60" w:type="dxa"/>
              <w:left w:w="70" w:type="dxa"/>
              <w:bottom w:w="60" w:type="dxa"/>
              <w:right w:w="70" w:type="dxa"/>
            </w:tcMar>
            <w:vAlign w:val="center"/>
          </w:tcPr>
          <w:p w14:paraId="056B5E8F" w14:textId="77777777" w:rsidR="004011CE" w:rsidRPr="002D650B" w:rsidRDefault="00000000">
            <w:pPr>
              <w:spacing w:after="0" w:line="240" w:lineRule="auto"/>
              <w:rPr>
                <w:noProof/>
                <w:lang w:val="ro-RO"/>
              </w:rPr>
            </w:pPr>
            <w:r w:rsidRPr="002D650B">
              <w:rPr>
                <w:rFonts w:eastAsia="Arial"/>
                <w:noProof/>
                <w:sz w:val="15"/>
                <w:lang w:val="ro-RO"/>
              </w:rPr>
              <w:t>Semnalele și termenele sunt controlate.</w:t>
            </w:r>
          </w:p>
        </w:tc>
      </w:tr>
      <w:tr w:rsidR="004011CE" w:rsidRPr="002D650B" w14:paraId="0829CB46" w14:textId="77777777">
        <w:trPr>
          <w:cantSplit/>
          <w:jc w:val="center"/>
        </w:trPr>
        <w:tc>
          <w:tcPr>
            <w:tcW w:w="1417" w:type="dxa"/>
            <w:tcMar>
              <w:top w:w="60" w:type="dxa"/>
              <w:left w:w="70" w:type="dxa"/>
              <w:bottom w:w="60" w:type="dxa"/>
              <w:right w:w="70" w:type="dxa"/>
            </w:tcMar>
            <w:vAlign w:val="center"/>
          </w:tcPr>
          <w:p w14:paraId="31C253C0" w14:textId="77777777" w:rsidR="004011CE" w:rsidRPr="002D650B" w:rsidRDefault="00000000">
            <w:pPr>
              <w:spacing w:after="0" w:line="240" w:lineRule="auto"/>
              <w:rPr>
                <w:noProof/>
                <w:lang w:val="ro-RO"/>
              </w:rPr>
            </w:pPr>
            <w:r w:rsidRPr="002D650B">
              <w:rPr>
                <w:rFonts w:eastAsia="Arial"/>
                <w:noProof/>
                <w:sz w:val="15"/>
                <w:lang w:val="ro-RO"/>
              </w:rPr>
              <w:t>Săpt. 10</w:t>
            </w:r>
          </w:p>
        </w:tc>
        <w:tc>
          <w:tcPr>
            <w:tcW w:w="2437" w:type="dxa"/>
            <w:tcMar>
              <w:top w:w="60" w:type="dxa"/>
              <w:left w:w="70" w:type="dxa"/>
              <w:bottom w:w="60" w:type="dxa"/>
              <w:right w:w="70" w:type="dxa"/>
            </w:tcMar>
            <w:vAlign w:val="center"/>
          </w:tcPr>
          <w:p w14:paraId="0713B8A9" w14:textId="77777777" w:rsidR="004011CE" w:rsidRPr="002D650B" w:rsidRDefault="00000000">
            <w:pPr>
              <w:spacing w:after="0" w:line="240" w:lineRule="auto"/>
              <w:rPr>
                <w:noProof/>
                <w:lang w:val="ro-RO"/>
              </w:rPr>
            </w:pPr>
            <w:r w:rsidRPr="002D650B">
              <w:rPr>
                <w:rFonts w:eastAsia="Arial"/>
                <w:noProof/>
                <w:sz w:val="15"/>
                <w:lang w:val="ro-RO"/>
              </w:rPr>
              <w:t>Neconformități și CAPA</w:t>
            </w:r>
          </w:p>
        </w:tc>
        <w:tc>
          <w:tcPr>
            <w:tcW w:w="3741" w:type="dxa"/>
            <w:tcMar>
              <w:top w:w="60" w:type="dxa"/>
              <w:left w:w="70" w:type="dxa"/>
              <w:bottom w:w="60" w:type="dxa"/>
              <w:right w:w="70" w:type="dxa"/>
            </w:tcMar>
            <w:vAlign w:val="center"/>
          </w:tcPr>
          <w:p w14:paraId="1A9FCF96" w14:textId="77777777" w:rsidR="004011CE" w:rsidRPr="002D650B" w:rsidRDefault="00000000">
            <w:pPr>
              <w:spacing w:after="0" w:line="240" w:lineRule="auto"/>
              <w:rPr>
                <w:noProof/>
                <w:lang w:val="ro-RO"/>
              </w:rPr>
            </w:pPr>
            <w:r w:rsidRPr="002D650B">
              <w:rPr>
                <w:rFonts w:eastAsia="Arial"/>
                <w:noProof/>
                <w:sz w:val="15"/>
                <w:lang w:val="ro-RO"/>
              </w:rPr>
              <w:t>Produs neconform, analiză date, CAPA și eficacitate.</w:t>
            </w:r>
          </w:p>
        </w:tc>
        <w:tc>
          <w:tcPr>
            <w:tcW w:w="2267" w:type="dxa"/>
            <w:tcMar>
              <w:top w:w="60" w:type="dxa"/>
              <w:left w:w="70" w:type="dxa"/>
              <w:bottom w:w="60" w:type="dxa"/>
              <w:right w:w="70" w:type="dxa"/>
            </w:tcMar>
            <w:vAlign w:val="center"/>
          </w:tcPr>
          <w:p w14:paraId="7FEB7D10" w14:textId="77777777" w:rsidR="004011CE" w:rsidRPr="002D650B" w:rsidRDefault="00000000">
            <w:pPr>
              <w:spacing w:after="0" w:line="240" w:lineRule="auto"/>
              <w:rPr>
                <w:noProof/>
                <w:lang w:val="ro-RO"/>
              </w:rPr>
            </w:pPr>
            <w:r w:rsidRPr="002D650B">
              <w:rPr>
                <w:rFonts w:eastAsia="Arial"/>
                <w:noProof/>
                <w:sz w:val="15"/>
                <w:lang w:val="ro-RO"/>
              </w:rPr>
              <w:t>Cauzele și schimbările sunt tratate.</w:t>
            </w:r>
          </w:p>
        </w:tc>
      </w:tr>
      <w:tr w:rsidR="004011CE" w:rsidRPr="002D650B" w14:paraId="3B7751C1" w14:textId="77777777">
        <w:trPr>
          <w:cantSplit/>
          <w:jc w:val="center"/>
        </w:trPr>
        <w:tc>
          <w:tcPr>
            <w:tcW w:w="1417" w:type="dxa"/>
            <w:shd w:val="clear" w:color="auto" w:fill="FAFAFA"/>
            <w:tcMar>
              <w:top w:w="60" w:type="dxa"/>
              <w:left w:w="70" w:type="dxa"/>
              <w:bottom w:w="60" w:type="dxa"/>
              <w:right w:w="70" w:type="dxa"/>
            </w:tcMar>
            <w:vAlign w:val="center"/>
          </w:tcPr>
          <w:p w14:paraId="4667E4AB" w14:textId="77777777" w:rsidR="004011CE" w:rsidRPr="002D650B" w:rsidRDefault="00000000">
            <w:pPr>
              <w:spacing w:after="0" w:line="240" w:lineRule="auto"/>
              <w:rPr>
                <w:noProof/>
                <w:lang w:val="ro-RO"/>
              </w:rPr>
            </w:pPr>
            <w:r w:rsidRPr="002D650B">
              <w:rPr>
                <w:rFonts w:eastAsia="Arial"/>
                <w:noProof/>
                <w:sz w:val="15"/>
                <w:lang w:val="ro-RO"/>
              </w:rPr>
              <w:t>Săpt. 11-12</w:t>
            </w:r>
          </w:p>
        </w:tc>
        <w:tc>
          <w:tcPr>
            <w:tcW w:w="2437" w:type="dxa"/>
            <w:shd w:val="clear" w:color="auto" w:fill="FAFAFA"/>
            <w:tcMar>
              <w:top w:w="60" w:type="dxa"/>
              <w:left w:w="70" w:type="dxa"/>
              <w:bottom w:w="60" w:type="dxa"/>
              <w:right w:w="70" w:type="dxa"/>
            </w:tcMar>
            <w:vAlign w:val="center"/>
          </w:tcPr>
          <w:p w14:paraId="1ABC3C5B" w14:textId="77777777" w:rsidR="004011CE" w:rsidRPr="002D650B" w:rsidRDefault="00000000">
            <w:pPr>
              <w:spacing w:after="0" w:line="240" w:lineRule="auto"/>
              <w:rPr>
                <w:noProof/>
                <w:lang w:val="ro-RO"/>
              </w:rPr>
            </w:pPr>
            <w:r w:rsidRPr="002D650B">
              <w:rPr>
                <w:rFonts w:eastAsia="Arial"/>
                <w:noProof/>
                <w:sz w:val="15"/>
                <w:lang w:val="ro-RO"/>
              </w:rPr>
              <w:t>Audit și analiză</w:t>
            </w:r>
          </w:p>
        </w:tc>
        <w:tc>
          <w:tcPr>
            <w:tcW w:w="3741" w:type="dxa"/>
            <w:shd w:val="clear" w:color="auto" w:fill="FAFAFA"/>
            <w:tcMar>
              <w:top w:w="60" w:type="dxa"/>
              <w:left w:w="70" w:type="dxa"/>
              <w:bottom w:w="60" w:type="dxa"/>
              <w:right w:w="70" w:type="dxa"/>
            </w:tcMar>
            <w:vAlign w:val="center"/>
          </w:tcPr>
          <w:p w14:paraId="4264266E" w14:textId="77777777" w:rsidR="004011CE" w:rsidRPr="002D650B" w:rsidRDefault="00000000">
            <w:pPr>
              <w:spacing w:after="0" w:line="240" w:lineRule="auto"/>
              <w:rPr>
                <w:noProof/>
                <w:lang w:val="ro-RO"/>
              </w:rPr>
            </w:pPr>
            <w:r w:rsidRPr="002D650B">
              <w:rPr>
                <w:rFonts w:eastAsia="Arial"/>
                <w:noProof/>
                <w:sz w:val="15"/>
                <w:lang w:val="ro-RO"/>
              </w:rPr>
              <w:t>Audit intern, management review, acțiuni și pregătire.</w:t>
            </w:r>
          </w:p>
        </w:tc>
        <w:tc>
          <w:tcPr>
            <w:tcW w:w="2267" w:type="dxa"/>
            <w:shd w:val="clear" w:color="auto" w:fill="FAFAFA"/>
            <w:tcMar>
              <w:top w:w="60" w:type="dxa"/>
              <w:left w:w="70" w:type="dxa"/>
              <w:bottom w:w="60" w:type="dxa"/>
              <w:right w:w="70" w:type="dxa"/>
            </w:tcMar>
            <w:vAlign w:val="center"/>
          </w:tcPr>
          <w:p w14:paraId="17232CB8" w14:textId="77777777" w:rsidR="004011CE" w:rsidRPr="002D650B" w:rsidRDefault="00000000">
            <w:pPr>
              <w:spacing w:after="0" w:line="240" w:lineRule="auto"/>
              <w:rPr>
                <w:noProof/>
                <w:lang w:val="ro-RO"/>
              </w:rPr>
            </w:pPr>
            <w:r w:rsidRPr="002D650B">
              <w:rPr>
                <w:rFonts w:eastAsia="Arial"/>
                <w:noProof/>
                <w:sz w:val="15"/>
                <w:lang w:val="ro-RO"/>
              </w:rPr>
              <w:t>Sistemul funcționează și are dovezi reprezentative.</w:t>
            </w:r>
          </w:p>
        </w:tc>
      </w:tr>
    </w:tbl>
    <w:p w14:paraId="6B883AD1" w14:textId="77777777" w:rsidR="004011CE" w:rsidRPr="002D650B" w:rsidRDefault="00000000">
      <w:pPr>
        <w:pStyle w:val="Heading2"/>
        <w:rPr>
          <w:noProof/>
          <w:lang w:val="ro-RO"/>
        </w:rPr>
      </w:pPr>
      <w:r w:rsidRPr="002D650B">
        <w:rPr>
          <w:noProof/>
          <w:lang w:val="ro-RO"/>
        </w:rPr>
        <w:t>Diagnostic rapid de maturitate</w:t>
      </w:r>
    </w:p>
    <w:p w14:paraId="64455EBB" w14:textId="77777777" w:rsidR="004011CE" w:rsidRPr="002D650B" w:rsidRDefault="00000000">
      <w:pPr>
        <w:rPr>
          <w:noProof/>
          <w:lang w:val="ro-RO"/>
        </w:rPr>
      </w:pPr>
      <w:r w:rsidRPr="002D650B">
        <w:rPr>
          <w:noProof/>
          <w:lang w:val="ro-RO"/>
        </w:rPr>
        <w:t>Marcați Da / Parțial / Nu. Acest diagnostic nu înlocuiește evaluarea detaliată din paginile următoare.</w:t>
      </w:r>
    </w:p>
    <w:tbl>
      <w:tblPr>
        <w:tblW w:w="9964"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7"/>
        <w:gridCol w:w="4736"/>
        <w:gridCol w:w="1307"/>
        <w:gridCol w:w="1307"/>
        <w:gridCol w:w="1307"/>
      </w:tblGrid>
      <w:tr w:rsidR="004011CE" w:rsidRPr="002D650B" w14:paraId="53A9D741" w14:textId="77777777" w:rsidTr="002D650B">
        <w:trPr>
          <w:trHeight w:val="181"/>
          <w:tblHeader/>
          <w:jc w:val="center"/>
        </w:trPr>
        <w:tc>
          <w:tcPr>
            <w:tcW w:w="1307" w:type="dxa"/>
            <w:shd w:val="clear" w:color="auto" w:fill="D71920"/>
            <w:tcMar>
              <w:top w:w="60" w:type="dxa"/>
              <w:left w:w="70" w:type="dxa"/>
              <w:bottom w:w="60" w:type="dxa"/>
              <w:right w:w="70" w:type="dxa"/>
            </w:tcMar>
            <w:vAlign w:val="center"/>
          </w:tcPr>
          <w:p w14:paraId="5450210C"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w:t>
            </w:r>
          </w:p>
        </w:tc>
        <w:tc>
          <w:tcPr>
            <w:tcW w:w="4736" w:type="dxa"/>
            <w:shd w:val="clear" w:color="auto" w:fill="D71920"/>
            <w:tcMar>
              <w:top w:w="60" w:type="dxa"/>
              <w:left w:w="70" w:type="dxa"/>
              <w:bottom w:w="60" w:type="dxa"/>
              <w:right w:w="70" w:type="dxa"/>
            </w:tcMar>
            <w:vAlign w:val="center"/>
          </w:tcPr>
          <w:p w14:paraId="21109F87"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ÎNTREBARE</w:t>
            </w:r>
          </w:p>
        </w:tc>
        <w:tc>
          <w:tcPr>
            <w:tcW w:w="1307" w:type="dxa"/>
            <w:shd w:val="clear" w:color="auto" w:fill="D71920"/>
            <w:tcMar>
              <w:top w:w="60" w:type="dxa"/>
              <w:left w:w="70" w:type="dxa"/>
              <w:bottom w:w="60" w:type="dxa"/>
              <w:right w:w="70" w:type="dxa"/>
            </w:tcMar>
            <w:vAlign w:val="center"/>
          </w:tcPr>
          <w:p w14:paraId="15C4D38A"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DA</w:t>
            </w:r>
          </w:p>
        </w:tc>
        <w:tc>
          <w:tcPr>
            <w:tcW w:w="1307" w:type="dxa"/>
            <w:shd w:val="clear" w:color="auto" w:fill="D71920"/>
            <w:tcMar>
              <w:top w:w="60" w:type="dxa"/>
              <w:left w:w="70" w:type="dxa"/>
              <w:bottom w:w="60" w:type="dxa"/>
              <w:right w:w="70" w:type="dxa"/>
            </w:tcMar>
            <w:vAlign w:val="center"/>
          </w:tcPr>
          <w:p w14:paraId="3AF41246"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PARȚIAL</w:t>
            </w:r>
          </w:p>
        </w:tc>
        <w:tc>
          <w:tcPr>
            <w:tcW w:w="1307" w:type="dxa"/>
            <w:shd w:val="clear" w:color="auto" w:fill="D71920"/>
            <w:tcMar>
              <w:top w:w="60" w:type="dxa"/>
              <w:left w:w="70" w:type="dxa"/>
              <w:bottom w:w="60" w:type="dxa"/>
              <w:right w:w="70" w:type="dxa"/>
            </w:tcMar>
            <w:vAlign w:val="center"/>
          </w:tcPr>
          <w:p w14:paraId="406DE9A9"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NU</w:t>
            </w:r>
          </w:p>
        </w:tc>
      </w:tr>
      <w:tr w:rsidR="004011CE" w:rsidRPr="002D650B" w14:paraId="11D39A76" w14:textId="77777777" w:rsidTr="002D650B">
        <w:trPr>
          <w:cantSplit/>
          <w:trHeight w:val="220"/>
          <w:jc w:val="center"/>
        </w:trPr>
        <w:tc>
          <w:tcPr>
            <w:tcW w:w="1307" w:type="dxa"/>
            <w:tcMar>
              <w:top w:w="60" w:type="dxa"/>
              <w:left w:w="70" w:type="dxa"/>
              <w:bottom w:w="60" w:type="dxa"/>
              <w:right w:w="70" w:type="dxa"/>
            </w:tcMar>
            <w:vAlign w:val="center"/>
          </w:tcPr>
          <w:p w14:paraId="35B3B0CE" w14:textId="77777777" w:rsidR="004011CE" w:rsidRPr="002D650B" w:rsidRDefault="00000000">
            <w:pPr>
              <w:spacing w:after="0" w:line="240" w:lineRule="auto"/>
              <w:jc w:val="center"/>
              <w:rPr>
                <w:noProof/>
                <w:lang w:val="ro-RO"/>
              </w:rPr>
            </w:pPr>
            <w:r w:rsidRPr="002D650B">
              <w:rPr>
                <w:rFonts w:eastAsia="Arial"/>
                <w:b/>
                <w:noProof/>
                <w:sz w:val="15"/>
                <w:lang w:val="ro-RO"/>
              </w:rPr>
              <w:t>1</w:t>
            </w:r>
          </w:p>
        </w:tc>
        <w:tc>
          <w:tcPr>
            <w:tcW w:w="4736" w:type="dxa"/>
            <w:tcMar>
              <w:top w:w="60" w:type="dxa"/>
              <w:left w:w="70" w:type="dxa"/>
              <w:bottom w:w="60" w:type="dxa"/>
              <w:right w:w="70" w:type="dxa"/>
            </w:tcMar>
            <w:vAlign w:val="center"/>
          </w:tcPr>
          <w:p w14:paraId="4992A0A8" w14:textId="77777777" w:rsidR="004011CE" w:rsidRPr="002D650B" w:rsidRDefault="00000000">
            <w:pPr>
              <w:spacing w:after="0" w:line="240" w:lineRule="auto"/>
              <w:rPr>
                <w:noProof/>
                <w:lang w:val="ro-RO"/>
              </w:rPr>
            </w:pPr>
            <w:r w:rsidRPr="002D650B">
              <w:rPr>
                <w:rFonts w:eastAsia="Arial"/>
                <w:noProof/>
                <w:sz w:val="15"/>
                <w:lang w:val="ro-RO"/>
              </w:rPr>
              <w:t>Rolul organizației, dispozitivele, piețele și cerințele reglementare sunt clar definite?</w:t>
            </w:r>
          </w:p>
        </w:tc>
        <w:tc>
          <w:tcPr>
            <w:tcW w:w="1307" w:type="dxa"/>
            <w:tcMar>
              <w:top w:w="60" w:type="dxa"/>
              <w:left w:w="70" w:type="dxa"/>
              <w:bottom w:w="60" w:type="dxa"/>
              <w:right w:w="70" w:type="dxa"/>
            </w:tcMar>
            <w:vAlign w:val="center"/>
          </w:tcPr>
          <w:p w14:paraId="192A345C"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03277369"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1B832949" w14:textId="77777777" w:rsidR="004011CE" w:rsidRPr="002D650B" w:rsidRDefault="004011CE">
            <w:pPr>
              <w:spacing w:after="0" w:line="240" w:lineRule="auto"/>
              <w:jc w:val="center"/>
              <w:rPr>
                <w:noProof/>
                <w:lang w:val="ro-RO"/>
              </w:rPr>
            </w:pPr>
          </w:p>
        </w:tc>
      </w:tr>
      <w:tr w:rsidR="004011CE" w:rsidRPr="002D650B" w14:paraId="0517099F" w14:textId="77777777" w:rsidTr="002D650B">
        <w:trPr>
          <w:cantSplit/>
          <w:trHeight w:val="220"/>
          <w:jc w:val="center"/>
        </w:trPr>
        <w:tc>
          <w:tcPr>
            <w:tcW w:w="1307" w:type="dxa"/>
            <w:shd w:val="clear" w:color="auto" w:fill="FAFAFA"/>
            <w:tcMar>
              <w:top w:w="60" w:type="dxa"/>
              <w:left w:w="70" w:type="dxa"/>
              <w:bottom w:w="60" w:type="dxa"/>
              <w:right w:w="70" w:type="dxa"/>
            </w:tcMar>
            <w:vAlign w:val="center"/>
          </w:tcPr>
          <w:p w14:paraId="7DD9492D" w14:textId="77777777" w:rsidR="004011CE" w:rsidRPr="002D650B" w:rsidRDefault="00000000">
            <w:pPr>
              <w:spacing w:after="0" w:line="240" w:lineRule="auto"/>
              <w:jc w:val="center"/>
              <w:rPr>
                <w:noProof/>
                <w:lang w:val="ro-RO"/>
              </w:rPr>
            </w:pPr>
            <w:r w:rsidRPr="002D650B">
              <w:rPr>
                <w:rFonts w:eastAsia="Arial"/>
                <w:b/>
                <w:noProof/>
                <w:sz w:val="15"/>
                <w:lang w:val="ro-RO"/>
              </w:rPr>
              <w:t>2</w:t>
            </w:r>
          </w:p>
        </w:tc>
        <w:tc>
          <w:tcPr>
            <w:tcW w:w="4736" w:type="dxa"/>
            <w:shd w:val="clear" w:color="auto" w:fill="FAFAFA"/>
            <w:tcMar>
              <w:top w:w="60" w:type="dxa"/>
              <w:left w:w="70" w:type="dxa"/>
              <w:bottom w:w="60" w:type="dxa"/>
              <w:right w:w="70" w:type="dxa"/>
            </w:tcMar>
            <w:vAlign w:val="center"/>
          </w:tcPr>
          <w:p w14:paraId="13D938EA" w14:textId="77777777" w:rsidR="004011CE" w:rsidRPr="002D650B" w:rsidRDefault="00000000">
            <w:pPr>
              <w:spacing w:after="0" w:line="240" w:lineRule="auto"/>
              <w:rPr>
                <w:noProof/>
                <w:lang w:val="ro-RO"/>
              </w:rPr>
            </w:pPr>
            <w:r w:rsidRPr="002D650B">
              <w:rPr>
                <w:rFonts w:eastAsia="Arial"/>
                <w:noProof/>
                <w:sz w:val="15"/>
                <w:lang w:val="ro-RO"/>
              </w:rPr>
              <w:t>Domeniul și justificările de neaplicabilitate sunt documentate și valide?</w:t>
            </w:r>
          </w:p>
        </w:tc>
        <w:tc>
          <w:tcPr>
            <w:tcW w:w="1307" w:type="dxa"/>
            <w:shd w:val="clear" w:color="auto" w:fill="FAFAFA"/>
            <w:tcMar>
              <w:top w:w="60" w:type="dxa"/>
              <w:left w:w="70" w:type="dxa"/>
              <w:bottom w:w="60" w:type="dxa"/>
              <w:right w:w="70" w:type="dxa"/>
            </w:tcMar>
            <w:vAlign w:val="center"/>
          </w:tcPr>
          <w:p w14:paraId="0F691C56"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4E70D2FA"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595AA273" w14:textId="77777777" w:rsidR="004011CE" w:rsidRPr="002D650B" w:rsidRDefault="004011CE">
            <w:pPr>
              <w:spacing w:after="0" w:line="240" w:lineRule="auto"/>
              <w:jc w:val="center"/>
              <w:rPr>
                <w:noProof/>
                <w:lang w:val="ro-RO"/>
              </w:rPr>
            </w:pPr>
          </w:p>
        </w:tc>
      </w:tr>
      <w:tr w:rsidR="004011CE" w:rsidRPr="002D650B" w14:paraId="07F74447" w14:textId="77777777" w:rsidTr="002D650B">
        <w:trPr>
          <w:cantSplit/>
          <w:trHeight w:val="220"/>
          <w:jc w:val="center"/>
        </w:trPr>
        <w:tc>
          <w:tcPr>
            <w:tcW w:w="1307" w:type="dxa"/>
            <w:tcMar>
              <w:top w:w="60" w:type="dxa"/>
              <w:left w:w="70" w:type="dxa"/>
              <w:bottom w:w="60" w:type="dxa"/>
              <w:right w:w="70" w:type="dxa"/>
            </w:tcMar>
            <w:vAlign w:val="center"/>
          </w:tcPr>
          <w:p w14:paraId="5FD8C531" w14:textId="77777777" w:rsidR="004011CE" w:rsidRPr="002D650B" w:rsidRDefault="00000000">
            <w:pPr>
              <w:spacing w:after="0" w:line="240" w:lineRule="auto"/>
              <w:jc w:val="center"/>
              <w:rPr>
                <w:noProof/>
                <w:lang w:val="ro-RO"/>
              </w:rPr>
            </w:pPr>
            <w:r w:rsidRPr="002D650B">
              <w:rPr>
                <w:rFonts w:eastAsia="Arial"/>
                <w:b/>
                <w:noProof/>
                <w:sz w:val="15"/>
                <w:lang w:val="ro-RO"/>
              </w:rPr>
              <w:t>3</w:t>
            </w:r>
          </w:p>
        </w:tc>
        <w:tc>
          <w:tcPr>
            <w:tcW w:w="4736" w:type="dxa"/>
            <w:tcMar>
              <w:top w:w="60" w:type="dxa"/>
              <w:left w:w="70" w:type="dxa"/>
              <w:bottom w:w="60" w:type="dxa"/>
              <w:right w:w="70" w:type="dxa"/>
            </w:tcMar>
            <w:vAlign w:val="center"/>
          </w:tcPr>
          <w:p w14:paraId="1A11DDFE" w14:textId="77777777" w:rsidR="004011CE" w:rsidRPr="002D650B" w:rsidRDefault="00000000">
            <w:pPr>
              <w:spacing w:after="0" w:line="240" w:lineRule="auto"/>
              <w:rPr>
                <w:noProof/>
                <w:lang w:val="ro-RO"/>
              </w:rPr>
            </w:pPr>
            <w:r w:rsidRPr="002D650B">
              <w:rPr>
                <w:rFonts w:eastAsia="Arial"/>
                <w:noProof/>
                <w:sz w:val="15"/>
                <w:lang w:val="ro-RO"/>
              </w:rPr>
              <w:t>Procesele externalizate și software-ul utilizat în QMS sunt controlate și validate?</w:t>
            </w:r>
          </w:p>
        </w:tc>
        <w:tc>
          <w:tcPr>
            <w:tcW w:w="1307" w:type="dxa"/>
            <w:tcMar>
              <w:top w:w="60" w:type="dxa"/>
              <w:left w:w="70" w:type="dxa"/>
              <w:bottom w:w="60" w:type="dxa"/>
              <w:right w:w="70" w:type="dxa"/>
            </w:tcMar>
            <w:vAlign w:val="center"/>
          </w:tcPr>
          <w:p w14:paraId="3A7E100C"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113A6DBC"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099082D1" w14:textId="77777777" w:rsidR="004011CE" w:rsidRPr="002D650B" w:rsidRDefault="004011CE">
            <w:pPr>
              <w:spacing w:after="0" w:line="240" w:lineRule="auto"/>
              <w:jc w:val="center"/>
              <w:rPr>
                <w:noProof/>
                <w:lang w:val="ro-RO"/>
              </w:rPr>
            </w:pPr>
          </w:p>
        </w:tc>
      </w:tr>
      <w:tr w:rsidR="004011CE" w:rsidRPr="002D650B" w14:paraId="098A1D3D" w14:textId="77777777" w:rsidTr="002D650B">
        <w:trPr>
          <w:cantSplit/>
          <w:trHeight w:val="234"/>
          <w:jc w:val="center"/>
        </w:trPr>
        <w:tc>
          <w:tcPr>
            <w:tcW w:w="1307" w:type="dxa"/>
            <w:shd w:val="clear" w:color="auto" w:fill="FAFAFA"/>
            <w:tcMar>
              <w:top w:w="60" w:type="dxa"/>
              <w:left w:w="70" w:type="dxa"/>
              <w:bottom w:w="60" w:type="dxa"/>
              <w:right w:w="70" w:type="dxa"/>
            </w:tcMar>
            <w:vAlign w:val="center"/>
          </w:tcPr>
          <w:p w14:paraId="3402FBAF" w14:textId="77777777" w:rsidR="004011CE" w:rsidRPr="002D650B" w:rsidRDefault="00000000">
            <w:pPr>
              <w:spacing w:after="0" w:line="240" w:lineRule="auto"/>
              <w:jc w:val="center"/>
              <w:rPr>
                <w:noProof/>
                <w:lang w:val="ro-RO"/>
              </w:rPr>
            </w:pPr>
            <w:r w:rsidRPr="002D650B">
              <w:rPr>
                <w:rFonts w:eastAsia="Arial"/>
                <w:b/>
                <w:noProof/>
                <w:sz w:val="15"/>
                <w:lang w:val="ro-RO"/>
              </w:rPr>
              <w:t>4</w:t>
            </w:r>
          </w:p>
        </w:tc>
        <w:tc>
          <w:tcPr>
            <w:tcW w:w="4736" w:type="dxa"/>
            <w:shd w:val="clear" w:color="auto" w:fill="FAFAFA"/>
            <w:tcMar>
              <w:top w:w="60" w:type="dxa"/>
              <w:left w:w="70" w:type="dxa"/>
              <w:bottom w:w="60" w:type="dxa"/>
              <w:right w:w="70" w:type="dxa"/>
            </w:tcMar>
            <w:vAlign w:val="center"/>
          </w:tcPr>
          <w:p w14:paraId="717E42A3" w14:textId="77777777" w:rsidR="004011CE" w:rsidRPr="002D650B" w:rsidRDefault="00000000">
            <w:pPr>
              <w:spacing w:after="0" w:line="240" w:lineRule="auto"/>
              <w:rPr>
                <w:noProof/>
                <w:lang w:val="ro-RO"/>
              </w:rPr>
            </w:pPr>
            <w:r w:rsidRPr="002D650B">
              <w:rPr>
                <w:rFonts w:eastAsia="Arial"/>
                <w:noProof/>
                <w:sz w:val="15"/>
                <w:lang w:val="ro-RO"/>
              </w:rPr>
              <w:t>Există dosare actuale pentru fiecare tip sau familie de dispozitive?</w:t>
            </w:r>
          </w:p>
        </w:tc>
        <w:tc>
          <w:tcPr>
            <w:tcW w:w="1307" w:type="dxa"/>
            <w:shd w:val="clear" w:color="auto" w:fill="FAFAFA"/>
            <w:tcMar>
              <w:top w:w="60" w:type="dxa"/>
              <w:left w:w="70" w:type="dxa"/>
              <w:bottom w:w="60" w:type="dxa"/>
              <w:right w:w="70" w:type="dxa"/>
            </w:tcMar>
            <w:vAlign w:val="center"/>
          </w:tcPr>
          <w:p w14:paraId="13CF4DCB"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12E831DA"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70CD2826" w14:textId="77777777" w:rsidR="004011CE" w:rsidRPr="002D650B" w:rsidRDefault="004011CE">
            <w:pPr>
              <w:spacing w:after="0" w:line="240" w:lineRule="auto"/>
              <w:jc w:val="center"/>
              <w:rPr>
                <w:noProof/>
                <w:lang w:val="ro-RO"/>
              </w:rPr>
            </w:pPr>
          </w:p>
        </w:tc>
      </w:tr>
      <w:tr w:rsidR="004011CE" w:rsidRPr="002D650B" w14:paraId="4DC45A09" w14:textId="77777777" w:rsidTr="002D650B">
        <w:trPr>
          <w:cantSplit/>
          <w:trHeight w:val="220"/>
          <w:jc w:val="center"/>
        </w:trPr>
        <w:tc>
          <w:tcPr>
            <w:tcW w:w="1307" w:type="dxa"/>
            <w:tcMar>
              <w:top w:w="60" w:type="dxa"/>
              <w:left w:w="70" w:type="dxa"/>
              <w:bottom w:w="60" w:type="dxa"/>
              <w:right w:w="70" w:type="dxa"/>
            </w:tcMar>
            <w:vAlign w:val="center"/>
          </w:tcPr>
          <w:p w14:paraId="12906223" w14:textId="77777777" w:rsidR="004011CE" w:rsidRPr="002D650B" w:rsidRDefault="00000000">
            <w:pPr>
              <w:spacing w:after="0" w:line="240" w:lineRule="auto"/>
              <w:jc w:val="center"/>
              <w:rPr>
                <w:noProof/>
                <w:lang w:val="ro-RO"/>
              </w:rPr>
            </w:pPr>
            <w:r w:rsidRPr="002D650B">
              <w:rPr>
                <w:rFonts w:eastAsia="Arial"/>
                <w:b/>
                <w:noProof/>
                <w:sz w:val="15"/>
                <w:lang w:val="ro-RO"/>
              </w:rPr>
              <w:t>5</w:t>
            </w:r>
          </w:p>
        </w:tc>
        <w:tc>
          <w:tcPr>
            <w:tcW w:w="4736" w:type="dxa"/>
            <w:tcMar>
              <w:top w:w="60" w:type="dxa"/>
              <w:left w:w="70" w:type="dxa"/>
              <w:bottom w:w="60" w:type="dxa"/>
              <w:right w:w="70" w:type="dxa"/>
            </w:tcMar>
            <w:vAlign w:val="center"/>
          </w:tcPr>
          <w:p w14:paraId="48119C4D" w14:textId="77777777" w:rsidR="004011CE" w:rsidRPr="002D650B" w:rsidRDefault="00000000">
            <w:pPr>
              <w:spacing w:after="0" w:line="240" w:lineRule="auto"/>
              <w:rPr>
                <w:noProof/>
                <w:lang w:val="ro-RO"/>
              </w:rPr>
            </w:pPr>
            <w:r w:rsidRPr="002D650B">
              <w:rPr>
                <w:rFonts w:eastAsia="Arial"/>
                <w:noProof/>
                <w:sz w:val="15"/>
                <w:lang w:val="ro-RO"/>
              </w:rPr>
              <w:t>Managementul riscului este integrat în proiectare, producție și post-producție?</w:t>
            </w:r>
          </w:p>
        </w:tc>
        <w:tc>
          <w:tcPr>
            <w:tcW w:w="1307" w:type="dxa"/>
            <w:tcMar>
              <w:top w:w="60" w:type="dxa"/>
              <w:left w:w="70" w:type="dxa"/>
              <w:bottom w:w="60" w:type="dxa"/>
              <w:right w:w="70" w:type="dxa"/>
            </w:tcMar>
            <w:vAlign w:val="center"/>
          </w:tcPr>
          <w:p w14:paraId="66A609AA"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0ACDBAD8"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11859C28" w14:textId="77777777" w:rsidR="004011CE" w:rsidRPr="002D650B" w:rsidRDefault="004011CE">
            <w:pPr>
              <w:spacing w:after="0" w:line="240" w:lineRule="auto"/>
              <w:jc w:val="center"/>
              <w:rPr>
                <w:noProof/>
                <w:lang w:val="ro-RO"/>
              </w:rPr>
            </w:pPr>
          </w:p>
        </w:tc>
      </w:tr>
      <w:tr w:rsidR="004011CE" w:rsidRPr="002D650B" w14:paraId="2C355787" w14:textId="77777777" w:rsidTr="002D650B">
        <w:trPr>
          <w:cantSplit/>
          <w:trHeight w:val="220"/>
          <w:jc w:val="center"/>
        </w:trPr>
        <w:tc>
          <w:tcPr>
            <w:tcW w:w="1307" w:type="dxa"/>
            <w:shd w:val="clear" w:color="auto" w:fill="FAFAFA"/>
            <w:tcMar>
              <w:top w:w="60" w:type="dxa"/>
              <w:left w:w="70" w:type="dxa"/>
              <w:bottom w:w="60" w:type="dxa"/>
              <w:right w:w="70" w:type="dxa"/>
            </w:tcMar>
            <w:vAlign w:val="center"/>
          </w:tcPr>
          <w:p w14:paraId="00BEEB42" w14:textId="77777777" w:rsidR="004011CE" w:rsidRPr="002D650B" w:rsidRDefault="00000000">
            <w:pPr>
              <w:spacing w:after="0" w:line="240" w:lineRule="auto"/>
              <w:jc w:val="center"/>
              <w:rPr>
                <w:noProof/>
                <w:lang w:val="ro-RO"/>
              </w:rPr>
            </w:pPr>
            <w:r w:rsidRPr="002D650B">
              <w:rPr>
                <w:rFonts w:eastAsia="Arial"/>
                <w:b/>
                <w:noProof/>
                <w:sz w:val="15"/>
                <w:lang w:val="ro-RO"/>
              </w:rPr>
              <w:t>6</w:t>
            </w:r>
          </w:p>
        </w:tc>
        <w:tc>
          <w:tcPr>
            <w:tcW w:w="4736" w:type="dxa"/>
            <w:shd w:val="clear" w:color="auto" w:fill="FAFAFA"/>
            <w:tcMar>
              <w:top w:w="60" w:type="dxa"/>
              <w:left w:w="70" w:type="dxa"/>
              <w:bottom w:w="60" w:type="dxa"/>
              <w:right w:w="70" w:type="dxa"/>
            </w:tcMar>
            <w:vAlign w:val="center"/>
          </w:tcPr>
          <w:p w14:paraId="3753EA3D" w14:textId="77777777" w:rsidR="004011CE" w:rsidRPr="002D650B" w:rsidRDefault="00000000">
            <w:pPr>
              <w:spacing w:after="0" w:line="240" w:lineRule="auto"/>
              <w:rPr>
                <w:noProof/>
                <w:lang w:val="ro-RO"/>
              </w:rPr>
            </w:pPr>
            <w:r w:rsidRPr="002D650B">
              <w:rPr>
                <w:rFonts w:eastAsia="Arial"/>
                <w:noProof/>
                <w:sz w:val="15"/>
                <w:lang w:val="ro-RO"/>
              </w:rPr>
              <w:t>Proiectarea, verificarea, validarea și transferul sunt controlate, când sunt aplicabile?</w:t>
            </w:r>
          </w:p>
        </w:tc>
        <w:tc>
          <w:tcPr>
            <w:tcW w:w="1307" w:type="dxa"/>
            <w:shd w:val="clear" w:color="auto" w:fill="FAFAFA"/>
            <w:tcMar>
              <w:top w:w="60" w:type="dxa"/>
              <w:left w:w="70" w:type="dxa"/>
              <w:bottom w:w="60" w:type="dxa"/>
              <w:right w:w="70" w:type="dxa"/>
            </w:tcMar>
            <w:vAlign w:val="center"/>
          </w:tcPr>
          <w:p w14:paraId="294E06E5"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316B513D"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7D186706" w14:textId="77777777" w:rsidR="004011CE" w:rsidRPr="002D650B" w:rsidRDefault="004011CE">
            <w:pPr>
              <w:spacing w:after="0" w:line="240" w:lineRule="auto"/>
              <w:jc w:val="center"/>
              <w:rPr>
                <w:noProof/>
                <w:lang w:val="ro-RO"/>
              </w:rPr>
            </w:pPr>
          </w:p>
        </w:tc>
      </w:tr>
      <w:tr w:rsidR="004011CE" w:rsidRPr="002D650B" w14:paraId="641D8164" w14:textId="77777777" w:rsidTr="002D650B">
        <w:trPr>
          <w:cantSplit/>
          <w:trHeight w:val="220"/>
          <w:jc w:val="center"/>
        </w:trPr>
        <w:tc>
          <w:tcPr>
            <w:tcW w:w="1307" w:type="dxa"/>
            <w:tcMar>
              <w:top w:w="60" w:type="dxa"/>
              <w:left w:w="70" w:type="dxa"/>
              <w:bottom w:w="60" w:type="dxa"/>
              <w:right w:w="70" w:type="dxa"/>
            </w:tcMar>
            <w:vAlign w:val="center"/>
          </w:tcPr>
          <w:p w14:paraId="156BA3BF" w14:textId="77777777" w:rsidR="004011CE" w:rsidRPr="002D650B" w:rsidRDefault="00000000">
            <w:pPr>
              <w:spacing w:after="0" w:line="240" w:lineRule="auto"/>
              <w:jc w:val="center"/>
              <w:rPr>
                <w:noProof/>
                <w:lang w:val="ro-RO"/>
              </w:rPr>
            </w:pPr>
            <w:r w:rsidRPr="002D650B">
              <w:rPr>
                <w:rFonts w:eastAsia="Arial"/>
                <w:b/>
                <w:noProof/>
                <w:sz w:val="15"/>
                <w:lang w:val="ro-RO"/>
              </w:rPr>
              <w:t>7</w:t>
            </w:r>
          </w:p>
        </w:tc>
        <w:tc>
          <w:tcPr>
            <w:tcW w:w="4736" w:type="dxa"/>
            <w:tcMar>
              <w:top w:w="60" w:type="dxa"/>
              <w:left w:w="70" w:type="dxa"/>
              <w:bottom w:w="60" w:type="dxa"/>
              <w:right w:w="70" w:type="dxa"/>
            </w:tcMar>
            <w:vAlign w:val="center"/>
          </w:tcPr>
          <w:p w14:paraId="5D7597B9" w14:textId="77777777" w:rsidR="004011CE" w:rsidRPr="002D650B" w:rsidRDefault="00000000">
            <w:pPr>
              <w:spacing w:after="0" w:line="240" w:lineRule="auto"/>
              <w:rPr>
                <w:noProof/>
                <w:lang w:val="ro-RO"/>
              </w:rPr>
            </w:pPr>
            <w:r w:rsidRPr="002D650B">
              <w:rPr>
                <w:rFonts w:eastAsia="Arial"/>
                <w:noProof/>
                <w:sz w:val="15"/>
                <w:lang w:val="ro-RO"/>
              </w:rPr>
              <w:t>Furnizorii sunt controlați proporțional cu efectul asupra dispozitivului?</w:t>
            </w:r>
          </w:p>
        </w:tc>
        <w:tc>
          <w:tcPr>
            <w:tcW w:w="1307" w:type="dxa"/>
            <w:tcMar>
              <w:top w:w="60" w:type="dxa"/>
              <w:left w:w="70" w:type="dxa"/>
              <w:bottom w:w="60" w:type="dxa"/>
              <w:right w:w="70" w:type="dxa"/>
            </w:tcMar>
            <w:vAlign w:val="center"/>
          </w:tcPr>
          <w:p w14:paraId="034A7D09"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5BAB7A2A"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5C7A8A6E" w14:textId="77777777" w:rsidR="004011CE" w:rsidRPr="002D650B" w:rsidRDefault="004011CE">
            <w:pPr>
              <w:spacing w:after="0" w:line="240" w:lineRule="auto"/>
              <w:jc w:val="center"/>
              <w:rPr>
                <w:noProof/>
                <w:lang w:val="ro-RO"/>
              </w:rPr>
            </w:pPr>
          </w:p>
        </w:tc>
      </w:tr>
      <w:tr w:rsidR="004011CE" w:rsidRPr="002D650B" w14:paraId="07EB5F0A" w14:textId="77777777" w:rsidTr="002D650B">
        <w:trPr>
          <w:cantSplit/>
          <w:trHeight w:val="220"/>
          <w:jc w:val="center"/>
        </w:trPr>
        <w:tc>
          <w:tcPr>
            <w:tcW w:w="1307" w:type="dxa"/>
            <w:shd w:val="clear" w:color="auto" w:fill="FAFAFA"/>
            <w:tcMar>
              <w:top w:w="60" w:type="dxa"/>
              <w:left w:w="70" w:type="dxa"/>
              <w:bottom w:w="60" w:type="dxa"/>
              <w:right w:w="70" w:type="dxa"/>
            </w:tcMar>
            <w:vAlign w:val="center"/>
          </w:tcPr>
          <w:p w14:paraId="5AF9B497" w14:textId="77777777" w:rsidR="004011CE" w:rsidRPr="002D650B" w:rsidRDefault="00000000">
            <w:pPr>
              <w:spacing w:after="0" w:line="240" w:lineRule="auto"/>
              <w:jc w:val="center"/>
              <w:rPr>
                <w:noProof/>
                <w:lang w:val="ro-RO"/>
              </w:rPr>
            </w:pPr>
            <w:r w:rsidRPr="002D650B">
              <w:rPr>
                <w:rFonts w:eastAsia="Arial"/>
                <w:b/>
                <w:noProof/>
                <w:sz w:val="15"/>
                <w:lang w:val="ro-RO"/>
              </w:rPr>
              <w:t>8</w:t>
            </w:r>
          </w:p>
        </w:tc>
        <w:tc>
          <w:tcPr>
            <w:tcW w:w="4736" w:type="dxa"/>
            <w:shd w:val="clear" w:color="auto" w:fill="FAFAFA"/>
            <w:tcMar>
              <w:top w:w="60" w:type="dxa"/>
              <w:left w:w="70" w:type="dxa"/>
              <w:bottom w:w="60" w:type="dxa"/>
              <w:right w:w="70" w:type="dxa"/>
            </w:tcMar>
            <w:vAlign w:val="center"/>
          </w:tcPr>
          <w:p w14:paraId="3891E7D6" w14:textId="77777777" w:rsidR="004011CE" w:rsidRPr="002D650B" w:rsidRDefault="00000000">
            <w:pPr>
              <w:spacing w:after="0" w:line="240" w:lineRule="auto"/>
              <w:rPr>
                <w:noProof/>
                <w:lang w:val="ro-RO"/>
              </w:rPr>
            </w:pPr>
            <w:r w:rsidRPr="002D650B">
              <w:rPr>
                <w:rFonts w:eastAsia="Arial"/>
                <w:noProof/>
                <w:sz w:val="15"/>
                <w:lang w:val="ro-RO"/>
              </w:rPr>
              <w:t>Procesele speciale, sterilizarea și software-ul de producție sunt validate?</w:t>
            </w:r>
          </w:p>
        </w:tc>
        <w:tc>
          <w:tcPr>
            <w:tcW w:w="1307" w:type="dxa"/>
            <w:shd w:val="clear" w:color="auto" w:fill="FAFAFA"/>
            <w:tcMar>
              <w:top w:w="60" w:type="dxa"/>
              <w:left w:w="70" w:type="dxa"/>
              <w:bottom w:w="60" w:type="dxa"/>
              <w:right w:w="70" w:type="dxa"/>
            </w:tcMar>
            <w:vAlign w:val="center"/>
          </w:tcPr>
          <w:p w14:paraId="5077D48F"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2022474B"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5E15DDD0" w14:textId="77777777" w:rsidR="004011CE" w:rsidRPr="002D650B" w:rsidRDefault="004011CE">
            <w:pPr>
              <w:spacing w:after="0" w:line="240" w:lineRule="auto"/>
              <w:jc w:val="center"/>
              <w:rPr>
                <w:noProof/>
                <w:lang w:val="ro-RO"/>
              </w:rPr>
            </w:pPr>
          </w:p>
        </w:tc>
      </w:tr>
      <w:tr w:rsidR="004011CE" w:rsidRPr="002D650B" w14:paraId="304F52CC" w14:textId="77777777" w:rsidTr="002D650B">
        <w:trPr>
          <w:cantSplit/>
          <w:trHeight w:val="220"/>
          <w:jc w:val="center"/>
        </w:trPr>
        <w:tc>
          <w:tcPr>
            <w:tcW w:w="1307" w:type="dxa"/>
            <w:tcMar>
              <w:top w:w="60" w:type="dxa"/>
              <w:left w:w="70" w:type="dxa"/>
              <w:bottom w:w="60" w:type="dxa"/>
              <w:right w:w="70" w:type="dxa"/>
            </w:tcMar>
            <w:vAlign w:val="center"/>
          </w:tcPr>
          <w:p w14:paraId="6BA9BA61" w14:textId="77777777" w:rsidR="004011CE" w:rsidRPr="002D650B" w:rsidRDefault="00000000">
            <w:pPr>
              <w:spacing w:after="0" w:line="240" w:lineRule="auto"/>
              <w:jc w:val="center"/>
              <w:rPr>
                <w:noProof/>
                <w:lang w:val="ro-RO"/>
              </w:rPr>
            </w:pPr>
            <w:r w:rsidRPr="002D650B">
              <w:rPr>
                <w:rFonts w:eastAsia="Arial"/>
                <w:b/>
                <w:noProof/>
                <w:sz w:val="15"/>
                <w:lang w:val="ro-RO"/>
              </w:rPr>
              <w:t>9</w:t>
            </w:r>
          </w:p>
        </w:tc>
        <w:tc>
          <w:tcPr>
            <w:tcW w:w="4736" w:type="dxa"/>
            <w:tcMar>
              <w:top w:w="60" w:type="dxa"/>
              <w:left w:w="70" w:type="dxa"/>
              <w:bottom w:w="60" w:type="dxa"/>
              <w:right w:w="70" w:type="dxa"/>
            </w:tcMar>
            <w:vAlign w:val="center"/>
          </w:tcPr>
          <w:p w14:paraId="695FFA78" w14:textId="77777777" w:rsidR="004011CE" w:rsidRPr="002D650B" w:rsidRDefault="00000000">
            <w:pPr>
              <w:spacing w:after="0" w:line="240" w:lineRule="auto"/>
              <w:rPr>
                <w:noProof/>
                <w:lang w:val="ro-RO"/>
              </w:rPr>
            </w:pPr>
            <w:r w:rsidRPr="002D650B">
              <w:rPr>
                <w:rFonts w:eastAsia="Arial"/>
                <w:noProof/>
                <w:sz w:val="15"/>
                <w:lang w:val="ro-RO"/>
              </w:rPr>
              <w:t>Identificarea, trasabilitatea, păstrarea și eliberarea produsului sunt demonstrabile?</w:t>
            </w:r>
          </w:p>
        </w:tc>
        <w:tc>
          <w:tcPr>
            <w:tcW w:w="1307" w:type="dxa"/>
            <w:tcMar>
              <w:top w:w="60" w:type="dxa"/>
              <w:left w:w="70" w:type="dxa"/>
              <w:bottom w:w="60" w:type="dxa"/>
              <w:right w:w="70" w:type="dxa"/>
            </w:tcMar>
            <w:vAlign w:val="center"/>
          </w:tcPr>
          <w:p w14:paraId="2218C8B4"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2BD86594"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27BD9D7B" w14:textId="77777777" w:rsidR="004011CE" w:rsidRPr="002D650B" w:rsidRDefault="004011CE">
            <w:pPr>
              <w:spacing w:after="0" w:line="240" w:lineRule="auto"/>
              <w:jc w:val="center"/>
              <w:rPr>
                <w:noProof/>
                <w:lang w:val="ro-RO"/>
              </w:rPr>
            </w:pPr>
          </w:p>
        </w:tc>
      </w:tr>
      <w:tr w:rsidR="004011CE" w:rsidRPr="002D650B" w14:paraId="2B6C012E" w14:textId="77777777" w:rsidTr="002D650B">
        <w:trPr>
          <w:cantSplit/>
          <w:trHeight w:val="220"/>
          <w:jc w:val="center"/>
        </w:trPr>
        <w:tc>
          <w:tcPr>
            <w:tcW w:w="1307" w:type="dxa"/>
            <w:shd w:val="clear" w:color="auto" w:fill="FAFAFA"/>
            <w:tcMar>
              <w:top w:w="60" w:type="dxa"/>
              <w:left w:w="70" w:type="dxa"/>
              <w:bottom w:w="60" w:type="dxa"/>
              <w:right w:w="70" w:type="dxa"/>
            </w:tcMar>
            <w:vAlign w:val="center"/>
          </w:tcPr>
          <w:p w14:paraId="6E283127" w14:textId="77777777" w:rsidR="004011CE" w:rsidRPr="002D650B" w:rsidRDefault="00000000">
            <w:pPr>
              <w:spacing w:after="0" w:line="240" w:lineRule="auto"/>
              <w:jc w:val="center"/>
              <w:rPr>
                <w:noProof/>
                <w:lang w:val="ro-RO"/>
              </w:rPr>
            </w:pPr>
            <w:r w:rsidRPr="002D650B">
              <w:rPr>
                <w:rFonts w:eastAsia="Arial"/>
                <w:b/>
                <w:noProof/>
                <w:sz w:val="15"/>
                <w:lang w:val="ro-RO"/>
              </w:rPr>
              <w:t>10</w:t>
            </w:r>
          </w:p>
        </w:tc>
        <w:tc>
          <w:tcPr>
            <w:tcW w:w="4736" w:type="dxa"/>
            <w:shd w:val="clear" w:color="auto" w:fill="FAFAFA"/>
            <w:tcMar>
              <w:top w:w="60" w:type="dxa"/>
              <w:left w:w="70" w:type="dxa"/>
              <w:bottom w:w="60" w:type="dxa"/>
              <w:right w:w="70" w:type="dxa"/>
            </w:tcMar>
            <w:vAlign w:val="center"/>
          </w:tcPr>
          <w:p w14:paraId="16F2853B" w14:textId="77777777" w:rsidR="004011CE" w:rsidRPr="002D650B" w:rsidRDefault="00000000">
            <w:pPr>
              <w:spacing w:after="0" w:line="240" w:lineRule="auto"/>
              <w:rPr>
                <w:noProof/>
                <w:lang w:val="ro-RO"/>
              </w:rPr>
            </w:pPr>
            <w:r w:rsidRPr="002D650B">
              <w:rPr>
                <w:rFonts w:eastAsia="Arial"/>
                <w:noProof/>
                <w:sz w:val="15"/>
                <w:lang w:val="ro-RO"/>
              </w:rPr>
              <w:t>Reclamațiile și raportările către autorități sunt evaluate în termenele aplicabile?</w:t>
            </w:r>
          </w:p>
        </w:tc>
        <w:tc>
          <w:tcPr>
            <w:tcW w:w="1307" w:type="dxa"/>
            <w:shd w:val="clear" w:color="auto" w:fill="FAFAFA"/>
            <w:tcMar>
              <w:top w:w="60" w:type="dxa"/>
              <w:left w:w="70" w:type="dxa"/>
              <w:bottom w:w="60" w:type="dxa"/>
              <w:right w:w="70" w:type="dxa"/>
            </w:tcMar>
            <w:vAlign w:val="center"/>
          </w:tcPr>
          <w:p w14:paraId="70EDD6D0"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6F56D41C"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71141B66" w14:textId="77777777" w:rsidR="004011CE" w:rsidRPr="002D650B" w:rsidRDefault="004011CE">
            <w:pPr>
              <w:spacing w:after="0" w:line="240" w:lineRule="auto"/>
              <w:jc w:val="center"/>
              <w:rPr>
                <w:noProof/>
                <w:lang w:val="ro-RO"/>
              </w:rPr>
            </w:pPr>
          </w:p>
        </w:tc>
      </w:tr>
      <w:tr w:rsidR="004011CE" w:rsidRPr="002D650B" w14:paraId="111683EB" w14:textId="77777777" w:rsidTr="002D650B">
        <w:trPr>
          <w:cantSplit/>
          <w:trHeight w:val="220"/>
          <w:jc w:val="center"/>
        </w:trPr>
        <w:tc>
          <w:tcPr>
            <w:tcW w:w="1307" w:type="dxa"/>
            <w:tcMar>
              <w:top w:w="60" w:type="dxa"/>
              <w:left w:w="70" w:type="dxa"/>
              <w:bottom w:w="60" w:type="dxa"/>
              <w:right w:w="70" w:type="dxa"/>
            </w:tcMar>
            <w:vAlign w:val="center"/>
          </w:tcPr>
          <w:p w14:paraId="6976158E" w14:textId="77777777" w:rsidR="004011CE" w:rsidRPr="002D650B" w:rsidRDefault="00000000">
            <w:pPr>
              <w:spacing w:after="0" w:line="240" w:lineRule="auto"/>
              <w:jc w:val="center"/>
              <w:rPr>
                <w:noProof/>
                <w:lang w:val="ro-RO"/>
              </w:rPr>
            </w:pPr>
            <w:r w:rsidRPr="002D650B">
              <w:rPr>
                <w:rFonts w:eastAsia="Arial"/>
                <w:b/>
                <w:noProof/>
                <w:sz w:val="15"/>
                <w:lang w:val="ro-RO"/>
              </w:rPr>
              <w:t>11</w:t>
            </w:r>
          </w:p>
        </w:tc>
        <w:tc>
          <w:tcPr>
            <w:tcW w:w="4736" w:type="dxa"/>
            <w:tcMar>
              <w:top w:w="60" w:type="dxa"/>
              <w:left w:w="70" w:type="dxa"/>
              <w:bottom w:w="60" w:type="dxa"/>
              <w:right w:w="70" w:type="dxa"/>
            </w:tcMar>
            <w:vAlign w:val="center"/>
          </w:tcPr>
          <w:p w14:paraId="7225CC3D" w14:textId="77777777" w:rsidR="004011CE" w:rsidRPr="002D650B" w:rsidRDefault="00000000">
            <w:pPr>
              <w:spacing w:after="0" w:line="240" w:lineRule="auto"/>
              <w:rPr>
                <w:noProof/>
                <w:lang w:val="ro-RO"/>
              </w:rPr>
            </w:pPr>
            <w:r w:rsidRPr="002D650B">
              <w:rPr>
                <w:rFonts w:eastAsia="Arial"/>
                <w:noProof/>
                <w:sz w:val="15"/>
                <w:lang w:val="ro-RO"/>
              </w:rPr>
              <w:t>Datele sunt analizate pentru semnale, produs neconform și CAPA eficace?</w:t>
            </w:r>
          </w:p>
        </w:tc>
        <w:tc>
          <w:tcPr>
            <w:tcW w:w="1307" w:type="dxa"/>
            <w:tcMar>
              <w:top w:w="60" w:type="dxa"/>
              <w:left w:w="70" w:type="dxa"/>
              <w:bottom w:w="60" w:type="dxa"/>
              <w:right w:w="70" w:type="dxa"/>
            </w:tcMar>
            <w:vAlign w:val="center"/>
          </w:tcPr>
          <w:p w14:paraId="2F193054"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745FDD34" w14:textId="77777777" w:rsidR="004011CE" w:rsidRPr="002D650B" w:rsidRDefault="004011CE">
            <w:pPr>
              <w:spacing w:after="0" w:line="240" w:lineRule="auto"/>
              <w:jc w:val="center"/>
              <w:rPr>
                <w:noProof/>
                <w:lang w:val="ro-RO"/>
              </w:rPr>
            </w:pPr>
          </w:p>
        </w:tc>
        <w:tc>
          <w:tcPr>
            <w:tcW w:w="1307" w:type="dxa"/>
            <w:tcMar>
              <w:top w:w="60" w:type="dxa"/>
              <w:left w:w="70" w:type="dxa"/>
              <w:bottom w:w="60" w:type="dxa"/>
              <w:right w:w="70" w:type="dxa"/>
            </w:tcMar>
            <w:vAlign w:val="center"/>
          </w:tcPr>
          <w:p w14:paraId="1CB61A2A" w14:textId="77777777" w:rsidR="004011CE" w:rsidRPr="002D650B" w:rsidRDefault="004011CE">
            <w:pPr>
              <w:spacing w:after="0" w:line="240" w:lineRule="auto"/>
              <w:jc w:val="center"/>
              <w:rPr>
                <w:noProof/>
                <w:lang w:val="ro-RO"/>
              </w:rPr>
            </w:pPr>
          </w:p>
        </w:tc>
      </w:tr>
      <w:tr w:rsidR="004011CE" w:rsidRPr="002D650B" w14:paraId="0908F226" w14:textId="77777777" w:rsidTr="002D650B">
        <w:trPr>
          <w:cantSplit/>
          <w:trHeight w:val="220"/>
          <w:jc w:val="center"/>
        </w:trPr>
        <w:tc>
          <w:tcPr>
            <w:tcW w:w="1307" w:type="dxa"/>
            <w:shd w:val="clear" w:color="auto" w:fill="FAFAFA"/>
            <w:tcMar>
              <w:top w:w="60" w:type="dxa"/>
              <w:left w:w="70" w:type="dxa"/>
              <w:bottom w:w="60" w:type="dxa"/>
              <w:right w:w="70" w:type="dxa"/>
            </w:tcMar>
            <w:vAlign w:val="center"/>
          </w:tcPr>
          <w:p w14:paraId="27CF8CDD" w14:textId="77777777" w:rsidR="004011CE" w:rsidRPr="002D650B" w:rsidRDefault="00000000">
            <w:pPr>
              <w:spacing w:after="0" w:line="240" w:lineRule="auto"/>
              <w:jc w:val="center"/>
              <w:rPr>
                <w:noProof/>
                <w:lang w:val="ro-RO"/>
              </w:rPr>
            </w:pPr>
            <w:r w:rsidRPr="002D650B">
              <w:rPr>
                <w:rFonts w:eastAsia="Arial"/>
                <w:b/>
                <w:noProof/>
                <w:sz w:val="15"/>
                <w:lang w:val="ro-RO"/>
              </w:rPr>
              <w:t>12</w:t>
            </w:r>
          </w:p>
        </w:tc>
        <w:tc>
          <w:tcPr>
            <w:tcW w:w="4736" w:type="dxa"/>
            <w:shd w:val="clear" w:color="auto" w:fill="FAFAFA"/>
            <w:tcMar>
              <w:top w:w="60" w:type="dxa"/>
              <w:left w:w="70" w:type="dxa"/>
              <w:bottom w:w="60" w:type="dxa"/>
              <w:right w:w="70" w:type="dxa"/>
            </w:tcMar>
            <w:vAlign w:val="center"/>
          </w:tcPr>
          <w:p w14:paraId="605BC07E" w14:textId="77777777" w:rsidR="004011CE" w:rsidRPr="002D650B" w:rsidRDefault="00000000">
            <w:pPr>
              <w:spacing w:after="0" w:line="240" w:lineRule="auto"/>
              <w:rPr>
                <w:noProof/>
                <w:lang w:val="ro-RO"/>
              </w:rPr>
            </w:pPr>
            <w:r w:rsidRPr="002D650B">
              <w:rPr>
                <w:rFonts w:eastAsia="Arial"/>
                <w:noProof/>
                <w:sz w:val="15"/>
                <w:lang w:val="ro-RO"/>
              </w:rPr>
              <w:t>Auditul intern și analiza conducerii acoperă întregul sistem?</w:t>
            </w:r>
          </w:p>
        </w:tc>
        <w:tc>
          <w:tcPr>
            <w:tcW w:w="1307" w:type="dxa"/>
            <w:shd w:val="clear" w:color="auto" w:fill="FAFAFA"/>
            <w:tcMar>
              <w:top w:w="60" w:type="dxa"/>
              <w:left w:w="70" w:type="dxa"/>
              <w:bottom w:w="60" w:type="dxa"/>
              <w:right w:w="70" w:type="dxa"/>
            </w:tcMar>
            <w:vAlign w:val="center"/>
          </w:tcPr>
          <w:p w14:paraId="3AF4832E"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51595AA5" w14:textId="77777777" w:rsidR="004011CE" w:rsidRPr="002D650B" w:rsidRDefault="004011CE">
            <w:pPr>
              <w:spacing w:after="0" w:line="240" w:lineRule="auto"/>
              <w:jc w:val="center"/>
              <w:rPr>
                <w:noProof/>
                <w:lang w:val="ro-RO"/>
              </w:rPr>
            </w:pPr>
          </w:p>
        </w:tc>
        <w:tc>
          <w:tcPr>
            <w:tcW w:w="1307" w:type="dxa"/>
            <w:shd w:val="clear" w:color="auto" w:fill="FAFAFA"/>
            <w:tcMar>
              <w:top w:w="60" w:type="dxa"/>
              <w:left w:w="70" w:type="dxa"/>
              <w:bottom w:w="60" w:type="dxa"/>
              <w:right w:w="70" w:type="dxa"/>
            </w:tcMar>
            <w:vAlign w:val="center"/>
          </w:tcPr>
          <w:p w14:paraId="6BF74B19" w14:textId="77777777" w:rsidR="004011CE" w:rsidRPr="002D650B" w:rsidRDefault="004011CE">
            <w:pPr>
              <w:spacing w:after="0" w:line="240" w:lineRule="auto"/>
              <w:jc w:val="center"/>
              <w:rPr>
                <w:noProof/>
                <w:lang w:val="ro-RO"/>
              </w:rPr>
            </w:pPr>
          </w:p>
        </w:tc>
      </w:tr>
    </w:tbl>
    <w:p w14:paraId="373E5D38" w14:textId="77777777" w:rsidR="004011CE" w:rsidRPr="002D650B" w:rsidRDefault="004011CE">
      <w:pPr>
        <w:rPr>
          <w:noProof/>
          <w:lang w:val="ro-RO"/>
        </w:rPr>
        <w:sectPr w:rsidR="004011CE" w:rsidRPr="002D650B">
          <w:headerReference w:type="default" r:id="rId8"/>
          <w:footerReference w:type="default" r:id="rId9"/>
          <w:pgSz w:w="11906" w:h="16838"/>
          <w:pgMar w:top="907" w:right="1020" w:bottom="850" w:left="1020" w:header="720" w:footer="720" w:gutter="0"/>
          <w:cols w:space="720"/>
          <w:titlePg/>
          <w:docGrid w:linePitch="360"/>
        </w:sect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69F85AFB" w14:textId="77777777">
        <w:trPr>
          <w:cantSplit/>
          <w:jc w:val="center"/>
        </w:trPr>
        <w:tc>
          <w:tcPr>
            <w:tcW w:w="1020" w:type="dxa"/>
            <w:shd w:val="clear" w:color="auto" w:fill="D71920"/>
            <w:tcMar>
              <w:top w:w="60" w:type="dxa"/>
              <w:left w:w="70" w:type="dxa"/>
              <w:bottom w:w="60" w:type="dxa"/>
              <w:right w:w="70" w:type="dxa"/>
            </w:tcMar>
            <w:vAlign w:val="center"/>
          </w:tcPr>
          <w:p w14:paraId="6E8AF6C5"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lastRenderedPageBreak/>
              <w:t>0</w:t>
            </w:r>
          </w:p>
        </w:tc>
        <w:tc>
          <w:tcPr>
            <w:tcW w:w="12585" w:type="dxa"/>
            <w:shd w:val="clear" w:color="auto" w:fill="F3F4F5"/>
          </w:tcPr>
          <w:p w14:paraId="6429E411" w14:textId="77777777" w:rsidR="004011CE" w:rsidRPr="002D650B" w:rsidRDefault="00000000">
            <w:pPr>
              <w:spacing w:after="20"/>
              <w:rPr>
                <w:noProof/>
                <w:lang w:val="ro-RO"/>
              </w:rPr>
            </w:pPr>
            <w:r w:rsidRPr="002D650B">
              <w:rPr>
                <w:rFonts w:eastAsia="Arial"/>
                <w:b/>
                <w:noProof/>
                <w:sz w:val="27"/>
                <w:lang w:val="ro-RO"/>
              </w:rPr>
              <w:t>Pornirea proiectului și strategia de reglementare</w:t>
            </w:r>
          </w:p>
          <w:p w14:paraId="361F4DCC" w14:textId="77777777" w:rsidR="004011CE" w:rsidRPr="002D650B" w:rsidRDefault="00000000">
            <w:pPr>
              <w:spacing w:after="0"/>
              <w:rPr>
                <w:noProof/>
                <w:lang w:val="ro-RO"/>
              </w:rPr>
            </w:pPr>
            <w:r w:rsidRPr="002D650B">
              <w:rPr>
                <w:rFonts w:eastAsia="Arial"/>
                <w:noProof/>
                <w:color w:val="666666"/>
                <w:sz w:val="16"/>
                <w:lang w:val="ro-RO"/>
              </w:rPr>
              <w:t>Referință: Etapă recomandată, ne-normativă  |  Obiectiv: organizarea implementării în jurul rolului organizației, produselor și piețelor reglementate</w:t>
            </w:r>
          </w:p>
        </w:tc>
      </w:tr>
    </w:tbl>
    <w:p w14:paraId="77C74125"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157D1B6A" w14:textId="77777777">
        <w:trPr>
          <w:cantSplit/>
          <w:jc w:val="center"/>
        </w:trPr>
        <w:tc>
          <w:tcPr>
            <w:tcW w:w="566" w:type="dxa"/>
            <w:shd w:val="clear" w:color="auto" w:fill="D71920"/>
            <w:tcMar>
              <w:top w:w="60" w:type="dxa"/>
              <w:left w:w="70" w:type="dxa"/>
              <w:bottom w:w="60" w:type="dxa"/>
              <w:right w:w="70" w:type="dxa"/>
            </w:tcMar>
            <w:vAlign w:val="center"/>
          </w:tcPr>
          <w:p w14:paraId="321B3336"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58886161"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030C9A03" w14:textId="77777777" w:rsidR="004011CE" w:rsidRPr="002D650B" w:rsidRDefault="00000000">
            <w:pPr>
              <w:spacing w:after="0" w:line="252" w:lineRule="auto"/>
              <w:rPr>
                <w:noProof/>
                <w:lang w:val="ro-RO"/>
              </w:rPr>
            </w:pPr>
            <w:r w:rsidRPr="002D650B">
              <w:rPr>
                <w:rFonts w:eastAsia="Arial"/>
                <w:noProof/>
                <w:sz w:val="16"/>
                <w:lang w:val="ro-RO"/>
              </w:rPr>
              <w:t>ISO 13485 nu poate fi implementat independent de strategia de reglementare. Aceeași organizație poate avea obligații diferite în funcție de rol, dispozitiv și piața pe care îl pune la dispoziție.</w:t>
            </w:r>
          </w:p>
        </w:tc>
      </w:tr>
    </w:tbl>
    <w:p w14:paraId="7B917F6F"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6053A13D" w14:textId="77777777">
        <w:trPr>
          <w:cantSplit/>
          <w:tblHeader/>
          <w:jc w:val="center"/>
        </w:trPr>
        <w:tc>
          <w:tcPr>
            <w:tcW w:w="793" w:type="dxa"/>
            <w:shd w:val="clear" w:color="auto" w:fill="D71920"/>
            <w:tcMar>
              <w:top w:w="60" w:type="dxa"/>
              <w:left w:w="70" w:type="dxa"/>
              <w:bottom w:w="60" w:type="dxa"/>
              <w:right w:w="70" w:type="dxa"/>
            </w:tcMar>
            <w:vAlign w:val="center"/>
          </w:tcPr>
          <w:p w14:paraId="17D2B293"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09195E9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2D4E684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4031FB8"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6E4AAF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D7F8665"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42D56019" w14:textId="77777777">
        <w:trPr>
          <w:cantSplit/>
          <w:jc w:val="center"/>
        </w:trPr>
        <w:tc>
          <w:tcPr>
            <w:tcW w:w="793" w:type="dxa"/>
            <w:tcMar>
              <w:top w:w="60" w:type="dxa"/>
              <w:left w:w="70" w:type="dxa"/>
              <w:bottom w:w="60" w:type="dxa"/>
              <w:right w:w="70" w:type="dxa"/>
            </w:tcMar>
            <w:vAlign w:val="center"/>
          </w:tcPr>
          <w:p w14:paraId="035D851E" w14:textId="77777777" w:rsidR="004011CE" w:rsidRPr="002D650B" w:rsidRDefault="00000000">
            <w:pPr>
              <w:spacing w:after="0" w:line="240" w:lineRule="auto"/>
              <w:jc w:val="center"/>
              <w:rPr>
                <w:noProof/>
                <w:lang w:val="ro-RO"/>
              </w:rPr>
            </w:pPr>
            <w:r w:rsidRPr="002D650B">
              <w:rPr>
                <w:rFonts w:eastAsia="Arial"/>
                <w:b/>
                <w:noProof/>
                <w:sz w:val="14"/>
                <w:lang w:val="ro-RO"/>
              </w:rPr>
              <w:t>M0.1</w:t>
            </w:r>
          </w:p>
        </w:tc>
        <w:tc>
          <w:tcPr>
            <w:tcW w:w="4081" w:type="dxa"/>
            <w:tcMar>
              <w:top w:w="60" w:type="dxa"/>
              <w:left w:w="70" w:type="dxa"/>
              <w:bottom w:w="60" w:type="dxa"/>
              <w:right w:w="70" w:type="dxa"/>
            </w:tcMar>
            <w:vAlign w:val="center"/>
          </w:tcPr>
          <w:p w14:paraId="35C88F37" w14:textId="77777777" w:rsidR="004011CE" w:rsidRPr="002D650B" w:rsidRDefault="00000000">
            <w:pPr>
              <w:spacing w:after="0" w:line="240" w:lineRule="auto"/>
              <w:rPr>
                <w:noProof/>
                <w:lang w:val="ro-RO"/>
              </w:rPr>
            </w:pPr>
            <w:r w:rsidRPr="002D650B">
              <w:rPr>
                <w:rFonts w:eastAsia="Arial"/>
                <w:noProof/>
                <w:sz w:val="14"/>
                <w:lang w:val="ro-RO"/>
              </w:rPr>
              <w:t>Conducerea a desemnat sponsorul și coordonatorul sistemului de management al calității.</w:t>
            </w:r>
          </w:p>
        </w:tc>
        <w:tc>
          <w:tcPr>
            <w:tcW w:w="5159" w:type="dxa"/>
            <w:tcMar>
              <w:top w:w="60" w:type="dxa"/>
              <w:left w:w="70" w:type="dxa"/>
              <w:bottom w:w="60" w:type="dxa"/>
              <w:right w:w="70" w:type="dxa"/>
            </w:tcMar>
            <w:vAlign w:val="center"/>
          </w:tcPr>
          <w:p w14:paraId="6A2AF71C" w14:textId="77777777" w:rsidR="004011CE" w:rsidRPr="002D650B" w:rsidRDefault="00000000">
            <w:pPr>
              <w:spacing w:after="0" w:line="240" w:lineRule="auto"/>
              <w:rPr>
                <w:noProof/>
                <w:lang w:val="ro-RO"/>
              </w:rPr>
            </w:pPr>
            <w:r w:rsidRPr="002D650B">
              <w:rPr>
                <w:rFonts w:eastAsia="Arial"/>
                <w:noProof/>
                <w:sz w:val="14"/>
                <w:lang w:val="ro-RO"/>
              </w:rPr>
              <w:t>Mandat, autoritate, resurse și acces la conducere.</w:t>
            </w:r>
          </w:p>
        </w:tc>
        <w:tc>
          <w:tcPr>
            <w:tcW w:w="1417" w:type="dxa"/>
            <w:tcMar>
              <w:top w:w="60" w:type="dxa"/>
              <w:left w:w="70" w:type="dxa"/>
              <w:bottom w:w="60" w:type="dxa"/>
              <w:right w:w="70" w:type="dxa"/>
            </w:tcMar>
            <w:vAlign w:val="center"/>
          </w:tcPr>
          <w:p w14:paraId="0D56EDFA"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AF44C83"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9281C5F" w14:textId="77777777" w:rsidR="004011CE" w:rsidRPr="002D650B" w:rsidRDefault="004011CE">
            <w:pPr>
              <w:spacing w:after="0" w:line="240" w:lineRule="auto"/>
              <w:jc w:val="center"/>
              <w:rPr>
                <w:noProof/>
                <w:lang w:val="ro-RO"/>
              </w:rPr>
            </w:pPr>
          </w:p>
        </w:tc>
      </w:tr>
      <w:tr w:rsidR="004011CE" w:rsidRPr="002D650B" w14:paraId="23378F43" w14:textId="77777777">
        <w:trPr>
          <w:cantSplit/>
          <w:jc w:val="center"/>
        </w:trPr>
        <w:tc>
          <w:tcPr>
            <w:tcW w:w="793" w:type="dxa"/>
            <w:shd w:val="clear" w:color="auto" w:fill="FAFAFA"/>
            <w:tcMar>
              <w:top w:w="60" w:type="dxa"/>
              <w:left w:w="70" w:type="dxa"/>
              <w:bottom w:w="60" w:type="dxa"/>
              <w:right w:w="70" w:type="dxa"/>
            </w:tcMar>
            <w:vAlign w:val="center"/>
          </w:tcPr>
          <w:p w14:paraId="0ED47507" w14:textId="77777777" w:rsidR="004011CE" w:rsidRPr="002D650B" w:rsidRDefault="00000000">
            <w:pPr>
              <w:spacing w:after="0" w:line="240" w:lineRule="auto"/>
              <w:jc w:val="center"/>
              <w:rPr>
                <w:noProof/>
                <w:lang w:val="ro-RO"/>
              </w:rPr>
            </w:pPr>
            <w:r w:rsidRPr="002D650B">
              <w:rPr>
                <w:rFonts w:eastAsia="Arial"/>
                <w:b/>
                <w:noProof/>
                <w:sz w:val="14"/>
                <w:lang w:val="ro-RO"/>
              </w:rPr>
              <w:t>M0.2</w:t>
            </w:r>
          </w:p>
        </w:tc>
        <w:tc>
          <w:tcPr>
            <w:tcW w:w="4081" w:type="dxa"/>
            <w:shd w:val="clear" w:color="auto" w:fill="FAFAFA"/>
            <w:tcMar>
              <w:top w:w="60" w:type="dxa"/>
              <w:left w:w="70" w:type="dxa"/>
              <w:bottom w:w="60" w:type="dxa"/>
              <w:right w:w="70" w:type="dxa"/>
            </w:tcMar>
            <w:vAlign w:val="center"/>
          </w:tcPr>
          <w:p w14:paraId="079A4E23" w14:textId="77777777" w:rsidR="004011CE" w:rsidRPr="002D650B" w:rsidRDefault="00000000">
            <w:pPr>
              <w:spacing w:after="0" w:line="240" w:lineRule="auto"/>
              <w:rPr>
                <w:noProof/>
                <w:lang w:val="ro-RO"/>
              </w:rPr>
            </w:pPr>
            <w:r w:rsidRPr="002D650B">
              <w:rPr>
                <w:rFonts w:eastAsia="Arial"/>
                <w:noProof/>
                <w:sz w:val="14"/>
                <w:lang w:val="ro-RO"/>
              </w:rPr>
              <w:t>Rolul organizației în ciclul de viață al dispozitivului este definit.</w:t>
            </w:r>
          </w:p>
        </w:tc>
        <w:tc>
          <w:tcPr>
            <w:tcW w:w="5159" w:type="dxa"/>
            <w:shd w:val="clear" w:color="auto" w:fill="FAFAFA"/>
            <w:tcMar>
              <w:top w:w="60" w:type="dxa"/>
              <w:left w:w="70" w:type="dxa"/>
              <w:bottom w:w="60" w:type="dxa"/>
              <w:right w:w="70" w:type="dxa"/>
            </w:tcMar>
            <w:vAlign w:val="center"/>
          </w:tcPr>
          <w:p w14:paraId="45B437DB" w14:textId="77777777" w:rsidR="004011CE" w:rsidRPr="002D650B" w:rsidRDefault="00000000">
            <w:pPr>
              <w:spacing w:after="0" w:line="240" w:lineRule="auto"/>
              <w:rPr>
                <w:noProof/>
                <w:lang w:val="ro-RO"/>
              </w:rPr>
            </w:pPr>
            <w:r w:rsidRPr="002D650B">
              <w:rPr>
                <w:rFonts w:eastAsia="Arial"/>
                <w:noProof/>
                <w:sz w:val="14"/>
                <w:lang w:val="ro-RO"/>
              </w:rPr>
              <w:t>Producător, proiectant, producător contractual, distribuitor, importator, service sau furnizor.</w:t>
            </w:r>
          </w:p>
        </w:tc>
        <w:tc>
          <w:tcPr>
            <w:tcW w:w="1417" w:type="dxa"/>
            <w:shd w:val="clear" w:color="auto" w:fill="FAFAFA"/>
            <w:tcMar>
              <w:top w:w="60" w:type="dxa"/>
              <w:left w:w="70" w:type="dxa"/>
              <w:bottom w:w="60" w:type="dxa"/>
              <w:right w:w="70" w:type="dxa"/>
            </w:tcMar>
            <w:vAlign w:val="center"/>
          </w:tcPr>
          <w:p w14:paraId="2DCFADA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3463C2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87FA05C" w14:textId="77777777" w:rsidR="004011CE" w:rsidRPr="002D650B" w:rsidRDefault="004011CE">
            <w:pPr>
              <w:spacing w:after="0" w:line="240" w:lineRule="auto"/>
              <w:jc w:val="center"/>
              <w:rPr>
                <w:noProof/>
                <w:lang w:val="ro-RO"/>
              </w:rPr>
            </w:pPr>
          </w:p>
        </w:tc>
      </w:tr>
      <w:tr w:rsidR="004011CE" w:rsidRPr="002D650B" w14:paraId="52C61644" w14:textId="77777777">
        <w:trPr>
          <w:cantSplit/>
          <w:jc w:val="center"/>
        </w:trPr>
        <w:tc>
          <w:tcPr>
            <w:tcW w:w="793" w:type="dxa"/>
            <w:tcMar>
              <w:top w:w="60" w:type="dxa"/>
              <w:left w:w="70" w:type="dxa"/>
              <w:bottom w:w="60" w:type="dxa"/>
              <w:right w:w="70" w:type="dxa"/>
            </w:tcMar>
            <w:vAlign w:val="center"/>
          </w:tcPr>
          <w:p w14:paraId="257FCCC4" w14:textId="77777777" w:rsidR="004011CE" w:rsidRPr="002D650B" w:rsidRDefault="00000000">
            <w:pPr>
              <w:spacing w:after="0" w:line="240" w:lineRule="auto"/>
              <w:jc w:val="center"/>
              <w:rPr>
                <w:noProof/>
                <w:lang w:val="ro-RO"/>
              </w:rPr>
            </w:pPr>
            <w:r w:rsidRPr="002D650B">
              <w:rPr>
                <w:rFonts w:eastAsia="Arial"/>
                <w:b/>
                <w:noProof/>
                <w:sz w:val="14"/>
                <w:lang w:val="ro-RO"/>
              </w:rPr>
              <w:t>M0.3</w:t>
            </w:r>
          </w:p>
        </w:tc>
        <w:tc>
          <w:tcPr>
            <w:tcW w:w="4081" w:type="dxa"/>
            <w:tcMar>
              <w:top w:w="60" w:type="dxa"/>
              <w:left w:w="70" w:type="dxa"/>
              <w:bottom w:w="60" w:type="dxa"/>
              <w:right w:w="70" w:type="dxa"/>
            </w:tcMar>
            <w:vAlign w:val="center"/>
          </w:tcPr>
          <w:p w14:paraId="32DF435C" w14:textId="77777777" w:rsidR="004011CE" w:rsidRPr="002D650B" w:rsidRDefault="00000000">
            <w:pPr>
              <w:spacing w:after="0" w:line="240" w:lineRule="auto"/>
              <w:rPr>
                <w:noProof/>
                <w:lang w:val="ro-RO"/>
              </w:rPr>
            </w:pPr>
            <w:r w:rsidRPr="002D650B">
              <w:rPr>
                <w:rFonts w:eastAsia="Arial"/>
                <w:noProof/>
                <w:sz w:val="14"/>
                <w:lang w:val="ro-RO"/>
              </w:rPr>
              <w:t>Piețele și jurisdicțiile vizate sunt identificate.</w:t>
            </w:r>
          </w:p>
        </w:tc>
        <w:tc>
          <w:tcPr>
            <w:tcW w:w="5159" w:type="dxa"/>
            <w:tcMar>
              <w:top w:w="60" w:type="dxa"/>
              <w:left w:w="70" w:type="dxa"/>
              <w:bottom w:w="60" w:type="dxa"/>
              <w:right w:w="70" w:type="dxa"/>
            </w:tcMar>
            <w:vAlign w:val="center"/>
          </w:tcPr>
          <w:p w14:paraId="3A27F731" w14:textId="77777777" w:rsidR="004011CE" w:rsidRPr="002D650B" w:rsidRDefault="00000000">
            <w:pPr>
              <w:spacing w:after="0" w:line="240" w:lineRule="auto"/>
              <w:rPr>
                <w:noProof/>
                <w:lang w:val="ro-RO"/>
              </w:rPr>
            </w:pPr>
            <w:r w:rsidRPr="002D650B">
              <w:rPr>
                <w:rFonts w:eastAsia="Arial"/>
                <w:noProof/>
                <w:sz w:val="14"/>
                <w:lang w:val="ro-RO"/>
              </w:rPr>
              <w:t>Cerințe de reglementare, autorități și căi de acces pe piață.</w:t>
            </w:r>
          </w:p>
        </w:tc>
        <w:tc>
          <w:tcPr>
            <w:tcW w:w="1417" w:type="dxa"/>
            <w:tcMar>
              <w:top w:w="60" w:type="dxa"/>
              <w:left w:w="70" w:type="dxa"/>
              <w:bottom w:w="60" w:type="dxa"/>
              <w:right w:w="70" w:type="dxa"/>
            </w:tcMar>
            <w:vAlign w:val="center"/>
          </w:tcPr>
          <w:p w14:paraId="2A42D351"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60B18CF6"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16799E99" w14:textId="77777777" w:rsidR="004011CE" w:rsidRPr="002D650B" w:rsidRDefault="004011CE">
            <w:pPr>
              <w:spacing w:after="0" w:line="240" w:lineRule="auto"/>
              <w:jc w:val="center"/>
              <w:rPr>
                <w:noProof/>
                <w:lang w:val="ro-RO"/>
              </w:rPr>
            </w:pPr>
          </w:p>
        </w:tc>
      </w:tr>
      <w:tr w:rsidR="004011CE" w:rsidRPr="002D650B" w14:paraId="344D61F9" w14:textId="77777777">
        <w:trPr>
          <w:cantSplit/>
          <w:jc w:val="center"/>
        </w:trPr>
        <w:tc>
          <w:tcPr>
            <w:tcW w:w="793" w:type="dxa"/>
            <w:shd w:val="clear" w:color="auto" w:fill="FAFAFA"/>
            <w:tcMar>
              <w:top w:w="60" w:type="dxa"/>
              <w:left w:w="70" w:type="dxa"/>
              <w:bottom w:w="60" w:type="dxa"/>
              <w:right w:w="70" w:type="dxa"/>
            </w:tcMar>
            <w:vAlign w:val="center"/>
          </w:tcPr>
          <w:p w14:paraId="145121DF" w14:textId="77777777" w:rsidR="004011CE" w:rsidRPr="002D650B" w:rsidRDefault="00000000">
            <w:pPr>
              <w:spacing w:after="0" w:line="240" w:lineRule="auto"/>
              <w:jc w:val="center"/>
              <w:rPr>
                <w:noProof/>
                <w:lang w:val="ro-RO"/>
              </w:rPr>
            </w:pPr>
            <w:r w:rsidRPr="002D650B">
              <w:rPr>
                <w:rFonts w:eastAsia="Arial"/>
                <w:b/>
                <w:noProof/>
                <w:sz w:val="14"/>
                <w:lang w:val="ro-RO"/>
              </w:rPr>
              <w:t>M0.4</w:t>
            </w:r>
          </w:p>
        </w:tc>
        <w:tc>
          <w:tcPr>
            <w:tcW w:w="4081" w:type="dxa"/>
            <w:shd w:val="clear" w:color="auto" w:fill="FAFAFA"/>
            <w:tcMar>
              <w:top w:w="60" w:type="dxa"/>
              <w:left w:w="70" w:type="dxa"/>
              <w:bottom w:w="60" w:type="dxa"/>
              <w:right w:w="70" w:type="dxa"/>
            </w:tcMar>
            <w:vAlign w:val="center"/>
          </w:tcPr>
          <w:p w14:paraId="078D2276" w14:textId="77777777" w:rsidR="004011CE" w:rsidRPr="002D650B" w:rsidRDefault="00000000">
            <w:pPr>
              <w:spacing w:after="0" w:line="240" w:lineRule="auto"/>
              <w:rPr>
                <w:noProof/>
                <w:lang w:val="ro-RO"/>
              </w:rPr>
            </w:pPr>
            <w:r w:rsidRPr="002D650B">
              <w:rPr>
                <w:rFonts w:eastAsia="Arial"/>
                <w:noProof/>
                <w:sz w:val="14"/>
                <w:lang w:val="ro-RO"/>
              </w:rPr>
              <w:t>Familiile de dispozitive, clasele de risc și procesele relevante sunt inventariate.</w:t>
            </w:r>
          </w:p>
        </w:tc>
        <w:tc>
          <w:tcPr>
            <w:tcW w:w="5159" w:type="dxa"/>
            <w:shd w:val="clear" w:color="auto" w:fill="FAFAFA"/>
            <w:tcMar>
              <w:top w:w="60" w:type="dxa"/>
              <w:left w:w="70" w:type="dxa"/>
              <w:bottom w:w="60" w:type="dxa"/>
              <w:right w:w="70" w:type="dxa"/>
            </w:tcMar>
            <w:vAlign w:val="center"/>
          </w:tcPr>
          <w:p w14:paraId="4C6FB00E" w14:textId="77777777" w:rsidR="004011CE" w:rsidRPr="002D650B" w:rsidRDefault="00000000">
            <w:pPr>
              <w:spacing w:after="0" w:line="240" w:lineRule="auto"/>
              <w:rPr>
                <w:noProof/>
                <w:lang w:val="ro-RO"/>
              </w:rPr>
            </w:pPr>
            <w:r w:rsidRPr="002D650B">
              <w:rPr>
                <w:rFonts w:eastAsia="Arial"/>
                <w:noProof/>
                <w:sz w:val="14"/>
                <w:lang w:val="ro-RO"/>
              </w:rPr>
              <w:t>Produse, servicii, software, sterile, implantabile și accesorii, după caz.</w:t>
            </w:r>
          </w:p>
        </w:tc>
        <w:tc>
          <w:tcPr>
            <w:tcW w:w="1417" w:type="dxa"/>
            <w:shd w:val="clear" w:color="auto" w:fill="FAFAFA"/>
            <w:tcMar>
              <w:top w:w="60" w:type="dxa"/>
              <w:left w:w="70" w:type="dxa"/>
              <w:bottom w:w="60" w:type="dxa"/>
              <w:right w:w="70" w:type="dxa"/>
            </w:tcMar>
            <w:vAlign w:val="center"/>
          </w:tcPr>
          <w:p w14:paraId="73C1E2D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0288FE5"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F254823" w14:textId="77777777" w:rsidR="004011CE" w:rsidRPr="002D650B" w:rsidRDefault="004011CE">
            <w:pPr>
              <w:spacing w:after="0" w:line="240" w:lineRule="auto"/>
              <w:jc w:val="center"/>
              <w:rPr>
                <w:noProof/>
                <w:lang w:val="ro-RO"/>
              </w:rPr>
            </w:pPr>
          </w:p>
        </w:tc>
      </w:tr>
      <w:tr w:rsidR="004011CE" w:rsidRPr="002D650B" w14:paraId="4C1A2F2A" w14:textId="77777777">
        <w:trPr>
          <w:cantSplit/>
          <w:jc w:val="center"/>
        </w:trPr>
        <w:tc>
          <w:tcPr>
            <w:tcW w:w="793" w:type="dxa"/>
            <w:tcMar>
              <w:top w:w="60" w:type="dxa"/>
              <w:left w:w="70" w:type="dxa"/>
              <w:bottom w:w="60" w:type="dxa"/>
              <w:right w:w="70" w:type="dxa"/>
            </w:tcMar>
            <w:vAlign w:val="center"/>
          </w:tcPr>
          <w:p w14:paraId="17B45F95" w14:textId="77777777" w:rsidR="004011CE" w:rsidRPr="002D650B" w:rsidRDefault="00000000">
            <w:pPr>
              <w:spacing w:after="0" w:line="240" w:lineRule="auto"/>
              <w:jc w:val="center"/>
              <w:rPr>
                <w:noProof/>
                <w:lang w:val="ro-RO"/>
              </w:rPr>
            </w:pPr>
            <w:r w:rsidRPr="002D650B">
              <w:rPr>
                <w:rFonts w:eastAsia="Arial"/>
                <w:b/>
                <w:noProof/>
                <w:sz w:val="14"/>
                <w:lang w:val="ro-RO"/>
              </w:rPr>
              <w:t>M0.5</w:t>
            </w:r>
          </w:p>
        </w:tc>
        <w:tc>
          <w:tcPr>
            <w:tcW w:w="4081" w:type="dxa"/>
            <w:tcMar>
              <w:top w:w="60" w:type="dxa"/>
              <w:left w:w="70" w:type="dxa"/>
              <w:bottom w:w="60" w:type="dxa"/>
              <w:right w:w="70" w:type="dxa"/>
            </w:tcMar>
            <w:vAlign w:val="center"/>
          </w:tcPr>
          <w:p w14:paraId="7DC38D99" w14:textId="77777777" w:rsidR="004011CE" w:rsidRPr="002D650B" w:rsidRDefault="00000000">
            <w:pPr>
              <w:spacing w:after="0" w:line="240" w:lineRule="auto"/>
              <w:rPr>
                <w:noProof/>
                <w:lang w:val="ro-RO"/>
              </w:rPr>
            </w:pPr>
            <w:r w:rsidRPr="002D650B">
              <w:rPr>
                <w:rFonts w:eastAsia="Arial"/>
                <w:noProof/>
                <w:sz w:val="14"/>
                <w:lang w:val="ro-RO"/>
              </w:rPr>
              <w:t>A fost realizat un diagnostic față de cerințele standardului și reglementările aplicabile.</w:t>
            </w:r>
          </w:p>
        </w:tc>
        <w:tc>
          <w:tcPr>
            <w:tcW w:w="5159" w:type="dxa"/>
            <w:tcMar>
              <w:top w:w="60" w:type="dxa"/>
              <w:left w:w="70" w:type="dxa"/>
              <w:bottom w:w="60" w:type="dxa"/>
              <w:right w:w="70" w:type="dxa"/>
            </w:tcMar>
            <w:vAlign w:val="center"/>
          </w:tcPr>
          <w:p w14:paraId="521C28CE" w14:textId="77777777" w:rsidR="004011CE" w:rsidRPr="002D650B" w:rsidRDefault="00000000">
            <w:pPr>
              <w:spacing w:after="0" w:line="240" w:lineRule="auto"/>
              <w:rPr>
                <w:noProof/>
                <w:lang w:val="ro-RO"/>
              </w:rPr>
            </w:pPr>
            <w:r w:rsidRPr="002D650B">
              <w:rPr>
                <w:rFonts w:eastAsia="Arial"/>
                <w:noProof/>
                <w:sz w:val="14"/>
                <w:lang w:val="ro-RO"/>
              </w:rPr>
              <w:t>Documente, procese, dosare, reclamații, CAPA, furnizori și validări.</w:t>
            </w:r>
          </w:p>
        </w:tc>
        <w:tc>
          <w:tcPr>
            <w:tcW w:w="1417" w:type="dxa"/>
            <w:tcMar>
              <w:top w:w="60" w:type="dxa"/>
              <w:left w:w="70" w:type="dxa"/>
              <w:bottom w:w="60" w:type="dxa"/>
              <w:right w:w="70" w:type="dxa"/>
            </w:tcMar>
            <w:vAlign w:val="center"/>
          </w:tcPr>
          <w:p w14:paraId="1D565B5A"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4FB507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84B4EC9" w14:textId="77777777" w:rsidR="004011CE" w:rsidRPr="002D650B" w:rsidRDefault="004011CE">
            <w:pPr>
              <w:spacing w:after="0" w:line="240" w:lineRule="auto"/>
              <w:jc w:val="center"/>
              <w:rPr>
                <w:noProof/>
                <w:lang w:val="ro-RO"/>
              </w:rPr>
            </w:pPr>
          </w:p>
        </w:tc>
      </w:tr>
      <w:tr w:rsidR="004011CE" w:rsidRPr="002D650B" w14:paraId="5CD41F42" w14:textId="77777777">
        <w:trPr>
          <w:cantSplit/>
          <w:jc w:val="center"/>
        </w:trPr>
        <w:tc>
          <w:tcPr>
            <w:tcW w:w="793" w:type="dxa"/>
            <w:shd w:val="clear" w:color="auto" w:fill="FAFAFA"/>
            <w:tcMar>
              <w:top w:w="60" w:type="dxa"/>
              <w:left w:w="70" w:type="dxa"/>
              <w:bottom w:w="60" w:type="dxa"/>
              <w:right w:w="70" w:type="dxa"/>
            </w:tcMar>
            <w:vAlign w:val="center"/>
          </w:tcPr>
          <w:p w14:paraId="2390364D" w14:textId="77777777" w:rsidR="004011CE" w:rsidRPr="002D650B" w:rsidRDefault="00000000">
            <w:pPr>
              <w:spacing w:after="0" w:line="240" w:lineRule="auto"/>
              <w:jc w:val="center"/>
              <w:rPr>
                <w:noProof/>
                <w:lang w:val="ro-RO"/>
              </w:rPr>
            </w:pPr>
            <w:r w:rsidRPr="002D650B">
              <w:rPr>
                <w:rFonts w:eastAsia="Arial"/>
                <w:b/>
                <w:noProof/>
                <w:sz w:val="14"/>
                <w:lang w:val="ro-RO"/>
              </w:rPr>
              <w:t>M0.6</w:t>
            </w:r>
          </w:p>
        </w:tc>
        <w:tc>
          <w:tcPr>
            <w:tcW w:w="4081" w:type="dxa"/>
            <w:shd w:val="clear" w:color="auto" w:fill="FAFAFA"/>
            <w:tcMar>
              <w:top w:w="60" w:type="dxa"/>
              <w:left w:w="70" w:type="dxa"/>
              <w:bottom w:w="60" w:type="dxa"/>
              <w:right w:w="70" w:type="dxa"/>
            </w:tcMar>
            <w:vAlign w:val="center"/>
          </w:tcPr>
          <w:p w14:paraId="6E7FEBDB" w14:textId="77777777" w:rsidR="004011CE" w:rsidRPr="002D650B" w:rsidRDefault="00000000">
            <w:pPr>
              <w:spacing w:after="0" w:line="240" w:lineRule="auto"/>
              <w:rPr>
                <w:noProof/>
                <w:lang w:val="ro-RO"/>
              </w:rPr>
            </w:pPr>
            <w:r w:rsidRPr="002D650B">
              <w:rPr>
                <w:rFonts w:eastAsia="Arial"/>
                <w:noProof/>
                <w:sz w:val="14"/>
                <w:lang w:val="ro-RO"/>
              </w:rPr>
              <w:t>A fost aprobat un plan de implementare cu prioritizare bazată pe risc.</w:t>
            </w:r>
          </w:p>
        </w:tc>
        <w:tc>
          <w:tcPr>
            <w:tcW w:w="5159" w:type="dxa"/>
            <w:shd w:val="clear" w:color="auto" w:fill="FAFAFA"/>
            <w:tcMar>
              <w:top w:w="60" w:type="dxa"/>
              <w:left w:w="70" w:type="dxa"/>
              <w:bottom w:w="60" w:type="dxa"/>
              <w:right w:w="70" w:type="dxa"/>
            </w:tcMar>
            <w:vAlign w:val="center"/>
          </w:tcPr>
          <w:p w14:paraId="3C882021" w14:textId="77777777" w:rsidR="004011CE" w:rsidRPr="002D650B" w:rsidRDefault="00000000">
            <w:pPr>
              <w:spacing w:after="0" w:line="240" w:lineRule="auto"/>
              <w:rPr>
                <w:noProof/>
                <w:lang w:val="ro-RO"/>
              </w:rPr>
            </w:pPr>
            <w:r w:rsidRPr="002D650B">
              <w:rPr>
                <w:rFonts w:eastAsia="Arial"/>
                <w:noProof/>
                <w:sz w:val="14"/>
                <w:lang w:val="ro-RO"/>
              </w:rPr>
              <w:t>Livrabile, resurse, termene, dependențe și criterii de acceptare.</w:t>
            </w:r>
          </w:p>
        </w:tc>
        <w:tc>
          <w:tcPr>
            <w:tcW w:w="1417" w:type="dxa"/>
            <w:shd w:val="clear" w:color="auto" w:fill="FAFAFA"/>
            <w:tcMar>
              <w:top w:w="60" w:type="dxa"/>
              <w:left w:w="70" w:type="dxa"/>
              <w:bottom w:w="60" w:type="dxa"/>
              <w:right w:w="70" w:type="dxa"/>
            </w:tcMar>
            <w:vAlign w:val="center"/>
          </w:tcPr>
          <w:p w14:paraId="4D45574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832D91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1C06449" w14:textId="77777777" w:rsidR="004011CE" w:rsidRPr="002D650B" w:rsidRDefault="004011CE">
            <w:pPr>
              <w:spacing w:after="0" w:line="240" w:lineRule="auto"/>
              <w:jc w:val="center"/>
              <w:rPr>
                <w:noProof/>
                <w:lang w:val="ro-RO"/>
              </w:rPr>
            </w:pPr>
          </w:p>
        </w:tc>
      </w:tr>
      <w:tr w:rsidR="004011CE" w:rsidRPr="002D650B" w14:paraId="5B712A1B" w14:textId="77777777">
        <w:trPr>
          <w:cantSplit/>
          <w:jc w:val="center"/>
        </w:trPr>
        <w:tc>
          <w:tcPr>
            <w:tcW w:w="793" w:type="dxa"/>
            <w:tcMar>
              <w:top w:w="60" w:type="dxa"/>
              <w:left w:w="70" w:type="dxa"/>
              <w:bottom w:w="60" w:type="dxa"/>
              <w:right w:w="70" w:type="dxa"/>
            </w:tcMar>
            <w:vAlign w:val="center"/>
          </w:tcPr>
          <w:p w14:paraId="50BFFF8B" w14:textId="77777777" w:rsidR="004011CE" w:rsidRPr="002D650B" w:rsidRDefault="00000000">
            <w:pPr>
              <w:spacing w:after="0" w:line="240" w:lineRule="auto"/>
              <w:jc w:val="center"/>
              <w:rPr>
                <w:noProof/>
                <w:lang w:val="ro-RO"/>
              </w:rPr>
            </w:pPr>
            <w:r w:rsidRPr="002D650B">
              <w:rPr>
                <w:rFonts w:eastAsia="Arial"/>
                <w:b/>
                <w:noProof/>
                <w:sz w:val="14"/>
                <w:lang w:val="ro-RO"/>
              </w:rPr>
              <w:t>M0.7</w:t>
            </w:r>
          </w:p>
        </w:tc>
        <w:tc>
          <w:tcPr>
            <w:tcW w:w="4081" w:type="dxa"/>
            <w:tcMar>
              <w:top w:w="60" w:type="dxa"/>
              <w:left w:w="70" w:type="dxa"/>
              <w:bottom w:w="60" w:type="dxa"/>
              <w:right w:w="70" w:type="dxa"/>
            </w:tcMar>
            <w:vAlign w:val="center"/>
          </w:tcPr>
          <w:p w14:paraId="70BB45CB" w14:textId="77777777" w:rsidR="004011CE" w:rsidRPr="002D650B" w:rsidRDefault="00000000">
            <w:pPr>
              <w:spacing w:after="0" w:line="240" w:lineRule="auto"/>
              <w:rPr>
                <w:noProof/>
                <w:lang w:val="ro-RO"/>
              </w:rPr>
            </w:pPr>
            <w:r w:rsidRPr="002D650B">
              <w:rPr>
                <w:rFonts w:eastAsia="Arial"/>
                <w:noProof/>
                <w:sz w:val="14"/>
                <w:lang w:val="ro-RO"/>
              </w:rPr>
              <w:t>Sunt definite competențele externe necesare.</w:t>
            </w:r>
          </w:p>
        </w:tc>
        <w:tc>
          <w:tcPr>
            <w:tcW w:w="5159" w:type="dxa"/>
            <w:tcMar>
              <w:top w:w="60" w:type="dxa"/>
              <w:left w:w="70" w:type="dxa"/>
              <w:bottom w:w="60" w:type="dxa"/>
              <w:right w:w="70" w:type="dxa"/>
            </w:tcMar>
            <w:vAlign w:val="center"/>
          </w:tcPr>
          <w:p w14:paraId="5B7175D4" w14:textId="77777777" w:rsidR="004011CE" w:rsidRPr="002D650B" w:rsidRDefault="00000000">
            <w:pPr>
              <w:spacing w:after="0" w:line="240" w:lineRule="auto"/>
              <w:rPr>
                <w:noProof/>
                <w:lang w:val="ro-RO"/>
              </w:rPr>
            </w:pPr>
            <w:r w:rsidRPr="002D650B">
              <w:rPr>
                <w:rFonts w:eastAsia="Arial"/>
                <w:noProof/>
                <w:sz w:val="14"/>
                <w:lang w:val="ro-RO"/>
              </w:rPr>
              <w:t>Regulatory, clinic, biocompatibilitate, sterilizare, software, metrologie și altele, după caz.</w:t>
            </w:r>
          </w:p>
        </w:tc>
        <w:tc>
          <w:tcPr>
            <w:tcW w:w="1417" w:type="dxa"/>
            <w:tcMar>
              <w:top w:w="60" w:type="dxa"/>
              <w:left w:w="70" w:type="dxa"/>
              <w:bottom w:w="60" w:type="dxa"/>
              <w:right w:w="70" w:type="dxa"/>
            </w:tcMar>
            <w:vAlign w:val="center"/>
          </w:tcPr>
          <w:p w14:paraId="2AC2343D"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75AC30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FF9C115" w14:textId="77777777" w:rsidR="004011CE" w:rsidRPr="002D650B" w:rsidRDefault="004011CE">
            <w:pPr>
              <w:spacing w:after="0" w:line="240" w:lineRule="auto"/>
              <w:jc w:val="center"/>
              <w:rPr>
                <w:noProof/>
                <w:lang w:val="ro-RO"/>
              </w:rPr>
            </w:pPr>
          </w:p>
        </w:tc>
      </w:tr>
      <w:tr w:rsidR="004011CE" w:rsidRPr="002D650B" w14:paraId="0E3A3B6A" w14:textId="77777777">
        <w:trPr>
          <w:cantSplit/>
          <w:jc w:val="center"/>
        </w:trPr>
        <w:tc>
          <w:tcPr>
            <w:tcW w:w="793" w:type="dxa"/>
            <w:shd w:val="clear" w:color="auto" w:fill="FAFAFA"/>
            <w:tcMar>
              <w:top w:w="60" w:type="dxa"/>
              <w:left w:w="70" w:type="dxa"/>
              <w:bottom w:w="60" w:type="dxa"/>
              <w:right w:w="70" w:type="dxa"/>
            </w:tcMar>
            <w:vAlign w:val="center"/>
          </w:tcPr>
          <w:p w14:paraId="1F6921CE" w14:textId="77777777" w:rsidR="004011CE" w:rsidRPr="002D650B" w:rsidRDefault="00000000">
            <w:pPr>
              <w:spacing w:after="0" w:line="240" w:lineRule="auto"/>
              <w:jc w:val="center"/>
              <w:rPr>
                <w:noProof/>
                <w:lang w:val="ro-RO"/>
              </w:rPr>
            </w:pPr>
            <w:r w:rsidRPr="002D650B">
              <w:rPr>
                <w:rFonts w:eastAsia="Arial"/>
                <w:b/>
                <w:noProof/>
                <w:sz w:val="14"/>
                <w:lang w:val="ro-RO"/>
              </w:rPr>
              <w:t>M0.8</w:t>
            </w:r>
          </w:p>
        </w:tc>
        <w:tc>
          <w:tcPr>
            <w:tcW w:w="4081" w:type="dxa"/>
            <w:shd w:val="clear" w:color="auto" w:fill="FAFAFA"/>
            <w:tcMar>
              <w:top w:w="60" w:type="dxa"/>
              <w:left w:w="70" w:type="dxa"/>
              <w:bottom w:w="60" w:type="dxa"/>
              <w:right w:w="70" w:type="dxa"/>
            </w:tcMar>
            <w:vAlign w:val="center"/>
          </w:tcPr>
          <w:p w14:paraId="1F42A711" w14:textId="77777777" w:rsidR="004011CE" w:rsidRPr="002D650B" w:rsidRDefault="00000000">
            <w:pPr>
              <w:spacing w:after="0" w:line="240" w:lineRule="auto"/>
              <w:rPr>
                <w:noProof/>
                <w:lang w:val="ro-RO"/>
              </w:rPr>
            </w:pPr>
            <w:r w:rsidRPr="002D650B">
              <w:rPr>
                <w:rFonts w:eastAsia="Arial"/>
                <w:noProof/>
                <w:sz w:val="14"/>
                <w:lang w:val="ro-RO"/>
              </w:rPr>
              <w:t>Proiectul și responsabilitățile au fost comunicate funcțiilor relevante.</w:t>
            </w:r>
          </w:p>
        </w:tc>
        <w:tc>
          <w:tcPr>
            <w:tcW w:w="5159" w:type="dxa"/>
            <w:shd w:val="clear" w:color="auto" w:fill="FAFAFA"/>
            <w:tcMar>
              <w:top w:w="60" w:type="dxa"/>
              <w:left w:w="70" w:type="dxa"/>
              <w:bottom w:w="60" w:type="dxa"/>
              <w:right w:w="70" w:type="dxa"/>
            </w:tcMar>
            <w:vAlign w:val="center"/>
          </w:tcPr>
          <w:p w14:paraId="5B0FF8BD" w14:textId="77777777" w:rsidR="004011CE" w:rsidRPr="002D650B" w:rsidRDefault="00000000">
            <w:pPr>
              <w:spacing w:after="0" w:line="240" w:lineRule="auto"/>
              <w:rPr>
                <w:noProof/>
                <w:lang w:val="ro-RO"/>
              </w:rPr>
            </w:pPr>
            <w:r w:rsidRPr="002D650B">
              <w:rPr>
                <w:rFonts w:eastAsia="Arial"/>
                <w:noProof/>
                <w:sz w:val="14"/>
                <w:lang w:val="ro-RO"/>
              </w:rPr>
              <w:t>Lansare, RACI și mecanism de escaladare.</w:t>
            </w:r>
          </w:p>
        </w:tc>
        <w:tc>
          <w:tcPr>
            <w:tcW w:w="1417" w:type="dxa"/>
            <w:shd w:val="clear" w:color="auto" w:fill="FAFAFA"/>
            <w:tcMar>
              <w:top w:w="60" w:type="dxa"/>
              <w:left w:w="70" w:type="dxa"/>
              <w:bottom w:w="60" w:type="dxa"/>
              <w:right w:w="70" w:type="dxa"/>
            </w:tcMar>
            <w:vAlign w:val="center"/>
          </w:tcPr>
          <w:p w14:paraId="0EC64208"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6DFD870"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47F2EFC" w14:textId="77777777" w:rsidR="004011CE" w:rsidRPr="002D650B" w:rsidRDefault="004011CE">
            <w:pPr>
              <w:spacing w:after="0" w:line="240" w:lineRule="auto"/>
              <w:jc w:val="center"/>
              <w:rPr>
                <w:noProof/>
                <w:lang w:val="ro-RO"/>
              </w:rPr>
            </w:pPr>
          </w:p>
        </w:tc>
      </w:tr>
    </w:tbl>
    <w:p w14:paraId="6B05F805"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5F08BF97"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5310BBB0" w14:textId="77777777">
        <w:trPr>
          <w:cantSplit/>
          <w:jc w:val="center"/>
        </w:trPr>
        <w:tc>
          <w:tcPr>
            <w:tcW w:w="1020" w:type="dxa"/>
            <w:shd w:val="clear" w:color="auto" w:fill="D71920"/>
            <w:tcMar>
              <w:top w:w="60" w:type="dxa"/>
              <w:left w:w="70" w:type="dxa"/>
              <w:bottom w:w="60" w:type="dxa"/>
              <w:right w:w="70" w:type="dxa"/>
            </w:tcMar>
            <w:vAlign w:val="center"/>
          </w:tcPr>
          <w:p w14:paraId="6DAAF3B9"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1</w:t>
            </w:r>
          </w:p>
        </w:tc>
        <w:tc>
          <w:tcPr>
            <w:tcW w:w="12585" w:type="dxa"/>
            <w:shd w:val="clear" w:color="auto" w:fill="F3F4F5"/>
          </w:tcPr>
          <w:p w14:paraId="5254E150" w14:textId="77777777" w:rsidR="004011CE" w:rsidRPr="002D650B" w:rsidRDefault="00000000">
            <w:pPr>
              <w:spacing w:after="20"/>
              <w:rPr>
                <w:noProof/>
                <w:lang w:val="ro-RO"/>
              </w:rPr>
            </w:pPr>
            <w:r w:rsidRPr="002D650B">
              <w:rPr>
                <w:rFonts w:eastAsia="Arial"/>
                <w:b/>
                <w:noProof/>
                <w:sz w:val="27"/>
                <w:lang w:val="ro-RO"/>
              </w:rPr>
              <w:t>Sistemul de management, procese, documentație și dosarul dispozitivului</w:t>
            </w:r>
          </w:p>
          <w:p w14:paraId="1D54A37D" w14:textId="77777777" w:rsidR="004011CE" w:rsidRPr="002D650B" w:rsidRDefault="00000000">
            <w:pPr>
              <w:spacing w:after="0"/>
              <w:rPr>
                <w:noProof/>
                <w:lang w:val="ro-RO"/>
              </w:rPr>
            </w:pPr>
            <w:r w:rsidRPr="002D650B">
              <w:rPr>
                <w:rFonts w:eastAsia="Arial"/>
                <w:noProof/>
                <w:color w:val="666666"/>
                <w:sz w:val="16"/>
                <w:lang w:val="ro-RO"/>
              </w:rPr>
              <w:t>Referință: ISO 13485:2016, clauza 4  |  Obiectiv: stabilirea unui sistem documentat, controlat și proporțional cu riscul și cerințele de reglementare</w:t>
            </w:r>
          </w:p>
        </w:tc>
      </w:tr>
    </w:tbl>
    <w:p w14:paraId="43FD4181"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2D2049EF" w14:textId="77777777">
        <w:trPr>
          <w:cantSplit/>
          <w:jc w:val="center"/>
        </w:trPr>
        <w:tc>
          <w:tcPr>
            <w:tcW w:w="566" w:type="dxa"/>
            <w:shd w:val="clear" w:color="auto" w:fill="D71920"/>
            <w:tcMar>
              <w:top w:w="60" w:type="dxa"/>
              <w:left w:w="70" w:type="dxa"/>
              <w:bottom w:w="60" w:type="dxa"/>
              <w:right w:w="70" w:type="dxa"/>
            </w:tcMar>
            <w:vAlign w:val="center"/>
          </w:tcPr>
          <w:p w14:paraId="65C6C149"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14F1FC0B"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225EE267" w14:textId="77777777" w:rsidR="004011CE" w:rsidRPr="002D650B" w:rsidRDefault="00000000">
            <w:pPr>
              <w:spacing w:after="0" w:line="252" w:lineRule="auto"/>
              <w:rPr>
                <w:noProof/>
                <w:lang w:val="ro-RO"/>
              </w:rPr>
            </w:pPr>
            <w:r w:rsidRPr="002D650B">
              <w:rPr>
                <w:rFonts w:eastAsia="Arial"/>
                <w:noProof/>
                <w:sz w:val="16"/>
                <w:lang w:val="ro-RO"/>
              </w:rPr>
              <w:t>Un dosar de dispozitiv nu trebuie să dubleze toate documentele. El poate fi o structură controlată de referințe, dar trebuie să permită găsirea rapidă a specificațiilor și dovezilor aplicabile versiunii produsului.</w:t>
            </w:r>
          </w:p>
        </w:tc>
      </w:tr>
    </w:tbl>
    <w:p w14:paraId="4AC1185C"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6241FBC9" w14:textId="77777777">
        <w:trPr>
          <w:cantSplit/>
          <w:tblHeader/>
          <w:jc w:val="center"/>
        </w:trPr>
        <w:tc>
          <w:tcPr>
            <w:tcW w:w="793" w:type="dxa"/>
            <w:shd w:val="clear" w:color="auto" w:fill="D71920"/>
            <w:tcMar>
              <w:top w:w="60" w:type="dxa"/>
              <w:left w:w="70" w:type="dxa"/>
              <w:bottom w:w="60" w:type="dxa"/>
              <w:right w:w="70" w:type="dxa"/>
            </w:tcMar>
            <w:vAlign w:val="center"/>
          </w:tcPr>
          <w:p w14:paraId="6CD066A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1FED75B"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78988B0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F19BA79"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913796A"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2B25BFF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62AF1061" w14:textId="77777777">
        <w:trPr>
          <w:cantSplit/>
          <w:jc w:val="center"/>
        </w:trPr>
        <w:tc>
          <w:tcPr>
            <w:tcW w:w="793" w:type="dxa"/>
            <w:tcMar>
              <w:top w:w="60" w:type="dxa"/>
              <w:left w:w="70" w:type="dxa"/>
              <w:bottom w:w="60" w:type="dxa"/>
              <w:right w:w="70" w:type="dxa"/>
            </w:tcMar>
            <w:vAlign w:val="center"/>
          </w:tcPr>
          <w:p w14:paraId="1865296F" w14:textId="77777777" w:rsidR="004011CE" w:rsidRPr="002D650B" w:rsidRDefault="00000000">
            <w:pPr>
              <w:spacing w:after="0" w:line="240" w:lineRule="auto"/>
              <w:jc w:val="center"/>
              <w:rPr>
                <w:noProof/>
                <w:lang w:val="ro-RO"/>
              </w:rPr>
            </w:pPr>
            <w:r w:rsidRPr="002D650B">
              <w:rPr>
                <w:rFonts w:eastAsia="Arial"/>
                <w:b/>
                <w:noProof/>
                <w:sz w:val="14"/>
                <w:lang w:val="ro-RO"/>
              </w:rPr>
              <w:t>M1.1</w:t>
            </w:r>
          </w:p>
        </w:tc>
        <w:tc>
          <w:tcPr>
            <w:tcW w:w="4081" w:type="dxa"/>
            <w:tcMar>
              <w:top w:w="60" w:type="dxa"/>
              <w:left w:w="70" w:type="dxa"/>
              <w:bottom w:w="60" w:type="dxa"/>
              <w:right w:w="70" w:type="dxa"/>
            </w:tcMar>
            <w:vAlign w:val="center"/>
          </w:tcPr>
          <w:p w14:paraId="7BF351E0" w14:textId="77777777" w:rsidR="004011CE" w:rsidRPr="002D650B" w:rsidRDefault="00000000">
            <w:pPr>
              <w:spacing w:after="0" w:line="240" w:lineRule="auto"/>
              <w:rPr>
                <w:noProof/>
                <w:lang w:val="ro-RO"/>
              </w:rPr>
            </w:pPr>
            <w:r w:rsidRPr="002D650B">
              <w:rPr>
                <w:rFonts w:eastAsia="Arial"/>
                <w:noProof/>
                <w:sz w:val="14"/>
                <w:lang w:val="ro-RO"/>
              </w:rPr>
              <w:t>Procesele necesare sistemului și aplicarea lor sunt determinate.</w:t>
            </w:r>
          </w:p>
        </w:tc>
        <w:tc>
          <w:tcPr>
            <w:tcW w:w="5159" w:type="dxa"/>
            <w:tcMar>
              <w:top w:w="60" w:type="dxa"/>
              <w:left w:w="70" w:type="dxa"/>
              <w:bottom w:w="60" w:type="dxa"/>
              <w:right w:w="70" w:type="dxa"/>
            </w:tcMar>
            <w:vAlign w:val="center"/>
          </w:tcPr>
          <w:p w14:paraId="4098F450" w14:textId="77777777" w:rsidR="004011CE" w:rsidRPr="002D650B" w:rsidRDefault="00000000">
            <w:pPr>
              <w:spacing w:after="0" w:line="240" w:lineRule="auto"/>
              <w:rPr>
                <w:noProof/>
                <w:lang w:val="ro-RO"/>
              </w:rPr>
            </w:pPr>
            <w:r w:rsidRPr="002D650B">
              <w:rPr>
                <w:rFonts w:eastAsia="Arial"/>
                <w:noProof/>
                <w:sz w:val="14"/>
                <w:lang w:val="ro-RO"/>
              </w:rPr>
              <w:t>Hartă de procese, succesiune, interacțiuni, criterii și responsabilități.</w:t>
            </w:r>
          </w:p>
        </w:tc>
        <w:tc>
          <w:tcPr>
            <w:tcW w:w="1417" w:type="dxa"/>
            <w:tcMar>
              <w:top w:w="60" w:type="dxa"/>
              <w:left w:w="70" w:type="dxa"/>
              <w:bottom w:w="60" w:type="dxa"/>
              <w:right w:w="70" w:type="dxa"/>
            </w:tcMar>
            <w:vAlign w:val="center"/>
          </w:tcPr>
          <w:p w14:paraId="46E1774E"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2AAC7C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CBFBC7D" w14:textId="77777777" w:rsidR="004011CE" w:rsidRPr="002D650B" w:rsidRDefault="004011CE">
            <w:pPr>
              <w:spacing w:after="0" w:line="240" w:lineRule="auto"/>
              <w:jc w:val="center"/>
              <w:rPr>
                <w:noProof/>
                <w:lang w:val="ro-RO"/>
              </w:rPr>
            </w:pPr>
          </w:p>
        </w:tc>
      </w:tr>
      <w:tr w:rsidR="004011CE" w:rsidRPr="002D650B" w14:paraId="4490F707" w14:textId="77777777">
        <w:trPr>
          <w:cantSplit/>
          <w:jc w:val="center"/>
        </w:trPr>
        <w:tc>
          <w:tcPr>
            <w:tcW w:w="793" w:type="dxa"/>
            <w:shd w:val="clear" w:color="auto" w:fill="FAFAFA"/>
            <w:tcMar>
              <w:top w:w="60" w:type="dxa"/>
              <w:left w:w="70" w:type="dxa"/>
              <w:bottom w:w="60" w:type="dxa"/>
              <w:right w:w="70" w:type="dxa"/>
            </w:tcMar>
            <w:vAlign w:val="center"/>
          </w:tcPr>
          <w:p w14:paraId="71143493" w14:textId="77777777" w:rsidR="004011CE" w:rsidRPr="002D650B" w:rsidRDefault="00000000">
            <w:pPr>
              <w:spacing w:after="0" w:line="240" w:lineRule="auto"/>
              <w:jc w:val="center"/>
              <w:rPr>
                <w:noProof/>
                <w:lang w:val="ro-RO"/>
              </w:rPr>
            </w:pPr>
            <w:r w:rsidRPr="002D650B">
              <w:rPr>
                <w:rFonts w:eastAsia="Arial"/>
                <w:b/>
                <w:noProof/>
                <w:sz w:val="14"/>
                <w:lang w:val="ro-RO"/>
              </w:rPr>
              <w:t>M1.2</w:t>
            </w:r>
          </w:p>
        </w:tc>
        <w:tc>
          <w:tcPr>
            <w:tcW w:w="4081" w:type="dxa"/>
            <w:shd w:val="clear" w:color="auto" w:fill="FAFAFA"/>
            <w:tcMar>
              <w:top w:w="60" w:type="dxa"/>
              <w:left w:w="70" w:type="dxa"/>
              <w:bottom w:w="60" w:type="dxa"/>
              <w:right w:w="70" w:type="dxa"/>
            </w:tcMar>
            <w:vAlign w:val="center"/>
          </w:tcPr>
          <w:p w14:paraId="2F31D55A" w14:textId="77777777" w:rsidR="004011CE" w:rsidRPr="002D650B" w:rsidRDefault="00000000">
            <w:pPr>
              <w:spacing w:after="0" w:line="240" w:lineRule="auto"/>
              <w:rPr>
                <w:noProof/>
                <w:lang w:val="ro-RO"/>
              </w:rPr>
            </w:pPr>
            <w:r w:rsidRPr="002D650B">
              <w:rPr>
                <w:rFonts w:eastAsia="Arial"/>
                <w:noProof/>
                <w:sz w:val="14"/>
                <w:lang w:val="ro-RO"/>
              </w:rPr>
              <w:t>Abordarea bazată pe risc este aplicată proceselor sistemului.</w:t>
            </w:r>
          </w:p>
        </w:tc>
        <w:tc>
          <w:tcPr>
            <w:tcW w:w="5159" w:type="dxa"/>
            <w:shd w:val="clear" w:color="auto" w:fill="FAFAFA"/>
            <w:tcMar>
              <w:top w:w="60" w:type="dxa"/>
              <w:left w:w="70" w:type="dxa"/>
              <w:bottom w:w="60" w:type="dxa"/>
              <w:right w:w="70" w:type="dxa"/>
            </w:tcMar>
            <w:vAlign w:val="center"/>
          </w:tcPr>
          <w:p w14:paraId="25D2B18B" w14:textId="77777777" w:rsidR="004011CE" w:rsidRPr="002D650B" w:rsidRDefault="00000000">
            <w:pPr>
              <w:spacing w:after="0" w:line="240" w:lineRule="auto"/>
              <w:rPr>
                <w:noProof/>
                <w:lang w:val="ro-RO"/>
              </w:rPr>
            </w:pPr>
            <w:r w:rsidRPr="002D650B">
              <w:rPr>
                <w:rFonts w:eastAsia="Arial"/>
                <w:noProof/>
                <w:sz w:val="14"/>
                <w:lang w:val="ro-RO"/>
              </w:rPr>
              <w:t>Nivelul controlului, documentării și monitorizării în funcție de risc.</w:t>
            </w:r>
          </w:p>
        </w:tc>
        <w:tc>
          <w:tcPr>
            <w:tcW w:w="1417" w:type="dxa"/>
            <w:shd w:val="clear" w:color="auto" w:fill="FAFAFA"/>
            <w:tcMar>
              <w:top w:w="60" w:type="dxa"/>
              <w:left w:w="70" w:type="dxa"/>
              <w:bottom w:w="60" w:type="dxa"/>
              <w:right w:w="70" w:type="dxa"/>
            </w:tcMar>
            <w:vAlign w:val="center"/>
          </w:tcPr>
          <w:p w14:paraId="1EF1DECA"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FFCB530"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CBFC90E" w14:textId="77777777" w:rsidR="004011CE" w:rsidRPr="002D650B" w:rsidRDefault="004011CE">
            <w:pPr>
              <w:spacing w:after="0" w:line="240" w:lineRule="auto"/>
              <w:jc w:val="center"/>
              <w:rPr>
                <w:noProof/>
                <w:lang w:val="ro-RO"/>
              </w:rPr>
            </w:pPr>
          </w:p>
        </w:tc>
      </w:tr>
      <w:tr w:rsidR="004011CE" w:rsidRPr="002D650B" w14:paraId="1D1A8BC6" w14:textId="77777777">
        <w:trPr>
          <w:cantSplit/>
          <w:jc w:val="center"/>
        </w:trPr>
        <w:tc>
          <w:tcPr>
            <w:tcW w:w="793" w:type="dxa"/>
            <w:tcMar>
              <w:top w:w="60" w:type="dxa"/>
              <w:left w:w="70" w:type="dxa"/>
              <w:bottom w:w="60" w:type="dxa"/>
              <w:right w:w="70" w:type="dxa"/>
            </w:tcMar>
            <w:vAlign w:val="center"/>
          </w:tcPr>
          <w:p w14:paraId="08619253" w14:textId="77777777" w:rsidR="004011CE" w:rsidRPr="002D650B" w:rsidRDefault="00000000">
            <w:pPr>
              <w:spacing w:after="0" w:line="240" w:lineRule="auto"/>
              <w:jc w:val="center"/>
              <w:rPr>
                <w:noProof/>
                <w:lang w:val="ro-RO"/>
              </w:rPr>
            </w:pPr>
            <w:r w:rsidRPr="002D650B">
              <w:rPr>
                <w:rFonts w:eastAsia="Arial"/>
                <w:b/>
                <w:noProof/>
                <w:sz w:val="14"/>
                <w:lang w:val="ro-RO"/>
              </w:rPr>
              <w:t>M1.3</w:t>
            </w:r>
          </w:p>
        </w:tc>
        <w:tc>
          <w:tcPr>
            <w:tcW w:w="4081" w:type="dxa"/>
            <w:tcMar>
              <w:top w:w="60" w:type="dxa"/>
              <w:left w:w="70" w:type="dxa"/>
              <w:bottom w:w="60" w:type="dxa"/>
              <w:right w:w="70" w:type="dxa"/>
            </w:tcMar>
            <w:vAlign w:val="center"/>
          </w:tcPr>
          <w:p w14:paraId="22373845" w14:textId="77777777" w:rsidR="004011CE" w:rsidRPr="002D650B" w:rsidRDefault="00000000">
            <w:pPr>
              <w:spacing w:after="0" w:line="240" w:lineRule="auto"/>
              <w:rPr>
                <w:noProof/>
                <w:lang w:val="ro-RO"/>
              </w:rPr>
            </w:pPr>
            <w:r w:rsidRPr="002D650B">
              <w:rPr>
                <w:rFonts w:eastAsia="Arial"/>
                <w:noProof/>
                <w:sz w:val="14"/>
                <w:lang w:val="ro-RO"/>
              </w:rPr>
              <w:t>Procesele externalizate sunt identificate și controlate.</w:t>
            </w:r>
          </w:p>
        </w:tc>
        <w:tc>
          <w:tcPr>
            <w:tcW w:w="5159" w:type="dxa"/>
            <w:tcMar>
              <w:top w:w="60" w:type="dxa"/>
              <w:left w:w="70" w:type="dxa"/>
              <w:bottom w:w="60" w:type="dxa"/>
              <w:right w:w="70" w:type="dxa"/>
            </w:tcMar>
            <w:vAlign w:val="center"/>
          </w:tcPr>
          <w:p w14:paraId="3B7678CC" w14:textId="77777777" w:rsidR="004011CE" w:rsidRPr="002D650B" w:rsidRDefault="00000000">
            <w:pPr>
              <w:spacing w:after="0" w:line="240" w:lineRule="auto"/>
              <w:rPr>
                <w:noProof/>
                <w:lang w:val="ro-RO"/>
              </w:rPr>
            </w:pPr>
            <w:r w:rsidRPr="002D650B">
              <w:rPr>
                <w:rFonts w:eastAsia="Arial"/>
                <w:noProof/>
                <w:sz w:val="14"/>
                <w:lang w:val="ro-RO"/>
              </w:rPr>
              <w:t>Acorduri, criterii, monitorizare și responsabilitatea organizației.</w:t>
            </w:r>
          </w:p>
        </w:tc>
        <w:tc>
          <w:tcPr>
            <w:tcW w:w="1417" w:type="dxa"/>
            <w:tcMar>
              <w:top w:w="60" w:type="dxa"/>
              <w:left w:w="70" w:type="dxa"/>
              <w:bottom w:w="60" w:type="dxa"/>
              <w:right w:w="70" w:type="dxa"/>
            </w:tcMar>
            <w:vAlign w:val="center"/>
          </w:tcPr>
          <w:p w14:paraId="4B04F9C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8EE648A"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C93CC8A" w14:textId="77777777" w:rsidR="004011CE" w:rsidRPr="002D650B" w:rsidRDefault="004011CE">
            <w:pPr>
              <w:spacing w:after="0" w:line="240" w:lineRule="auto"/>
              <w:jc w:val="center"/>
              <w:rPr>
                <w:noProof/>
                <w:lang w:val="ro-RO"/>
              </w:rPr>
            </w:pPr>
          </w:p>
        </w:tc>
      </w:tr>
      <w:tr w:rsidR="004011CE" w:rsidRPr="002D650B" w14:paraId="21BE99E0" w14:textId="77777777">
        <w:trPr>
          <w:cantSplit/>
          <w:jc w:val="center"/>
        </w:trPr>
        <w:tc>
          <w:tcPr>
            <w:tcW w:w="793" w:type="dxa"/>
            <w:shd w:val="clear" w:color="auto" w:fill="FAFAFA"/>
            <w:tcMar>
              <w:top w:w="60" w:type="dxa"/>
              <w:left w:w="70" w:type="dxa"/>
              <w:bottom w:w="60" w:type="dxa"/>
              <w:right w:w="70" w:type="dxa"/>
            </w:tcMar>
            <w:vAlign w:val="center"/>
          </w:tcPr>
          <w:p w14:paraId="1E70E2E7" w14:textId="77777777" w:rsidR="004011CE" w:rsidRPr="002D650B" w:rsidRDefault="00000000">
            <w:pPr>
              <w:spacing w:after="0" w:line="240" w:lineRule="auto"/>
              <w:jc w:val="center"/>
              <w:rPr>
                <w:noProof/>
                <w:lang w:val="ro-RO"/>
              </w:rPr>
            </w:pPr>
            <w:r w:rsidRPr="002D650B">
              <w:rPr>
                <w:rFonts w:eastAsia="Arial"/>
                <w:b/>
                <w:noProof/>
                <w:sz w:val="14"/>
                <w:lang w:val="ro-RO"/>
              </w:rPr>
              <w:t>M1.4</w:t>
            </w:r>
          </w:p>
        </w:tc>
        <w:tc>
          <w:tcPr>
            <w:tcW w:w="4081" w:type="dxa"/>
            <w:shd w:val="clear" w:color="auto" w:fill="FAFAFA"/>
            <w:tcMar>
              <w:top w:w="60" w:type="dxa"/>
              <w:left w:w="70" w:type="dxa"/>
              <w:bottom w:w="60" w:type="dxa"/>
              <w:right w:w="70" w:type="dxa"/>
            </w:tcMar>
            <w:vAlign w:val="center"/>
          </w:tcPr>
          <w:p w14:paraId="6BBD85B1" w14:textId="77777777" w:rsidR="004011CE" w:rsidRPr="002D650B" w:rsidRDefault="00000000">
            <w:pPr>
              <w:spacing w:after="0" w:line="240" w:lineRule="auto"/>
              <w:rPr>
                <w:noProof/>
                <w:lang w:val="ro-RO"/>
              </w:rPr>
            </w:pPr>
            <w:r w:rsidRPr="002D650B">
              <w:rPr>
                <w:rFonts w:eastAsia="Arial"/>
                <w:noProof/>
                <w:sz w:val="14"/>
                <w:lang w:val="ro-RO"/>
              </w:rPr>
              <w:t>Software-ul utilizat în sistem este validat înainte de utilizare și după schimbări, proporțional cu riscul.</w:t>
            </w:r>
          </w:p>
        </w:tc>
        <w:tc>
          <w:tcPr>
            <w:tcW w:w="5159" w:type="dxa"/>
            <w:shd w:val="clear" w:color="auto" w:fill="FAFAFA"/>
            <w:tcMar>
              <w:top w:w="60" w:type="dxa"/>
              <w:left w:w="70" w:type="dxa"/>
              <w:bottom w:w="60" w:type="dxa"/>
              <w:right w:w="70" w:type="dxa"/>
            </w:tcMar>
            <w:vAlign w:val="center"/>
          </w:tcPr>
          <w:p w14:paraId="60BEC5F8" w14:textId="77777777" w:rsidR="004011CE" w:rsidRPr="002D650B" w:rsidRDefault="00000000">
            <w:pPr>
              <w:spacing w:after="0" w:line="240" w:lineRule="auto"/>
              <w:rPr>
                <w:noProof/>
                <w:lang w:val="ro-RO"/>
              </w:rPr>
            </w:pPr>
            <w:r w:rsidRPr="002D650B">
              <w:rPr>
                <w:rFonts w:eastAsia="Arial"/>
                <w:noProof/>
                <w:sz w:val="14"/>
                <w:lang w:val="ro-RO"/>
              </w:rPr>
              <w:t>Plan, cerințe, teste, aprobări și înregistrări.</w:t>
            </w:r>
          </w:p>
        </w:tc>
        <w:tc>
          <w:tcPr>
            <w:tcW w:w="1417" w:type="dxa"/>
            <w:shd w:val="clear" w:color="auto" w:fill="FAFAFA"/>
            <w:tcMar>
              <w:top w:w="60" w:type="dxa"/>
              <w:left w:w="70" w:type="dxa"/>
              <w:bottom w:w="60" w:type="dxa"/>
              <w:right w:w="70" w:type="dxa"/>
            </w:tcMar>
            <w:vAlign w:val="center"/>
          </w:tcPr>
          <w:p w14:paraId="11BD9FE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2AB139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81C5390" w14:textId="77777777" w:rsidR="004011CE" w:rsidRPr="002D650B" w:rsidRDefault="004011CE">
            <w:pPr>
              <w:spacing w:after="0" w:line="240" w:lineRule="auto"/>
              <w:jc w:val="center"/>
              <w:rPr>
                <w:noProof/>
                <w:lang w:val="ro-RO"/>
              </w:rPr>
            </w:pPr>
          </w:p>
        </w:tc>
      </w:tr>
      <w:tr w:rsidR="004011CE" w:rsidRPr="002D650B" w14:paraId="1681D48B" w14:textId="77777777">
        <w:trPr>
          <w:cantSplit/>
          <w:jc w:val="center"/>
        </w:trPr>
        <w:tc>
          <w:tcPr>
            <w:tcW w:w="793" w:type="dxa"/>
            <w:tcMar>
              <w:top w:w="60" w:type="dxa"/>
              <w:left w:w="70" w:type="dxa"/>
              <w:bottom w:w="60" w:type="dxa"/>
              <w:right w:w="70" w:type="dxa"/>
            </w:tcMar>
            <w:vAlign w:val="center"/>
          </w:tcPr>
          <w:p w14:paraId="2821E2B2" w14:textId="77777777" w:rsidR="004011CE" w:rsidRPr="002D650B" w:rsidRDefault="00000000">
            <w:pPr>
              <w:spacing w:after="0" w:line="240" w:lineRule="auto"/>
              <w:jc w:val="center"/>
              <w:rPr>
                <w:noProof/>
                <w:lang w:val="ro-RO"/>
              </w:rPr>
            </w:pPr>
            <w:r w:rsidRPr="002D650B">
              <w:rPr>
                <w:rFonts w:eastAsia="Arial"/>
                <w:b/>
                <w:noProof/>
                <w:sz w:val="14"/>
                <w:lang w:val="ro-RO"/>
              </w:rPr>
              <w:t>M1.5</w:t>
            </w:r>
          </w:p>
        </w:tc>
        <w:tc>
          <w:tcPr>
            <w:tcW w:w="4081" w:type="dxa"/>
            <w:tcMar>
              <w:top w:w="60" w:type="dxa"/>
              <w:left w:w="70" w:type="dxa"/>
              <w:bottom w:w="60" w:type="dxa"/>
              <w:right w:w="70" w:type="dxa"/>
            </w:tcMar>
            <w:vAlign w:val="center"/>
          </w:tcPr>
          <w:p w14:paraId="3702829C" w14:textId="77777777" w:rsidR="004011CE" w:rsidRPr="002D650B" w:rsidRDefault="00000000">
            <w:pPr>
              <w:spacing w:after="0" w:line="240" w:lineRule="auto"/>
              <w:rPr>
                <w:noProof/>
                <w:lang w:val="ro-RO"/>
              </w:rPr>
            </w:pPr>
            <w:r w:rsidRPr="002D650B">
              <w:rPr>
                <w:rFonts w:eastAsia="Arial"/>
                <w:noProof/>
                <w:sz w:val="14"/>
                <w:lang w:val="ro-RO"/>
              </w:rPr>
              <w:t>Este menținută documentația cerută de standard și reglementările aplicabile.</w:t>
            </w:r>
          </w:p>
        </w:tc>
        <w:tc>
          <w:tcPr>
            <w:tcW w:w="5159" w:type="dxa"/>
            <w:tcMar>
              <w:top w:w="60" w:type="dxa"/>
              <w:left w:w="70" w:type="dxa"/>
              <w:bottom w:w="60" w:type="dxa"/>
              <w:right w:w="70" w:type="dxa"/>
            </w:tcMar>
            <w:vAlign w:val="center"/>
          </w:tcPr>
          <w:p w14:paraId="76595A22" w14:textId="77777777" w:rsidR="004011CE" w:rsidRPr="002D650B" w:rsidRDefault="00000000">
            <w:pPr>
              <w:spacing w:after="0" w:line="240" w:lineRule="auto"/>
              <w:rPr>
                <w:noProof/>
                <w:lang w:val="ro-RO"/>
              </w:rPr>
            </w:pPr>
            <w:r w:rsidRPr="002D650B">
              <w:rPr>
                <w:rFonts w:eastAsia="Arial"/>
                <w:noProof/>
                <w:sz w:val="14"/>
                <w:lang w:val="ro-RO"/>
              </w:rPr>
              <w:t>Politică, obiective, manual, proceduri, documente și înregistrări.</w:t>
            </w:r>
          </w:p>
        </w:tc>
        <w:tc>
          <w:tcPr>
            <w:tcW w:w="1417" w:type="dxa"/>
            <w:tcMar>
              <w:top w:w="60" w:type="dxa"/>
              <w:left w:w="70" w:type="dxa"/>
              <w:bottom w:w="60" w:type="dxa"/>
              <w:right w:w="70" w:type="dxa"/>
            </w:tcMar>
            <w:vAlign w:val="center"/>
          </w:tcPr>
          <w:p w14:paraId="5CE3C4C8"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901255E"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C035287" w14:textId="77777777" w:rsidR="004011CE" w:rsidRPr="002D650B" w:rsidRDefault="004011CE">
            <w:pPr>
              <w:spacing w:after="0" w:line="240" w:lineRule="auto"/>
              <w:jc w:val="center"/>
              <w:rPr>
                <w:noProof/>
                <w:lang w:val="ro-RO"/>
              </w:rPr>
            </w:pPr>
          </w:p>
        </w:tc>
      </w:tr>
      <w:tr w:rsidR="004011CE" w:rsidRPr="002D650B" w14:paraId="72EBFCA1" w14:textId="77777777">
        <w:trPr>
          <w:cantSplit/>
          <w:jc w:val="center"/>
        </w:trPr>
        <w:tc>
          <w:tcPr>
            <w:tcW w:w="793" w:type="dxa"/>
            <w:shd w:val="clear" w:color="auto" w:fill="FAFAFA"/>
            <w:tcMar>
              <w:top w:w="60" w:type="dxa"/>
              <w:left w:w="70" w:type="dxa"/>
              <w:bottom w:w="60" w:type="dxa"/>
              <w:right w:w="70" w:type="dxa"/>
            </w:tcMar>
            <w:vAlign w:val="center"/>
          </w:tcPr>
          <w:p w14:paraId="0DC3A7A0" w14:textId="77777777" w:rsidR="004011CE" w:rsidRPr="002D650B" w:rsidRDefault="00000000">
            <w:pPr>
              <w:spacing w:after="0" w:line="240" w:lineRule="auto"/>
              <w:jc w:val="center"/>
              <w:rPr>
                <w:noProof/>
                <w:lang w:val="ro-RO"/>
              </w:rPr>
            </w:pPr>
            <w:r w:rsidRPr="002D650B">
              <w:rPr>
                <w:rFonts w:eastAsia="Arial"/>
                <w:b/>
                <w:noProof/>
                <w:sz w:val="14"/>
                <w:lang w:val="ro-RO"/>
              </w:rPr>
              <w:t>M1.6</w:t>
            </w:r>
          </w:p>
        </w:tc>
        <w:tc>
          <w:tcPr>
            <w:tcW w:w="4081" w:type="dxa"/>
            <w:shd w:val="clear" w:color="auto" w:fill="FAFAFA"/>
            <w:tcMar>
              <w:top w:w="60" w:type="dxa"/>
              <w:left w:w="70" w:type="dxa"/>
              <w:bottom w:w="60" w:type="dxa"/>
              <w:right w:w="70" w:type="dxa"/>
            </w:tcMar>
            <w:vAlign w:val="center"/>
          </w:tcPr>
          <w:p w14:paraId="26025169" w14:textId="77777777" w:rsidR="004011CE" w:rsidRPr="002D650B" w:rsidRDefault="00000000">
            <w:pPr>
              <w:spacing w:after="0" w:line="240" w:lineRule="auto"/>
              <w:rPr>
                <w:noProof/>
                <w:lang w:val="ro-RO"/>
              </w:rPr>
            </w:pPr>
            <w:r w:rsidRPr="002D650B">
              <w:rPr>
                <w:rFonts w:eastAsia="Arial"/>
                <w:noProof/>
                <w:sz w:val="14"/>
                <w:lang w:val="ro-RO"/>
              </w:rPr>
              <w:t>Manualul calității descrie domeniul, justificările neaplicabilității și procesele sistemului.</w:t>
            </w:r>
          </w:p>
        </w:tc>
        <w:tc>
          <w:tcPr>
            <w:tcW w:w="5159" w:type="dxa"/>
            <w:shd w:val="clear" w:color="auto" w:fill="FAFAFA"/>
            <w:tcMar>
              <w:top w:w="60" w:type="dxa"/>
              <w:left w:w="70" w:type="dxa"/>
              <w:bottom w:w="60" w:type="dxa"/>
              <w:right w:w="70" w:type="dxa"/>
            </w:tcMar>
            <w:vAlign w:val="center"/>
          </w:tcPr>
          <w:p w14:paraId="41F9EA08" w14:textId="77777777" w:rsidR="004011CE" w:rsidRPr="002D650B" w:rsidRDefault="00000000">
            <w:pPr>
              <w:spacing w:after="0" w:line="240" w:lineRule="auto"/>
              <w:rPr>
                <w:noProof/>
                <w:lang w:val="ro-RO"/>
              </w:rPr>
            </w:pPr>
            <w:r w:rsidRPr="002D650B">
              <w:rPr>
                <w:rFonts w:eastAsia="Arial"/>
                <w:noProof/>
                <w:sz w:val="14"/>
                <w:lang w:val="ro-RO"/>
              </w:rPr>
              <w:t>Domeniu, interacțiuni și referințe la proceduri.</w:t>
            </w:r>
          </w:p>
        </w:tc>
        <w:tc>
          <w:tcPr>
            <w:tcW w:w="1417" w:type="dxa"/>
            <w:shd w:val="clear" w:color="auto" w:fill="FAFAFA"/>
            <w:tcMar>
              <w:top w:w="60" w:type="dxa"/>
              <w:left w:w="70" w:type="dxa"/>
              <w:bottom w:w="60" w:type="dxa"/>
              <w:right w:w="70" w:type="dxa"/>
            </w:tcMar>
            <w:vAlign w:val="center"/>
          </w:tcPr>
          <w:p w14:paraId="2B941A4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BC13324"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D3D700" w14:textId="77777777" w:rsidR="004011CE" w:rsidRPr="002D650B" w:rsidRDefault="004011CE">
            <w:pPr>
              <w:spacing w:after="0" w:line="240" w:lineRule="auto"/>
              <w:jc w:val="center"/>
              <w:rPr>
                <w:noProof/>
                <w:lang w:val="ro-RO"/>
              </w:rPr>
            </w:pPr>
          </w:p>
        </w:tc>
      </w:tr>
      <w:tr w:rsidR="004011CE" w:rsidRPr="002D650B" w14:paraId="3ACB7F96" w14:textId="77777777">
        <w:trPr>
          <w:cantSplit/>
          <w:jc w:val="center"/>
        </w:trPr>
        <w:tc>
          <w:tcPr>
            <w:tcW w:w="793" w:type="dxa"/>
            <w:tcMar>
              <w:top w:w="60" w:type="dxa"/>
              <w:left w:w="70" w:type="dxa"/>
              <w:bottom w:w="60" w:type="dxa"/>
              <w:right w:w="70" w:type="dxa"/>
            </w:tcMar>
            <w:vAlign w:val="center"/>
          </w:tcPr>
          <w:p w14:paraId="6247A067" w14:textId="77777777" w:rsidR="004011CE" w:rsidRPr="002D650B" w:rsidRDefault="00000000">
            <w:pPr>
              <w:spacing w:after="0" w:line="240" w:lineRule="auto"/>
              <w:jc w:val="center"/>
              <w:rPr>
                <w:noProof/>
                <w:lang w:val="ro-RO"/>
              </w:rPr>
            </w:pPr>
            <w:r w:rsidRPr="002D650B">
              <w:rPr>
                <w:rFonts w:eastAsia="Arial"/>
                <w:b/>
                <w:noProof/>
                <w:sz w:val="14"/>
                <w:lang w:val="ro-RO"/>
              </w:rPr>
              <w:t>M1.7</w:t>
            </w:r>
          </w:p>
        </w:tc>
        <w:tc>
          <w:tcPr>
            <w:tcW w:w="4081" w:type="dxa"/>
            <w:tcMar>
              <w:top w:w="60" w:type="dxa"/>
              <w:left w:w="70" w:type="dxa"/>
              <w:bottom w:w="60" w:type="dxa"/>
              <w:right w:w="70" w:type="dxa"/>
            </w:tcMar>
            <w:vAlign w:val="center"/>
          </w:tcPr>
          <w:p w14:paraId="70E16941" w14:textId="77777777" w:rsidR="004011CE" w:rsidRPr="002D650B" w:rsidRDefault="00000000">
            <w:pPr>
              <w:spacing w:after="0" w:line="240" w:lineRule="auto"/>
              <w:rPr>
                <w:noProof/>
                <w:lang w:val="ro-RO"/>
              </w:rPr>
            </w:pPr>
            <w:r w:rsidRPr="002D650B">
              <w:rPr>
                <w:rFonts w:eastAsia="Arial"/>
                <w:noProof/>
                <w:sz w:val="14"/>
                <w:lang w:val="ro-RO"/>
              </w:rPr>
              <w:t>Neaplicabilitatea cerințelor din realizarea produsului este justificată prin rolul și reglementările aplicabile.</w:t>
            </w:r>
          </w:p>
        </w:tc>
        <w:tc>
          <w:tcPr>
            <w:tcW w:w="5159" w:type="dxa"/>
            <w:tcMar>
              <w:top w:w="60" w:type="dxa"/>
              <w:left w:w="70" w:type="dxa"/>
              <w:bottom w:w="60" w:type="dxa"/>
              <w:right w:w="70" w:type="dxa"/>
            </w:tcMar>
            <w:vAlign w:val="center"/>
          </w:tcPr>
          <w:p w14:paraId="128FDAA7" w14:textId="77777777" w:rsidR="004011CE" w:rsidRPr="002D650B" w:rsidRDefault="00000000">
            <w:pPr>
              <w:spacing w:after="0" w:line="240" w:lineRule="auto"/>
              <w:rPr>
                <w:noProof/>
                <w:lang w:val="ro-RO"/>
              </w:rPr>
            </w:pPr>
            <w:r w:rsidRPr="002D650B">
              <w:rPr>
                <w:rFonts w:eastAsia="Arial"/>
                <w:noProof/>
                <w:sz w:val="14"/>
                <w:lang w:val="ro-RO"/>
              </w:rPr>
              <w:t>Justificări documentate; cerințele care pot fi aplicate nu sunt excluse convenabil.</w:t>
            </w:r>
          </w:p>
        </w:tc>
        <w:tc>
          <w:tcPr>
            <w:tcW w:w="1417" w:type="dxa"/>
            <w:tcMar>
              <w:top w:w="60" w:type="dxa"/>
              <w:left w:w="70" w:type="dxa"/>
              <w:bottom w:w="60" w:type="dxa"/>
              <w:right w:w="70" w:type="dxa"/>
            </w:tcMar>
            <w:vAlign w:val="center"/>
          </w:tcPr>
          <w:p w14:paraId="33C3EBD8"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E3B99A1"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F819F5D" w14:textId="77777777" w:rsidR="004011CE" w:rsidRPr="002D650B" w:rsidRDefault="004011CE">
            <w:pPr>
              <w:spacing w:after="0" w:line="240" w:lineRule="auto"/>
              <w:jc w:val="center"/>
              <w:rPr>
                <w:noProof/>
                <w:lang w:val="ro-RO"/>
              </w:rPr>
            </w:pPr>
          </w:p>
        </w:tc>
      </w:tr>
      <w:tr w:rsidR="004011CE" w:rsidRPr="002D650B" w14:paraId="68608DE9" w14:textId="77777777">
        <w:trPr>
          <w:cantSplit/>
          <w:jc w:val="center"/>
        </w:trPr>
        <w:tc>
          <w:tcPr>
            <w:tcW w:w="793" w:type="dxa"/>
            <w:shd w:val="clear" w:color="auto" w:fill="FAFAFA"/>
            <w:tcMar>
              <w:top w:w="60" w:type="dxa"/>
              <w:left w:w="70" w:type="dxa"/>
              <w:bottom w:w="60" w:type="dxa"/>
              <w:right w:w="70" w:type="dxa"/>
            </w:tcMar>
            <w:vAlign w:val="center"/>
          </w:tcPr>
          <w:p w14:paraId="2BEA7E4D" w14:textId="77777777" w:rsidR="004011CE" w:rsidRPr="002D650B" w:rsidRDefault="00000000">
            <w:pPr>
              <w:spacing w:after="0" w:line="240" w:lineRule="auto"/>
              <w:jc w:val="center"/>
              <w:rPr>
                <w:noProof/>
                <w:lang w:val="ro-RO"/>
              </w:rPr>
            </w:pPr>
            <w:r w:rsidRPr="002D650B">
              <w:rPr>
                <w:rFonts w:eastAsia="Arial"/>
                <w:b/>
                <w:noProof/>
                <w:sz w:val="14"/>
                <w:lang w:val="ro-RO"/>
              </w:rPr>
              <w:t>M1.8</w:t>
            </w:r>
          </w:p>
        </w:tc>
        <w:tc>
          <w:tcPr>
            <w:tcW w:w="4081" w:type="dxa"/>
            <w:shd w:val="clear" w:color="auto" w:fill="FAFAFA"/>
            <w:tcMar>
              <w:top w:w="60" w:type="dxa"/>
              <w:left w:w="70" w:type="dxa"/>
              <w:bottom w:w="60" w:type="dxa"/>
              <w:right w:w="70" w:type="dxa"/>
            </w:tcMar>
            <w:vAlign w:val="center"/>
          </w:tcPr>
          <w:p w14:paraId="5DFC1D86" w14:textId="77777777" w:rsidR="004011CE" w:rsidRPr="002D650B" w:rsidRDefault="00000000">
            <w:pPr>
              <w:spacing w:after="0" w:line="240" w:lineRule="auto"/>
              <w:rPr>
                <w:noProof/>
                <w:lang w:val="ro-RO"/>
              </w:rPr>
            </w:pPr>
            <w:r w:rsidRPr="002D650B">
              <w:rPr>
                <w:rFonts w:eastAsia="Arial"/>
                <w:noProof/>
                <w:sz w:val="14"/>
                <w:lang w:val="ro-RO"/>
              </w:rPr>
              <w:t>Pentru fiecare tip/familie de dispozitiv există un dosar cu documentele necesare.</w:t>
            </w:r>
          </w:p>
        </w:tc>
        <w:tc>
          <w:tcPr>
            <w:tcW w:w="5159" w:type="dxa"/>
            <w:shd w:val="clear" w:color="auto" w:fill="FAFAFA"/>
            <w:tcMar>
              <w:top w:w="60" w:type="dxa"/>
              <w:left w:w="70" w:type="dxa"/>
              <w:bottom w:w="60" w:type="dxa"/>
              <w:right w:w="70" w:type="dxa"/>
            </w:tcMar>
            <w:vAlign w:val="center"/>
          </w:tcPr>
          <w:p w14:paraId="2C057772" w14:textId="77777777" w:rsidR="004011CE" w:rsidRPr="002D650B" w:rsidRDefault="00000000">
            <w:pPr>
              <w:spacing w:after="0" w:line="240" w:lineRule="auto"/>
              <w:rPr>
                <w:noProof/>
                <w:lang w:val="ro-RO"/>
              </w:rPr>
            </w:pPr>
            <w:r w:rsidRPr="002D650B">
              <w:rPr>
                <w:rFonts w:eastAsia="Arial"/>
                <w:noProof/>
                <w:sz w:val="14"/>
                <w:lang w:val="ro-RO"/>
              </w:rPr>
              <w:t>Specificații, procese, instalare, service și cerințe de măsurare.</w:t>
            </w:r>
          </w:p>
        </w:tc>
        <w:tc>
          <w:tcPr>
            <w:tcW w:w="1417" w:type="dxa"/>
            <w:shd w:val="clear" w:color="auto" w:fill="FAFAFA"/>
            <w:tcMar>
              <w:top w:w="60" w:type="dxa"/>
              <w:left w:w="70" w:type="dxa"/>
              <w:bottom w:w="60" w:type="dxa"/>
              <w:right w:w="70" w:type="dxa"/>
            </w:tcMar>
            <w:vAlign w:val="center"/>
          </w:tcPr>
          <w:p w14:paraId="68C41B1E"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6512B6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2FB28FF" w14:textId="77777777" w:rsidR="004011CE" w:rsidRPr="002D650B" w:rsidRDefault="004011CE">
            <w:pPr>
              <w:spacing w:after="0" w:line="240" w:lineRule="auto"/>
              <w:jc w:val="center"/>
              <w:rPr>
                <w:noProof/>
                <w:lang w:val="ro-RO"/>
              </w:rPr>
            </w:pPr>
          </w:p>
        </w:tc>
      </w:tr>
      <w:tr w:rsidR="004011CE" w:rsidRPr="002D650B" w14:paraId="66B913B0" w14:textId="77777777">
        <w:trPr>
          <w:cantSplit/>
          <w:jc w:val="center"/>
        </w:trPr>
        <w:tc>
          <w:tcPr>
            <w:tcW w:w="793" w:type="dxa"/>
            <w:tcMar>
              <w:top w:w="60" w:type="dxa"/>
              <w:left w:w="70" w:type="dxa"/>
              <w:bottom w:w="60" w:type="dxa"/>
              <w:right w:w="70" w:type="dxa"/>
            </w:tcMar>
            <w:vAlign w:val="center"/>
          </w:tcPr>
          <w:p w14:paraId="5B31043A" w14:textId="77777777" w:rsidR="004011CE" w:rsidRPr="002D650B" w:rsidRDefault="00000000">
            <w:pPr>
              <w:spacing w:after="0" w:line="240" w:lineRule="auto"/>
              <w:jc w:val="center"/>
              <w:rPr>
                <w:noProof/>
                <w:lang w:val="ro-RO"/>
              </w:rPr>
            </w:pPr>
            <w:r w:rsidRPr="002D650B">
              <w:rPr>
                <w:rFonts w:eastAsia="Arial"/>
                <w:b/>
                <w:noProof/>
                <w:sz w:val="14"/>
                <w:lang w:val="ro-RO"/>
              </w:rPr>
              <w:t>M1.9</w:t>
            </w:r>
          </w:p>
        </w:tc>
        <w:tc>
          <w:tcPr>
            <w:tcW w:w="4081" w:type="dxa"/>
            <w:tcMar>
              <w:top w:w="60" w:type="dxa"/>
              <w:left w:w="70" w:type="dxa"/>
              <w:bottom w:w="60" w:type="dxa"/>
              <w:right w:w="70" w:type="dxa"/>
            </w:tcMar>
            <w:vAlign w:val="center"/>
          </w:tcPr>
          <w:p w14:paraId="027C0415" w14:textId="77777777" w:rsidR="004011CE" w:rsidRPr="002D650B" w:rsidRDefault="00000000">
            <w:pPr>
              <w:spacing w:after="0" w:line="240" w:lineRule="auto"/>
              <w:rPr>
                <w:noProof/>
                <w:lang w:val="ro-RO"/>
              </w:rPr>
            </w:pPr>
            <w:r w:rsidRPr="002D650B">
              <w:rPr>
                <w:rFonts w:eastAsia="Arial"/>
                <w:noProof/>
                <w:sz w:val="14"/>
                <w:lang w:val="ro-RO"/>
              </w:rPr>
              <w:t>Documentele sunt aprobate înainte de emitere și revizuite la schimbări.</w:t>
            </w:r>
          </w:p>
        </w:tc>
        <w:tc>
          <w:tcPr>
            <w:tcW w:w="5159" w:type="dxa"/>
            <w:tcMar>
              <w:top w:w="60" w:type="dxa"/>
              <w:left w:w="70" w:type="dxa"/>
              <w:bottom w:w="60" w:type="dxa"/>
              <w:right w:w="70" w:type="dxa"/>
            </w:tcMar>
            <w:vAlign w:val="center"/>
          </w:tcPr>
          <w:p w14:paraId="6AB55964" w14:textId="77777777" w:rsidR="004011CE" w:rsidRPr="002D650B" w:rsidRDefault="00000000">
            <w:pPr>
              <w:spacing w:after="0" w:line="240" w:lineRule="auto"/>
              <w:rPr>
                <w:noProof/>
                <w:lang w:val="ro-RO"/>
              </w:rPr>
            </w:pPr>
            <w:r w:rsidRPr="002D650B">
              <w:rPr>
                <w:rFonts w:eastAsia="Arial"/>
                <w:noProof/>
                <w:sz w:val="14"/>
                <w:lang w:val="ro-RO"/>
              </w:rPr>
              <w:t>Autor, verificator, aprobator, versiune și dată.</w:t>
            </w:r>
          </w:p>
        </w:tc>
        <w:tc>
          <w:tcPr>
            <w:tcW w:w="1417" w:type="dxa"/>
            <w:tcMar>
              <w:top w:w="60" w:type="dxa"/>
              <w:left w:w="70" w:type="dxa"/>
              <w:bottom w:w="60" w:type="dxa"/>
              <w:right w:w="70" w:type="dxa"/>
            </w:tcMar>
            <w:vAlign w:val="center"/>
          </w:tcPr>
          <w:p w14:paraId="4A334146"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B5BF325"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18BAEAF" w14:textId="77777777" w:rsidR="004011CE" w:rsidRPr="002D650B" w:rsidRDefault="004011CE">
            <w:pPr>
              <w:spacing w:after="0" w:line="240" w:lineRule="auto"/>
              <w:jc w:val="center"/>
              <w:rPr>
                <w:noProof/>
                <w:lang w:val="ro-RO"/>
              </w:rPr>
            </w:pPr>
          </w:p>
        </w:tc>
      </w:tr>
      <w:tr w:rsidR="004011CE" w:rsidRPr="002D650B" w14:paraId="2E0193EC" w14:textId="77777777">
        <w:trPr>
          <w:cantSplit/>
          <w:jc w:val="center"/>
        </w:trPr>
        <w:tc>
          <w:tcPr>
            <w:tcW w:w="793" w:type="dxa"/>
            <w:shd w:val="clear" w:color="auto" w:fill="FAFAFA"/>
            <w:tcMar>
              <w:top w:w="60" w:type="dxa"/>
              <w:left w:w="70" w:type="dxa"/>
              <w:bottom w:w="60" w:type="dxa"/>
              <w:right w:w="70" w:type="dxa"/>
            </w:tcMar>
            <w:vAlign w:val="center"/>
          </w:tcPr>
          <w:p w14:paraId="653535E8" w14:textId="77777777" w:rsidR="004011CE" w:rsidRPr="002D650B" w:rsidRDefault="00000000">
            <w:pPr>
              <w:spacing w:after="0" w:line="240" w:lineRule="auto"/>
              <w:jc w:val="center"/>
              <w:rPr>
                <w:noProof/>
                <w:lang w:val="ro-RO"/>
              </w:rPr>
            </w:pPr>
            <w:r w:rsidRPr="002D650B">
              <w:rPr>
                <w:rFonts w:eastAsia="Arial"/>
                <w:b/>
                <w:noProof/>
                <w:sz w:val="14"/>
                <w:lang w:val="ro-RO"/>
              </w:rPr>
              <w:t>M1.10</w:t>
            </w:r>
          </w:p>
        </w:tc>
        <w:tc>
          <w:tcPr>
            <w:tcW w:w="4081" w:type="dxa"/>
            <w:shd w:val="clear" w:color="auto" w:fill="FAFAFA"/>
            <w:tcMar>
              <w:top w:w="60" w:type="dxa"/>
              <w:left w:w="70" w:type="dxa"/>
              <w:bottom w:w="60" w:type="dxa"/>
              <w:right w:w="70" w:type="dxa"/>
            </w:tcMar>
            <w:vAlign w:val="center"/>
          </w:tcPr>
          <w:p w14:paraId="4561EAF5" w14:textId="77777777" w:rsidR="004011CE" w:rsidRPr="002D650B" w:rsidRDefault="00000000">
            <w:pPr>
              <w:spacing w:after="0" w:line="240" w:lineRule="auto"/>
              <w:rPr>
                <w:noProof/>
                <w:lang w:val="ro-RO"/>
              </w:rPr>
            </w:pPr>
            <w:r w:rsidRPr="002D650B">
              <w:rPr>
                <w:rFonts w:eastAsia="Arial"/>
                <w:noProof/>
                <w:sz w:val="14"/>
                <w:lang w:val="ro-RO"/>
              </w:rPr>
              <w:t>Modificările și starea reviziilor sunt identificate.</w:t>
            </w:r>
          </w:p>
        </w:tc>
        <w:tc>
          <w:tcPr>
            <w:tcW w:w="5159" w:type="dxa"/>
            <w:shd w:val="clear" w:color="auto" w:fill="FAFAFA"/>
            <w:tcMar>
              <w:top w:w="60" w:type="dxa"/>
              <w:left w:w="70" w:type="dxa"/>
              <w:bottom w:w="60" w:type="dxa"/>
              <w:right w:w="70" w:type="dxa"/>
            </w:tcMar>
            <w:vAlign w:val="center"/>
          </w:tcPr>
          <w:p w14:paraId="587FA580" w14:textId="77777777" w:rsidR="004011CE" w:rsidRPr="002D650B" w:rsidRDefault="00000000">
            <w:pPr>
              <w:spacing w:after="0" w:line="240" w:lineRule="auto"/>
              <w:rPr>
                <w:noProof/>
                <w:lang w:val="ro-RO"/>
              </w:rPr>
            </w:pPr>
            <w:r w:rsidRPr="002D650B">
              <w:rPr>
                <w:rFonts w:eastAsia="Arial"/>
                <w:noProof/>
                <w:sz w:val="14"/>
                <w:lang w:val="ro-RO"/>
              </w:rPr>
              <w:t>Istoric, motiv, impact și implementare.</w:t>
            </w:r>
          </w:p>
        </w:tc>
        <w:tc>
          <w:tcPr>
            <w:tcW w:w="1417" w:type="dxa"/>
            <w:shd w:val="clear" w:color="auto" w:fill="FAFAFA"/>
            <w:tcMar>
              <w:top w:w="60" w:type="dxa"/>
              <w:left w:w="70" w:type="dxa"/>
              <w:bottom w:w="60" w:type="dxa"/>
              <w:right w:w="70" w:type="dxa"/>
            </w:tcMar>
            <w:vAlign w:val="center"/>
          </w:tcPr>
          <w:p w14:paraId="33FCF9F1"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0D4F3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8A5DC4F" w14:textId="77777777" w:rsidR="004011CE" w:rsidRPr="002D650B" w:rsidRDefault="004011CE">
            <w:pPr>
              <w:spacing w:after="0" w:line="240" w:lineRule="auto"/>
              <w:jc w:val="center"/>
              <w:rPr>
                <w:noProof/>
                <w:lang w:val="ro-RO"/>
              </w:rPr>
            </w:pPr>
          </w:p>
        </w:tc>
      </w:tr>
      <w:tr w:rsidR="004011CE" w:rsidRPr="002D650B" w14:paraId="480F28B8" w14:textId="77777777">
        <w:trPr>
          <w:cantSplit/>
          <w:jc w:val="center"/>
        </w:trPr>
        <w:tc>
          <w:tcPr>
            <w:tcW w:w="793" w:type="dxa"/>
            <w:tcMar>
              <w:top w:w="60" w:type="dxa"/>
              <w:left w:w="70" w:type="dxa"/>
              <w:bottom w:w="60" w:type="dxa"/>
              <w:right w:w="70" w:type="dxa"/>
            </w:tcMar>
            <w:vAlign w:val="center"/>
          </w:tcPr>
          <w:p w14:paraId="0D949AAE" w14:textId="77777777" w:rsidR="004011CE" w:rsidRPr="002D650B" w:rsidRDefault="00000000">
            <w:pPr>
              <w:spacing w:after="0" w:line="240" w:lineRule="auto"/>
              <w:jc w:val="center"/>
              <w:rPr>
                <w:noProof/>
                <w:lang w:val="ro-RO"/>
              </w:rPr>
            </w:pPr>
            <w:r w:rsidRPr="002D650B">
              <w:rPr>
                <w:rFonts w:eastAsia="Arial"/>
                <w:b/>
                <w:noProof/>
                <w:sz w:val="14"/>
                <w:lang w:val="ro-RO"/>
              </w:rPr>
              <w:t>M1.11</w:t>
            </w:r>
          </w:p>
        </w:tc>
        <w:tc>
          <w:tcPr>
            <w:tcW w:w="4081" w:type="dxa"/>
            <w:tcMar>
              <w:top w:w="60" w:type="dxa"/>
              <w:left w:w="70" w:type="dxa"/>
              <w:bottom w:w="60" w:type="dxa"/>
              <w:right w:w="70" w:type="dxa"/>
            </w:tcMar>
            <w:vAlign w:val="center"/>
          </w:tcPr>
          <w:p w14:paraId="18FEC5CD" w14:textId="77777777" w:rsidR="004011CE" w:rsidRPr="002D650B" w:rsidRDefault="00000000">
            <w:pPr>
              <w:spacing w:after="0" w:line="240" w:lineRule="auto"/>
              <w:rPr>
                <w:noProof/>
                <w:lang w:val="ro-RO"/>
              </w:rPr>
            </w:pPr>
            <w:r w:rsidRPr="002D650B">
              <w:rPr>
                <w:rFonts w:eastAsia="Arial"/>
                <w:noProof/>
                <w:sz w:val="14"/>
                <w:lang w:val="ro-RO"/>
              </w:rPr>
              <w:t>Versiunile aplicabile sunt disponibile la punctele de utilizare și documentele depășite sunt prevenite.</w:t>
            </w:r>
          </w:p>
        </w:tc>
        <w:tc>
          <w:tcPr>
            <w:tcW w:w="5159" w:type="dxa"/>
            <w:tcMar>
              <w:top w:w="60" w:type="dxa"/>
              <w:left w:w="70" w:type="dxa"/>
              <w:bottom w:w="60" w:type="dxa"/>
              <w:right w:w="70" w:type="dxa"/>
            </w:tcMar>
            <w:vAlign w:val="center"/>
          </w:tcPr>
          <w:p w14:paraId="00F712FB" w14:textId="77777777" w:rsidR="004011CE" w:rsidRPr="002D650B" w:rsidRDefault="00000000">
            <w:pPr>
              <w:spacing w:after="0" w:line="240" w:lineRule="auto"/>
              <w:rPr>
                <w:noProof/>
                <w:lang w:val="ro-RO"/>
              </w:rPr>
            </w:pPr>
            <w:r w:rsidRPr="002D650B">
              <w:rPr>
                <w:rFonts w:eastAsia="Arial"/>
                <w:noProof/>
                <w:sz w:val="14"/>
                <w:lang w:val="ro-RO"/>
              </w:rPr>
              <w:t>Distribuție, acces și retragere.</w:t>
            </w:r>
          </w:p>
        </w:tc>
        <w:tc>
          <w:tcPr>
            <w:tcW w:w="1417" w:type="dxa"/>
            <w:tcMar>
              <w:top w:w="60" w:type="dxa"/>
              <w:left w:w="70" w:type="dxa"/>
              <w:bottom w:w="60" w:type="dxa"/>
              <w:right w:w="70" w:type="dxa"/>
            </w:tcMar>
            <w:vAlign w:val="center"/>
          </w:tcPr>
          <w:p w14:paraId="219FE1EE"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DAB2A87"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A8B2B75" w14:textId="77777777" w:rsidR="004011CE" w:rsidRPr="002D650B" w:rsidRDefault="004011CE">
            <w:pPr>
              <w:spacing w:after="0" w:line="240" w:lineRule="auto"/>
              <w:jc w:val="center"/>
              <w:rPr>
                <w:noProof/>
                <w:lang w:val="ro-RO"/>
              </w:rPr>
            </w:pPr>
          </w:p>
        </w:tc>
      </w:tr>
      <w:tr w:rsidR="004011CE" w:rsidRPr="002D650B" w14:paraId="35E4E8D2" w14:textId="77777777">
        <w:trPr>
          <w:cantSplit/>
          <w:jc w:val="center"/>
        </w:trPr>
        <w:tc>
          <w:tcPr>
            <w:tcW w:w="793" w:type="dxa"/>
            <w:shd w:val="clear" w:color="auto" w:fill="FAFAFA"/>
            <w:tcMar>
              <w:top w:w="60" w:type="dxa"/>
              <w:left w:w="70" w:type="dxa"/>
              <w:bottom w:w="60" w:type="dxa"/>
              <w:right w:w="70" w:type="dxa"/>
            </w:tcMar>
            <w:vAlign w:val="center"/>
          </w:tcPr>
          <w:p w14:paraId="0899EACC" w14:textId="77777777" w:rsidR="004011CE" w:rsidRPr="002D650B" w:rsidRDefault="00000000">
            <w:pPr>
              <w:spacing w:after="0" w:line="240" w:lineRule="auto"/>
              <w:jc w:val="center"/>
              <w:rPr>
                <w:noProof/>
                <w:lang w:val="ro-RO"/>
              </w:rPr>
            </w:pPr>
            <w:r w:rsidRPr="002D650B">
              <w:rPr>
                <w:rFonts w:eastAsia="Arial"/>
                <w:b/>
                <w:noProof/>
                <w:sz w:val="14"/>
                <w:lang w:val="ro-RO"/>
              </w:rPr>
              <w:t>M1.12</w:t>
            </w:r>
          </w:p>
        </w:tc>
        <w:tc>
          <w:tcPr>
            <w:tcW w:w="4081" w:type="dxa"/>
            <w:shd w:val="clear" w:color="auto" w:fill="FAFAFA"/>
            <w:tcMar>
              <w:top w:w="60" w:type="dxa"/>
              <w:left w:w="70" w:type="dxa"/>
              <w:bottom w:w="60" w:type="dxa"/>
              <w:right w:w="70" w:type="dxa"/>
            </w:tcMar>
            <w:vAlign w:val="center"/>
          </w:tcPr>
          <w:p w14:paraId="13D14052" w14:textId="77777777" w:rsidR="004011CE" w:rsidRPr="002D650B" w:rsidRDefault="00000000">
            <w:pPr>
              <w:spacing w:after="0" w:line="240" w:lineRule="auto"/>
              <w:rPr>
                <w:noProof/>
                <w:lang w:val="ro-RO"/>
              </w:rPr>
            </w:pPr>
            <w:r w:rsidRPr="002D650B">
              <w:rPr>
                <w:rFonts w:eastAsia="Arial"/>
                <w:noProof/>
                <w:sz w:val="14"/>
                <w:lang w:val="ro-RO"/>
              </w:rPr>
              <w:t>Documentele externe relevante sunt controlate.</w:t>
            </w:r>
          </w:p>
        </w:tc>
        <w:tc>
          <w:tcPr>
            <w:tcW w:w="5159" w:type="dxa"/>
            <w:shd w:val="clear" w:color="auto" w:fill="FAFAFA"/>
            <w:tcMar>
              <w:top w:w="60" w:type="dxa"/>
              <w:left w:w="70" w:type="dxa"/>
              <w:bottom w:w="60" w:type="dxa"/>
              <w:right w:w="70" w:type="dxa"/>
            </w:tcMar>
            <w:vAlign w:val="center"/>
          </w:tcPr>
          <w:p w14:paraId="5D9D43B5" w14:textId="77777777" w:rsidR="004011CE" w:rsidRPr="002D650B" w:rsidRDefault="00000000">
            <w:pPr>
              <w:spacing w:after="0" w:line="240" w:lineRule="auto"/>
              <w:rPr>
                <w:noProof/>
                <w:lang w:val="ro-RO"/>
              </w:rPr>
            </w:pPr>
            <w:r w:rsidRPr="002D650B">
              <w:rPr>
                <w:rFonts w:eastAsia="Arial"/>
                <w:noProof/>
                <w:sz w:val="14"/>
                <w:lang w:val="ro-RO"/>
              </w:rPr>
              <w:t>Reglementări, standarde, specificații și instrucțiuni.</w:t>
            </w:r>
          </w:p>
        </w:tc>
        <w:tc>
          <w:tcPr>
            <w:tcW w:w="1417" w:type="dxa"/>
            <w:shd w:val="clear" w:color="auto" w:fill="FAFAFA"/>
            <w:tcMar>
              <w:top w:w="60" w:type="dxa"/>
              <w:left w:w="70" w:type="dxa"/>
              <w:bottom w:w="60" w:type="dxa"/>
              <w:right w:w="70" w:type="dxa"/>
            </w:tcMar>
            <w:vAlign w:val="center"/>
          </w:tcPr>
          <w:p w14:paraId="753B604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1E86DD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CCB7F71" w14:textId="77777777" w:rsidR="004011CE" w:rsidRPr="002D650B" w:rsidRDefault="004011CE">
            <w:pPr>
              <w:spacing w:after="0" w:line="240" w:lineRule="auto"/>
              <w:jc w:val="center"/>
              <w:rPr>
                <w:noProof/>
                <w:lang w:val="ro-RO"/>
              </w:rPr>
            </w:pPr>
          </w:p>
        </w:tc>
      </w:tr>
      <w:tr w:rsidR="004011CE" w:rsidRPr="002D650B" w14:paraId="7B8100E6" w14:textId="77777777">
        <w:trPr>
          <w:cantSplit/>
          <w:jc w:val="center"/>
        </w:trPr>
        <w:tc>
          <w:tcPr>
            <w:tcW w:w="793" w:type="dxa"/>
            <w:tcMar>
              <w:top w:w="60" w:type="dxa"/>
              <w:left w:w="70" w:type="dxa"/>
              <w:bottom w:w="60" w:type="dxa"/>
              <w:right w:w="70" w:type="dxa"/>
            </w:tcMar>
            <w:vAlign w:val="center"/>
          </w:tcPr>
          <w:p w14:paraId="29C497CF" w14:textId="77777777" w:rsidR="004011CE" w:rsidRPr="002D650B" w:rsidRDefault="00000000">
            <w:pPr>
              <w:spacing w:after="0" w:line="240" w:lineRule="auto"/>
              <w:jc w:val="center"/>
              <w:rPr>
                <w:noProof/>
                <w:lang w:val="ro-RO"/>
              </w:rPr>
            </w:pPr>
            <w:r w:rsidRPr="002D650B">
              <w:rPr>
                <w:rFonts w:eastAsia="Arial"/>
                <w:b/>
                <w:noProof/>
                <w:sz w:val="14"/>
                <w:lang w:val="ro-RO"/>
              </w:rPr>
              <w:t>M1.13</w:t>
            </w:r>
          </w:p>
        </w:tc>
        <w:tc>
          <w:tcPr>
            <w:tcW w:w="4081" w:type="dxa"/>
            <w:tcMar>
              <w:top w:w="60" w:type="dxa"/>
              <w:left w:w="70" w:type="dxa"/>
              <w:bottom w:w="60" w:type="dxa"/>
              <w:right w:w="70" w:type="dxa"/>
            </w:tcMar>
            <w:vAlign w:val="center"/>
          </w:tcPr>
          <w:p w14:paraId="760099AB" w14:textId="77777777" w:rsidR="004011CE" w:rsidRPr="002D650B" w:rsidRDefault="00000000">
            <w:pPr>
              <w:spacing w:after="0" w:line="240" w:lineRule="auto"/>
              <w:rPr>
                <w:noProof/>
                <w:lang w:val="ro-RO"/>
              </w:rPr>
            </w:pPr>
            <w:r w:rsidRPr="002D650B">
              <w:rPr>
                <w:rFonts w:eastAsia="Arial"/>
                <w:noProof/>
                <w:sz w:val="14"/>
                <w:lang w:val="ro-RO"/>
              </w:rPr>
              <w:t>Înregistrările sunt identificabile, lizibile, protejate și recuperabile.</w:t>
            </w:r>
          </w:p>
        </w:tc>
        <w:tc>
          <w:tcPr>
            <w:tcW w:w="5159" w:type="dxa"/>
            <w:tcMar>
              <w:top w:w="60" w:type="dxa"/>
              <w:left w:w="70" w:type="dxa"/>
              <w:bottom w:w="60" w:type="dxa"/>
              <w:right w:w="70" w:type="dxa"/>
            </w:tcMar>
            <w:vAlign w:val="center"/>
          </w:tcPr>
          <w:p w14:paraId="10141B2D" w14:textId="77777777" w:rsidR="004011CE" w:rsidRPr="002D650B" w:rsidRDefault="00000000">
            <w:pPr>
              <w:spacing w:after="0" w:line="240" w:lineRule="auto"/>
              <w:rPr>
                <w:noProof/>
                <w:lang w:val="ro-RO"/>
              </w:rPr>
            </w:pPr>
            <w:r w:rsidRPr="002D650B">
              <w:rPr>
                <w:rFonts w:eastAsia="Arial"/>
                <w:noProof/>
                <w:sz w:val="14"/>
                <w:lang w:val="ro-RO"/>
              </w:rPr>
              <w:t>Indexare, acces, backup, integritate și arhivare.</w:t>
            </w:r>
          </w:p>
        </w:tc>
        <w:tc>
          <w:tcPr>
            <w:tcW w:w="1417" w:type="dxa"/>
            <w:tcMar>
              <w:top w:w="60" w:type="dxa"/>
              <w:left w:w="70" w:type="dxa"/>
              <w:bottom w:w="60" w:type="dxa"/>
              <w:right w:w="70" w:type="dxa"/>
            </w:tcMar>
            <w:vAlign w:val="center"/>
          </w:tcPr>
          <w:p w14:paraId="6E63501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30515F0"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5279B64" w14:textId="77777777" w:rsidR="004011CE" w:rsidRPr="002D650B" w:rsidRDefault="004011CE">
            <w:pPr>
              <w:spacing w:after="0" w:line="240" w:lineRule="auto"/>
              <w:jc w:val="center"/>
              <w:rPr>
                <w:noProof/>
                <w:lang w:val="ro-RO"/>
              </w:rPr>
            </w:pPr>
          </w:p>
        </w:tc>
      </w:tr>
      <w:tr w:rsidR="004011CE" w:rsidRPr="002D650B" w14:paraId="75AA2CF7" w14:textId="77777777">
        <w:trPr>
          <w:cantSplit/>
          <w:jc w:val="center"/>
        </w:trPr>
        <w:tc>
          <w:tcPr>
            <w:tcW w:w="793" w:type="dxa"/>
            <w:shd w:val="clear" w:color="auto" w:fill="FAFAFA"/>
            <w:tcMar>
              <w:top w:w="60" w:type="dxa"/>
              <w:left w:w="70" w:type="dxa"/>
              <w:bottom w:w="60" w:type="dxa"/>
              <w:right w:w="70" w:type="dxa"/>
            </w:tcMar>
            <w:vAlign w:val="center"/>
          </w:tcPr>
          <w:p w14:paraId="1F0C72E4" w14:textId="77777777" w:rsidR="004011CE" w:rsidRPr="002D650B" w:rsidRDefault="00000000">
            <w:pPr>
              <w:spacing w:after="0" w:line="240" w:lineRule="auto"/>
              <w:jc w:val="center"/>
              <w:rPr>
                <w:noProof/>
                <w:lang w:val="ro-RO"/>
              </w:rPr>
            </w:pPr>
            <w:r w:rsidRPr="002D650B">
              <w:rPr>
                <w:rFonts w:eastAsia="Arial"/>
                <w:b/>
                <w:noProof/>
                <w:sz w:val="14"/>
                <w:lang w:val="ro-RO"/>
              </w:rPr>
              <w:t>M1.14</w:t>
            </w:r>
          </w:p>
        </w:tc>
        <w:tc>
          <w:tcPr>
            <w:tcW w:w="4081" w:type="dxa"/>
            <w:shd w:val="clear" w:color="auto" w:fill="FAFAFA"/>
            <w:tcMar>
              <w:top w:w="60" w:type="dxa"/>
              <w:left w:w="70" w:type="dxa"/>
              <w:bottom w:w="60" w:type="dxa"/>
              <w:right w:w="70" w:type="dxa"/>
            </w:tcMar>
            <w:vAlign w:val="center"/>
          </w:tcPr>
          <w:p w14:paraId="3BA047B4" w14:textId="77777777" w:rsidR="004011CE" w:rsidRPr="002D650B" w:rsidRDefault="00000000">
            <w:pPr>
              <w:spacing w:after="0" w:line="240" w:lineRule="auto"/>
              <w:rPr>
                <w:noProof/>
                <w:lang w:val="ro-RO"/>
              </w:rPr>
            </w:pPr>
            <w:r w:rsidRPr="002D650B">
              <w:rPr>
                <w:rFonts w:eastAsia="Arial"/>
                <w:noProof/>
                <w:sz w:val="14"/>
                <w:lang w:val="ro-RO"/>
              </w:rPr>
              <w:t>Termenele de păstrare respectă durata de viață și cerințele reglementare, cu minimumurile aplicabile.</w:t>
            </w:r>
          </w:p>
        </w:tc>
        <w:tc>
          <w:tcPr>
            <w:tcW w:w="5159" w:type="dxa"/>
            <w:shd w:val="clear" w:color="auto" w:fill="FAFAFA"/>
            <w:tcMar>
              <w:top w:w="60" w:type="dxa"/>
              <w:left w:w="70" w:type="dxa"/>
              <w:bottom w:w="60" w:type="dxa"/>
              <w:right w:w="70" w:type="dxa"/>
            </w:tcMar>
            <w:vAlign w:val="center"/>
          </w:tcPr>
          <w:p w14:paraId="0EEBAB0C" w14:textId="77777777" w:rsidR="004011CE" w:rsidRPr="002D650B" w:rsidRDefault="00000000">
            <w:pPr>
              <w:spacing w:after="0" w:line="240" w:lineRule="auto"/>
              <w:rPr>
                <w:noProof/>
                <w:lang w:val="ro-RO"/>
              </w:rPr>
            </w:pPr>
            <w:r w:rsidRPr="002D650B">
              <w:rPr>
                <w:rFonts w:eastAsia="Arial"/>
                <w:noProof/>
                <w:sz w:val="14"/>
                <w:lang w:val="ro-RO"/>
              </w:rPr>
              <w:t>Matrice de retenție și eliminare controlată.</w:t>
            </w:r>
          </w:p>
        </w:tc>
        <w:tc>
          <w:tcPr>
            <w:tcW w:w="1417" w:type="dxa"/>
            <w:shd w:val="clear" w:color="auto" w:fill="FAFAFA"/>
            <w:tcMar>
              <w:top w:w="60" w:type="dxa"/>
              <w:left w:w="70" w:type="dxa"/>
              <w:bottom w:w="60" w:type="dxa"/>
              <w:right w:w="70" w:type="dxa"/>
            </w:tcMar>
            <w:vAlign w:val="center"/>
          </w:tcPr>
          <w:p w14:paraId="020D98FF"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EB31380"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6FFFD6E" w14:textId="77777777" w:rsidR="004011CE" w:rsidRPr="002D650B" w:rsidRDefault="004011CE">
            <w:pPr>
              <w:spacing w:after="0" w:line="240" w:lineRule="auto"/>
              <w:jc w:val="center"/>
              <w:rPr>
                <w:noProof/>
                <w:lang w:val="ro-RO"/>
              </w:rPr>
            </w:pPr>
          </w:p>
        </w:tc>
      </w:tr>
      <w:tr w:rsidR="004011CE" w:rsidRPr="002D650B" w14:paraId="6B7F1D48" w14:textId="77777777">
        <w:trPr>
          <w:cantSplit/>
          <w:jc w:val="center"/>
        </w:trPr>
        <w:tc>
          <w:tcPr>
            <w:tcW w:w="793" w:type="dxa"/>
            <w:tcMar>
              <w:top w:w="60" w:type="dxa"/>
              <w:left w:w="70" w:type="dxa"/>
              <w:bottom w:w="60" w:type="dxa"/>
              <w:right w:w="70" w:type="dxa"/>
            </w:tcMar>
            <w:vAlign w:val="center"/>
          </w:tcPr>
          <w:p w14:paraId="1C8BEEED" w14:textId="77777777" w:rsidR="004011CE" w:rsidRPr="002D650B" w:rsidRDefault="00000000">
            <w:pPr>
              <w:spacing w:after="0" w:line="240" w:lineRule="auto"/>
              <w:jc w:val="center"/>
              <w:rPr>
                <w:noProof/>
                <w:lang w:val="ro-RO"/>
              </w:rPr>
            </w:pPr>
            <w:r w:rsidRPr="002D650B">
              <w:rPr>
                <w:rFonts w:eastAsia="Arial"/>
                <w:b/>
                <w:noProof/>
                <w:sz w:val="14"/>
                <w:lang w:val="ro-RO"/>
              </w:rPr>
              <w:t>M1.15</w:t>
            </w:r>
          </w:p>
        </w:tc>
        <w:tc>
          <w:tcPr>
            <w:tcW w:w="4081" w:type="dxa"/>
            <w:tcMar>
              <w:top w:w="60" w:type="dxa"/>
              <w:left w:w="70" w:type="dxa"/>
              <w:bottom w:w="60" w:type="dxa"/>
              <w:right w:w="70" w:type="dxa"/>
            </w:tcMar>
            <w:vAlign w:val="center"/>
          </w:tcPr>
          <w:p w14:paraId="3F59C2DA" w14:textId="77777777" w:rsidR="004011CE" w:rsidRPr="002D650B" w:rsidRDefault="00000000">
            <w:pPr>
              <w:spacing w:after="0" w:line="240" w:lineRule="auto"/>
              <w:rPr>
                <w:noProof/>
                <w:lang w:val="ro-RO"/>
              </w:rPr>
            </w:pPr>
            <w:r w:rsidRPr="002D650B">
              <w:rPr>
                <w:rFonts w:eastAsia="Arial"/>
                <w:noProof/>
                <w:sz w:val="14"/>
                <w:lang w:val="ro-RO"/>
              </w:rPr>
              <w:t>Datele confidențiale și informațiile de sănătate sunt protejate.</w:t>
            </w:r>
          </w:p>
        </w:tc>
        <w:tc>
          <w:tcPr>
            <w:tcW w:w="5159" w:type="dxa"/>
            <w:tcMar>
              <w:top w:w="60" w:type="dxa"/>
              <w:left w:w="70" w:type="dxa"/>
              <w:bottom w:w="60" w:type="dxa"/>
              <w:right w:w="70" w:type="dxa"/>
            </w:tcMar>
            <w:vAlign w:val="center"/>
          </w:tcPr>
          <w:p w14:paraId="71950D58" w14:textId="77777777" w:rsidR="004011CE" w:rsidRPr="002D650B" w:rsidRDefault="00000000">
            <w:pPr>
              <w:spacing w:after="0" w:line="240" w:lineRule="auto"/>
              <w:rPr>
                <w:noProof/>
                <w:lang w:val="ro-RO"/>
              </w:rPr>
            </w:pPr>
            <w:r w:rsidRPr="002D650B">
              <w:rPr>
                <w:rFonts w:eastAsia="Arial"/>
                <w:noProof/>
                <w:sz w:val="14"/>
                <w:lang w:val="ro-RO"/>
              </w:rPr>
              <w:t>Acces, partajare, retenție și eliminare.</w:t>
            </w:r>
          </w:p>
        </w:tc>
        <w:tc>
          <w:tcPr>
            <w:tcW w:w="1417" w:type="dxa"/>
            <w:tcMar>
              <w:top w:w="60" w:type="dxa"/>
              <w:left w:w="70" w:type="dxa"/>
              <w:bottom w:w="60" w:type="dxa"/>
              <w:right w:w="70" w:type="dxa"/>
            </w:tcMar>
            <w:vAlign w:val="center"/>
          </w:tcPr>
          <w:p w14:paraId="7E2DD53D"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F5A7122"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BB2F574" w14:textId="77777777" w:rsidR="004011CE" w:rsidRPr="002D650B" w:rsidRDefault="004011CE">
            <w:pPr>
              <w:spacing w:after="0" w:line="240" w:lineRule="auto"/>
              <w:jc w:val="center"/>
              <w:rPr>
                <w:noProof/>
                <w:lang w:val="ro-RO"/>
              </w:rPr>
            </w:pPr>
          </w:p>
        </w:tc>
      </w:tr>
      <w:tr w:rsidR="004011CE" w:rsidRPr="002D650B" w14:paraId="4F779552" w14:textId="77777777">
        <w:trPr>
          <w:cantSplit/>
          <w:jc w:val="center"/>
        </w:trPr>
        <w:tc>
          <w:tcPr>
            <w:tcW w:w="793" w:type="dxa"/>
            <w:shd w:val="clear" w:color="auto" w:fill="FAFAFA"/>
            <w:tcMar>
              <w:top w:w="60" w:type="dxa"/>
              <w:left w:w="70" w:type="dxa"/>
              <w:bottom w:w="60" w:type="dxa"/>
              <w:right w:w="70" w:type="dxa"/>
            </w:tcMar>
            <w:vAlign w:val="center"/>
          </w:tcPr>
          <w:p w14:paraId="06935190" w14:textId="77777777" w:rsidR="004011CE" w:rsidRPr="002D650B" w:rsidRDefault="00000000">
            <w:pPr>
              <w:spacing w:after="0" w:line="240" w:lineRule="auto"/>
              <w:jc w:val="center"/>
              <w:rPr>
                <w:noProof/>
                <w:lang w:val="ro-RO"/>
              </w:rPr>
            </w:pPr>
            <w:r w:rsidRPr="002D650B">
              <w:rPr>
                <w:rFonts w:eastAsia="Arial"/>
                <w:b/>
                <w:noProof/>
                <w:sz w:val="14"/>
                <w:lang w:val="ro-RO"/>
              </w:rPr>
              <w:t>M1.16</w:t>
            </w:r>
          </w:p>
        </w:tc>
        <w:tc>
          <w:tcPr>
            <w:tcW w:w="4081" w:type="dxa"/>
            <w:shd w:val="clear" w:color="auto" w:fill="FAFAFA"/>
            <w:tcMar>
              <w:top w:w="60" w:type="dxa"/>
              <w:left w:w="70" w:type="dxa"/>
              <w:bottom w:w="60" w:type="dxa"/>
              <w:right w:w="70" w:type="dxa"/>
            </w:tcMar>
            <w:vAlign w:val="center"/>
          </w:tcPr>
          <w:p w14:paraId="5CACC545" w14:textId="77777777" w:rsidR="004011CE" w:rsidRPr="002D650B" w:rsidRDefault="00000000">
            <w:pPr>
              <w:spacing w:after="0" w:line="240" w:lineRule="auto"/>
              <w:rPr>
                <w:noProof/>
                <w:lang w:val="ro-RO"/>
              </w:rPr>
            </w:pPr>
            <w:r w:rsidRPr="002D650B">
              <w:rPr>
                <w:rFonts w:eastAsia="Arial"/>
                <w:noProof/>
                <w:sz w:val="14"/>
                <w:lang w:val="ro-RO"/>
              </w:rPr>
              <w:t>Înregistrările permit trasabilitatea deciziilor și a eliberării produsului.</w:t>
            </w:r>
          </w:p>
        </w:tc>
        <w:tc>
          <w:tcPr>
            <w:tcW w:w="5159" w:type="dxa"/>
            <w:shd w:val="clear" w:color="auto" w:fill="FAFAFA"/>
            <w:tcMar>
              <w:top w:w="60" w:type="dxa"/>
              <w:left w:w="70" w:type="dxa"/>
              <w:bottom w:w="60" w:type="dxa"/>
              <w:right w:w="70" w:type="dxa"/>
            </w:tcMar>
            <w:vAlign w:val="center"/>
          </w:tcPr>
          <w:p w14:paraId="6B18DE9A" w14:textId="77777777" w:rsidR="004011CE" w:rsidRPr="002D650B" w:rsidRDefault="00000000">
            <w:pPr>
              <w:spacing w:after="0" w:line="240" w:lineRule="auto"/>
              <w:rPr>
                <w:noProof/>
                <w:lang w:val="ro-RO"/>
              </w:rPr>
            </w:pPr>
            <w:r w:rsidRPr="002D650B">
              <w:rPr>
                <w:rFonts w:eastAsia="Arial"/>
                <w:noProof/>
                <w:sz w:val="14"/>
                <w:lang w:val="ro-RO"/>
              </w:rPr>
              <w:t>Semnături, identificare, dată și legătura cu lotul/seria.</w:t>
            </w:r>
          </w:p>
        </w:tc>
        <w:tc>
          <w:tcPr>
            <w:tcW w:w="1417" w:type="dxa"/>
            <w:shd w:val="clear" w:color="auto" w:fill="FAFAFA"/>
            <w:tcMar>
              <w:top w:w="60" w:type="dxa"/>
              <w:left w:w="70" w:type="dxa"/>
              <w:bottom w:w="60" w:type="dxa"/>
              <w:right w:w="70" w:type="dxa"/>
            </w:tcMar>
            <w:vAlign w:val="center"/>
          </w:tcPr>
          <w:p w14:paraId="3420A16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2DD803A"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68D22A9" w14:textId="77777777" w:rsidR="004011CE" w:rsidRPr="002D650B" w:rsidRDefault="004011CE">
            <w:pPr>
              <w:spacing w:after="0" w:line="240" w:lineRule="auto"/>
              <w:jc w:val="center"/>
              <w:rPr>
                <w:noProof/>
                <w:lang w:val="ro-RO"/>
              </w:rPr>
            </w:pPr>
          </w:p>
        </w:tc>
      </w:tr>
    </w:tbl>
    <w:p w14:paraId="39A84228"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08355A0B" w14:textId="77777777">
        <w:trPr>
          <w:cantSplit/>
          <w:jc w:val="center"/>
        </w:trPr>
        <w:tc>
          <w:tcPr>
            <w:tcW w:w="1020" w:type="dxa"/>
            <w:shd w:val="clear" w:color="auto" w:fill="D71920"/>
            <w:tcMar>
              <w:top w:w="60" w:type="dxa"/>
              <w:left w:w="70" w:type="dxa"/>
              <w:bottom w:w="60" w:type="dxa"/>
              <w:right w:w="70" w:type="dxa"/>
            </w:tcMar>
            <w:vAlign w:val="center"/>
          </w:tcPr>
          <w:p w14:paraId="06FECA6F"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2</w:t>
            </w:r>
          </w:p>
        </w:tc>
        <w:tc>
          <w:tcPr>
            <w:tcW w:w="12585" w:type="dxa"/>
            <w:shd w:val="clear" w:color="auto" w:fill="F3F4F5"/>
          </w:tcPr>
          <w:p w14:paraId="77A8A5E4" w14:textId="77777777" w:rsidR="004011CE" w:rsidRPr="002D650B" w:rsidRDefault="00000000">
            <w:pPr>
              <w:spacing w:after="20"/>
              <w:rPr>
                <w:noProof/>
                <w:lang w:val="ro-RO"/>
              </w:rPr>
            </w:pPr>
            <w:r w:rsidRPr="002D650B">
              <w:rPr>
                <w:rFonts w:eastAsia="Arial"/>
                <w:b/>
                <w:noProof/>
                <w:sz w:val="27"/>
                <w:lang w:val="ro-RO"/>
              </w:rPr>
              <w:t>Responsabilitatea conducerii, politica, obiectivele și analiza sistemului</w:t>
            </w:r>
          </w:p>
          <w:p w14:paraId="1BF1040E" w14:textId="77777777" w:rsidR="004011CE" w:rsidRPr="002D650B" w:rsidRDefault="00000000">
            <w:pPr>
              <w:spacing w:after="0"/>
              <w:rPr>
                <w:noProof/>
                <w:lang w:val="ro-RO"/>
              </w:rPr>
            </w:pPr>
            <w:r w:rsidRPr="002D650B">
              <w:rPr>
                <w:rFonts w:eastAsia="Arial"/>
                <w:noProof/>
                <w:color w:val="666666"/>
                <w:sz w:val="16"/>
                <w:lang w:val="ro-RO"/>
              </w:rPr>
              <w:t>Referință: ISO 13485:2016, clauza 5  |  Obiectiv: asigurarea conducerii active și a orientării către cerințe de reglementare și client</w:t>
            </w:r>
          </w:p>
        </w:tc>
      </w:tr>
    </w:tbl>
    <w:p w14:paraId="01CBFA05"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2F3572F1" w14:textId="77777777">
        <w:trPr>
          <w:cantSplit/>
          <w:jc w:val="center"/>
        </w:trPr>
        <w:tc>
          <w:tcPr>
            <w:tcW w:w="566" w:type="dxa"/>
            <w:shd w:val="clear" w:color="auto" w:fill="D71920"/>
            <w:tcMar>
              <w:top w:w="60" w:type="dxa"/>
              <w:left w:w="70" w:type="dxa"/>
              <w:bottom w:w="60" w:type="dxa"/>
              <w:right w:w="70" w:type="dxa"/>
            </w:tcMar>
            <w:vAlign w:val="center"/>
          </w:tcPr>
          <w:p w14:paraId="094330C4"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71B2835A"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686614B6" w14:textId="77777777" w:rsidR="004011CE" w:rsidRPr="002D650B" w:rsidRDefault="00000000">
            <w:pPr>
              <w:spacing w:after="0" w:line="252" w:lineRule="auto"/>
              <w:rPr>
                <w:noProof/>
                <w:lang w:val="ro-RO"/>
              </w:rPr>
            </w:pPr>
            <w:r w:rsidRPr="002D650B">
              <w:rPr>
                <w:rFonts w:eastAsia="Arial"/>
                <w:noProof/>
                <w:sz w:val="16"/>
                <w:lang w:val="ro-RO"/>
              </w:rPr>
              <w:t>Analiza conducerii nu trebuie să fie o prezentare anuală formală. Frecvența și profunzimea trebuie să permită reacția la reclamații, semnale de siguranță, furnizori critici și schimbări reglementare.</w:t>
            </w:r>
          </w:p>
        </w:tc>
      </w:tr>
    </w:tbl>
    <w:p w14:paraId="308765D0"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2207F118" w14:textId="77777777">
        <w:trPr>
          <w:cantSplit/>
          <w:tblHeader/>
          <w:jc w:val="center"/>
        </w:trPr>
        <w:tc>
          <w:tcPr>
            <w:tcW w:w="793" w:type="dxa"/>
            <w:shd w:val="clear" w:color="auto" w:fill="D71920"/>
            <w:tcMar>
              <w:top w:w="60" w:type="dxa"/>
              <w:left w:w="70" w:type="dxa"/>
              <w:bottom w:w="60" w:type="dxa"/>
              <w:right w:w="70" w:type="dxa"/>
            </w:tcMar>
            <w:vAlign w:val="center"/>
          </w:tcPr>
          <w:p w14:paraId="5559A35E"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ADD3FF0"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4EABE84"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C9BB02E"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BC2D9EE"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D2F7E29"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13A0D768" w14:textId="77777777">
        <w:trPr>
          <w:cantSplit/>
          <w:jc w:val="center"/>
        </w:trPr>
        <w:tc>
          <w:tcPr>
            <w:tcW w:w="793" w:type="dxa"/>
            <w:tcMar>
              <w:top w:w="60" w:type="dxa"/>
              <w:left w:w="70" w:type="dxa"/>
              <w:bottom w:w="60" w:type="dxa"/>
              <w:right w:w="70" w:type="dxa"/>
            </w:tcMar>
            <w:vAlign w:val="center"/>
          </w:tcPr>
          <w:p w14:paraId="25B8E57C" w14:textId="77777777" w:rsidR="004011CE" w:rsidRPr="002D650B" w:rsidRDefault="00000000">
            <w:pPr>
              <w:spacing w:after="0" w:line="240" w:lineRule="auto"/>
              <w:jc w:val="center"/>
              <w:rPr>
                <w:noProof/>
                <w:lang w:val="ro-RO"/>
              </w:rPr>
            </w:pPr>
            <w:r w:rsidRPr="002D650B">
              <w:rPr>
                <w:rFonts w:eastAsia="Arial"/>
                <w:b/>
                <w:noProof/>
                <w:sz w:val="14"/>
                <w:lang w:val="ro-RO"/>
              </w:rPr>
              <w:t>M2.1</w:t>
            </w:r>
          </w:p>
        </w:tc>
        <w:tc>
          <w:tcPr>
            <w:tcW w:w="4081" w:type="dxa"/>
            <w:tcMar>
              <w:top w:w="60" w:type="dxa"/>
              <w:left w:w="70" w:type="dxa"/>
              <w:bottom w:w="60" w:type="dxa"/>
              <w:right w:w="70" w:type="dxa"/>
            </w:tcMar>
            <w:vAlign w:val="center"/>
          </w:tcPr>
          <w:p w14:paraId="41488FA0" w14:textId="77777777" w:rsidR="004011CE" w:rsidRPr="002D650B" w:rsidRDefault="00000000">
            <w:pPr>
              <w:spacing w:after="0" w:line="240" w:lineRule="auto"/>
              <w:rPr>
                <w:noProof/>
                <w:lang w:val="ro-RO"/>
              </w:rPr>
            </w:pPr>
            <w:r w:rsidRPr="002D650B">
              <w:rPr>
                <w:rFonts w:eastAsia="Arial"/>
                <w:noProof/>
                <w:sz w:val="14"/>
                <w:lang w:val="ro-RO"/>
              </w:rPr>
              <w:t>Conducerea demonstrează angajamentul pentru dezvoltarea și menținerea eficacității sistemului.</w:t>
            </w:r>
          </w:p>
        </w:tc>
        <w:tc>
          <w:tcPr>
            <w:tcW w:w="5159" w:type="dxa"/>
            <w:tcMar>
              <w:top w:w="60" w:type="dxa"/>
              <w:left w:w="70" w:type="dxa"/>
              <w:bottom w:w="60" w:type="dxa"/>
              <w:right w:w="70" w:type="dxa"/>
            </w:tcMar>
            <w:vAlign w:val="center"/>
          </w:tcPr>
          <w:p w14:paraId="17BAD534" w14:textId="77777777" w:rsidR="004011CE" w:rsidRPr="002D650B" w:rsidRDefault="00000000">
            <w:pPr>
              <w:spacing w:after="0" w:line="240" w:lineRule="auto"/>
              <w:rPr>
                <w:noProof/>
                <w:lang w:val="ro-RO"/>
              </w:rPr>
            </w:pPr>
            <w:r w:rsidRPr="002D650B">
              <w:rPr>
                <w:rFonts w:eastAsia="Arial"/>
                <w:noProof/>
                <w:sz w:val="14"/>
                <w:lang w:val="ro-RO"/>
              </w:rPr>
              <w:t>Decizii, resurse, comunicări și urmărirea performanței.</w:t>
            </w:r>
          </w:p>
        </w:tc>
        <w:tc>
          <w:tcPr>
            <w:tcW w:w="1417" w:type="dxa"/>
            <w:tcMar>
              <w:top w:w="60" w:type="dxa"/>
              <w:left w:w="70" w:type="dxa"/>
              <w:bottom w:w="60" w:type="dxa"/>
              <w:right w:w="70" w:type="dxa"/>
            </w:tcMar>
            <w:vAlign w:val="center"/>
          </w:tcPr>
          <w:p w14:paraId="7591EAD4"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9EAB708"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C7C9D07" w14:textId="77777777" w:rsidR="004011CE" w:rsidRPr="002D650B" w:rsidRDefault="004011CE">
            <w:pPr>
              <w:spacing w:after="0" w:line="240" w:lineRule="auto"/>
              <w:jc w:val="center"/>
              <w:rPr>
                <w:noProof/>
                <w:lang w:val="ro-RO"/>
              </w:rPr>
            </w:pPr>
          </w:p>
        </w:tc>
      </w:tr>
      <w:tr w:rsidR="004011CE" w:rsidRPr="002D650B" w14:paraId="2F70A6CB" w14:textId="77777777">
        <w:trPr>
          <w:cantSplit/>
          <w:jc w:val="center"/>
        </w:trPr>
        <w:tc>
          <w:tcPr>
            <w:tcW w:w="793" w:type="dxa"/>
            <w:shd w:val="clear" w:color="auto" w:fill="FAFAFA"/>
            <w:tcMar>
              <w:top w:w="60" w:type="dxa"/>
              <w:left w:w="70" w:type="dxa"/>
              <w:bottom w:w="60" w:type="dxa"/>
              <w:right w:w="70" w:type="dxa"/>
            </w:tcMar>
            <w:vAlign w:val="center"/>
          </w:tcPr>
          <w:p w14:paraId="1C747DA9" w14:textId="77777777" w:rsidR="004011CE" w:rsidRPr="002D650B" w:rsidRDefault="00000000">
            <w:pPr>
              <w:spacing w:after="0" w:line="240" w:lineRule="auto"/>
              <w:jc w:val="center"/>
              <w:rPr>
                <w:noProof/>
                <w:lang w:val="ro-RO"/>
              </w:rPr>
            </w:pPr>
            <w:r w:rsidRPr="002D650B">
              <w:rPr>
                <w:rFonts w:eastAsia="Arial"/>
                <w:b/>
                <w:noProof/>
                <w:sz w:val="14"/>
                <w:lang w:val="ro-RO"/>
              </w:rPr>
              <w:t>M2.2</w:t>
            </w:r>
          </w:p>
        </w:tc>
        <w:tc>
          <w:tcPr>
            <w:tcW w:w="4081" w:type="dxa"/>
            <w:shd w:val="clear" w:color="auto" w:fill="FAFAFA"/>
            <w:tcMar>
              <w:top w:w="60" w:type="dxa"/>
              <w:left w:w="70" w:type="dxa"/>
              <w:bottom w:w="60" w:type="dxa"/>
              <w:right w:w="70" w:type="dxa"/>
            </w:tcMar>
            <w:vAlign w:val="center"/>
          </w:tcPr>
          <w:p w14:paraId="3C057DCF" w14:textId="77777777" w:rsidR="004011CE" w:rsidRPr="002D650B" w:rsidRDefault="00000000">
            <w:pPr>
              <w:spacing w:after="0" w:line="240" w:lineRule="auto"/>
              <w:rPr>
                <w:noProof/>
                <w:lang w:val="ro-RO"/>
              </w:rPr>
            </w:pPr>
            <w:r w:rsidRPr="002D650B">
              <w:rPr>
                <w:rFonts w:eastAsia="Arial"/>
                <w:noProof/>
                <w:sz w:val="14"/>
                <w:lang w:val="ro-RO"/>
              </w:rPr>
              <w:t>Importanța cerințelor clientului și de reglementare este comunicată organizației.</w:t>
            </w:r>
          </w:p>
        </w:tc>
        <w:tc>
          <w:tcPr>
            <w:tcW w:w="5159" w:type="dxa"/>
            <w:shd w:val="clear" w:color="auto" w:fill="FAFAFA"/>
            <w:tcMar>
              <w:top w:w="60" w:type="dxa"/>
              <w:left w:w="70" w:type="dxa"/>
              <w:bottom w:w="60" w:type="dxa"/>
              <w:right w:w="70" w:type="dxa"/>
            </w:tcMar>
            <w:vAlign w:val="center"/>
          </w:tcPr>
          <w:p w14:paraId="39B837A1" w14:textId="77777777" w:rsidR="004011CE" w:rsidRPr="002D650B" w:rsidRDefault="00000000">
            <w:pPr>
              <w:spacing w:after="0" w:line="240" w:lineRule="auto"/>
              <w:rPr>
                <w:noProof/>
                <w:lang w:val="ro-RO"/>
              </w:rPr>
            </w:pPr>
            <w:r w:rsidRPr="002D650B">
              <w:rPr>
                <w:rFonts w:eastAsia="Arial"/>
                <w:noProof/>
                <w:sz w:val="14"/>
                <w:lang w:val="ro-RO"/>
              </w:rPr>
              <w:t>Mesaje, obiective, instruiri și decizii.</w:t>
            </w:r>
          </w:p>
        </w:tc>
        <w:tc>
          <w:tcPr>
            <w:tcW w:w="1417" w:type="dxa"/>
            <w:shd w:val="clear" w:color="auto" w:fill="FAFAFA"/>
            <w:tcMar>
              <w:top w:w="60" w:type="dxa"/>
              <w:left w:w="70" w:type="dxa"/>
              <w:bottom w:w="60" w:type="dxa"/>
              <w:right w:w="70" w:type="dxa"/>
            </w:tcMar>
            <w:vAlign w:val="center"/>
          </w:tcPr>
          <w:p w14:paraId="6B3AF5A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FEDE8AB"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503D789" w14:textId="77777777" w:rsidR="004011CE" w:rsidRPr="002D650B" w:rsidRDefault="004011CE">
            <w:pPr>
              <w:spacing w:after="0" w:line="240" w:lineRule="auto"/>
              <w:jc w:val="center"/>
              <w:rPr>
                <w:noProof/>
                <w:lang w:val="ro-RO"/>
              </w:rPr>
            </w:pPr>
          </w:p>
        </w:tc>
      </w:tr>
      <w:tr w:rsidR="004011CE" w:rsidRPr="002D650B" w14:paraId="4841565E" w14:textId="77777777">
        <w:trPr>
          <w:cantSplit/>
          <w:jc w:val="center"/>
        </w:trPr>
        <w:tc>
          <w:tcPr>
            <w:tcW w:w="793" w:type="dxa"/>
            <w:tcMar>
              <w:top w:w="60" w:type="dxa"/>
              <w:left w:w="70" w:type="dxa"/>
              <w:bottom w:w="60" w:type="dxa"/>
              <w:right w:w="70" w:type="dxa"/>
            </w:tcMar>
            <w:vAlign w:val="center"/>
          </w:tcPr>
          <w:p w14:paraId="0FBB95B0" w14:textId="77777777" w:rsidR="004011CE" w:rsidRPr="002D650B" w:rsidRDefault="00000000">
            <w:pPr>
              <w:spacing w:after="0" w:line="240" w:lineRule="auto"/>
              <w:jc w:val="center"/>
              <w:rPr>
                <w:noProof/>
                <w:lang w:val="ro-RO"/>
              </w:rPr>
            </w:pPr>
            <w:r w:rsidRPr="002D650B">
              <w:rPr>
                <w:rFonts w:eastAsia="Arial"/>
                <w:b/>
                <w:noProof/>
                <w:sz w:val="14"/>
                <w:lang w:val="ro-RO"/>
              </w:rPr>
              <w:t>M2.3</w:t>
            </w:r>
          </w:p>
        </w:tc>
        <w:tc>
          <w:tcPr>
            <w:tcW w:w="4081" w:type="dxa"/>
            <w:tcMar>
              <w:top w:w="60" w:type="dxa"/>
              <w:left w:w="70" w:type="dxa"/>
              <w:bottom w:w="60" w:type="dxa"/>
              <w:right w:w="70" w:type="dxa"/>
            </w:tcMar>
            <w:vAlign w:val="center"/>
          </w:tcPr>
          <w:p w14:paraId="2A6A2F8B" w14:textId="77777777" w:rsidR="004011CE" w:rsidRPr="002D650B" w:rsidRDefault="00000000">
            <w:pPr>
              <w:spacing w:after="0" w:line="240" w:lineRule="auto"/>
              <w:rPr>
                <w:noProof/>
                <w:lang w:val="ro-RO"/>
              </w:rPr>
            </w:pPr>
            <w:r w:rsidRPr="002D650B">
              <w:rPr>
                <w:rFonts w:eastAsia="Arial"/>
                <w:noProof/>
                <w:sz w:val="14"/>
                <w:lang w:val="ro-RO"/>
              </w:rPr>
              <w:t>Politica este adecvată scopului, include angajamentele relevante și oferă cadrul pentru obiective.</w:t>
            </w:r>
          </w:p>
        </w:tc>
        <w:tc>
          <w:tcPr>
            <w:tcW w:w="5159" w:type="dxa"/>
            <w:tcMar>
              <w:top w:w="60" w:type="dxa"/>
              <w:left w:w="70" w:type="dxa"/>
              <w:bottom w:w="60" w:type="dxa"/>
              <w:right w:w="70" w:type="dxa"/>
            </w:tcMar>
            <w:vAlign w:val="center"/>
          </w:tcPr>
          <w:p w14:paraId="46AEC096" w14:textId="77777777" w:rsidR="004011CE" w:rsidRPr="002D650B" w:rsidRDefault="00000000">
            <w:pPr>
              <w:spacing w:after="0" w:line="240" w:lineRule="auto"/>
              <w:rPr>
                <w:noProof/>
                <w:lang w:val="ro-RO"/>
              </w:rPr>
            </w:pPr>
            <w:r w:rsidRPr="002D650B">
              <w:rPr>
                <w:rFonts w:eastAsia="Arial"/>
                <w:noProof/>
                <w:sz w:val="14"/>
                <w:lang w:val="ro-RO"/>
              </w:rPr>
              <w:t>Politică aprobată și specifică.</w:t>
            </w:r>
          </w:p>
        </w:tc>
        <w:tc>
          <w:tcPr>
            <w:tcW w:w="1417" w:type="dxa"/>
            <w:tcMar>
              <w:top w:w="60" w:type="dxa"/>
              <w:left w:w="70" w:type="dxa"/>
              <w:bottom w:w="60" w:type="dxa"/>
              <w:right w:w="70" w:type="dxa"/>
            </w:tcMar>
            <w:vAlign w:val="center"/>
          </w:tcPr>
          <w:p w14:paraId="391F1335"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830B47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F891040" w14:textId="77777777" w:rsidR="004011CE" w:rsidRPr="002D650B" w:rsidRDefault="004011CE">
            <w:pPr>
              <w:spacing w:after="0" w:line="240" w:lineRule="auto"/>
              <w:jc w:val="center"/>
              <w:rPr>
                <w:noProof/>
                <w:lang w:val="ro-RO"/>
              </w:rPr>
            </w:pPr>
          </w:p>
        </w:tc>
      </w:tr>
      <w:tr w:rsidR="004011CE" w:rsidRPr="002D650B" w14:paraId="6559339B" w14:textId="77777777">
        <w:trPr>
          <w:cantSplit/>
          <w:jc w:val="center"/>
        </w:trPr>
        <w:tc>
          <w:tcPr>
            <w:tcW w:w="793" w:type="dxa"/>
            <w:shd w:val="clear" w:color="auto" w:fill="FAFAFA"/>
            <w:tcMar>
              <w:top w:w="60" w:type="dxa"/>
              <w:left w:w="70" w:type="dxa"/>
              <w:bottom w:w="60" w:type="dxa"/>
              <w:right w:w="70" w:type="dxa"/>
            </w:tcMar>
            <w:vAlign w:val="center"/>
          </w:tcPr>
          <w:p w14:paraId="0D9B3C61" w14:textId="77777777" w:rsidR="004011CE" w:rsidRPr="002D650B" w:rsidRDefault="00000000">
            <w:pPr>
              <w:spacing w:after="0" w:line="240" w:lineRule="auto"/>
              <w:jc w:val="center"/>
              <w:rPr>
                <w:noProof/>
                <w:lang w:val="ro-RO"/>
              </w:rPr>
            </w:pPr>
            <w:r w:rsidRPr="002D650B">
              <w:rPr>
                <w:rFonts w:eastAsia="Arial"/>
                <w:b/>
                <w:noProof/>
                <w:sz w:val="14"/>
                <w:lang w:val="ro-RO"/>
              </w:rPr>
              <w:t>M2.4</w:t>
            </w:r>
          </w:p>
        </w:tc>
        <w:tc>
          <w:tcPr>
            <w:tcW w:w="4081" w:type="dxa"/>
            <w:shd w:val="clear" w:color="auto" w:fill="FAFAFA"/>
            <w:tcMar>
              <w:top w:w="60" w:type="dxa"/>
              <w:left w:w="70" w:type="dxa"/>
              <w:bottom w:w="60" w:type="dxa"/>
              <w:right w:w="70" w:type="dxa"/>
            </w:tcMar>
            <w:vAlign w:val="center"/>
          </w:tcPr>
          <w:p w14:paraId="1767FBC1" w14:textId="77777777" w:rsidR="004011CE" w:rsidRPr="002D650B" w:rsidRDefault="00000000">
            <w:pPr>
              <w:spacing w:after="0" w:line="240" w:lineRule="auto"/>
              <w:rPr>
                <w:noProof/>
                <w:lang w:val="ro-RO"/>
              </w:rPr>
            </w:pPr>
            <w:r w:rsidRPr="002D650B">
              <w:rPr>
                <w:rFonts w:eastAsia="Arial"/>
                <w:noProof/>
                <w:sz w:val="14"/>
                <w:lang w:val="ro-RO"/>
              </w:rPr>
              <w:t>Politica este comunicată, înțeleasă și revizuită.</w:t>
            </w:r>
          </w:p>
        </w:tc>
        <w:tc>
          <w:tcPr>
            <w:tcW w:w="5159" w:type="dxa"/>
            <w:shd w:val="clear" w:color="auto" w:fill="FAFAFA"/>
            <w:tcMar>
              <w:top w:w="60" w:type="dxa"/>
              <w:left w:w="70" w:type="dxa"/>
              <w:bottom w:w="60" w:type="dxa"/>
              <w:right w:w="70" w:type="dxa"/>
            </w:tcMar>
            <w:vAlign w:val="center"/>
          </w:tcPr>
          <w:p w14:paraId="0B31DC87" w14:textId="77777777" w:rsidR="004011CE" w:rsidRPr="002D650B" w:rsidRDefault="00000000">
            <w:pPr>
              <w:spacing w:after="0" w:line="240" w:lineRule="auto"/>
              <w:rPr>
                <w:noProof/>
                <w:lang w:val="ro-RO"/>
              </w:rPr>
            </w:pPr>
            <w:r w:rsidRPr="002D650B">
              <w:rPr>
                <w:rFonts w:eastAsia="Arial"/>
                <w:noProof/>
                <w:sz w:val="14"/>
                <w:lang w:val="ro-RO"/>
              </w:rPr>
              <w:t>Interviuri și revizuiri periodice.</w:t>
            </w:r>
          </w:p>
        </w:tc>
        <w:tc>
          <w:tcPr>
            <w:tcW w:w="1417" w:type="dxa"/>
            <w:shd w:val="clear" w:color="auto" w:fill="FAFAFA"/>
            <w:tcMar>
              <w:top w:w="60" w:type="dxa"/>
              <w:left w:w="70" w:type="dxa"/>
              <w:bottom w:w="60" w:type="dxa"/>
              <w:right w:w="70" w:type="dxa"/>
            </w:tcMar>
            <w:vAlign w:val="center"/>
          </w:tcPr>
          <w:p w14:paraId="12E5F07A"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A472C1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7738244" w14:textId="77777777" w:rsidR="004011CE" w:rsidRPr="002D650B" w:rsidRDefault="004011CE">
            <w:pPr>
              <w:spacing w:after="0" w:line="240" w:lineRule="auto"/>
              <w:jc w:val="center"/>
              <w:rPr>
                <w:noProof/>
                <w:lang w:val="ro-RO"/>
              </w:rPr>
            </w:pPr>
          </w:p>
        </w:tc>
      </w:tr>
      <w:tr w:rsidR="004011CE" w:rsidRPr="002D650B" w14:paraId="7B13092F" w14:textId="77777777">
        <w:trPr>
          <w:cantSplit/>
          <w:jc w:val="center"/>
        </w:trPr>
        <w:tc>
          <w:tcPr>
            <w:tcW w:w="793" w:type="dxa"/>
            <w:tcMar>
              <w:top w:w="60" w:type="dxa"/>
              <w:left w:w="70" w:type="dxa"/>
              <w:bottom w:w="60" w:type="dxa"/>
              <w:right w:w="70" w:type="dxa"/>
            </w:tcMar>
            <w:vAlign w:val="center"/>
          </w:tcPr>
          <w:p w14:paraId="2A1DB766" w14:textId="77777777" w:rsidR="004011CE" w:rsidRPr="002D650B" w:rsidRDefault="00000000">
            <w:pPr>
              <w:spacing w:after="0" w:line="240" w:lineRule="auto"/>
              <w:jc w:val="center"/>
              <w:rPr>
                <w:noProof/>
                <w:lang w:val="ro-RO"/>
              </w:rPr>
            </w:pPr>
            <w:r w:rsidRPr="002D650B">
              <w:rPr>
                <w:rFonts w:eastAsia="Arial"/>
                <w:b/>
                <w:noProof/>
                <w:sz w:val="14"/>
                <w:lang w:val="ro-RO"/>
              </w:rPr>
              <w:t>M2.5</w:t>
            </w:r>
          </w:p>
        </w:tc>
        <w:tc>
          <w:tcPr>
            <w:tcW w:w="4081" w:type="dxa"/>
            <w:tcMar>
              <w:top w:w="60" w:type="dxa"/>
              <w:left w:w="70" w:type="dxa"/>
              <w:bottom w:w="60" w:type="dxa"/>
              <w:right w:w="70" w:type="dxa"/>
            </w:tcMar>
            <w:vAlign w:val="center"/>
          </w:tcPr>
          <w:p w14:paraId="511181B8" w14:textId="77777777" w:rsidR="004011CE" w:rsidRPr="002D650B" w:rsidRDefault="00000000">
            <w:pPr>
              <w:spacing w:after="0" w:line="240" w:lineRule="auto"/>
              <w:rPr>
                <w:noProof/>
                <w:lang w:val="ro-RO"/>
              </w:rPr>
            </w:pPr>
            <w:r w:rsidRPr="002D650B">
              <w:rPr>
                <w:rFonts w:eastAsia="Arial"/>
                <w:noProof/>
                <w:sz w:val="14"/>
                <w:lang w:val="ro-RO"/>
              </w:rPr>
              <w:t>Obiectivele calității sunt stabilite la funcții și niveluri relevante și sunt măsurabile.</w:t>
            </w:r>
          </w:p>
        </w:tc>
        <w:tc>
          <w:tcPr>
            <w:tcW w:w="5159" w:type="dxa"/>
            <w:tcMar>
              <w:top w:w="60" w:type="dxa"/>
              <w:left w:w="70" w:type="dxa"/>
              <w:bottom w:w="60" w:type="dxa"/>
              <w:right w:w="70" w:type="dxa"/>
            </w:tcMar>
            <w:vAlign w:val="center"/>
          </w:tcPr>
          <w:p w14:paraId="27AA5C7E" w14:textId="77777777" w:rsidR="004011CE" w:rsidRPr="002D650B" w:rsidRDefault="00000000">
            <w:pPr>
              <w:spacing w:after="0" w:line="240" w:lineRule="auto"/>
              <w:rPr>
                <w:noProof/>
                <w:lang w:val="ro-RO"/>
              </w:rPr>
            </w:pPr>
            <w:r w:rsidRPr="002D650B">
              <w:rPr>
                <w:rFonts w:eastAsia="Arial"/>
                <w:noProof/>
                <w:sz w:val="14"/>
                <w:lang w:val="ro-RO"/>
              </w:rPr>
              <w:t>Indicator, țintă, termen și responsabil.</w:t>
            </w:r>
          </w:p>
        </w:tc>
        <w:tc>
          <w:tcPr>
            <w:tcW w:w="1417" w:type="dxa"/>
            <w:tcMar>
              <w:top w:w="60" w:type="dxa"/>
              <w:left w:w="70" w:type="dxa"/>
              <w:bottom w:w="60" w:type="dxa"/>
              <w:right w:w="70" w:type="dxa"/>
            </w:tcMar>
            <w:vAlign w:val="center"/>
          </w:tcPr>
          <w:p w14:paraId="4DAB0FC9"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6896CD5"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12106E9" w14:textId="77777777" w:rsidR="004011CE" w:rsidRPr="002D650B" w:rsidRDefault="004011CE">
            <w:pPr>
              <w:spacing w:after="0" w:line="240" w:lineRule="auto"/>
              <w:jc w:val="center"/>
              <w:rPr>
                <w:noProof/>
                <w:lang w:val="ro-RO"/>
              </w:rPr>
            </w:pPr>
          </w:p>
        </w:tc>
      </w:tr>
      <w:tr w:rsidR="004011CE" w:rsidRPr="002D650B" w14:paraId="05464430" w14:textId="77777777">
        <w:trPr>
          <w:cantSplit/>
          <w:jc w:val="center"/>
        </w:trPr>
        <w:tc>
          <w:tcPr>
            <w:tcW w:w="793" w:type="dxa"/>
            <w:shd w:val="clear" w:color="auto" w:fill="FAFAFA"/>
            <w:tcMar>
              <w:top w:w="60" w:type="dxa"/>
              <w:left w:w="70" w:type="dxa"/>
              <w:bottom w:w="60" w:type="dxa"/>
              <w:right w:w="70" w:type="dxa"/>
            </w:tcMar>
            <w:vAlign w:val="center"/>
          </w:tcPr>
          <w:p w14:paraId="24544989" w14:textId="77777777" w:rsidR="004011CE" w:rsidRPr="002D650B" w:rsidRDefault="00000000">
            <w:pPr>
              <w:spacing w:after="0" w:line="240" w:lineRule="auto"/>
              <w:jc w:val="center"/>
              <w:rPr>
                <w:noProof/>
                <w:lang w:val="ro-RO"/>
              </w:rPr>
            </w:pPr>
            <w:r w:rsidRPr="002D650B">
              <w:rPr>
                <w:rFonts w:eastAsia="Arial"/>
                <w:b/>
                <w:noProof/>
                <w:sz w:val="14"/>
                <w:lang w:val="ro-RO"/>
              </w:rPr>
              <w:t>M2.6</w:t>
            </w:r>
          </w:p>
        </w:tc>
        <w:tc>
          <w:tcPr>
            <w:tcW w:w="4081" w:type="dxa"/>
            <w:shd w:val="clear" w:color="auto" w:fill="FAFAFA"/>
            <w:tcMar>
              <w:top w:w="60" w:type="dxa"/>
              <w:left w:w="70" w:type="dxa"/>
              <w:bottom w:w="60" w:type="dxa"/>
              <w:right w:w="70" w:type="dxa"/>
            </w:tcMar>
            <w:vAlign w:val="center"/>
          </w:tcPr>
          <w:p w14:paraId="5095D12E" w14:textId="77777777" w:rsidR="004011CE" w:rsidRPr="002D650B" w:rsidRDefault="00000000">
            <w:pPr>
              <w:spacing w:after="0" w:line="240" w:lineRule="auto"/>
              <w:rPr>
                <w:noProof/>
                <w:lang w:val="ro-RO"/>
              </w:rPr>
            </w:pPr>
            <w:r w:rsidRPr="002D650B">
              <w:rPr>
                <w:rFonts w:eastAsia="Arial"/>
                <w:noProof/>
                <w:sz w:val="14"/>
                <w:lang w:val="ro-RO"/>
              </w:rPr>
              <w:t>Planificarea menține integritatea sistemului când apar schimbări.</w:t>
            </w:r>
          </w:p>
        </w:tc>
        <w:tc>
          <w:tcPr>
            <w:tcW w:w="5159" w:type="dxa"/>
            <w:shd w:val="clear" w:color="auto" w:fill="FAFAFA"/>
            <w:tcMar>
              <w:top w:w="60" w:type="dxa"/>
              <w:left w:w="70" w:type="dxa"/>
              <w:bottom w:w="60" w:type="dxa"/>
              <w:right w:w="70" w:type="dxa"/>
            </w:tcMar>
            <w:vAlign w:val="center"/>
          </w:tcPr>
          <w:p w14:paraId="1E86A555" w14:textId="77777777" w:rsidR="004011CE" w:rsidRPr="002D650B" w:rsidRDefault="00000000">
            <w:pPr>
              <w:spacing w:after="0" w:line="240" w:lineRule="auto"/>
              <w:rPr>
                <w:noProof/>
                <w:lang w:val="ro-RO"/>
              </w:rPr>
            </w:pPr>
            <w:r w:rsidRPr="002D650B">
              <w:rPr>
                <w:rFonts w:eastAsia="Arial"/>
                <w:noProof/>
                <w:sz w:val="14"/>
                <w:lang w:val="ro-RO"/>
              </w:rPr>
              <w:t>Evaluarea impactului, resurse și controlul implementării.</w:t>
            </w:r>
          </w:p>
        </w:tc>
        <w:tc>
          <w:tcPr>
            <w:tcW w:w="1417" w:type="dxa"/>
            <w:shd w:val="clear" w:color="auto" w:fill="FAFAFA"/>
            <w:tcMar>
              <w:top w:w="60" w:type="dxa"/>
              <w:left w:w="70" w:type="dxa"/>
              <w:bottom w:w="60" w:type="dxa"/>
              <w:right w:w="70" w:type="dxa"/>
            </w:tcMar>
            <w:vAlign w:val="center"/>
          </w:tcPr>
          <w:p w14:paraId="2E817CA1"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89702A8"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44DBC87" w14:textId="77777777" w:rsidR="004011CE" w:rsidRPr="002D650B" w:rsidRDefault="004011CE">
            <w:pPr>
              <w:spacing w:after="0" w:line="240" w:lineRule="auto"/>
              <w:jc w:val="center"/>
              <w:rPr>
                <w:noProof/>
                <w:lang w:val="ro-RO"/>
              </w:rPr>
            </w:pPr>
          </w:p>
        </w:tc>
      </w:tr>
      <w:tr w:rsidR="004011CE" w:rsidRPr="002D650B" w14:paraId="40F6AAEA" w14:textId="77777777">
        <w:trPr>
          <w:cantSplit/>
          <w:jc w:val="center"/>
        </w:trPr>
        <w:tc>
          <w:tcPr>
            <w:tcW w:w="793" w:type="dxa"/>
            <w:tcMar>
              <w:top w:w="60" w:type="dxa"/>
              <w:left w:w="70" w:type="dxa"/>
              <w:bottom w:w="60" w:type="dxa"/>
              <w:right w:w="70" w:type="dxa"/>
            </w:tcMar>
            <w:vAlign w:val="center"/>
          </w:tcPr>
          <w:p w14:paraId="73B2A14D" w14:textId="77777777" w:rsidR="004011CE" w:rsidRPr="002D650B" w:rsidRDefault="00000000">
            <w:pPr>
              <w:spacing w:after="0" w:line="240" w:lineRule="auto"/>
              <w:jc w:val="center"/>
              <w:rPr>
                <w:noProof/>
                <w:lang w:val="ro-RO"/>
              </w:rPr>
            </w:pPr>
            <w:r w:rsidRPr="002D650B">
              <w:rPr>
                <w:rFonts w:eastAsia="Arial"/>
                <w:b/>
                <w:noProof/>
                <w:sz w:val="14"/>
                <w:lang w:val="ro-RO"/>
              </w:rPr>
              <w:t>M2.7</w:t>
            </w:r>
          </w:p>
        </w:tc>
        <w:tc>
          <w:tcPr>
            <w:tcW w:w="4081" w:type="dxa"/>
            <w:tcMar>
              <w:top w:w="60" w:type="dxa"/>
              <w:left w:w="70" w:type="dxa"/>
              <w:bottom w:w="60" w:type="dxa"/>
              <w:right w:w="70" w:type="dxa"/>
            </w:tcMar>
            <w:vAlign w:val="center"/>
          </w:tcPr>
          <w:p w14:paraId="26E30C32" w14:textId="77777777" w:rsidR="004011CE" w:rsidRPr="002D650B" w:rsidRDefault="00000000">
            <w:pPr>
              <w:spacing w:after="0" w:line="240" w:lineRule="auto"/>
              <w:rPr>
                <w:noProof/>
                <w:lang w:val="ro-RO"/>
              </w:rPr>
            </w:pPr>
            <w:r w:rsidRPr="002D650B">
              <w:rPr>
                <w:rFonts w:eastAsia="Arial"/>
                <w:noProof/>
                <w:sz w:val="14"/>
                <w:lang w:val="ro-RO"/>
              </w:rPr>
              <w:t>Responsabilitățile și autoritățile sunt definite, documentate și comunicate.</w:t>
            </w:r>
          </w:p>
        </w:tc>
        <w:tc>
          <w:tcPr>
            <w:tcW w:w="5159" w:type="dxa"/>
            <w:tcMar>
              <w:top w:w="60" w:type="dxa"/>
              <w:left w:w="70" w:type="dxa"/>
              <w:bottom w:w="60" w:type="dxa"/>
              <w:right w:w="70" w:type="dxa"/>
            </w:tcMar>
            <w:vAlign w:val="center"/>
          </w:tcPr>
          <w:p w14:paraId="6F57B281" w14:textId="77777777" w:rsidR="004011CE" w:rsidRPr="002D650B" w:rsidRDefault="00000000">
            <w:pPr>
              <w:spacing w:after="0" w:line="240" w:lineRule="auto"/>
              <w:rPr>
                <w:noProof/>
                <w:lang w:val="ro-RO"/>
              </w:rPr>
            </w:pPr>
            <w:r w:rsidRPr="002D650B">
              <w:rPr>
                <w:rFonts w:eastAsia="Arial"/>
                <w:noProof/>
                <w:sz w:val="14"/>
                <w:lang w:val="ro-RO"/>
              </w:rPr>
              <w:t>Organigramă, fișe de rol și RACI.</w:t>
            </w:r>
          </w:p>
        </w:tc>
        <w:tc>
          <w:tcPr>
            <w:tcW w:w="1417" w:type="dxa"/>
            <w:tcMar>
              <w:top w:w="60" w:type="dxa"/>
              <w:left w:w="70" w:type="dxa"/>
              <w:bottom w:w="60" w:type="dxa"/>
              <w:right w:w="70" w:type="dxa"/>
            </w:tcMar>
            <w:vAlign w:val="center"/>
          </w:tcPr>
          <w:p w14:paraId="1267DEA0"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5D458FF"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E67034F" w14:textId="77777777" w:rsidR="004011CE" w:rsidRPr="002D650B" w:rsidRDefault="004011CE">
            <w:pPr>
              <w:spacing w:after="0" w:line="240" w:lineRule="auto"/>
              <w:jc w:val="center"/>
              <w:rPr>
                <w:noProof/>
                <w:lang w:val="ro-RO"/>
              </w:rPr>
            </w:pPr>
          </w:p>
        </w:tc>
      </w:tr>
      <w:tr w:rsidR="004011CE" w:rsidRPr="002D650B" w14:paraId="335E191A" w14:textId="77777777">
        <w:trPr>
          <w:cantSplit/>
          <w:jc w:val="center"/>
        </w:trPr>
        <w:tc>
          <w:tcPr>
            <w:tcW w:w="793" w:type="dxa"/>
            <w:shd w:val="clear" w:color="auto" w:fill="FAFAFA"/>
            <w:tcMar>
              <w:top w:w="60" w:type="dxa"/>
              <w:left w:w="70" w:type="dxa"/>
              <w:bottom w:w="60" w:type="dxa"/>
              <w:right w:w="70" w:type="dxa"/>
            </w:tcMar>
            <w:vAlign w:val="center"/>
          </w:tcPr>
          <w:p w14:paraId="5207BC35" w14:textId="77777777" w:rsidR="004011CE" w:rsidRPr="002D650B" w:rsidRDefault="00000000">
            <w:pPr>
              <w:spacing w:after="0" w:line="240" w:lineRule="auto"/>
              <w:jc w:val="center"/>
              <w:rPr>
                <w:noProof/>
                <w:lang w:val="ro-RO"/>
              </w:rPr>
            </w:pPr>
            <w:r w:rsidRPr="002D650B">
              <w:rPr>
                <w:rFonts w:eastAsia="Arial"/>
                <w:b/>
                <w:noProof/>
                <w:sz w:val="14"/>
                <w:lang w:val="ro-RO"/>
              </w:rPr>
              <w:t>M2.8</w:t>
            </w:r>
          </w:p>
        </w:tc>
        <w:tc>
          <w:tcPr>
            <w:tcW w:w="4081" w:type="dxa"/>
            <w:shd w:val="clear" w:color="auto" w:fill="FAFAFA"/>
            <w:tcMar>
              <w:top w:w="60" w:type="dxa"/>
              <w:left w:w="70" w:type="dxa"/>
              <w:bottom w:w="60" w:type="dxa"/>
              <w:right w:w="70" w:type="dxa"/>
            </w:tcMar>
            <w:vAlign w:val="center"/>
          </w:tcPr>
          <w:p w14:paraId="0DCC17FF" w14:textId="77777777" w:rsidR="004011CE" w:rsidRPr="002D650B" w:rsidRDefault="00000000">
            <w:pPr>
              <w:spacing w:after="0" w:line="240" w:lineRule="auto"/>
              <w:rPr>
                <w:noProof/>
                <w:lang w:val="ro-RO"/>
              </w:rPr>
            </w:pPr>
            <w:r w:rsidRPr="002D650B">
              <w:rPr>
                <w:rFonts w:eastAsia="Arial"/>
                <w:noProof/>
                <w:sz w:val="14"/>
                <w:lang w:val="ro-RO"/>
              </w:rPr>
              <w:t>Reprezentantul conducerii are autoritatea necesară și raportează performanța și nevoile.</w:t>
            </w:r>
          </w:p>
        </w:tc>
        <w:tc>
          <w:tcPr>
            <w:tcW w:w="5159" w:type="dxa"/>
            <w:shd w:val="clear" w:color="auto" w:fill="FAFAFA"/>
            <w:tcMar>
              <w:top w:w="60" w:type="dxa"/>
              <w:left w:w="70" w:type="dxa"/>
              <w:bottom w:w="60" w:type="dxa"/>
              <w:right w:w="70" w:type="dxa"/>
            </w:tcMar>
            <w:vAlign w:val="center"/>
          </w:tcPr>
          <w:p w14:paraId="69C143D6" w14:textId="77777777" w:rsidR="004011CE" w:rsidRPr="002D650B" w:rsidRDefault="00000000">
            <w:pPr>
              <w:spacing w:after="0" w:line="240" w:lineRule="auto"/>
              <w:rPr>
                <w:noProof/>
                <w:lang w:val="ro-RO"/>
              </w:rPr>
            </w:pPr>
            <w:r w:rsidRPr="002D650B">
              <w:rPr>
                <w:rFonts w:eastAsia="Arial"/>
                <w:noProof/>
                <w:sz w:val="14"/>
                <w:lang w:val="ro-RO"/>
              </w:rPr>
              <w:t>Mandat, acces și rapoarte.</w:t>
            </w:r>
          </w:p>
        </w:tc>
        <w:tc>
          <w:tcPr>
            <w:tcW w:w="1417" w:type="dxa"/>
            <w:shd w:val="clear" w:color="auto" w:fill="FAFAFA"/>
            <w:tcMar>
              <w:top w:w="60" w:type="dxa"/>
              <w:left w:w="70" w:type="dxa"/>
              <w:bottom w:w="60" w:type="dxa"/>
              <w:right w:w="70" w:type="dxa"/>
            </w:tcMar>
            <w:vAlign w:val="center"/>
          </w:tcPr>
          <w:p w14:paraId="36545D68"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D903180"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FC7E9B7" w14:textId="77777777" w:rsidR="004011CE" w:rsidRPr="002D650B" w:rsidRDefault="004011CE">
            <w:pPr>
              <w:spacing w:after="0" w:line="240" w:lineRule="auto"/>
              <w:jc w:val="center"/>
              <w:rPr>
                <w:noProof/>
                <w:lang w:val="ro-RO"/>
              </w:rPr>
            </w:pPr>
          </w:p>
        </w:tc>
      </w:tr>
      <w:tr w:rsidR="004011CE" w:rsidRPr="002D650B" w14:paraId="73D8E154" w14:textId="77777777">
        <w:trPr>
          <w:cantSplit/>
          <w:jc w:val="center"/>
        </w:trPr>
        <w:tc>
          <w:tcPr>
            <w:tcW w:w="793" w:type="dxa"/>
            <w:tcMar>
              <w:top w:w="60" w:type="dxa"/>
              <w:left w:w="70" w:type="dxa"/>
              <w:bottom w:w="60" w:type="dxa"/>
              <w:right w:w="70" w:type="dxa"/>
            </w:tcMar>
            <w:vAlign w:val="center"/>
          </w:tcPr>
          <w:p w14:paraId="3BF5CB98" w14:textId="77777777" w:rsidR="004011CE" w:rsidRPr="002D650B" w:rsidRDefault="00000000">
            <w:pPr>
              <w:spacing w:after="0" w:line="240" w:lineRule="auto"/>
              <w:jc w:val="center"/>
              <w:rPr>
                <w:noProof/>
                <w:lang w:val="ro-RO"/>
              </w:rPr>
            </w:pPr>
            <w:r w:rsidRPr="002D650B">
              <w:rPr>
                <w:rFonts w:eastAsia="Arial"/>
                <w:b/>
                <w:noProof/>
                <w:sz w:val="14"/>
                <w:lang w:val="ro-RO"/>
              </w:rPr>
              <w:t>M2.9</w:t>
            </w:r>
          </w:p>
        </w:tc>
        <w:tc>
          <w:tcPr>
            <w:tcW w:w="4081" w:type="dxa"/>
            <w:tcMar>
              <w:top w:w="60" w:type="dxa"/>
              <w:left w:w="70" w:type="dxa"/>
              <w:bottom w:w="60" w:type="dxa"/>
              <w:right w:w="70" w:type="dxa"/>
            </w:tcMar>
            <w:vAlign w:val="center"/>
          </w:tcPr>
          <w:p w14:paraId="5F905531" w14:textId="77777777" w:rsidR="004011CE" w:rsidRPr="002D650B" w:rsidRDefault="00000000">
            <w:pPr>
              <w:spacing w:after="0" w:line="240" w:lineRule="auto"/>
              <w:rPr>
                <w:noProof/>
                <w:lang w:val="ro-RO"/>
              </w:rPr>
            </w:pPr>
            <w:r w:rsidRPr="002D650B">
              <w:rPr>
                <w:rFonts w:eastAsia="Arial"/>
                <w:noProof/>
                <w:sz w:val="14"/>
                <w:lang w:val="ro-RO"/>
              </w:rPr>
              <w:t>Sunt stabilite procese eficiente de comunicare internă.</w:t>
            </w:r>
          </w:p>
        </w:tc>
        <w:tc>
          <w:tcPr>
            <w:tcW w:w="5159" w:type="dxa"/>
            <w:tcMar>
              <w:top w:w="60" w:type="dxa"/>
              <w:left w:w="70" w:type="dxa"/>
              <w:bottom w:w="60" w:type="dxa"/>
              <w:right w:w="70" w:type="dxa"/>
            </w:tcMar>
            <w:vAlign w:val="center"/>
          </w:tcPr>
          <w:p w14:paraId="3F2123E0" w14:textId="77777777" w:rsidR="004011CE" w:rsidRPr="002D650B" w:rsidRDefault="00000000">
            <w:pPr>
              <w:spacing w:after="0" w:line="240" w:lineRule="auto"/>
              <w:rPr>
                <w:noProof/>
                <w:lang w:val="ro-RO"/>
              </w:rPr>
            </w:pPr>
            <w:r w:rsidRPr="002D650B">
              <w:rPr>
                <w:rFonts w:eastAsia="Arial"/>
                <w:noProof/>
                <w:sz w:val="14"/>
                <w:lang w:val="ro-RO"/>
              </w:rPr>
              <w:t>Ședințe, escaladare, schimbări și probleme de calitate.</w:t>
            </w:r>
          </w:p>
        </w:tc>
        <w:tc>
          <w:tcPr>
            <w:tcW w:w="1417" w:type="dxa"/>
            <w:tcMar>
              <w:top w:w="60" w:type="dxa"/>
              <w:left w:w="70" w:type="dxa"/>
              <w:bottom w:w="60" w:type="dxa"/>
              <w:right w:w="70" w:type="dxa"/>
            </w:tcMar>
            <w:vAlign w:val="center"/>
          </w:tcPr>
          <w:p w14:paraId="756A1181"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12E667F"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C1EC783" w14:textId="77777777" w:rsidR="004011CE" w:rsidRPr="002D650B" w:rsidRDefault="004011CE">
            <w:pPr>
              <w:spacing w:after="0" w:line="240" w:lineRule="auto"/>
              <w:jc w:val="center"/>
              <w:rPr>
                <w:noProof/>
                <w:lang w:val="ro-RO"/>
              </w:rPr>
            </w:pPr>
          </w:p>
        </w:tc>
      </w:tr>
      <w:tr w:rsidR="004011CE" w:rsidRPr="002D650B" w14:paraId="2AD1C085" w14:textId="77777777">
        <w:trPr>
          <w:cantSplit/>
          <w:jc w:val="center"/>
        </w:trPr>
        <w:tc>
          <w:tcPr>
            <w:tcW w:w="793" w:type="dxa"/>
            <w:shd w:val="clear" w:color="auto" w:fill="FAFAFA"/>
            <w:tcMar>
              <w:top w:w="60" w:type="dxa"/>
              <w:left w:w="70" w:type="dxa"/>
              <w:bottom w:w="60" w:type="dxa"/>
              <w:right w:w="70" w:type="dxa"/>
            </w:tcMar>
            <w:vAlign w:val="center"/>
          </w:tcPr>
          <w:p w14:paraId="624938BE" w14:textId="77777777" w:rsidR="004011CE" w:rsidRPr="002D650B" w:rsidRDefault="00000000">
            <w:pPr>
              <w:spacing w:after="0" w:line="240" w:lineRule="auto"/>
              <w:jc w:val="center"/>
              <w:rPr>
                <w:noProof/>
                <w:lang w:val="ro-RO"/>
              </w:rPr>
            </w:pPr>
            <w:r w:rsidRPr="002D650B">
              <w:rPr>
                <w:rFonts w:eastAsia="Arial"/>
                <w:b/>
                <w:noProof/>
                <w:sz w:val="14"/>
                <w:lang w:val="ro-RO"/>
              </w:rPr>
              <w:t>M2.10</w:t>
            </w:r>
          </w:p>
        </w:tc>
        <w:tc>
          <w:tcPr>
            <w:tcW w:w="4081" w:type="dxa"/>
            <w:shd w:val="clear" w:color="auto" w:fill="FAFAFA"/>
            <w:tcMar>
              <w:top w:w="60" w:type="dxa"/>
              <w:left w:w="70" w:type="dxa"/>
              <w:bottom w:w="60" w:type="dxa"/>
              <w:right w:w="70" w:type="dxa"/>
            </w:tcMar>
            <w:vAlign w:val="center"/>
          </w:tcPr>
          <w:p w14:paraId="2E12BA26" w14:textId="77777777" w:rsidR="004011CE" w:rsidRPr="002D650B" w:rsidRDefault="00000000">
            <w:pPr>
              <w:spacing w:after="0" w:line="240" w:lineRule="auto"/>
              <w:rPr>
                <w:noProof/>
                <w:lang w:val="ro-RO"/>
              </w:rPr>
            </w:pPr>
            <w:r w:rsidRPr="002D650B">
              <w:rPr>
                <w:rFonts w:eastAsia="Arial"/>
                <w:noProof/>
                <w:sz w:val="14"/>
                <w:lang w:val="ro-RO"/>
              </w:rPr>
              <w:t>Analiza conducerii este realizată la intervale documentate și include intrările necesare.</w:t>
            </w:r>
          </w:p>
        </w:tc>
        <w:tc>
          <w:tcPr>
            <w:tcW w:w="5159" w:type="dxa"/>
            <w:shd w:val="clear" w:color="auto" w:fill="FAFAFA"/>
            <w:tcMar>
              <w:top w:w="60" w:type="dxa"/>
              <w:left w:w="70" w:type="dxa"/>
              <w:bottom w:w="60" w:type="dxa"/>
              <w:right w:w="70" w:type="dxa"/>
            </w:tcMar>
            <w:vAlign w:val="center"/>
          </w:tcPr>
          <w:p w14:paraId="1F7C1794" w14:textId="77777777" w:rsidR="004011CE" w:rsidRPr="002D650B" w:rsidRDefault="00000000">
            <w:pPr>
              <w:spacing w:after="0" w:line="240" w:lineRule="auto"/>
              <w:rPr>
                <w:noProof/>
                <w:lang w:val="ro-RO"/>
              </w:rPr>
            </w:pPr>
            <w:r w:rsidRPr="002D650B">
              <w:rPr>
                <w:rFonts w:eastAsia="Arial"/>
                <w:noProof/>
                <w:sz w:val="14"/>
                <w:lang w:val="ro-RO"/>
              </w:rPr>
              <w:t>Audituri, feedback, reclamații, raportări, procese, produs, CAPA, schimbări și recomandări.</w:t>
            </w:r>
          </w:p>
        </w:tc>
        <w:tc>
          <w:tcPr>
            <w:tcW w:w="1417" w:type="dxa"/>
            <w:shd w:val="clear" w:color="auto" w:fill="FAFAFA"/>
            <w:tcMar>
              <w:top w:w="60" w:type="dxa"/>
              <w:left w:w="70" w:type="dxa"/>
              <w:bottom w:w="60" w:type="dxa"/>
              <w:right w:w="70" w:type="dxa"/>
            </w:tcMar>
            <w:vAlign w:val="center"/>
          </w:tcPr>
          <w:p w14:paraId="76A13F16"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2FE2348"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A9C5767" w14:textId="77777777" w:rsidR="004011CE" w:rsidRPr="002D650B" w:rsidRDefault="004011CE">
            <w:pPr>
              <w:spacing w:after="0" w:line="240" w:lineRule="auto"/>
              <w:jc w:val="center"/>
              <w:rPr>
                <w:noProof/>
                <w:lang w:val="ro-RO"/>
              </w:rPr>
            </w:pPr>
          </w:p>
        </w:tc>
      </w:tr>
      <w:tr w:rsidR="004011CE" w:rsidRPr="002D650B" w14:paraId="7963107F" w14:textId="77777777">
        <w:trPr>
          <w:cantSplit/>
          <w:jc w:val="center"/>
        </w:trPr>
        <w:tc>
          <w:tcPr>
            <w:tcW w:w="793" w:type="dxa"/>
            <w:tcMar>
              <w:top w:w="60" w:type="dxa"/>
              <w:left w:w="70" w:type="dxa"/>
              <w:bottom w:w="60" w:type="dxa"/>
              <w:right w:w="70" w:type="dxa"/>
            </w:tcMar>
            <w:vAlign w:val="center"/>
          </w:tcPr>
          <w:p w14:paraId="4BD36756" w14:textId="77777777" w:rsidR="004011CE" w:rsidRPr="002D650B" w:rsidRDefault="00000000">
            <w:pPr>
              <w:spacing w:after="0" w:line="240" w:lineRule="auto"/>
              <w:jc w:val="center"/>
              <w:rPr>
                <w:noProof/>
                <w:lang w:val="ro-RO"/>
              </w:rPr>
            </w:pPr>
            <w:r w:rsidRPr="002D650B">
              <w:rPr>
                <w:rFonts w:eastAsia="Arial"/>
                <w:b/>
                <w:noProof/>
                <w:sz w:val="14"/>
                <w:lang w:val="ro-RO"/>
              </w:rPr>
              <w:t>M2.11</w:t>
            </w:r>
          </w:p>
        </w:tc>
        <w:tc>
          <w:tcPr>
            <w:tcW w:w="4081" w:type="dxa"/>
            <w:tcMar>
              <w:top w:w="60" w:type="dxa"/>
              <w:left w:w="70" w:type="dxa"/>
              <w:bottom w:w="60" w:type="dxa"/>
              <w:right w:w="70" w:type="dxa"/>
            </w:tcMar>
            <w:vAlign w:val="center"/>
          </w:tcPr>
          <w:p w14:paraId="083030DA" w14:textId="77777777" w:rsidR="004011CE" w:rsidRPr="002D650B" w:rsidRDefault="00000000">
            <w:pPr>
              <w:spacing w:after="0" w:line="240" w:lineRule="auto"/>
              <w:rPr>
                <w:noProof/>
                <w:lang w:val="ro-RO"/>
              </w:rPr>
            </w:pPr>
            <w:r w:rsidRPr="002D650B">
              <w:rPr>
                <w:rFonts w:eastAsia="Arial"/>
                <w:noProof/>
                <w:sz w:val="14"/>
                <w:lang w:val="ro-RO"/>
              </w:rPr>
              <w:t>Rezultatele analizei includ decizii pentru sistem, produs, cerințe și resurse.</w:t>
            </w:r>
          </w:p>
        </w:tc>
        <w:tc>
          <w:tcPr>
            <w:tcW w:w="5159" w:type="dxa"/>
            <w:tcMar>
              <w:top w:w="60" w:type="dxa"/>
              <w:left w:w="70" w:type="dxa"/>
              <w:bottom w:w="60" w:type="dxa"/>
              <w:right w:w="70" w:type="dxa"/>
            </w:tcMar>
            <w:vAlign w:val="center"/>
          </w:tcPr>
          <w:p w14:paraId="3BCED02C" w14:textId="77777777" w:rsidR="004011CE" w:rsidRPr="002D650B" w:rsidRDefault="00000000">
            <w:pPr>
              <w:spacing w:after="0" w:line="240" w:lineRule="auto"/>
              <w:rPr>
                <w:noProof/>
                <w:lang w:val="ro-RO"/>
              </w:rPr>
            </w:pPr>
            <w:r w:rsidRPr="002D650B">
              <w:rPr>
                <w:rFonts w:eastAsia="Arial"/>
                <w:noProof/>
                <w:sz w:val="14"/>
                <w:lang w:val="ro-RO"/>
              </w:rPr>
              <w:t>Plan, responsabili și termene.</w:t>
            </w:r>
          </w:p>
        </w:tc>
        <w:tc>
          <w:tcPr>
            <w:tcW w:w="1417" w:type="dxa"/>
            <w:tcMar>
              <w:top w:w="60" w:type="dxa"/>
              <w:left w:w="70" w:type="dxa"/>
              <w:bottom w:w="60" w:type="dxa"/>
              <w:right w:w="70" w:type="dxa"/>
            </w:tcMar>
            <w:vAlign w:val="center"/>
          </w:tcPr>
          <w:p w14:paraId="0814EB93"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59E13B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C67E904" w14:textId="77777777" w:rsidR="004011CE" w:rsidRPr="002D650B" w:rsidRDefault="004011CE">
            <w:pPr>
              <w:spacing w:after="0" w:line="240" w:lineRule="auto"/>
              <w:jc w:val="center"/>
              <w:rPr>
                <w:noProof/>
                <w:lang w:val="ro-RO"/>
              </w:rPr>
            </w:pPr>
          </w:p>
        </w:tc>
      </w:tr>
      <w:tr w:rsidR="004011CE" w:rsidRPr="002D650B" w14:paraId="1E7E965F" w14:textId="77777777">
        <w:trPr>
          <w:cantSplit/>
          <w:jc w:val="center"/>
        </w:trPr>
        <w:tc>
          <w:tcPr>
            <w:tcW w:w="793" w:type="dxa"/>
            <w:shd w:val="clear" w:color="auto" w:fill="FAFAFA"/>
            <w:tcMar>
              <w:top w:w="60" w:type="dxa"/>
              <w:left w:w="70" w:type="dxa"/>
              <w:bottom w:w="60" w:type="dxa"/>
              <w:right w:w="70" w:type="dxa"/>
            </w:tcMar>
            <w:vAlign w:val="center"/>
          </w:tcPr>
          <w:p w14:paraId="687CD45E" w14:textId="77777777" w:rsidR="004011CE" w:rsidRPr="002D650B" w:rsidRDefault="00000000">
            <w:pPr>
              <w:spacing w:after="0" w:line="240" w:lineRule="auto"/>
              <w:jc w:val="center"/>
              <w:rPr>
                <w:noProof/>
                <w:lang w:val="ro-RO"/>
              </w:rPr>
            </w:pPr>
            <w:r w:rsidRPr="002D650B">
              <w:rPr>
                <w:rFonts w:eastAsia="Arial"/>
                <w:b/>
                <w:noProof/>
                <w:sz w:val="14"/>
                <w:lang w:val="ro-RO"/>
              </w:rPr>
              <w:t>M2.12</w:t>
            </w:r>
          </w:p>
        </w:tc>
        <w:tc>
          <w:tcPr>
            <w:tcW w:w="4081" w:type="dxa"/>
            <w:shd w:val="clear" w:color="auto" w:fill="FAFAFA"/>
            <w:tcMar>
              <w:top w:w="60" w:type="dxa"/>
              <w:left w:w="70" w:type="dxa"/>
              <w:bottom w:w="60" w:type="dxa"/>
              <w:right w:w="70" w:type="dxa"/>
            </w:tcMar>
            <w:vAlign w:val="center"/>
          </w:tcPr>
          <w:p w14:paraId="17EBFA49" w14:textId="77777777" w:rsidR="004011CE" w:rsidRPr="002D650B" w:rsidRDefault="00000000">
            <w:pPr>
              <w:spacing w:after="0" w:line="240" w:lineRule="auto"/>
              <w:rPr>
                <w:noProof/>
                <w:lang w:val="ro-RO"/>
              </w:rPr>
            </w:pPr>
            <w:r w:rsidRPr="002D650B">
              <w:rPr>
                <w:rFonts w:eastAsia="Arial"/>
                <w:noProof/>
                <w:sz w:val="14"/>
                <w:lang w:val="ro-RO"/>
              </w:rPr>
              <w:t>Acțiunile analizei sunt urmărite până la finalizare și eficacitate.</w:t>
            </w:r>
          </w:p>
        </w:tc>
        <w:tc>
          <w:tcPr>
            <w:tcW w:w="5159" w:type="dxa"/>
            <w:shd w:val="clear" w:color="auto" w:fill="FAFAFA"/>
            <w:tcMar>
              <w:top w:w="60" w:type="dxa"/>
              <w:left w:w="70" w:type="dxa"/>
              <w:bottom w:w="60" w:type="dxa"/>
              <w:right w:w="70" w:type="dxa"/>
            </w:tcMar>
            <w:vAlign w:val="center"/>
          </w:tcPr>
          <w:p w14:paraId="52ED77B8" w14:textId="77777777" w:rsidR="004011CE" w:rsidRPr="002D650B" w:rsidRDefault="00000000">
            <w:pPr>
              <w:spacing w:after="0" w:line="240" w:lineRule="auto"/>
              <w:rPr>
                <w:noProof/>
                <w:lang w:val="ro-RO"/>
              </w:rPr>
            </w:pPr>
            <w:r w:rsidRPr="002D650B">
              <w:rPr>
                <w:rFonts w:eastAsia="Arial"/>
                <w:noProof/>
                <w:sz w:val="14"/>
                <w:lang w:val="ro-RO"/>
              </w:rPr>
              <w:t>Status, escaladare și dovezi.</w:t>
            </w:r>
          </w:p>
        </w:tc>
        <w:tc>
          <w:tcPr>
            <w:tcW w:w="1417" w:type="dxa"/>
            <w:shd w:val="clear" w:color="auto" w:fill="FAFAFA"/>
            <w:tcMar>
              <w:top w:w="60" w:type="dxa"/>
              <w:left w:w="70" w:type="dxa"/>
              <w:bottom w:w="60" w:type="dxa"/>
              <w:right w:w="70" w:type="dxa"/>
            </w:tcMar>
            <w:vAlign w:val="center"/>
          </w:tcPr>
          <w:p w14:paraId="7B16A655"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EF7F89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A07F63E" w14:textId="77777777" w:rsidR="004011CE" w:rsidRPr="002D650B" w:rsidRDefault="004011CE">
            <w:pPr>
              <w:spacing w:after="0" w:line="240" w:lineRule="auto"/>
              <w:jc w:val="center"/>
              <w:rPr>
                <w:noProof/>
                <w:lang w:val="ro-RO"/>
              </w:rPr>
            </w:pPr>
          </w:p>
        </w:tc>
      </w:tr>
      <w:tr w:rsidR="004011CE" w:rsidRPr="002D650B" w14:paraId="44D01B8D" w14:textId="77777777">
        <w:trPr>
          <w:cantSplit/>
          <w:jc w:val="center"/>
        </w:trPr>
        <w:tc>
          <w:tcPr>
            <w:tcW w:w="793" w:type="dxa"/>
            <w:tcMar>
              <w:top w:w="60" w:type="dxa"/>
              <w:left w:w="70" w:type="dxa"/>
              <w:bottom w:w="60" w:type="dxa"/>
              <w:right w:w="70" w:type="dxa"/>
            </w:tcMar>
            <w:vAlign w:val="center"/>
          </w:tcPr>
          <w:p w14:paraId="795B7913" w14:textId="77777777" w:rsidR="004011CE" w:rsidRPr="002D650B" w:rsidRDefault="00000000">
            <w:pPr>
              <w:spacing w:after="0" w:line="240" w:lineRule="auto"/>
              <w:jc w:val="center"/>
              <w:rPr>
                <w:noProof/>
                <w:lang w:val="ro-RO"/>
              </w:rPr>
            </w:pPr>
            <w:r w:rsidRPr="002D650B">
              <w:rPr>
                <w:rFonts w:eastAsia="Arial"/>
                <w:b/>
                <w:noProof/>
                <w:sz w:val="14"/>
                <w:lang w:val="ro-RO"/>
              </w:rPr>
              <w:t>M2.13</w:t>
            </w:r>
          </w:p>
        </w:tc>
        <w:tc>
          <w:tcPr>
            <w:tcW w:w="4081" w:type="dxa"/>
            <w:tcMar>
              <w:top w:w="60" w:type="dxa"/>
              <w:left w:w="70" w:type="dxa"/>
              <w:bottom w:w="60" w:type="dxa"/>
              <w:right w:w="70" w:type="dxa"/>
            </w:tcMar>
            <w:vAlign w:val="center"/>
          </w:tcPr>
          <w:p w14:paraId="4540C171" w14:textId="77777777" w:rsidR="004011CE" w:rsidRPr="002D650B" w:rsidRDefault="00000000">
            <w:pPr>
              <w:spacing w:after="0" w:line="240" w:lineRule="auto"/>
              <w:rPr>
                <w:noProof/>
                <w:lang w:val="ro-RO"/>
              </w:rPr>
            </w:pPr>
            <w:r w:rsidRPr="002D650B">
              <w:rPr>
                <w:rFonts w:eastAsia="Arial"/>
                <w:noProof/>
                <w:sz w:val="14"/>
                <w:lang w:val="ro-RO"/>
              </w:rPr>
              <w:t>Conducerea revizuiește tendințele semnificative și riscurile pentru siguranță și conformare.</w:t>
            </w:r>
          </w:p>
        </w:tc>
        <w:tc>
          <w:tcPr>
            <w:tcW w:w="5159" w:type="dxa"/>
            <w:tcMar>
              <w:top w:w="60" w:type="dxa"/>
              <w:left w:w="70" w:type="dxa"/>
              <w:bottom w:w="60" w:type="dxa"/>
              <w:right w:w="70" w:type="dxa"/>
            </w:tcMar>
            <w:vAlign w:val="center"/>
          </w:tcPr>
          <w:p w14:paraId="6049E97C" w14:textId="77777777" w:rsidR="004011CE" w:rsidRPr="002D650B" w:rsidRDefault="00000000">
            <w:pPr>
              <w:spacing w:after="0" w:line="240" w:lineRule="auto"/>
              <w:rPr>
                <w:noProof/>
                <w:lang w:val="ro-RO"/>
              </w:rPr>
            </w:pPr>
            <w:r w:rsidRPr="002D650B">
              <w:rPr>
                <w:rFonts w:eastAsia="Arial"/>
                <w:noProof/>
                <w:sz w:val="14"/>
                <w:lang w:val="ro-RO"/>
              </w:rPr>
              <w:t>Decizii privind CAPA, furnizori, proiectare și piață.</w:t>
            </w:r>
          </w:p>
        </w:tc>
        <w:tc>
          <w:tcPr>
            <w:tcW w:w="1417" w:type="dxa"/>
            <w:tcMar>
              <w:top w:w="60" w:type="dxa"/>
              <w:left w:w="70" w:type="dxa"/>
              <w:bottom w:w="60" w:type="dxa"/>
              <w:right w:w="70" w:type="dxa"/>
            </w:tcMar>
            <w:vAlign w:val="center"/>
          </w:tcPr>
          <w:p w14:paraId="0E8F274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4E33BA5"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C73E2C9" w14:textId="77777777" w:rsidR="004011CE" w:rsidRPr="002D650B" w:rsidRDefault="004011CE">
            <w:pPr>
              <w:spacing w:after="0" w:line="240" w:lineRule="auto"/>
              <w:jc w:val="center"/>
              <w:rPr>
                <w:noProof/>
                <w:lang w:val="ro-RO"/>
              </w:rPr>
            </w:pPr>
          </w:p>
        </w:tc>
      </w:tr>
    </w:tbl>
    <w:p w14:paraId="7EBDC497"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512BC2ED"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587701EC" w14:textId="77777777">
        <w:trPr>
          <w:cantSplit/>
          <w:jc w:val="center"/>
        </w:trPr>
        <w:tc>
          <w:tcPr>
            <w:tcW w:w="1020" w:type="dxa"/>
            <w:shd w:val="clear" w:color="auto" w:fill="D71920"/>
            <w:tcMar>
              <w:top w:w="60" w:type="dxa"/>
              <w:left w:w="70" w:type="dxa"/>
              <w:bottom w:w="60" w:type="dxa"/>
              <w:right w:w="70" w:type="dxa"/>
            </w:tcMar>
            <w:vAlign w:val="center"/>
          </w:tcPr>
          <w:p w14:paraId="16E1D17F"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3</w:t>
            </w:r>
          </w:p>
        </w:tc>
        <w:tc>
          <w:tcPr>
            <w:tcW w:w="12585" w:type="dxa"/>
            <w:shd w:val="clear" w:color="auto" w:fill="F3F4F5"/>
          </w:tcPr>
          <w:p w14:paraId="702EAEFB" w14:textId="77777777" w:rsidR="004011CE" w:rsidRPr="002D650B" w:rsidRDefault="00000000">
            <w:pPr>
              <w:spacing w:after="20"/>
              <w:rPr>
                <w:noProof/>
                <w:lang w:val="ro-RO"/>
              </w:rPr>
            </w:pPr>
            <w:r w:rsidRPr="002D650B">
              <w:rPr>
                <w:rFonts w:eastAsia="Arial"/>
                <w:b/>
                <w:noProof/>
                <w:sz w:val="27"/>
                <w:lang w:val="ro-RO"/>
              </w:rPr>
              <w:t>Resurse, competență, infrastructură, mediu de lucru și contaminare</w:t>
            </w:r>
          </w:p>
          <w:p w14:paraId="49FBB5B7" w14:textId="77777777" w:rsidR="004011CE" w:rsidRPr="002D650B" w:rsidRDefault="00000000">
            <w:pPr>
              <w:spacing w:after="0"/>
              <w:rPr>
                <w:noProof/>
                <w:lang w:val="ro-RO"/>
              </w:rPr>
            </w:pPr>
            <w:r w:rsidRPr="002D650B">
              <w:rPr>
                <w:rFonts w:eastAsia="Arial"/>
                <w:noProof/>
                <w:color w:val="666666"/>
                <w:sz w:val="16"/>
                <w:lang w:val="ro-RO"/>
              </w:rPr>
              <w:t>Referință: ISO 13485:2016, clauza 6  |  Obiectiv: asigurarea condițiilor și competențelor necesare pentru conformitatea produsului și siguranța pacientului/utilizatorului</w:t>
            </w:r>
          </w:p>
        </w:tc>
      </w:tr>
    </w:tbl>
    <w:p w14:paraId="6891AFC5"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1BE722A9" w14:textId="77777777">
        <w:trPr>
          <w:cantSplit/>
          <w:jc w:val="center"/>
        </w:trPr>
        <w:tc>
          <w:tcPr>
            <w:tcW w:w="566" w:type="dxa"/>
            <w:shd w:val="clear" w:color="auto" w:fill="D71920"/>
            <w:tcMar>
              <w:top w:w="60" w:type="dxa"/>
              <w:left w:w="70" w:type="dxa"/>
              <w:bottom w:w="60" w:type="dxa"/>
              <w:right w:w="70" w:type="dxa"/>
            </w:tcMar>
            <w:vAlign w:val="center"/>
          </w:tcPr>
          <w:p w14:paraId="38110E21"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0157E19B"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2376B414" w14:textId="77777777" w:rsidR="004011CE" w:rsidRPr="002D650B" w:rsidRDefault="00000000">
            <w:pPr>
              <w:spacing w:after="0" w:line="252" w:lineRule="auto"/>
              <w:rPr>
                <w:noProof/>
                <w:lang w:val="ro-RO"/>
              </w:rPr>
            </w:pPr>
            <w:r w:rsidRPr="002D650B">
              <w:rPr>
                <w:rFonts w:eastAsia="Arial"/>
                <w:noProof/>
                <w:sz w:val="16"/>
                <w:lang w:val="ro-RO"/>
              </w:rPr>
              <w:t>Competența pentru operații speciale trebuie demonstrată practic și revalidată când procesul, echipamentul sau criteriile se schimbă. Semnătura pe lista de instruire nu demonstrează capabilitatea.</w:t>
            </w:r>
          </w:p>
        </w:tc>
      </w:tr>
    </w:tbl>
    <w:p w14:paraId="0D295FA3"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0191235F" w14:textId="77777777">
        <w:trPr>
          <w:cantSplit/>
          <w:tblHeader/>
          <w:jc w:val="center"/>
        </w:trPr>
        <w:tc>
          <w:tcPr>
            <w:tcW w:w="793" w:type="dxa"/>
            <w:shd w:val="clear" w:color="auto" w:fill="D71920"/>
            <w:tcMar>
              <w:top w:w="60" w:type="dxa"/>
              <w:left w:w="70" w:type="dxa"/>
              <w:bottom w:w="60" w:type="dxa"/>
              <w:right w:w="70" w:type="dxa"/>
            </w:tcMar>
            <w:vAlign w:val="center"/>
          </w:tcPr>
          <w:p w14:paraId="0746AED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3DAD6BC5"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10C2C9C"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B183C2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BC7A790"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5741687"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5BF6EAC9" w14:textId="77777777">
        <w:trPr>
          <w:cantSplit/>
          <w:jc w:val="center"/>
        </w:trPr>
        <w:tc>
          <w:tcPr>
            <w:tcW w:w="793" w:type="dxa"/>
            <w:tcMar>
              <w:top w:w="60" w:type="dxa"/>
              <w:left w:w="70" w:type="dxa"/>
              <w:bottom w:w="60" w:type="dxa"/>
              <w:right w:w="70" w:type="dxa"/>
            </w:tcMar>
            <w:vAlign w:val="center"/>
          </w:tcPr>
          <w:p w14:paraId="38069D66" w14:textId="77777777" w:rsidR="004011CE" w:rsidRPr="002D650B" w:rsidRDefault="00000000">
            <w:pPr>
              <w:spacing w:after="0" w:line="240" w:lineRule="auto"/>
              <w:jc w:val="center"/>
              <w:rPr>
                <w:noProof/>
                <w:lang w:val="ro-RO"/>
              </w:rPr>
            </w:pPr>
            <w:r w:rsidRPr="002D650B">
              <w:rPr>
                <w:rFonts w:eastAsia="Arial"/>
                <w:b/>
                <w:noProof/>
                <w:sz w:val="14"/>
                <w:lang w:val="ro-RO"/>
              </w:rPr>
              <w:t>M3.1</w:t>
            </w:r>
          </w:p>
        </w:tc>
        <w:tc>
          <w:tcPr>
            <w:tcW w:w="4081" w:type="dxa"/>
            <w:tcMar>
              <w:top w:w="60" w:type="dxa"/>
              <w:left w:w="70" w:type="dxa"/>
              <w:bottom w:w="60" w:type="dxa"/>
              <w:right w:w="70" w:type="dxa"/>
            </w:tcMar>
            <w:vAlign w:val="center"/>
          </w:tcPr>
          <w:p w14:paraId="70D11A22" w14:textId="77777777" w:rsidR="004011CE" w:rsidRPr="002D650B" w:rsidRDefault="00000000">
            <w:pPr>
              <w:spacing w:after="0" w:line="240" w:lineRule="auto"/>
              <w:rPr>
                <w:noProof/>
                <w:lang w:val="ro-RO"/>
              </w:rPr>
            </w:pPr>
            <w:r w:rsidRPr="002D650B">
              <w:rPr>
                <w:rFonts w:eastAsia="Arial"/>
                <w:noProof/>
                <w:sz w:val="14"/>
                <w:lang w:val="ro-RO"/>
              </w:rPr>
              <w:t>Sunt determinate și furnizate resursele necesare sistemului și conformității produsului.</w:t>
            </w:r>
          </w:p>
        </w:tc>
        <w:tc>
          <w:tcPr>
            <w:tcW w:w="5159" w:type="dxa"/>
            <w:tcMar>
              <w:top w:w="60" w:type="dxa"/>
              <w:left w:w="70" w:type="dxa"/>
              <w:bottom w:w="60" w:type="dxa"/>
              <w:right w:w="70" w:type="dxa"/>
            </w:tcMar>
            <w:vAlign w:val="center"/>
          </w:tcPr>
          <w:p w14:paraId="20E48BFB" w14:textId="77777777" w:rsidR="004011CE" w:rsidRPr="002D650B" w:rsidRDefault="00000000">
            <w:pPr>
              <w:spacing w:after="0" w:line="240" w:lineRule="auto"/>
              <w:rPr>
                <w:noProof/>
                <w:lang w:val="ro-RO"/>
              </w:rPr>
            </w:pPr>
            <w:r w:rsidRPr="002D650B">
              <w:rPr>
                <w:rFonts w:eastAsia="Arial"/>
                <w:noProof/>
                <w:sz w:val="14"/>
                <w:lang w:val="ro-RO"/>
              </w:rPr>
              <w:t>Personal, echipamente, spații, software și servicii.</w:t>
            </w:r>
          </w:p>
        </w:tc>
        <w:tc>
          <w:tcPr>
            <w:tcW w:w="1417" w:type="dxa"/>
            <w:tcMar>
              <w:top w:w="60" w:type="dxa"/>
              <w:left w:w="70" w:type="dxa"/>
              <w:bottom w:w="60" w:type="dxa"/>
              <w:right w:w="70" w:type="dxa"/>
            </w:tcMar>
            <w:vAlign w:val="center"/>
          </w:tcPr>
          <w:p w14:paraId="7ADAD8F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8C1C808"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D23A827" w14:textId="77777777" w:rsidR="004011CE" w:rsidRPr="002D650B" w:rsidRDefault="004011CE">
            <w:pPr>
              <w:spacing w:after="0" w:line="240" w:lineRule="auto"/>
              <w:jc w:val="center"/>
              <w:rPr>
                <w:noProof/>
                <w:lang w:val="ro-RO"/>
              </w:rPr>
            </w:pPr>
          </w:p>
        </w:tc>
      </w:tr>
      <w:tr w:rsidR="004011CE" w:rsidRPr="002D650B" w14:paraId="35E69B06" w14:textId="77777777">
        <w:trPr>
          <w:cantSplit/>
          <w:jc w:val="center"/>
        </w:trPr>
        <w:tc>
          <w:tcPr>
            <w:tcW w:w="793" w:type="dxa"/>
            <w:shd w:val="clear" w:color="auto" w:fill="FAFAFA"/>
            <w:tcMar>
              <w:top w:w="60" w:type="dxa"/>
              <w:left w:w="70" w:type="dxa"/>
              <w:bottom w:w="60" w:type="dxa"/>
              <w:right w:w="70" w:type="dxa"/>
            </w:tcMar>
            <w:vAlign w:val="center"/>
          </w:tcPr>
          <w:p w14:paraId="2A99FC5C" w14:textId="77777777" w:rsidR="004011CE" w:rsidRPr="002D650B" w:rsidRDefault="00000000">
            <w:pPr>
              <w:spacing w:after="0" w:line="240" w:lineRule="auto"/>
              <w:jc w:val="center"/>
              <w:rPr>
                <w:noProof/>
                <w:lang w:val="ro-RO"/>
              </w:rPr>
            </w:pPr>
            <w:r w:rsidRPr="002D650B">
              <w:rPr>
                <w:rFonts w:eastAsia="Arial"/>
                <w:b/>
                <w:noProof/>
                <w:sz w:val="14"/>
                <w:lang w:val="ro-RO"/>
              </w:rPr>
              <w:t>M3.2</w:t>
            </w:r>
          </w:p>
        </w:tc>
        <w:tc>
          <w:tcPr>
            <w:tcW w:w="4081" w:type="dxa"/>
            <w:shd w:val="clear" w:color="auto" w:fill="FAFAFA"/>
            <w:tcMar>
              <w:top w:w="60" w:type="dxa"/>
              <w:left w:w="70" w:type="dxa"/>
              <w:bottom w:w="60" w:type="dxa"/>
              <w:right w:w="70" w:type="dxa"/>
            </w:tcMar>
            <w:vAlign w:val="center"/>
          </w:tcPr>
          <w:p w14:paraId="70731901" w14:textId="77777777" w:rsidR="004011CE" w:rsidRPr="002D650B" w:rsidRDefault="00000000">
            <w:pPr>
              <w:spacing w:after="0" w:line="240" w:lineRule="auto"/>
              <w:rPr>
                <w:noProof/>
                <w:lang w:val="ro-RO"/>
              </w:rPr>
            </w:pPr>
            <w:r w:rsidRPr="002D650B">
              <w:rPr>
                <w:rFonts w:eastAsia="Arial"/>
                <w:noProof/>
                <w:sz w:val="14"/>
                <w:lang w:val="ro-RO"/>
              </w:rPr>
              <w:t>Competențele necesare sunt definite pe baza educației, instruirii, abilităților și experienței.</w:t>
            </w:r>
          </w:p>
        </w:tc>
        <w:tc>
          <w:tcPr>
            <w:tcW w:w="5159" w:type="dxa"/>
            <w:shd w:val="clear" w:color="auto" w:fill="FAFAFA"/>
            <w:tcMar>
              <w:top w:w="60" w:type="dxa"/>
              <w:left w:w="70" w:type="dxa"/>
              <w:bottom w:w="60" w:type="dxa"/>
              <w:right w:w="70" w:type="dxa"/>
            </w:tcMar>
            <w:vAlign w:val="center"/>
          </w:tcPr>
          <w:p w14:paraId="0A93356D" w14:textId="77777777" w:rsidR="004011CE" w:rsidRPr="002D650B" w:rsidRDefault="00000000">
            <w:pPr>
              <w:spacing w:after="0" w:line="240" w:lineRule="auto"/>
              <w:rPr>
                <w:noProof/>
                <w:lang w:val="ro-RO"/>
              </w:rPr>
            </w:pPr>
            <w:r w:rsidRPr="002D650B">
              <w:rPr>
                <w:rFonts w:eastAsia="Arial"/>
                <w:noProof/>
                <w:sz w:val="14"/>
                <w:lang w:val="ro-RO"/>
              </w:rPr>
              <w:t>Matrice pe roluri și sarcini critice.</w:t>
            </w:r>
          </w:p>
        </w:tc>
        <w:tc>
          <w:tcPr>
            <w:tcW w:w="1417" w:type="dxa"/>
            <w:shd w:val="clear" w:color="auto" w:fill="FAFAFA"/>
            <w:tcMar>
              <w:top w:w="60" w:type="dxa"/>
              <w:left w:w="70" w:type="dxa"/>
              <w:bottom w:w="60" w:type="dxa"/>
              <w:right w:w="70" w:type="dxa"/>
            </w:tcMar>
            <w:vAlign w:val="center"/>
          </w:tcPr>
          <w:p w14:paraId="4C75460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A0C538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5EE66B2" w14:textId="77777777" w:rsidR="004011CE" w:rsidRPr="002D650B" w:rsidRDefault="004011CE">
            <w:pPr>
              <w:spacing w:after="0" w:line="240" w:lineRule="auto"/>
              <w:jc w:val="center"/>
              <w:rPr>
                <w:noProof/>
                <w:lang w:val="ro-RO"/>
              </w:rPr>
            </w:pPr>
          </w:p>
        </w:tc>
      </w:tr>
      <w:tr w:rsidR="004011CE" w:rsidRPr="002D650B" w14:paraId="5981EF4C" w14:textId="77777777">
        <w:trPr>
          <w:cantSplit/>
          <w:jc w:val="center"/>
        </w:trPr>
        <w:tc>
          <w:tcPr>
            <w:tcW w:w="793" w:type="dxa"/>
            <w:tcMar>
              <w:top w:w="60" w:type="dxa"/>
              <w:left w:w="70" w:type="dxa"/>
              <w:bottom w:w="60" w:type="dxa"/>
              <w:right w:w="70" w:type="dxa"/>
            </w:tcMar>
            <w:vAlign w:val="center"/>
          </w:tcPr>
          <w:p w14:paraId="6AD5FF48" w14:textId="77777777" w:rsidR="004011CE" w:rsidRPr="002D650B" w:rsidRDefault="00000000">
            <w:pPr>
              <w:spacing w:after="0" w:line="240" w:lineRule="auto"/>
              <w:jc w:val="center"/>
              <w:rPr>
                <w:noProof/>
                <w:lang w:val="ro-RO"/>
              </w:rPr>
            </w:pPr>
            <w:r w:rsidRPr="002D650B">
              <w:rPr>
                <w:rFonts w:eastAsia="Arial"/>
                <w:b/>
                <w:noProof/>
                <w:sz w:val="14"/>
                <w:lang w:val="ro-RO"/>
              </w:rPr>
              <w:t>M3.3</w:t>
            </w:r>
          </w:p>
        </w:tc>
        <w:tc>
          <w:tcPr>
            <w:tcW w:w="4081" w:type="dxa"/>
            <w:tcMar>
              <w:top w:w="60" w:type="dxa"/>
              <w:left w:w="70" w:type="dxa"/>
              <w:bottom w:w="60" w:type="dxa"/>
              <w:right w:w="70" w:type="dxa"/>
            </w:tcMar>
            <w:vAlign w:val="center"/>
          </w:tcPr>
          <w:p w14:paraId="2EAF5FA6" w14:textId="77777777" w:rsidR="004011CE" w:rsidRPr="002D650B" w:rsidRDefault="00000000">
            <w:pPr>
              <w:spacing w:after="0" w:line="240" w:lineRule="auto"/>
              <w:rPr>
                <w:noProof/>
                <w:lang w:val="ro-RO"/>
              </w:rPr>
            </w:pPr>
            <w:r w:rsidRPr="002D650B">
              <w:rPr>
                <w:rFonts w:eastAsia="Arial"/>
                <w:noProof/>
                <w:sz w:val="14"/>
                <w:lang w:val="ro-RO"/>
              </w:rPr>
              <w:t>Personalul este instruit și eficacitatea acțiunilor este evaluată.</w:t>
            </w:r>
          </w:p>
        </w:tc>
        <w:tc>
          <w:tcPr>
            <w:tcW w:w="5159" w:type="dxa"/>
            <w:tcMar>
              <w:top w:w="60" w:type="dxa"/>
              <w:left w:w="70" w:type="dxa"/>
              <w:bottom w:w="60" w:type="dxa"/>
              <w:right w:w="70" w:type="dxa"/>
            </w:tcMar>
            <w:vAlign w:val="center"/>
          </w:tcPr>
          <w:p w14:paraId="18F52BC3" w14:textId="77777777" w:rsidR="004011CE" w:rsidRPr="002D650B" w:rsidRDefault="00000000">
            <w:pPr>
              <w:spacing w:after="0" w:line="240" w:lineRule="auto"/>
              <w:rPr>
                <w:noProof/>
                <w:lang w:val="ro-RO"/>
              </w:rPr>
            </w:pPr>
            <w:r w:rsidRPr="002D650B">
              <w:rPr>
                <w:rFonts w:eastAsia="Arial"/>
                <w:noProof/>
                <w:sz w:val="14"/>
                <w:lang w:val="ro-RO"/>
              </w:rPr>
              <w:t>Teste, observații, autorizări și rezultate.</w:t>
            </w:r>
          </w:p>
        </w:tc>
        <w:tc>
          <w:tcPr>
            <w:tcW w:w="1417" w:type="dxa"/>
            <w:tcMar>
              <w:top w:w="60" w:type="dxa"/>
              <w:left w:w="70" w:type="dxa"/>
              <w:bottom w:w="60" w:type="dxa"/>
              <w:right w:w="70" w:type="dxa"/>
            </w:tcMar>
            <w:vAlign w:val="center"/>
          </w:tcPr>
          <w:p w14:paraId="109CA41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6450E94A"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F12A649" w14:textId="77777777" w:rsidR="004011CE" w:rsidRPr="002D650B" w:rsidRDefault="004011CE">
            <w:pPr>
              <w:spacing w:after="0" w:line="240" w:lineRule="auto"/>
              <w:jc w:val="center"/>
              <w:rPr>
                <w:noProof/>
                <w:lang w:val="ro-RO"/>
              </w:rPr>
            </w:pPr>
          </w:p>
        </w:tc>
      </w:tr>
      <w:tr w:rsidR="004011CE" w:rsidRPr="002D650B" w14:paraId="13926718" w14:textId="77777777">
        <w:trPr>
          <w:cantSplit/>
          <w:jc w:val="center"/>
        </w:trPr>
        <w:tc>
          <w:tcPr>
            <w:tcW w:w="793" w:type="dxa"/>
            <w:shd w:val="clear" w:color="auto" w:fill="FAFAFA"/>
            <w:tcMar>
              <w:top w:w="60" w:type="dxa"/>
              <w:left w:w="70" w:type="dxa"/>
              <w:bottom w:w="60" w:type="dxa"/>
              <w:right w:w="70" w:type="dxa"/>
            </w:tcMar>
            <w:vAlign w:val="center"/>
          </w:tcPr>
          <w:p w14:paraId="68C619F6" w14:textId="77777777" w:rsidR="004011CE" w:rsidRPr="002D650B" w:rsidRDefault="00000000">
            <w:pPr>
              <w:spacing w:after="0" w:line="240" w:lineRule="auto"/>
              <w:jc w:val="center"/>
              <w:rPr>
                <w:noProof/>
                <w:lang w:val="ro-RO"/>
              </w:rPr>
            </w:pPr>
            <w:r w:rsidRPr="002D650B">
              <w:rPr>
                <w:rFonts w:eastAsia="Arial"/>
                <w:b/>
                <w:noProof/>
                <w:sz w:val="14"/>
                <w:lang w:val="ro-RO"/>
              </w:rPr>
              <w:t>M3.4</w:t>
            </w:r>
          </w:p>
        </w:tc>
        <w:tc>
          <w:tcPr>
            <w:tcW w:w="4081" w:type="dxa"/>
            <w:shd w:val="clear" w:color="auto" w:fill="FAFAFA"/>
            <w:tcMar>
              <w:top w:w="60" w:type="dxa"/>
              <w:left w:w="70" w:type="dxa"/>
              <w:bottom w:w="60" w:type="dxa"/>
              <w:right w:w="70" w:type="dxa"/>
            </w:tcMar>
            <w:vAlign w:val="center"/>
          </w:tcPr>
          <w:p w14:paraId="12DEED07" w14:textId="77777777" w:rsidR="004011CE" w:rsidRPr="002D650B" w:rsidRDefault="00000000">
            <w:pPr>
              <w:spacing w:after="0" w:line="240" w:lineRule="auto"/>
              <w:rPr>
                <w:noProof/>
                <w:lang w:val="ro-RO"/>
              </w:rPr>
            </w:pPr>
            <w:r w:rsidRPr="002D650B">
              <w:rPr>
                <w:rFonts w:eastAsia="Arial"/>
                <w:noProof/>
                <w:sz w:val="14"/>
                <w:lang w:val="ro-RO"/>
              </w:rPr>
              <w:t>Personalul cunoaște relevanța activității sale și contribuția la obiective.</w:t>
            </w:r>
          </w:p>
        </w:tc>
        <w:tc>
          <w:tcPr>
            <w:tcW w:w="5159" w:type="dxa"/>
            <w:shd w:val="clear" w:color="auto" w:fill="FAFAFA"/>
            <w:tcMar>
              <w:top w:w="60" w:type="dxa"/>
              <w:left w:w="70" w:type="dxa"/>
              <w:bottom w:w="60" w:type="dxa"/>
              <w:right w:w="70" w:type="dxa"/>
            </w:tcMar>
            <w:vAlign w:val="center"/>
          </w:tcPr>
          <w:p w14:paraId="0D37E649" w14:textId="77777777" w:rsidR="004011CE" w:rsidRPr="002D650B" w:rsidRDefault="00000000">
            <w:pPr>
              <w:spacing w:after="0" w:line="240" w:lineRule="auto"/>
              <w:rPr>
                <w:noProof/>
                <w:lang w:val="ro-RO"/>
              </w:rPr>
            </w:pPr>
            <w:r w:rsidRPr="002D650B">
              <w:rPr>
                <w:rFonts w:eastAsia="Arial"/>
                <w:noProof/>
                <w:sz w:val="14"/>
                <w:lang w:val="ro-RO"/>
              </w:rPr>
              <w:t>Interviuri și comunicări.</w:t>
            </w:r>
          </w:p>
        </w:tc>
        <w:tc>
          <w:tcPr>
            <w:tcW w:w="1417" w:type="dxa"/>
            <w:shd w:val="clear" w:color="auto" w:fill="FAFAFA"/>
            <w:tcMar>
              <w:top w:w="60" w:type="dxa"/>
              <w:left w:w="70" w:type="dxa"/>
              <w:bottom w:w="60" w:type="dxa"/>
              <w:right w:w="70" w:type="dxa"/>
            </w:tcMar>
            <w:vAlign w:val="center"/>
          </w:tcPr>
          <w:p w14:paraId="348A2F9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450D97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B2D497" w14:textId="77777777" w:rsidR="004011CE" w:rsidRPr="002D650B" w:rsidRDefault="004011CE">
            <w:pPr>
              <w:spacing w:after="0" w:line="240" w:lineRule="auto"/>
              <w:jc w:val="center"/>
              <w:rPr>
                <w:noProof/>
                <w:lang w:val="ro-RO"/>
              </w:rPr>
            </w:pPr>
          </w:p>
        </w:tc>
      </w:tr>
      <w:tr w:rsidR="004011CE" w:rsidRPr="002D650B" w14:paraId="360567F8" w14:textId="77777777">
        <w:trPr>
          <w:cantSplit/>
          <w:jc w:val="center"/>
        </w:trPr>
        <w:tc>
          <w:tcPr>
            <w:tcW w:w="793" w:type="dxa"/>
            <w:tcMar>
              <w:top w:w="60" w:type="dxa"/>
              <w:left w:w="70" w:type="dxa"/>
              <w:bottom w:w="60" w:type="dxa"/>
              <w:right w:w="70" w:type="dxa"/>
            </w:tcMar>
            <w:vAlign w:val="center"/>
          </w:tcPr>
          <w:p w14:paraId="7289CD12" w14:textId="77777777" w:rsidR="004011CE" w:rsidRPr="002D650B" w:rsidRDefault="00000000">
            <w:pPr>
              <w:spacing w:after="0" w:line="240" w:lineRule="auto"/>
              <w:jc w:val="center"/>
              <w:rPr>
                <w:noProof/>
                <w:lang w:val="ro-RO"/>
              </w:rPr>
            </w:pPr>
            <w:r w:rsidRPr="002D650B">
              <w:rPr>
                <w:rFonts w:eastAsia="Arial"/>
                <w:b/>
                <w:noProof/>
                <w:sz w:val="14"/>
                <w:lang w:val="ro-RO"/>
              </w:rPr>
              <w:t>M3.5</w:t>
            </w:r>
          </w:p>
        </w:tc>
        <w:tc>
          <w:tcPr>
            <w:tcW w:w="4081" w:type="dxa"/>
            <w:tcMar>
              <w:top w:w="60" w:type="dxa"/>
              <w:left w:w="70" w:type="dxa"/>
              <w:bottom w:w="60" w:type="dxa"/>
              <w:right w:w="70" w:type="dxa"/>
            </w:tcMar>
            <w:vAlign w:val="center"/>
          </w:tcPr>
          <w:p w14:paraId="2B8D2513" w14:textId="77777777" w:rsidR="004011CE" w:rsidRPr="002D650B" w:rsidRDefault="00000000">
            <w:pPr>
              <w:spacing w:after="0" w:line="240" w:lineRule="auto"/>
              <w:rPr>
                <w:noProof/>
                <w:lang w:val="ro-RO"/>
              </w:rPr>
            </w:pPr>
            <w:r w:rsidRPr="002D650B">
              <w:rPr>
                <w:rFonts w:eastAsia="Arial"/>
                <w:noProof/>
                <w:sz w:val="14"/>
                <w:lang w:val="ro-RO"/>
              </w:rPr>
              <w:t>Sunt păstrate înregistrări privind competența.</w:t>
            </w:r>
          </w:p>
        </w:tc>
        <w:tc>
          <w:tcPr>
            <w:tcW w:w="5159" w:type="dxa"/>
            <w:tcMar>
              <w:top w:w="60" w:type="dxa"/>
              <w:left w:w="70" w:type="dxa"/>
              <w:bottom w:w="60" w:type="dxa"/>
              <w:right w:w="70" w:type="dxa"/>
            </w:tcMar>
            <w:vAlign w:val="center"/>
          </w:tcPr>
          <w:p w14:paraId="60D4155A" w14:textId="77777777" w:rsidR="004011CE" w:rsidRPr="002D650B" w:rsidRDefault="00000000">
            <w:pPr>
              <w:spacing w:after="0" w:line="240" w:lineRule="auto"/>
              <w:rPr>
                <w:noProof/>
                <w:lang w:val="ro-RO"/>
              </w:rPr>
            </w:pPr>
            <w:r w:rsidRPr="002D650B">
              <w:rPr>
                <w:rFonts w:eastAsia="Arial"/>
                <w:noProof/>
                <w:sz w:val="14"/>
                <w:lang w:val="ro-RO"/>
              </w:rPr>
              <w:t>Calificări, instruiri, evaluări și autorizări.</w:t>
            </w:r>
          </w:p>
        </w:tc>
        <w:tc>
          <w:tcPr>
            <w:tcW w:w="1417" w:type="dxa"/>
            <w:tcMar>
              <w:top w:w="60" w:type="dxa"/>
              <w:left w:w="70" w:type="dxa"/>
              <w:bottom w:w="60" w:type="dxa"/>
              <w:right w:w="70" w:type="dxa"/>
            </w:tcMar>
            <w:vAlign w:val="center"/>
          </w:tcPr>
          <w:p w14:paraId="43441A87"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6BA780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A9C3761" w14:textId="77777777" w:rsidR="004011CE" w:rsidRPr="002D650B" w:rsidRDefault="004011CE">
            <w:pPr>
              <w:spacing w:after="0" w:line="240" w:lineRule="auto"/>
              <w:jc w:val="center"/>
              <w:rPr>
                <w:noProof/>
                <w:lang w:val="ro-RO"/>
              </w:rPr>
            </w:pPr>
          </w:p>
        </w:tc>
      </w:tr>
      <w:tr w:rsidR="004011CE" w:rsidRPr="002D650B" w14:paraId="6283FAA3" w14:textId="77777777">
        <w:trPr>
          <w:cantSplit/>
          <w:jc w:val="center"/>
        </w:trPr>
        <w:tc>
          <w:tcPr>
            <w:tcW w:w="793" w:type="dxa"/>
            <w:shd w:val="clear" w:color="auto" w:fill="FAFAFA"/>
            <w:tcMar>
              <w:top w:w="60" w:type="dxa"/>
              <w:left w:w="70" w:type="dxa"/>
              <w:bottom w:w="60" w:type="dxa"/>
              <w:right w:w="70" w:type="dxa"/>
            </w:tcMar>
            <w:vAlign w:val="center"/>
          </w:tcPr>
          <w:p w14:paraId="087265DF" w14:textId="77777777" w:rsidR="004011CE" w:rsidRPr="002D650B" w:rsidRDefault="00000000">
            <w:pPr>
              <w:spacing w:after="0" w:line="240" w:lineRule="auto"/>
              <w:jc w:val="center"/>
              <w:rPr>
                <w:noProof/>
                <w:lang w:val="ro-RO"/>
              </w:rPr>
            </w:pPr>
            <w:r w:rsidRPr="002D650B">
              <w:rPr>
                <w:rFonts w:eastAsia="Arial"/>
                <w:b/>
                <w:noProof/>
                <w:sz w:val="14"/>
                <w:lang w:val="ro-RO"/>
              </w:rPr>
              <w:t>M3.6</w:t>
            </w:r>
          </w:p>
        </w:tc>
        <w:tc>
          <w:tcPr>
            <w:tcW w:w="4081" w:type="dxa"/>
            <w:shd w:val="clear" w:color="auto" w:fill="FAFAFA"/>
            <w:tcMar>
              <w:top w:w="60" w:type="dxa"/>
              <w:left w:w="70" w:type="dxa"/>
              <w:bottom w:w="60" w:type="dxa"/>
              <w:right w:w="70" w:type="dxa"/>
            </w:tcMar>
            <w:vAlign w:val="center"/>
          </w:tcPr>
          <w:p w14:paraId="27BAC825" w14:textId="77777777" w:rsidR="004011CE" w:rsidRPr="002D650B" w:rsidRDefault="00000000">
            <w:pPr>
              <w:spacing w:after="0" w:line="240" w:lineRule="auto"/>
              <w:rPr>
                <w:noProof/>
                <w:lang w:val="ro-RO"/>
              </w:rPr>
            </w:pPr>
            <w:r w:rsidRPr="002D650B">
              <w:rPr>
                <w:rFonts w:eastAsia="Arial"/>
                <w:noProof/>
                <w:sz w:val="14"/>
                <w:lang w:val="ro-RO"/>
              </w:rPr>
              <w:t>Infrastructura necesară este documentată și menținută.</w:t>
            </w:r>
          </w:p>
        </w:tc>
        <w:tc>
          <w:tcPr>
            <w:tcW w:w="5159" w:type="dxa"/>
            <w:shd w:val="clear" w:color="auto" w:fill="FAFAFA"/>
            <w:tcMar>
              <w:top w:w="60" w:type="dxa"/>
              <w:left w:w="70" w:type="dxa"/>
              <w:bottom w:w="60" w:type="dxa"/>
              <w:right w:w="70" w:type="dxa"/>
            </w:tcMar>
            <w:vAlign w:val="center"/>
          </w:tcPr>
          <w:p w14:paraId="439D0CC2" w14:textId="77777777" w:rsidR="004011CE" w:rsidRPr="002D650B" w:rsidRDefault="00000000">
            <w:pPr>
              <w:spacing w:after="0" w:line="240" w:lineRule="auto"/>
              <w:rPr>
                <w:noProof/>
                <w:lang w:val="ro-RO"/>
              </w:rPr>
            </w:pPr>
            <w:r w:rsidRPr="002D650B">
              <w:rPr>
                <w:rFonts w:eastAsia="Arial"/>
                <w:noProof/>
                <w:sz w:val="14"/>
                <w:lang w:val="ro-RO"/>
              </w:rPr>
              <w:t>Clădiri, utilități, echipamente, IT, transport și comunicații.</w:t>
            </w:r>
          </w:p>
        </w:tc>
        <w:tc>
          <w:tcPr>
            <w:tcW w:w="1417" w:type="dxa"/>
            <w:shd w:val="clear" w:color="auto" w:fill="FAFAFA"/>
            <w:tcMar>
              <w:top w:w="60" w:type="dxa"/>
              <w:left w:w="70" w:type="dxa"/>
              <w:bottom w:w="60" w:type="dxa"/>
              <w:right w:w="70" w:type="dxa"/>
            </w:tcMar>
            <w:vAlign w:val="center"/>
          </w:tcPr>
          <w:p w14:paraId="7AFF35B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BBD3D2C"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5E08CBD" w14:textId="77777777" w:rsidR="004011CE" w:rsidRPr="002D650B" w:rsidRDefault="004011CE">
            <w:pPr>
              <w:spacing w:after="0" w:line="240" w:lineRule="auto"/>
              <w:jc w:val="center"/>
              <w:rPr>
                <w:noProof/>
                <w:lang w:val="ro-RO"/>
              </w:rPr>
            </w:pPr>
          </w:p>
        </w:tc>
      </w:tr>
      <w:tr w:rsidR="004011CE" w:rsidRPr="002D650B" w14:paraId="2F106922" w14:textId="77777777">
        <w:trPr>
          <w:cantSplit/>
          <w:jc w:val="center"/>
        </w:trPr>
        <w:tc>
          <w:tcPr>
            <w:tcW w:w="793" w:type="dxa"/>
            <w:tcMar>
              <w:top w:w="60" w:type="dxa"/>
              <w:left w:w="70" w:type="dxa"/>
              <w:bottom w:w="60" w:type="dxa"/>
              <w:right w:w="70" w:type="dxa"/>
            </w:tcMar>
            <w:vAlign w:val="center"/>
          </w:tcPr>
          <w:p w14:paraId="7C332018" w14:textId="77777777" w:rsidR="004011CE" w:rsidRPr="002D650B" w:rsidRDefault="00000000">
            <w:pPr>
              <w:spacing w:after="0" w:line="240" w:lineRule="auto"/>
              <w:jc w:val="center"/>
              <w:rPr>
                <w:noProof/>
                <w:lang w:val="ro-RO"/>
              </w:rPr>
            </w:pPr>
            <w:r w:rsidRPr="002D650B">
              <w:rPr>
                <w:rFonts w:eastAsia="Arial"/>
                <w:b/>
                <w:noProof/>
                <w:sz w:val="14"/>
                <w:lang w:val="ro-RO"/>
              </w:rPr>
              <w:t>M3.7</w:t>
            </w:r>
          </w:p>
        </w:tc>
        <w:tc>
          <w:tcPr>
            <w:tcW w:w="4081" w:type="dxa"/>
            <w:tcMar>
              <w:top w:w="60" w:type="dxa"/>
              <w:left w:w="70" w:type="dxa"/>
              <w:bottom w:w="60" w:type="dxa"/>
              <w:right w:w="70" w:type="dxa"/>
            </w:tcMar>
            <w:vAlign w:val="center"/>
          </w:tcPr>
          <w:p w14:paraId="5063339A" w14:textId="77777777" w:rsidR="004011CE" w:rsidRPr="002D650B" w:rsidRDefault="00000000">
            <w:pPr>
              <w:spacing w:after="0" w:line="240" w:lineRule="auto"/>
              <w:rPr>
                <w:noProof/>
                <w:lang w:val="ro-RO"/>
              </w:rPr>
            </w:pPr>
            <w:r w:rsidRPr="002D650B">
              <w:rPr>
                <w:rFonts w:eastAsia="Arial"/>
                <w:noProof/>
                <w:sz w:val="14"/>
                <w:lang w:val="ro-RO"/>
              </w:rPr>
              <w:t>Mentenanța previne efecte adverse asupra calității produsului.</w:t>
            </w:r>
          </w:p>
        </w:tc>
        <w:tc>
          <w:tcPr>
            <w:tcW w:w="5159" w:type="dxa"/>
            <w:tcMar>
              <w:top w:w="60" w:type="dxa"/>
              <w:left w:w="70" w:type="dxa"/>
              <w:bottom w:w="60" w:type="dxa"/>
              <w:right w:w="70" w:type="dxa"/>
            </w:tcMar>
            <w:vAlign w:val="center"/>
          </w:tcPr>
          <w:p w14:paraId="08BF7098" w14:textId="77777777" w:rsidR="004011CE" w:rsidRPr="002D650B" w:rsidRDefault="00000000">
            <w:pPr>
              <w:spacing w:after="0" w:line="240" w:lineRule="auto"/>
              <w:rPr>
                <w:noProof/>
                <w:lang w:val="ro-RO"/>
              </w:rPr>
            </w:pPr>
            <w:r w:rsidRPr="002D650B">
              <w:rPr>
                <w:rFonts w:eastAsia="Arial"/>
                <w:noProof/>
                <w:sz w:val="14"/>
                <w:lang w:val="ro-RO"/>
              </w:rPr>
              <w:t>Planuri, intervenții, eliberare și analiza impactului.</w:t>
            </w:r>
          </w:p>
        </w:tc>
        <w:tc>
          <w:tcPr>
            <w:tcW w:w="1417" w:type="dxa"/>
            <w:tcMar>
              <w:top w:w="60" w:type="dxa"/>
              <w:left w:w="70" w:type="dxa"/>
              <w:bottom w:w="60" w:type="dxa"/>
              <w:right w:w="70" w:type="dxa"/>
            </w:tcMar>
            <w:vAlign w:val="center"/>
          </w:tcPr>
          <w:p w14:paraId="334F1BE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CEF79CF"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A21002D" w14:textId="77777777" w:rsidR="004011CE" w:rsidRPr="002D650B" w:rsidRDefault="004011CE">
            <w:pPr>
              <w:spacing w:after="0" w:line="240" w:lineRule="auto"/>
              <w:jc w:val="center"/>
              <w:rPr>
                <w:noProof/>
                <w:lang w:val="ro-RO"/>
              </w:rPr>
            </w:pPr>
          </w:p>
        </w:tc>
      </w:tr>
      <w:tr w:rsidR="004011CE" w:rsidRPr="002D650B" w14:paraId="62E48EE7" w14:textId="77777777">
        <w:trPr>
          <w:cantSplit/>
          <w:jc w:val="center"/>
        </w:trPr>
        <w:tc>
          <w:tcPr>
            <w:tcW w:w="793" w:type="dxa"/>
            <w:shd w:val="clear" w:color="auto" w:fill="FAFAFA"/>
            <w:tcMar>
              <w:top w:w="60" w:type="dxa"/>
              <w:left w:w="70" w:type="dxa"/>
              <w:bottom w:w="60" w:type="dxa"/>
              <w:right w:w="70" w:type="dxa"/>
            </w:tcMar>
            <w:vAlign w:val="center"/>
          </w:tcPr>
          <w:p w14:paraId="239E0C54" w14:textId="77777777" w:rsidR="004011CE" w:rsidRPr="002D650B" w:rsidRDefault="00000000">
            <w:pPr>
              <w:spacing w:after="0" w:line="240" w:lineRule="auto"/>
              <w:jc w:val="center"/>
              <w:rPr>
                <w:noProof/>
                <w:lang w:val="ro-RO"/>
              </w:rPr>
            </w:pPr>
            <w:r w:rsidRPr="002D650B">
              <w:rPr>
                <w:rFonts w:eastAsia="Arial"/>
                <w:b/>
                <w:noProof/>
                <w:sz w:val="14"/>
                <w:lang w:val="ro-RO"/>
              </w:rPr>
              <w:t>M3.8</w:t>
            </w:r>
          </w:p>
        </w:tc>
        <w:tc>
          <w:tcPr>
            <w:tcW w:w="4081" w:type="dxa"/>
            <w:shd w:val="clear" w:color="auto" w:fill="FAFAFA"/>
            <w:tcMar>
              <w:top w:w="60" w:type="dxa"/>
              <w:left w:w="70" w:type="dxa"/>
              <w:bottom w:w="60" w:type="dxa"/>
              <w:right w:w="70" w:type="dxa"/>
            </w:tcMar>
            <w:vAlign w:val="center"/>
          </w:tcPr>
          <w:p w14:paraId="014BB73B" w14:textId="77777777" w:rsidR="004011CE" w:rsidRPr="002D650B" w:rsidRDefault="00000000">
            <w:pPr>
              <w:spacing w:after="0" w:line="240" w:lineRule="auto"/>
              <w:rPr>
                <w:noProof/>
                <w:lang w:val="ro-RO"/>
              </w:rPr>
            </w:pPr>
            <w:r w:rsidRPr="002D650B">
              <w:rPr>
                <w:rFonts w:eastAsia="Arial"/>
                <w:noProof/>
                <w:sz w:val="14"/>
                <w:lang w:val="ro-RO"/>
              </w:rPr>
              <w:t>Cerințele mediului de lucru sunt determinate și controlate.</w:t>
            </w:r>
          </w:p>
        </w:tc>
        <w:tc>
          <w:tcPr>
            <w:tcW w:w="5159" w:type="dxa"/>
            <w:shd w:val="clear" w:color="auto" w:fill="FAFAFA"/>
            <w:tcMar>
              <w:top w:w="60" w:type="dxa"/>
              <w:left w:w="70" w:type="dxa"/>
              <w:bottom w:w="60" w:type="dxa"/>
              <w:right w:w="70" w:type="dxa"/>
            </w:tcMar>
            <w:vAlign w:val="center"/>
          </w:tcPr>
          <w:p w14:paraId="50C0F533" w14:textId="77777777" w:rsidR="004011CE" w:rsidRPr="002D650B" w:rsidRDefault="00000000">
            <w:pPr>
              <w:spacing w:after="0" w:line="240" w:lineRule="auto"/>
              <w:rPr>
                <w:noProof/>
                <w:lang w:val="ro-RO"/>
              </w:rPr>
            </w:pPr>
            <w:r w:rsidRPr="002D650B">
              <w:rPr>
                <w:rFonts w:eastAsia="Arial"/>
                <w:noProof/>
                <w:sz w:val="14"/>
                <w:lang w:val="ro-RO"/>
              </w:rPr>
              <w:t>Temperatură, umiditate, particule, ESD, iluminat și curățenie, după caz.</w:t>
            </w:r>
          </w:p>
        </w:tc>
        <w:tc>
          <w:tcPr>
            <w:tcW w:w="1417" w:type="dxa"/>
            <w:shd w:val="clear" w:color="auto" w:fill="FAFAFA"/>
            <w:tcMar>
              <w:top w:w="60" w:type="dxa"/>
              <w:left w:w="70" w:type="dxa"/>
              <w:bottom w:w="60" w:type="dxa"/>
              <w:right w:w="70" w:type="dxa"/>
            </w:tcMar>
            <w:vAlign w:val="center"/>
          </w:tcPr>
          <w:p w14:paraId="158B8A2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54003AA"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3D95026" w14:textId="77777777" w:rsidR="004011CE" w:rsidRPr="002D650B" w:rsidRDefault="004011CE">
            <w:pPr>
              <w:spacing w:after="0" w:line="240" w:lineRule="auto"/>
              <w:jc w:val="center"/>
              <w:rPr>
                <w:noProof/>
                <w:lang w:val="ro-RO"/>
              </w:rPr>
            </w:pPr>
          </w:p>
        </w:tc>
      </w:tr>
      <w:tr w:rsidR="004011CE" w:rsidRPr="002D650B" w14:paraId="7070DF61" w14:textId="77777777">
        <w:trPr>
          <w:cantSplit/>
          <w:jc w:val="center"/>
        </w:trPr>
        <w:tc>
          <w:tcPr>
            <w:tcW w:w="793" w:type="dxa"/>
            <w:tcMar>
              <w:top w:w="60" w:type="dxa"/>
              <w:left w:w="70" w:type="dxa"/>
              <w:bottom w:w="60" w:type="dxa"/>
              <w:right w:w="70" w:type="dxa"/>
            </w:tcMar>
            <w:vAlign w:val="center"/>
          </w:tcPr>
          <w:p w14:paraId="754B3099" w14:textId="77777777" w:rsidR="004011CE" w:rsidRPr="002D650B" w:rsidRDefault="00000000">
            <w:pPr>
              <w:spacing w:after="0" w:line="240" w:lineRule="auto"/>
              <w:jc w:val="center"/>
              <w:rPr>
                <w:noProof/>
                <w:lang w:val="ro-RO"/>
              </w:rPr>
            </w:pPr>
            <w:r w:rsidRPr="002D650B">
              <w:rPr>
                <w:rFonts w:eastAsia="Arial"/>
                <w:b/>
                <w:noProof/>
                <w:sz w:val="14"/>
                <w:lang w:val="ro-RO"/>
              </w:rPr>
              <w:t>M3.9</w:t>
            </w:r>
          </w:p>
        </w:tc>
        <w:tc>
          <w:tcPr>
            <w:tcW w:w="4081" w:type="dxa"/>
            <w:tcMar>
              <w:top w:w="60" w:type="dxa"/>
              <w:left w:w="70" w:type="dxa"/>
              <w:bottom w:w="60" w:type="dxa"/>
              <w:right w:w="70" w:type="dxa"/>
            </w:tcMar>
            <w:vAlign w:val="center"/>
          </w:tcPr>
          <w:p w14:paraId="60944103" w14:textId="77777777" w:rsidR="004011CE" w:rsidRPr="002D650B" w:rsidRDefault="00000000">
            <w:pPr>
              <w:spacing w:after="0" w:line="240" w:lineRule="auto"/>
              <w:rPr>
                <w:noProof/>
                <w:lang w:val="ro-RO"/>
              </w:rPr>
            </w:pPr>
            <w:r w:rsidRPr="002D650B">
              <w:rPr>
                <w:rFonts w:eastAsia="Arial"/>
                <w:noProof/>
                <w:sz w:val="14"/>
                <w:lang w:val="ro-RO"/>
              </w:rPr>
              <w:t>Cerințele de sănătate, curățenie și îmbrăcăminte ale personalului sunt definite când contactul poate afecta produsul.</w:t>
            </w:r>
          </w:p>
        </w:tc>
        <w:tc>
          <w:tcPr>
            <w:tcW w:w="5159" w:type="dxa"/>
            <w:tcMar>
              <w:top w:w="60" w:type="dxa"/>
              <w:left w:w="70" w:type="dxa"/>
              <w:bottom w:w="60" w:type="dxa"/>
              <w:right w:w="70" w:type="dxa"/>
            </w:tcMar>
            <w:vAlign w:val="center"/>
          </w:tcPr>
          <w:p w14:paraId="328EEB6E" w14:textId="77777777" w:rsidR="004011CE" w:rsidRPr="002D650B" w:rsidRDefault="00000000">
            <w:pPr>
              <w:spacing w:after="0" w:line="240" w:lineRule="auto"/>
              <w:rPr>
                <w:noProof/>
                <w:lang w:val="ro-RO"/>
              </w:rPr>
            </w:pPr>
            <w:r w:rsidRPr="002D650B">
              <w:rPr>
                <w:rFonts w:eastAsia="Arial"/>
                <w:noProof/>
                <w:sz w:val="14"/>
                <w:lang w:val="ro-RO"/>
              </w:rPr>
              <w:t>Reguli, instruire și monitorizare.</w:t>
            </w:r>
          </w:p>
        </w:tc>
        <w:tc>
          <w:tcPr>
            <w:tcW w:w="1417" w:type="dxa"/>
            <w:tcMar>
              <w:top w:w="60" w:type="dxa"/>
              <w:left w:w="70" w:type="dxa"/>
              <w:bottom w:w="60" w:type="dxa"/>
              <w:right w:w="70" w:type="dxa"/>
            </w:tcMar>
            <w:vAlign w:val="center"/>
          </w:tcPr>
          <w:p w14:paraId="2FEA9E8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6D1348E"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2DA014E" w14:textId="77777777" w:rsidR="004011CE" w:rsidRPr="002D650B" w:rsidRDefault="004011CE">
            <w:pPr>
              <w:spacing w:after="0" w:line="240" w:lineRule="auto"/>
              <w:jc w:val="center"/>
              <w:rPr>
                <w:noProof/>
                <w:lang w:val="ro-RO"/>
              </w:rPr>
            </w:pPr>
          </w:p>
        </w:tc>
      </w:tr>
      <w:tr w:rsidR="004011CE" w:rsidRPr="002D650B" w14:paraId="48784CE8" w14:textId="77777777">
        <w:trPr>
          <w:cantSplit/>
          <w:jc w:val="center"/>
        </w:trPr>
        <w:tc>
          <w:tcPr>
            <w:tcW w:w="793" w:type="dxa"/>
            <w:shd w:val="clear" w:color="auto" w:fill="FAFAFA"/>
            <w:tcMar>
              <w:top w:w="60" w:type="dxa"/>
              <w:left w:w="70" w:type="dxa"/>
              <w:bottom w:w="60" w:type="dxa"/>
              <w:right w:w="70" w:type="dxa"/>
            </w:tcMar>
            <w:vAlign w:val="center"/>
          </w:tcPr>
          <w:p w14:paraId="35368878" w14:textId="77777777" w:rsidR="004011CE" w:rsidRPr="002D650B" w:rsidRDefault="00000000">
            <w:pPr>
              <w:spacing w:after="0" w:line="240" w:lineRule="auto"/>
              <w:jc w:val="center"/>
              <w:rPr>
                <w:noProof/>
                <w:lang w:val="ro-RO"/>
              </w:rPr>
            </w:pPr>
            <w:r w:rsidRPr="002D650B">
              <w:rPr>
                <w:rFonts w:eastAsia="Arial"/>
                <w:b/>
                <w:noProof/>
                <w:sz w:val="14"/>
                <w:lang w:val="ro-RO"/>
              </w:rPr>
              <w:t>M3.10</w:t>
            </w:r>
          </w:p>
        </w:tc>
        <w:tc>
          <w:tcPr>
            <w:tcW w:w="4081" w:type="dxa"/>
            <w:shd w:val="clear" w:color="auto" w:fill="FAFAFA"/>
            <w:tcMar>
              <w:top w:w="60" w:type="dxa"/>
              <w:left w:w="70" w:type="dxa"/>
              <w:bottom w:w="60" w:type="dxa"/>
              <w:right w:w="70" w:type="dxa"/>
            </w:tcMar>
            <w:vAlign w:val="center"/>
          </w:tcPr>
          <w:p w14:paraId="081E43BB" w14:textId="77777777" w:rsidR="004011CE" w:rsidRPr="002D650B" w:rsidRDefault="00000000">
            <w:pPr>
              <w:spacing w:after="0" w:line="240" w:lineRule="auto"/>
              <w:rPr>
                <w:noProof/>
                <w:lang w:val="ro-RO"/>
              </w:rPr>
            </w:pPr>
            <w:r w:rsidRPr="002D650B">
              <w:rPr>
                <w:rFonts w:eastAsia="Arial"/>
                <w:noProof/>
                <w:sz w:val="14"/>
                <w:lang w:val="ro-RO"/>
              </w:rPr>
              <w:t>Personalul temporar sau care lucrează în condiții speciale este supravegheat adecvat.</w:t>
            </w:r>
          </w:p>
        </w:tc>
        <w:tc>
          <w:tcPr>
            <w:tcW w:w="5159" w:type="dxa"/>
            <w:shd w:val="clear" w:color="auto" w:fill="FAFAFA"/>
            <w:tcMar>
              <w:top w:w="60" w:type="dxa"/>
              <w:left w:w="70" w:type="dxa"/>
              <w:bottom w:w="60" w:type="dxa"/>
              <w:right w:w="70" w:type="dxa"/>
            </w:tcMar>
            <w:vAlign w:val="center"/>
          </w:tcPr>
          <w:p w14:paraId="0C191223" w14:textId="77777777" w:rsidR="004011CE" w:rsidRPr="002D650B" w:rsidRDefault="00000000">
            <w:pPr>
              <w:spacing w:after="0" w:line="240" w:lineRule="auto"/>
              <w:rPr>
                <w:noProof/>
                <w:lang w:val="ro-RO"/>
              </w:rPr>
            </w:pPr>
            <w:r w:rsidRPr="002D650B">
              <w:rPr>
                <w:rFonts w:eastAsia="Arial"/>
                <w:noProof/>
                <w:sz w:val="14"/>
                <w:lang w:val="ro-RO"/>
              </w:rPr>
              <w:t>Inducție, acces și supervizare.</w:t>
            </w:r>
          </w:p>
        </w:tc>
        <w:tc>
          <w:tcPr>
            <w:tcW w:w="1417" w:type="dxa"/>
            <w:shd w:val="clear" w:color="auto" w:fill="FAFAFA"/>
            <w:tcMar>
              <w:top w:w="60" w:type="dxa"/>
              <w:left w:w="70" w:type="dxa"/>
              <w:bottom w:w="60" w:type="dxa"/>
              <w:right w:w="70" w:type="dxa"/>
            </w:tcMar>
            <w:vAlign w:val="center"/>
          </w:tcPr>
          <w:p w14:paraId="38D97AD8"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A4A77C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5E2CA50" w14:textId="77777777" w:rsidR="004011CE" w:rsidRPr="002D650B" w:rsidRDefault="004011CE">
            <w:pPr>
              <w:spacing w:after="0" w:line="240" w:lineRule="auto"/>
              <w:jc w:val="center"/>
              <w:rPr>
                <w:noProof/>
                <w:lang w:val="ro-RO"/>
              </w:rPr>
            </w:pPr>
          </w:p>
        </w:tc>
      </w:tr>
      <w:tr w:rsidR="004011CE" w:rsidRPr="002D650B" w14:paraId="2481CC07" w14:textId="77777777">
        <w:trPr>
          <w:cantSplit/>
          <w:jc w:val="center"/>
        </w:trPr>
        <w:tc>
          <w:tcPr>
            <w:tcW w:w="793" w:type="dxa"/>
            <w:tcMar>
              <w:top w:w="60" w:type="dxa"/>
              <w:left w:w="70" w:type="dxa"/>
              <w:bottom w:w="60" w:type="dxa"/>
              <w:right w:w="70" w:type="dxa"/>
            </w:tcMar>
            <w:vAlign w:val="center"/>
          </w:tcPr>
          <w:p w14:paraId="4A2B450F" w14:textId="77777777" w:rsidR="004011CE" w:rsidRPr="002D650B" w:rsidRDefault="00000000">
            <w:pPr>
              <w:spacing w:after="0" w:line="240" w:lineRule="auto"/>
              <w:jc w:val="center"/>
              <w:rPr>
                <w:noProof/>
                <w:lang w:val="ro-RO"/>
              </w:rPr>
            </w:pPr>
            <w:r w:rsidRPr="002D650B">
              <w:rPr>
                <w:rFonts w:eastAsia="Arial"/>
                <w:b/>
                <w:noProof/>
                <w:sz w:val="14"/>
                <w:lang w:val="ro-RO"/>
              </w:rPr>
              <w:t>M3.11</w:t>
            </w:r>
          </w:p>
        </w:tc>
        <w:tc>
          <w:tcPr>
            <w:tcW w:w="4081" w:type="dxa"/>
            <w:tcMar>
              <w:top w:w="60" w:type="dxa"/>
              <w:left w:w="70" w:type="dxa"/>
              <w:bottom w:w="60" w:type="dxa"/>
              <w:right w:w="70" w:type="dxa"/>
            </w:tcMar>
            <w:vAlign w:val="center"/>
          </w:tcPr>
          <w:p w14:paraId="7905360C" w14:textId="77777777" w:rsidR="004011CE" w:rsidRPr="002D650B" w:rsidRDefault="00000000">
            <w:pPr>
              <w:spacing w:after="0" w:line="240" w:lineRule="auto"/>
              <w:rPr>
                <w:noProof/>
                <w:lang w:val="ro-RO"/>
              </w:rPr>
            </w:pPr>
            <w:r w:rsidRPr="002D650B">
              <w:rPr>
                <w:rFonts w:eastAsia="Arial"/>
                <w:noProof/>
                <w:sz w:val="14"/>
                <w:lang w:val="ro-RO"/>
              </w:rPr>
              <w:t>Contaminarea produsului, mediului sau personalului este prevenită și controlată.</w:t>
            </w:r>
          </w:p>
        </w:tc>
        <w:tc>
          <w:tcPr>
            <w:tcW w:w="5159" w:type="dxa"/>
            <w:tcMar>
              <w:top w:w="60" w:type="dxa"/>
              <w:left w:w="70" w:type="dxa"/>
              <w:bottom w:w="60" w:type="dxa"/>
              <w:right w:w="70" w:type="dxa"/>
            </w:tcMar>
            <w:vAlign w:val="center"/>
          </w:tcPr>
          <w:p w14:paraId="57F77640" w14:textId="77777777" w:rsidR="004011CE" w:rsidRPr="002D650B" w:rsidRDefault="00000000">
            <w:pPr>
              <w:spacing w:after="0" w:line="240" w:lineRule="auto"/>
              <w:rPr>
                <w:noProof/>
                <w:lang w:val="ro-RO"/>
              </w:rPr>
            </w:pPr>
            <w:r w:rsidRPr="002D650B">
              <w:rPr>
                <w:rFonts w:eastAsia="Arial"/>
                <w:noProof/>
                <w:sz w:val="14"/>
                <w:lang w:val="ro-RO"/>
              </w:rPr>
              <w:t>Zonare, fluxuri, curățare, monitorizare și segregare.</w:t>
            </w:r>
          </w:p>
        </w:tc>
        <w:tc>
          <w:tcPr>
            <w:tcW w:w="1417" w:type="dxa"/>
            <w:tcMar>
              <w:top w:w="60" w:type="dxa"/>
              <w:left w:w="70" w:type="dxa"/>
              <w:bottom w:w="60" w:type="dxa"/>
              <w:right w:w="70" w:type="dxa"/>
            </w:tcMar>
            <w:vAlign w:val="center"/>
          </w:tcPr>
          <w:p w14:paraId="4B8053E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51EEEC1"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EBA19EF" w14:textId="77777777" w:rsidR="004011CE" w:rsidRPr="002D650B" w:rsidRDefault="004011CE">
            <w:pPr>
              <w:spacing w:after="0" w:line="240" w:lineRule="auto"/>
              <w:jc w:val="center"/>
              <w:rPr>
                <w:noProof/>
                <w:lang w:val="ro-RO"/>
              </w:rPr>
            </w:pPr>
          </w:p>
        </w:tc>
      </w:tr>
      <w:tr w:rsidR="004011CE" w:rsidRPr="002D650B" w14:paraId="52D4D0AA" w14:textId="77777777">
        <w:trPr>
          <w:cantSplit/>
          <w:jc w:val="center"/>
        </w:trPr>
        <w:tc>
          <w:tcPr>
            <w:tcW w:w="793" w:type="dxa"/>
            <w:shd w:val="clear" w:color="auto" w:fill="FAFAFA"/>
            <w:tcMar>
              <w:top w:w="60" w:type="dxa"/>
              <w:left w:w="70" w:type="dxa"/>
              <w:bottom w:w="60" w:type="dxa"/>
              <w:right w:w="70" w:type="dxa"/>
            </w:tcMar>
            <w:vAlign w:val="center"/>
          </w:tcPr>
          <w:p w14:paraId="227CF918" w14:textId="77777777" w:rsidR="004011CE" w:rsidRPr="002D650B" w:rsidRDefault="00000000">
            <w:pPr>
              <w:spacing w:after="0" w:line="240" w:lineRule="auto"/>
              <w:jc w:val="center"/>
              <w:rPr>
                <w:noProof/>
                <w:lang w:val="ro-RO"/>
              </w:rPr>
            </w:pPr>
            <w:r w:rsidRPr="002D650B">
              <w:rPr>
                <w:rFonts w:eastAsia="Arial"/>
                <w:b/>
                <w:noProof/>
                <w:sz w:val="14"/>
                <w:lang w:val="ro-RO"/>
              </w:rPr>
              <w:t>M3.12</w:t>
            </w:r>
          </w:p>
        </w:tc>
        <w:tc>
          <w:tcPr>
            <w:tcW w:w="4081" w:type="dxa"/>
            <w:shd w:val="clear" w:color="auto" w:fill="FAFAFA"/>
            <w:tcMar>
              <w:top w:w="60" w:type="dxa"/>
              <w:left w:w="70" w:type="dxa"/>
              <w:bottom w:w="60" w:type="dxa"/>
              <w:right w:w="70" w:type="dxa"/>
            </w:tcMar>
            <w:vAlign w:val="center"/>
          </w:tcPr>
          <w:p w14:paraId="2F6CCB50" w14:textId="77777777" w:rsidR="004011CE" w:rsidRPr="002D650B" w:rsidRDefault="00000000">
            <w:pPr>
              <w:spacing w:after="0" w:line="240" w:lineRule="auto"/>
              <w:rPr>
                <w:noProof/>
                <w:lang w:val="ro-RO"/>
              </w:rPr>
            </w:pPr>
            <w:r w:rsidRPr="002D650B">
              <w:rPr>
                <w:rFonts w:eastAsia="Arial"/>
                <w:noProof/>
                <w:sz w:val="14"/>
                <w:lang w:val="ro-RO"/>
              </w:rPr>
              <w:t>Pentru dispozitive sterile există cerințe documentate pentru controlul microorganismelor și particulelor.</w:t>
            </w:r>
          </w:p>
        </w:tc>
        <w:tc>
          <w:tcPr>
            <w:tcW w:w="5159" w:type="dxa"/>
            <w:shd w:val="clear" w:color="auto" w:fill="FAFAFA"/>
            <w:tcMar>
              <w:top w:w="60" w:type="dxa"/>
              <w:left w:w="70" w:type="dxa"/>
              <w:bottom w:w="60" w:type="dxa"/>
              <w:right w:w="70" w:type="dxa"/>
            </w:tcMar>
            <w:vAlign w:val="center"/>
          </w:tcPr>
          <w:p w14:paraId="7BC07B60" w14:textId="77777777" w:rsidR="004011CE" w:rsidRPr="002D650B" w:rsidRDefault="00000000">
            <w:pPr>
              <w:spacing w:after="0" w:line="240" w:lineRule="auto"/>
              <w:rPr>
                <w:noProof/>
                <w:lang w:val="ro-RO"/>
              </w:rPr>
            </w:pPr>
            <w:r w:rsidRPr="002D650B">
              <w:rPr>
                <w:rFonts w:eastAsia="Arial"/>
                <w:noProof/>
                <w:sz w:val="14"/>
                <w:lang w:val="ro-RO"/>
              </w:rPr>
              <w:t>Îmbrăcăminte, igienă, mediu, monitorizare și intervenții.</w:t>
            </w:r>
          </w:p>
        </w:tc>
        <w:tc>
          <w:tcPr>
            <w:tcW w:w="1417" w:type="dxa"/>
            <w:shd w:val="clear" w:color="auto" w:fill="FAFAFA"/>
            <w:tcMar>
              <w:top w:w="60" w:type="dxa"/>
              <w:left w:w="70" w:type="dxa"/>
              <w:bottom w:w="60" w:type="dxa"/>
              <w:right w:w="70" w:type="dxa"/>
            </w:tcMar>
            <w:vAlign w:val="center"/>
          </w:tcPr>
          <w:p w14:paraId="2249FE6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B05CF4"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7EAB956" w14:textId="77777777" w:rsidR="004011CE" w:rsidRPr="002D650B" w:rsidRDefault="004011CE">
            <w:pPr>
              <w:spacing w:after="0" w:line="240" w:lineRule="auto"/>
              <w:jc w:val="center"/>
              <w:rPr>
                <w:noProof/>
                <w:lang w:val="ro-RO"/>
              </w:rPr>
            </w:pPr>
          </w:p>
        </w:tc>
      </w:tr>
      <w:tr w:rsidR="004011CE" w:rsidRPr="002D650B" w14:paraId="04E5E0D5" w14:textId="77777777">
        <w:trPr>
          <w:cantSplit/>
          <w:jc w:val="center"/>
        </w:trPr>
        <w:tc>
          <w:tcPr>
            <w:tcW w:w="793" w:type="dxa"/>
            <w:tcMar>
              <w:top w:w="60" w:type="dxa"/>
              <w:left w:w="70" w:type="dxa"/>
              <w:bottom w:w="60" w:type="dxa"/>
              <w:right w:w="70" w:type="dxa"/>
            </w:tcMar>
            <w:vAlign w:val="center"/>
          </w:tcPr>
          <w:p w14:paraId="4955DAFB" w14:textId="77777777" w:rsidR="004011CE" w:rsidRPr="002D650B" w:rsidRDefault="00000000">
            <w:pPr>
              <w:spacing w:after="0" w:line="240" w:lineRule="auto"/>
              <w:jc w:val="center"/>
              <w:rPr>
                <w:noProof/>
                <w:lang w:val="ro-RO"/>
              </w:rPr>
            </w:pPr>
            <w:r w:rsidRPr="002D650B">
              <w:rPr>
                <w:rFonts w:eastAsia="Arial"/>
                <w:b/>
                <w:noProof/>
                <w:sz w:val="14"/>
                <w:lang w:val="ro-RO"/>
              </w:rPr>
              <w:t>M3.13</w:t>
            </w:r>
          </w:p>
        </w:tc>
        <w:tc>
          <w:tcPr>
            <w:tcW w:w="4081" w:type="dxa"/>
            <w:tcMar>
              <w:top w:w="60" w:type="dxa"/>
              <w:left w:w="70" w:type="dxa"/>
              <w:bottom w:w="60" w:type="dxa"/>
              <w:right w:w="70" w:type="dxa"/>
            </w:tcMar>
            <w:vAlign w:val="center"/>
          </w:tcPr>
          <w:p w14:paraId="7DBEA51F" w14:textId="77777777" w:rsidR="004011CE" w:rsidRPr="002D650B" w:rsidRDefault="00000000">
            <w:pPr>
              <w:spacing w:after="0" w:line="240" w:lineRule="auto"/>
              <w:rPr>
                <w:noProof/>
                <w:lang w:val="ro-RO"/>
              </w:rPr>
            </w:pPr>
            <w:r w:rsidRPr="002D650B">
              <w:rPr>
                <w:rFonts w:eastAsia="Arial"/>
                <w:noProof/>
                <w:sz w:val="14"/>
                <w:lang w:val="ro-RO"/>
              </w:rPr>
              <w:t>Riscurile generate de infrastructură și mediu sunt revizuite la schimbări.</w:t>
            </w:r>
          </w:p>
        </w:tc>
        <w:tc>
          <w:tcPr>
            <w:tcW w:w="5159" w:type="dxa"/>
            <w:tcMar>
              <w:top w:w="60" w:type="dxa"/>
              <w:left w:w="70" w:type="dxa"/>
              <w:bottom w:w="60" w:type="dxa"/>
              <w:right w:w="70" w:type="dxa"/>
            </w:tcMar>
            <w:vAlign w:val="center"/>
          </w:tcPr>
          <w:p w14:paraId="15D1A394" w14:textId="77777777" w:rsidR="004011CE" w:rsidRPr="002D650B" w:rsidRDefault="00000000">
            <w:pPr>
              <w:spacing w:after="0" w:line="240" w:lineRule="auto"/>
              <w:rPr>
                <w:noProof/>
                <w:lang w:val="ro-RO"/>
              </w:rPr>
            </w:pPr>
            <w:r w:rsidRPr="002D650B">
              <w:rPr>
                <w:rFonts w:eastAsia="Arial"/>
                <w:noProof/>
                <w:sz w:val="14"/>
                <w:lang w:val="ro-RO"/>
              </w:rPr>
              <w:t>Echipamente, relocare, lucrări, utilități și capacitate.</w:t>
            </w:r>
          </w:p>
        </w:tc>
        <w:tc>
          <w:tcPr>
            <w:tcW w:w="1417" w:type="dxa"/>
            <w:tcMar>
              <w:top w:w="60" w:type="dxa"/>
              <w:left w:w="70" w:type="dxa"/>
              <w:bottom w:w="60" w:type="dxa"/>
              <w:right w:w="70" w:type="dxa"/>
            </w:tcMar>
            <w:vAlign w:val="center"/>
          </w:tcPr>
          <w:p w14:paraId="267D2E6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B6AADE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69ECB31" w14:textId="77777777" w:rsidR="004011CE" w:rsidRPr="002D650B" w:rsidRDefault="004011CE">
            <w:pPr>
              <w:spacing w:after="0" w:line="240" w:lineRule="auto"/>
              <w:jc w:val="center"/>
              <w:rPr>
                <w:noProof/>
                <w:lang w:val="ro-RO"/>
              </w:rPr>
            </w:pPr>
          </w:p>
        </w:tc>
      </w:tr>
      <w:tr w:rsidR="004011CE" w:rsidRPr="002D650B" w14:paraId="62ADEE13" w14:textId="77777777">
        <w:trPr>
          <w:cantSplit/>
          <w:jc w:val="center"/>
        </w:trPr>
        <w:tc>
          <w:tcPr>
            <w:tcW w:w="793" w:type="dxa"/>
            <w:shd w:val="clear" w:color="auto" w:fill="FAFAFA"/>
            <w:tcMar>
              <w:top w:w="60" w:type="dxa"/>
              <w:left w:w="70" w:type="dxa"/>
              <w:bottom w:w="60" w:type="dxa"/>
              <w:right w:w="70" w:type="dxa"/>
            </w:tcMar>
            <w:vAlign w:val="center"/>
          </w:tcPr>
          <w:p w14:paraId="01EF108B" w14:textId="77777777" w:rsidR="004011CE" w:rsidRPr="002D650B" w:rsidRDefault="00000000">
            <w:pPr>
              <w:spacing w:after="0" w:line="240" w:lineRule="auto"/>
              <w:jc w:val="center"/>
              <w:rPr>
                <w:noProof/>
                <w:lang w:val="ro-RO"/>
              </w:rPr>
            </w:pPr>
            <w:r w:rsidRPr="002D650B">
              <w:rPr>
                <w:rFonts w:eastAsia="Arial"/>
                <w:b/>
                <w:noProof/>
                <w:sz w:val="14"/>
                <w:lang w:val="ro-RO"/>
              </w:rPr>
              <w:t>M3.14</w:t>
            </w:r>
          </w:p>
        </w:tc>
        <w:tc>
          <w:tcPr>
            <w:tcW w:w="4081" w:type="dxa"/>
            <w:shd w:val="clear" w:color="auto" w:fill="FAFAFA"/>
            <w:tcMar>
              <w:top w:w="60" w:type="dxa"/>
              <w:left w:w="70" w:type="dxa"/>
              <w:bottom w:w="60" w:type="dxa"/>
              <w:right w:w="70" w:type="dxa"/>
            </w:tcMar>
            <w:vAlign w:val="center"/>
          </w:tcPr>
          <w:p w14:paraId="4B5A4AB6" w14:textId="77777777" w:rsidR="004011CE" w:rsidRPr="002D650B" w:rsidRDefault="00000000">
            <w:pPr>
              <w:spacing w:after="0" w:line="240" w:lineRule="auto"/>
              <w:rPr>
                <w:noProof/>
                <w:lang w:val="ro-RO"/>
              </w:rPr>
            </w:pPr>
            <w:r w:rsidRPr="002D650B">
              <w:rPr>
                <w:rFonts w:eastAsia="Arial"/>
                <w:noProof/>
                <w:sz w:val="14"/>
                <w:lang w:val="ro-RO"/>
              </w:rPr>
              <w:t>Întreruperile utilităților și condițiile necontrolate declanșează evaluarea produsului.</w:t>
            </w:r>
          </w:p>
        </w:tc>
        <w:tc>
          <w:tcPr>
            <w:tcW w:w="5159" w:type="dxa"/>
            <w:shd w:val="clear" w:color="auto" w:fill="FAFAFA"/>
            <w:tcMar>
              <w:top w:w="60" w:type="dxa"/>
              <w:left w:w="70" w:type="dxa"/>
              <w:bottom w:w="60" w:type="dxa"/>
              <w:right w:w="70" w:type="dxa"/>
            </w:tcMar>
            <w:vAlign w:val="center"/>
          </w:tcPr>
          <w:p w14:paraId="61F0F405" w14:textId="77777777" w:rsidR="004011CE" w:rsidRPr="002D650B" w:rsidRDefault="00000000">
            <w:pPr>
              <w:spacing w:after="0" w:line="240" w:lineRule="auto"/>
              <w:rPr>
                <w:noProof/>
                <w:lang w:val="ro-RO"/>
              </w:rPr>
            </w:pPr>
            <w:r w:rsidRPr="002D650B">
              <w:rPr>
                <w:rFonts w:eastAsia="Arial"/>
                <w:noProof/>
                <w:sz w:val="14"/>
                <w:lang w:val="ro-RO"/>
              </w:rPr>
              <w:t>Izolare, investigație, testare și eliberare.</w:t>
            </w:r>
          </w:p>
        </w:tc>
        <w:tc>
          <w:tcPr>
            <w:tcW w:w="1417" w:type="dxa"/>
            <w:shd w:val="clear" w:color="auto" w:fill="FAFAFA"/>
            <w:tcMar>
              <w:top w:w="60" w:type="dxa"/>
              <w:left w:w="70" w:type="dxa"/>
              <w:bottom w:w="60" w:type="dxa"/>
              <w:right w:w="70" w:type="dxa"/>
            </w:tcMar>
            <w:vAlign w:val="center"/>
          </w:tcPr>
          <w:p w14:paraId="73CE54B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D957FD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B576440" w14:textId="77777777" w:rsidR="004011CE" w:rsidRPr="002D650B" w:rsidRDefault="004011CE">
            <w:pPr>
              <w:spacing w:after="0" w:line="240" w:lineRule="auto"/>
              <w:jc w:val="center"/>
              <w:rPr>
                <w:noProof/>
                <w:lang w:val="ro-RO"/>
              </w:rPr>
            </w:pPr>
          </w:p>
        </w:tc>
      </w:tr>
    </w:tbl>
    <w:p w14:paraId="45932E70"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A6948DE"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460411CB" w14:textId="77777777">
        <w:trPr>
          <w:cantSplit/>
          <w:jc w:val="center"/>
        </w:trPr>
        <w:tc>
          <w:tcPr>
            <w:tcW w:w="1020" w:type="dxa"/>
            <w:shd w:val="clear" w:color="auto" w:fill="D71920"/>
            <w:tcMar>
              <w:top w:w="60" w:type="dxa"/>
              <w:left w:w="70" w:type="dxa"/>
              <w:bottom w:w="60" w:type="dxa"/>
              <w:right w:w="70" w:type="dxa"/>
            </w:tcMar>
            <w:vAlign w:val="center"/>
          </w:tcPr>
          <w:p w14:paraId="741D3FBE"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4</w:t>
            </w:r>
          </w:p>
        </w:tc>
        <w:tc>
          <w:tcPr>
            <w:tcW w:w="12585" w:type="dxa"/>
            <w:shd w:val="clear" w:color="auto" w:fill="F3F4F5"/>
          </w:tcPr>
          <w:p w14:paraId="212346B9" w14:textId="77777777" w:rsidR="004011CE" w:rsidRPr="002D650B" w:rsidRDefault="00000000">
            <w:pPr>
              <w:spacing w:after="20"/>
              <w:rPr>
                <w:noProof/>
                <w:lang w:val="ro-RO"/>
              </w:rPr>
            </w:pPr>
            <w:r w:rsidRPr="002D650B">
              <w:rPr>
                <w:rFonts w:eastAsia="Arial"/>
                <w:b/>
                <w:noProof/>
                <w:sz w:val="27"/>
                <w:lang w:val="ro-RO"/>
              </w:rPr>
              <w:t>Planificarea realizării produsului și procesele referitoare la client</w:t>
            </w:r>
          </w:p>
          <w:p w14:paraId="615CF3DB" w14:textId="77777777" w:rsidR="004011CE" w:rsidRPr="002D650B" w:rsidRDefault="00000000">
            <w:pPr>
              <w:spacing w:after="0"/>
              <w:rPr>
                <w:noProof/>
                <w:lang w:val="ro-RO"/>
              </w:rPr>
            </w:pPr>
            <w:r w:rsidRPr="002D650B">
              <w:rPr>
                <w:rFonts w:eastAsia="Arial"/>
                <w:noProof/>
                <w:color w:val="666666"/>
                <w:sz w:val="16"/>
                <w:lang w:val="ro-RO"/>
              </w:rPr>
              <w:t>Referință: ISO 13485:2016, clauzele 7.1-7.2  |  Obiectiv: traducerea cerințelor de reglementare, utilizator și produs în planuri controlate și acceptabile</w:t>
            </w:r>
          </w:p>
        </w:tc>
      </w:tr>
    </w:tbl>
    <w:p w14:paraId="252B6E8A"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3BB9C73C" w14:textId="77777777">
        <w:trPr>
          <w:cantSplit/>
          <w:jc w:val="center"/>
        </w:trPr>
        <w:tc>
          <w:tcPr>
            <w:tcW w:w="566" w:type="dxa"/>
            <w:shd w:val="clear" w:color="auto" w:fill="D71920"/>
            <w:tcMar>
              <w:top w:w="60" w:type="dxa"/>
              <w:left w:w="70" w:type="dxa"/>
              <w:bottom w:w="60" w:type="dxa"/>
              <w:right w:w="70" w:type="dxa"/>
            </w:tcMar>
            <w:vAlign w:val="center"/>
          </w:tcPr>
          <w:p w14:paraId="0E3C7D27"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4199EC8D"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4914BD95" w14:textId="77777777" w:rsidR="004011CE" w:rsidRPr="002D650B" w:rsidRDefault="00000000">
            <w:pPr>
              <w:spacing w:after="0" w:line="252" w:lineRule="auto"/>
              <w:rPr>
                <w:noProof/>
                <w:lang w:val="ro-RO"/>
              </w:rPr>
            </w:pPr>
            <w:r w:rsidRPr="002D650B">
              <w:rPr>
                <w:rFonts w:eastAsia="Arial"/>
                <w:noProof/>
                <w:sz w:val="16"/>
                <w:lang w:val="ro-RO"/>
              </w:rPr>
              <w:t>Revizuirea contractului trebuie să confirme capabilitatea reală, nu doar prețul și termenul. Pentru produse reglementate, o cerință comercială poate necesita evaluare de proiectare, validare sau notificare.</w:t>
            </w:r>
          </w:p>
        </w:tc>
      </w:tr>
    </w:tbl>
    <w:p w14:paraId="611D14EC"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134FB4DA" w14:textId="77777777">
        <w:trPr>
          <w:cantSplit/>
          <w:tblHeader/>
          <w:jc w:val="center"/>
        </w:trPr>
        <w:tc>
          <w:tcPr>
            <w:tcW w:w="793" w:type="dxa"/>
            <w:shd w:val="clear" w:color="auto" w:fill="D71920"/>
            <w:tcMar>
              <w:top w:w="60" w:type="dxa"/>
              <w:left w:w="70" w:type="dxa"/>
              <w:bottom w:w="60" w:type="dxa"/>
              <w:right w:w="70" w:type="dxa"/>
            </w:tcMar>
            <w:vAlign w:val="center"/>
          </w:tcPr>
          <w:p w14:paraId="33B8908E"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A8E63D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399EBA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52F3363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774E607"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AA97DE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3D987DC0" w14:textId="77777777">
        <w:trPr>
          <w:cantSplit/>
          <w:jc w:val="center"/>
        </w:trPr>
        <w:tc>
          <w:tcPr>
            <w:tcW w:w="793" w:type="dxa"/>
            <w:tcMar>
              <w:top w:w="60" w:type="dxa"/>
              <w:left w:w="70" w:type="dxa"/>
              <w:bottom w:w="60" w:type="dxa"/>
              <w:right w:w="70" w:type="dxa"/>
            </w:tcMar>
            <w:vAlign w:val="center"/>
          </w:tcPr>
          <w:p w14:paraId="73D9CFEE" w14:textId="77777777" w:rsidR="004011CE" w:rsidRPr="002D650B" w:rsidRDefault="00000000">
            <w:pPr>
              <w:spacing w:after="0" w:line="240" w:lineRule="auto"/>
              <w:jc w:val="center"/>
              <w:rPr>
                <w:noProof/>
                <w:lang w:val="ro-RO"/>
              </w:rPr>
            </w:pPr>
            <w:r w:rsidRPr="002D650B">
              <w:rPr>
                <w:rFonts w:eastAsia="Arial"/>
                <w:b/>
                <w:noProof/>
                <w:sz w:val="14"/>
                <w:lang w:val="ro-RO"/>
              </w:rPr>
              <w:t>M4.1</w:t>
            </w:r>
          </w:p>
        </w:tc>
        <w:tc>
          <w:tcPr>
            <w:tcW w:w="4081" w:type="dxa"/>
            <w:tcMar>
              <w:top w:w="60" w:type="dxa"/>
              <w:left w:w="70" w:type="dxa"/>
              <w:bottom w:w="60" w:type="dxa"/>
              <w:right w:w="70" w:type="dxa"/>
            </w:tcMar>
            <w:vAlign w:val="center"/>
          </w:tcPr>
          <w:p w14:paraId="060ADB45" w14:textId="77777777" w:rsidR="004011CE" w:rsidRPr="002D650B" w:rsidRDefault="00000000">
            <w:pPr>
              <w:spacing w:after="0" w:line="240" w:lineRule="auto"/>
              <w:rPr>
                <w:noProof/>
                <w:lang w:val="ro-RO"/>
              </w:rPr>
            </w:pPr>
            <w:r w:rsidRPr="002D650B">
              <w:rPr>
                <w:rFonts w:eastAsia="Arial"/>
                <w:noProof/>
                <w:sz w:val="14"/>
                <w:lang w:val="ro-RO"/>
              </w:rPr>
              <w:t>Realizarea produsului este planificată în mod coerent cu sistemul.</w:t>
            </w:r>
          </w:p>
        </w:tc>
        <w:tc>
          <w:tcPr>
            <w:tcW w:w="5159" w:type="dxa"/>
            <w:tcMar>
              <w:top w:w="60" w:type="dxa"/>
              <w:left w:w="70" w:type="dxa"/>
              <w:bottom w:w="60" w:type="dxa"/>
              <w:right w:w="70" w:type="dxa"/>
            </w:tcMar>
            <w:vAlign w:val="center"/>
          </w:tcPr>
          <w:p w14:paraId="698A98A4" w14:textId="77777777" w:rsidR="004011CE" w:rsidRPr="002D650B" w:rsidRDefault="00000000">
            <w:pPr>
              <w:spacing w:after="0" w:line="240" w:lineRule="auto"/>
              <w:rPr>
                <w:noProof/>
                <w:lang w:val="ro-RO"/>
              </w:rPr>
            </w:pPr>
            <w:r w:rsidRPr="002D650B">
              <w:rPr>
                <w:rFonts w:eastAsia="Arial"/>
                <w:noProof/>
                <w:sz w:val="14"/>
                <w:lang w:val="ro-RO"/>
              </w:rPr>
              <w:t>Etape, responsabilități, documente, resurse și înregistrări.</w:t>
            </w:r>
          </w:p>
        </w:tc>
        <w:tc>
          <w:tcPr>
            <w:tcW w:w="1417" w:type="dxa"/>
            <w:tcMar>
              <w:top w:w="60" w:type="dxa"/>
              <w:left w:w="70" w:type="dxa"/>
              <w:bottom w:w="60" w:type="dxa"/>
              <w:right w:w="70" w:type="dxa"/>
            </w:tcMar>
            <w:vAlign w:val="center"/>
          </w:tcPr>
          <w:p w14:paraId="050EBCB9"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16AC353"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17D410E2" w14:textId="77777777" w:rsidR="004011CE" w:rsidRPr="002D650B" w:rsidRDefault="004011CE">
            <w:pPr>
              <w:spacing w:after="0" w:line="240" w:lineRule="auto"/>
              <w:jc w:val="center"/>
              <w:rPr>
                <w:noProof/>
                <w:lang w:val="ro-RO"/>
              </w:rPr>
            </w:pPr>
          </w:p>
        </w:tc>
      </w:tr>
      <w:tr w:rsidR="004011CE" w:rsidRPr="002D650B" w14:paraId="2A92D5A3" w14:textId="77777777">
        <w:trPr>
          <w:cantSplit/>
          <w:jc w:val="center"/>
        </w:trPr>
        <w:tc>
          <w:tcPr>
            <w:tcW w:w="793" w:type="dxa"/>
            <w:shd w:val="clear" w:color="auto" w:fill="FAFAFA"/>
            <w:tcMar>
              <w:top w:w="60" w:type="dxa"/>
              <w:left w:w="70" w:type="dxa"/>
              <w:bottom w:w="60" w:type="dxa"/>
              <w:right w:w="70" w:type="dxa"/>
            </w:tcMar>
            <w:vAlign w:val="center"/>
          </w:tcPr>
          <w:p w14:paraId="1E1D0BD0" w14:textId="77777777" w:rsidR="004011CE" w:rsidRPr="002D650B" w:rsidRDefault="00000000">
            <w:pPr>
              <w:spacing w:after="0" w:line="240" w:lineRule="auto"/>
              <w:jc w:val="center"/>
              <w:rPr>
                <w:noProof/>
                <w:lang w:val="ro-RO"/>
              </w:rPr>
            </w:pPr>
            <w:r w:rsidRPr="002D650B">
              <w:rPr>
                <w:rFonts w:eastAsia="Arial"/>
                <w:b/>
                <w:noProof/>
                <w:sz w:val="14"/>
                <w:lang w:val="ro-RO"/>
              </w:rPr>
              <w:t>M4.2</w:t>
            </w:r>
          </w:p>
        </w:tc>
        <w:tc>
          <w:tcPr>
            <w:tcW w:w="4081" w:type="dxa"/>
            <w:shd w:val="clear" w:color="auto" w:fill="FAFAFA"/>
            <w:tcMar>
              <w:top w:w="60" w:type="dxa"/>
              <w:left w:w="70" w:type="dxa"/>
              <w:bottom w:w="60" w:type="dxa"/>
              <w:right w:w="70" w:type="dxa"/>
            </w:tcMar>
            <w:vAlign w:val="center"/>
          </w:tcPr>
          <w:p w14:paraId="5B5AF4F7" w14:textId="77777777" w:rsidR="004011CE" w:rsidRPr="002D650B" w:rsidRDefault="00000000">
            <w:pPr>
              <w:spacing w:after="0" w:line="240" w:lineRule="auto"/>
              <w:rPr>
                <w:noProof/>
                <w:lang w:val="ro-RO"/>
              </w:rPr>
            </w:pPr>
            <w:r w:rsidRPr="002D650B">
              <w:rPr>
                <w:rFonts w:eastAsia="Arial"/>
                <w:noProof/>
                <w:sz w:val="14"/>
                <w:lang w:val="ro-RO"/>
              </w:rPr>
              <w:t>Managementul riscului este integrat pe întregul proces de realizare.</w:t>
            </w:r>
          </w:p>
        </w:tc>
        <w:tc>
          <w:tcPr>
            <w:tcW w:w="5159" w:type="dxa"/>
            <w:shd w:val="clear" w:color="auto" w:fill="FAFAFA"/>
            <w:tcMar>
              <w:top w:w="60" w:type="dxa"/>
              <w:left w:w="70" w:type="dxa"/>
              <w:bottom w:w="60" w:type="dxa"/>
              <w:right w:w="70" w:type="dxa"/>
            </w:tcMar>
            <w:vAlign w:val="center"/>
          </w:tcPr>
          <w:p w14:paraId="4B748FBB" w14:textId="77777777" w:rsidR="004011CE" w:rsidRPr="002D650B" w:rsidRDefault="00000000">
            <w:pPr>
              <w:spacing w:after="0" w:line="240" w:lineRule="auto"/>
              <w:rPr>
                <w:noProof/>
                <w:lang w:val="ro-RO"/>
              </w:rPr>
            </w:pPr>
            <w:r w:rsidRPr="002D650B">
              <w:rPr>
                <w:rFonts w:eastAsia="Arial"/>
                <w:noProof/>
                <w:sz w:val="14"/>
                <w:lang w:val="ro-RO"/>
              </w:rPr>
              <w:t>Plan, analize, controale, verificare și actualizare post-producție.</w:t>
            </w:r>
          </w:p>
        </w:tc>
        <w:tc>
          <w:tcPr>
            <w:tcW w:w="1417" w:type="dxa"/>
            <w:shd w:val="clear" w:color="auto" w:fill="FAFAFA"/>
            <w:tcMar>
              <w:top w:w="60" w:type="dxa"/>
              <w:left w:w="70" w:type="dxa"/>
              <w:bottom w:w="60" w:type="dxa"/>
              <w:right w:w="70" w:type="dxa"/>
            </w:tcMar>
            <w:vAlign w:val="center"/>
          </w:tcPr>
          <w:p w14:paraId="51BAD744"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7E13FD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75B09C6" w14:textId="77777777" w:rsidR="004011CE" w:rsidRPr="002D650B" w:rsidRDefault="004011CE">
            <w:pPr>
              <w:spacing w:after="0" w:line="240" w:lineRule="auto"/>
              <w:jc w:val="center"/>
              <w:rPr>
                <w:noProof/>
                <w:lang w:val="ro-RO"/>
              </w:rPr>
            </w:pPr>
          </w:p>
        </w:tc>
      </w:tr>
      <w:tr w:rsidR="004011CE" w:rsidRPr="002D650B" w14:paraId="17EE8C92" w14:textId="77777777">
        <w:trPr>
          <w:cantSplit/>
          <w:jc w:val="center"/>
        </w:trPr>
        <w:tc>
          <w:tcPr>
            <w:tcW w:w="793" w:type="dxa"/>
            <w:tcMar>
              <w:top w:w="60" w:type="dxa"/>
              <w:left w:w="70" w:type="dxa"/>
              <w:bottom w:w="60" w:type="dxa"/>
              <w:right w:w="70" w:type="dxa"/>
            </w:tcMar>
            <w:vAlign w:val="center"/>
          </w:tcPr>
          <w:p w14:paraId="5E1A867C" w14:textId="77777777" w:rsidR="004011CE" w:rsidRPr="002D650B" w:rsidRDefault="00000000">
            <w:pPr>
              <w:spacing w:after="0" w:line="240" w:lineRule="auto"/>
              <w:jc w:val="center"/>
              <w:rPr>
                <w:noProof/>
                <w:lang w:val="ro-RO"/>
              </w:rPr>
            </w:pPr>
            <w:r w:rsidRPr="002D650B">
              <w:rPr>
                <w:rFonts w:eastAsia="Arial"/>
                <w:b/>
                <w:noProof/>
                <w:sz w:val="14"/>
                <w:lang w:val="ro-RO"/>
              </w:rPr>
              <w:t>M4.3</w:t>
            </w:r>
          </w:p>
        </w:tc>
        <w:tc>
          <w:tcPr>
            <w:tcW w:w="4081" w:type="dxa"/>
            <w:tcMar>
              <w:top w:w="60" w:type="dxa"/>
              <w:left w:w="70" w:type="dxa"/>
              <w:bottom w:w="60" w:type="dxa"/>
              <w:right w:w="70" w:type="dxa"/>
            </w:tcMar>
            <w:vAlign w:val="center"/>
          </w:tcPr>
          <w:p w14:paraId="3AA62CB2" w14:textId="77777777" w:rsidR="004011CE" w:rsidRPr="002D650B" w:rsidRDefault="00000000">
            <w:pPr>
              <w:spacing w:after="0" w:line="240" w:lineRule="auto"/>
              <w:rPr>
                <w:noProof/>
                <w:lang w:val="ro-RO"/>
              </w:rPr>
            </w:pPr>
            <w:r w:rsidRPr="002D650B">
              <w:rPr>
                <w:rFonts w:eastAsia="Arial"/>
                <w:noProof/>
                <w:sz w:val="14"/>
                <w:lang w:val="ro-RO"/>
              </w:rPr>
              <w:t>Sunt stabilite obiectivele calității și cerințele pentru produs.</w:t>
            </w:r>
          </w:p>
        </w:tc>
        <w:tc>
          <w:tcPr>
            <w:tcW w:w="5159" w:type="dxa"/>
            <w:tcMar>
              <w:top w:w="60" w:type="dxa"/>
              <w:left w:w="70" w:type="dxa"/>
              <w:bottom w:w="60" w:type="dxa"/>
              <w:right w:w="70" w:type="dxa"/>
            </w:tcMar>
            <w:vAlign w:val="center"/>
          </w:tcPr>
          <w:p w14:paraId="140D86DA" w14:textId="77777777" w:rsidR="004011CE" w:rsidRPr="002D650B" w:rsidRDefault="00000000">
            <w:pPr>
              <w:spacing w:after="0" w:line="240" w:lineRule="auto"/>
              <w:rPr>
                <w:noProof/>
                <w:lang w:val="ro-RO"/>
              </w:rPr>
            </w:pPr>
            <w:r w:rsidRPr="002D650B">
              <w:rPr>
                <w:rFonts w:eastAsia="Arial"/>
                <w:noProof/>
                <w:sz w:val="14"/>
                <w:lang w:val="ro-RO"/>
              </w:rPr>
              <w:t>Specificații, criterii de acceptare și cerințe reglementare.</w:t>
            </w:r>
          </w:p>
        </w:tc>
        <w:tc>
          <w:tcPr>
            <w:tcW w:w="1417" w:type="dxa"/>
            <w:tcMar>
              <w:top w:w="60" w:type="dxa"/>
              <w:left w:w="70" w:type="dxa"/>
              <w:bottom w:w="60" w:type="dxa"/>
              <w:right w:w="70" w:type="dxa"/>
            </w:tcMar>
            <w:vAlign w:val="center"/>
          </w:tcPr>
          <w:p w14:paraId="65FB1908"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6CFC3ED1"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402BBE2" w14:textId="77777777" w:rsidR="004011CE" w:rsidRPr="002D650B" w:rsidRDefault="004011CE">
            <w:pPr>
              <w:spacing w:after="0" w:line="240" w:lineRule="auto"/>
              <w:jc w:val="center"/>
              <w:rPr>
                <w:noProof/>
                <w:lang w:val="ro-RO"/>
              </w:rPr>
            </w:pPr>
          </w:p>
        </w:tc>
      </w:tr>
      <w:tr w:rsidR="004011CE" w:rsidRPr="002D650B" w14:paraId="51FA84B5" w14:textId="77777777">
        <w:trPr>
          <w:cantSplit/>
          <w:jc w:val="center"/>
        </w:trPr>
        <w:tc>
          <w:tcPr>
            <w:tcW w:w="793" w:type="dxa"/>
            <w:shd w:val="clear" w:color="auto" w:fill="FAFAFA"/>
            <w:tcMar>
              <w:top w:w="60" w:type="dxa"/>
              <w:left w:w="70" w:type="dxa"/>
              <w:bottom w:w="60" w:type="dxa"/>
              <w:right w:w="70" w:type="dxa"/>
            </w:tcMar>
            <w:vAlign w:val="center"/>
          </w:tcPr>
          <w:p w14:paraId="35936ABF" w14:textId="77777777" w:rsidR="004011CE" w:rsidRPr="002D650B" w:rsidRDefault="00000000">
            <w:pPr>
              <w:spacing w:after="0" w:line="240" w:lineRule="auto"/>
              <w:jc w:val="center"/>
              <w:rPr>
                <w:noProof/>
                <w:lang w:val="ro-RO"/>
              </w:rPr>
            </w:pPr>
            <w:r w:rsidRPr="002D650B">
              <w:rPr>
                <w:rFonts w:eastAsia="Arial"/>
                <w:b/>
                <w:noProof/>
                <w:sz w:val="14"/>
                <w:lang w:val="ro-RO"/>
              </w:rPr>
              <w:t>M4.4</w:t>
            </w:r>
          </w:p>
        </w:tc>
        <w:tc>
          <w:tcPr>
            <w:tcW w:w="4081" w:type="dxa"/>
            <w:shd w:val="clear" w:color="auto" w:fill="FAFAFA"/>
            <w:tcMar>
              <w:top w:w="60" w:type="dxa"/>
              <w:left w:w="70" w:type="dxa"/>
              <w:bottom w:w="60" w:type="dxa"/>
              <w:right w:w="70" w:type="dxa"/>
            </w:tcMar>
            <w:vAlign w:val="center"/>
          </w:tcPr>
          <w:p w14:paraId="7372F395" w14:textId="77777777" w:rsidR="004011CE" w:rsidRPr="002D650B" w:rsidRDefault="00000000">
            <w:pPr>
              <w:spacing w:after="0" w:line="240" w:lineRule="auto"/>
              <w:rPr>
                <w:noProof/>
                <w:lang w:val="ro-RO"/>
              </w:rPr>
            </w:pPr>
            <w:r w:rsidRPr="002D650B">
              <w:rPr>
                <w:rFonts w:eastAsia="Arial"/>
                <w:noProof/>
                <w:sz w:val="14"/>
                <w:lang w:val="ro-RO"/>
              </w:rPr>
              <w:t>Sunt determinate procesele, documentele și resursele specifice produsului.</w:t>
            </w:r>
          </w:p>
        </w:tc>
        <w:tc>
          <w:tcPr>
            <w:tcW w:w="5159" w:type="dxa"/>
            <w:shd w:val="clear" w:color="auto" w:fill="FAFAFA"/>
            <w:tcMar>
              <w:top w:w="60" w:type="dxa"/>
              <w:left w:w="70" w:type="dxa"/>
              <w:bottom w:w="60" w:type="dxa"/>
              <w:right w:w="70" w:type="dxa"/>
            </w:tcMar>
            <w:vAlign w:val="center"/>
          </w:tcPr>
          <w:p w14:paraId="1BF77EF0" w14:textId="77777777" w:rsidR="004011CE" w:rsidRPr="002D650B" w:rsidRDefault="00000000">
            <w:pPr>
              <w:spacing w:after="0" w:line="240" w:lineRule="auto"/>
              <w:rPr>
                <w:noProof/>
                <w:lang w:val="ro-RO"/>
              </w:rPr>
            </w:pPr>
            <w:r w:rsidRPr="002D650B">
              <w:rPr>
                <w:rFonts w:eastAsia="Arial"/>
                <w:noProof/>
                <w:sz w:val="14"/>
                <w:lang w:val="ro-RO"/>
              </w:rPr>
              <w:t>Planuri de calitate, DMR/echivalent și instrucțiuni.</w:t>
            </w:r>
          </w:p>
        </w:tc>
        <w:tc>
          <w:tcPr>
            <w:tcW w:w="1417" w:type="dxa"/>
            <w:shd w:val="clear" w:color="auto" w:fill="FAFAFA"/>
            <w:tcMar>
              <w:top w:w="60" w:type="dxa"/>
              <w:left w:w="70" w:type="dxa"/>
              <w:bottom w:w="60" w:type="dxa"/>
              <w:right w:w="70" w:type="dxa"/>
            </w:tcMar>
            <w:vAlign w:val="center"/>
          </w:tcPr>
          <w:p w14:paraId="00CD6E92"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4177F0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471EF69" w14:textId="77777777" w:rsidR="004011CE" w:rsidRPr="002D650B" w:rsidRDefault="004011CE">
            <w:pPr>
              <w:spacing w:after="0" w:line="240" w:lineRule="auto"/>
              <w:jc w:val="center"/>
              <w:rPr>
                <w:noProof/>
                <w:lang w:val="ro-RO"/>
              </w:rPr>
            </w:pPr>
          </w:p>
        </w:tc>
      </w:tr>
      <w:tr w:rsidR="004011CE" w:rsidRPr="002D650B" w14:paraId="2B9D3BC8" w14:textId="77777777">
        <w:trPr>
          <w:cantSplit/>
          <w:jc w:val="center"/>
        </w:trPr>
        <w:tc>
          <w:tcPr>
            <w:tcW w:w="793" w:type="dxa"/>
            <w:tcMar>
              <w:top w:w="60" w:type="dxa"/>
              <w:left w:w="70" w:type="dxa"/>
              <w:bottom w:w="60" w:type="dxa"/>
              <w:right w:w="70" w:type="dxa"/>
            </w:tcMar>
            <w:vAlign w:val="center"/>
          </w:tcPr>
          <w:p w14:paraId="12C1ED72" w14:textId="77777777" w:rsidR="004011CE" w:rsidRPr="002D650B" w:rsidRDefault="00000000">
            <w:pPr>
              <w:spacing w:after="0" w:line="240" w:lineRule="auto"/>
              <w:jc w:val="center"/>
              <w:rPr>
                <w:noProof/>
                <w:lang w:val="ro-RO"/>
              </w:rPr>
            </w:pPr>
            <w:r w:rsidRPr="002D650B">
              <w:rPr>
                <w:rFonts w:eastAsia="Arial"/>
                <w:b/>
                <w:noProof/>
                <w:sz w:val="14"/>
                <w:lang w:val="ro-RO"/>
              </w:rPr>
              <w:t>M4.5</w:t>
            </w:r>
          </w:p>
        </w:tc>
        <w:tc>
          <w:tcPr>
            <w:tcW w:w="4081" w:type="dxa"/>
            <w:tcMar>
              <w:top w:w="60" w:type="dxa"/>
              <w:left w:w="70" w:type="dxa"/>
              <w:bottom w:w="60" w:type="dxa"/>
              <w:right w:w="70" w:type="dxa"/>
            </w:tcMar>
            <w:vAlign w:val="center"/>
          </w:tcPr>
          <w:p w14:paraId="34BEF226" w14:textId="77777777" w:rsidR="004011CE" w:rsidRPr="002D650B" w:rsidRDefault="00000000">
            <w:pPr>
              <w:spacing w:after="0" w:line="240" w:lineRule="auto"/>
              <w:rPr>
                <w:noProof/>
                <w:lang w:val="ro-RO"/>
              </w:rPr>
            </w:pPr>
            <w:r w:rsidRPr="002D650B">
              <w:rPr>
                <w:rFonts w:eastAsia="Arial"/>
                <w:noProof/>
                <w:sz w:val="14"/>
                <w:lang w:val="ro-RO"/>
              </w:rPr>
              <w:t>Sunt definite verificările, validările, monitorizările, măsurările și acceptarea.</w:t>
            </w:r>
          </w:p>
        </w:tc>
        <w:tc>
          <w:tcPr>
            <w:tcW w:w="5159" w:type="dxa"/>
            <w:tcMar>
              <w:top w:w="60" w:type="dxa"/>
              <w:left w:w="70" w:type="dxa"/>
              <w:bottom w:w="60" w:type="dxa"/>
              <w:right w:w="70" w:type="dxa"/>
            </w:tcMar>
            <w:vAlign w:val="center"/>
          </w:tcPr>
          <w:p w14:paraId="1C5C7D70" w14:textId="77777777" w:rsidR="004011CE" w:rsidRPr="002D650B" w:rsidRDefault="00000000">
            <w:pPr>
              <w:spacing w:after="0" w:line="240" w:lineRule="auto"/>
              <w:rPr>
                <w:noProof/>
                <w:lang w:val="ro-RO"/>
              </w:rPr>
            </w:pPr>
            <w:r w:rsidRPr="002D650B">
              <w:rPr>
                <w:rFonts w:eastAsia="Arial"/>
                <w:noProof/>
                <w:sz w:val="14"/>
                <w:lang w:val="ro-RO"/>
              </w:rPr>
              <w:t>Planuri și criterii.</w:t>
            </w:r>
          </w:p>
        </w:tc>
        <w:tc>
          <w:tcPr>
            <w:tcW w:w="1417" w:type="dxa"/>
            <w:tcMar>
              <w:top w:w="60" w:type="dxa"/>
              <w:left w:w="70" w:type="dxa"/>
              <w:bottom w:w="60" w:type="dxa"/>
              <w:right w:w="70" w:type="dxa"/>
            </w:tcMar>
            <w:vAlign w:val="center"/>
          </w:tcPr>
          <w:p w14:paraId="2344FF2A"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8FDC10E"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9E404EA" w14:textId="77777777" w:rsidR="004011CE" w:rsidRPr="002D650B" w:rsidRDefault="004011CE">
            <w:pPr>
              <w:spacing w:after="0" w:line="240" w:lineRule="auto"/>
              <w:jc w:val="center"/>
              <w:rPr>
                <w:noProof/>
                <w:lang w:val="ro-RO"/>
              </w:rPr>
            </w:pPr>
          </w:p>
        </w:tc>
      </w:tr>
      <w:tr w:rsidR="004011CE" w:rsidRPr="002D650B" w14:paraId="613C3615" w14:textId="77777777">
        <w:trPr>
          <w:cantSplit/>
          <w:jc w:val="center"/>
        </w:trPr>
        <w:tc>
          <w:tcPr>
            <w:tcW w:w="793" w:type="dxa"/>
            <w:shd w:val="clear" w:color="auto" w:fill="FAFAFA"/>
            <w:tcMar>
              <w:top w:w="60" w:type="dxa"/>
              <w:left w:w="70" w:type="dxa"/>
              <w:bottom w:w="60" w:type="dxa"/>
              <w:right w:w="70" w:type="dxa"/>
            </w:tcMar>
            <w:vAlign w:val="center"/>
          </w:tcPr>
          <w:p w14:paraId="4A0B3907" w14:textId="77777777" w:rsidR="004011CE" w:rsidRPr="002D650B" w:rsidRDefault="00000000">
            <w:pPr>
              <w:spacing w:after="0" w:line="240" w:lineRule="auto"/>
              <w:jc w:val="center"/>
              <w:rPr>
                <w:noProof/>
                <w:lang w:val="ro-RO"/>
              </w:rPr>
            </w:pPr>
            <w:r w:rsidRPr="002D650B">
              <w:rPr>
                <w:rFonts w:eastAsia="Arial"/>
                <w:b/>
                <w:noProof/>
                <w:sz w:val="14"/>
                <w:lang w:val="ro-RO"/>
              </w:rPr>
              <w:t>M4.6</w:t>
            </w:r>
          </w:p>
        </w:tc>
        <w:tc>
          <w:tcPr>
            <w:tcW w:w="4081" w:type="dxa"/>
            <w:shd w:val="clear" w:color="auto" w:fill="FAFAFA"/>
            <w:tcMar>
              <w:top w:w="60" w:type="dxa"/>
              <w:left w:w="70" w:type="dxa"/>
              <w:bottom w:w="60" w:type="dxa"/>
              <w:right w:w="70" w:type="dxa"/>
            </w:tcMar>
            <w:vAlign w:val="center"/>
          </w:tcPr>
          <w:p w14:paraId="2B97A56D" w14:textId="77777777" w:rsidR="004011CE" w:rsidRPr="002D650B" w:rsidRDefault="00000000">
            <w:pPr>
              <w:spacing w:after="0" w:line="240" w:lineRule="auto"/>
              <w:rPr>
                <w:noProof/>
                <w:lang w:val="ro-RO"/>
              </w:rPr>
            </w:pPr>
            <w:r w:rsidRPr="002D650B">
              <w:rPr>
                <w:rFonts w:eastAsia="Arial"/>
                <w:noProof/>
                <w:sz w:val="14"/>
                <w:lang w:val="ro-RO"/>
              </w:rPr>
              <w:t>Cerințele declarate de client, utilizarea intenționată și cerințele nedeclarate necesare sunt identificate.</w:t>
            </w:r>
          </w:p>
        </w:tc>
        <w:tc>
          <w:tcPr>
            <w:tcW w:w="5159" w:type="dxa"/>
            <w:shd w:val="clear" w:color="auto" w:fill="FAFAFA"/>
            <w:tcMar>
              <w:top w:w="60" w:type="dxa"/>
              <w:left w:w="70" w:type="dxa"/>
              <w:bottom w:w="60" w:type="dxa"/>
              <w:right w:w="70" w:type="dxa"/>
            </w:tcMar>
            <w:vAlign w:val="center"/>
          </w:tcPr>
          <w:p w14:paraId="73B1FEF1" w14:textId="77777777" w:rsidR="004011CE" w:rsidRPr="002D650B" w:rsidRDefault="00000000">
            <w:pPr>
              <w:spacing w:after="0" w:line="240" w:lineRule="auto"/>
              <w:rPr>
                <w:noProof/>
                <w:lang w:val="ro-RO"/>
              </w:rPr>
            </w:pPr>
            <w:r w:rsidRPr="002D650B">
              <w:rPr>
                <w:rFonts w:eastAsia="Arial"/>
                <w:noProof/>
                <w:sz w:val="14"/>
                <w:lang w:val="ro-RO"/>
              </w:rPr>
              <w:t>Contract, specificație și analiză de utilizare.</w:t>
            </w:r>
          </w:p>
        </w:tc>
        <w:tc>
          <w:tcPr>
            <w:tcW w:w="1417" w:type="dxa"/>
            <w:shd w:val="clear" w:color="auto" w:fill="FAFAFA"/>
            <w:tcMar>
              <w:top w:w="60" w:type="dxa"/>
              <w:left w:w="70" w:type="dxa"/>
              <w:bottom w:w="60" w:type="dxa"/>
              <w:right w:w="70" w:type="dxa"/>
            </w:tcMar>
            <w:vAlign w:val="center"/>
          </w:tcPr>
          <w:p w14:paraId="0E8E542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53FCFC4"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C123305" w14:textId="77777777" w:rsidR="004011CE" w:rsidRPr="002D650B" w:rsidRDefault="004011CE">
            <w:pPr>
              <w:spacing w:after="0" w:line="240" w:lineRule="auto"/>
              <w:jc w:val="center"/>
              <w:rPr>
                <w:noProof/>
                <w:lang w:val="ro-RO"/>
              </w:rPr>
            </w:pPr>
          </w:p>
        </w:tc>
      </w:tr>
      <w:tr w:rsidR="004011CE" w:rsidRPr="002D650B" w14:paraId="748AA359" w14:textId="77777777">
        <w:trPr>
          <w:cantSplit/>
          <w:jc w:val="center"/>
        </w:trPr>
        <w:tc>
          <w:tcPr>
            <w:tcW w:w="793" w:type="dxa"/>
            <w:tcMar>
              <w:top w:w="60" w:type="dxa"/>
              <w:left w:w="70" w:type="dxa"/>
              <w:bottom w:w="60" w:type="dxa"/>
              <w:right w:w="70" w:type="dxa"/>
            </w:tcMar>
            <w:vAlign w:val="center"/>
          </w:tcPr>
          <w:p w14:paraId="5DF3B9CA" w14:textId="77777777" w:rsidR="004011CE" w:rsidRPr="002D650B" w:rsidRDefault="00000000">
            <w:pPr>
              <w:spacing w:after="0" w:line="240" w:lineRule="auto"/>
              <w:jc w:val="center"/>
              <w:rPr>
                <w:noProof/>
                <w:lang w:val="ro-RO"/>
              </w:rPr>
            </w:pPr>
            <w:r w:rsidRPr="002D650B">
              <w:rPr>
                <w:rFonts w:eastAsia="Arial"/>
                <w:b/>
                <w:noProof/>
                <w:sz w:val="14"/>
                <w:lang w:val="ro-RO"/>
              </w:rPr>
              <w:t>M4.7</w:t>
            </w:r>
          </w:p>
        </w:tc>
        <w:tc>
          <w:tcPr>
            <w:tcW w:w="4081" w:type="dxa"/>
            <w:tcMar>
              <w:top w:w="60" w:type="dxa"/>
              <w:left w:w="70" w:type="dxa"/>
              <w:bottom w:w="60" w:type="dxa"/>
              <w:right w:w="70" w:type="dxa"/>
            </w:tcMar>
            <w:vAlign w:val="center"/>
          </w:tcPr>
          <w:p w14:paraId="6A2B6561" w14:textId="77777777" w:rsidR="004011CE" w:rsidRPr="002D650B" w:rsidRDefault="00000000">
            <w:pPr>
              <w:spacing w:after="0" w:line="240" w:lineRule="auto"/>
              <w:rPr>
                <w:noProof/>
                <w:lang w:val="ro-RO"/>
              </w:rPr>
            </w:pPr>
            <w:r w:rsidRPr="002D650B">
              <w:rPr>
                <w:rFonts w:eastAsia="Arial"/>
                <w:noProof/>
                <w:sz w:val="14"/>
                <w:lang w:val="ro-RO"/>
              </w:rPr>
              <w:t>Cerințele de reglementare aplicabile produsului și pieței sunt identificate.</w:t>
            </w:r>
          </w:p>
        </w:tc>
        <w:tc>
          <w:tcPr>
            <w:tcW w:w="5159" w:type="dxa"/>
            <w:tcMar>
              <w:top w:w="60" w:type="dxa"/>
              <w:left w:w="70" w:type="dxa"/>
              <w:bottom w:w="60" w:type="dxa"/>
              <w:right w:w="70" w:type="dxa"/>
            </w:tcMar>
            <w:vAlign w:val="center"/>
          </w:tcPr>
          <w:p w14:paraId="1DDD22C4" w14:textId="77777777" w:rsidR="004011CE" w:rsidRPr="002D650B" w:rsidRDefault="00000000">
            <w:pPr>
              <w:spacing w:after="0" w:line="240" w:lineRule="auto"/>
              <w:rPr>
                <w:noProof/>
                <w:lang w:val="ro-RO"/>
              </w:rPr>
            </w:pPr>
            <w:r w:rsidRPr="002D650B">
              <w:rPr>
                <w:rFonts w:eastAsia="Arial"/>
                <w:noProof/>
                <w:sz w:val="14"/>
                <w:lang w:val="ro-RO"/>
              </w:rPr>
              <w:t>Clasificare, înregistrare, etichetare și obligații.</w:t>
            </w:r>
          </w:p>
        </w:tc>
        <w:tc>
          <w:tcPr>
            <w:tcW w:w="1417" w:type="dxa"/>
            <w:tcMar>
              <w:top w:w="60" w:type="dxa"/>
              <w:left w:w="70" w:type="dxa"/>
              <w:bottom w:w="60" w:type="dxa"/>
              <w:right w:w="70" w:type="dxa"/>
            </w:tcMar>
            <w:vAlign w:val="center"/>
          </w:tcPr>
          <w:p w14:paraId="478B7B97"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D112725"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617A7BC" w14:textId="77777777" w:rsidR="004011CE" w:rsidRPr="002D650B" w:rsidRDefault="004011CE">
            <w:pPr>
              <w:spacing w:after="0" w:line="240" w:lineRule="auto"/>
              <w:jc w:val="center"/>
              <w:rPr>
                <w:noProof/>
                <w:lang w:val="ro-RO"/>
              </w:rPr>
            </w:pPr>
          </w:p>
        </w:tc>
      </w:tr>
      <w:tr w:rsidR="004011CE" w:rsidRPr="002D650B" w14:paraId="0002BE3E" w14:textId="77777777">
        <w:trPr>
          <w:cantSplit/>
          <w:jc w:val="center"/>
        </w:trPr>
        <w:tc>
          <w:tcPr>
            <w:tcW w:w="793" w:type="dxa"/>
            <w:shd w:val="clear" w:color="auto" w:fill="FAFAFA"/>
            <w:tcMar>
              <w:top w:w="60" w:type="dxa"/>
              <w:left w:w="70" w:type="dxa"/>
              <w:bottom w:w="60" w:type="dxa"/>
              <w:right w:w="70" w:type="dxa"/>
            </w:tcMar>
            <w:vAlign w:val="center"/>
          </w:tcPr>
          <w:p w14:paraId="05A97530" w14:textId="77777777" w:rsidR="004011CE" w:rsidRPr="002D650B" w:rsidRDefault="00000000">
            <w:pPr>
              <w:spacing w:after="0" w:line="240" w:lineRule="auto"/>
              <w:jc w:val="center"/>
              <w:rPr>
                <w:noProof/>
                <w:lang w:val="ro-RO"/>
              </w:rPr>
            </w:pPr>
            <w:r w:rsidRPr="002D650B">
              <w:rPr>
                <w:rFonts w:eastAsia="Arial"/>
                <w:b/>
                <w:noProof/>
                <w:sz w:val="14"/>
                <w:lang w:val="ro-RO"/>
              </w:rPr>
              <w:t>M4.8</w:t>
            </w:r>
          </w:p>
        </w:tc>
        <w:tc>
          <w:tcPr>
            <w:tcW w:w="4081" w:type="dxa"/>
            <w:shd w:val="clear" w:color="auto" w:fill="FAFAFA"/>
            <w:tcMar>
              <w:top w:w="60" w:type="dxa"/>
              <w:left w:w="70" w:type="dxa"/>
              <w:bottom w:w="60" w:type="dxa"/>
              <w:right w:w="70" w:type="dxa"/>
            </w:tcMar>
            <w:vAlign w:val="center"/>
          </w:tcPr>
          <w:p w14:paraId="51015C9F" w14:textId="77777777" w:rsidR="004011CE" w:rsidRPr="002D650B" w:rsidRDefault="00000000">
            <w:pPr>
              <w:spacing w:after="0" w:line="240" w:lineRule="auto"/>
              <w:rPr>
                <w:noProof/>
                <w:lang w:val="ro-RO"/>
              </w:rPr>
            </w:pPr>
            <w:r w:rsidRPr="002D650B">
              <w:rPr>
                <w:rFonts w:eastAsia="Arial"/>
                <w:noProof/>
                <w:sz w:val="14"/>
                <w:lang w:val="ro-RO"/>
              </w:rPr>
              <w:t>Cerințele suplimentare considerate necesare de organizație sunt definite.</w:t>
            </w:r>
          </w:p>
        </w:tc>
        <w:tc>
          <w:tcPr>
            <w:tcW w:w="5159" w:type="dxa"/>
            <w:shd w:val="clear" w:color="auto" w:fill="FAFAFA"/>
            <w:tcMar>
              <w:top w:w="60" w:type="dxa"/>
              <w:left w:w="70" w:type="dxa"/>
              <w:bottom w:w="60" w:type="dxa"/>
              <w:right w:w="70" w:type="dxa"/>
            </w:tcMar>
            <w:vAlign w:val="center"/>
          </w:tcPr>
          <w:p w14:paraId="3C4B23B7" w14:textId="77777777" w:rsidR="004011CE" w:rsidRPr="002D650B" w:rsidRDefault="00000000">
            <w:pPr>
              <w:spacing w:after="0" w:line="240" w:lineRule="auto"/>
              <w:rPr>
                <w:noProof/>
                <w:lang w:val="ro-RO"/>
              </w:rPr>
            </w:pPr>
            <w:r w:rsidRPr="002D650B">
              <w:rPr>
                <w:rFonts w:eastAsia="Arial"/>
                <w:noProof/>
                <w:sz w:val="14"/>
                <w:lang w:val="ro-RO"/>
              </w:rPr>
              <w:t>Siguranță, performanță, service și transport.</w:t>
            </w:r>
          </w:p>
        </w:tc>
        <w:tc>
          <w:tcPr>
            <w:tcW w:w="1417" w:type="dxa"/>
            <w:shd w:val="clear" w:color="auto" w:fill="FAFAFA"/>
            <w:tcMar>
              <w:top w:w="60" w:type="dxa"/>
              <w:left w:w="70" w:type="dxa"/>
              <w:bottom w:w="60" w:type="dxa"/>
              <w:right w:w="70" w:type="dxa"/>
            </w:tcMar>
            <w:vAlign w:val="center"/>
          </w:tcPr>
          <w:p w14:paraId="29A6092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1BA3007"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ED156FB" w14:textId="77777777" w:rsidR="004011CE" w:rsidRPr="002D650B" w:rsidRDefault="004011CE">
            <w:pPr>
              <w:spacing w:after="0" w:line="240" w:lineRule="auto"/>
              <w:jc w:val="center"/>
              <w:rPr>
                <w:noProof/>
                <w:lang w:val="ro-RO"/>
              </w:rPr>
            </w:pPr>
          </w:p>
        </w:tc>
      </w:tr>
      <w:tr w:rsidR="004011CE" w:rsidRPr="002D650B" w14:paraId="79A1EA83" w14:textId="77777777">
        <w:trPr>
          <w:cantSplit/>
          <w:jc w:val="center"/>
        </w:trPr>
        <w:tc>
          <w:tcPr>
            <w:tcW w:w="793" w:type="dxa"/>
            <w:tcMar>
              <w:top w:w="60" w:type="dxa"/>
              <w:left w:w="70" w:type="dxa"/>
              <w:bottom w:w="60" w:type="dxa"/>
              <w:right w:w="70" w:type="dxa"/>
            </w:tcMar>
            <w:vAlign w:val="center"/>
          </w:tcPr>
          <w:p w14:paraId="044908F3" w14:textId="77777777" w:rsidR="004011CE" w:rsidRPr="002D650B" w:rsidRDefault="00000000">
            <w:pPr>
              <w:spacing w:after="0" w:line="240" w:lineRule="auto"/>
              <w:jc w:val="center"/>
              <w:rPr>
                <w:noProof/>
                <w:lang w:val="ro-RO"/>
              </w:rPr>
            </w:pPr>
            <w:r w:rsidRPr="002D650B">
              <w:rPr>
                <w:rFonts w:eastAsia="Arial"/>
                <w:b/>
                <w:noProof/>
                <w:sz w:val="14"/>
                <w:lang w:val="ro-RO"/>
              </w:rPr>
              <w:t>M4.9</w:t>
            </w:r>
          </w:p>
        </w:tc>
        <w:tc>
          <w:tcPr>
            <w:tcW w:w="4081" w:type="dxa"/>
            <w:tcMar>
              <w:top w:w="60" w:type="dxa"/>
              <w:left w:w="70" w:type="dxa"/>
              <w:bottom w:w="60" w:type="dxa"/>
              <w:right w:w="70" w:type="dxa"/>
            </w:tcMar>
            <w:vAlign w:val="center"/>
          </w:tcPr>
          <w:p w14:paraId="00E8FD24" w14:textId="77777777" w:rsidR="004011CE" w:rsidRPr="002D650B" w:rsidRDefault="00000000">
            <w:pPr>
              <w:spacing w:after="0" w:line="240" w:lineRule="auto"/>
              <w:rPr>
                <w:noProof/>
                <w:lang w:val="ro-RO"/>
              </w:rPr>
            </w:pPr>
            <w:r w:rsidRPr="002D650B">
              <w:rPr>
                <w:rFonts w:eastAsia="Arial"/>
                <w:noProof/>
                <w:sz w:val="14"/>
                <w:lang w:val="ro-RO"/>
              </w:rPr>
              <w:t>Cerințele sunt revizuite înainte de angajamentul de furnizare.</w:t>
            </w:r>
          </w:p>
        </w:tc>
        <w:tc>
          <w:tcPr>
            <w:tcW w:w="5159" w:type="dxa"/>
            <w:tcMar>
              <w:top w:w="60" w:type="dxa"/>
              <w:left w:w="70" w:type="dxa"/>
              <w:bottom w:w="60" w:type="dxa"/>
              <w:right w:w="70" w:type="dxa"/>
            </w:tcMar>
            <w:vAlign w:val="center"/>
          </w:tcPr>
          <w:p w14:paraId="05440B7F" w14:textId="77777777" w:rsidR="004011CE" w:rsidRPr="002D650B" w:rsidRDefault="00000000">
            <w:pPr>
              <w:spacing w:after="0" w:line="240" w:lineRule="auto"/>
              <w:rPr>
                <w:noProof/>
                <w:lang w:val="ro-RO"/>
              </w:rPr>
            </w:pPr>
            <w:r w:rsidRPr="002D650B">
              <w:rPr>
                <w:rFonts w:eastAsia="Arial"/>
                <w:noProof/>
                <w:sz w:val="14"/>
                <w:lang w:val="ro-RO"/>
              </w:rPr>
              <w:t>Capabilitate, diferențe, aprobări și riscuri.</w:t>
            </w:r>
          </w:p>
        </w:tc>
        <w:tc>
          <w:tcPr>
            <w:tcW w:w="1417" w:type="dxa"/>
            <w:tcMar>
              <w:top w:w="60" w:type="dxa"/>
              <w:left w:w="70" w:type="dxa"/>
              <w:bottom w:w="60" w:type="dxa"/>
              <w:right w:w="70" w:type="dxa"/>
            </w:tcMar>
            <w:vAlign w:val="center"/>
          </w:tcPr>
          <w:p w14:paraId="1E79B11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D8C429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8E44E70" w14:textId="77777777" w:rsidR="004011CE" w:rsidRPr="002D650B" w:rsidRDefault="004011CE">
            <w:pPr>
              <w:spacing w:after="0" w:line="240" w:lineRule="auto"/>
              <w:jc w:val="center"/>
              <w:rPr>
                <w:noProof/>
                <w:lang w:val="ro-RO"/>
              </w:rPr>
            </w:pPr>
          </w:p>
        </w:tc>
      </w:tr>
      <w:tr w:rsidR="004011CE" w:rsidRPr="002D650B" w14:paraId="30694478" w14:textId="77777777">
        <w:trPr>
          <w:cantSplit/>
          <w:jc w:val="center"/>
        </w:trPr>
        <w:tc>
          <w:tcPr>
            <w:tcW w:w="793" w:type="dxa"/>
            <w:shd w:val="clear" w:color="auto" w:fill="FAFAFA"/>
            <w:tcMar>
              <w:top w:w="60" w:type="dxa"/>
              <w:left w:w="70" w:type="dxa"/>
              <w:bottom w:w="60" w:type="dxa"/>
              <w:right w:w="70" w:type="dxa"/>
            </w:tcMar>
            <w:vAlign w:val="center"/>
          </w:tcPr>
          <w:p w14:paraId="53AE9CE6" w14:textId="77777777" w:rsidR="004011CE" w:rsidRPr="002D650B" w:rsidRDefault="00000000">
            <w:pPr>
              <w:spacing w:after="0" w:line="240" w:lineRule="auto"/>
              <w:jc w:val="center"/>
              <w:rPr>
                <w:noProof/>
                <w:lang w:val="ro-RO"/>
              </w:rPr>
            </w:pPr>
            <w:r w:rsidRPr="002D650B">
              <w:rPr>
                <w:rFonts w:eastAsia="Arial"/>
                <w:b/>
                <w:noProof/>
                <w:sz w:val="14"/>
                <w:lang w:val="ro-RO"/>
              </w:rPr>
              <w:t>M4.10</w:t>
            </w:r>
          </w:p>
        </w:tc>
        <w:tc>
          <w:tcPr>
            <w:tcW w:w="4081" w:type="dxa"/>
            <w:shd w:val="clear" w:color="auto" w:fill="FAFAFA"/>
            <w:tcMar>
              <w:top w:w="60" w:type="dxa"/>
              <w:left w:w="70" w:type="dxa"/>
              <w:bottom w:w="60" w:type="dxa"/>
              <w:right w:w="70" w:type="dxa"/>
            </w:tcMar>
            <w:vAlign w:val="center"/>
          </w:tcPr>
          <w:p w14:paraId="6CC60063" w14:textId="77777777" w:rsidR="004011CE" w:rsidRPr="002D650B" w:rsidRDefault="00000000">
            <w:pPr>
              <w:spacing w:after="0" w:line="240" w:lineRule="auto"/>
              <w:rPr>
                <w:noProof/>
                <w:lang w:val="ro-RO"/>
              </w:rPr>
            </w:pPr>
            <w:r w:rsidRPr="002D650B">
              <w:rPr>
                <w:rFonts w:eastAsia="Arial"/>
                <w:noProof/>
                <w:sz w:val="14"/>
                <w:lang w:val="ro-RO"/>
              </w:rPr>
              <w:t>Modificările cerințelor sunt controlate și comunicate.</w:t>
            </w:r>
          </w:p>
        </w:tc>
        <w:tc>
          <w:tcPr>
            <w:tcW w:w="5159" w:type="dxa"/>
            <w:shd w:val="clear" w:color="auto" w:fill="FAFAFA"/>
            <w:tcMar>
              <w:top w:w="60" w:type="dxa"/>
              <w:left w:w="70" w:type="dxa"/>
              <w:bottom w:w="60" w:type="dxa"/>
              <w:right w:w="70" w:type="dxa"/>
            </w:tcMar>
            <w:vAlign w:val="center"/>
          </w:tcPr>
          <w:p w14:paraId="0309D832" w14:textId="77777777" w:rsidR="004011CE" w:rsidRPr="002D650B" w:rsidRDefault="00000000">
            <w:pPr>
              <w:spacing w:after="0" w:line="240" w:lineRule="auto"/>
              <w:rPr>
                <w:noProof/>
                <w:lang w:val="ro-RO"/>
              </w:rPr>
            </w:pPr>
            <w:r w:rsidRPr="002D650B">
              <w:rPr>
                <w:rFonts w:eastAsia="Arial"/>
                <w:noProof/>
                <w:sz w:val="14"/>
                <w:lang w:val="ro-RO"/>
              </w:rPr>
              <w:t>Actualizarea documentelor și informarea funcțiilor.</w:t>
            </w:r>
          </w:p>
        </w:tc>
        <w:tc>
          <w:tcPr>
            <w:tcW w:w="1417" w:type="dxa"/>
            <w:shd w:val="clear" w:color="auto" w:fill="FAFAFA"/>
            <w:tcMar>
              <w:top w:w="60" w:type="dxa"/>
              <w:left w:w="70" w:type="dxa"/>
              <w:bottom w:w="60" w:type="dxa"/>
              <w:right w:w="70" w:type="dxa"/>
            </w:tcMar>
            <w:vAlign w:val="center"/>
          </w:tcPr>
          <w:p w14:paraId="2BB79DF4"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E335E6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3BA62B3" w14:textId="77777777" w:rsidR="004011CE" w:rsidRPr="002D650B" w:rsidRDefault="004011CE">
            <w:pPr>
              <w:spacing w:after="0" w:line="240" w:lineRule="auto"/>
              <w:jc w:val="center"/>
              <w:rPr>
                <w:noProof/>
                <w:lang w:val="ro-RO"/>
              </w:rPr>
            </w:pPr>
          </w:p>
        </w:tc>
      </w:tr>
      <w:tr w:rsidR="004011CE" w:rsidRPr="002D650B" w14:paraId="58C24C1E" w14:textId="77777777">
        <w:trPr>
          <w:cantSplit/>
          <w:jc w:val="center"/>
        </w:trPr>
        <w:tc>
          <w:tcPr>
            <w:tcW w:w="793" w:type="dxa"/>
            <w:tcMar>
              <w:top w:w="60" w:type="dxa"/>
              <w:left w:w="70" w:type="dxa"/>
              <w:bottom w:w="60" w:type="dxa"/>
              <w:right w:w="70" w:type="dxa"/>
            </w:tcMar>
            <w:vAlign w:val="center"/>
          </w:tcPr>
          <w:p w14:paraId="51748875" w14:textId="77777777" w:rsidR="004011CE" w:rsidRPr="002D650B" w:rsidRDefault="00000000">
            <w:pPr>
              <w:spacing w:after="0" w:line="240" w:lineRule="auto"/>
              <w:jc w:val="center"/>
              <w:rPr>
                <w:noProof/>
                <w:lang w:val="ro-RO"/>
              </w:rPr>
            </w:pPr>
            <w:r w:rsidRPr="002D650B">
              <w:rPr>
                <w:rFonts w:eastAsia="Arial"/>
                <w:b/>
                <w:noProof/>
                <w:sz w:val="14"/>
                <w:lang w:val="ro-RO"/>
              </w:rPr>
              <w:t>M4.11</w:t>
            </w:r>
          </w:p>
        </w:tc>
        <w:tc>
          <w:tcPr>
            <w:tcW w:w="4081" w:type="dxa"/>
            <w:tcMar>
              <w:top w:w="60" w:type="dxa"/>
              <w:left w:w="70" w:type="dxa"/>
              <w:bottom w:w="60" w:type="dxa"/>
              <w:right w:w="70" w:type="dxa"/>
            </w:tcMar>
            <w:vAlign w:val="center"/>
          </w:tcPr>
          <w:p w14:paraId="7EA3DAAC" w14:textId="77777777" w:rsidR="004011CE" w:rsidRPr="002D650B" w:rsidRDefault="00000000">
            <w:pPr>
              <w:spacing w:after="0" w:line="240" w:lineRule="auto"/>
              <w:rPr>
                <w:noProof/>
                <w:lang w:val="ro-RO"/>
              </w:rPr>
            </w:pPr>
            <w:r w:rsidRPr="002D650B">
              <w:rPr>
                <w:rFonts w:eastAsia="Arial"/>
                <w:noProof/>
                <w:sz w:val="14"/>
                <w:lang w:val="ro-RO"/>
              </w:rPr>
              <w:t>Comunicarea cu clientul acoperă produsul, comenzi, feedback, reclamații și avize.</w:t>
            </w:r>
          </w:p>
        </w:tc>
        <w:tc>
          <w:tcPr>
            <w:tcW w:w="5159" w:type="dxa"/>
            <w:tcMar>
              <w:top w:w="60" w:type="dxa"/>
              <w:left w:w="70" w:type="dxa"/>
              <w:bottom w:w="60" w:type="dxa"/>
              <w:right w:w="70" w:type="dxa"/>
            </w:tcMar>
            <w:vAlign w:val="center"/>
          </w:tcPr>
          <w:p w14:paraId="6F090772" w14:textId="77777777" w:rsidR="004011CE" w:rsidRPr="002D650B" w:rsidRDefault="00000000">
            <w:pPr>
              <w:spacing w:after="0" w:line="240" w:lineRule="auto"/>
              <w:rPr>
                <w:noProof/>
                <w:lang w:val="ro-RO"/>
              </w:rPr>
            </w:pPr>
            <w:r w:rsidRPr="002D650B">
              <w:rPr>
                <w:rFonts w:eastAsia="Arial"/>
                <w:noProof/>
                <w:sz w:val="14"/>
                <w:lang w:val="ro-RO"/>
              </w:rPr>
              <w:t>Canale, responsabilități și înregistrări.</w:t>
            </w:r>
          </w:p>
        </w:tc>
        <w:tc>
          <w:tcPr>
            <w:tcW w:w="1417" w:type="dxa"/>
            <w:tcMar>
              <w:top w:w="60" w:type="dxa"/>
              <w:left w:w="70" w:type="dxa"/>
              <w:bottom w:w="60" w:type="dxa"/>
              <w:right w:w="70" w:type="dxa"/>
            </w:tcMar>
            <w:vAlign w:val="center"/>
          </w:tcPr>
          <w:p w14:paraId="486F902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AF93B98"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6702EDA" w14:textId="77777777" w:rsidR="004011CE" w:rsidRPr="002D650B" w:rsidRDefault="004011CE">
            <w:pPr>
              <w:spacing w:after="0" w:line="240" w:lineRule="auto"/>
              <w:jc w:val="center"/>
              <w:rPr>
                <w:noProof/>
                <w:lang w:val="ro-RO"/>
              </w:rPr>
            </w:pPr>
          </w:p>
        </w:tc>
      </w:tr>
      <w:tr w:rsidR="004011CE" w:rsidRPr="002D650B" w14:paraId="618CCE9C" w14:textId="77777777">
        <w:trPr>
          <w:cantSplit/>
          <w:jc w:val="center"/>
        </w:trPr>
        <w:tc>
          <w:tcPr>
            <w:tcW w:w="793" w:type="dxa"/>
            <w:shd w:val="clear" w:color="auto" w:fill="FAFAFA"/>
            <w:tcMar>
              <w:top w:w="60" w:type="dxa"/>
              <w:left w:w="70" w:type="dxa"/>
              <w:bottom w:w="60" w:type="dxa"/>
              <w:right w:w="70" w:type="dxa"/>
            </w:tcMar>
            <w:vAlign w:val="center"/>
          </w:tcPr>
          <w:p w14:paraId="30EEFC75" w14:textId="77777777" w:rsidR="004011CE" w:rsidRPr="002D650B" w:rsidRDefault="00000000">
            <w:pPr>
              <w:spacing w:after="0" w:line="240" w:lineRule="auto"/>
              <w:jc w:val="center"/>
              <w:rPr>
                <w:noProof/>
                <w:lang w:val="ro-RO"/>
              </w:rPr>
            </w:pPr>
            <w:r w:rsidRPr="002D650B">
              <w:rPr>
                <w:rFonts w:eastAsia="Arial"/>
                <w:b/>
                <w:noProof/>
                <w:sz w:val="14"/>
                <w:lang w:val="ro-RO"/>
              </w:rPr>
              <w:t>M4.12</w:t>
            </w:r>
          </w:p>
        </w:tc>
        <w:tc>
          <w:tcPr>
            <w:tcW w:w="4081" w:type="dxa"/>
            <w:shd w:val="clear" w:color="auto" w:fill="FAFAFA"/>
            <w:tcMar>
              <w:top w:w="60" w:type="dxa"/>
              <w:left w:w="70" w:type="dxa"/>
              <w:bottom w:w="60" w:type="dxa"/>
              <w:right w:w="70" w:type="dxa"/>
            </w:tcMar>
            <w:vAlign w:val="center"/>
          </w:tcPr>
          <w:p w14:paraId="5B57DB03" w14:textId="77777777" w:rsidR="004011CE" w:rsidRPr="002D650B" w:rsidRDefault="00000000">
            <w:pPr>
              <w:spacing w:after="0" w:line="240" w:lineRule="auto"/>
              <w:rPr>
                <w:noProof/>
                <w:lang w:val="ro-RO"/>
              </w:rPr>
            </w:pPr>
            <w:r w:rsidRPr="002D650B">
              <w:rPr>
                <w:rFonts w:eastAsia="Arial"/>
                <w:noProof/>
                <w:sz w:val="14"/>
                <w:lang w:val="ro-RO"/>
              </w:rPr>
              <w:t>Comunicarea cu autoritățile este stabilită conform cerințelor aplicabile.</w:t>
            </w:r>
          </w:p>
        </w:tc>
        <w:tc>
          <w:tcPr>
            <w:tcW w:w="5159" w:type="dxa"/>
            <w:shd w:val="clear" w:color="auto" w:fill="FAFAFA"/>
            <w:tcMar>
              <w:top w:w="60" w:type="dxa"/>
              <w:left w:w="70" w:type="dxa"/>
              <w:bottom w:w="60" w:type="dxa"/>
              <w:right w:w="70" w:type="dxa"/>
            </w:tcMar>
            <w:vAlign w:val="center"/>
          </w:tcPr>
          <w:p w14:paraId="5479D901" w14:textId="77777777" w:rsidR="004011CE" w:rsidRPr="002D650B" w:rsidRDefault="00000000">
            <w:pPr>
              <w:spacing w:after="0" w:line="240" w:lineRule="auto"/>
              <w:rPr>
                <w:noProof/>
                <w:lang w:val="ro-RO"/>
              </w:rPr>
            </w:pPr>
            <w:r w:rsidRPr="002D650B">
              <w:rPr>
                <w:rFonts w:eastAsia="Arial"/>
                <w:noProof/>
                <w:sz w:val="14"/>
                <w:lang w:val="ro-RO"/>
              </w:rPr>
              <w:t>Persoane autorizate, termene și dovezi.</w:t>
            </w:r>
          </w:p>
        </w:tc>
        <w:tc>
          <w:tcPr>
            <w:tcW w:w="1417" w:type="dxa"/>
            <w:shd w:val="clear" w:color="auto" w:fill="FAFAFA"/>
            <w:tcMar>
              <w:top w:w="60" w:type="dxa"/>
              <w:left w:w="70" w:type="dxa"/>
              <w:bottom w:w="60" w:type="dxa"/>
              <w:right w:w="70" w:type="dxa"/>
            </w:tcMar>
            <w:vAlign w:val="center"/>
          </w:tcPr>
          <w:p w14:paraId="6186F02D"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0B8CF02"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EA3F58" w14:textId="77777777" w:rsidR="004011CE" w:rsidRPr="002D650B" w:rsidRDefault="004011CE">
            <w:pPr>
              <w:spacing w:after="0" w:line="240" w:lineRule="auto"/>
              <w:jc w:val="center"/>
              <w:rPr>
                <w:noProof/>
                <w:lang w:val="ro-RO"/>
              </w:rPr>
            </w:pPr>
          </w:p>
        </w:tc>
      </w:tr>
    </w:tbl>
    <w:p w14:paraId="71DF26FD"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18E79C77"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73777AB1" w14:textId="77777777">
        <w:trPr>
          <w:cantSplit/>
          <w:jc w:val="center"/>
        </w:trPr>
        <w:tc>
          <w:tcPr>
            <w:tcW w:w="1020" w:type="dxa"/>
            <w:shd w:val="clear" w:color="auto" w:fill="D71920"/>
            <w:tcMar>
              <w:top w:w="60" w:type="dxa"/>
              <w:left w:w="70" w:type="dxa"/>
              <w:bottom w:w="60" w:type="dxa"/>
              <w:right w:w="70" w:type="dxa"/>
            </w:tcMar>
            <w:vAlign w:val="center"/>
          </w:tcPr>
          <w:p w14:paraId="086A5215"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5</w:t>
            </w:r>
          </w:p>
        </w:tc>
        <w:tc>
          <w:tcPr>
            <w:tcW w:w="12585" w:type="dxa"/>
            <w:shd w:val="clear" w:color="auto" w:fill="F3F4F5"/>
          </w:tcPr>
          <w:p w14:paraId="71DBA2BA" w14:textId="77777777" w:rsidR="004011CE" w:rsidRPr="002D650B" w:rsidRDefault="00000000">
            <w:pPr>
              <w:spacing w:after="20"/>
              <w:rPr>
                <w:noProof/>
                <w:lang w:val="ro-RO"/>
              </w:rPr>
            </w:pPr>
            <w:r w:rsidRPr="002D650B">
              <w:rPr>
                <w:rFonts w:eastAsia="Arial"/>
                <w:b/>
                <w:noProof/>
                <w:sz w:val="27"/>
                <w:lang w:val="ro-RO"/>
              </w:rPr>
              <w:t>Proiectare și dezvoltare</w:t>
            </w:r>
          </w:p>
          <w:p w14:paraId="11FEB521" w14:textId="77777777" w:rsidR="004011CE" w:rsidRPr="002D650B" w:rsidRDefault="00000000">
            <w:pPr>
              <w:spacing w:after="0"/>
              <w:rPr>
                <w:noProof/>
                <w:lang w:val="ro-RO"/>
              </w:rPr>
            </w:pPr>
            <w:r w:rsidRPr="002D650B">
              <w:rPr>
                <w:rFonts w:eastAsia="Arial"/>
                <w:noProof/>
                <w:color w:val="666666"/>
                <w:sz w:val="16"/>
                <w:lang w:val="ro-RO"/>
              </w:rPr>
              <w:t>Referință: ISO 13485:2016, clauza 7.3 - aplicabilă în funcție de rol și reglementări  |  Obiectiv: controlarea transformării nevoilor utilizatorului în produs verificat, validat și transferabil în producție</w:t>
            </w:r>
          </w:p>
        </w:tc>
      </w:tr>
    </w:tbl>
    <w:p w14:paraId="49AAD1FC"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29E1C5EA" w14:textId="77777777">
        <w:trPr>
          <w:cantSplit/>
          <w:jc w:val="center"/>
        </w:trPr>
        <w:tc>
          <w:tcPr>
            <w:tcW w:w="566" w:type="dxa"/>
            <w:shd w:val="clear" w:color="auto" w:fill="D71920"/>
            <w:tcMar>
              <w:top w:w="60" w:type="dxa"/>
              <w:left w:w="70" w:type="dxa"/>
              <w:bottom w:w="60" w:type="dxa"/>
              <w:right w:w="70" w:type="dxa"/>
            </w:tcMar>
            <w:vAlign w:val="center"/>
          </w:tcPr>
          <w:p w14:paraId="394689CA"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6220CAAB"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1F0BFC7B" w14:textId="77777777" w:rsidR="004011CE" w:rsidRPr="002D650B" w:rsidRDefault="00000000">
            <w:pPr>
              <w:spacing w:after="0" w:line="252" w:lineRule="auto"/>
              <w:rPr>
                <w:noProof/>
                <w:lang w:val="ro-RO"/>
              </w:rPr>
            </w:pPr>
            <w:r w:rsidRPr="002D650B">
              <w:rPr>
                <w:rFonts w:eastAsia="Arial"/>
                <w:noProof/>
                <w:sz w:val="16"/>
                <w:lang w:val="ro-RO"/>
              </w:rPr>
              <w:t>Verificarea răspunde „am construit conform specificației?”, iar validarea „produsul satisface utilizarea intenționată?”. Planificați ambele înainte de testare și utilizați produse reprezentative configurației finale.</w:t>
            </w:r>
          </w:p>
        </w:tc>
      </w:tr>
    </w:tbl>
    <w:p w14:paraId="55726392"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5E35721F" w14:textId="77777777">
        <w:trPr>
          <w:cantSplit/>
          <w:tblHeader/>
          <w:jc w:val="center"/>
        </w:trPr>
        <w:tc>
          <w:tcPr>
            <w:tcW w:w="793" w:type="dxa"/>
            <w:shd w:val="clear" w:color="auto" w:fill="D71920"/>
            <w:tcMar>
              <w:top w:w="60" w:type="dxa"/>
              <w:left w:w="70" w:type="dxa"/>
              <w:bottom w:w="60" w:type="dxa"/>
              <w:right w:w="70" w:type="dxa"/>
            </w:tcMar>
            <w:vAlign w:val="center"/>
          </w:tcPr>
          <w:p w14:paraId="2062AF68"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04EFFAA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0570AD25"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4EAF264E"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05D4B37"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61B3E6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6D32EC66" w14:textId="77777777">
        <w:trPr>
          <w:cantSplit/>
          <w:jc w:val="center"/>
        </w:trPr>
        <w:tc>
          <w:tcPr>
            <w:tcW w:w="793" w:type="dxa"/>
            <w:tcMar>
              <w:top w:w="60" w:type="dxa"/>
              <w:left w:w="70" w:type="dxa"/>
              <w:bottom w:w="60" w:type="dxa"/>
              <w:right w:w="70" w:type="dxa"/>
            </w:tcMar>
            <w:vAlign w:val="center"/>
          </w:tcPr>
          <w:p w14:paraId="4367E967" w14:textId="77777777" w:rsidR="004011CE" w:rsidRPr="002D650B" w:rsidRDefault="00000000">
            <w:pPr>
              <w:spacing w:after="0" w:line="240" w:lineRule="auto"/>
              <w:jc w:val="center"/>
              <w:rPr>
                <w:noProof/>
                <w:lang w:val="ro-RO"/>
              </w:rPr>
            </w:pPr>
            <w:r w:rsidRPr="002D650B">
              <w:rPr>
                <w:rFonts w:eastAsia="Arial"/>
                <w:b/>
                <w:noProof/>
                <w:sz w:val="14"/>
                <w:lang w:val="ro-RO"/>
              </w:rPr>
              <w:t>M5.1</w:t>
            </w:r>
          </w:p>
        </w:tc>
        <w:tc>
          <w:tcPr>
            <w:tcW w:w="4081" w:type="dxa"/>
            <w:tcMar>
              <w:top w:w="60" w:type="dxa"/>
              <w:left w:w="70" w:type="dxa"/>
              <w:bottom w:w="60" w:type="dxa"/>
              <w:right w:w="70" w:type="dxa"/>
            </w:tcMar>
            <w:vAlign w:val="center"/>
          </w:tcPr>
          <w:p w14:paraId="0471DB9B" w14:textId="77777777" w:rsidR="004011CE" w:rsidRPr="002D650B" w:rsidRDefault="00000000">
            <w:pPr>
              <w:spacing w:after="0" w:line="240" w:lineRule="auto"/>
              <w:rPr>
                <w:noProof/>
                <w:lang w:val="ro-RO"/>
              </w:rPr>
            </w:pPr>
            <w:r w:rsidRPr="002D650B">
              <w:rPr>
                <w:rFonts w:eastAsia="Arial"/>
                <w:noProof/>
                <w:sz w:val="14"/>
                <w:lang w:val="ro-RO"/>
              </w:rPr>
              <w:t>Aplicabilitatea proiectării și dezvoltării este stabilită, justificată și susținută de o procedură documentată.</w:t>
            </w:r>
          </w:p>
        </w:tc>
        <w:tc>
          <w:tcPr>
            <w:tcW w:w="5159" w:type="dxa"/>
            <w:tcMar>
              <w:top w:w="60" w:type="dxa"/>
              <w:left w:w="70" w:type="dxa"/>
              <w:bottom w:w="60" w:type="dxa"/>
              <w:right w:w="70" w:type="dxa"/>
            </w:tcMar>
            <w:vAlign w:val="center"/>
          </w:tcPr>
          <w:p w14:paraId="1F026BDA" w14:textId="77777777" w:rsidR="004011CE" w:rsidRPr="002D650B" w:rsidRDefault="00000000">
            <w:pPr>
              <w:spacing w:after="0" w:line="240" w:lineRule="auto"/>
              <w:rPr>
                <w:noProof/>
                <w:lang w:val="ro-RO"/>
              </w:rPr>
            </w:pPr>
            <w:r w:rsidRPr="002D650B">
              <w:rPr>
                <w:rFonts w:eastAsia="Arial"/>
                <w:noProof/>
                <w:sz w:val="14"/>
                <w:lang w:val="ro-RO"/>
              </w:rPr>
              <w:t>Rol, responsabilități contractuale, cerințe reglementare, etape și controale.</w:t>
            </w:r>
          </w:p>
        </w:tc>
        <w:tc>
          <w:tcPr>
            <w:tcW w:w="1417" w:type="dxa"/>
            <w:tcMar>
              <w:top w:w="60" w:type="dxa"/>
              <w:left w:w="70" w:type="dxa"/>
              <w:bottom w:w="60" w:type="dxa"/>
              <w:right w:w="70" w:type="dxa"/>
            </w:tcMar>
            <w:vAlign w:val="center"/>
          </w:tcPr>
          <w:p w14:paraId="3AF059E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1B67067"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F02E5B3" w14:textId="77777777" w:rsidR="004011CE" w:rsidRPr="002D650B" w:rsidRDefault="004011CE">
            <w:pPr>
              <w:spacing w:after="0" w:line="240" w:lineRule="auto"/>
              <w:jc w:val="center"/>
              <w:rPr>
                <w:noProof/>
                <w:lang w:val="ro-RO"/>
              </w:rPr>
            </w:pPr>
          </w:p>
        </w:tc>
      </w:tr>
      <w:tr w:rsidR="004011CE" w:rsidRPr="002D650B" w14:paraId="4EBB5797" w14:textId="77777777">
        <w:trPr>
          <w:cantSplit/>
          <w:jc w:val="center"/>
        </w:trPr>
        <w:tc>
          <w:tcPr>
            <w:tcW w:w="793" w:type="dxa"/>
            <w:shd w:val="clear" w:color="auto" w:fill="FAFAFA"/>
            <w:tcMar>
              <w:top w:w="60" w:type="dxa"/>
              <w:left w:w="70" w:type="dxa"/>
              <w:bottom w:w="60" w:type="dxa"/>
              <w:right w:w="70" w:type="dxa"/>
            </w:tcMar>
            <w:vAlign w:val="center"/>
          </w:tcPr>
          <w:p w14:paraId="55A4063B" w14:textId="77777777" w:rsidR="004011CE" w:rsidRPr="002D650B" w:rsidRDefault="00000000">
            <w:pPr>
              <w:spacing w:after="0" w:line="240" w:lineRule="auto"/>
              <w:jc w:val="center"/>
              <w:rPr>
                <w:noProof/>
                <w:lang w:val="ro-RO"/>
              </w:rPr>
            </w:pPr>
            <w:r w:rsidRPr="002D650B">
              <w:rPr>
                <w:rFonts w:eastAsia="Arial"/>
                <w:b/>
                <w:noProof/>
                <w:sz w:val="14"/>
                <w:lang w:val="ro-RO"/>
              </w:rPr>
              <w:t>M5.2</w:t>
            </w:r>
          </w:p>
        </w:tc>
        <w:tc>
          <w:tcPr>
            <w:tcW w:w="4081" w:type="dxa"/>
            <w:shd w:val="clear" w:color="auto" w:fill="FAFAFA"/>
            <w:tcMar>
              <w:top w:w="60" w:type="dxa"/>
              <w:left w:w="70" w:type="dxa"/>
              <w:bottom w:w="60" w:type="dxa"/>
              <w:right w:w="70" w:type="dxa"/>
            </w:tcMar>
            <w:vAlign w:val="center"/>
          </w:tcPr>
          <w:p w14:paraId="108FE4F8" w14:textId="77777777" w:rsidR="004011CE" w:rsidRPr="002D650B" w:rsidRDefault="00000000">
            <w:pPr>
              <w:spacing w:after="0" w:line="240" w:lineRule="auto"/>
              <w:rPr>
                <w:noProof/>
                <w:lang w:val="ro-RO"/>
              </w:rPr>
            </w:pPr>
            <w:r w:rsidRPr="002D650B">
              <w:rPr>
                <w:rFonts w:eastAsia="Arial"/>
                <w:noProof/>
                <w:sz w:val="14"/>
                <w:lang w:val="ro-RO"/>
              </w:rPr>
              <w:t>Planurile definesc etapele, responsabilitățile, interfețele, revizuirile, verificarea, validarea și transferul.</w:t>
            </w:r>
          </w:p>
        </w:tc>
        <w:tc>
          <w:tcPr>
            <w:tcW w:w="5159" w:type="dxa"/>
            <w:shd w:val="clear" w:color="auto" w:fill="FAFAFA"/>
            <w:tcMar>
              <w:top w:w="60" w:type="dxa"/>
              <w:left w:w="70" w:type="dxa"/>
              <w:bottom w:w="60" w:type="dxa"/>
              <w:right w:w="70" w:type="dxa"/>
            </w:tcMar>
            <w:vAlign w:val="center"/>
          </w:tcPr>
          <w:p w14:paraId="7B4FC845" w14:textId="77777777" w:rsidR="004011CE" w:rsidRPr="002D650B" w:rsidRDefault="00000000">
            <w:pPr>
              <w:spacing w:after="0" w:line="240" w:lineRule="auto"/>
              <w:rPr>
                <w:noProof/>
                <w:lang w:val="ro-RO"/>
              </w:rPr>
            </w:pPr>
            <w:r w:rsidRPr="002D650B">
              <w:rPr>
                <w:rFonts w:eastAsia="Arial"/>
                <w:noProof/>
                <w:sz w:val="14"/>
                <w:lang w:val="ro-RO"/>
              </w:rPr>
              <w:t>Plan actualizat, comunicare și decizii între funcții.</w:t>
            </w:r>
          </w:p>
        </w:tc>
        <w:tc>
          <w:tcPr>
            <w:tcW w:w="1417" w:type="dxa"/>
            <w:shd w:val="clear" w:color="auto" w:fill="FAFAFA"/>
            <w:tcMar>
              <w:top w:w="60" w:type="dxa"/>
              <w:left w:w="70" w:type="dxa"/>
              <w:bottom w:w="60" w:type="dxa"/>
              <w:right w:w="70" w:type="dxa"/>
            </w:tcMar>
            <w:vAlign w:val="center"/>
          </w:tcPr>
          <w:p w14:paraId="3EC2F88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8C51774"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2190C3" w14:textId="77777777" w:rsidR="004011CE" w:rsidRPr="002D650B" w:rsidRDefault="004011CE">
            <w:pPr>
              <w:spacing w:after="0" w:line="240" w:lineRule="auto"/>
              <w:jc w:val="center"/>
              <w:rPr>
                <w:noProof/>
                <w:lang w:val="ro-RO"/>
              </w:rPr>
            </w:pPr>
          </w:p>
        </w:tc>
      </w:tr>
      <w:tr w:rsidR="004011CE" w:rsidRPr="002D650B" w14:paraId="72B8BECC" w14:textId="77777777">
        <w:trPr>
          <w:cantSplit/>
          <w:jc w:val="center"/>
        </w:trPr>
        <w:tc>
          <w:tcPr>
            <w:tcW w:w="793" w:type="dxa"/>
            <w:tcMar>
              <w:top w:w="60" w:type="dxa"/>
              <w:left w:w="70" w:type="dxa"/>
              <w:bottom w:w="60" w:type="dxa"/>
              <w:right w:w="70" w:type="dxa"/>
            </w:tcMar>
            <w:vAlign w:val="center"/>
          </w:tcPr>
          <w:p w14:paraId="041C1207" w14:textId="77777777" w:rsidR="004011CE" w:rsidRPr="002D650B" w:rsidRDefault="00000000">
            <w:pPr>
              <w:spacing w:after="0" w:line="240" w:lineRule="auto"/>
              <w:jc w:val="center"/>
              <w:rPr>
                <w:noProof/>
                <w:lang w:val="ro-RO"/>
              </w:rPr>
            </w:pPr>
            <w:r w:rsidRPr="002D650B">
              <w:rPr>
                <w:rFonts w:eastAsia="Arial"/>
                <w:b/>
                <w:noProof/>
                <w:sz w:val="14"/>
                <w:lang w:val="ro-RO"/>
              </w:rPr>
              <w:t>M5.3</w:t>
            </w:r>
          </w:p>
        </w:tc>
        <w:tc>
          <w:tcPr>
            <w:tcW w:w="4081" w:type="dxa"/>
            <w:tcMar>
              <w:top w:w="60" w:type="dxa"/>
              <w:left w:w="70" w:type="dxa"/>
              <w:bottom w:w="60" w:type="dxa"/>
              <w:right w:w="70" w:type="dxa"/>
            </w:tcMar>
            <w:vAlign w:val="center"/>
          </w:tcPr>
          <w:p w14:paraId="43EC45AC" w14:textId="77777777" w:rsidR="004011CE" w:rsidRPr="002D650B" w:rsidRDefault="00000000">
            <w:pPr>
              <w:spacing w:after="0" w:line="240" w:lineRule="auto"/>
              <w:rPr>
                <w:noProof/>
                <w:lang w:val="ro-RO"/>
              </w:rPr>
            </w:pPr>
            <w:r w:rsidRPr="002D650B">
              <w:rPr>
                <w:rFonts w:eastAsia="Arial"/>
                <w:noProof/>
                <w:sz w:val="14"/>
                <w:lang w:val="ro-RO"/>
              </w:rPr>
              <w:t>Intrările de proiectare includ cerințe funcționale, de performanță, siguranță, utilizare și reglementare.</w:t>
            </w:r>
          </w:p>
        </w:tc>
        <w:tc>
          <w:tcPr>
            <w:tcW w:w="5159" w:type="dxa"/>
            <w:tcMar>
              <w:top w:w="60" w:type="dxa"/>
              <w:left w:w="70" w:type="dxa"/>
              <w:bottom w:w="60" w:type="dxa"/>
              <w:right w:w="70" w:type="dxa"/>
            </w:tcMar>
            <w:vAlign w:val="center"/>
          </w:tcPr>
          <w:p w14:paraId="5A39BAFD" w14:textId="77777777" w:rsidR="004011CE" w:rsidRPr="002D650B" w:rsidRDefault="00000000">
            <w:pPr>
              <w:spacing w:after="0" w:line="240" w:lineRule="auto"/>
              <w:rPr>
                <w:noProof/>
                <w:lang w:val="ro-RO"/>
              </w:rPr>
            </w:pPr>
            <w:r w:rsidRPr="002D650B">
              <w:rPr>
                <w:rFonts w:eastAsia="Arial"/>
                <w:noProof/>
                <w:sz w:val="14"/>
                <w:lang w:val="ro-RO"/>
              </w:rPr>
              <w:t>Cerințe complete, verificabile, aprobate și necontradictorii.</w:t>
            </w:r>
          </w:p>
        </w:tc>
        <w:tc>
          <w:tcPr>
            <w:tcW w:w="1417" w:type="dxa"/>
            <w:tcMar>
              <w:top w:w="60" w:type="dxa"/>
              <w:left w:w="70" w:type="dxa"/>
              <w:bottom w:w="60" w:type="dxa"/>
              <w:right w:w="70" w:type="dxa"/>
            </w:tcMar>
            <w:vAlign w:val="center"/>
          </w:tcPr>
          <w:p w14:paraId="73C75E23"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27369F0"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0B3F487" w14:textId="77777777" w:rsidR="004011CE" w:rsidRPr="002D650B" w:rsidRDefault="004011CE">
            <w:pPr>
              <w:spacing w:after="0" w:line="240" w:lineRule="auto"/>
              <w:jc w:val="center"/>
              <w:rPr>
                <w:noProof/>
                <w:lang w:val="ro-RO"/>
              </w:rPr>
            </w:pPr>
          </w:p>
        </w:tc>
      </w:tr>
      <w:tr w:rsidR="004011CE" w:rsidRPr="002D650B" w14:paraId="5961B5C6" w14:textId="77777777">
        <w:trPr>
          <w:cantSplit/>
          <w:jc w:val="center"/>
        </w:trPr>
        <w:tc>
          <w:tcPr>
            <w:tcW w:w="793" w:type="dxa"/>
            <w:shd w:val="clear" w:color="auto" w:fill="FAFAFA"/>
            <w:tcMar>
              <w:top w:w="60" w:type="dxa"/>
              <w:left w:w="70" w:type="dxa"/>
              <w:bottom w:w="60" w:type="dxa"/>
              <w:right w:w="70" w:type="dxa"/>
            </w:tcMar>
            <w:vAlign w:val="center"/>
          </w:tcPr>
          <w:p w14:paraId="347C9D8F" w14:textId="77777777" w:rsidR="004011CE" w:rsidRPr="002D650B" w:rsidRDefault="00000000">
            <w:pPr>
              <w:spacing w:after="0" w:line="240" w:lineRule="auto"/>
              <w:jc w:val="center"/>
              <w:rPr>
                <w:noProof/>
                <w:lang w:val="ro-RO"/>
              </w:rPr>
            </w:pPr>
            <w:r w:rsidRPr="002D650B">
              <w:rPr>
                <w:rFonts w:eastAsia="Arial"/>
                <w:b/>
                <w:noProof/>
                <w:sz w:val="14"/>
                <w:lang w:val="ro-RO"/>
              </w:rPr>
              <w:t>M5.4</w:t>
            </w:r>
          </w:p>
        </w:tc>
        <w:tc>
          <w:tcPr>
            <w:tcW w:w="4081" w:type="dxa"/>
            <w:shd w:val="clear" w:color="auto" w:fill="FAFAFA"/>
            <w:tcMar>
              <w:top w:w="60" w:type="dxa"/>
              <w:left w:w="70" w:type="dxa"/>
              <w:bottom w:w="60" w:type="dxa"/>
              <w:right w:w="70" w:type="dxa"/>
            </w:tcMar>
            <w:vAlign w:val="center"/>
          </w:tcPr>
          <w:p w14:paraId="2BB53DC2" w14:textId="77777777" w:rsidR="004011CE" w:rsidRPr="002D650B" w:rsidRDefault="00000000">
            <w:pPr>
              <w:spacing w:after="0" w:line="240" w:lineRule="auto"/>
              <w:rPr>
                <w:noProof/>
                <w:lang w:val="ro-RO"/>
              </w:rPr>
            </w:pPr>
            <w:r w:rsidRPr="002D650B">
              <w:rPr>
                <w:rFonts w:eastAsia="Arial"/>
                <w:noProof/>
                <w:sz w:val="14"/>
                <w:lang w:val="ro-RO"/>
              </w:rPr>
              <w:t>Ieșirile permit verificarea față de intrări și furnizează informații pentru achiziție, producție și service.</w:t>
            </w:r>
          </w:p>
        </w:tc>
        <w:tc>
          <w:tcPr>
            <w:tcW w:w="5159" w:type="dxa"/>
            <w:shd w:val="clear" w:color="auto" w:fill="FAFAFA"/>
            <w:tcMar>
              <w:top w:w="60" w:type="dxa"/>
              <w:left w:w="70" w:type="dxa"/>
              <w:bottom w:w="60" w:type="dxa"/>
              <w:right w:w="70" w:type="dxa"/>
            </w:tcMar>
            <w:vAlign w:val="center"/>
          </w:tcPr>
          <w:p w14:paraId="630F07E7" w14:textId="77777777" w:rsidR="004011CE" w:rsidRPr="002D650B" w:rsidRDefault="00000000">
            <w:pPr>
              <w:spacing w:after="0" w:line="240" w:lineRule="auto"/>
              <w:rPr>
                <w:noProof/>
                <w:lang w:val="ro-RO"/>
              </w:rPr>
            </w:pPr>
            <w:r w:rsidRPr="002D650B">
              <w:rPr>
                <w:rFonts w:eastAsia="Arial"/>
                <w:noProof/>
                <w:sz w:val="14"/>
                <w:lang w:val="ro-RO"/>
              </w:rPr>
              <w:t>Specificații, desene, software, criterii de acceptare și etichetare.</w:t>
            </w:r>
          </w:p>
        </w:tc>
        <w:tc>
          <w:tcPr>
            <w:tcW w:w="1417" w:type="dxa"/>
            <w:shd w:val="clear" w:color="auto" w:fill="FAFAFA"/>
            <w:tcMar>
              <w:top w:w="60" w:type="dxa"/>
              <w:left w:w="70" w:type="dxa"/>
              <w:bottom w:w="60" w:type="dxa"/>
              <w:right w:w="70" w:type="dxa"/>
            </w:tcMar>
            <w:vAlign w:val="center"/>
          </w:tcPr>
          <w:p w14:paraId="52AF0D3F"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09C0C0C"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D86D9E4" w14:textId="77777777" w:rsidR="004011CE" w:rsidRPr="002D650B" w:rsidRDefault="004011CE">
            <w:pPr>
              <w:spacing w:after="0" w:line="240" w:lineRule="auto"/>
              <w:jc w:val="center"/>
              <w:rPr>
                <w:noProof/>
                <w:lang w:val="ro-RO"/>
              </w:rPr>
            </w:pPr>
          </w:p>
        </w:tc>
      </w:tr>
      <w:tr w:rsidR="004011CE" w:rsidRPr="002D650B" w14:paraId="274E3F45" w14:textId="77777777">
        <w:trPr>
          <w:cantSplit/>
          <w:jc w:val="center"/>
        </w:trPr>
        <w:tc>
          <w:tcPr>
            <w:tcW w:w="793" w:type="dxa"/>
            <w:tcMar>
              <w:top w:w="60" w:type="dxa"/>
              <w:left w:w="70" w:type="dxa"/>
              <w:bottom w:w="60" w:type="dxa"/>
              <w:right w:w="70" w:type="dxa"/>
            </w:tcMar>
            <w:vAlign w:val="center"/>
          </w:tcPr>
          <w:p w14:paraId="148764BE" w14:textId="77777777" w:rsidR="004011CE" w:rsidRPr="002D650B" w:rsidRDefault="00000000">
            <w:pPr>
              <w:spacing w:after="0" w:line="240" w:lineRule="auto"/>
              <w:jc w:val="center"/>
              <w:rPr>
                <w:noProof/>
                <w:lang w:val="ro-RO"/>
              </w:rPr>
            </w:pPr>
            <w:r w:rsidRPr="002D650B">
              <w:rPr>
                <w:rFonts w:eastAsia="Arial"/>
                <w:b/>
                <w:noProof/>
                <w:sz w:val="14"/>
                <w:lang w:val="ro-RO"/>
              </w:rPr>
              <w:t>M5.5</w:t>
            </w:r>
          </w:p>
        </w:tc>
        <w:tc>
          <w:tcPr>
            <w:tcW w:w="4081" w:type="dxa"/>
            <w:tcMar>
              <w:top w:w="60" w:type="dxa"/>
              <w:left w:w="70" w:type="dxa"/>
              <w:bottom w:w="60" w:type="dxa"/>
              <w:right w:w="70" w:type="dxa"/>
            </w:tcMar>
            <w:vAlign w:val="center"/>
          </w:tcPr>
          <w:p w14:paraId="29309182" w14:textId="77777777" w:rsidR="004011CE" w:rsidRPr="002D650B" w:rsidRDefault="00000000">
            <w:pPr>
              <w:spacing w:after="0" w:line="240" w:lineRule="auto"/>
              <w:rPr>
                <w:noProof/>
                <w:lang w:val="ro-RO"/>
              </w:rPr>
            </w:pPr>
            <w:r w:rsidRPr="002D650B">
              <w:rPr>
                <w:rFonts w:eastAsia="Arial"/>
                <w:noProof/>
                <w:sz w:val="14"/>
                <w:lang w:val="ro-RO"/>
              </w:rPr>
              <w:t>Revizuirile sunt sistematice, documentate și includ reprezentanți relevanți.</w:t>
            </w:r>
          </w:p>
        </w:tc>
        <w:tc>
          <w:tcPr>
            <w:tcW w:w="5159" w:type="dxa"/>
            <w:tcMar>
              <w:top w:w="60" w:type="dxa"/>
              <w:left w:w="70" w:type="dxa"/>
              <w:bottom w:w="60" w:type="dxa"/>
              <w:right w:w="70" w:type="dxa"/>
            </w:tcMar>
            <w:vAlign w:val="center"/>
          </w:tcPr>
          <w:p w14:paraId="474B02D1" w14:textId="77777777" w:rsidR="004011CE" w:rsidRPr="002D650B" w:rsidRDefault="00000000">
            <w:pPr>
              <w:spacing w:after="0" w:line="240" w:lineRule="auto"/>
              <w:rPr>
                <w:noProof/>
                <w:lang w:val="ro-RO"/>
              </w:rPr>
            </w:pPr>
            <w:r w:rsidRPr="002D650B">
              <w:rPr>
                <w:rFonts w:eastAsia="Arial"/>
                <w:noProof/>
                <w:sz w:val="14"/>
                <w:lang w:val="ro-RO"/>
              </w:rPr>
              <w:t>Minute, probleme, decizii, acțiuni și aprobări.</w:t>
            </w:r>
          </w:p>
        </w:tc>
        <w:tc>
          <w:tcPr>
            <w:tcW w:w="1417" w:type="dxa"/>
            <w:tcMar>
              <w:top w:w="60" w:type="dxa"/>
              <w:left w:w="70" w:type="dxa"/>
              <w:bottom w:w="60" w:type="dxa"/>
              <w:right w:w="70" w:type="dxa"/>
            </w:tcMar>
            <w:vAlign w:val="center"/>
          </w:tcPr>
          <w:p w14:paraId="23B7D68E"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EAEDC20"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53FAFF5" w14:textId="77777777" w:rsidR="004011CE" w:rsidRPr="002D650B" w:rsidRDefault="004011CE">
            <w:pPr>
              <w:spacing w:after="0" w:line="240" w:lineRule="auto"/>
              <w:jc w:val="center"/>
              <w:rPr>
                <w:noProof/>
                <w:lang w:val="ro-RO"/>
              </w:rPr>
            </w:pPr>
          </w:p>
        </w:tc>
      </w:tr>
      <w:tr w:rsidR="004011CE" w:rsidRPr="002D650B" w14:paraId="5642734C" w14:textId="77777777">
        <w:trPr>
          <w:cantSplit/>
          <w:jc w:val="center"/>
        </w:trPr>
        <w:tc>
          <w:tcPr>
            <w:tcW w:w="793" w:type="dxa"/>
            <w:shd w:val="clear" w:color="auto" w:fill="FAFAFA"/>
            <w:tcMar>
              <w:top w:w="60" w:type="dxa"/>
              <w:left w:w="70" w:type="dxa"/>
              <w:bottom w:w="60" w:type="dxa"/>
              <w:right w:w="70" w:type="dxa"/>
            </w:tcMar>
            <w:vAlign w:val="center"/>
          </w:tcPr>
          <w:p w14:paraId="7FDDF7E1" w14:textId="77777777" w:rsidR="004011CE" w:rsidRPr="002D650B" w:rsidRDefault="00000000">
            <w:pPr>
              <w:spacing w:after="0" w:line="240" w:lineRule="auto"/>
              <w:jc w:val="center"/>
              <w:rPr>
                <w:noProof/>
                <w:lang w:val="ro-RO"/>
              </w:rPr>
            </w:pPr>
            <w:r w:rsidRPr="002D650B">
              <w:rPr>
                <w:rFonts w:eastAsia="Arial"/>
                <w:b/>
                <w:noProof/>
                <w:sz w:val="14"/>
                <w:lang w:val="ro-RO"/>
              </w:rPr>
              <w:t>M5.6</w:t>
            </w:r>
          </w:p>
        </w:tc>
        <w:tc>
          <w:tcPr>
            <w:tcW w:w="4081" w:type="dxa"/>
            <w:shd w:val="clear" w:color="auto" w:fill="FAFAFA"/>
            <w:tcMar>
              <w:top w:w="60" w:type="dxa"/>
              <w:left w:w="70" w:type="dxa"/>
              <w:bottom w:w="60" w:type="dxa"/>
              <w:right w:w="70" w:type="dxa"/>
            </w:tcMar>
            <w:vAlign w:val="center"/>
          </w:tcPr>
          <w:p w14:paraId="017B6D53" w14:textId="77777777" w:rsidR="004011CE" w:rsidRPr="002D650B" w:rsidRDefault="00000000">
            <w:pPr>
              <w:spacing w:after="0" w:line="240" w:lineRule="auto"/>
              <w:rPr>
                <w:noProof/>
                <w:lang w:val="ro-RO"/>
              </w:rPr>
            </w:pPr>
            <w:r w:rsidRPr="002D650B">
              <w:rPr>
                <w:rFonts w:eastAsia="Arial"/>
                <w:noProof/>
                <w:sz w:val="14"/>
                <w:lang w:val="ro-RO"/>
              </w:rPr>
              <w:t>Verificarea confirmă îndeplinirea intrărilor de proiectare.</w:t>
            </w:r>
          </w:p>
        </w:tc>
        <w:tc>
          <w:tcPr>
            <w:tcW w:w="5159" w:type="dxa"/>
            <w:shd w:val="clear" w:color="auto" w:fill="FAFAFA"/>
            <w:tcMar>
              <w:top w:w="60" w:type="dxa"/>
              <w:left w:w="70" w:type="dxa"/>
              <w:bottom w:w="60" w:type="dxa"/>
              <w:right w:w="70" w:type="dxa"/>
            </w:tcMar>
            <w:vAlign w:val="center"/>
          </w:tcPr>
          <w:p w14:paraId="771DC2EB" w14:textId="77777777" w:rsidR="004011CE" w:rsidRPr="002D650B" w:rsidRDefault="00000000">
            <w:pPr>
              <w:spacing w:after="0" w:line="240" w:lineRule="auto"/>
              <w:rPr>
                <w:noProof/>
                <w:lang w:val="ro-RO"/>
              </w:rPr>
            </w:pPr>
            <w:r w:rsidRPr="002D650B">
              <w:rPr>
                <w:rFonts w:eastAsia="Arial"/>
                <w:noProof/>
                <w:sz w:val="14"/>
                <w:lang w:val="ro-RO"/>
              </w:rPr>
              <w:t>Planuri, metode, rezultate, neconformități și închideri.</w:t>
            </w:r>
          </w:p>
        </w:tc>
        <w:tc>
          <w:tcPr>
            <w:tcW w:w="1417" w:type="dxa"/>
            <w:shd w:val="clear" w:color="auto" w:fill="FAFAFA"/>
            <w:tcMar>
              <w:top w:w="60" w:type="dxa"/>
              <w:left w:w="70" w:type="dxa"/>
              <w:bottom w:w="60" w:type="dxa"/>
              <w:right w:w="70" w:type="dxa"/>
            </w:tcMar>
            <w:vAlign w:val="center"/>
          </w:tcPr>
          <w:p w14:paraId="4BCBB34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0AA4EA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097AFDD" w14:textId="77777777" w:rsidR="004011CE" w:rsidRPr="002D650B" w:rsidRDefault="004011CE">
            <w:pPr>
              <w:spacing w:after="0" w:line="240" w:lineRule="auto"/>
              <w:jc w:val="center"/>
              <w:rPr>
                <w:noProof/>
                <w:lang w:val="ro-RO"/>
              </w:rPr>
            </w:pPr>
          </w:p>
        </w:tc>
      </w:tr>
      <w:tr w:rsidR="004011CE" w:rsidRPr="002D650B" w14:paraId="2DFC860B" w14:textId="77777777">
        <w:trPr>
          <w:cantSplit/>
          <w:jc w:val="center"/>
        </w:trPr>
        <w:tc>
          <w:tcPr>
            <w:tcW w:w="793" w:type="dxa"/>
            <w:tcMar>
              <w:top w:w="60" w:type="dxa"/>
              <w:left w:w="70" w:type="dxa"/>
              <w:bottom w:w="60" w:type="dxa"/>
              <w:right w:w="70" w:type="dxa"/>
            </w:tcMar>
            <w:vAlign w:val="center"/>
          </w:tcPr>
          <w:p w14:paraId="4E4E056C" w14:textId="77777777" w:rsidR="004011CE" w:rsidRPr="002D650B" w:rsidRDefault="00000000">
            <w:pPr>
              <w:spacing w:after="0" w:line="240" w:lineRule="auto"/>
              <w:jc w:val="center"/>
              <w:rPr>
                <w:noProof/>
                <w:lang w:val="ro-RO"/>
              </w:rPr>
            </w:pPr>
            <w:r w:rsidRPr="002D650B">
              <w:rPr>
                <w:rFonts w:eastAsia="Arial"/>
                <w:b/>
                <w:noProof/>
                <w:sz w:val="14"/>
                <w:lang w:val="ro-RO"/>
              </w:rPr>
              <w:t>M5.7</w:t>
            </w:r>
          </w:p>
        </w:tc>
        <w:tc>
          <w:tcPr>
            <w:tcW w:w="4081" w:type="dxa"/>
            <w:tcMar>
              <w:top w:w="60" w:type="dxa"/>
              <w:left w:w="70" w:type="dxa"/>
              <w:bottom w:w="60" w:type="dxa"/>
              <w:right w:w="70" w:type="dxa"/>
            </w:tcMar>
            <w:vAlign w:val="center"/>
          </w:tcPr>
          <w:p w14:paraId="2232EB3C" w14:textId="77777777" w:rsidR="004011CE" w:rsidRPr="002D650B" w:rsidRDefault="00000000">
            <w:pPr>
              <w:spacing w:after="0" w:line="240" w:lineRule="auto"/>
              <w:rPr>
                <w:noProof/>
                <w:lang w:val="ro-RO"/>
              </w:rPr>
            </w:pPr>
            <w:r w:rsidRPr="002D650B">
              <w:rPr>
                <w:rFonts w:eastAsia="Arial"/>
                <w:noProof/>
                <w:sz w:val="14"/>
                <w:lang w:val="ro-RO"/>
              </w:rPr>
              <w:t>Validarea confirmă îndeplinirea cerințelor pentru utilizarea intenționată, folosind produse reprezentative.</w:t>
            </w:r>
          </w:p>
        </w:tc>
        <w:tc>
          <w:tcPr>
            <w:tcW w:w="5159" w:type="dxa"/>
            <w:tcMar>
              <w:top w:w="60" w:type="dxa"/>
              <w:left w:w="70" w:type="dxa"/>
              <w:bottom w:w="60" w:type="dxa"/>
              <w:right w:w="70" w:type="dxa"/>
            </w:tcMar>
            <w:vAlign w:val="center"/>
          </w:tcPr>
          <w:p w14:paraId="16771EF6" w14:textId="77777777" w:rsidR="004011CE" w:rsidRPr="002D650B" w:rsidRDefault="00000000">
            <w:pPr>
              <w:spacing w:after="0" w:line="240" w:lineRule="auto"/>
              <w:rPr>
                <w:noProof/>
                <w:lang w:val="ro-RO"/>
              </w:rPr>
            </w:pPr>
            <w:r w:rsidRPr="002D650B">
              <w:rPr>
                <w:rFonts w:eastAsia="Arial"/>
                <w:noProof/>
                <w:sz w:val="14"/>
                <w:lang w:val="ro-RO"/>
              </w:rPr>
              <w:t>Condiții reale/simulate, criterii, rezultate și justificări.</w:t>
            </w:r>
          </w:p>
        </w:tc>
        <w:tc>
          <w:tcPr>
            <w:tcW w:w="1417" w:type="dxa"/>
            <w:tcMar>
              <w:top w:w="60" w:type="dxa"/>
              <w:left w:w="70" w:type="dxa"/>
              <w:bottom w:w="60" w:type="dxa"/>
              <w:right w:w="70" w:type="dxa"/>
            </w:tcMar>
            <w:vAlign w:val="center"/>
          </w:tcPr>
          <w:p w14:paraId="72EB85C0"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0771467"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356A4CA" w14:textId="77777777" w:rsidR="004011CE" w:rsidRPr="002D650B" w:rsidRDefault="004011CE">
            <w:pPr>
              <w:spacing w:after="0" w:line="240" w:lineRule="auto"/>
              <w:jc w:val="center"/>
              <w:rPr>
                <w:noProof/>
                <w:lang w:val="ro-RO"/>
              </w:rPr>
            </w:pPr>
          </w:p>
        </w:tc>
      </w:tr>
      <w:tr w:rsidR="004011CE" w:rsidRPr="002D650B" w14:paraId="0A8D2774" w14:textId="77777777">
        <w:trPr>
          <w:cantSplit/>
          <w:jc w:val="center"/>
        </w:trPr>
        <w:tc>
          <w:tcPr>
            <w:tcW w:w="793" w:type="dxa"/>
            <w:shd w:val="clear" w:color="auto" w:fill="FAFAFA"/>
            <w:tcMar>
              <w:top w:w="60" w:type="dxa"/>
              <w:left w:w="70" w:type="dxa"/>
              <w:bottom w:w="60" w:type="dxa"/>
              <w:right w:w="70" w:type="dxa"/>
            </w:tcMar>
            <w:vAlign w:val="center"/>
          </w:tcPr>
          <w:p w14:paraId="4BAF115D" w14:textId="77777777" w:rsidR="004011CE" w:rsidRPr="002D650B" w:rsidRDefault="00000000">
            <w:pPr>
              <w:spacing w:after="0" w:line="240" w:lineRule="auto"/>
              <w:jc w:val="center"/>
              <w:rPr>
                <w:noProof/>
                <w:lang w:val="ro-RO"/>
              </w:rPr>
            </w:pPr>
            <w:r w:rsidRPr="002D650B">
              <w:rPr>
                <w:rFonts w:eastAsia="Arial"/>
                <w:b/>
                <w:noProof/>
                <w:sz w:val="14"/>
                <w:lang w:val="ro-RO"/>
              </w:rPr>
              <w:t>M5.8</w:t>
            </w:r>
          </w:p>
        </w:tc>
        <w:tc>
          <w:tcPr>
            <w:tcW w:w="4081" w:type="dxa"/>
            <w:shd w:val="clear" w:color="auto" w:fill="FAFAFA"/>
            <w:tcMar>
              <w:top w:w="60" w:type="dxa"/>
              <w:left w:w="70" w:type="dxa"/>
              <w:bottom w:w="60" w:type="dxa"/>
              <w:right w:w="70" w:type="dxa"/>
            </w:tcMar>
            <w:vAlign w:val="center"/>
          </w:tcPr>
          <w:p w14:paraId="1639ED90" w14:textId="77777777" w:rsidR="004011CE" w:rsidRPr="002D650B" w:rsidRDefault="00000000">
            <w:pPr>
              <w:spacing w:after="0" w:line="240" w:lineRule="auto"/>
              <w:rPr>
                <w:noProof/>
                <w:lang w:val="ro-RO"/>
              </w:rPr>
            </w:pPr>
            <w:r w:rsidRPr="002D650B">
              <w:rPr>
                <w:rFonts w:eastAsia="Arial"/>
                <w:noProof/>
                <w:sz w:val="14"/>
                <w:lang w:val="ro-RO"/>
              </w:rPr>
              <w:t>Validarea include, când este necesar, evaluări clinice/de performanță și validarea software-ului.</w:t>
            </w:r>
          </w:p>
        </w:tc>
        <w:tc>
          <w:tcPr>
            <w:tcW w:w="5159" w:type="dxa"/>
            <w:shd w:val="clear" w:color="auto" w:fill="FAFAFA"/>
            <w:tcMar>
              <w:top w:w="60" w:type="dxa"/>
              <w:left w:w="70" w:type="dxa"/>
              <w:bottom w:w="60" w:type="dxa"/>
              <w:right w:w="70" w:type="dxa"/>
            </w:tcMar>
            <w:vAlign w:val="center"/>
          </w:tcPr>
          <w:p w14:paraId="475B5972" w14:textId="77777777" w:rsidR="004011CE" w:rsidRPr="002D650B" w:rsidRDefault="00000000">
            <w:pPr>
              <w:spacing w:after="0" w:line="240" w:lineRule="auto"/>
              <w:rPr>
                <w:noProof/>
                <w:lang w:val="ro-RO"/>
              </w:rPr>
            </w:pPr>
            <w:r w:rsidRPr="002D650B">
              <w:rPr>
                <w:rFonts w:eastAsia="Arial"/>
                <w:noProof/>
                <w:sz w:val="14"/>
                <w:lang w:val="ro-RO"/>
              </w:rPr>
              <w:t>Planuri, rapoarte, trasabilitate și aprobări.</w:t>
            </w:r>
          </w:p>
        </w:tc>
        <w:tc>
          <w:tcPr>
            <w:tcW w:w="1417" w:type="dxa"/>
            <w:shd w:val="clear" w:color="auto" w:fill="FAFAFA"/>
            <w:tcMar>
              <w:top w:w="60" w:type="dxa"/>
              <w:left w:w="70" w:type="dxa"/>
              <w:bottom w:w="60" w:type="dxa"/>
              <w:right w:w="70" w:type="dxa"/>
            </w:tcMar>
            <w:vAlign w:val="center"/>
          </w:tcPr>
          <w:p w14:paraId="168343B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CA2431"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9DB3BAD" w14:textId="77777777" w:rsidR="004011CE" w:rsidRPr="002D650B" w:rsidRDefault="004011CE">
            <w:pPr>
              <w:spacing w:after="0" w:line="240" w:lineRule="auto"/>
              <w:jc w:val="center"/>
              <w:rPr>
                <w:noProof/>
                <w:lang w:val="ro-RO"/>
              </w:rPr>
            </w:pPr>
          </w:p>
        </w:tc>
      </w:tr>
      <w:tr w:rsidR="004011CE" w:rsidRPr="002D650B" w14:paraId="1D748D75" w14:textId="77777777">
        <w:trPr>
          <w:cantSplit/>
          <w:jc w:val="center"/>
        </w:trPr>
        <w:tc>
          <w:tcPr>
            <w:tcW w:w="793" w:type="dxa"/>
            <w:tcMar>
              <w:top w:w="60" w:type="dxa"/>
              <w:left w:w="70" w:type="dxa"/>
              <w:bottom w:w="60" w:type="dxa"/>
              <w:right w:w="70" w:type="dxa"/>
            </w:tcMar>
            <w:vAlign w:val="center"/>
          </w:tcPr>
          <w:p w14:paraId="642F4B2E" w14:textId="77777777" w:rsidR="004011CE" w:rsidRPr="002D650B" w:rsidRDefault="00000000">
            <w:pPr>
              <w:spacing w:after="0" w:line="240" w:lineRule="auto"/>
              <w:jc w:val="center"/>
              <w:rPr>
                <w:noProof/>
                <w:lang w:val="ro-RO"/>
              </w:rPr>
            </w:pPr>
            <w:r w:rsidRPr="002D650B">
              <w:rPr>
                <w:rFonts w:eastAsia="Arial"/>
                <w:b/>
                <w:noProof/>
                <w:sz w:val="14"/>
                <w:lang w:val="ro-RO"/>
              </w:rPr>
              <w:t>M5.9</w:t>
            </w:r>
          </w:p>
        </w:tc>
        <w:tc>
          <w:tcPr>
            <w:tcW w:w="4081" w:type="dxa"/>
            <w:tcMar>
              <w:top w:w="60" w:type="dxa"/>
              <w:left w:w="70" w:type="dxa"/>
              <w:bottom w:w="60" w:type="dxa"/>
              <w:right w:w="70" w:type="dxa"/>
            </w:tcMar>
            <w:vAlign w:val="center"/>
          </w:tcPr>
          <w:p w14:paraId="05640CD7" w14:textId="77777777" w:rsidR="004011CE" w:rsidRPr="002D650B" w:rsidRDefault="00000000">
            <w:pPr>
              <w:spacing w:after="0" w:line="240" w:lineRule="auto"/>
              <w:rPr>
                <w:noProof/>
                <w:lang w:val="ro-RO"/>
              </w:rPr>
            </w:pPr>
            <w:r w:rsidRPr="002D650B">
              <w:rPr>
                <w:rFonts w:eastAsia="Arial"/>
                <w:noProof/>
                <w:sz w:val="14"/>
                <w:lang w:val="ro-RO"/>
              </w:rPr>
              <w:t>Transferul confirmă că ieșirile sunt adecvate pentru producție înainte de finalizarea specificațiilor.</w:t>
            </w:r>
          </w:p>
        </w:tc>
        <w:tc>
          <w:tcPr>
            <w:tcW w:w="5159" w:type="dxa"/>
            <w:tcMar>
              <w:top w:w="60" w:type="dxa"/>
              <w:left w:w="70" w:type="dxa"/>
              <w:bottom w:w="60" w:type="dxa"/>
              <w:right w:w="70" w:type="dxa"/>
            </w:tcMar>
            <w:vAlign w:val="center"/>
          </w:tcPr>
          <w:p w14:paraId="6A4D4182" w14:textId="77777777" w:rsidR="004011CE" w:rsidRPr="002D650B" w:rsidRDefault="00000000">
            <w:pPr>
              <w:spacing w:after="0" w:line="240" w:lineRule="auto"/>
              <w:rPr>
                <w:noProof/>
                <w:lang w:val="ro-RO"/>
              </w:rPr>
            </w:pPr>
            <w:r w:rsidRPr="002D650B">
              <w:rPr>
                <w:rFonts w:eastAsia="Arial"/>
                <w:noProof/>
                <w:sz w:val="14"/>
                <w:lang w:val="ro-RO"/>
              </w:rPr>
              <w:t>Revizuire, pilot, capabilitate, instrucțiuni și instruire.</w:t>
            </w:r>
          </w:p>
        </w:tc>
        <w:tc>
          <w:tcPr>
            <w:tcW w:w="1417" w:type="dxa"/>
            <w:tcMar>
              <w:top w:w="60" w:type="dxa"/>
              <w:left w:w="70" w:type="dxa"/>
              <w:bottom w:w="60" w:type="dxa"/>
              <w:right w:w="70" w:type="dxa"/>
            </w:tcMar>
            <w:vAlign w:val="center"/>
          </w:tcPr>
          <w:p w14:paraId="30D71B47"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73E40B8"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A45A916" w14:textId="77777777" w:rsidR="004011CE" w:rsidRPr="002D650B" w:rsidRDefault="004011CE">
            <w:pPr>
              <w:spacing w:after="0" w:line="240" w:lineRule="auto"/>
              <w:jc w:val="center"/>
              <w:rPr>
                <w:noProof/>
                <w:lang w:val="ro-RO"/>
              </w:rPr>
            </w:pPr>
          </w:p>
        </w:tc>
      </w:tr>
      <w:tr w:rsidR="004011CE" w:rsidRPr="002D650B" w14:paraId="05FBF031" w14:textId="77777777">
        <w:trPr>
          <w:cantSplit/>
          <w:jc w:val="center"/>
        </w:trPr>
        <w:tc>
          <w:tcPr>
            <w:tcW w:w="793" w:type="dxa"/>
            <w:shd w:val="clear" w:color="auto" w:fill="FAFAFA"/>
            <w:tcMar>
              <w:top w:w="60" w:type="dxa"/>
              <w:left w:w="70" w:type="dxa"/>
              <w:bottom w:w="60" w:type="dxa"/>
              <w:right w:w="70" w:type="dxa"/>
            </w:tcMar>
            <w:vAlign w:val="center"/>
          </w:tcPr>
          <w:p w14:paraId="1B637A87" w14:textId="77777777" w:rsidR="004011CE" w:rsidRPr="002D650B" w:rsidRDefault="00000000">
            <w:pPr>
              <w:spacing w:after="0" w:line="240" w:lineRule="auto"/>
              <w:jc w:val="center"/>
              <w:rPr>
                <w:noProof/>
                <w:lang w:val="ro-RO"/>
              </w:rPr>
            </w:pPr>
            <w:r w:rsidRPr="002D650B">
              <w:rPr>
                <w:rFonts w:eastAsia="Arial"/>
                <w:b/>
                <w:noProof/>
                <w:sz w:val="14"/>
                <w:lang w:val="ro-RO"/>
              </w:rPr>
              <w:t>M5.10</w:t>
            </w:r>
          </w:p>
        </w:tc>
        <w:tc>
          <w:tcPr>
            <w:tcW w:w="4081" w:type="dxa"/>
            <w:shd w:val="clear" w:color="auto" w:fill="FAFAFA"/>
            <w:tcMar>
              <w:top w:w="60" w:type="dxa"/>
              <w:left w:w="70" w:type="dxa"/>
              <w:bottom w:w="60" w:type="dxa"/>
              <w:right w:w="70" w:type="dxa"/>
            </w:tcMar>
            <w:vAlign w:val="center"/>
          </w:tcPr>
          <w:p w14:paraId="52604949" w14:textId="77777777" w:rsidR="004011CE" w:rsidRPr="002D650B" w:rsidRDefault="00000000">
            <w:pPr>
              <w:spacing w:after="0" w:line="240" w:lineRule="auto"/>
              <w:rPr>
                <w:noProof/>
                <w:lang w:val="ro-RO"/>
              </w:rPr>
            </w:pPr>
            <w:r w:rsidRPr="002D650B">
              <w:rPr>
                <w:rFonts w:eastAsia="Arial"/>
                <w:noProof/>
                <w:sz w:val="14"/>
                <w:lang w:val="ro-RO"/>
              </w:rPr>
              <w:t>Modificările sunt identificate, evaluate, revizuite, verificate/validate și aprobate înainte de implementare.</w:t>
            </w:r>
          </w:p>
        </w:tc>
        <w:tc>
          <w:tcPr>
            <w:tcW w:w="5159" w:type="dxa"/>
            <w:shd w:val="clear" w:color="auto" w:fill="FAFAFA"/>
            <w:tcMar>
              <w:top w:w="60" w:type="dxa"/>
              <w:left w:w="70" w:type="dxa"/>
              <w:bottom w:w="60" w:type="dxa"/>
              <w:right w:w="70" w:type="dxa"/>
            </w:tcMar>
            <w:vAlign w:val="center"/>
          </w:tcPr>
          <w:p w14:paraId="52E850DB" w14:textId="77777777" w:rsidR="004011CE" w:rsidRPr="002D650B" w:rsidRDefault="00000000">
            <w:pPr>
              <w:spacing w:after="0" w:line="240" w:lineRule="auto"/>
              <w:rPr>
                <w:noProof/>
                <w:lang w:val="ro-RO"/>
              </w:rPr>
            </w:pPr>
            <w:r w:rsidRPr="002D650B">
              <w:rPr>
                <w:rFonts w:eastAsia="Arial"/>
                <w:noProof/>
                <w:sz w:val="14"/>
                <w:lang w:val="ro-RO"/>
              </w:rPr>
              <w:t>Impact asupra produsului existent, componentelor, riscului, producției și reglementării.</w:t>
            </w:r>
          </w:p>
        </w:tc>
        <w:tc>
          <w:tcPr>
            <w:tcW w:w="1417" w:type="dxa"/>
            <w:shd w:val="clear" w:color="auto" w:fill="FAFAFA"/>
            <w:tcMar>
              <w:top w:w="60" w:type="dxa"/>
              <w:left w:w="70" w:type="dxa"/>
              <w:bottom w:w="60" w:type="dxa"/>
              <w:right w:w="70" w:type="dxa"/>
            </w:tcMar>
            <w:vAlign w:val="center"/>
          </w:tcPr>
          <w:p w14:paraId="3572CB82"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FF60DE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80EC73" w14:textId="77777777" w:rsidR="004011CE" w:rsidRPr="002D650B" w:rsidRDefault="004011CE">
            <w:pPr>
              <w:spacing w:after="0" w:line="240" w:lineRule="auto"/>
              <w:jc w:val="center"/>
              <w:rPr>
                <w:noProof/>
                <w:lang w:val="ro-RO"/>
              </w:rPr>
            </w:pPr>
          </w:p>
        </w:tc>
      </w:tr>
      <w:tr w:rsidR="004011CE" w:rsidRPr="002D650B" w14:paraId="46587A26" w14:textId="77777777">
        <w:trPr>
          <w:cantSplit/>
          <w:jc w:val="center"/>
        </w:trPr>
        <w:tc>
          <w:tcPr>
            <w:tcW w:w="793" w:type="dxa"/>
            <w:tcMar>
              <w:top w:w="60" w:type="dxa"/>
              <w:left w:w="70" w:type="dxa"/>
              <w:bottom w:w="60" w:type="dxa"/>
              <w:right w:w="70" w:type="dxa"/>
            </w:tcMar>
            <w:vAlign w:val="center"/>
          </w:tcPr>
          <w:p w14:paraId="2D3A3762" w14:textId="77777777" w:rsidR="004011CE" w:rsidRPr="002D650B" w:rsidRDefault="00000000">
            <w:pPr>
              <w:spacing w:after="0" w:line="240" w:lineRule="auto"/>
              <w:jc w:val="center"/>
              <w:rPr>
                <w:noProof/>
                <w:lang w:val="ro-RO"/>
              </w:rPr>
            </w:pPr>
            <w:r w:rsidRPr="002D650B">
              <w:rPr>
                <w:rFonts w:eastAsia="Arial"/>
                <w:b/>
                <w:noProof/>
                <w:sz w:val="14"/>
                <w:lang w:val="ro-RO"/>
              </w:rPr>
              <w:t>M5.11</w:t>
            </w:r>
          </w:p>
        </w:tc>
        <w:tc>
          <w:tcPr>
            <w:tcW w:w="4081" w:type="dxa"/>
            <w:tcMar>
              <w:top w:w="60" w:type="dxa"/>
              <w:left w:w="70" w:type="dxa"/>
              <w:bottom w:w="60" w:type="dxa"/>
              <w:right w:w="70" w:type="dxa"/>
            </w:tcMar>
            <w:vAlign w:val="center"/>
          </w:tcPr>
          <w:p w14:paraId="2D6B6B31" w14:textId="77777777" w:rsidR="004011CE" w:rsidRPr="002D650B" w:rsidRDefault="00000000">
            <w:pPr>
              <w:spacing w:after="0" w:line="240" w:lineRule="auto"/>
              <w:rPr>
                <w:noProof/>
                <w:lang w:val="ro-RO"/>
              </w:rPr>
            </w:pPr>
            <w:r w:rsidRPr="002D650B">
              <w:rPr>
                <w:rFonts w:eastAsia="Arial"/>
                <w:noProof/>
                <w:sz w:val="14"/>
                <w:lang w:val="ro-RO"/>
              </w:rPr>
              <w:t>Informațiile din producție și post-producție alimentează proiectarea și managementul riscului.</w:t>
            </w:r>
          </w:p>
        </w:tc>
        <w:tc>
          <w:tcPr>
            <w:tcW w:w="5159" w:type="dxa"/>
            <w:tcMar>
              <w:top w:w="60" w:type="dxa"/>
              <w:left w:w="70" w:type="dxa"/>
              <w:bottom w:w="60" w:type="dxa"/>
              <w:right w:w="70" w:type="dxa"/>
            </w:tcMar>
            <w:vAlign w:val="center"/>
          </w:tcPr>
          <w:p w14:paraId="0CFC004F" w14:textId="77777777" w:rsidR="004011CE" w:rsidRPr="002D650B" w:rsidRDefault="00000000">
            <w:pPr>
              <w:spacing w:after="0" w:line="240" w:lineRule="auto"/>
              <w:rPr>
                <w:noProof/>
                <w:lang w:val="ro-RO"/>
              </w:rPr>
            </w:pPr>
            <w:r w:rsidRPr="002D650B">
              <w:rPr>
                <w:rFonts w:eastAsia="Arial"/>
                <w:noProof/>
                <w:sz w:val="14"/>
                <w:lang w:val="ro-RO"/>
              </w:rPr>
              <w:t>Feedback, reclamații, CAPA, tendințe și actualizări.</w:t>
            </w:r>
          </w:p>
        </w:tc>
        <w:tc>
          <w:tcPr>
            <w:tcW w:w="1417" w:type="dxa"/>
            <w:tcMar>
              <w:top w:w="60" w:type="dxa"/>
              <w:left w:w="70" w:type="dxa"/>
              <w:bottom w:w="60" w:type="dxa"/>
              <w:right w:w="70" w:type="dxa"/>
            </w:tcMar>
            <w:vAlign w:val="center"/>
          </w:tcPr>
          <w:p w14:paraId="3AA4917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66C8579"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1C49629A" w14:textId="77777777" w:rsidR="004011CE" w:rsidRPr="002D650B" w:rsidRDefault="004011CE">
            <w:pPr>
              <w:spacing w:after="0" w:line="240" w:lineRule="auto"/>
              <w:jc w:val="center"/>
              <w:rPr>
                <w:noProof/>
                <w:lang w:val="ro-RO"/>
              </w:rPr>
            </w:pPr>
          </w:p>
        </w:tc>
      </w:tr>
      <w:tr w:rsidR="004011CE" w:rsidRPr="002D650B" w14:paraId="297567E4" w14:textId="77777777">
        <w:trPr>
          <w:cantSplit/>
          <w:jc w:val="center"/>
        </w:trPr>
        <w:tc>
          <w:tcPr>
            <w:tcW w:w="793" w:type="dxa"/>
            <w:shd w:val="clear" w:color="auto" w:fill="FAFAFA"/>
            <w:tcMar>
              <w:top w:w="60" w:type="dxa"/>
              <w:left w:w="70" w:type="dxa"/>
              <w:bottom w:w="60" w:type="dxa"/>
              <w:right w:w="70" w:type="dxa"/>
            </w:tcMar>
            <w:vAlign w:val="center"/>
          </w:tcPr>
          <w:p w14:paraId="4B52D33A" w14:textId="77777777" w:rsidR="004011CE" w:rsidRPr="002D650B" w:rsidRDefault="00000000">
            <w:pPr>
              <w:spacing w:after="0" w:line="240" w:lineRule="auto"/>
              <w:jc w:val="center"/>
              <w:rPr>
                <w:noProof/>
                <w:lang w:val="ro-RO"/>
              </w:rPr>
            </w:pPr>
            <w:r w:rsidRPr="002D650B">
              <w:rPr>
                <w:rFonts w:eastAsia="Arial"/>
                <w:b/>
                <w:noProof/>
                <w:sz w:val="14"/>
                <w:lang w:val="ro-RO"/>
              </w:rPr>
              <w:t>M5.12</w:t>
            </w:r>
          </w:p>
        </w:tc>
        <w:tc>
          <w:tcPr>
            <w:tcW w:w="4081" w:type="dxa"/>
            <w:shd w:val="clear" w:color="auto" w:fill="FAFAFA"/>
            <w:tcMar>
              <w:top w:w="60" w:type="dxa"/>
              <w:left w:w="70" w:type="dxa"/>
              <w:bottom w:w="60" w:type="dxa"/>
              <w:right w:w="70" w:type="dxa"/>
            </w:tcMar>
            <w:vAlign w:val="center"/>
          </w:tcPr>
          <w:p w14:paraId="437E4697" w14:textId="77777777" w:rsidR="004011CE" w:rsidRPr="002D650B" w:rsidRDefault="00000000">
            <w:pPr>
              <w:spacing w:after="0" w:line="240" w:lineRule="auto"/>
              <w:rPr>
                <w:noProof/>
                <w:lang w:val="ro-RO"/>
              </w:rPr>
            </w:pPr>
            <w:r w:rsidRPr="002D650B">
              <w:rPr>
                <w:rFonts w:eastAsia="Arial"/>
                <w:noProof/>
                <w:sz w:val="14"/>
                <w:lang w:val="ro-RO"/>
              </w:rPr>
              <w:t>Este menținut un dosar de proiectare și dezvoltare pentru fiecare tip sau familie de dispozitive.</w:t>
            </w:r>
          </w:p>
        </w:tc>
        <w:tc>
          <w:tcPr>
            <w:tcW w:w="5159" w:type="dxa"/>
            <w:shd w:val="clear" w:color="auto" w:fill="FAFAFA"/>
            <w:tcMar>
              <w:top w:w="60" w:type="dxa"/>
              <w:left w:w="70" w:type="dxa"/>
              <w:bottom w:w="60" w:type="dxa"/>
              <w:right w:w="70" w:type="dxa"/>
            </w:tcMar>
            <w:vAlign w:val="center"/>
          </w:tcPr>
          <w:p w14:paraId="5E66E59F" w14:textId="77777777" w:rsidR="004011CE" w:rsidRPr="002D650B" w:rsidRDefault="00000000">
            <w:pPr>
              <w:spacing w:after="0" w:line="240" w:lineRule="auto"/>
              <w:rPr>
                <w:noProof/>
                <w:lang w:val="ro-RO"/>
              </w:rPr>
            </w:pPr>
            <w:r w:rsidRPr="002D650B">
              <w:rPr>
                <w:rFonts w:eastAsia="Arial"/>
                <w:noProof/>
                <w:sz w:val="14"/>
                <w:lang w:val="ro-RO"/>
              </w:rPr>
              <w:t>Planuri, intrări, ieșiri, review, V&amp;V, transfer și modificări.</w:t>
            </w:r>
          </w:p>
        </w:tc>
        <w:tc>
          <w:tcPr>
            <w:tcW w:w="1417" w:type="dxa"/>
            <w:shd w:val="clear" w:color="auto" w:fill="FAFAFA"/>
            <w:tcMar>
              <w:top w:w="60" w:type="dxa"/>
              <w:left w:w="70" w:type="dxa"/>
              <w:bottom w:w="60" w:type="dxa"/>
              <w:right w:w="70" w:type="dxa"/>
            </w:tcMar>
            <w:vAlign w:val="center"/>
          </w:tcPr>
          <w:p w14:paraId="2C83EBA4"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BF3B51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F77FEC4" w14:textId="77777777" w:rsidR="004011CE" w:rsidRPr="002D650B" w:rsidRDefault="004011CE">
            <w:pPr>
              <w:spacing w:after="0" w:line="240" w:lineRule="auto"/>
              <w:jc w:val="center"/>
              <w:rPr>
                <w:noProof/>
                <w:lang w:val="ro-RO"/>
              </w:rPr>
            </w:pPr>
          </w:p>
        </w:tc>
      </w:tr>
      <w:tr w:rsidR="004011CE" w:rsidRPr="002D650B" w14:paraId="315C4512" w14:textId="77777777">
        <w:trPr>
          <w:cantSplit/>
          <w:jc w:val="center"/>
        </w:trPr>
        <w:tc>
          <w:tcPr>
            <w:tcW w:w="793" w:type="dxa"/>
            <w:tcMar>
              <w:top w:w="60" w:type="dxa"/>
              <w:left w:w="70" w:type="dxa"/>
              <w:bottom w:w="60" w:type="dxa"/>
              <w:right w:w="70" w:type="dxa"/>
            </w:tcMar>
            <w:vAlign w:val="center"/>
          </w:tcPr>
          <w:p w14:paraId="181F62A2" w14:textId="77777777" w:rsidR="004011CE" w:rsidRPr="002D650B" w:rsidRDefault="00000000">
            <w:pPr>
              <w:spacing w:after="0" w:line="240" w:lineRule="auto"/>
              <w:jc w:val="center"/>
              <w:rPr>
                <w:noProof/>
                <w:lang w:val="ro-RO"/>
              </w:rPr>
            </w:pPr>
            <w:r w:rsidRPr="002D650B">
              <w:rPr>
                <w:rFonts w:eastAsia="Arial"/>
                <w:b/>
                <w:noProof/>
                <w:sz w:val="14"/>
                <w:lang w:val="ro-RO"/>
              </w:rPr>
              <w:t>M5.13</w:t>
            </w:r>
          </w:p>
        </w:tc>
        <w:tc>
          <w:tcPr>
            <w:tcW w:w="4081" w:type="dxa"/>
            <w:tcMar>
              <w:top w:w="60" w:type="dxa"/>
              <w:left w:w="70" w:type="dxa"/>
              <w:bottom w:w="60" w:type="dxa"/>
              <w:right w:w="70" w:type="dxa"/>
            </w:tcMar>
            <w:vAlign w:val="center"/>
          </w:tcPr>
          <w:p w14:paraId="07179B4D" w14:textId="77777777" w:rsidR="004011CE" w:rsidRPr="002D650B" w:rsidRDefault="00000000">
            <w:pPr>
              <w:spacing w:after="0" w:line="240" w:lineRule="auto"/>
              <w:rPr>
                <w:noProof/>
                <w:lang w:val="ro-RO"/>
              </w:rPr>
            </w:pPr>
            <w:r w:rsidRPr="002D650B">
              <w:rPr>
                <w:rFonts w:eastAsia="Arial"/>
                <w:noProof/>
                <w:sz w:val="14"/>
                <w:lang w:val="ro-RO"/>
              </w:rPr>
              <w:t>Trasabilitatea dintre nevoi, cerințe, riscuri, ieșiri și teste este menținută.</w:t>
            </w:r>
          </w:p>
        </w:tc>
        <w:tc>
          <w:tcPr>
            <w:tcW w:w="5159" w:type="dxa"/>
            <w:tcMar>
              <w:top w:w="60" w:type="dxa"/>
              <w:left w:w="70" w:type="dxa"/>
              <w:bottom w:w="60" w:type="dxa"/>
              <w:right w:w="70" w:type="dxa"/>
            </w:tcMar>
            <w:vAlign w:val="center"/>
          </w:tcPr>
          <w:p w14:paraId="2FAD8029" w14:textId="77777777" w:rsidR="004011CE" w:rsidRPr="002D650B" w:rsidRDefault="00000000">
            <w:pPr>
              <w:spacing w:after="0" w:line="240" w:lineRule="auto"/>
              <w:rPr>
                <w:noProof/>
                <w:lang w:val="ro-RO"/>
              </w:rPr>
            </w:pPr>
            <w:r w:rsidRPr="002D650B">
              <w:rPr>
                <w:rFonts w:eastAsia="Arial"/>
                <w:noProof/>
                <w:sz w:val="14"/>
                <w:lang w:val="ro-RO"/>
              </w:rPr>
              <w:t>Matrice, identificatori și legături controlate.</w:t>
            </w:r>
          </w:p>
        </w:tc>
        <w:tc>
          <w:tcPr>
            <w:tcW w:w="1417" w:type="dxa"/>
            <w:tcMar>
              <w:top w:w="60" w:type="dxa"/>
              <w:left w:w="70" w:type="dxa"/>
              <w:bottom w:w="60" w:type="dxa"/>
              <w:right w:w="70" w:type="dxa"/>
            </w:tcMar>
            <w:vAlign w:val="center"/>
          </w:tcPr>
          <w:p w14:paraId="2E1A7EA9"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979E419"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4307097" w14:textId="77777777" w:rsidR="004011CE" w:rsidRPr="002D650B" w:rsidRDefault="004011CE">
            <w:pPr>
              <w:spacing w:after="0" w:line="240" w:lineRule="auto"/>
              <w:jc w:val="center"/>
              <w:rPr>
                <w:noProof/>
                <w:lang w:val="ro-RO"/>
              </w:rPr>
            </w:pPr>
          </w:p>
        </w:tc>
      </w:tr>
      <w:tr w:rsidR="004011CE" w:rsidRPr="002D650B" w14:paraId="684020AE" w14:textId="77777777">
        <w:trPr>
          <w:cantSplit/>
          <w:jc w:val="center"/>
        </w:trPr>
        <w:tc>
          <w:tcPr>
            <w:tcW w:w="793" w:type="dxa"/>
            <w:shd w:val="clear" w:color="auto" w:fill="FAFAFA"/>
            <w:tcMar>
              <w:top w:w="60" w:type="dxa"/>
              <w:left w:w="70" w:type="dxa"/>
              <w:bottom w:w="60" w:type="dxa"/>
              <w:right w:w="70" w:type="dxa"/>
            </w:tcMar>
            <w:vAlign w:val="center"/>
          </w:tcPr>
          <w:p w14:paraId="3BD292D0" w14:textId="77777777" w:rsidR="004011CE" w:rsidRPr="002D650B" w:rsidRDefault="00000000">
            <w:pPr>
              <w:spacing w:after="0" w:line="240" w:lineRule="auto"/>
              <w:jc w:val="center"/>
              <w:rPr>
                <w:noProof/>
                <w:lang w:val="ro-RO"/>
              </w:rPr>
            </w:pPr>
            <w:r w:rsidRPr="002D650B">
              <w:rPr>
                <w:rFonts w:eastAsia="Arial"/>
                <w:b/>
                <w:noProof/>
                <w:sz w:val="14"/>
                <w:lang w:val="ro-RO"/>
              </w:rPr>
              <w:t>M5.14</w:t>
            </w:r>
          </w:p>
        </w:tc>
        <w:tc>
          <w:tcPr>
            <w:tcW w:w="4081" w:type="dxa"/>
            <w:shd w:val="clear" w:color="auto" w:fill="FAFAFA"/>
            <w:tcMar>
              <w:top w:w="60" w:type="dxa"/>
              <w:left w:w="70" w:type="dxa"/>
              <w:bottom w:w="60" w:type="dxa"/>
              <w:right w:w="70" w:type="dxa"/>
            </w:tcMar>
            <w:vAlign w:val="center"/>
          </w:tcPr>
          <w:p w14:paraId="18571626" w14:textId="77777777" w:rsidR="004011CE" w:rsidRPr="002D650B" w:rsidRDefault="00000000">
            <w:pPr>
              <w:spacing w:after="0" w:line="240" w:lineRule="auto"/>
              <w:rPr>
                <w:noProof/>
                <w:lang w:val="ro-RO"/>
              </w:rPr>
            </w:pPr>
            <w:r w:rsidRPr="002D650B">
              <w:rPr>
                <w:rFonts w:eastAsia="Arial"/>
                <w:noProof/>
                <w:sz w:val="14"/>
                <w:lang w:val="ro-RO"/>
              </w:rPr>
              <w:t>Problemele și neconformitățile sunt rezolvate sau acceptate justificat înainte de etapele relevante.</w:t>
            </w:r>
          </w:p>
        </w:tc>
        <w:tc>
          <w:tcPr>
            <w:tcW w:w="5159" w:type="dxa"/>
            <w:shd w:val="clear" w:color="auto" w:fill="FAFAFA"/>
            <w:tcMar>
              <w:top w:w="60" w:type="dxa"/>
              <w:left w:w="70" w:type="dxa"/>
              <w:bottom w:w="60" w:type="dxa"/>
              <w:right w:w="70" w:type="dxa"/>
            </w:tcMar>
            <w:vAlign w:val="center"/>
          </w:tcPr>
          <w:p w14:paraId="5FF96873" w14:textId="77777777" w:rsidR="004011CE" w:rsidRPr="002D650B" w:rsidRDefault="00000000">
            <w:pPr>
              <w:spacing w:after="0" w:line="240" w:lineRule="auto"/>
              <w:rPr>
                <w:noProof/>
                <w:lang w:val="ro-RO"/>
              </w:rPr>
            </w:pPr>
            <w:r w:rsidRPr="002D650B">
              <w:rPr>
                <w:rFonts w:eastAsia="Arial"/>
                <w:noProof/>
                <w:sz w:val="14"/>
                <w:lang w:val="ro-RO"/>
              </w:rPr>
              <w:t>Acțiuni, concesii, aprobări și riscuri reziduale.</w:t>
            </w:r>
          </w:p>
        </w:tc>
        <w:tc>
          <w:tcPr>
            <w:tcW w:w="1417" w:type="dxa"/>
            <w:shd w:val="clear" w:color="auto" w:fill="FAFAFA"/>
            <w:tcMar>
              <w:top w:w="60" w:type="dxa"/>
              <w:left w:w="70" w:type="dxa"/>
              <w:bottom w:w="60" w:type="dxa"/>
              <w:right w:w="70" w:type="dxa"/>
            </w:tcMar>
            <w:vAlign w:val="center"/>
          </w:tcPr>
          <w:p w14:paraId="7E28E9E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2A232D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3860A26" w14:textId="77777777" w:rsidR="004011CE" w:rsidRPr="002D650B" w:rsidRDefault="004011CE">
            <w:pPr>
              <w:spacing w:after="0" w:line="240" w:lineRule="auto"/>
              <w:jc w:val="center"/>
              <w:rPr>
                <w:noProof/>
                <w:lang w:val="ro-RO"/>
              </w:rPr>
            </w:pPr>
          </w:p>
        </w:tc>
      </w:tr>
    </w:tbl>
    <w:p w14:paraId="7F32B1FC"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56E31DA3"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5ACF3F1E" w14:textId="77777777">
        <w:trPr>
          <w:cantSplit/>
          <w:jc w:val="center"/>
        </w:trPr>
        <w:tc>
          <w:tcPr>
            <w:tcW w:w="1020" w:type="dxa"/>
            <w:shd w:val="clear" w:color="auto" w:fill="D71920"/>
            <w:tcMar>
              <w:top w:w="60" w:type="dxa"/>
              <w:left w:w="70" w:type="dxa"/>
              <w:bottom w:w="60" w:type="dxa"/>
              <w:right w:w="70" w:type="dxa"/>
            </w:tcMar>
            <w:vAlign w:val="center"/>
          </w:tcPr>
          <w:p w14:paraId="61F4D140"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6</w:t>
            </w:r>
          </w:p>
        </w:tc>
        <w:tc>
          <w:tcPr>
            <w:tcW w:w="12585" w:type="dxa"/>
            <w:shd w:val="clear" w:color="auto" w:fill="F3F4F5"/>
          </w:tcPr>
          <w:p w14:paraId="080C78B1" w14:textId="77777777" w:rsidR="004011CE" w:rsidRPr="002D650B" w:rsidRDefault="00000000">
            <w:pPr>
              <w:spacing w:after="20"/>
              <w:rPr>
                <w:noProof/>
                <w:lang w:val="ro-RO"/>
              </w:rPr>
            </w:pPr>
            <w:r w:rsidRPr="002D650B">
              <w:rPr>
                <w:rFonts w:eastAsia="Arial"/>
                <w:b/>
                <w:noProof/>
                <w:sz w:val="27"/>
                <w:lang w:val="ro-RO"/>
              </w:rPr>
              <w:t>Achiziții și controlul furnizorilor</w:t>
            </w:r>
          </w:p>
          <w:p w14:paraId="617EDC1D" w14:textId="77777777" w:rsidR="004011CE" w:rsidRPr="002D650B" w:rsidRDefault="00000000">
            <w:pPr>
              <w:spacing w:after="0"/>
              <w:rPr>
                <w:noProof/>
                <w:lang w:val="ro-RO"/>
              </w:rPr>
            </w:pPr>
            <w:r w:rsidRPr="002D650B">
              <w:rPr>
                <w:rFonts w:eastAsia="Arial"/>
                <w:noProof/>
                <w:color w:val="666666"/>
                <w:sz w:val="16"/>
                <w:lang w:val="ro-RO"/>
              </w:rPr>
              <w:t>Referință: ISO 13485:2016, clauza 7.4  |  Obiectiv: asigurarea că produsele și serviciile achiziționate respectă cerințele și nu introduc riscuri necontrolate</w:t>
            </w:r>
          </w:p>
        </w:tc>
      </w:tr>
    </w:tbl>
    <w:p w14:paraId="5BB54208"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2539C9FF" w14:textId="77777777">
        <w:trPr>
          <w:cantSplit/>
          <w:jc w:val="center"/>
        </w:trPr>
        <w:tc>
          <w:tcPr>
            <w:tcW w:w="566" w:type="dxa"/>
            <w:shd w:val="clear" w:color="auto" w:fill="D71920"/>
            <w:tcMar>
              <w:top w:w="60" w:type="dxa"/>
              <w:left w:w="70" w:type="dxa"/>
              <w:bottom w:w="60" w:type="dxa"/>
              <w:right w:w="70" w:type="dxa"/>
            </w:tcMar>
            <w:vAlign w:val="center"/>
          </w:tcPr>
          <w:p w14:paraId="53B30878"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1658BC16"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65345F52" w14:textId="77777777" w:rsidR="004011CE" w:rsidRPr="002D650B" w:rsidRDefault="00000000">
            <w:pPr>
              <w:spacing w:after="0" w:line="252" w:lineRule="auto"/>
              <w:rPr>
                <w:noProof/>
                <w:lang w:val="ro-RO"/>
              </w:rPr>
            </w:pPr>
            <w:r w:rsidRPr="002D650B">
              <w:rPr>
                <w:rFonts w:eastAsia="Arial"/>
                <w:noProof/>
                <w:sz w:val="16"/>
                <w:lang w:val="ro-RO"/>
              </w:rPr>
              <w:t>Un certificat ISO al furnizorului nu înlocuiește evaluarea efectului asupra dispozitivului. Controlul trebuie să reflecte criticitatea produsului sau serviciului achiziționat și istoricul real de performanță.</w:t>
            </w:r>
          </w:p>
        </w:tc>
      </w:tr>
    </w:tbl>
    <w:p w14:paraId="3507031F"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54251841" w14:textId="77777777">
        <w:trPr>
          <w:cantSplit/>
          <w:tblHeader/>
          <w:jc w:val="center"/>
        </w:trPr>
        <w:tc>
          <w:tcPr>
            <w:tcW w:w="793" w:type="dxa"/>
            <w:shd w:val="clear" w:color="auto" w:fill="D71920"/>
            <w:tcMar>
              <w:top w:w="60" w:type="dxa"/>
              <w:left w:w="70" w:type="dxa"/>
              <w:bottom w:w="60" w:type="dxa"/>
              <w:right w:w="70" w:type="dxa"/>
            </w:tcMar>
            <w:vAlign w:val="center"/>
          </w:tcPr>
          <w:p w14:paraId="690F7AA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1E22474"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2B9D354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4912CFE5"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1BE66D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07D5B5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1F8F3EAF" w14:textId="77777777">
        <w:trPr>
          <w:cantSplit/>
          <w:jc w:val="center"/>
        </w:trPr>
        <w:tc>
          <w:tcPr>
            <w:tcW w:w="793" w:type="dxa"/>
            <w:tcMar>
              <w:top w:w="60" w:type="dxa"/>
              <w:left w:w="70" w:type="dxa"/>
              <w:bottom w:w="60" w:type="dxa"/>
              <w:right w:w="70" w:type="dxa"/>
            </w:tcMar>
            <w:vAlign w:val="center"/>
          </w:tcPr>
          <w:p w14:paraId="2E2049AF" w14:textId="77777777" w:rsidR="004011CE" w:rsidRPr="002D650B" w:rsidRDefault="00000000">
            <w:pPr>
              <w:spacing w:after="0" w:line="240" w:lineRule="auto"/>
              <w:jc w:val="center"/>
              <w:rPr>
                <w:noProof/>
                <w:lang w:val="ro-RO"/>
              </w:rPr>
            </w:pPr>
            <w:r w:rsidRPr="002D650B">
              <w:rPr>
                <w:rFonts w:eastAsia="Arial"/>
                <w:b/>
                <w:noProof/>
                <w:sz w:val="14"/>
                <w:lang w:val="ro-RO"/>
              </w:rPr>
              <w:t>M6.1</w:t>
            </w:r>
          </w:p>
        </w:tc>
        <w:tc>
          <w:tcPr>
            <w:tcW w:w="4081" w:type="dxa"/>
            <w:tcMar>
              <w:top w:w="60" w:type="dxa"/>
              <w:left w:w="70" w:type="dxa"/>
              <w:bottom w:w="60" w:type="dxa"/>
              <w:right w:w="70" w:type="dxa"/>
            </w:tcMar>
            <w:vAlign w:val="center"/>
          </w:tcPr>
          <w:p w14:paraId="27B790C6" w14:textId="77777777" w:rsidR="004011CE" w:rsidRPr="002D650B" w:rsidRDefault="00000000">
            <w:pPr>
              <w:spacing w:after="0" w:line="240" w:lineRule="auto"/>
              <w:rPr>
                <w:noProof/>
                <w:lang w:val="ro-RO"/>
              </w:rPr>
            </w:pPr>
            <w:r w:rsidRPr="002D650B">
              <w:rPr>
                <w:rFonts w:eastAsia="Arial"/>
                <w:noProof/>
                <w:sz w:val="14"/>
                <w:lang w:val="ro-RO"/>
              </w:rPr>
              <w:t>Există o procedură documentată pentru achiziții.</w:t>
            </w:r>
          </w:p>
        </w:tc>
        <w:tc>
          <w:tcPr>
            <w:tcW w:w="5159" w:type="dxa"/>
            <w:tcMar>
              <w:top w:w="60" w:type="dxa"/>
              <w:left w:w="70" w:type="dxa"/>
              <w:bottom w:w="60" w:type="dxa"/>
              <w:right w:w="70" w:type="dxa"/>
            </w:tcMar>
            <w:vAlign w:val="center"/>
          </w:tcPr>
          <w:p w14:paraId="4839B95F" w14:textId="77777777" w:rsidR="004011CE" w:rsidRPr="002D650B" w:rsidRDefault="00000000">
            <w:pPr>
              <w:spacing w:after="0" w:line="240" w:lineRule="auto"/>
              <w:rPr>
                <w:noProof/>
                <w:lang w:val="ro-RO"/>
              </w:rPr>
            </w:pPr>
            <w:r w:rsidRPr="002D650B">
              <w:rPr>
                <w:rFonts w:eastAsia="Arial"/>
                <w:noProof/>
                <w:sz w:val="14"/>
                <w:lang w:val="ro-RO"/>
              </w:rPr>
              <w:t>Selecție, evaluare, reevaluare și control.</w:t>
            </w:r>
          </w:p>
        </w:tc>
        <w:tc>
          <w:tcPr>
            <w:tcW w:w="1417" w:type="dxa"/>
            <w:tcMar>
              <w:top w:w="60" w:type="dxa"/>
              <w:left w:w="70" w:type="dxa"/>
              <w:bottom w:w="60" w:type="dxa"/>
              <w:right w:w="70" w:type="dxa"/>
            </w:tcMar>
            <w:vAlign w:val="center"/>
          </w:tcPr>
          <w:p w14:paraId="69894940"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2CC10F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9B49399" w14:textId="77777777" w:rsidR="004011CE" w:rsidRPr="002D650B" w:rsidRDefault="004011CE">
            <w:pPr>
              <w:spacing w:after="0" w:line="240" w:lineRule="auto"/>
              <w:jc w:val="center"/>
              <w:rPr>
                <w:noProof/>
                <w:lang w:val="ro-RO"/>
              </w:rPr>
            </w:pPr>
          </w:p>
        </w:tc>
      </w:tr>
      <w:tr w:rsidR="004011CE" w:rsidRPr="002D650B" w14:paraId="424BE494" w14:textId="77777777">
        <w:trPr>
          <w:cantSplit/>
          <w:jc w:val="center"/>
        </w:trPr>
        <w:tc>
          <w:tcPr>
            <w:tcW w:w="793" w:type="dxa"/>
            <w:shd w:val="clear" w:color="auto" w:fill="FAFAFA"/>
            <w:tcMar>
              <w:top w:w="60" w:type="dxa"/>
              <w:left w:w="70" w:type="dxa"/>
              <w:bottom w:w="60" w:type="dxa"/>
              <w:right w:w="70" w:type="dxa"/>
            </w:tcMar>
            <w:vAlign w:val="center"/>
          </w:tcPr>
          <w:p w14:paraId="55647AD7" w14:textId="77777777" w:rsidR="004011CE" w:rsidRPr="002D650B" w:rsidRDefault="00000000">
            <w:pPr>
              <w:spacing w:after="0" w:line="240" w:lineRule="auto"/>
              <w:jc w:val="center"/>
              <w:rPr>
                <w:noProof/>
                <w:lang w:val="ro-RO"/>
              </w:rPr>
            </w:pPr>
            <w:r w:rsidRPr="002D650B">
              <w:rPr>
                <w:rFonts w:eastAsia="Arial"/>
                <w:b/>
                <w:noProof/>
                <w:sz w:val="14"/>
                <w:lang w:val="ro-RO"/>
              </w:rPr>
              <w:t>M6.2</w:t>
            </w:r>
          </w:p>
        </w:tc>
        <w:tc>
          <w:tcPr>
            <w:tcW w:w="4081" w:type="dxa"/>
            <w:shd w:val="clear" w:color="auto" w:fill="FAFAFA"/>
            <w:tcMar>
              <w:top w:w="60" w:type="dxa"/>
              <w:left w:w="70" w:type="dxa"/>
              <w:bottom w:w="60" w:type="dxa"/>
              <w:right w:w="70" w:type="dxa"/>
            </w:tcMar>
            <w:vAlign w:val="center"/>
          </w:tcPr>
          <w:p w14:paraId="0AC97DF3" w14:textId="77777777" w:rsidR="004011CE" w:rsidRPr="002D650B" w:rsidRDefault="00000000">
            <w:pPr>
              <w:spacing w:after="0" w:line="240" w:lineRule="auto"/>
              <w:rPr>
                <w:noProof/>
                <w:lang w:val="ro-RO"/>
              </w:rPr>
            </w:pPr>
            <w:r w:rsidRPr="002D650B">
              <w:rPr>
                <w:rFonts w:eastAsia="Arial"/>
                <w:noProof/>
                <w:sz w:val="14"/>
                <w:lang w:val="ro-RO"/>
              </w:rPr>
              <w:t>Criteriile de selecție și control sunt proporționale cu efectul produsului achiziționat asupra dispozitivului.</w:t>
            </w:r>
          </w:p>
        </w:tc>
        <w:tc>
          <w:tcPr>
            <w:tcW w:w="5159" w:type="dxa"/>
            <w:shd w:val="clear" w:color="auto" w:fill="FAFAFA"/>
            <w:tcMar>
              <w:top w:w="60" w:type="dxa"/>
              <w:left w:w="70" w:type="dxa"/>
              <w:bottom w:w="60" w:type="dxa"/>
              <w:right w:w="70" w:type="dxa"/>
            </w:tcMar>
            <w:vAlign w:val="center"/>
          </w:tcPr>
          <w:p w14:paraId="6EF17FB5" w14:textId="77777777" w:rsidR="004011CE" w:rsidRPr="002D650B" w:rsidRDefault="00000000">
            <w:pPr>
              <w:spacing w:after="0" w:line="240" w:lineRule="auto"/>
              <w:rPr>
                <w:noProof/>
                <w:lang w:val="ro-RO"/>
              </w:rPr>
            </w:pPr>
            <w:r w:rsidRPr="002D650B">
              <w:rPr>
                <w:rFonts w:eastAsia="Arial"/>
                <w:noProof/>
                <w:sz w:val="14"/>
                <w:lang w:val="ro-RO"/>
              </w:rPr>
              <w:t>Criticitate, risc, capabilitate și performanță.</w:t>
            </w:r>
          </w:p>
        </w:tc>
        <w:tc>
          <w:tcPr>
            <w:tcW w:w="1417" w:type="dxa"/>
            <w:shd w:val="clear" w:color="auto" w:fill="FAFAFA"/>
            <w:tcMar>
              <w:top w:w="60" w:type="dxa"/>
              <w:left w:w="70" w:type="dxa"/>
              <w:bottom w:w="60" w:type="dxa"/>
              <w:right w:w="70" w:type="dxa"/>
            </w:tcMar>
            <w:vAlign w:val="center"/>
          </w:tcPr>
          <w:p w14:paraId="41BD37F1"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317F5B1"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9393250" w14:textId="77777777" w:rsidR="004011CE" w:rsidRPr="002D650B" w:rsidRDefault="004011CE">
            <w:pPr>
              <w:spacing w:after="0" w:line="240" w:lineRule="auto"/>
              <w:jc w:val="center"/>
              <w:rPr>
                <w:noProof/>
                <w:lang w:val="ro-RO"/>
              </w:rPr>
            </w:pPr>
          </w:p>
        </w:tc>
      </w:tr>
      <w:tr w:rsidR="004011CE" w:rsidRPr="002D650B" w14:paraId="626F0BCA" w14:textId="77777777">
        <w:trPr>
          <w:cantSplit/>
          <w:jc w:val="center"/>
        </w:trPr>
        <w:tc>
          <w:tcPr>
            <w:tcW w:w="793" w:type="dxa"/>
            <w:tcMar>
              <w:top w:w="60" w:type="dxa"/>
              <w:left w:w="70" w:type="dxa"/>
              <w:bottom w:w="60" w:type="dxa"/>
              <w:right w:w="70" w:type="dxa"/>
            </w:tcMar>
            <w:vAlign w:val="center"/>
          </w:tcPr>
          <w:p w14:paraId="748CE079" w14:textId="77777777" w:rsidR="004011CE" w:rsidRPr="002D650B" w:rsidRDefault="00000000">
            <w:pPr>
              <w:spacing w:after="0" w:line="240" w:lineRule="auto"/>
              <w:jc w:val="center"/>
              <w:rPr>
                <w:noProof/>
                <w:lang w:val="ro-RO"/>
              </w:rPr>
            </w:pPr>
            <w:r w:rsidRPr="002D650B">
              <w:rPr>
                <w:rFonts w:eastAsia="Arial"/>
                <w:b/>
                <w:noProof/>
                <w:sz w:val="14"/>
                <w:lang w:val="ro-RO"/>
              </w:rPr>
              <w:t>M6.3</w:t>
            </w:r>
          </w:p>
        </w:tc>
        <w:tc>
          <w:tcPr>
            <w:tcW w:w="4081" w:type="dxa"/>
            <w:tcMar>
              <w:top w:w="60" w:type="dxa"/>
              <w:left w:w="70" w:type="dxa"/>
              <w:bottom w:w="60" w:type="dxa"/>
              <w:right w:w="70" w:type="dxa"/>
            </w:tcMar>
            <w:vAlign w:val="center"/>
          </w:tcPr>
          <w:p w14:paraId="5B8C7293" w14:textId="77777777" w:rsidR="004011CE" w:rsidRPr="002D650B" w:rsidRDefault="00000000">
            <w:pPr>
              <w:spacing w:after="0" w:line="240" w:lineRule="auto"/>
              <w:rPr>
                <w:noProof/>
                <w:lang w:val="ro-RO"/>
              </w:rPr>
            </w:pPr>
            <w:r w:rsidRPr="002D650B">
              <w:rPr>
                <w:rFonts w:eastAsia="Arial"/>
                <w:noProof/>
                <w:sz w:val="14"/>
                <w:lang w:val="ro-RO"/>
              </w:rPr>
              <w:t>Furnizorii sunt evaluați înainte de aprobare.</w:t>
            </w:r>
          </w:p>
        </w:tc>
        <w:tc>
          <w:tcPr>
            <w:tcW w:w="5159" w:type="dxa"/>
            <w:tcMar>
              <w:top w:w="60" w:type="dxa"/>
              <w:left w:w="70" w:type="dxa"/>
              <w:bottom w:w="60" w:type="dxa"/>
              <w:right w:w="70" w:type="dxa"/>
            </w:tcMar>
            <w:vAlign w:val="center"/>
          </w:tcPr>
          <w:p w14:paraId="36144B8B" w14:textId="77777777" w:rsidR="004011CE" w:rsidRPr="002D650B" w:rsidRDefault="00000000">
            <w:pPr>
              <w:spacing w:after="0" w:line="240" w:lineRule="auto"/>
              <w:rPr>
                <w:noProof/>
                <w:lang w:val="ro-RO"/>
              </w:rPr>
            </w:pPr>
            <w:r w:rsidRPr="002D650B">
              <w:rPr>
                <w:rFonts w:eastAsia="Arial"/>
                <w:noProof/>
                <w:sz w:val="14"/>
                <w:lang w:val="ro-RO"/>
              </w:rPr>
              <w:t>Audit, certificări, mostre, date și capacitate.</w:t>
            </w:r>
          </w:p>
        </w:tc>
        <w:tc>
          <w:tcPr>
            <w:tcW w:w="1417" w:type="dxa"/>
            <w:tcMar>
              <w:top w:w="60" w:type="dxa"/>
              <w:left w:w="70" w:type="dxa"/>
              <w:bottom w:w="60" w:type="dxa"/>
              <w:right w:w="70" w:type="dxa"/>
            </w:tcMar>
            <w:vAlign w:val="center"/>
          </w:tcPr>
          <w:p w14:paraId="43A2DAAE"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9AC0E1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8A6649F" w14:textId="77777777" w:rsidR="004011CE" w:rsidRPr="002D650B" w:rsidRDefault="004011CE">
            <w:pPr>
              <w:spacing w:after="0" w:line="240" w:lineRule="auto"/>
              <w:jc w:val="center"/>
              <w:rPr>
                <w:noProof/>
                <w:lang w:val="ro-RO"/>
              </w:rPr>
            </w:pPr>
          </w:p>
        </w:tc>
      </w:tr>
      <w:tr w:rsidR="004011CE" w:rsidRPr="002D650B" w14:paraId="05DDB296" w14:textId="77777777">
        <w:trPr>
          <w:cantSplit/>
          <w:jc w:val="center"/>
        </w:trPr>
        <w:tc>
          <w:tcPr>
            <w:tcW w:w="793" w:type="dxa"/>
            <w:shd w:val="clear" w:color="auto" w:fill="FAFAFA"/>
            <w:tcMar>
              <w:top w:w="60" w:type="dxa"/>
              <w:left w:w="70" w:type="dxa"/>
              <w:bottom w:w="60" w:type="dxa"/>
              <w:right w:w="70" w:type="dxa"/>
            </w:tcMar>
            <w:vAlign w:val="center"/>
          </w:tcPr>
          <w:p w14:paraId="59243107" w14:textId="77777777" w:rsidR="004011CE" w:rsidRPr="002D650B" w:rsidRDefault="00000000">
            <w:pPr>
              <w:spacing w:after="0" w:line="240" w:lineRule="auto"/>
              <w:jc w:val="center"/>
              <w:rPr>
                <w:noProof/>
                <w:lang w:val="ro-RO"/>
              </w:rPr>
            </w:pPr>
            <w:r w:rsidRPr="002D650B">
              <w:rPr>
                <w:rFonts w:eastAsia="Arial"/>
                <w:b/>
                <w:noProof/>
                <w:sz w:val="14"/>
                <w:lang w:val="ro-RO"/>
              </w:rPr>
              <w:t>M6.4</w:t>
            </w:r>
          </w:p>
        </w:tc>
        <w:tc>
          <w:tcPr>
            <w:tcW w:w="4081" w:type="dxa"/>
            <w:shd w:val="clear" w:color="auto" w:fill="FAFAFA"/>
            <w:tcMar>
              <w:top w:w="60" w:type="dxa"/>
              <w:left w:w="70" w:type="dxa"/>
              <w:bottom w:w="60" w:type="dxa"/>
              <w:right w:w="70" w:type="dxa"/>
            </w:tcMar>
            <w:vAlign w:val="center"/>
          </w:tcPr>
          <w:p w14:paraId="5C79C1EB" w14:textId="77777777" w:rsidR="004011CE" w:rsidRPr="002D650B" w:rsidRDefault="00000000">
            <w:pPr>
              <w:spacing w:after="0" w:line="240" w:lineRule="auto"/>
              <w:rPr>
                <w:noProof/>
                <w:lang w:val="ro-RO"/>
              </w:rPr>
            </w:pPr>
            <w:r w:rsidRPr="002D650B">
              <w:rPr>
                <w:rFonts w:eastAsia="Arial"/>
                <w:noProof/>
                <w:sz w:val="14"/>
                <w:lang w:val="ro-RO"/>
              </w:rPr>
              <w:t>Performanța furnizorilor este monitorizată și reevaluată.</w:t>
            </w:r>
          </w:p>
        </w:tc>
        <w:tc>
          <w:tcPr>
            <w:tcW w:w="5159" w:type="dxa"/>
            <w:shd w:val="clear" w:color="auto" w:fill="FAFAFA"/>
            <w:tcMar>
              <w:top w:w="60" w:type="dxa"/>
              <w:left w:w="70" w:type="dxa"/>
              <w:bottom w:w="60" w:type="dxa"/>
              <w:right w:w="70" w:type="dxa"/>
            </w:tcMar>
            <w:vAlign w:val="center"/>
          </w:tcPr>
          <w:p w14:paraId="46112F2F" w14:textId="77777777" w:rsidR="004011CE" w:rsidRPr="002D650B" w:rsidRDefault="00000000">
            <w:pPr>
              <w:spacing w:after="0" w:line="240" w:lineRule="auto"/>
              <w:rPr>
                <w:noProof/>
                <w:lang w:val="ro-RO"/>
              </w:rPr>
            </w:pPr>
            <w:r w:rsidRPr="002D650B">
              <w:rPr>
                <w:rFonts w:eastAsia="Arial"/>
                <w:noProof/>
                <w:sz w:val="14"/>
                <w:lang w:val="ro-RO"/>
              </w:rPr>
              <w:t>Calitate, livrare, reclamații, schimbări și reacție.</w:t>
            </w:r>
          </w:p>
        </w:tc>
        <w:tc>
          <w:tcPr>
            <w:tcW w:w="1417" w:type="dxa"/>
            <w:shd w:val="clear" w:color="auto" w:fill="FAFAFA"/>
            <w:tcMar>
              <w:top w:w="60" w:type="dxa"/>
              <w:left w:w="70" w:type="dxa"/>
              <w:bottom w:w="60" w:type="dxa"/>
              <w:right w:w="70" w:type="dxa"/>
            </w:tcMar>
            <w:vAlign w:val="center"/>
          </w:tcPr>
          <w:p w14:paraId="1C4BFD9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A4D13DA"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9FF654A" w14:textId="77777777" w:rsidR="004011CE" w:rsidRPr="002D650B" w:rsidRDefault="004011CE">
            <w:pPr>
              <w:spacing w:after="0" w:line="240" w:lineRule="auto"/>
              <w:jc w:val="center"/>
              <w:rPr>
                <w:noProof/>
                <w:lang w:val="ro-RO"/>
              </w:rPr>
            </w:pPr>
          </w:p>
        </w:tc>
      </w:tr>
      <w:tr w:rsidR="004011CE" w:rsidRPr="002D650B" w14:paraId="304D8448" w14:textId="77777777">
        <w:trPr>
          <w:cantSplit/>
          <w:jc w:val="center"/>
        </w:trPr>
        <w:tc>
          <w:tcPr>
            <w:tcW w:w="793" w:type="dxa"/>
            <w:tcMar>
              <w:top w:w="60" w:type="dxa"/>
              <w:left w:w="70" w:type="dxa"/>
              <w:bottom w:w="60" w:type="dxa"/>
              <w:right w:w="70" w:type="dxa"/>
            </w:tcMar>
            <w:vAlign w:val="center"/>
          </w:tcPr>
          <w:p w14:paraId="2518CAC8" w14:textId="77777777" w:rsidR="004011CE" w:rsidRPr="002D650B" w:rsidRDefault="00000000">
            <w:pPr>
              <w:spacing w:after="0" w:line="240" w:lineRule="auto"/>
              <w:jc w:val="center"/>
              <w:rPr>
                <w:noProof/>
                <w:lang w:val="ro-RO"/>
              </w:rPr>
            </w:pPr>
            <w:r w:rsidRPr="002D650B">
              <w:rPr>
                <w:rFonts w:eastAsia="Arial"/>
                <w:b/>
                <w:noProof/>
                <w:sz w:val="14"/>
                <w:lang w:val="ro-RO"/>
              </w:rPr>
              <w:t>M6.5</w:t>
            </w:r>
          </w:p>
        </w:tc>
        <w:tc>
          <w:tcPr>
            <w:tcW w:w="4081" w:type="dxa"/>
            <w:tcMar>
              <w:top w:w="60" w:type="dxa"/>
              <w:left w:w="70" w:type="dxa"/>
              <w:bottom w:w="60" w:type="dxa"/>
              <w:right w:w="70" w:type="dxa"/>
            </w:tcMar>
            <w:vAlign w:val="center"/>
          </w:tcPr>
          <w:p w14:paraId="43282D87" w14:textId="77777777" w:rsidR="004011CE" w:rsidRPr="002D650B" w:rsidRDefault="00000000">
            <w:pPr>
              <w:spacing w:after="0" w:line="240" w:lineRule="auto"/>
              <w:rPr>
                <w:noProof/>
                <w:lang w:val="ro-RO"/>
              </w:rPr>
            </w:pPr>
            <w:r w:rsidRPr="002D650B">
              <w:rPr>
                <w:rFonts w:eastAsia="Arial"/>
                <w:noProof/>
                <w:sz w:val="14"/>
                <w:lang w:val="ro-RO"/>
              </w:rPr>
              <w:t>Rezultatele evaluărilor și acțiunile sunt păstrate.</w:t>
            </w:r>
          </w:p>
        </w:tc>
        <w:tc>
          <w:tcPr>
            <w:tcW w:w="5159" w:type="dxa"/>
            <w:tcMar>
              <w:top w:w="60" w:type="dxa"/>
              <w:left w:w="70" w:type="dxa"/>
              <w:bottom w:w="60" w:type="dxa"/>
              <w:right w:w="70" w:type="dxa"/>
            </w:tcMar>
            <w:vAlign w:val="center"/>
          </w:tcPr>
          <w:p w14:paraId="776769D5" w14:textId="77777777" w:rsidR="004011CE" w:rsidRPr="002D650B" w:rsidRDefault="00000000">
            <w:pPr>
              <w:spacing w:after="0" w:line="240" w:lineRule="auto"/>
              <w:rPr>
                <w:noProof/>
                <w:lang w:val="ro-RO"/>
              </w:rPr>
            </w:pPr>
            <w:r w:rsidRPr="002D650B">
              <w:rPr>
                <w:rFonts w:eastAsia="Arial"/>
                <w:noProof/>
                <w:sz w:val="14"/>
                <w:lang w:val="ro-RO"/>
              </w:rPr>
              <w:t>Aprobări, status, condiții și suspendări.</w:t>
            </w:r>
          </w:p>
        </w:tc>
        <w:tc>
          <w:tcPr>
            <w:tcW w:w="1417" w:type="dxa"/>
            <w:tcMar>
              <w:top w:w="60" w:type="dxa"/>
              <w:left w:w="70" w:type="dxa"/>
              <w:bottom w:w="60" w:type="dxa"/>
              <w:right w:w="70" w:type="dxa"/>
            </w:tcMar>
            <w:vAlign w:val="center"/>
          </w:tcPr>
          <w:p w14:paraId="55540FC2"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4ED573A"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0380610" w14:textId="77777777" w:rsidR="004011CE" w:rsidRPr="002D650B" w:rsidRDefault="004011CE">
            <w:pPr>
              <w:spacing w:after="0" w:line="240" w:lineRule="auto"/>
              <w:jc w:val="center"/>
              <w:rPr>
                <w:noProof/>
                <w:lang w:val="ro-RO"/>
              </w:rPr>
            </w:pPr>
          </w:p>
        </w:tc>
      </w:tr>
      <w:tr w:rsidR="004011CE" w:rsidRPr="002D650B" w14:paraId="4F337409" w14:textId="77777777">
        <w:trPr>
          <w:cantSplit/>
          <w:jc w:val="center"/>
        </w:trPr>
        <w:tc>
          <w:tcPr>
            <w:tcW w:w="793" w:type="dxa"/>
            <w:shd w:val="clear" w:color="auto" w:fill="FAFAFA"/>
            <w:tcMar>
              <w:top w:w="60" w:type="dxa"/>
              <w:left w:w="70" w:type="dxa"/>
              <w:bottom w:w="60" w:type="dxa"/>
              <w:right w:w="70" w:type="dxa"/>
            </w:tcMar>
            <w:vAlign w:val="center"/>
          </w:tcPr>
          <w:p w14:paraId="28D88A5C" w14:textId="77777777" w:rsidR="004011CE" w:rsidRPr="002D650B" w:rsidRDefault="00000000">
            <w:pPr>
              <w:spacing w:after="0" w:line="240" w:lineRule="auto"/>
              <w:jc w:val="center"/>
              <w:rPr>
                <w:noProof/>
                <w:lang w:val="ro-RO"/>
              </w:rPr>
            </w:pPr>
            <w:r w:rsidRPr="002D650B">
              <w:rPr>
                <w:rFonts w:eastAsia="Arial"/>
                <w:b/>
                <w:noProof/>
                <w:sz w:val="14"/>
                <w:lang w:val="ro-RO"/>
              </w:rPr>
              <w:t>M6.6</w:t>
            </w:r>
          </w:p>
        </w:tc>
        <w:tc>
          <w:tcPr>
            <w:tcW w:w="4081" w:type="dxa"/>
            <w:shd w:val="clear" w:color="auto" w:fill="FAFAFA"/>
            <w:tcMar>
              <w:top w:w="60" w:type="dxa"/>
              <w:left w:w="70" w:type="dxa"/>
              <w:bottom w:w="60" w:type="dxa"/>
              <w:right w:w="70" w:type="dxa"/>
            </w:tcMar>
            <w:vAlign w:val="center"/>
          </w:tcPr>
          <w:p w14:paraId="1640BAD9" w14:textId="77777777" w:rsidR="004011CE" w:rsidRPr="002D650B" w:rsidRDefault="00000000">
            <w:pPr>
              <w:spacing w:after="0" w:line="240" w:lineRule="auto"/>
              <w:rPr>
                <w:noProof/>
                <w:lang w:val="ro-RO"/>
              </w:rPr>
            </w:pPr>
            <w:r w:rsidRPr="002D650B">
              <w:rPr>
                <w:rFonts w:eastAsia="Arial"/>
                <w:noProof/>
                <w:sz w:val="14"/>
                <w:lang w:val="ro-RO"/>
              </w:rPr>
              <w:t>Informațiile de achiziție descriu clar produsul și cerințele.</w:t>
            </w:r>
          </w:p>
        </w:tc>
        <w:tc>
          <w:tcPr>
            <w:tcW w:w="5159" w:type="dxa"/>
            <w:shd w:val="clear" w:color="auto" w:fill="FAFAFA"/>
            <w:tcMar>
              <w:top w:w="60" w:type="dxa"/>
              <w:left w:w="70" w:type="dxa"/>
              <w:bottom w:w="60" w:type="dxa"/>
              <w:right w:w="70" w:type="dxa"/>
            </w:tcMar>
            <w:vAlign w:val="center"/>
          </w:tcPr>
          <w:p w14:paraId="4C4CDEFD" w14:textId="77777777" w:rsidR="004011CE" w:rsidRPr="002D650B" w:rsidRDefault="00000000">
            <w:pPr>
              <w:spacing w:after="0" w:line="240" w:lineRule="auto"/>
              <w:rPr>
                <w:noProof/>
                <w:lang w:val="ro-RO"/>
              </w:rPr>
            </w:pPr>
            <w:r w:rsidRPr="002D650B">
              <w:rPr>
                <w:rFonts w:eastAsia="Arial"/>
                <w:noProof/>
                <w:sz w:val="14"/>
                <w:lang w:val="ro-RO"/>
              </w:rPr>
              <w:t>Specificații, procese, calificări, QMS și notificarea schimbărilor.</w:t>
            </w:r>
          </w:p>
        </w:tc>
        <w:tc>
          <w:tcPr>
            <w:tcW w:w="1417" w:type="dxa"/>
            <w:shd w:val="clear" w:color="auto" w:fill="FAFAFA"/>
            <w:tcMar>
              <w:top w:w="60" w:type="dxa"/>
              <w:left w:w="70" w:type="dxa"/>
              <w:bottom w:w="60" w:type="dxa"/>
              <w:right w:w="70" w:type="dxa"/>
            </w:tcMar>
            <w:vAlign w:val="center"/>
          </w:tcPr>
          <w:p w14:paraId="3C1366AD"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F56E1B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31E5F1B" w14:textId="77777777" w:rsidR="004011CE" w:rsidRPr="002D650B" w:rsidRDefault="004011CE">
            <w:pPr>
              <w:spacing w:after="0" w:line="240" w:lineRule="auto"/>
              <w:jc w:val="center"/>
              <w:rPr>
                <w:noProof/>
                <w:lang w:val="ro-RO"/>
              </w:rPr>
            </w:pPr>
          </w:p>
        </w:tc>
      </w:tr>
      <w:tr w:rsidR="004011CE" w:rsidRPr="002D650B" w14:paraId="30C1A956" w14:textId="77777777">
        <w:trPr>
          <w:cantSplit/>
          <w:jc w:val="center"/>
        </w:trPr>
        <w:tc>
          <w:tcPr>
            <w:tcW w:w="793" w:type="dxa"/>
            <w:tcMar>
              <w:top w:w="60" w:type="dxa"/>
              <w:left w:w="70" w:type="dxa"/>
              <w:bottom w:w="60" w:type="dxa"/>
              <w:right w:w="70" w:type="dxa"/>
            </w:tcMar>
            <w:vAlign w:val="center"/>
          </w:tcPr>
          <w:p w14:paraId="03F76653" w14:textId="77777777" w:rsidR="004011CE" w:rsidRPr="002D650B" w:rsidRDefault="00000000">
            <w:pPr>
              <w:spacing w:after="0" w:line="240" w:lineRule="auto"/>
              <w:jc w:val="center"/>
              <w:rPr>
                <w:noProof/>
                <w:lang w:val="ro-RO"/>
              </w:rPr>
            </w:pPr>
            <w:r w:rsidRPr="002D650B">
              <w:rPr>
                <w:rFonts w:eastAsia="Arial"/>
                <w:b/>
                <w:noProof/>
                <w:sz w:val="14"/>
                <w:lang w:val="ro-RO"/>
              </w:rPr>
              <w:t>M6.7</w:t>
            </w:r>
          </w:p>
        </w:tc>
        <w:tc>
          <w:tcPr>
            <w:tcW w:w="4081" w:type="dxa"/>
            <w:tcMar>
              <w:top w:w="60" w:type="dxa"/>
              <w:left w:w="70" w:type="dxa"/>
              <w:bottom w:w="60" w:type="dxa"/>
              <w:right w:w="70" w:type="dxa"/>
            </w:tcMar>
            <w:vAlign w:val="center"/>
          </w:tcPr>
          <w:p w14:paraId="451D2497" w14:textId="77777777" w:rsidR="004011CE" w:rsidRPr="002D650B" w:rsidRDefault="00000000">
            <w:pPr>
              <w:spacing w:after="0" w:line="240" w:lineRule="auto"/>
              <w:rPr>
                <w:noProof/>
                <w:lang w:val="ro-RO"/>
              </w:rPr>
            </w:pPr>
            <w:r w:rsidRPr="002D650B">
              <w:rPr>
                <w:rFonts w:eastAsia="Arial"/>
                <w:noProof/>
                <w:sz w:val="14"/>
                <w:lang w:val="ro-RO"/>
              </w:rPr>
              <w:t>Cerințele sunt revizuite și aprobate înainte de comunicarea către furnizor.</w:t>
            </w:r>
          </w:p>
        </w:tc>
        <w:tc>
          <w:tcPr>
            <w:tcW w:w="5159" w:type="dxa"/>
            <w:tcMar>
              <w:top w:w="60" w:type="dxa"/>
              <w:left w:w="70" w:type="dxa"/>
              <w:bottom w:w="60" w:type="dxa"/>
              <w:right w:w="70" w:type="dxa"/>
            </w:tcMar>
            <w:vAlign w:val="center"/>
          </w:tcPr>
          <w:p w14:paraId="0A1195AB" w14:textId="77777777" w:rsidR="004011CE" w:rsidRPr="002D650B" w:rsidRDefault="00000000">
            <w:pPr>
              <w:spacing w:after="0" w:line="240" w:lineRule="auto"/>
              <w:rPr>
                <w:noProof/>
                <w:lang w:val="ro-RO"/>
              </w:rPr>
            </w:pPr>
            <w:r w:rsidRPr="002D650B">
              <w:rPr>
                <w:rFonts w:eastAsia="Arial"/>
                <w:noProof/>
                <w:sz w:val="14"/>
                <w:lang w:val="ro-RO"/>
              </w:rPr>
              <w:t>Versiune, autoritate și coerență.</w:t>
            </w:r>
          </w:p>
        </w:tc>
        <w:tc>
          <w:tcPr>
            <w:tcW w:w="1417" w:type="dxa"/>
            <w:tcMar>
              <w:top w:w="60" w:type="dxa"/>
              <w:left w:w="70" w:type="dxa"/>
              <w:bottom w:w="60" w:type="dxa"/>
              <w:right w:w="70" w:type="dxa"/>
            </w:tcMar>
            <w:vAlign w:val="center"/>
          </w:tcPr>
          <w:p w14:paraId="5FA7684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4597877"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76F37EF" w14:textId="77777777" w:rsidR="004011CE" w:rsidRPr="002D650B" w:rsidRDefault="004011CE">
            <w:pPr>
              <w:spacing w:after="0" w:line="240" w:lineRule="auto"/>
              <w:jc w:val="center"/>
              <w:rPr>
                <w:noProof/>
                <w:lang w:val="ro-RO"/>
              </w:rPr>
            </w:pPr>
          </w:p>
        </w:tc>
      </w:tr>
      <w:tr w:rsidR="004011CE" w:rsidRPr="002D650B" w14:paraId="08F25396" w14:textId="77777777">
        <w:trPr>
          <w:cantSplit/>
          <w:jc w:val="center"/>
        </w:trPr>
        <w:tc>
          <w:tcPr>
            <w:tcW w:w="793" w:type="dxa"/>
            <w:shd w:val="clear" w:color="auto" w:fill="FAFAFA"/>
            <w:tcMar>
              <w:top w:w="60" w:type="dxa"/>
              <w:left w:w="70" w:type="dxa"/>
              <w:bottom w:w="60" w:type="dxa"/>
              <w:right w:w="70" w:type="dxa"/>
            </w:tcMar>
            <w:vAlign w:val="center"/>
          </w:tcPr>
          <w:p w14:paraId="108A1619" w14:textId="77777777" w:rsidR="004011CE" w:rsidRPr="002D650B" w:rsidRDefault="00000000">
            <w:pPr>
              <w:spacing w:after="0" w:line="240" w:lineRule="auto"/>
              <w:jc w:val="center"/>
              <w:rPr>
                <w:noProof/>
                <w:lang w:val="ro-RO"/>
              </w:rPr>
            </w:pPr>
            <w:r w:rsidRPr="002D650B">
              <w:rPr>
                <w:rFonts w:eastAsia="Arial"/>
                <w:b/>
                <w:noProof/>
                <w:sz w:val="14"/>
                <w:lang w:val="ro-RO"/>
              </w:rPr>
              <w:t>M6.8</w:t>
            </w:r>
          </w:p>
        </w:tc>
        <w:tc>
          <w:tcPr>
            <w:tcW w:w="4081" w:type="dxa"/>
            <w:shd w:val="clear" w:color="auto" w:fill="FAFAFA"/>
            <w:tcMar>
              <w:top w:w="60" w:type="dxa"/>
              <w:left w:w="70" w:type="dxa"/>
              <w:bottom w:w="60" w:type="dxa"/>
              <w:right w:w="70" w:type="dxa"/>
            </w:tcMar>
            <w:vAlign w:val="center"/>
          </w:tcPr>
          <w:p w14:paraId="1C7E65FF" w14:textId="77777777" w:rsidR="004011CE" w:rsidRPr="002D650B" w:rsidRDefault="00000000">
            <w:pPr>
              <w:spacing w:after="0" w:line="240" w:lineRule="auto"/>
              <w:rPr>
                <w:noProof/>
                <w:lang w:val="ro-RO"/>
              </w:rPr>
            </w:pPr>
            <w:r w:rsidRPr="002D650B">
              <w:rPr>
                <w:rFonts w:eastAsia="Arial"/>
                <w:noProof/>
                <w:sz w:val="14"/>
                <w:lang w:val="ro-RO"/>
              </w:rPr>
              <w:t>Verificarea produsului achiziționat este planificată pe baza riscului și performanței furnizorului.</w:t>
            </w:r>
          </w:p>
        </w:tc>
        <w:tc>
          <w:tcPr>
            <w:tcW w:w="5159" w:type="dxa"/>
            <w:shd w:val="clear" w:color="auto" w:fill="FAFAFA"/>
            <w:tcMar>
              <w:top w:w="60" w:type="dxa"/>
              <w:left w:w="70" w:type="dxa"/>
              <w:bottom w:w="60" w:type="dxa"/>
              <w:right w:w="70" w:type="dxa"/>
            </w:tcMar>
            <w:vAlign w:val="center"/>
          </w:tcPr>
          <w:p w14:paraId="381BA1DB" w14:textId="77777777" w:rsidR="004011CE" w:rsidRPr="002D650B" w:rsidRDefault="00000000">
            <w:pPr>
              <w:spacing w:after="0" w:line="240" w:lineRule="auto"/>
              <w:rPr>
                <w:noProof/>
                <w:lang w:val="ro-RO"/>
              </w:rPr>
            </w:pPr>
            <w:r w:rsidRPr="002D650B">
              <w:rPr>
                <w:rFonts w:eastAsia="Arial"/>
                <w:noProof/>
                <w:sz w:val="14"/>
                <w:lang w:val="ro-RO"/>
              </w:rPr>
              <w:t>Recepție, certificate, testare și audit la sursă.</w:t>
            </w:r>
          </w:p>
        </w:tc>
        <w:tc>
          <w:tcPr>
            <w:tcW w:w="1417" w:type="dxa"/>
            <w:shd w:val="clear" w:color="auto" w:fill="FAFAFA"/>
            <w:tcMar>
              <w:top w:w="60" w:type="dxa"/>
              <w:left w:w="70" w:type="dxa"/>
              <w:bottom w:w="60" w:type="dxa"/>
              <w:right w:w="70" w:type="dxa"/>
            </w:tcMar>
            <w:vAlign w:val="center"/>
          </w:tcPr>
          <w:p w14:paraId="171D2D92"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569F9C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DA11D6A" w14:textId="77777777" w:rsidR="004011CE" w:rsidRPr="002D650B" w:rsidRDefault="004011CE">
            <w:pPr>
              <w:spacing w:after="0" w:line="240" w:lineRule="auto"/>
              <w:jc w:val="center"/>
              <w:rPr>
                <w:noProof/>
                <w:lang w:val="ro-RO"/>
              </w:rPr>
            </w:pPr>
          </w:p>
        </w:tc>
      </w:tr>
      <w:tr w:rsidR="004011CE" w:rsidRPr="002D650B" w14:paraId="7C58C316" w14:textId="77777777">
        <w:trPr>
          <w:cantSplit/>
          <w:jc w:val="center"/>
        </w:trPr>
        <w:tc>
          <w:tcPr>
            <w:tcW w:w="793" w:type="dxa"/>
            <w:tcMar>
              <w:top w:w="60" w:type="dxa"/>
              <w:left w:w="70" w:type="dxa"/>
              <w:bottom w:w="60" w:type="dxa"/>
              <w:right w:w="70" w:type="dxa"/>
            </w:tcMar>
            <w:vAlign w:val="center"/>
          </w:tcPr>
          <w:p w14:paraId="537D606E" w14:textId="77777777" w:rsidR="004011CE" w:rsidRPr="002D650B" w:rsidRDefault="00000000">
            <w:pPr>
              <w:spacing w:after="0" w:line="240" w:lineRule="auto"/>
              <w:jc w:val="center"/>
              <w:rPr>
                <w:noProof/>
                <w:lang w:val="ro-RO"/>
              </w:rPr>
            </w:pPr>
            <w:r w:rsidRPr="002D650B">
              <w:rPr>
                <w:rFonts w:eastAsia="Arial"/>
                <w:b/>
                <w:noProof/>
                <w:sz w:val="14"/>
                <w:lang w:val="ro-RO"/>
              </w:rPr>
              <w:t>M6.9</w:t>
            </w:r>
          </w:p>
        </w:tc>
        <w:tc>
          <w:tcPr>
            <w:tcW w:w="4081" w:type="dxa"/>
            <w:tcMar>
              <w:top w:w="60" w:type="dxa"/>
              <w:left w:w="70" w:type="dxa"/>
              <w:bottom w:w="60" w:type="dxa"/>
              <w:right w:w="70" w:type="dxa"/>
            </w:tcMar>
            <w:vAlign w:val="center"/>
          </w:tcPr>
          <w:p w14:paraId="0BE94BFB" w14:textId="77777777" w:rsidR="004011CE" w:rsidRPr="002D650B" w:rsidRDefault="00000000">
            <w:pPr>
              <w:spacing w:after="0" w:line="240" w:lineRule="auto"/>
              <w:rPr>
                <w:noProof/>
                <w:lang w:val="ro-RO"/>
              </w:rPr>
            </w:pPr>
            <w:r w:rsidRPr="002D650B">
              <w:rPr>
                <w:rFonts w:eastAsia="Arial"/>
                <w:noProof/>
                <w:sz w:val="14"/>
                <w:lang w:val="ro-RO"/>
              </w:rPr>
              <w:t>Schimbările furnizorului sau ale produsului achiziționat sunt evaluate înainte de utilizare.</w:t>
            </w:r>
          </w:p>
        </w:tc>
        <w:tc>
          <w:tcPr>
            <w:tcW w:w="5159" w:type="dxa"/>
            <w:tcMar>
              <w:top w:w="60" w:type="dxa"/>
              <w:left w:w="70" w:type="dxa"/>
              <w:bottom w:w="60" w:type="dxa"/>
              <w:right w:w="70" w:type="dxa"/>
            </w:tcMar>
            <w:vAlign w:val="center"/>
          </w:tcPr>
          <w:p w14:paraId="1014A4DE" w14:textId="77777777" w:rsidR="004011CE" w:rsidRPr="002D650B" w:rsidRDefault="00000000">
            <w:pPr>
              <w:spacing w:after="0" w:line="240" w:lineRule="auto"/>
              <w:rPr>
                <w:noProof/>
                <w:lang w:val="ro-RO"/>
              </w:rPr>
            </w:pPr>
            <w:r w:rsidRPr="002D650B">
              <w:rPr>
                <w:rFonts w:eastAsia="Arial"/>
                <w:noProof/>
                <w:sz w:val="14"/>
                <w:lang w:val="ro-RO"/>
              </w:rPr>
              <w:t>Impact în proiectare, validare, risc și reglementare.</w:t>
            </w:r>
          </w:p>
        </w:tc>
        <w:tc>
          <w:tcPr>
            <w:tcW w:w="1417" w:type="dxa"/>
            <w:tcMar>
              <w:top w:w="60" w:type="dxa"/>
              <w:left w:w="70" w:type="dxa"/>
              <w:bottom w:w="60" w:type="dxa"/>
              <w:right w:w="70" w:type="dxa"/>
            </w:tcMar>
            <w:vAlign w:val="center"/>
          </w:tcPr>
          <w:p w14:paraId="03059379"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7F72CA0"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077BB4A" w14:textId="77777777" w:rsidR="004011CE" w:rsidRPr="002D650B" w:rsidRDefault="004011CE">
            <w:pPr>
              <w:spacing w:after="0" w:line="240" w:lineRule="auto"/>
              <w:jc w:val="center"/>
              <w:rPr>
                <w:noProof/>
                <w:lang w:val="ro-RO"/>
              </w:rPr>
            </w:pPr>
          </w:p>
        </w:tc>
      </w:tr>
      <w:tr w:rsidR="004011CE" w:rsidRPr="002D650B" w14:paraId="7E0C7085" w14:textId="77777777">
        <w:trPr>
          <w:cantSplit/>
          <w:jc w:val="center"/>
        </w:trPr>
        <w:tc>
          <w:tcPr>
            <w:tcW w:w="793" w:type="dxa"/>
            <w:shd w:val="clear" w:color="auto" w:fill="FAFAFA"/>
            <w:tcMar>
              <w:top w:w="60" w:type="dxa"/>
              <w:left w:w="70" w:type="dxa"/>
              <w:bottom w:w="60" w:type="dxa"/>
              <w:right w:w="70" w:type="dxa"/>
            </w:tcMar>
            <w:vAlign w:val="center"/>
          </w:tcPr>
          <w:p w14:paraId="7441234E" w14:textId="77777777" w:rsidR="004011CE" w:rsidRPr="002D650B" w:rsidRDefault="00000000">
            <w:pPr>
              <w:spacing w:after="0" w:line="240" w:lineRule="auto"/>
              <w:jc w:val="center"/>
              <w:rPr>
                <w:noProof/>
                <w:lang w:val="ro-RO"/>
              </w:rPr>
            </w:pPr>
            <w:r w:rsidRPr="002D650B">
              <w:rPr>
                <w:rFonts w:eastAsia="Arial"/>
                <w:b/>
                <w:noProof/>
                <w:sz w:val="14"/>
                <w:lang w:val="ro-RO"/>
              </w:rPr>
              <w:t>M6.10</w:t>
            </w:r>
          </w:p>
        </w:tc>
        <w:tc>
          <w:tcPr>
            <w:tcW w:w="4081" w:type="dxa"/>
            <w:shd w:val="clear" w:color="auto" w:fill="FAFAFA"/>
            <w:tcMar>
              <w:top w:w="60" w:type="dxa"/>
              <w:left w:w="70" w:type="dxa"/>
              <w:bottom w:w="60" w:type="dxa"/>
              <w:right w:w="70" w:type="dxa"/>
            </w:tcMar>
            <w:vAlign w:val="center"/>
          </w:tcPr>
          <w:p w14:paraId="01F456C2" w14:textId="77777777" w:rsidR="004011CE" w:rsidRPr="002D650B" w:rsidRDefault="00000000">
            <w:pPr>
              <w:spacing w:after="0" w:line="240" w:lineRule="auto"/>
              <w:rPr>
                <w:noProof/>
                <w:lang w:val="ro-RO"/>
              </w:rPr>
            </w:pPr>
            <w:r w:rsidRPr="002D650B">
              <w:rPr>
                <w:rFonts w:eastAsia="Arial"/>
                <w:noProof/>
                <w:sz w:val="14"/>
                <w:lang w:val="ro-RO"/>
              </w:rPr>
              <w:t>Furnizorii critici au acorduri de calitate sau controale echivalente.</w:t>
            </w:r>
          </w:p>
        </w:tc>
        <w:tc>
          <w:tcPr>
            <w:tcW w:w="5159" w:type="dxa"/>
            <w:shd w:val="clear" w:color="auto" w:fill="FAFAFA"/>
            <w:tcMar>
              <w:top w:w="60" w:type="dxa"/>
              <w:left w:w="70" w:type="dxa"/>
              <w:bottom w:w="60" w:type="dxa"/>
              <w:right w:w="70" w:type="dxa"/>
            </w:tcMar>
            <w:vAlign w:val="center"/>
          </w:tcPr>
          <w:p w14:paraId="15B107DA" w14:textId="77777777" w:rsidR="004011CE" w:rsidRPr="002D650B" w:rsidRDefault="00000000">
            <w:pPr>
              <w:spacing w:after="0" w:line="240" w:lineRule="auto"/>
              <w:rPr>
                <w:noProof/>
                <w:lang w:val="ro-RO"/>
              </w:rPr>
            </w:pPr>
            <w:r w:rsidRPr="002D650B">
              <w:rPr>
                <w:rFonts w:eastAsia="Arial"/>
                <w:noProof/>
                <w:sz w:val="14"/>
                <w:lang w:val="ro-RO"/>
              </w:rPr>
              <w:t>Responsabilități, notificări, trasabilitate, investigații și acces.</w:t>
            </w:r>
          </w:p>
        </w:tc>
        <w:tc>
          <w:tcPr>
            <w:tcW w:w="1417" w:type="dxa"/>
            <w:shd w:val="clear" w:color="auto" w:fill="FAFAFA"/>
            <w:tcMar>
              <w:top w:w="60" w:type="dxa"/>
              <w:left w:w="70" w:type="dxa"/>
              <w:bottom w:w="60" w:type="dxa"/>
              <w:right w:w="70" w:type="dxa"/>
            </w:tcMar>
            <w:vAlign w:val="center"/>
          </w:tcPr>
          <w:p w14:paraId="4386F29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B1564C5"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EC7B234" w14:textId="77777777" w:rsidR="004011CE" w:rsidRPr="002D650B" w:rsidRDefault="004011CE">
            <w:pPr>
              <w:spacing w:after="0" w:line="240" w:lineRule="auto"/>
              <w:jc w:val="center"/>
              <w:rPr>
                <w:noProof/>
                <w:lang w:val="ro-RO"/>
              </w:rPr>
            </w:pPr>
          </w:p>
        </w:tc>
      </w:tr>
      <w:tr w:rsidR="004011CE" w:rsidRPr="002D650B" w14:paraId="48EBBF48" w14:textId="77777777">
        <w:trPr>
          <w:cantSplit/>
          <w:jc w:val="center"/>
        </w:trPr>
        <w:tc>
          <w:tcPr>
            <w:tcW w:w="793" w:type="dxa"/>
            <w:tcMar>
              <w:top w:w="60" w:type="dxa"/>
              <w:left w:w="70" w:type="dxa"/>
              <w:bottom w:w="60" w:type="dxa"/>
              <w:right w:w="70" w:type="dxa"/>
            </w:tcMar>
            <w:vAlign w:val="center"/>
          </w:tcPr>
          <w:p w14:paraId="3E45936E" w14:textId="77777777" w:rsidR="004011CE" w:rsidRPr="002D650B" w:rsidRDefault="00000000">
            <w:pPr>
              <w:spacing w:after="0" w:line="240" w:lineRule="auto"/>
              <w:jc w:val="center"/>
              <w:rPr>
                <w:noProof/>
                <w:lang w:val="ro-RO"/>
              </w:rPr>
            </w:pPr>
            <w:r w:rsidRPr="002D650B">
              <w:rPr>
                <w:rFonts w:eastAsia="Arial"/>
                <w:b/>
                <w:noProof/>
                <w:sz w:val="14"/>
                <w:lang w:val="ro-RO"/>
              </w:rPr>
              <w:t>M6.11</w:t>
            </w:r>
          </w:p>
        </w:tc>
        <w:tc>
          <w:tcPr>
            <w:tcW w:w="4081" w:type="dxa"/>
            <w:tcMar>
              <w:top w:w="60" w:type="dxa"/>
              <w:left w:w="70" w:type="dxa"/>
              <w:bottom w:w="60" w:type="dxa"/>
              <w:right w:w="70" w:type="dxa"/>
            </w:tcMar>
            <w:vAlign w:val="center"/>
          </w:tcPr>
          <w:p w14:paraId="0E35B935" w14:textId="77777777" w:rsidR="004011CE" w:rsidRPr="002D650B" w:rsidRDefault="00000000">
            <w:pPr>
              <w:spacing w:after="0" w:line="240" w:lineRule="auto"/>
              <w:rPr>
                <w:noProof/>
                <w:lang w:val="ro-RO"/>
              </w:rPr>
            </w:pPr>
            <w:r w:rsidRPr="002D650B">
              <w:rPr>
                <w:rFonts w:eastAsia="Arial"/>
                <w:noProof/>
                <w:sz w:val="14"/>
                <w:lang w:val="ro-RO"/>
              </w:rPr>
              <w:t>Serviciile externalizate validate sau speciale sunt supravegheate adecvat.</w:t>
            </w:r>
          </w:p>
        </w:tc>
        <w:tc>
          <w:tcPr>
            <w:tcW w:w="5159" w:type="dxa"/>
            <w:tcMar>
              <w:top w:w="60" w:type="dxa"/>
              <w:left w:w="70" w:type="dxa"/>
              <w:bottom w:w="60" w:type="dxa"/>
              <w:right w:w="70" w:type="dxa"/>
            </w:tcMar>
            <w:vAlign w:val="center"/>
          </w:tcPr>
          <w:p w14:paraId="3E0EDC5A" w14:textId="77777777" w:rsidR="004011CE" w:rsidRPr="002D650B" w:rsidRDefault="00000000">
            <w:pPr>
              <w:spacing w:after="0" w:line="240" w:lineRule="auto"/>
              <w:rPr>
                <w:noProof/>
                <w:lang w:val="ro-RO"/>
              </w:rPr>
            </w:pPr>
            <w:r w:rsidRPr="002D650B">
              <w:rPr>
                <w:rFonts w:eastAsia="Arial"/>
                <w:noProof/>
                <w:sz w:val="14"/>
                <w:lang w:val="ro-RO"/>
              </w:rPr>
              <w:t>Sterilizare, laborator, software, calibrare și alte procese.</w:t>
            </w:r>
          </w:p>
        </w:tc>
        <w:tc>
          <w:tcPr>
            <w:tcW w:w="1417" w:type="dxa"/>
            <w:tcMar>
              <w:top w:w="60" w:type="dxa"/>
              <w:left w:w="70" w:type="dxa"/>
              <w:bottom w:w="60" w:type="dxa"/>
              <w:right w:w="70" w:type="dxa"/>
            </w:tcMar>
            <w:vAlign w:val="center"/>
          </w:tcPr>
          <w:p w14:paraId="5B284814"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36209DF"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3218B59" w14:textId="77777777" w:rsidR="004011CE" w:rsidRPr="002D650B" w:rsidRDefault="004011CE">
            <w:pPr>
              <w:spacing w:after="0" w:line="240" w:lineRule="auto"/>
              <w:jc w:val="center"/>
              <w:rPr>
                <w:noProof/>
                <w:lang w:val="ro-RO"/>
              </w:rPr>
            </w:pPr>
          </w:p>
        </w:tc>
      </w:tr>
      <w:tr w:rsidR="004011CE" w:rsidRPr="002D650B" w14:paraId="3C7E5A7C" w14:textId="77777777">
        <w:trPr>
          <w:cantSplit/>
          <w:jc w:val="center"/>
        </w:trPr>
        <w:tc>
          <w:tcPr>
            <w:tcW w:w="793" w:type="dxa"/>
            <w:shd w:val="clear" w:color="auto" w:fill="FAFAFA"/>
            <w:tcMar>
              <w:top w:w="60" w:type="dxa"/>
              <w:left w:w="70" w:type="dxa"/>
              <w:bottom w:w="60" w:type="dxa"/>
              <w:right w:w="70" w:type="dxa"/>
            </w:tcMar>
            <w:vAlign w:val="center"/>
          </w:tcPr>
          <w:p w14:paraId="171600DB" w14:textId="77777777" w:rsidR="004011CE" w:rsidRPr="002D650B" w:rsidRDefault="00000000">
            <w:pPr>
              <w:spacing w:after="0" w:line="240" w:lineRule="auto"/>
              <w:jc w:val="center"/>
              <w:rPr>
                <w:noProof/>
                <w:lang w:val="ro-RO"/>
              </w:rPr>
            </w:pPr>
            <w:r w:rsidRPr="002D650B">
              <w:rPr>
                <w:rFonts w:eastAsia="Arial"/>
                <w:b/>
                <w:noProof/>
                <w:sz w:val="14"/>
                <w:lang w:val="ro-RO"/>
              </w:rPr>
              <w:t>M6.12</w:t>
            </w:r>
          </w:p>
        </w:tc>
        <w:tc>
          <w:tcPr>
            <w:tcW w:w="4081" w:type="dxa"/>
            <w:shd w:val="clear" w:color="auto" w:fill="FAFAFA"/>
            <w:tcMar>
              <w:top w:w="60" w:type="dxa"/>
              <w:left w:w="70" w:type="dxa"/>
              <w:bottom w:w="60" w:type="dxa"/>
              <w:right w:w="70" w:type="dxa"/>
            </w:tcMar>
            <w:vAlign w:val="center"/>
          </w:tcPr>
          <w:p w14:paraId="422B80EA" w14:textId="77777777" w:rsidR="004011CE" w:rsidRPr="002D650B" w:rsidRDefault="00000000">
            <w:pPr>
              <w:spacing w:after="0" w:line="240" w:lineRule="auto"/>
              <w:rPr>
                <w:noProof/>
                <w:lang w:val="ro-RO"/>
              </w:rPr>
            </w:pPr>
            <w:r w:rsidRPr="002D650B">
              <w:rPr>
                <w:rFonts w:eastAsia="Arial"/>
                <w:noProof/>
                <w:sz w:val="14"/>
                <w:lang w:val="ro-RO"/>
              </w:rPr>
              <w:t>Neconformitățile furnizorilor generează acțiuni proporționale și verificarea eficacității.</w:t>
            </w:r>
          </w:p>
        </w:tc>
        <w:tc>
          <w:tcPr>
            <w:tcW w:w="5159" w:type="dxa"/>
            <w:shd w:val="clear" w:color="auto" w:fill="FAFAFA"/>
            <w:tcMar>
              <w:top w:w="60" w:type="dxa"/>
              <w:left w:w="70" w:type="dxa"/>
              <w:bottom w:w="60" w:type="dxa"/>
              <w:right w:w="70" w:type="dxa"/>
            </w:tcMar>
            <w:vAlign w:val="center"/>
          </w:tcPr>
          <w:p w14:paraId="19FD630F" w14:textId="77777777" w:rsidR="004011CE" w:rsidRPr="002D650B" w:rsidRDefault="00000000">
            <w:pPr>
              <w:spacing w:after="0" w:line="240" w:lineRule="auto"/>
              <w:rPr>
                <w:noProof/>
                <w:lang w:val="ro-RO"/>
              </w:rPr>
            </w:pPr>
            <w:r w:rsidRPr="002D650B">
              <w:rPr>
                <w:rFonts w:eastAsia="Arial"/>
                <w:noProof/>
                <w:sz w:val="14"/>
                <w:lang w:val="ro-RO"/>
              </w:rPr>
              <w:t>SCAR, CAPA, intensificare control și reevaluare.</w:t>
            </w:r>
          </w:p>
        </w:tc>
        <w:tc>
          <w:tcPr>
            <w:tcW w:w="1417" w:type="dxa"/>
            <w:shd w:val="clear" w:color="auto" w:fill="FAFAFA"/>
            <w:tcMar>
              <w:top w:w="60" w:type="dxa"/>
              <w:left w:w="70" w:type="dxa"/>
              <w:bottom w:w="60" w:type="dxa"/>
              <w:right w:w="70" w:type="dxa"/>
            </w:tcMar>
            <w:vAlign w:val="center"/>
          </w:tcPr>
          <w:p w14:paraId="28CDE5F5"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DFBA19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97444C0" w14:textId="77777777" w:rsidR="004011CE" w:rsidRPr="002D650B" w:rsidRDefault="004011CE">
            <w:pPr>
              <w:spacing w:after="0" w:line="240" w:lineRule="auto"/>
              <w:jc w:val="center"/>
              <w:rPr>
                <w:noProof/>
                <w:lang w:val="ro-RO"/>
              </w:rPr>
            </w:pPr>
          </w:p>
        </w:tc>
      </w:tr>
    </w:tbl>
    <w:p w14:paraId="56620DA1"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0AB1B761"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34FBF034" w14:textId="77777777">
        <w:trPr>
          <w:cantSplit/>
          <w:jc w:val="center"/>
        </w:trPr>
        <w:tc>
          <w:tcPr>
            <w:tcW w:w="1020" w:type="dxa"/>
            <w:shd w:val="clear" w:color="auto" w:fill="D71920"/>
            <w:tcMar>
              <w:top w:w="60" w:type="dxa"/>
              <w:left w:w="70" w:type="dxa"/>
              <w:bottom w:w="60" w:type="dxa"/>
              <w:right w:w="70" w:type="dxa"/>
            </w:tcMar>
            <w:vAlign w:val="center"/>
          </w:tcPr>
          <w:p w14:paraId="5ED4A834"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7</w:t>
            </w:r>
          </w:p>
        </w:tc>
        <w:tc>
          <w:tcPr>
            <w:tcW w:w="12585" w:type="dxa"/>
            <w:shd w:val="clear" w:color="auto" w:fill="F3F4F5"/>
          </w:tcPr>
          <w:p w14:paraId="1F45B3ED" w14:textId="77777777" w:rsidR="004011CE" w:rsidRPr="002D650B" w:rsidRDefault="00000000">
            <w:pPr>
              <w:spacing w:after="20"/>
              <w:rPr>
                <w:noProof/>
                <w:lang w:val="ro-RO"/>
              </w:rPr>
            </w:pPr>
            <w:r w:rsidRPr="002D650B">
              <w:rPr>
                <w:rFonts w:eastAsia="Arial"/>
                <w:b/>
                <w:noProof/>
                <w:sz w:val="27"/>
                <w:lang w:val="ro-RO"/>
              </w:rPr>
              <w:t>Producție, furnizare servicii, validare, identificare și trasabilitate</w:t>
            </w:r>
          </w:p>
          <w:p w14:paraId="50144731" w14:textId="77777777" w:rsidR="004011CE" w:rsidRPr="002D650B" w:rsidRDefault="00000000">
            <w:pPr>
              <w:spacing w:after="0"/>
              <w:rPr>
                <w:noProof/>
                <w:lang w:val="ro-RO"/>
              </w:rPr>
            </w:pPr>
            <w:r w:rsidRPr="002D650B">
              <w:rPr>
                <w:rFonts w:eastAsia="Arial"/>
                <w:noProof/>
                <w:color w:val="666666"/>
                <w:sz w:val="16"/>
                <w:lang w:val="ro-RO"/>
              </w:rPr>
              <w:t>Referință: ISO 13485:2016, clauzele 7.5-7.6  |  Obiectiv: realizarea consecventă a produsului prin condiții controlate, procese validate și dovezi complete</w:t>
            </w:r>
          </w:p>
        </w:tc>
      </w:tr>
    </w:tbl>
    <w:p w14:paraId="403AC6B8"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6155E65D" w14:textId="77777777">
        <w:trPr>
          <w:cantSplit/>
          <w:jc w:val="center"/>
        </w:trPr>
        <w:tc>
          <w:tcPr>
            <w:tcW w:w="566" w:type="dxa"/>
            <w:shd w:val="clear" w:color="auto" w:fill="D71920"/>
            <w:tcMar>
              <w:top w:w="60" w:type="dxa"/>
              <w:left w:w="70" w:type="dxa"/>
              <w:bottom w:w="60" w:type="dxa"/>
              <w:right w:w="70" w:type="dxa"/>
            </w:tcMar>
            <w:vAlign w:val="center"/>
          </w:tcPr>
          <w:p w14:paraId="29E653CB"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04294926"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3EE7E556" w14:textId="77777777" w:rsidR="004011CE" w:rsidRPr="002D650B" w:rsidRDefault="00000000">
            <w:pPr>
              <w:spacing w:after="0" w:line="252" w:lineRule="auto"/>
              <w:rPr>
                <w:noProof/>
                <w:lang w:val="ro-RO"/>
              </w:rPr>
            </w:pPr>
            <w:r w:rsidRPr="002D650B">
              <w:rPr>
                <w:rFonts w:eastAsia="Arial"/>
                <w:noProof/>
                <w:sz w:val="16"/>
                <w:lang w:val="ro-RO"/>
              </w:rPr>
              <w:t>Procesele speciale trebuie validate înainte ca produsul să depindă de ele. Revalidarea trebuie declanșată de schimbări, tendințe, mentenanță majoră sau alte dovezi că starea validată poate fi afectată.</w:t>
            </w:r>
          </w:p>
        </w:tc>
      </w:tr>
    </w:tbl>
    <w:p w14:paraId="37735A9F"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28E3C275" w14:textId="77777777">
        <w:trPr>
          <w:cantSplit/>
          <w:tblHeader/>
          <w:jc w:val="center"/>
        </w:trPr>
        <w:tc>
          <w:tcPr>
            <w:tcW w:w="793" w:type="dxa"/>
            <w:shd w:val="clear" w:color="auto" w:fill="D71920"/>
            <w:tcMar>
              <w:top w:w="60" w:type="dxa"/>
              <w:left w:w="70" w:type="dxa"/>
              <w:bottom w:w="60" w:type="dxa"/>
              <w:right w:w="70" w:type="dxa"/>
            </w:tcMar>
            <w:vAlign w:val="center"/>
          </w:tcPr>
          <w:p w14:paraId="5F68619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2760520"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4AF79D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1AE1DF1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6380863"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EA69D0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1A373308" w14:textId="77777777">
        <w:trPr>
          <w:cantSplit/>
          <w:jc w:val="center"/>
        </w:trPr>
        <w:tc>
          <w:tcPr>
            <w:tcW w:w="793" w:type="dxa"/>
            <w:tcMar>
              <w:top w:w="60" w:type="dxa"/>
              <w:left w:w="70" w:type="dxa"/>
              <w:bottom w:w="60" w:type="dxa"/>
              <w:right w:w="70" w:type="dxa"/>
            </w:tcMar>
            <w:vAlign w:val="center"/>
          </w:tcPr>
          <w:p w14:paraId="44A7C7F6" w14:textId="77777777" w:rsidR="004011CE" w:rsidRPr="002D650B" w:rsidRDefault="00000000">
            <w:pPr>
              <w:spacing w:after="0" w:line="240" w:lineRule="auto"/>
              <w:jc w:val="center"/>
              <w:rPr>
                <w:noProof/>
                <w:lang w:val="ro-RO"/>
              </w:rPr>
            </w:pPr>
            <w:r w:rsidRPr="002D650B">
              <w:rPr>
                <w:rFonts w:eastAsia="Arial"/>
                <w:b/>
                <w:noProof/>
                <w:sz w:val="14"/>
                <w:lang w:val="ro-RO"/>
              </w:rPr>
              <w:t>M7.1</w:t>
            </w:r>
          </w:p>
        </w:tc>
        <w:tc>
          <w:tcPr>
            <w:tcW w:w="4081" w:type="dxa"/>
            <w:tcMar>
              <w:top w:w="60" w:type="dxa"/>
              <w:left w:w="70" w:type="dxa"/>
              <w:bottom w:w="60" w:type="dxa"/>
              <w:right w:w="70" w:type="dxa"/>
            </w:tcMar>
            <w:vAlign w:val="center"/>
          </w:tcPr>
          <w:p w14:paraId="73AF10D0" w14:textId="77777777" w:rsidR="004011CE" w:rsidRPr="002D650B" w:rsidRDefault="00000000">
            <w:pPr>
              <w:spacing w:after="0" w:line="240" w:lineRule="auto"/>
              <w:rPr>
                <w:noProof/>
                <w:lang w:val="ro-RO"/>
              </w:rPr>
            </w:pPr>
            <w:r w:rsidRPr="002D650B">
              <w:rPr>
                <w:rFonts w:eastAsia="Arial"/>
                <w:noProof/>
                <w:sz w:val="14"/>
                <w:lang w:val="ro-RO"/>
              </w:rPr>
              <w:t>Producția și serviciile sunt planificate și realizate în condiții controlate.</w:t>
            </w:r>
          </w:p>
        </w:tc>
        <w:tc>
          <w:tcPr>
            <w:tcW w:w="5159" w:type="dxa"/>
            <w:tcMar>
              <w:top w:w="60" w:type="dxa"/>
              <w:left w:w="70" w:type="dxa"/>
              <w:bottom w:w="60" w:type="dxa"/>
              <w:right w:w="70" w:type="dxa"/>
            </w:tcMar>
            <w:vAlign w:val="center"/>
          </w:tcPr>
          <w:p w14:paraId="1E2503B6" w14:textId="77777777" w:rsidR="004011CE" w:rsidRPr="002D650B" w:rsidRDefault="00000000">
            <w:pPr>
              <w:spacing w:after="0" w:line="240" w:lineRule="auto"/>
              <w:rPr>
                <w:noProof/>
                <w:lang w:val="ro-RO"/>
              </w:rPr>
            </w:pPr>
            <w:r w:rsidRPr="002D650B">
              <w:rPr>
                <w:rFonts w:eastAsia="Arial"/>
                <w:noProof/>
                <w:sz w:val="14"/>
                <w:lang w:val="ro-RO"/>
              </w:rPr>
              <w:t>Specificații, instrucțiuni, echipamente, monitorizare și eliberare.</w:t>
            </w:r>
          </w:p>
        </w:tc>
        <w:tc>
          <w:tcPr>
            <w:tcW w:w="1417" w:type="dxa"/>
            <w:tcMar>
              <w:top w:w="60" w:type="dxa"/>
              <w:left w:w="70" w:type="dxa"/>
              <w:bottom w:w="60" w:type="dxa"/>
              <w:right w:w="70" w:type="dxa"/>
            </w:tcMar>
            <w:vAlign w:val="center"/>
          </w:tcPr>
          <w:p w14:paraId="0D0C123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2324A60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002E5D0" w14:textId="77777777" w:rsidR="004011CE" w:rsidRPr="002D650B" w:rsidRDefault="004011CE">
            <w:pPr>
              <w:spacing w:after="0" w:line="240" w:lineRule="auto"/>
              <w:jc w:val="center"/>
              <w:rPr>
                <w:noProof/>
                <w:lang w:val="ro-RO"/>
              </w:rPr>
            </w:pPr>
          </w:p>
        </w:tc>
      </w:tr>
      <w:tr w:rsidR="004011CE" w:rsidRPr="002D650B" w14:paraId="0B000752" w14:textId="77777777">
        <w:trPr>
          <w:cantSplit/>
          <w:jc w:val="center"/>
        </w:trPr>
        <w:tc>
          <w:tcPr>
            <w:tcW w:w="793" w:type="dxa"/>
            <w:shd w:val="clear" w:color="auto" w:fill="FAFAFA"/>
            <w:tcMar>
              <w:top w:w="60" w:type="dxa"/>
              <w:left w:w="70" w:type="dxa"/>
              <w:bottom w:w="60" w:type="dxa"/>
              <w:right w:w="70" w:type="dxa"/>
            </w:tcMar>
            <w:vAlign w:val="center"/>
          </w:tcPr>
          <w:p w14:paraId="52AD84E9" w14:textId="77777777" w:rsidR="004011CE" w:rsidRPr="002D650B" w:rsidRDefault="00000000">
            <w:pPr>
              <w:spacing w:after="0" w:line="240" w:lineRule="auto"/>
              <w:jc w:val="center"/>
              <w:rPr>
                <w:noProof/>
                <w:lang w:val="ro-RO"/>
              </w:rPr>
            </w:pPr>
            <w:r w:rsidRPr="002D650B">
              <w:rPr>
                <w:rFonts w:eastAsia="Arial"/>
                <w:b/>
                <w:noProof/>
                <w:sz w:val="14"/>
                <w:lang w:val="ro-RO"/>
              </w:rPr>
              <w:t>M7.2</w:t>
            </w:r>
          </w:p>
        </w:tc>
        <w:tc>
          <w:tcPr>
            <w:tcW w:w="4081" w:type="dxa"/>
            <w:shd w:val="clear" w:color="auto" w:fill="FAFAFA"/>
            <w:tcMar>
              <w:top w:w="60" w:type="dxa"/>
              <w:left w:w="70" w:type="dxa"/>
              <w:bottom w:w="60" w:type="dxa"/>
              <w:right w:w="70" w:type="dxa"/>
            </w:tcMar>
            <w:vAlign w:val="center"/>
          </w:tcPr>
          <w:p w14:paraId="65D0B1AA" w14:textId="77777777" w:rsidR="004011CE" w:rsidRPr="002D650B" w:rsidRDefault="00000000">
            <w:pPr>
              <w:spacing w:after="0" w:line="240" w:lineRule="auto"/>
              <w:rPr>
                <w:noProof/>
                <w:lang w:val="ro-RO"/>
              </w:rPr>
            </w:pPr>
            <w:r w:rsidRPr="002D650B">
              <w:rPr>
                <w:rFonts w:eastAsia="Arial"/>
                <w:noProof/>
                <w:sz w:val="14"/>
                <w:lang w:val="ro-RO"/>
              </w:rPr>
              <w:t>Curățenia produsului și controlul contaminării sunt definite când sunt relevante.</w:t>
            </w:r>
          </w:p>
        </w:tc>
        <w:tc>
          <w:tcPr>
            <w:tcW w:w="5159" w:type="dxa"/>
            <w:shd w:val="clear" w:color="auto" w:fill="FAFAFA"/>
            <w:tcMar>
              <w:top w:w="60" w:type="dxa"/>
              <w:left w:w="70" w:type="dxa"/>
              <w:bottom w:w="60" w:type="dxa"/>
              <w:right w:w="70" w:type="dxa"/>
            </w:tcMar>
            <w:vAlign w:val="center"/>
          </w:tcPr>
          <w:p w14:paraId="123CAA7E" w14:textId="77777777" w:rsidR="004011CE" w:rsidRPr="002D650B" w:rsidRDefault="00000000">
            <w:pPr>
              <w:spacing w:after="0" w:line="240" w:lineRule="auto"/>
              <w:rPr>
                <w:noProof/>
                <w:lang w:val="ro-RO"/>
              </w:rPr>
            </w:pPr>
            <w:r w:rsidRPr="002D650B">
              <w:rPr>
                <w:rFonts w:eastAsia="Arial"/>
                <w:noProof/>
                <w:sz w:val="14"/>
                <w:lang w:val="ro-RO"/>
              </w:rPr>
              <w:t>Sterilizare, produse nesterile, agenți eliminați și utilizări speciale.</w:t>
            </w:r>
          </w:p>
        </w:tc>
        <w:tc>
          <w:tcPr>
            <w:tcW w:w="1417" w:type="dxa"/>
            <w:shd w:val="clear" w:color="auto" w:fill="FAFAFA"/>
            <w:tcMar>
              <w:top w:w="60" w:type="dxa"/>
              <w:left w:w="70" w:type="dxa"/>
              <w:bottom w:w="60" w:type="dxa"/>
              <w:right w:w="70" w:type="dxa"/>
            </w:tcMar>
            <w:vAlign w:val="center"/>
          </w:tcPr>
          <w:p w14:paraId="3C654E2F"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575339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C48415A" w14:textId="77777777" w:rsidR="004011CE" w:rsidRPr="002D650B" w:rsidRDefault="004011CE">
            <w:pPr>
              <w:spacing w:after="0" w:line="240" w:lineRule="auto"/>
              <w:jc w:val="center"/>
              <w:rPr>
                <w:noProof/>
                <w:lang w:val="ro-RO"/>
              </w:rPr>
            </w:pPr>
          </w:p>
        </w:tc>
      </w:tr>
      <w:tr w:rsidR="004011CE" w:rsidRPr="002D650B" w14:paraId="5AC68229" w14:textId="77777777">
        <w:trPr>
          <w:cantSplit/>
          <w:jc w:val="center"/>
        </w:trPr>
        <w:tc>
          <w:tcPr>
            <w:tcW w:w="793" w:type="dxa"/>
            <w:tcMar>
              <w:top w:w="60" w:type="dxa"/>
              <w:left w:w="70" w:type="dxa"/>
              <w:bottom w:w="60" w:type="dxa"/>
              <w:right w:w="70" w:type="dxa"/>
            </w:tcMar>
            <w:vAlign w:val="center"/>
          </w:tcPr>
          <w:p w14:paraId="1B257E4D" w14:textId="77777777" w:rsidR="004011CE" w:rsidRPr="002D650B" w:rsidRDefault="00000000">
            <w:pPr>
              <w:spacing w:after="0" w:line="240" w:lineRule="auto"/>
              <w:jc w:val="center"/>
              <w:rPr>
                <w:noProof/>
                <w:lang w:val="ro-RO"/>
              </w:rPr>
            </w:pPr>
            <w:r w:rsidRPr="002D650B">
              <w:rPr>
                <w:rFonts w:eastAsia="Arial"/>
                <w:b/>
                <w:noProof/>
                <w:sz w:val="14"/>
                <w:lang w:val="ro-RO"/>
              </w:rPr>
              <w:t>M7.3</w:t>
            </w:r>
          </w:p>
        </w:tc>
        <w:tc>
          <w:tcPr>
            <w:tcW w:w="4081" w:type="dxa"/>
            <w:tcMar>
              <w:top w:w="60" w:type="dxa"/>
              <w:left w:w="70" w:type="dxa"/>
              <w:bottom w:w="60" w:type="dxa"/>
              <w:right w:w="70" w:type="dxa"/>
            </w:tcMar>
            <w:vAlign w:val="center"/>
          </w:tcPr>
          <w:p w14:paraId="086B1B94" w14:textId="77777777" w:rsidR="004011CE" w:rsidRPr="002D650B" w:rsidRDefault="00000000">
            <w:pPr>
              <w:spacing w:after="0" w:line="240" w:lineRule="auto"/>
              <w:rPr>
                <w:noProof/>
                <w:lang w:val="ro-RO"/>
              </w:rPr>
            </w:pPr>
            <w:r w:rsidRPr="002D650B">
              <w:rPr>
                <w:rFonts w:eastAsia="Arial"/>
                <w:noProof/>
                <w:sz w:val="14"/>
                <w:lang w:val="ro-RO"/>
              </w:rPr>
              <w:t>Instalarea și service-ul sunt documentate, verificate și analizate, când sunt aplicabile.</w:t>
            </w:r>
          </w:p>
        </w:tc>
        <w:tc>
          <w:tcPr>
            <w:tcW w:w="5159" w:type="dxa"/>
            <w:tcMar>
              <w:top w:w="60" w:type="dxa"/>
              <w:left w:w="70" w:type="dxa"/>
              <w:bottom w:w="60" w:type="dxa"/>
              <w:right w:w="70" w:type="dxa"/>
            </w:tcMar>
            <w:vAlign w:val="center"/>
          </w:tcPr>
          <w:p w14:paraId="100DBACF" w14:textId="77777777" w:rsidR="004011CE" w:rsidRPr="002D650B" w:rsidRDefault="00000000">
            <w:pPr>
              <w:spacing w:after="0" w:line="240" w:lineRule="auto"/>
              <w:rPr>
                <w:noProof/>
                <w:lang w:val="ro-RO"/>
              </w:rPr>
            </w:pPr>
            <w:r w:rsidRPr="002D650B">
              <w:rPr>
                <w:rFonts w:eastAsia="Arial"/>
                <w:noProof/>
                <w:sz w:val="14"/>
                <w:lang w:val="ro-RO"/>
              </w:rPr>
              <w:t>Instrucțiuni, acceptare, piese, rezultate, responsabilități și feedback.</w:t>
            </w:r>
          </w:p>
        </w:tc>
        <w:tc>
          <w:tcPr>
            <w:tcW w:w="1417" w:type="dxa"/>
            <w:tcMar>
              <w:top w:w="60" w:type="dxa"/>
              <w:left w:w="70" w:type="dxa"/>
              <w:bottom w:w="60" w:type="dxa"/>
              <w:right w:w="70" w:type="dxa"/>
            </w:tcMar>
            <w:vAlign w:val="center"/>
          </w:tcPr>
          <w:p w14:paraId="79C459F5"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CBC0622"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444498D" w14:textId="77777777" w:rsidR="004011CE" w:rsidRPr="002D650B" w:rsidRDefault="004011CE">
            <w:pPr>
              <w:spacing w:after="0" w:line="240" w:lineRule="auto"/>
              <w:jc w:val="center"/>
              <w:rPr>
                <w:noProof/>
                <w:lang w:val="ro-RO"/>
              </w:rPr>
            </w:pPr>
          </w:p>
        </w:tc>
      </w:tr>
      <w:tr w:rsidR="004011CE" w:rsidRPr="002D650B" w14:paraId="5B748890" w14:textId="77777777">
        <w:trPr>
          <w:cantSplit/>
          <w:jc w:val="center"/>
        </w:trPr>
        <w:tc>
          <w:tcPr>
            <w:tcW w:w="793" w:type="dxa"/>
            <w:shd w:val="clear" w:color="auto" w:fill="FAFAFA"/>
            <w:tcMar>
              <w:top w:w="60" w:type="dxa"/>
              <w:left w:w="70" w:type="dxa"/>
              <w:bottom w:w="60" w:type="dxa"/>
              <w:right w:w="70" w:type="dxa"/>
            </w:tcMar>
            <w:vAlign w:val="center"/>
          </w:tcPr>
          <w:p w14:paraId="0C7C33DE" w14:textId="77777777" w:rsidR="004011CE" w:rsidRPr="002D650B" w:rsidRDefault="00000000">
            <w:pPr>
              <w:spacing w:after="0" w:line="240" w:lineRule="auto"/>
              <w:jc w:val="center"/>
              <w:rPr>
                <w:noProof/>
                <w:lang w:val="ro-RO"/>
              </w:rPr>
            </w:pPr>
            <w:r w:rsidRPr="002D650B">
              <w:rPr>
                <w:rFonts w:eastAsia="Arial"/>
                <w:b/>
                <w:noProof/>
                <w:sz w:val="14"/>
                <w:lang w:val="ro-RO"/>
              </w:rPr>
              <w:t>M7.4</w:t>
            </w:r>
          </w:p>
        </w:tc>
        <w:tc>
          <w:tcPr>
            <w:tcW w:w="4081" w:type="dxa"/>
            <w:shd w:val="clear" w:color="auto" w:fill="FAFAFA"/>
            <w:tcMar>
              <w:top w:w="60" w:type="dxa"/>
              <w:left w:w="70" w:type="dxa"/>
              <w:bottom w:w="60" w:type="dxa"/>
              <w:right w:w="70" w:type="dxa"/>
            </w:tcMar>
            <w:vAlign w:val="center"/>
          </w:tcPr>
          <w:p w14:paraId="13DE7E61" w14:textId="77777777" w:rsidR="004011CE" w:rsidRPr="002D650B" w:rsidRDefault="00000000">
            <w:pPr>
              <w:spacing w:after="0" w:line="240" w:lineRule="auto"/>
              <w:rPr>
                <w:noProof/>
                <w:lang w:val="ro-RO"/>
              </w:rPr>
            </w:pPr>
            <w:r w:rsidRPr="002D650B">
              <w:rPr>
                <w:rFonts w:eastAsia="Arial"/>
                <w:noProof/>
                <w:sz w:val="14"/>
                <w:lang w:val="ro-RO"/>
              </w:rPr>
              <w:t>Cerințele pentru dispozitive sterile și validarea sterilizării/barierelor sterile sunt documentate.</w:t>
            </w:r>
          </w:p>
        </w:tc>
        <w:tc>
          <w:tcPr>
            <w:tcW w:w="5159" w:type="dxa"/>
            <w:shd w:val="clear" w:color="auto" w:fill="FAFAFA"/>
            <w:tcMar>
              <w:top w:w="60" w:type="dxa"/>
              <w:left w:w="70" w:type="dxa"/>
              <w:bottom w:w="60" w:type="dxa"/>
              <w:right w:w="70" w:type="dxa"/>
            </w:tcMar>
            <w:vAlign w:val="center"/>
          </w:tcPr>
          <w:p w14:paraId="59A30197" w14:textId="77777777" w:rsidR="004011CE" w:rsidRPr="002D650B" w:rsidRDefault="00000000">
            <w:pPr>
              <w:spacing w:after="0" w:line="240" w:lineRule="auto"/>
              <w:rPr>
                <w:noProof/>
                <w:lang w:val="ro-RO"/>
              </w:rPr>
            </w:pPr>
            <w:r w:rsidRPr="002D650B">
              <w:rPr>
                <w:rFonts w:eastAsia="Arial"/>
                <w:noProof/>
                <w:sz w:val="14"/>
                <w:lang w:val="ro-RO"/>
              </w:rPr>
              <w:t>Parametri, loturi, protocoale, încărcări, rezultate, trasabilitate și revalidare.</w:t>
            </w:r>
          </w:p>
        </w:tc>
        <w:tc>
          <w:tcPr>
            <w:tcW w:w="1417" w:type="dxa"/>
            <w:shd w:val="clear" w:color="auto" w:fill="FAFAFA"/>
            <w:tcMar>
              <w:top w:w="60" w:type="dxa"/>
              <w:left w:w="70" w:type="dxa"/>
              <w:bottom w:w="60" w:type="dxa"/>
              <w:right w:w="70" w:type="dxa"/>
            </w:tcMar>
            <w:vAlign w:val="center"/>
          </w:tcPr>
          <w:p w14:paraId="5D80DA1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33B953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FD78E23" w14:textId="77777777" w:rsidR="004011CE" w:rsidRPr="002D650B" w:rsidRDefault="004011CE">
            <w:pPr>
              <w:spacing w:after="0" w:line="240" w:lineRule="auto"/>
              <w:jc w:val="center"/>
              <w:rPr>
                <w:noProof/>
                <w:lang w:val="ro-RO"/>
              </w:rPr>
            </w:pPr>
          </w:p>
        </w:tc>
      </w:tr>
      <w:tr w:rsidR="004011CE" w:rsidRPr="002D650B" w14:paraId="3954D90B" w14:textId="77777777">
        <w:trPr>
          <w:cantSplit/>
          <w:jc w:val="center"/>
        </w:trPr>
        <w:tc>
          <w:tcPr>
            <w:tcW w:w="793" w:type="dxa"/>
            <w:tcMar>
              <w:top w:w="60" w:type="dxa"/>
              <w:left w:w="70" w:type="dxa"/>
              <w:bottom w:w="60" w:type="dxa"/>
              <w:right w:w="70" w:type="dxa"/>
            </w:tcMar>
            <w:vAlign w:val="center"/>
          </w:tcPr>
          <w:p w14:paraId="20A7F0D4" w14:textId="77777777" w:rsidR="004011CE" w:rsidRPr="002D650B" w:rsidRDefault="00000000">
            <w:pPr>
              <w:spacing w:after="0" w:line="240" w:lineRule="auto"/>
              <w:jc w:val="center"/>
              <w:rPr>
                <w:noProof/>
                <w:lang w:val="ro-RO"/>
              </w:rPr>
            </w:pPr>
            <w:r w:rsidRPr="002D650B">
              <w:rPr>
                <w:rFonts w:eastAsia="Arial"/>
                <w:b/>
                <w:noProof/>
                <w:sz w:val="14"/>
                <w:lang w:val="ro-RO"/>
              </w:rPr>
              <w:t>M7.5</w:t>
            </w:r>
          </w:p>
        </w:tc>
        <w:tc>
          <w:tcPr>
            <w:tcW w:w="4081" w:type="dxa"/>
            <w:tcMar>
              <w:top w:w="60" w:type="dxa"/>
              <w:left w:w="70" w:type="dxa"/>
              <w:bottom w:w="60" w:type="dxa"/>
              <w:right w:w="70" w:type="dxa"/>
            </w:tcMar>
            <w:vAlign w:val="center"/>
          </w:tcPr>
          <w:p w14:paraId="65CEB9CC" w14:textId="77777777" w:rsidR="004011CE" w:rsidRPr="002D650B" w:rsidRDefault="00000000">
            <w:pPr>
              <w:spacing w:after="0" w:line="240" w:lineRule="auto"/>
              <w:rPr>
                <w:noProof/>
                <w:lang w:val="ro-RO"/>
              </w:rPr>
            </w:pPr>
            <w:r w:rsidRPr="002D650B">
              <w:rPr>
                <w:rFonts w:eastAsia="Arial"/>
                <w:noProof/>
                <w:sz w:val="14"/>
                <w:lang w:val="ro-RO"/>
              </w:rPr>
              <w:t>Procesele ale căror rezultate nu pot fi verificate complet ulterior sunt validate și revalidate.</w:t>
            </w:r>
          </w:p>
        </w:tc>
        <w:tc>
          <w:tcPr>
            <w:tcW w:w="5159" w:type="dxa"/>
            <w:tcMar>
              <w:top w:w="60" w:type="dxa"/>
              <w:left w:w="70" w:type="dxa"/>
              <w:bottom w:w="60" w:type="dxa"/>
              <w:right w:w="70" w:type="dxa"/>
            </w:tcMar>
            <w:vAlign w:val="center"/>
          </w:tcPr>
          <w:p w14:paraId="46BABD92" w14:textId="77777777" w:rsidR="004011CE" w:rsidRPr="002D650B" w:rsidRDefault="00000000">
            <w:pPr>
              <w:spacing w:after="0" w:line="240" w:lineRule="auto"/>
              <w:rPr>
                <w:noProof/>
                <w:lang w:val="ro-RO"/>
              </w:rPr>
            </w:pPr>
            <w:r w:rsidRPr="002D650B">
              <w:rPr>
                <w:rFonts w:eastAsia="Arial"/>
                <w:noProof/>
                <w:sz w:val="14"/>
                <w:lang w:val="ro-RO"/>
              </w:rPr>
              <w:t>Criterii, echipamente, personal, metode, înregistrări și declanșatori.</w:t>
            </w:r>
          </w:p>
        </w:tc>
        <w:tc>
          <w:tcPr>
            <w:tcW w:w="1417" w:type="dxa"/>
            <w:tcMar>
              <w:top w:w="60" w:type="dxa"/>
              <w:left w:w="70" w:type="dxa"/>
              <w:bottom w:w="60" w:type="dxa"/>
              <w:right w:w="70" w:type="dxa"/>
            </w:tcMar>
            <w:vAlign w:val="center"/>
          </w:tcPr>
          <w:p w14:paraId="05076A8D"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88F54E7"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DB8E5CD" w14:textId="77777777" w:rsidR="004011CE" w:rsidRPr="002D650B" w:rsidRDefault="004011CE">
            <w:pPr>
              <w:spacing w:after="0" w:line="240" w:lineRule="auto"/>
              <w:jc w:val="center"/>
              <w:rPr>
                <w:noProof/>
                <w:lang w:val="ro-RO"/>
              </w:rPr>
            </w:pPr>
          </w:p>
        </w:tc>
      </w:tr>
      <w:tr w:rsidR="004011CE" w:rsidRPr="002D650B" w14:paraId="310086D3" w14:textId="77777777">
        <w:trPr>
          <w:cantSplit/>
          <w:jc w:val="center"/>
        </w:trPr>
        <w:tc>
          <w:tcPr>
            <w:tcW w:w="793" w:type="dxa"/>
            <w:shd w:val="clear" w:color="auto" w:fill="FAFAFA"/>
            <w:tcMar>
              <w:top w:w="60" w:type="dxa"/>
              <w:left w:w="70" w:type="dxa"/>
              <w:bottom w:w="60" w:type="dxa"/>
              <w:right w:w="70" w:type="dxa"/>
            </w:tcMar>
            <w:vAlign w:val="center"/>
          </w:tcPr>
          <w:p w14:paraId="0717404F" w14:textId="77777777" w:rsidR="004011CE" w:rsidRPr="002D650B" w:rsidRDefault="00000000">
            <w:pPr>
              <w:spacing w:after="0" w:line="240" w:lineRule="auto"/>
              <w:jc w:val="center"/>
              <w:rPr>
                <w:noProof/>
                <w:lang w:val="ro-RO"/>
              </w:rPr>
            </w:pPr>
            <w:r w:rsidRPr="002D650B">
              <w:rPr>
                <w:rFonts w:eastAsia="Arial"/>
                <w:b/>
                <w:noProof/>
                <w:sz w:val="14"/>
                <w:lang w:val="ro-RO"/>
              </w:rPr>
              <w:t>M7.6</w:t>
            </w:r>
          </w:p>
        </w:tc>
        <w:tc>
          <w:tcPr>
            <w:tcW w:w="4081" w:type="dxa"/>
            <w:shd w:val="clear" w:color="auto" w:fill="FAFAFA"/>
            <w:tcMar>
              <w:top w:w="60" w:type="dxa"/>
              <w:left w:w="70" w:type="dxa"/>
              <w:bottom w:w="60" w:type="dxa"/>
              <w:right w:w="70" w:type="dxa"/>
            </w:tcMar>
            <w:vAlign w:val="center"/>
          </w:tcPr>
          <w:p w14:paraId="220ACADA" w14:textId="77777777" w:rsidR="004011CE" w:rsidRPr="002D650B" w:rsidRDefault="00000000">
            <w:pPr>
              <w:spacing w:after="0" w:line="240" w:lineRule="auto"/>
              <w:rPr>
                <w:noProof/>
                <w:lang w:val="ro-RO"/>
              </w:rPr>
            </w:pPr>
            <w:r w:rsidRPr="002D650B">
              <w:rPr>
                <w:rFonts w:eastAsia="Arial"/>
                <w:noProof/>
                <w:sz w:val="14"/>
                <w:lang w:val="ro-RO"/>
              </w:rPr>
              <w:t>Software-ul utilizat în producție și service este validat proporțional cu riscul.</w:t>
            </w:r>
          </w:p>
        </w:tc>
        <w:tc>
          <w:tcPr>
            <w:tcW w:w="5159" w:type="dxa"/>
            <w:shd w:val="clear" w:color="auto" w:fill="FAFAFA"/>
            <w:tcMar>
              <w:top w:w="60" w:type="dxa"/>
              <w:left w:w="70" w:type="dxa"/>
              <w:bottom w:w="60" w:type="dxa"/>
              <w:right w:w="70" w:type="dxa"/>
            </w:tcMar>
            <w:vAlign w:val="center"/>
          </w:tcPr>
          <w:p w14:paraId="1314D0DC" w14:textId="77777777" w:rsidR="004011CE" w:rsidRPr="002D650B" w:rsidRDefault="00000000">
            <w:pPr>
              <w:spacing w:after="0" w:line="240" w:lineRule="auto"/>
              <w:rPr>
                <w:noProof/>
                <w:lang w:val="ro-RO"/>
              </w:rPr>
            </w:pPr>
            <w:r w:rsidRPr="002D650B">
              <w:rPr>
                <w:rFonts w:eastAsia="Arial"/>
                <w:noProof/>
                <w:sz w:val="14"/>
                <w:lang w:val="ro-RO"/>
              </w:rPr>
              <w:t>Cerințe, teste, aprobări, versiuni și schimbări.</w:t>
            </w:r>
          </w:p>
        </w:tc>
        <w:tc>
          <w:tcPr>
            <w:tcW w:w="1417" w:type="dxa"/>
            <w:shd w:val="clear" w:color="auto" w:fill="FAFAFA"/>
            <w:tcMar>
              <w:top w:w="60" w:type="dxa"/>
              <w:left w:w="70" w:type="dxa"/>
              <w:bottom w:w="60" w:type="dxa"/>
              <w:right w:w="70" w:type="dxa"/>
            </w:tcMar>
            <w:vAlign w:val="center"/>
          </w:tcPr>
          <w:p w14:paraId="209D3C3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B1C284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2430AC3" w14:textId="77777777" w:rsidR="004011CE" w:rsidRPr="002D650B" w:rsidRDefault="004011CE">
            <w:pPr>
              <w:spacing w:after="0" w:line="240" w:lineRule="auto"/>
              <w:jc w:val="center"/>
              <w:rPr>
                <w:noProof/>
                <w:lang w:val="ro-RO"/>
              </w:rPr>
            </w:pPr>
          </w:p>
        </w:tc>
      </w:tr>
      <w:tr w:rsidR="004011CE" w:rsidRPr="002D650B" w14:paraId="60E8241B" w14:textId="77777777">
        <w:trPr>
          <w:cantSplit/>
          <w:jc w:val="center"/>
        </w:trPr>
        <w:tc>
          <w:tcPr>
            <w:tcW w:w="793" w:type="dxa"/>
            <w:tcMar>
              <w:top w:w="60" w:type="dxa"/>
              <w:left w:w="70" w:type="dxa"/>
              <w:bottom w:w="60" w:type="dxa"/>
              <w:right w:w="70" w:type="dxa"/>
            </w:tcMar>
            <w:vAlign w:val="center"/>
          </w:tcPr>
          <w:p w14:paraId="7C411807" w14:textId="77777777" w:rsidR="004011CE" w:rsidRPr="002D650B" w:rsidRDefault="00000000">
            <w:pPr>
              <w:spacing w:after="0" w:line="240" w:lineRule="auto"/>
              <w:jc w:val="center"/>
              <w:rPr>
                <w:noProof/>
                <w:lang w:val="ro-RO"/>
              </w:rPr>
            </w:pPr>
            <w:r w:rsidRPr="002D650B">
              <w:rPr>
                <w:rFonts w:eastAsia="Arial"/>
                <w:b/>
                <w:noProof/>
                <w:sz w:val="14"/>
                <w:lang w:val="ro-RO"/>
              </w:rPr>
              <w:t>M7.7</w:t>
            </w:r>
          </w:p>
        </w:tc>
        <w:tc>
          <w:tcPr>
            <w:tcW w:w="4081" w:type="dxa"/>
            <w:tcMar>
              <w:top w:w="60" w:type="dxa"/>
              <w:left w:w="70" w:type="dxa"/>
              <w:bottom w:w="60" w:type="dxa"/>
              <w:right w:w="70" w:type="dxa"/>
            </w:tcMar>
            <w:vAlign w:val="center"/>
          </w:tcPr>
          <w:p w14:paraId="6843BA67" w14:textId="77777777" w:rsidR="004011CE" w:rsidRPr="002D650B" w:rsidRDefault="00000000">
            <w:pPr>
              <w:spacing w:after="0" w:line="240" w:lineRule="auto"/>
              <w:rPr>
                <w:noProof/>
                <w:lang w:val="ro-RO"/>
              </w:rPr>
            </w:pPr>
            <w:r w:rsidRPr="002D650B">
              <w:rPr>
                <w:rFonts w:eastAsia="Arial"/>
                <w:noProof/>
                <w:sz w:val="14"/>
                <w:lang w:val="ro-RO"/>
              </w:rPr>
              <w:t>Produsul și statusul său sunt identificate pe parcursul realizării.</w:t>
            </w:r>
          </w:p>
        </w:tc>
        <w:tc>
          <w:tcPr>
            <w:tcW w:w="5159" w:type="dxa"/>
            <w:tcMar>
              <w:top w:w="60" w:type="dxa"/>
              <w:left w:w="70" w:type="dxa"/>
              <w:bottom w:w="60" w:type="dxa"/>
              <w:right w:w="70" w:type="dxa"/>
            </w:tcMar>
            <w:vAlign w:val="center"/>
          </w:tcPr>
          <w:p w14:paraId="0952F6FC" w14:textId="77777777" w:rsidR="004011CE" w:rsidRPr="002D650B" w:rsidRDefault="00000000">
            <w:pPr>
              <w:spacing w:after="0" w:line="240" w:lineRule="auto"/>
              <w:rPr>
                <w:noProof/>
                <w:lang w:val="ro-RO"/>
              </w:rPr>
            </w:pPr>
            <w:r w:rsidRPr="002D650B">
              <w:rPr>
                <w:rFonts w:eastAsia="Arial"/>
                <w:noProof/>
                <w:sz w:val="14"/>
                <w:lang w:val="ro-RO"/>
              </w:rPr>
              <w:t>Lot/serie, versiune, acceptat, respins, carantină sau în lucru.</w:t>
            </w:r>
          </w:p>
        </w:tc>
        <w:tc>
          <w:tcPr>
            <w:tcW w:w="1417" w:type="dxa"/>
            <w:tcMar>
              <w:top w:w="60" w:type="dxa"/>
              <w:left w:w="70" w:type="dxa"/>
              <w:bottom w:w="60" w:type="dxa"/>
              <w:right w:w="70" w:type="dxa"/>
            </w:tcMar>
            <w:vAlign w:val="center"/>
          </w:tcPr>
          <w:p w14:paraId="4ED9D4C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5C5793E"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3C8FEE9" w14:textId="77777777" w:rsidR="004011CE" w:rsidRPr="002D650B" w:rsidRDefault="004011CE">
            <w:pPr>
              <w:spacing w:after="0" w:line="240" w:lineRule="auto"/>
              <w:jc w:val="center"/>
              <w:rPr>
                <w:noProof/>
                <w:lang w:val="ro-RO"/>
              </w:rPr>
            </w:pPr>
          </w:p>
        </w:tc>
      </w:tr>
      <w:tr w:rsidR="004011CE" w:rsidRPr="002D650B" w14:paraId="49265147" w14:textId="77777777">
        <w:trPr>
          <w:cantSplit/>
          <w:jc w:val="center"/>
        </w:trPr>
        <w:tc>
          <w:tcPr>
            <w:tcW w:w="793" w:type="dxa"/>
            <w:shd w:val="clear" w:color="auto" w:fill="FAFAFA"/>
            <w:tcMar>
              <w:top w:w="60" w:type="dxa"/>
              <w:left w:w="70" w:type="dxa"/>
              <w:bottom w:w="60" w:type="dxa"/>
              <w:right w:w="70" w:type="dxa"/>
            </w:tcMar>
            <w:vAlign w:val="center"/>
          </w:tcPr>
          <w:p w14:paraId="44BE1C7D" w14:textId="77777777" w:rsidR="004011CE" w:rsidRPr="002D650B" w:rsidRDefault="00000000">
            <w:pPr>
              <w:spacing w:after="0" w:line="240" w:lineRule="auto"/>
              <w:jc w:val="center"/>
              <w:rPr>
                <w:noProof/>
                <w:lang w:val="ro-RO"/>
              </w:rPr>
            </w:pPr>
            <w:r w:rsidRPr="002D650B">
              <w:rPr>
                <w:rFonts w:eastAsia="Arial"/>
                <w:b/>
                <w:noProof/>
                <w:sz w:val="14"/>
                <w:lang w:val="ro-RO"/>
              </w:rPr>
              <w:t>M7.8</w:t>
            </w:r>
          </w:p>
        </w:tc>
        <w:tc>
          <w:tcPr>
            <w:tcW w:w="4081" w:type="dxa"/>
            <w:shd w:val="clear" w:color="auto" w:fill="FAFAFA"/>
            <w:tcMar>
              <w:top w:w="60" w:type="dxa"/>
              <w:left w:w="70" w:type="dxa"/>
              <w:bottom w:w="60" w:type="dxa"/>
              <w:right w:w="70" w:type="dxa"/>
            </w:tcMar>
            <w:vAlign w:val="center"/>
          </w:tcPr>
          <w:p w14:paraId="4C57CAD7" w14:textId="77777777" w:rsidR="004011CE" w:rsidRPr="002D650B" w:rsidRDefault="00000000">
            <w:pPr>
              <w:spacing w:after="0" w:line="240" w:lineRule="auto"/>
              <w:rPr>
                <w:noProof/>
                <w:lang w:val="ro-RO"/>
              </w:rPr>
            </w:pPr>
            <w:r w:rsidRPr="002D650B">
              <w:rPr>
                <w:rFonts w:eastAsia="Arial"/>
                <w:noProof/>
                <w:sz w:val="14"/>
                <w:lang w:val="ro-RO"/>
              </w:rPr>
              <w:t>Trasabilitatea este definită conform cerințelor și include înregistrările speciale pentru implantabile, când este aplicabil.</w:t>
            </w:r>
          </w:p>
        </w:tc>
        <w:tc>
          <w:tcPr>
            <w:tcW w:w="5159" w:type="dxa"/>
            <w:shd w:val="clear" w:color="auto" w:fill="FAFAFA"/>
            <w:tcMar>
              <w:top w:w="60" w:type="dxa"/>
              <w:left w:w="70" w:type="dxa"/>
              <w:bottom w:w="60" w:type="dxa"/>
              <w:right w:w="70" w:type="dxa"/>
            </w:tcMar>
            <w:vAlign w:val="center"/>
          </w:tcPr>
          <w:p w14:paraId="5F0D755E" w14:textId="77777777" w:rsidR="004011CE" w:rsidRPr="002D650B" w:rsidRDefault="00000000">
            <w:pPr>
              <w:spacing w:after="0" w:line="240" w:lineRule="auto"/>
              <w:rPr>
                <w:noProof/>
                <w:lang w:val="ro-RO"/>
              </w:rPr>
            </w:pPr>
            <w:r w:rsidRPr="002D650B">
              <w:rPr>
                <w:rFonts w:eastAsia="Arial"/>
                <w:noProof/>
                <w:sz w:val="14"/>
                <w:lang w:val="ro-RO"/>
              </w:rPr>
              <w:t>Componente, materiale, mediu, distribuție, destinatari și personal.</w:t>
            </w:r>
          </w:p>
        </w:tc>
        <w:tc>
          <w:tcPr>
            <w:tcW w:w="1417" w:type="dxa"/>
            <w:shd w:val="clear" w:color="auto" w:fill="FAFAFA"/>
            <w:tcMar>
              <w:top w:w="60" w:type="dxa"/>
              <w:left w:w="70" w:type="dxa"/>
              <w:bottom w:w="60" w:type="dxa"/>
              <w:right w:w="70" w:type="dxa"/>
            </w:tcMar>
            <w:vAlign w:val="center"/>
          </w:tcPr>
          <w:p w14:paraId="225C7A21"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0C61BC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B25832E" w14:textId="77777777" w:rsidR="004011CE" w:rsidRPr="002D650B" w:rsidRDefault="004011CE">
            <w:pPr>
              <w:spacing w:after="0" w:line="240" w:lineRule="auto"/>
              <w:jc w:val="center"/>
              <w:rPr>
                <w:noProof/>
                <w:lang w:val="ro-RO"/>
              </w:rPr>
            </w:pPr>
          </w:p>
        </w:tc>
      </w:tr>
      <w:tr w:rsidR="004011CE" w:rsidRPr="002D650B" w14:paraId="5381143A" w14:textId="77777777">
        <w:trPr>
          <w:cantSplit/>
          <w:jc w:val="center"/>
        </w:trPr>
        <w:tc>
          <w:tcPr>
            <w:tcW w:w="793" w:type="dxa"/>
            <w:tcMar>
              <w:top w:w="60" w:type="dxa"/>
              <w:left w:w="70" w:type="dxa"/>
              <w:bottom w:w="60" w:type="dxa"/>
              <w:right w:w="70" w:type="dxa"/>
            </w:tcMar>
            <w:vAlign w:val="center"/>
          </w:tcPr>
          <w:p w14:paraId="5E08FB44" w14:textId="77777777" w:rsidR="004011CE" w:rsidRPr="002D650B" w:rsidRDefault="00000000">
            <w:pPr>
              <w:spacing w:after="0" w:line="240" w:lineRule="auto"/>
              <w:jc w:val="center"/>
              <w:rPr>
                <w:noProof/>
                <w:lang w:val="ro-RO"/>
              </w:rPr>
            </w:pPr>
            <w:r w:rsidRPr="002D650B">
              <w:rPr>
                <w:rFonts w:eastAsia="Arial"/>
                <w:b/>
                <w:noProof/>
                <w:sz w:val="14"/>
                <w:lang w:val="ro-RO"/>
              </w:rPr>
              <w:t>M7.9</w:t>
            </w:r>
          </w:p>
        </w:tc>
        <w:tc>
          <w:tcPr>
            <w:tcW w:w="4081" w:type="dxa"/>
            <w:tcMar>
              <w:top w:w="60" w:type="dxa"/>
              <w:left w:w="70" w:type="dxa"/>
              <w:bottom w:w="60" w:type="dxa"/>
              <w:right w:w="70" w:type="dxa"/>
            </w:tcMar>
            <w:vAlign w:val="center"/>
          </w:tcPr>
          <w:p w14:paraId="199C3DD1" w14:textId="77777777" w:rsidR="004011CE" w:rsidRPr="002D650B" w:rsidRDefault="00000000">
            <w:pPr>
              <w:spacing w:after="0" w:line="240" w:lineRule="auto"/>
              <w:rPr>
                <w:noProof/>
                <w:lang w:val="ro-RO"/>
              </w:rPr>
            </w:pPr>
            <w:r w:rsidRPr="002D650B">
              <w:rPr>
                <w:rFonts w:eastAsia="Arial"/>
                <w:noProof/>
                <w:sz w:val="14"/>
                <w:lang w:val="ro-RO"/>
              </w:rPr>
              <w:t>Proprietatea clientului este identificată, verificată, protejată și raportată la probleme.</w:t>
            </w:r>
          </w:p>
        </w:tc>
        <w:tc>
          <w:tcPr>
            <w:tcW w:w="5159" w:type="dxa"/>
            <w:tcMar>
              <w:top w:w="60" w:type="dxa"/>
              <w:left w:w="70" w:type="dxa"/>
              <w:bottom w:w="60" w:type="dxa"/>
              <w:right w:w="70" w:type="dxa"/>
            </w:tcMar>
            <w:vAlign w:val="center"/>
          </w:tcPr>
          <w:p w14:paraId="19FC33CD" w14:textId="77777777" w:rsidR="004011CE" w:rsidRPr="002D650B" w:rsidRDefault="00000000">
            <w:pPr>
              <w:spacing w:after="0" w:line="240" w:lineRule="auto"/>
              <w:rPr>
                <w:noProof/>
                <w:lang w:val="ro-RO"/>
              </w:rPr>
            </w:pPr>
            <w:r w:rsidRPr="002D650B">
              <w:rPr>
                <w:rFonts w:eastAsia="Arial"/>
                <w:noProof/>
                <w:sz w:val="14"/>
                <w:lang w:val="ro-RO"/>
              </w:rPr>
              <w:t>Date, echipamente, mostre și materiale.</w:t>
            </w:r>
          </w:p>
        </w:tc>
        <w:tc>
          <w:tcPr>
            <w:tcW w:w="1417" w:type="dxa"/>
            <w:tcMar>
              <w:top w:w="60" w:type="dxa"/>
              <w:left w:w="70" w:type="dxa"/>
              <w:bottom w:w="60" w:type="dxa"/>
              <w:right w:w="70" w:type="dxa"/>
            </w:tcMar>
            <w:vAlign w:val="center"/>
          </w:tcPr>
          <w:p w14:paraId="7B5BEDC6"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0BDCEE0"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CB62A49" w14:textId="77777777" w:rsidR="004011CE" w:rsidRPr="002D650B" w:rsidRDefault="004011CE">
            <w:pPr>
              <w:spacing w:after="0" w:line="240" w:lineRule="auto"/>
              <w:jc w:val="center"/>
              <w:rPr>
                <w:noProof/>
                <w:lang w:val="ro-RO"/>
              </w:rPr>
            </w:pPr>
          </w:p>
        </w:tc>
      </w:tr>
      <w:tr w:rsidR="004011CE" w:rsidRPr="002D650B" w14:paraId="3D10D215" w14:textId="77777777">
        <w:trPr>
          <w:cantSplit/>
          <w:jc w:val="center"/>
        </w:trPr>
        <w:tc>
          <w:tcPr>
            <w:tcW w:w="793" w:type="dxa"/>
            <w:shd w:val="clear" w:color="auto" w:fill="FAFAFA"/>
            <w:tcMar>
              <w:top w:w="60" w:type="dxa"/>
              <w:left w:w="70" w:type="dxa"/>
              <w:bottom w:w="60" w:type="dxa"/>
              <w:right w:w="70" w:type="dxa"/>
            </w:tcMar>
            <w:vAlign w:val="center"/>
          </w:tcPr>
          <w:p w14:paraId="19F1C984" w14:textId="77777777" w:rsidR="004011CE" w:rsidRPr="002D650B" w:rsidRDefault="00000000">
            <w:pPr>
              <w:spacing w:after="0" w:line="240" w:lineRule="auto"/>
              <w:jc w:val="center"/>
              <w:rPr>
                <w:noProof/>
                <w:lang w:val="ro-RO"/>
              </w:rPr>
            </w:pPr>
            <w:r w:rsidRPr="002D650B">
              <w:rPr>
                <w:rFonts w:eastAsia="Arial"/>
                <w:b/>
                <w:noProof/>
                <w:sz w:val="14"/>
                <w:lang w:val="ro-RO"/>
              </w:rPr>
              <w:t>M7.10</w:t>
            </w:r>
          </w:p>
        </w:tc>
        <w:tc>
          <w:tcPr>
            <w:tcW w:w="4081" w:type="dxa"/>
            <w:shd w:val="clear" w:color="auto" w:fill="FAFAFA"/>
            <w:tcMar>
              <w:top w:w="60" w:type="dxa"/>
              <w:left w:w="70" w:type="dxa"/>
              <w:bottom w:w="60" w:type="dxa"/>
              <w:right w:w="70" w:type="dxa"/>
            </w:tcMar>
            <w:vAlign w:val="center"/>
          </w:tcPr>
          <w:p w14:paraId="6BCC9BA0" w14:textId="77777777" w:rsidR="004011CE" w:rsidRPr="002D650B" w:rsidRDefault="00000000">
            <w:pPr>
              <w:spacing w:after="0" w:line="240" w:lineRule="auto"/>
              <w:rPr>
                <w:noProof/>
                <w:lang w:val="ro-RO"/>
              </w:rPr>
            </w:pPr>
            <w:r w:rsidRPr="002D650B">
              <w:rPr>
                <w:rFonts w:eastAsia="Arial"/>
                <w:noProof/>
                <w:sz w:val="14"/>
                <w:lang w:val="ro-RO"/>
              </w:rPr>
              <w:t>Produsul este păstrat conform cerințelor pe procesare, depozitare, manipulare și distribuție.</w:t>
            </w:r>
          </w:p>
        </w:tc>
        <w:tc>
          <w:tcPr>
            <w:tcW w:w="5159" w:type="dxa"/>
            <w:shd w:val="clear" w:color="auto" w:fill="FAFAFA"/>
            <w:tcMar>
              <w:top w:w="60" w:type="dxa"/>
              <w:left w:w="70" w:type="dxa"/>
              <w:bottom w:w="60" w:type="dxa"/>
              <w:right w:w="70" w:type="dxa"/>
            </w:tcMar>
            <w:vAlign w:val="center"/>
          </w:tcPr>
          <w:p w14:paraId="237B3EB1" w14:textId="77777777" w:rsidR="004011CE" w:rsidRPr="002D650B" w:rsidRDefault="00000000">
            <w:pPr>
              <w:spacing w:after="0" w:line="240" w:lineRule="auto"/>
              <w:rPr>
                <w:noProof/>
                <w:lang w:val="ro-RO"/>
              </w:rPr>
            </w:pPr>
            <w:r w:rsidRPr="002D650B">
              <w:rPr>
                <w:rFonts w:eastAsia="Arial"/>
                <w:noProof/>
                <w:sz w:val="14"/>
                <w:lang w:val="ro-RO"/>
              </w:rPr>
              <w:t>Ambalare, condiții, FIFO/FEFO și transport.</w:t>
            </w:r>
          </w:p>
        </w:tc>
        <w:tc>
          <w:tcPr>
            <w:tcW w:w="1417" w:type="dxa"/>
            <w:shd w:val="clear" w:color="auto" w:fill="FAFAFA"/>
            <w:tcMar>
              <w:top w:w="60" w:type="dxa"/>
              <w:left w:w="70" w:type="dxa"/>
              <w:bottom w:w="60" w:type="dxa"/>
              <w:right w:w="70" w:type="dxa"/>
            </w:tcMar>
            <w:vAlign w:val="center"/>
          </w:tcPr>
          <w:p w14:paraId="4A20BFA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564473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30D3756" w14:textId="77777777" w:rsidR="004011CE" w:rsidRPr="002D650B" w:rsidRDefault="004011CE">
            <w:pPr>
              <w:spacing w:after="0" w:line="240" w:lineRule="auto"/>
              <w:jc w:val="center"/>
              <w:rPr>
                <w:noProof/>
                <w:lang w:val="ro-RO"/>
              </w:rPr>
            </w:pPr>
          </w:p>
        </w:tc>
      </w:tr>
      <w:tr w:rsidR="004011CE" w:rsidRPr="002D650B" w14:paraId="2ADD2672" w14:textId="77777777">
        <w:trPr>
          <w:cantSplit/>
          <w:jc w:val="center"/>
        </w:trPr>
        <w:tc>
          <w:tcPr>
            <w:tcW w:w="793" w:type="dxa"/>
            <w:tcMar>
              <w:top w:w="60" w:type="dxa"/>
              <w:left w:w="70" w:type="dxa"/>
              <w:bottom w:w="60" w:type="dxa"/>
              <w:right w:w="70" w:type="dxa"/>
            </w:tcMar>
            <w:vAlign w:val="center"/>
          </w:tcPr>
          <w:p w14:paraId="4958426D" w14:textId="77777777" w:rsidR="004011CE" w:rsidRPr="002D650B" w:rsidRDefault="00000000">
            <w:pPr>
              <w:spacing w:after="0" w:line="240" w:lineRule="auto"/>
              <w:jc w:val="center"/>
              <w:rPr>
                <w:noProof/>
                <w:lang w:val="ro-RO"/>
              </w:rPr>
            </w:pPr>
            <w:r w:rsidRPr="002D650B">
              <w:rPr>
                <w:rFonts w:eastAsia="Arial"/>
                <w:b/>
                <w:noProof/>
                <w:sz w:val="14"/>
                <w:lang w:val="ro-RO"/>
              </w:rPr>
              <w:t>M7.11</w:t>
            </w:r>
          </w:p>
        </w:tc>
        <w:tc>
          <w:tcPr>
            <w:tcW w:w="4081" w:type="dxa"/>
            <w:tcMar>
              <w:top w:w="60" w:type="dxa"/>
              <w:left w:w="70" w:type="dxa"/>
              <w:bottom w:w="60" w:type="dxa"/>
              <w:right w:w="70" w:type="dxa"/>
            </w:tcMar>
            <w:vAlign w:val="center"/>
          </w:tcPr>
          <w:p w14:paraId="59F91E6C" w14:textId="77777777" w:rsidR="004011CE" w:rsidRPr="002D650B" w:rsidRDefault="00000000">
            <w:pPr>
              <w:spacing w:after="0" w:line="240" w:lineRule="auto"/>
              <w:rPr>
                <w:noProof/>
                <w:lang w:val="ro-RO"/>
              </w:rPr>
            </w:pPr>
            <w:r w:rsidRPr="002D650B">
              <w:rPr>
                <w:rFonts w:eastAsia="Arial"/>
                <w:noProof/>
                <w:sz w:val="14"/>
                <w:lang w:val="ro-RO"/>
              </w:rPr>
              <w:t>Echipamentele de monitorizare și măsurare sunt adecvate, identificate și controlate.</w:t>
            </w:r>
          </w:p>
        </w:tc>
        <w:tc>
          <w:tcPr>
            <w:tcW w:w="5159" w:type="dxa"/>
            <w:tcMar>
              <w:top w:w="60" w:type="dxa"/>
              <w:left w:w="70" w:type="dxa"/>
              <w:bottom w:w="60" w:type="dxa"/>
              <w:right w:w="70" w:type="dxa"/>
            </w:tcMar>
            <w:vAlign w:val="center"/>
          </w:tcPr>
          <w:p w14:paraId="4510F25F" w14:textId="77777777" w:rsidR="004011CE" w:rsidRPr="002D650B" w:rsidRDefault="00000000">
            <w:pPr>
              <w:spacing w:after="0" w:line="240" w:lineRule="auto"/>
              <w:rPr>
                <w:noProof/>
                <w:lang w:val="ro-RO"/>
              </w:rPr>
            </w:pPr>
            <w:r w:rsidRPr="002D650B">
              <w:rPr>
                <w:rFonts w:eastAsia="Arial"/>
                <w:noProof/>
                <w:sz w:val="14"/>
                <w:lang w:val="ro-RO"/>
              </w:rPr>
              <w:t>Calibrare/verificare, status, protecție, mediu și trasabilitate.</w:t>
            </w:r>
          </w:p>
        </w:tc>
        <w:tc>
          <w:tcPr>
            <w:tcW w:w="1417" w:type="dxa"/>
            <w:tcMar>
              <w:top w:w="60" w:type="dxa"/>
              <w:left w:w="70" w:type="dxa"/>
              <w:bottom w:w="60" w:type="dxa"/>
              <w:right w:w="70" w:type="dxa"/>
            </w:tcMar>
            <w:vAlign w:val="center"/>
          </w:tcPr>
          <w:p w14:paraId="362EF7E3"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2E87CF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C0F87E4" w14:textId="77777777" w:rsidR="004011CE" w:rsidRPr="002D650B" w:rsidRDefault="004011CE">
            <w:pPr>
              <w:spacing w:after="0" w:line="240" w:lineRule="auto"/>
              <w:jc w:val="center"/>
              <w:rPr>
                <w:noProof/>
                <w:lang w:val="ro-RO"/>
              </w:rPr>
            </w:pPr>
          </w:p>
        </w:tc>
      </w:tr>
      <w:tr w:rsidR="004011CE" w:rsidRPr="002D650B" w14:paraId="265DDB46" w14:textId="77777777">
        <w:trPr>
          <w:cantSplit/>
          <w:jc w:val="center"/>
        </w:trPr>
        <w:tc>
          <w:tcPr>
            <w:tcW w:w="793" w:type="dxa"/>
            <w:shd w:val="clear" w:color="auto" w:fill="FAFAFA"/>
            <w:tcMar>
              <w:top w:w="60" w:type="dxa"/>
              <w:left w:w="70" w:type="dxa"/>
              <w:bottom w:w="60" w:type="dxa"/>
              <w:right w:w="70" w:type="dxa"/>
            </w:tcMar>
            <w:vAlign w:val="center"/>
          </w:tcPr>
          <w:p w14:paraId="0118BD8F" w14:textId="77777777" w:rsidR="004011CE" w:rsidRPr="002D650B" w:rsidRDefault="00000000">
            <w:pPr>
              <w:spacing w:after="0" w:line="240" w:lineRule="auto"/>
              <w:jc w:val="center"/>
              <w:rPr>
                <w:noProof/>
                <w:lang w:val="ro-RO"/>
              </w:rPr>
            </w:pPr>
            <w:r w:rsidRPr="002D650B">
              <w:rPr>
                <w:rFonts w:eastAsia="Arial"/>
                <w:b/>
                <w:noProof/>
                <w:sz w:val="14"/>
                <w:lang w:val="ro-RO"/>
              </w:rPr>
              <w:t>M7.12</w:t>
            </w:r>
          </w:p>
        </w:tc>
        <w:tc>
          <w:tcPr>
            <w:tcW w:w="4081" w:type="dxa"/>
            <w:shd w:val="clear" w:color="auto" w:fill="FAFAFA"/>
            <w:tcMar>
              <w:top w:w="60" w:type="dxa"/>
              <w:left w:w="70" w:type="dxa"/>
              <w:bottom w:w="60" w:type="dxa"/>
              <w:right w:w="70" w:type="dxa"/>
            </w:tcMar>
            <w:vAlign w:val="center"/>
          </w:tcPr>
          <w:p w14:paraId="2D2CB7C5" w14:textId="77777777" w:rsidR="004011CE" w:rsidRPr="002D650B" w:rsidRDefault="00000000">
            <w:pPr>
              <w:spacing w:after="0" w:line="240" w:lineRule="auto"/>
              <w:rPr>
                <w:noProof/>
                <w:lang w:val="ro-RO"/>
              </w:rPr>
            </w:pPr>
            <w:r w:rsidRPr="002D650B">
              <w:rPr>
                <w:rFonts w:eastAsia="Arial"/>
                <w:noProof/>
                <w:sz w:val="14"/>
                <w:lang w:val="ro-RO"/>
              </w:rPr>
              <w:t>Când un echipament este găsit neconform, rezultatele anterioare și produsul afectat sunt evaluate.</w:t>
            </w:r>
          </w:p>
        </w:tc>
        <w:tc>
          <w:tcPr>
            <w:tcW w:w="5159" w:type="dxa"/>
            <w:shd w:val="clear" w:color="auto" w:fill="FAFAFA"/>
            <w:tcMar>
              <w:top w:w="60" w:type="dxa"/>
              <w:left w:w="70" w:type="dxa"/>
              <w:bottom w:w="60" w:type="dxa"/>
              <w:right w:w="70" w:type="dxa"/>
            </w:tcMar>
            <w:vAlign w:val="center"/>
          </w:tcPr>
          <w:p w14:paraId="2792C97A" w14:textId="77777777" w:rsidR="004011CE" w:rsidRPr="002D650B" w:rsidRDefault="00000000">
            <w:pPr>
              <w:spacing w:after="0" w:line="240" w:lineRule="auto"/>
              <w:rPr>
                <w:noProof/>
                <w:lang w:val="ro-RO"/>
              </w:rPr>
            </w:pPr>
            <w:r w:rsidRPr="002D650B">
              <w:rPr>
                <w:rFonts w:eastAsia="Arial"/>
                <w:noProof/>
                <w:sz w:val="14"/>
                <w:lang w:val="ro-RO"/>
              </w:rPr>
              <w:t>Investigație, re-măsurare, notificare și dispoziție.</w:t>
            </w:r>
          </w:p>
        </w:tc>
        <w:tc>
          <w:tcPr>
            <w:tcW w:w="1417" w:type="dxa"/>
            <w:shd w:val="clear" w:color="auto" w:fill="FAFAFA"/>
            <w:tcMar>
              <w:top w:w="60" w:type="dxa"/>
              <w:left w:w="70" w:type="dxa"/>
              <w:bottom w:w="60" w:type="dxa"/>
              <w:right w:w="70" w:type="dxa"/>
            </w:tcMar>
            <w:vAlign w:val="center"/>
          </w:tcPr>
          <w:p w14:paraId="4548022F"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688916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03E700F" w14:textId="77777777" w:rsidR="004011CE" w:rsidRPr="002D650B" w:rsidRDefault="004011CE">
            <w:pPr>
              <w:spacing w:after="0" w:line="240" w:lineRule="auto"/>
              <w:jc w:val="center"/>
              <w:rPr>
                <w:noProof/>
                <w:lang w:val="ro-RO"/>
              </w:rPr>
            </w:pPr>
          </w:p>
        </w:tc>
      </w:tr>
      <w:tr w:rsidR="004011CE" w:rsidRPr="002D650B" w14:paraId="56C812EA" w14:textId="77777777">
        <w:trPr>
          <w:cantSplit/>
          <w:jc w:val="center"/>
        </w:trPr>
        <w:tc>
          <w:tcPr>
            <w:tcW w:w="793" w:type="dxa"/>
            <w:tcMar>
              <w:top w:w="60" w:type="dxa"/>
              <w:left w:w="70" w:type="dxa"/>
              <w:bottom w:w="60" w:type="dxa"/>
              <w:right w:w="70" w:type="dxa"/>
            </w:tcMar>
            <w:vAlign w:val="center"/>
          </w:tcPr>
          <w:p w14:paraId="79B1CE97" w14:textId="77777777" w:rsidR="004011CE" w:rsidRPr="002D650B" w:rsidRDefault="00000000">
            <w:pPr>
              <w:spacing w:after="0" w:line="240" w:lineRule="auto"/>
              <w:jc w:val="center"/>
              <w:rPr>
                <w:noProof/>
                <w:lang w:val="ro-RO"/>
              </w:rPr>
            </w:pPr>
            <w:r w:rsidRPr="002D650B">
              <w:rPr>
                <w:rFonts w:eastAsia="Arial"/>
                <w:b/>
                <w:noProof/>
                <w:sz w:val="14"/>
                <w:lang w:val="ro-RO"/>
              </w:rPr>
              <w:t>M7.13</w:t>
            </w:r>
          </w:p>
        </w:tc>
        <w:tc>
          <w:tcPr>
            <w:tcW w:w="4081" w:type="dxa"/>
            <w:tcMar>
              <w:top w:w="60" w:type="dxa"/>
              <w:left w:w="70" w:type="dxa"/>
              <w:bottom w:w="60" w:type="dxa"/>
              <w:right w:w="70" w:type="dxa"/>
            </w:tcMar>
            <w:vAlign w:val="center"/>
          </w:tcPr>
          <w:p w14:paraId="354F5F9B" w14:textId="77777777" w:rsidR="004011CE" w:rsidRPr="002D650B" w:rsidRDefault="00000000">
            <w:pPr>
              <w:spacing w:after="0" w:line="240" w:lineRule="auto"/>
              <w:rPr>
                <w:noProof/>
                <w:lang w:val="ro-RO"/>
              </w:rPr>
            </w:pPr>
            <w:r w:rsidRPr="002D650B">
              <w:rPr>
                <w:rFonts w:eastAsia="Arial"/>
                <w:noProof/>
                <w:sz w:val="14"/>
                <w:lang w:val="ro-RO"/>
              </w:rPr>
              <w:t>Eliberarea produsului este realizată numai de persoane autorizate după îndeplinirea criteriilor.</w:t>
            </w:r>
          </w:p>
        </w:tc>
        <w:tc>
          <w:tcPr>
            <w:tcW w:w="5159" w:type="dxa"/>
            <w:tcMar>
              <w:top w:w="60" w:type="dxa"/>
              <w:left w:w="70" w:type="dxa"/>
              <w:bottom w:w="60" w:type="dxa"/>
              <w:right w:w="70" w:type="dxa"/>
            </w:tcMar>
            <w:vAlign w:val="center"/>
          </w:tcPr>
          <w:p w14:paraId="411394C0" w14:textId="77777777" w:rsidR="004011CE" w:rsidRPr="002D650B" w:rsidRDefault="00000000">
            <w:pPr>
              <w:spacing w:after="0" w:line="240" w:lineRule="auto"/>
              <w:rPr>
                <w:noProof/>
                <w:lang w:val="ro-RO"/>
              </w:rPr>
            </w:pPr>
            <w:r w:rsidRPr="002D650B">
              <w:rPr>
                <w:rFonts w:eastAsia="Arial"/>
                <w:noProof/>
                <w:sz w:val="14"/>
                <w:lang w:val="ro-RO"/>
              </w:rPr>
              <w:t>Înregistrări complete, semnătură, dată și trasabilitate.</w:t>
            </w:r>
          </w:p>
        </w:tc>
        <w:tc>
          <w:tcPr>
            <w:tcW w:w="1417" w:type="dxa"/>
            <w:tcMar>
              <w:top w:w="60" w:type="dxa"/>
              <w:left w:w="70" w:type="dxa"/>
              <w:bottom w:w="60" w:type="dxa"/>
              <w:right w:w="70" w:type="dxa"/>
            </w:tcMar>
            <w:vAlign w:val="center"/>
          </w:tcPr>
          <w:p w14:paraId="273E629E"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F5A0B36"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C6CD8DA" w14:textId="77777777" w:rsidR="004011CE" w:rsidRPr="002D650B" w:rsidRDefault="004011CE">
            <w:pPr>
              <w:spacing w:after="0" w:line="240" w:lineRule="auto"/>
              <w:jc w:val="center"/>
              <w:rPr>
                <w:noProof/>
                <w:lang w:val="ro-RO"/>
              </w:rPr>
            </w:pPr>
          </w:p>
        </w:tc>
      </w:tr>
      <w:tr w:rsidR="004011CE" w:rsidRPr="002D650B" w14:paraId="46444BEF" w14:textId="77777777">
        <w:trPr>
          <w:cantSplit/>
          <w:jc w:val="center"/>
        </w:trPr>
        <w:tc>
          <w:tcPr>
            <w:tcW w:w="793" w:type="dxa"/>
            <w:shd w:val="clear" w:color="auto" w:fill="FAFAFA"/>
            <w:tcMar>
              <w:top w:w="60" w:type="dxa"/>
              <w:left w:w="70" w:type="dxa"/>
              <w:bottom w:w="60" w:type="dxa"/>
              <w:right w:w="70" w:type="dxa"/>
            </w:tcMar>
            <w:vAlign w:val="center"/>
          </w:tcPr>
          <w:p w14:paraId="548A6E2D" w14:textId="77777777" w:rsidR="004011CE" w:rsidRPr="002D650B" w:rsidRDefault="00000000">
            <w:pPr>
              <w:spacing w:after="0" w:line="240" w:lineRule="auto"/>
              <w:jc w:val="center"/>
              <w:rPr>
                <w:noProof/>
                <w:lang w:val="ro-RO"/>
              </w:rPr>
            </w:pPr>
            <w:r w:rsidRPr="002D650B">
              <w:rPr>
                <w:rFonts w:eastAsia="Arial"/>
                <w:b/>
                <w:noProof/>
                <w:sz w:val="14"/>
                <w:lang w:val="ro-RO"/>
              </w:rPr>
              <w:t>M7.14</w:t>
            </w:r>
          </w:p>
        </w:tc>
        <w:tc>
          <w:tcPr>
            <w:tcW w:w="4081" w:type="dxa"/>
            <w:shd w:val="clear" w:color="auto" w:fill="FAFAFA"/>
            <w:tcMar>
              <w:top w:w="60" w:type="dxa"/>
              <w:left w:w="70" w:type="dxa"/>
              <w:bottom w:w="60" w:type="dxa"/>
              <w:right w:w="70" w:type="dxa"/>
            </w:tcMar>
            <w:vAlign w:val="center"/>
          </w:tcPr>
          <w:p w14:paraId="5DB1A603" w14:textId="77777777" w:rsidR="004011CE" w:rsidRPr="002D650B" w:rsidRDefault="00000000">
            <w:pPr>
              <w:spacing w:after="0" w:line="240" w:lineRule="auto"/>
              <w:rPr>
                <w:noProof/>
                <w:lang w:val="ro-RO"/>
              </w:rPr>
            </w:pPr>
            <w:r w:rsidRPr="002D650B">
              <w:rPr>
                <w:rFonts w:eastAsia="Arial"/>
                <w:noProof/>
                <w:sz w:val="14"/>
                <w:lang w:val="ro-RO"/>
              </w:rPr>
              <w:t>Schimbările de proces, echipament sau mediu sunt evaluate pentru validare/revalidare și impact reglementar.</w:t>
            </w:r>
          </w:p>
        </w:tc>
        <w:tc>
          <w:tcPr>
            <w:tcW w:w="5159" w:type="dxa"/>
            <w:shd w:val="clear" w:color="auto" w:fill="FAFAFA"/>
            <w:tcMar>
              <w:top w:w="60" w:type="dxa"/>
              <w:left w:w="70" w:type="dxa"/>
              <w:bottom w:w="60" w:type="dxa"/>
              <w:right w:w="70" w:type="dxa"/>
            </w:tcMar>
            <w:vAlign w:val="center"/>
          </w:tcPr>
          <w:p w14:paraId="033AAFFD" w14:textId="77777777" w:rsidR="004011CE" w:rsidRPr="002D650B" w:rsidRDefault="00000000">
            <w:pPr>
              <w:spacing w:after="0" w:line="240" w:lineRule="auto"/>
              <w:rPr>
                <w:noProof/>
                <w:lang w:val="ro-RO"/>
              </w:rPr>
            </w:pPr>
            <w:r w:rsidRPr="002D650B">
              <w:rPr>
                <w:rFonts w:eastAsia="Arial"/>
                <w:noProof/>
                <w:sz w:val="14"/>
                <w:lang w:val="ro-RO"/>
              </w:rPr>
              <w:t>Controlul schimbării, risc, aprobări și dovezi de menținere a stării validate.</w:t>
            </w:r>
          </w:p>
        </w:tc>
        <w:tc>
          <w:tcPr>
            <w:tcW w:w="1417" w:type="dxa"/>
            <w:shd w:val="clear" w:color="auto" w:fill="FAFAFA"/>
            <w:tcMar>
              <w:top w:w="60" w:type="dxa"/>
              <w:left w:w="70" w:type="dxa"/>
              <w:bottom w:w="60" w:type="dxa"/>
              <w:right w:w="70" w:type="dxa"/>
            </w:tcMar>
            <w:vAlign w:val="center"/>
          </w:tcPr>
          <w:p w14:paraId="7D7E29CA"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C162304"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84A524E" w14:textId="77777777" w:rsidR="004011CE" w:rsidRPr="002D650B" w:rsidRDefault="004011CE">
            <w:pPr>
              <w:spacing w:after="0" w:line="240" w:lineRule="auto"/>
              <w:jc w:val="center"/>
              <w:rPr>
                <w:noProof/>
                <w:lang w:val="ro-RO"/>
              </w:rPr>
            </w:pPr>
          </w:p>
        </w:tc>
      </w:tr>
    </w:tbl>
    <w:p w14:paraId="4521E23F"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FF15D3C"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415A3FA6" w14:textId="77777777">
        <w:trPr>
          <w:cantSplit/>
          <w:jc w:val="center"/>
        </w:trPr>
        <w:tc>
          <w:tcPr>
            <w:tcW w:w="1020" w:type="dxa"/>
            <w:shd w:val="clear" w:color="auto" w:fill="D71920"/>
            <w:tcMar>
              <w:top w:w="60" w:type="dxa"/>
              <w:left w:w="70" w:type="dxa"/>
              <w:bottom w:w="60" w:type="dxa"/>
              <w:right w:w="70" w:type="dxa"/>
            </w:tcMar>
            <w:vAlign w:val="center"/>
          </w:tcPr>
          <w:p w14:paraId="2992922D"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8</w:t>
            </w:r>
          </w:p>
        </w:tc>
        <w:tc>
          <w:tcPr>
            <w:tcW w:w="12585" w:type="dxa"/>
            <w:shd w:val="clear" w:color="auto" w:fill="F3F4F5"/>
          </w:tcPr>
          <w:p w14:paraId="76FE97D8" w14:textId="77777777" w:rsidR="004011CE" w:rsidRPr="002D650B" w:rsidRDefault="00000000">
            <w:pPr>
              <w:spacing w:after="20"/>
              <w:rPr>
                <w:noProof/>
                <w:lang w:val="ro-RO"/>
              </w:rPr>
            </w:pPr>
            <w:r w:rsidRPr="002D650B">
              <w:rPr>
                <w:rFonts w:eastAsia="Arial"/>
                <w:b/>
                <w:noProof/>
                <w:sz w:val="27"/>
                <w:lang w:val="ro-RO"/>
              </w:rPr>
              <w:t>Feedback, reclamații, raportare, audit și monitorizarea produsului/proceselor</w:t>
            </w:r>
          </w:p>
          <w:p w14:paraId="20142EF5" w14:textId="77777777" w:rsidR="004011CE" w:rsidRPr="002D650B" w:rsidRDefault="00000000">
            <w:pPr>
              <w:spacing w:after="0"/>
              <w:rPr>
                <w:noProof/>
                <w:lang w:val="ro-RO"/>
              </w:rPr>
            </w:pPr>
            <w:r w:rsidRPr="002D650B">
              <w:rPr>
                <w:rFonts w:eastAsia="Arial"/>
                <w:noProof/>
                <w:color w:val="666666"/>
                <w:sz w:val="16"/>
                <w:lang w:val="ro-RO"/>
              </w:rPr>
              <w:t>Referință: ISO 13485:2016, clauzele 8.1-8.2  |  Obiectiv: colectarea și analizarea informațiilor care pot indica probleme de calitate, siguranță sau conformare</w:t>
            </w:r>
          </w:p>
        </w:tc>
      </w:tr>
    </w:tbl>
    <w:p w14:paraId="3E48AA8E"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026D1409" w14:textId="77777777">
        <w:trPr>
          <w:cantSplit/>
          <w:jc w:val="center"/>
        </w:trPr>
        <w:tc>
          <w:tcPr>
            <w:tcW w:w="566" w:type="dxa"/>
            <w:shd w:val="clear" w:color="auto" w:fill="D71920"/>
            <w:tcMar>
              <w:top w:w="60" w:type="dxa"/>
              <w:left w:w="70" w:type="dxa"/>
              <w:bottom w:w="60" w:type="dxa"/>
              <w:right w:w="70" w:type="dxa"/>
            </w:tcMar>
            <w:vAlign w:val="center"/>
          </w:tcPr>
          <w:p w14:paraId="04C3EEF8"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6BB34A5A"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5838499E" w14:textId="77777777" w:rsidR="004011CE" w:rsidRPr="002D650B" w:rsidRDefault="00000000">
            <w:pPr>
              <w:spacing w:after="0" w:line="252" w:lineRule="auto"/>
              <w:rPr>
                <w:noProof/>
                <w:lang w:val="ro-RO"/>
              </w:rPr>
            </w:pPr>
            <w:r w:rsidRPr="002D650B">
              <w:rPr>
                <w:rFonts w:eastAsia="Arial"/>
                <w:noProof/>
                <w:sz w:val="16"/>
                <w:lang w:val="ro-RO"/>
              </w:rPr>
              <w:t>O reclamație este o sursă de date, nu doar un caz de închis. Analiza agregată trebuie să poată detecta semnale slabe, inclusiv evenimente aparent diferite cu aceeași cauză tehnică sau de utilizare.</w:t>
            </w:r>
          </w:p>
        </w:tc>
      </w:tr>
    </w:tbl>
    <w:p w14:paraId="2DA64462"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5387861D" w14:textId="77777777">
        <w:trPr>
          <w:cantSplit/>
          <w:tblHeader/>
          <w:jc w:val="center"/>
        </w:trPr>
        <w:tc>
          <w:tcPr>
            <w:tcW w:w="793" w:type="dxa"/>
            <w:shd w:val="clear" w:color="auto" w:fill="D71920"/>
            <w:tcMar>
              <w:top w:w="60" w:type="dxa"/>
              <w:left w:w="70" w:type="dxa"/>
              <w:bottom w:w="60" w:type="dxa"/>
              <w:right w:w="70" w:type="dxa"/>
            </w:tcMar>
            <w:vAlign w:val="center"/>
          </w:tcPr>
          <w:p w14:paraId="5E9A3666"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5D25CCE1"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0E31CE2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27BF402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F0E0883"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86987B3"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622CFF6A" w14:textId="77777777">
        <w:trPr>
          <w:cantSplit/>
          <w:jc w:val="center"/>
        </w:trPr>
        <w:tc>
          <w:tcPr>
            <w:tcW w:w="793" w:type="dxa"/>
            <w:tcMar>
              <w:top w:w="60" w:type="dxa"/>
              <w:left w:w="70" w:type="dxa"/>
              <w:bottom w:w="60" w:type="dxa"/>
              <w:right w:w="70" w:type="dxa"/>
            </w:tcMar>
            <w:vAlign w:val="center"/>
          </w:tcPr>
          <w:p w14:paraId="1130E732" w14:textId="77777777" w:rsidR="004011CE" w:rsidRPr="002D650B" w:rsidRDefault="00000000">
            <w:pPr>
              <w:spacing w:after="0" w:line="240" w:lineRule="auto"/>
              <w:jc w:val="center"/>
              <w:rPr>
                <w:noProof/>
                <w:lang w:val="ro-RO"/>
              </w:rPr>
            </w:pPr>
            <w:r w:rsidRPr="002D650B">
              <w:rPr>
                <w:rFonts w:eastAsia="Arial"/>
                <w:b/>
                <w:noProof/>
                <w:sz w:val="14"/>
                <w:lang w:val="ro-RO"/>
              </w:rPr>
              <w:t>M8.1</w:t>
            </w:r>
          </w:p>
        </w:tc>
        <w:tc>
          <w:tcPr>
            <w:tcW w:w="4081" w:type="dxa"/>
            <w:tcMar>
              <w:top w:w="60" w:type="dxa"/>
              <w:left w:w="70" w:type="dxa"/>
              <w:bottom w:w="60" w:type="dxa"/>
              <w:right w:w="70" w:type="dxa"/>
            </w:tcMar>
            <w:vAlign w:val="center"/>
          </w:tcPr>
          <w:p w14:paraId="1C2228C8" w14:textId="77777777" w:rsidR="004011CE" w:rsidRPr="002D650B" w:rsidRDefault="00000000">
            <w:pPr>
              <w:spacing w:after="0" w:line="240" w:lineRule="auto"/>
              <w:rPr>
                <w:noProof/>
                <w:lang w:val="ro-RO"/>
              </w:rPr>
            </w:pPr>
            <w:r w:rsidRPr="002D650B">
              <w:rPr>
                <w:rFonts w:eastAsia="Arial"/>
                <w:noProof/>
                <w:sz w:val="14"/>
                <w:lang w:val="ro-RO"/>
              </w:rPr>
              <w:t>Procesele de monitorizare, măsurare, analiză și îmbunătățire sunt planificate.</w:t>
            </w:r>
          </w:p>
        </w:tc>
        <w:tc>
          <w:tcPr>
            <w:tcW w:w="5159" w:type="dxa"/>
            <w:tcMar>
              <w:top w:w="60" w:type="dxa"/>
              <w:left w:w="70" w:type="dxa"/>
              <w:bottom w:w="60" w:type="dxa"/>
              <w:right w:w="70" w:type="dxa"/>
            </w:tcMar>
            <w:vAlign w:val="center"/>
          </w:tcPr>
          <w:p w14:paraId="65833C4C" w14:textId="77777777" w:rsidR="004011CE" w:rsidRPr="002D650B" w:rsidRDefault="00000000">
            <w:pPr>
              <w:spacing w:after="0" w:line="240" w:lineRule="auto"/>
              <w:rPr>
                <w:noProof/>
                <w:lang w:val="ro-RO"/>
              </w:rPr>
            </w:pPr>
            <w:r w:rsidRPr="002D650B">
              <w:rPr>
                <w:rFonts w:eastAsia="Arial"/>
                <w:noProof/>
                <w:sz w:val="14"/>
                <w:lang w:val="ro-RO"/>
              </w:rPr>
              <w:t>Metode, statistici, responsabilități și criterii.</w:t>
            </w:r>
          </w:p>
        </w:tc>
        <w:tc>
          <w:tcPr>
            <w:tcW w:w="1417" w:type="dxa"/>
            <w:tcMar>
              <w:top w:w="60" w:type="dxa"/>
              <w:left w:w="70" w:type="dxa"/>
              <w:bottom w:w="60" w:type="dxa"/>
              <w:right w:w="70" w:type="dxa"/>
            </w:tcMar>
            <w:vAlign w:val="center"/>
          </w:tcPr>
          <w:p w14:paraId="76AD1FED"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6AAEABA6"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9FBF684" w14:textId="77777777" w:rsidR="004011CE" w:rsidRPr="002D650B" w:rsidRDefault="004011CE">
            <w:pPr>
              <w:spacing w:after="0" w:line="240" w:lineRule="auto"/>
              <w:jc w:val="center"/>
              <w:rPr>
                <w:noProof/>
                <w:lang w:val="ro-RO"/>
              </w:rPr>
            </w:pPr>
          </w:p>
        </w:tc>
      </w:tr>
      <w:tr w:rsidR="004011CE" w:rsidRPr="002D650B" w14:paraId="3BC26D71" w14:textId="77777777">
        <w:trPr>
          <w:cantSplit/>
          <w:jc w:val="center"/>
        </w:trPr>
        <w:tc>
          <w:tcPr>
            <w:tcW w:w="793" w:type="dxa"/>
            <w:shd w:val="clear" w:color="auto" w:fill="FAFAFA"/>
            <w:tcMar>
              <w:top w:w="60" w:type="dxa"/>
              <w:left w:w="70" w:type="dxa"/>
              <w:bottom w:w="60" w:type="dxa"/>
              <w:right w:w="70" w:type="dxa"/>
            </w:tcMar>
            <w:vAlign w:val="center"/>
          </w:tcPr>
          <w:p w14:paraId="734F8110" w14:textId="77777777" w:rsidR="004011CE" w:rsidRPr="002D650B" w:rsidRDefault="00000000">
            <w:pPr>
              <w:spacing w:after="0" w:line="240" w:lineRule="auto"/>
              <w:jc w:val="center"/>
              <w:rPr>
                <w:noProof/>
                <w:lang w:val="ro-RO"/>
              </w:rPr>
            </w:pPr>
            <w:r w:rsidRPr="002D650B">
              <w:rPr>
                <w:rFonts w:eastAsia="Arial"/>
                <w:b/>
                <w:noProof/>
                <w:sz w:val="14"/>
                <w:lang w:val="ro-RO"/>
              </w:rPr>
              <w:t>M8.2</w:t>
            </w:r>
          </w:p>
        </w:tc>
        <w:tc>
          <w:tcPr>
            <w:tcW w:w="4081" w:type="dxa"/>
            <w:shd w:val="clear" w:color="auto" w:fill="FAFAFA"/>
            <w:tcMar>
              <w:top w:w="60" w:type="dxa"/>
              <w:left w:w="70" w:type="dxa"/>
              <w:bottom w:w="60" w:type="dxa"/>
              <w:right w:w="70" w:type="dxa"/>
            </w:tcMar>
            <w:vAlign w:val="center"/>
          </w:tcPr>
          <w:p w14:paraId="4C1730CF" w14:textId="77777777" w:rsidR="004011CE" w:rsidRPr="002D650B" w:rsidRDefault="00000000">
            <w:pPr>
              <w:spacing w:after="0" w:line="240" w:lineRule="auto"/>
              <w:rPr>
                <w:noProof/>
                <w:lang w:val="ro-RO"/>
              </w:rPr>
            </w:pPr>
            <w:r w:rsidRPr="002D650B">
              <w:rPr>
                <w:rFonts w:eastAsia="Arial"/>
                <w:noProof/>
                <w:sz w:val="14"/>
                <w:lang w:val="ro-RO"/>
              </w:rPr>
              <w:t>Există un sistem documentat de feedback din producție și post-producție.</w:t>
            </w:r>
          </w:p>
        </w:tc>
        <w:tc>
          <w:tcPr>
            <w:tcW w:w="5159" w:type="dxa"/>
            <w:shd w:val="clear" w:color="auto" w:fill="FAFAFA"/>
            <w:tcMar>
              <w:top w:w="60" w:type="dxa"/>
              <w:left w:w="70" w:type="dxa"/>
              <w:bottom w:w="60" w:type="dxa"/>
              <w:right w:w="70" w:type="dxa"/>
            </w:tcMar>
            <w:vAlign w:val="center"/>
          </w:tcPr>
          <w:p w14:paraId="30B8418D" w14:textId="77777777" w:rsidR="004011CE" w:rsidRPr="002D650B" w:rsidRDefault="00000000">
            <w:pPr>
              <w:spacing w:after="0" w:line="240" w:lineRule="auto"/>
              <w:rPr>
                <w:noProof/>
                <w:lang w:val="ro-RO"/>
              </w:rPr>
            </w:pPr>
            <w:r w:rsidRPr="002D650B">
              <w:rPr>
                <w:rFonts w:eastAsia="Arial"/>
                <w:noProof/>
                <w:sz w:val="14"/>
                <w:lang w:val="ro-RO"/>
              </w:rPr>
              <w:t>Surse, frecvență, analiză și legătura cu riscul.</w:t>
            </w:r>
          </w:p>
        </w:tc>
        <w:tc>
          <w:tcPr>
            <w:tcW w:w="1417" w:type="dxa"/>
            <w:shd w:val="clear" w:color="auto" w:fill="FAFAFA"/>
            <w:tcMar>
              <w:top w:w="60" w:type="dxa"/>
              <w:left w:w="70" w:type="dxa"/>
              <w:bottom w:w="60" w:type="dxa"/>
              <w:right w:w="70" w:type="dxa"/>
            </w:tcMar>
            <w:vAlign w:val="center"/>
          </w:tcPr>
          <w:p w14:paraId="27B79B96"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9D88968"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31C324D" w14:textId="77777777" w:rsidR="004011CE" w:rsidRPr="002D650B" w:rsidRDefault="004011CE">
            <w:pPr>
              <w:spacing w:after="0" w:line="240" w:lineRule="auto"/>
              <w:jc w:val="center"/>
              <w:rPr>
                <w:noProof/>
                <w:lang w:val="ro-RO"/>
              </w:rPr>
            </w:pPr>
          </w:p>
        </w:tc>
      </w:tr>
      <w:tr w:rsidR="004011CE" w:rsidRPr="002D650B" w14:paraId="583530B0" w14:textId="77777777">
        <w:trPr>
          <w:cantSplit/>
          <w:jc w:val="center"/>
        </w:trPr>
        <w:tc>
          <w:tcPr>
            <w:tcW w:w="793" w:type="dxa"/>
            <w:tcMar>
              <w:top w:w="60" w:type="dxa"/>
              <w:left w:w="70" w:type="dxa"/>
              <w:bottom w:w="60" w:type="dxa"/>
              <w:right w:w="70" w:type="dxa"/>
            </w:tcMar>
            <w:vAlign w:val="center"/>
          </w:tcPr>
          <w:p w14:paraId="2CED6E1B" w14:textId="77777777" w:rsidR="004011CE" w:rsidRPr="002D650B" w:rsidRDefault="00000000">
            <w:pPr>
              <w:spacing w:after="0" w:line="240" w:lineRule="auto"/>
              <w:jc w:val="center"/>
              <w:rPr>
                <w:noProof/>
                <w:lang w:val="ro-RO"/>
              </w:rPr>
            </w:pPr>
            <w:r w:rsidRPr="002D650B">
              <w:rPr>
                <w:rFonts w:eastAsia="Arial"/>
                <w:b/>
                <w:noProof/>
                <w:sz w:val="14"/>
                <w:lang w:val="ro-RO"/>
              </w:rPr>
              <w:t>M8.3</w:t>
            </w:r>
          </w:p>
        </w:tc>
        <w:tc>
          <w:tcPr>
            <w:tcW w:w="4081" w:type="dxa"/>
            <w:tcMar>
              <w:top w:w="60" w:type="dxa"/>
              <w:left w:w="70" w:type="dxa"/>
              <w:bottom w:w="60" w:type="dxa"/>
              <w:right w:w="70" w:type="dxa"/>
            </w:tcMar>
            <w:vAlign w:val="center"/>
          </w:tcPr>
          <w:p w14:paraId="2BA5C46C" w14:textId="77777777" w:rsidR="004011CE" w:rsidRPr="002D650B" w:rsidRDefault="00000000">
            <w:pPr>
              <w:spacing w:after="0" w:line="240" w:lineRule="auto"/>
              <w:rPr>
                <w:noProof/>
                <w:lang w:val="ro-RO"/>
              </w:rPr>
            </w:pPr>
            <w:r w:rsidRPr="002D650B">
              <w:rPr>
                <w:rFonts w:eastAsia="Arial"/>
                <w:noProof/>
                <w:sz w:val="14"/>
                <w:lang w:val="ro-RO"/>
              </w:rPr>
              <w:t>Feedbackul este utilizat ca avertizare timpurie și intrare pentru CAPA și managementul riscului.</w:t>
            </w:r>
          </w:p>
        </w:tc>
        <w:tc>
          <w:tcPr>
            <w:tcW w:w="5159" w:type="dxa"/>
            <w:tcMar>
              <w:top w:w="60" w:type="dxa"/>
              <w:left w:w="70" w:type="dxa"/>
              <w:bottom w:w="60" w:type="dxa"/>
              <w:right w:w="70" w:type="dxa"/>
            </w:tcMar>
            <w:vAlign w:val="center"/>
          </w:tcPr>
          <w:p w14:paraId="116D2912" w14:textId="77777777" w:rsidR="004011CE" w:rsidRPr="002D650B" w:rsidRDefault="00000000">
            <w:pPr>
              <w:spacing w:after="0" w:line="240" w:lineRule="auto"/>
              <w:rPr>
                <w:noProof/>
                <w:lang w:val="ro-RO"/>
              </w:rPr>
            </w:pPr>
            <w:r w:rsidRPr="002D650B">
              <w:rPr>
                <w:rFonts w:eastAsia="Arial"/>
                <w:noProof/>
                <w:sz w:val="14"/>
                <w:lang w:val="ro-RO"/>
              </w:rPr>
              <w:t>Tendințe, semnale și decizii.</w:t>
            </w:r>
          </w:p>
        </w:tc>
        <w:tc>
          <w:tcPr>
            <w:tcW w:w="1417" w:type="dxa"/>
            <w:tcMar>
              <w:top w:w="60" w:type="dxa"/>
              <w:left w:w="70" w:type="dxa"/>
              <w:bottom w:w="60" w:type="dxa"/>
              <w:right w:w="70" w:type="dxa"/>
            </w:tcMar>
            <w:vAlign w:val="center"/>
          </w:tcPr>
          <w:p w14:paraId="23CD561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76D16FD"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F179ED5" w14:textId="77777777" w:rsidR="004011CE" w:rsidRPr="002D650B" w:rsidRDefault="004011CE">
            <w:pPr>
              <w:spacing w:after="0" w:line="240" w:lineRule="auto"/>
              <w:jc w:val="center"/>
              <w:rPr>
                <w:noProof/>
                <w:lang w:val="ro-RO"/>
              </w:rPr>
            </w:pPr>
          </w:p>
        </w:tc>
      </w:tr>
      <w:tr w:rsidR="004011CE" w:rsidRPr="002D650B" w14:paraId="7A1B5062" w14:textId="77777777">
        <w:trPr>
          <w:cantSplit/>
          <w:jc w:val="center"/>
        </w:trPr>
        <w:tc>
          <w:tcPr>
            <w:tcW w:w="793" w:type="dxa"/>
            <w:shd w:val="clear" w:color="auto" w:fill="FAFAFA"/>
            <w:tcMar>
              <w:top w:w="60" w:type="dxa"/>
              <w:left w:w="70" w:type="dxa"/>
              <w:bottom w:w="60" w:type="dxa"/>
              <w:right w:w="70" w:type="dxa"/>
            </w:tcMar>
            <w:vAlign w:val="center"/>
          </w:tcPr>
          <w:p w14:paraId="0B99AB94" w14:textId="77777777" w:rsidR="004011CE" w:rsidRPr="002D650B" w:rsidRDefault="00000000">
            <w:pPr>
              <w:spacing w:after="0" w:line="240" w:lineRule="auto"/>
              <w:jc w:val="center"/>
              <w:rPr>
                <w:noProof/>
                <w:lang w:val="ro-RO"/>
              </w:rPr>
            </w:pPr>
            <w:r w:rsidRPr="002D650B">
              <w:rPr>
                <w:rFonts w:eastAsia="Arial"/>
                <w:b/>
                <w:noProof/>
                <w:sz w:val="14"/>
                <w:lang w:val="ro-RO"/>
              </w:rPr>
              <w:t>M8.4</w:t>
            </w:r>
          </w:p>
        </w:tc>
        <w:tc>
          <w:tcPr>
            <w:tcW w:w="4081" w:type="dxa"/>
            <w:shd w:val="clear" w:color="auto" w:fill="FAFAFA"/>
            <w:tcMar>
              <w:top w:w="60" w:type="dxa"/>
              <w:left w:w="70" w:type="dxa"/>
              <w:bottom w:w="60" w:type="dxa"/>
              <w:right w:w="70" w:type="dxa"/>
            </w:tcMar>
            <w:vAlign w:val="center"/>
          </w:tcPr>
          <w:p w14:paraId="215805DD" w14:textId="77777777" w:rsidR="004011CE" w:rsidRPr="002D650B" w:rsidRDefault="00000000">
            <w:pPr>
              <w:spacing w:after="0" w:line="240" w:lineRule="auto"/>
              <w:rPr>
                <w:noProof/>
                <w:lang w:val="ro-RO"/>
              </w:rPr>
            </w:pPr>
            <w:r w:rsidRPr="002D650B">
              <w:rPr>
                <w:rFonts w:eastAsia="Arial"/>
                <w:noProof/>
                <w:sz w:val="14"/>
                <w:lang w:val="ro-RO"/>
              </w:rPr>
              <w:t>Există o procedură documentată pentru reclamații.</w:t>
            </w:r>
          </w:p>
        </w:tc>
        <w:tc>
          <w:tcPr>
            <w:tcW w:w="5159" w:type="dxa"/>
            <w:shd w:val="clear" w:color="auto" w:fill="FAFAFA"/>
            <w:tcMar>
              <w:top w:w="60" w:type="dxa"/>
              <w:left w:w="70" w:type="dxa"/>
              <w:bottom w:w="60" w:type="dxa"/>
              <w:right w:w="70" w:type="dxa"/>
            </w:tcMar>
            <w:vAlign w:val="center"/>
          </w:tcPr>
          <w:p w14:paraId="48E5B27F" w14:textId="77777777" w:rsidR="004011CE" w:rsidRPr="002D650B" w:rsidRDefault="00000000">
            <w:pPr>
              <w:spacing w:after="0" w:line="240" w:lineRule="auto"/>
              <w:rPr>
                <w:noProof/>
                <w:lang w:val="ro-RO"/>
              </w:rPr>
            </w:pPr>
            <w:r w:rsidRPr="002D650B">
              <w:rPr>
                <w:rFonts w:eastAsia="Arial"/>
                <w:noProof/>
                <w:sz w:val="14"/>
                <w:lang w:val="ro-RO"/>
              </w:rPr>
              <w:t>Primire, evaluare, investigație, responsabilități și termene.</w:t>
            </w:r>
          </w:p>
        </w:tc>
        <w:tc>
          <w:tcPr>
            <w:tcW w:w="1417" w:type="dxa"/>
            <w:shd w:val="clear" w:color="auto" w:fill="FAFAFA"/>
            <w:tcMar>
              <w:top w:w="60" w:type="dxa"/>
              <w:left w:w="70" w:type="dxa"/>
              <w:bottom w:w="60" w:type="dxa"/>
              <w:right w:w="70" w:type="dxa"/>
            </w:tcMar>
            <w:vAlign w:val="center"/>
          </w:tcPr>
          <w:p w14:paraId="2EFD895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F8B2C05"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9248BFE" w14:textId="77777777" w:rsidR="004011CE" w:rsidRPr="002D650B" w:rsidRDefault="004011CE">
            <w:pPr>
              <w:spacing w:after="0" w:line="240" w:lineRule="auto"/>
              <w:jc w:val="center"/>
              <w:rPr>
                <w:noProof/>
                <w:lang w:val="ro-RO"/>
              </w:rPr>
            </w:pPr>
          </w:p>
        </w:tc>
      </w:tr>
      <w:tr w:rsidR="004011CE" w:rsidRPr="002D650B" w14:paraId="44EAD729" w14:textId="77777777">
        <w:trPr>
          <w:cantSplit/>
          <w:jc w:val="center"/>
        </w:trPr>
        <w:tc>
          <w:tcPr>
            <w:tcW w:w="793" w:type="dxa"/>
            <w:tcMar>
              <w:top w:w="60" w:type="dxa"/>
              <w:left w:w="70" w:type="dxa"/>
              <w:bottom w:w="60" w:type="dxa"/>
              <w:right w:w="70" w:type="dxa"/>
            </w:tcMar>
            <w:vAlign w:val="center"/>
          </w:tcPr>
          <w:p w14:paraId="04E7B9E3" w14:textId="77777777" w:rsidR="004011CE" w:rsidRPr="002D650B" w:rsidRDefault="00000000">
            <w:pPr>
              <w:spacing w:after="0" w:line="240" w:lineRule="auto"/>
              <w:jc w:val="center"/>
              <w:rPr>
                <w:noProof/>
                <w:lang w:val="ro-RO"/>
              </w:rPr>
            </w:pPr>
            <w:r w:rsidRPr="002D650B">
              <w:rPr>
                <w:rFonts w:eastAsia="Arial"/>
                <w:b/>
                <w:noProof/>
                <w:sz w:val="14"/>
                <w:lang w:val="ro-RO"/>
              </w:rPr>
              <w:t>M8.5</w:t>
            </w:r>
          </w:p>
        </w:tc>
        <w:tc>
          <w:tcPr>
            <w:tcW w:w="4081" w:type="dxa"/>
            <w:tcMar>
              <w:top w:w="60" w:type="dxa"/>
              <w:left w:w="70" w:type="dxa"/>
              <w:bottom w:w="60" w:type="dxa"/>
              <w:right w:w="70" w:type="dxa"/>
            </w:tcMar>
            <w:vAlign w:val="center"/>
          </w:tcPr>
          <w:p w14:paraId="48D2FDB9" w14:textId="77777777" w:rsidR="004011CE" w:rsidRPr="002D650B" w:rsidRDefault="00000000">
            <w:pPr>
              <w:spacing w:after="0" w:line="240" w:lineRule="auto"/>
              <w:rPr>
                <w:noProof/>
                <w:lang w:val="ro-RO"/>
              </w:rPr>
            </w:pPr>
            <w:r w:rsidRPr="002D650B">
              <w:rPr>
                <w:rFonts w:eastAsia="Arial"/>
                <w:noProof/>
                <w:sz w:val="14"/>
                <w:lang w:val="ro-RO"/>
              </w:rPr>
              <w:t>Fiecare reclamație este evaluată pentru a determina dacă trebuie investigată.</w:t>
            </w:r>
          </w:p>
        </w:tc>
        <w:tc>
          <w:tcPr>
            <w:tcW w:w="5159" w:type="dxa"/>
            <w:tcMar>
              <w:top w:w="60" w:type="dxa"/>
              <w:left w:w="70" w:type="dxa"/>
              <w:bottom w:w="60" w:type="dxa"/>
              <w:right w:w="70" w:type="dxa"/>
            </w:tcMar>
            <w:vAlign w:val="center"/>
          </w:tcPr>
          <w:p w14:paraId="615C8E40" w14:textId="77777777" w:rsidR="004011CE" w:rsidRPr="002D650B" w:rsidRDefault="00000000">
            <w:pPr>
              <w:spacing w:after="0" w:line="240" w:lineRule="auto"/>
              <w:rPr>
                <w:noProof/>
                <w:lang w:val="ro-RO"/>
              </w:rPr>
            </w:pPr>
            <w:r w:rsidRPr="002D650B">
              <w:rPr>
                <w:rFonts w:eastAsia="Arial"/>
                <w:noProof/>
                <w:sz w:val="14"/>
                <w:lang w:val="ro-RO"/>
              </w:rPr>
              <w:t>Justificarea neinvestigării și aprobarea.</w:t>
            </w:r>
          </w:p>
        </w:tc>
        <w:tc>
          <w:tcPr>
            <w:tcW w:w="1417" w:type="dxa"/>
            <w:tcMar>
              <w:top w:w="60" w:type="dxa"/>
              <w:left w:w="70" w:type="dxa"/>
              <w:bottom w:w="60" w:type="dxa"/>
              <w:right w:w="70" w:type="dxa"/>
            </w:tcMar>
            <w:vAlign w:val="center"/>
          </w:tcPr>
          <w:p w14:paraId="36CA2A9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4D151B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D39291B" w14:textId="77777777" w:rsidR="004011CE" w:rsidRPr="002D650B" w:rsidRDefault="004011CE">
            <w:pPr>
              <w:spacing w:after="0" w:line="240" w:lineRule="auto"/>
              <w:jc w:val="center"/>
              <w:rPr>
                <w:noProof/>
                <w:lang w:val="ro-RO"/>
              </w:rPr>
            </w:pPr>
          </w:p>
        </w:tc>
      </w:tr>
      <w:tr w:rsidR="004011CE" w:rsidRPr="002D650B" w14:paraId="455E5C4B" w14:textId="77777777">
        <w:trPr>
          <w:cantSplit/>
          <w:jc w:val="center"/>
        </w:trPr>
        <w:tc>
          <w:tcPr>
            <w:tcW w:w="793" w:type="dxa"/>
            <w:shd w:val="clear" w:color="auto" w:fill="FAFAFA"/>
            <w:tcMar>
              <w:top w:w="60" w:type="dxa"/>
              <w:left w:w="70" w:type="dxa"/>
              <w:bottom w:w="60" w:type="dxa"/>
              <w:right w:w="70" w:type="dxa"/>
            </w:tcMar>
            <w:vAlign w:val="center"/>
          </w:tcPr>
          <w:p w14:paraId="004D1E88" w14:textId="77777777" w:rsidR="004011CE" w:rsidRPr="002D650B" w:rsidRDefault="00000000">
            <w:pPr>
              <w:spacing w:after="0" w:line="240" w:lineRule="auto"/>
              <w:jc w:val="center"/>
              <w:rPr>
                <w:noProof/>
                <w:lang w:val="ro-RO"/>
              </w:rPr>
            </w:pPr>
            <w:r w:rsidRPr="002D650B">
              <w:rPr>
                <w:rFonts w:eastAsia="Arial"/>
                <w:b/>
                <w:noProof/>
                <w:sz w:val="14"/>
                <w:lang w:val="ro-RO"/>
              </w:rPr>
              <w:t>M8.6</w:t>
            </w:r>
          </w:p>
        </w:tc>
        <w:tc>
          <w:tcPr>
            <w:tcW w:w="4081" w:type="dxa"/>
            <w:shd w:val="clear" w:color="auto" w:fill="FAFAFA"/>
            <w:tcMar>
              <w:top w:w="60" w:type="dxa"/>
              <w:left w:w="70" w:type="dxa"/>
              <w:bottom w:w="60" w:type="dxa"/>
              <w:right w:w="70" w:type="dxa"/>
            </w:tcMar>
            <w:vAlign w:val="center"/>
          </w:tcPr>
          <w:p w14:paraId="29990AB2" w14:textId="77777777" w:rsidR="004011CE" w:rsidRPr="002D650B" w:rsidRDefault="00000000">
            <w:pPr>
              <w:spacing w:after="0" w:line="240" w:lineRule="auto"/>
              <w:rPr>
                <w:noProof/>
                <w:lang w:val="ro-RO"/>
              </w:rPr>
            </w:pPr>
            <w:r w:rsidRPr="002D650B">
              <w:rPr>
                <w:rFonts w:eastAsia="Arial"/>
                <w:noProof/>
                <w:sz w:val="14"/>
                <w:lang w:val="ro-RO"/>
              </w:rPr>
              <w:t>Investigațiile documentează produsul, evenimentul, cauzele, acțiunile și comunicările.</w:t>
            </w:r>
          </w:p>
        </w:tc>
        <w:tc>
          <w:tcPr>
            <w:tcW w:w="5159" w:type="dxa"/>
            <w:shd w:val="clear" w:color="auto" w:fill="FAFAFA"/>
            <w:tcMar>
              <w:top w:w="60" w:type="dxa"/>
              <w:left w:w="70" w:type="dxa"/>
              <w:bottom w:w="60" w:type="dxa"/>
              <w:right w:w="70" w:type="dxa"/>
            </w:tcMar>
            <w:vAlign w:val="center"/>
          </w:tcPr>
          <w:p w14:paraId="6F3C067C" w14:textId="77777777" w:rsidR="004011CE" w:rsidRPr="002D650B" w:rsidRDefault="00000000">
            <w:pPr>
              <w:spacing w:after="0" w:line="240" w:lineRule="auto"/>
              <w:rPr>
                <w:noProof/>
                <w:lang w:val="ro-RO"/>
              </w:rPr>
            </w:pPr>
            <w:r w:rsidRPr="002D650B">
              <w:rPr>
                <w:rFonts w:eastAsia="Arial"/>
                <w:noProof/>
                <w:sz w:val="14"/>
                <w:lang w:val="ro-RO"/>
              </w:rPr>
              <w:t>Dosar complet și trasabil.</w:t>
            </w:r>
          </w:p>
        </w:tc>
        <w:tc>
          <w:tcPr>
            <w:tcW w:w="1417" w:type="dxa"/>
            <w:shd w:val="clear" w:color="auto" w:fill="FAFAFA"/>
            <w:tcMar>
              <w:top w:w="60" w:type="dxa"/>
              <w:left w:w="70" w:type="dxa"/>
              <w:bottom w:w="60" w:type="dxa"/>
              <w:right w:w="70" w:type="dxa"/>
            </w:tcMar>
            <w:vAlign w:val="center"/>
          </w:tcPr>
          <w:p w14:paraId="6CD1B7A2"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7EB3F8"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BCAFD25" w14:textId="77777777" w:rsidR="004011CE" w:rsidRPr="002D650B" w:rsidRDefault="004011CE">
            <w:pPr>
              <w:spacing w:after="0" w:line="240" w:lineRule="auto"/>
              <w:jc w:val="center"/>
              <w:rPr>
                <w:noProof/>
                <w:lang w:val="ro-RO"/>
              </w:rPr>
            </w:pPr>
          </w:p>
        </w:tc>
      </w:tr>
      <w:tr w:rsidR="004011CE" w:rsidRPr="002D650B" w14:paraId="254821EF" w14:textId="77777777">
        <w:trPr>
          <w:cantSplit/>
          <w:jc w:val="center"/>
        </w:trPr>
        <w:tc>
          <w:tcPr>
            <w:tcW w:w="793" w:type="dxa"/>
            <w:tcMar>
              <w:top w:w="60" w:type="dxa"/>
              <w:left w:w="70" w:type="dxa"/>
              <w:bottom w:w="60" w:type="dxa"/>
              <w:right w:w="70" w:type="dxa"/>
            </w:tcMar>
            <w:vAlign w:val="center"/>
          </w:tcPr>
          <w:p w14:paraId="500779A5" w14:textId="77777777" w:rsidR="004011CE" w:rsidRPr="002D650B" w:rsidRDefault="00000000">
            <w:pPr>
              <w:spacing w:after="0" w:line="240" w:lineRule="auto"/>
              <w:jc w:val="center"/>
              <w:rPr>
                <w:noProof/>
                <w:lang w:val="ro-RO"/>
              </w:rPr>
            </w:pPr>
            <w:r w:rsidRPr="002D650B">
              <w:rPr>
                <w:rFonts w:eastAsia="Arial"/>
                <w:b/>
                <w:noProof/>
                <w:sz w:val="14"/>
                <w:lang w:val="ro-RO"/>
              </w:rPr>
              <w:t>M8.7</w:t>
            </w:r>
          </w:p>
        </w:tc>
        <w:tc>
          <w:tcPr>
            <w:tcW w:w="4081" w:type="dxa"/>
            <w:tcMar>
              <w:top w:w="60" w:type="dxa"/>
              <w:left w:w="70" w:type="dxa"/>
              <w:bottom w:w="60" w:type="dxa"/>
              <w:right w:w="70" w:type="dxa"/>
            </w:tcMar>
            <w:vAlign w:val="center"/>
          </w:tcPr>
          <w:p w14:paraId="49D284F5" w14:textId="77777777" w:rsidR="004011CE" w:rsidRPr="002D650B" w:rsidRDefault="00000000">
            <w:pPr>
              <w:spacing w:after="0" w:line="240" w:lineRule="auto"/>
              <w:rPr>
                <w:noProof/>
                <w:lang w:val="ro-RO"/>
              </w:rPr>
            </w:pPr>
            <w:r w:rsidRPr="002D650B">
              <w:rPr>
                <w:rFonts w:eastAsia="Arial"/>
                <w:noProof/>
                <w:sz w:val="14"/>
                <w:lang w:val="ro-RO"/>
              </w:rPr>
              <w:t>Reclamațiile legate de activități externalizate sunt coordonate cu părțile responsabile.</w:t>
            </w:r>
          </w:p>
        </w:tc>
        <w:tc>
          <w:tcPr>
            <w:tcW w:w="5159" w:type="dxa"/>
            <w:tcMar>
              <w:top w:w="60" w:type="dxa"/>
              <w:left w:w="70" w:type="dxa"/>
              <w:bottom w:w="60" w:type="dxa"/>
              <w:right w:w="70" w:type="dxa"/>
            </w:tcMar>
            <w:vAlign w:val="center"/>
          </w:tcPr>
          <w:p w14:paraId="2C4398ED" w14:textId="77777777" w:rsidR="004011CE" w:rsidRPr="002D650B" w:rsidRDefault="00000000">
            <w:pPr>
              <w:spacing w:after="0" w:line="240" w:lineRule="auto"/>
              <w:rPr>
                <w:noProof/>
                <w:lang w:val="ro-RO"/>
              </w:rPr>
            </w:pPr>
            <w:r w:rsidRPr="002D650B">
              <w:rPr>
                <w:rFonts w:eastAsia="Arial"/>
                <w:noProof/>
                <w:sz w:val="14"/>
                <w:lang w:val="ro-RO"/>
              </w:rPr>
              <w:t>Transfer, feedback și urmărire.</w:t>
            </w:r>
          </w:p>
        </w:tc>
        <w:tc>
          <w:tcPr>
            <w:tcW w:w="1417" w:type="dxa"/>
            <w:tcMar>
              <w:top w:w="60" w:type="dxa"/>
              <w:left w:w="70" w:type="dxa"/>
              <w:bottom w:w="60" w:type="dxa"/>
              <w:right w:w="70" w:type="dxa"/>
            </w:tcMar>
            <w:vAlign w:val="center"/>
          </w:tcPr>
          <w:p w14:paraId="384E817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36CA2D2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05338A2A" w14:textId="77777777" w:rsidR="004011CE" w:rsidRPr="002D650B" w:rsidRDefault="004011CE">
            <w:pPr>
              <w:spacing w:after="0" w:line="240" w:lineRule="auto"/>
              <w:jc w:val="center"/>
              <w:rPr>
                <w:noProof/>
                <w:lang w:val="ro-RO"/>
              </w:rPr>
            </w:pPr>
          </w:p>
        </w:tc>
      </w:tr>
      <w:tr w:rsidR="004011CE" w:rsidRPr="002D650B" w14:paraId="55EFAF99" w14:textId="77777777">
        <w:trPr>
          <w:cantSplit/>
          <w:jc w:val="center"/>
        </w:trPr>
        <w:tc>
          <w:tcPr>
            <w:tcW w:w="793" w:type="dxa"/>
            <w:shd w:val="clear" w:color="auto" w:fill="FAFAFA"/>
            <w:tcMar>
              <w:top w:w="60" w:type="dxa"/>
              <w:left w:w="70" w:type="dxa"/>
              <w:bottom w:w="60" w:type="dxa"/>
              <w:right w:w="70" w:type="dxa"/>
            </w:tcMar>
            <w:vAlign w:val="center"/>
          </w:tcPr>
          <w:p w14:paraId="5B4A9BE6" w14:textId="77777777" w:rsidR="004011CE" w:rsidRPr="002D650B" w:rsidRDefault="00000000">
            <w:pPr>
              <w:spacing w:after="0" w:line="240" w:lineRule="auto"/>
              <w:jc w:val="center"/>
              <w:rPr>
                <w:noProof/>
                <w:lang w:val="ro-RO"/>
              </w:rPr>
            </w:pPr>
            <w:r w:rsidRPr="002D650B">
              <w:rPr>
                <w:rFonts w:eastAsia="Arial"/>
                <w:b/>
                <w:noProof/>
                <w:sz w:val="14"/>
                <w:lang w:val="ro-RO"/>
              </w:rPr>
              <w:t>M8.8</w:t>
            </w:r>
          </w:p>
        </w:tc>
        <w:tc>
          <w:tcPr>
            <w:tcW w:w="4081" w:type="dxa"/>
            <w:shd w:val="clear" w:color="auto" w:fill="FAFAFA"/>
            <w:tcMar>
              <w:top w:w="60" w:type="dxa"/>
              <w:left w:w="70" w:type="dxa"/>
              <w:bottom w:w="60" w:type="dxa"/>
              <w:right w:w="70" w:type="dxa"/>
            </w:tcMar>
            <w:vAlign w:val="center"/>
          </w:tcPr>
          <w:p w14:paraId="584BAABC" w14:textId="77777777" w:rsidR="004011CE" w:rsidRPr="002D650B" w:rsidRDefault="00000000">
            <w:pPr>
              <w:spacing w:after="0" w:line="240" w:lineRule="auto"/>
              <w:rPr>
                <w:noProof/>
                <w:lang w:val="ro-RO"/>
              </w:rPr>
            </w:pPr>
            <w:r w:rsidRPr="002D650B">
              <w:rPr>
                <w:rFonts w:eastAsia="Arial"/>
                <w:noProof/>
                <w:sz w:val="14"/>
                <w:lang w:val="ro-RO"/>
              </w:rPr>
              <w:t>Există o procedură pentru raportarea către autorități conform criteriilor și termenelor aplicabile.</w:t>
            </w:r>
          </w:p>
        </w:tc>
        <w:tc>
          <w:tcPr>
            <w:tcW w:w="5159" w:type="dxa"/>
            <w:shd w:val="clear" w:color="auto" w:fill="FAFAFA"/>
            <w:tcMar>
              <w:top w:w="60" w:type="dxa"/>
              <w:left w:w="70" w:type="dxa"/>
              <w:bottom w:w="60" w:type="dxa"/>
              <w:right w:w="70" w:type="dxa"/>
            </w:tcMar>
            <w:vAlign w:val="center"/>
          </w:tcPr>
          <w:p w14:paraId="69E1C284" w14:textId="77777777" w:rsidR="004011CE" w:rsidRPr="002D650B" w:rsidRDefault="00000000">
            <w:pPr>
              <w:spacing w:after="0" w:line="240" w:lineRule="auto"/>
              <w:rPr>
                <w:noProof/>
                <w:lang w:val="ro-RO"/>
              </w:rPr>
            </w:pPr>
            <w:r w:rsidRPr="002D650B">
              <w:rPr>
                <w:rFonts w:eastAsia="Arial"/>
                <w:noProof/>
                <w:sz w:val="14"/>
                <w:lang w:val="ro-RO"/>
              </w:rPr>
              <w:t>Decizie, persoane autorizate și înregistrări.</w:t>
            </w:r>
          </w:p>
        </w:tc>
        <w:tc>
          <w:tcPr>
            <w:tcW w:w="1417" w:type="dxa"/>
            <w:shd w:val="clear" w:color="auto" w:fill="FAFAFA"/>
            <w:tcMar>
              <w:top w:w="60" w:type="dxa"/>
              <w:left w:w="70" w:type="dxa"/>
              <w:bottom w:w="60" w:type="dxa"/>
              <w:right w:w="70" w:type="dxa"/>
            </w:tcMar>
            <w:vAlign w:val="center"/>
          </w:tcPr>
          <w:p w14:paraId="14F02217"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B58818E"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6EFD13" w14:textId="77777777" w:rsidR="004011CE" w:rsidRPr="002D650B" w:rsidRDefault="004011CE">
            <w:pPr>
              <w:spacing w:after="0" w:line="240" w:lineRule="auto"/>
              <w:jc w:val="center"/>
              <w:rPr>
                <w:noProof/>
                <w:lang w:val="ro-RO"/>
              </w:rPr>
            </w:pPr>
          </w:p>
        </w:tc>
      </w:tr>
      <w:tr w:rsidR="004011CE" w:rsidRPr="002D650B" w14:paraId="57E196C3" w14:textId="77777777">
        <w:trPr>
          <w:cantSplit/>
          <w:jc w:val="center"/>
        </w:trPr>
        <w:tc>
          <w:tcPr>
            <w:tcW w:w="793" w:type="dxa"/>
            <w:tcMar>
              <w:top w:w="60" w:type="dxa"/>
              <w:left w:w="70" w:type="dxa"/>
              <w:bottom w:w="60" w:type="dxa"/>
              <w:right w:w="70" w:type="dxa"/>
            </w:tcMar>
            <w:vAlign w:val="center"/>
          </w:tcPr>
          <w:p w14:paraId="6730576C" w14:textId="77777777" w:rsidR="004011CE" w:rsidRPr="002D650B" w:rsidRDefault="00000000">
            <w:pPr>
              <w:spacing w:after="0" w:line="240" w:lineRule="auto"/>
              <w:jc w:val="center"/>
              <w:rPr>
                <w:noProof/>
                <w:lang w:val="ro-RO"/>
              </w:rPr>
            </w:pPr>
            <w:r w:rsidRPr="002D650B">
              <w:rPr>
                <w:rFonts w:eastAsia="Arial"/>
                <w:b/>
                <w:noProof/>
                <w:sz w:val="14"/>
                <w:lang w:val="ro-RO"/>
              </w:rPr>
              <w:t>M8.9</w:t>
            </w:r>
          </w:p>
        </w:tc>
        <w:tc>
          <w:tcPr>
            <w:tcW w:w="4081" w:type="dxa"/>
            <w:tcMar>
              <w:top w:w="60" w:type="dxa"/>
              <w:left w:w="70" w:type="dxa"/>
              <w:bottom w:w="60" w:type="dxa"/>
              <w:right w:w="70" w:type="dxa"/>
            </w:tcMar>
            <w:vAlign w:val="center"/>
          </w:tcPr>
          <w:p w14:paraId="4496B814" w14:textId="77777777" w:rsidR="004011CE" w:rsidRPr="002D650B" w:rsidRDefault="00000000">
            <w:pPr>
              <w:spacing w:after="0" w:line="240" w:lineRule="auto"/>
              <w:rPr>
                <w:noProof/>
                <w:lang w:val="ro-RO"/>
              </w:rPr>
            </w:pPr>
            <w:r w:rsidRPr="002D650B">
              <w:rPr>
                <w:rFonts w:eastAsia="Arial"/>
                <w:noProof/>
                <w:sz w:val="14"/>
                <w:lang w:val="ro-RO"/>
              </w:rPr>
              <w:t>Auditurile interne sunt planificate, obiective și acoperă întregul sistem.</w:t>
            </w:r>
          </w:p>
        </w:tc>
        <w:tc>
          <w:tcPr>
            <w:tcW w:w="5159" w:type="dxa"/>
            <w:tcMar>
              <w:top w:w="60" w:type="dxa"/>
              <w:left w:w="70" w:type="dxa"/>
              <w:bottom w:w="60" w:type="dxa"/>
              <w:right w:w="70" w:type="dxa"/>
            </w:tcMar>
            <w:vAlign w:val="center"/>
          </w:tcPr>
          <w:p w14:paraId="6520BC0B" w14:textId="77777777" w:rsidR="004011CE" w:rsidRPr="002D650B" w:rsidRDefault="00000000">
            <w:pPr>
              <w:spacing w:after="0" w:line="240" w:lineRule="auto"/>
              <w:rPr>
                <w:noProof/>
                <w:lang w:val="ro-RO"/>
              </w:rPr>
            </w:pPr>
            <w:r w:rsidRPr="002D650B">
              <w:rPr>
                <w:rFonts w:eastAsia="Arial"/>
                <w:noProof/>
                <w:sz w:val="14"/>
                <w:lang w:val="ro-RO"/>
              </w:rPr>
              <w:t>Program, criterii, competență și independență.</w:t>
            </w:r>
          </w:p>
        </w:tc>
        <w:tc>
          <w:tcPr>
            <w:tcW w:w="1417" w:type="dxa"/>
            <w:tcMar>
              <w:top w:w="60" w:type="dxa"/>
              <w:left w:w="70" w:type="dxa"/>
              <w:bottom w:w="60" w:type="dxa"/>
              <w:right w:w="70" w:type="dxa"/>
            </w:tcMar>
            <w:vAlign w:val="center"/>
          </w:tcPr>
          <w:p w14:paraId="33DAD79A"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6D8DEE1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8F486BA" w14:textId="77777777" w:rsidR="004011CE" w:rsidRPr="002D650B" w:rsidRDefault="004011CE">
            <w:pPr>
              <w:spacing w:after="0" w:line="240" w:lineRule="auto"/>
              <w:jc w:val="center"/>
              <w:rPr>
                <w:noProof/>
                <w:lang w:val="ro-RO"/>
              </w:rPr>
            </w:pPr>
          </w:p>
        </w:tc>
      </w:tr>
      <w:tr w:rsidR="004011CE" w:rsidRPr="002D650B" w14:paraId="6D9EB7B9" w14:textId="77777777">
        <w:trPr>
          <w:cantSplit/>
          <w:jc w:val="center"/>
        </w:trPr>
        <w:tc>
          <w:tcPr>
            <w:tcW w:w="793" w:type="dxa"/>
            <w:shd w:val="clear" w:color="auto" w:fill="FAFAFA"/>
            <w:tcMar>
              <w:top w:w="60" w:type="dxa"/>
              <w:left w:w="70" w:type="dxa"/>
              <w:bottom w:w="60" w:type="dxa"/>
              <w:right w:w="70" w:type="dxa"/>
            </w:tcMar>
            <w:vAlign w:val="center"/>
          </w:tcPr>
          <w:p w14:paraId="0461A729" w14:textId="77777777" w:rsidR="004011CE" w:rsidRPr="002D650B" w:rsidRDefault="00000000">
            <w:pPr>
              <w:spacing w:after="0" w:line="240" w:lineRule="auto"/>
              <w:jc w:val="center"/>
              <w:rPr>
                <w:noProof/>
                <w:lang w:val="ro-RO"/>
              </w:rPr>
            </w:pPr>
            <w:r w:rsidRPr="002D650B">
              <w:rPr>
                <w:rFonts w:eastAsia="Arial"/>
                <w:b/>
                <w:noProof/>
                <w:sz w:val="14"/>
                <w:lang w:val="ro-RO"/>
              </w:rPr>
              <w:t>M8.10</w:t>
            </w:r>
          </w:p>
        </w:tc>
        <w:tc>
          <w:tcPr>
            <w:tcW w:w="4081" w:type="dxa"/>
            <w:shd w:val="clear" w:color="auto" w:fill="FAFAFA"/>
            <w:tcMar>
              <w:top w:w="60" w:type="dxa"/>
              <w:left w:w="70" w:type="dxa"/>
              <w:bottom w:w="60" w:type="dxa"/>
              <w:right w:w="70" w:type="dxa"/>
            </w:tcMar>
            <w:vAlign w:val="center"/>
          </w:tcPr>
          <w:p w14:paraId="31568E16" w14:textId="77777777" w:rsidR="004011CE" w:rsidRPr="002D650B" w:rsidRDefault="00000000">
            <w:pPr>
              <w:spacing w:after="0" w:line="240" w:lineRule="auto"/>
              <w:rPr>
                <w:noProof/>
                <w:lang w:val="ro-RO"/>
              </w:rPr>
            </w:pPr>
            <w:r w:rsidRPr="002D650B">
              <w:rPr>
                <w:rFonts w:eastAsia="Arial"/>
                <w:noProof/>
                <w:sz w:val="14"/>
                <w:lang w:val="ro-RO"/>
              </w:rPr>
              <w:t>Rezultatele auditului sunt raportate și corecțiile/acțiunile sunt realizate prompt.</w:t>
            </w:r>
          </w:p>
        </w:tc>
        <w:tc>
          <w:tcPr>
            <w:tcW w:w="5159" w:type="dxa"/>
            <w:shd w:val="clear" w:color="auto" w:fill="FAFAFA"/>
            <w:tcMar>
              <w:top w:w="60" w:type="dxa"/>
              <w:left w:w="70" w:type="dxa"/>
              <w:bottom w:w="60" w:type="dxa"/>
              <w:right w:w="70" w:type="dxa"/>
            </w:tcMar>
            <w:vAlign w:val="center"/>
          </w:tcPr>
          <w:p w14:paraId="6095B2B0" w14:textId="77777777" w:rsidR="004011CE" w:rsidRPr="002D650B" w:rsidRDefault="00000000">
            <w:pPr>
              <w:spacing w:after="0" w:line="240" w:lineRule="auto"/>
              <w:rPr>
                <w:noProof/>
                <w:lang w:val="ro-RO"/>
              </w:rPr>
            </w:pPr>
            <w:r w:rsidRPr="002D650B">
              <w:rPr>
                <w:rFonts w:eastAsia="Arial"/>
                <w:noProof/>
                <w:sz w:val="14"/>
                <w:lang w:val="ro-RO"/>
              </w:rPr>
              <w:t>Rapoarte, termene și eficacitate.</w:t>
            </w:r>
          </w:p>
        </w:tc>
        <w:tc>
          <w:tcPr>
            <w:tcW w:w="1417" w:type="dxa"/>
            <w:shd w:val="clear" w:color="auto" w:fill="FAFAFA"/>
            <w:tcMar>
              <w:top w:w="60" w:type="dxa"/>
              <w:left w:w="70" w:type="dxa"/>
              <w:bottom w:w="60" w:type="dxa"/>
              <w:right w:w="70" w:type="dxa"/>
            </w:tcMar>
            <w:vAlign w:val="center"/>
          </w:tcPr>
          <w:p w14:paraId="69F4FBD4"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66DD17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E091605" w14:textId="77777777" w:rsidR="004011CE" w:rsidRPr="002D650B" w:rsidRDefault="004011CE">
            <w:pPr>
              <w:spacing w:after="0" w:line="240" w:lineRule="auto"/>
              <w:jc w:val="center"/>
              <w:rPr>
                <w:noProof/>
                <w:lang w:val="ro-RO"/>
              </w:rPr>
            </w:pPr>
          </w:p>
        </w:tc>
      </w:tr>
      <w:tr w:rsidR="004011CE" w:rsidRPr="002D650B" w14:paraId="4D134B93" w14:textId="77777777">
        <w:trPr>
          <w:cantSplit/>
          <w:jc w:val="center"/>
        </w:trPr>
        <w:tc>
          <w:tcPr>
            <w:tcW w:w="793" w:type="dxa"/>
            <w:tcMar>
              <w:top w:w="60" w:type="dxa"/>
              <w:left w:w="70" w:type="dxa"/>
              <w:bottom w:w="60" w:type="dxa"/>
              <w:right w:w="70" w:type="dxa"/>
            </w:tcMar>
            <w:vAlign w:val="center"/>
          </w:tcPr>
          <w:p w14:paraId="7CFB226C" w14:textId="77777777" w:rsidR="004011CE" w:rsidRPr="002D650B" w:rsidRDefault="00000000">
            <w:pPr>
              <w:spacing w:after="0" w:line="240" w:lineRule="auto"/>
              <w:jc w:val="center"/>
              <w:rPr>
                <w:noProof/>
                <w:lang w:val="ro-RO"/>
              </w:rPr>
            </w:pPr>
            <w:r w:rsidRPr="002D650B">
              <w:rPr>
                <w:rFonts w:eastAsia="Arial"/>
                <w:b/>
                <w:noProof/>
                <w:sz w:val="14"/>
                <w:lang w:val="ro-RO"/>
              </w:rPr>
              <w:t>M8.11</w:t>
            </w:r>
          </w:p>
        </w:tc>
        <w:tc>
          <w:tcPr>
            <w:tcW w:w="4081" w:type="dxa"/>
            <w:tcMar>
              <w:top w:w="60" w:type="dxa"/>
              <w:left w:w="70" w:type="dxa"/>
              <w:bottom w:w="60" w:type="dxa"/>
              <w:right w:w="70" w:type="dxa"/>
            </w:tcMar>
            <w:vAlign w:val="center"/>
          </w:tcPr>
          <w:p w14:paraId="496490EE" w14:textId="77777777" w:rsidR="004011CE" w:rsidRPr="002D650B" w:rsidRDefault="00000000">
            <w:pPr>
              <w:spacing w:after="0" w:line="240" w:lineRule="auto"/>
              <w:rPr>
                <w:noProof/>
                <w:lang w:val="ro-RO"/>
              </w:rPr>
            </w:pPr>
            <w:r w:rsidRPr="002D650B">
              <w:rPr>
                <w:rFonts w:eastAsia="Arial"/>
                <w:noProof/>
                <w:sz w:val="14"/>
                <w:lang w:val="ro-RO"/>
              </w:rPr>
              <w:t>Procesele sunt monitorizate prin metode care demonstrează capacitatea de a obține rezultate.</w:t>
            </w:r>
          </w:p>
        </w:tc>
        <w:tc>
          <w:tcPr>
            <w:tcW w:w="5159" w:type="dxa"/>
            <w:tcMar>
              <w:top w:w="60" w:type="dxa"/>
              <w:left w:w="70" w:type="dxa"/>
              <w:bottom w:w="60" w:type="dxa"/>
              <w:right w:w="70" w:type="dxa"/>
            </w:tcMar>
            <w:vAlign w:val="center"/>
          </w:tcPr>
          <w:p w14:paraId="3218D281" w14:textId="77777777" w:rsidR="004011CE" w:rsidRPr="002D650B" w:rsidRDefault="00000000">
            <w:pPr>
              <w:spacing w:after="0" w:line="240" w:lineRule="auto"/>
              <w:rPr>
                <w:noProof/>
                <w:lang w:val="ro-RO"/>
              </w:rPr>
            </w:pPr>
            <w:r w:rsidRPr="002D650B">
              <w:rPr>
                <w:rFonts w:eastAsia="Arial"/>
                <w:noProof/>
                <w:sz w:val="14"/>
                <w:lang w:val="ro-RO"/>
              </w:rPr>
              <w:t>Indicatori, praguri și reacții.</w:t>
            </w:r>
          </w:p>
        </w:tc>
        <w:tc>
          <w:tcPr>
            <w:tcW w:w="1417" w:type="dxa"/>
            <w:tcMar>
              <w:top w:w="60" w:type="dxa"/>
              <w:left w:w="70" w:type="dxa"/>
              <w:bottom w:w="60" w:type="dxa"/>
              <w:right w:w="70" w:type="dxa"/>
            </w:tcMar>
            <w:vAlign w:val="center"/>
          </w:tcPr>
          <w:p w14:paraId="7D5062B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FE928F5"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ED5044F" w14:textId="77777777" w:rsidR="004011CE" w:rsidRPr="002D650B" w:rsidRDefault="004011CE">
            <w:pPr>
              <w:spacing w:after="0" w:line="240" w:lineRule="auto"/>
              <w:jc w:val="center"/>
              <w:rPr>
                <w:noProof/>
                <w:lang w:val="ro-RO"/>
              </w:rPr>
            </w:pPr>
          </w:p>
        </w:tc>
      </w:tr>
      <w:tr w:rsidR="004011CE" w:rsidRPr="002D650B" w14:paraId="43F15E67" w14:textId="77777777">
        <w:trPr>
          <w:cantSplit/>
          <w:jc w:val="center"/>
        </w:trPr>
        <w:tc>
          <w:tcPr>
            <w:tcW w:w="793" w:type="dxa"/>
            <w:shd w:val="clear" w:color="auto" w:fill="FAFAFA"/>
            <w:tcMar>
              <w:top w:w="60" w:type="dxa"/>
              <w:left w:w="70" w:type="dxa"/>
              <w:bottom w:w="60" w:type="dxa"/>
              <w:right w:w="70" w:type="dxa"/>
            </w:tcMar>
            <w:vAlign w:val="center"/>
          </w:tcPr>
          <w:p w14:paraId="7847306C" w14:textId="77777777" w:rsidR="004011CE" w:rsidRPr="002D650B" w:rsidRDefault="00000000">
            <w:pPr>
              <w:spacing w:after="0" w:line="240" w:lineRule="auto"/>
              <w:jc w:val="center"/>
              <w:rPr>
                <w:noProof/>
                <w:lang w:val="ro-RO"/>
              </w:rPr>
            </w:pPr>
            <w:r w:rsidRPr="002D650B">
              <w:rPr>
                <w:rFonts w:eastAsia="Arial"/>
                <w:b/>
                <w:noProof/>
                <w:sz w:val="14"/>
                <w:lang w:val="ro-RO"/>
              </w:rPr>
              <w:t>M8.12</w:t>
            </w:r>
          </w:p>
        </w:tc>
        <w:tc>
          <w:tcPr>
            <w:tcW w:w="4081" w:type="dxa"/>
            <w:shd w:val="clear" w:color="auto" w:fill="FAFAFA"/>
            <w:tcMar>
              <w:top w:w="60" w:type="dxa"/>
              <w:left w:w="70" w:type="dxa"/>
              <w:bottom w:w="60" w:type="dxa"/>
              <w:right w:w="70" w:type="dxa"/>
            </w:tcMar>
            <w:vAlign w:val="center"/>
          </w:tcPr>
          <w:p w14:paraId="5E19A042" w14:textId="77777777" w:rsidR="004011CE" w:rsidRPr="002D650B" w:rsidRDefault="00000000">
            <w:pPr>
              <w:spacing w:after="0" w:line="240" w:lineRule="auto"/>
              <w:rPr>
                <w:noProof/>
                <w:lang w:val="ro-RO"/>
              </w:rPr>
            </w:pPr>
            <w:r w:rsidRPr="002D650B">
              <w:rPr>
                <w:rFonts w:eastAsia="Arial"/>
                <w:noProof/>
                <w:sz w:val="14"/>
                <w:lang w:val="ro-RO"/>
              </w:rPr>
              <w:t>Produsul este monitorizat și măsurat la etapele planificate.</w:t>
            </w:r>
          </w:p>
        </w:tc>
        <w:tc>
          <w:tcPr>
            <w:tcW w:w="5159" w:type="dxa"/>
            <w:shd w:val="clear" w:color="auto" w:fill="FAFAFA"/>
            <w:tcMar>
              <w:top w:w="60" w:type="dxa"/>
              <w:left w:w="70" w:type="dxa"/>
              <w:bottom w:w="60" w:type="dxa"/>
              <w:right w:w="70" w:type="dxa"/>
            </w:tcMar>
            <w:vAlign w:val="center"/>
          </w:tcPr>
          <w:p w14:paraId="1825FC17" w14:textId="77777777" w:rsidR="004011CE" w:rsidRPr="002D650B" w:rsidRDefault="00000000">
            <w:pPr>
              <w:spacing w:after="0" w:line="240" w:lineRule="auto"/>
              <w:rPr>
                <w:noProof/>
                <w:lang w:val="ro-RO"/>
              </w:rPr>
            </w:pPr>
            <w:r w:rsidRPr="002D650B">
              <w:rPr>
                <w:rFonts w:eastAsia="Arial"/>
                <w:noProof/>
                <w:sz w:val="14"/>
                <w:lang w:val="ro-RO"/>
              </w:rPr>
              <w:t>Inspecții, teste, eșantionare și criterii.</w:t>
            </w:r>
          </w:p>
        </w:tc>
        <w:tc>
          <w:tcPr>
            <w:tcW w:w="1417" w:type="dxa"/>
            <w:shd w:val="clear" w:color="auto" w:fill="FAFAFA"/>
            <w:tcMar>
              <w:top w:w="60" w:type="dxa"/>
              <w:left w:w="70" w:type="dxa"/>
              <w:bottom w:w="60" w:type="dxa"/>
              <w:right w:w="70" w:type="dxa"/>
            </w:tcMar>
            <w:vAlign w:val="center"/>
          </w:tcPr>
          <w:p w14:paraId="0444B85B"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B611ECC"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7E76A9A" w14:textId="77777777" w:rsidR="004011CE" w:rsidRPr="002D650B" w:rsidRDefault="004011CE">
            <w:pPr>
              <w:spacing w:after="0" w:line="240" w:lineRule="auto"/>
              <w:jc w:val="center"/>
              <w:rPr>
                <w:noProof/>
                <w:lang w:val="ro-RO"/>
              </w:rPr>
            </w:pPr>
          </w:p>
        </w:tc>
      </w:tr>
      <w:tr w:rsidR="004011CE" w:rsidRPr="002D650B" w14:paraId="7D8E698C" w14:textId="77777777">
        <w:trPr>
          <w:cantSplit/>
          <w:jc w:val="center"/>
        </w:trPr>
        <w:tc>
          <w:tcPr>
            <w:tcW w:w="793" w:type="dxa"/>
            <w:tcMar>
              <w:top w:w="60" w:type="dxa"/>
              <w:left w:w="70" w:type="dxa"/>
              <w:bottom w:w="60" w:type="dxa"/>
              <w:right w:w="70" w:type="dxa"/>
            </w:tcMar>
            <w:vAlign w:val="center"/>
          </w:tcPr>
          <w:p w14:paraId="1DBF61B3" w14:textId="77777777" w:rsidR="004011CE" w:rsidRPr="002D650B" w:rsidRDefault="00000000">
            <w:pPr>
              <w:spacing w:after="0" w:line="240" w:lineRule="auto"/>
              <w:jc w:val="center"/>
              <w:rPr>
                <w:noProof/>
                <w:lang w:val="ro-RO"/>
              </w:rPr>
            </w:pPr>
            <w:r w:rsidRPr="002D650B">
              <w:rPr>
                <w:rFonts w:eastAsia="Arial"/>
                <w:b/>
                <w:noProof/>
                <w:sz w:val="14"/>
                <w:lang w:val="ro-RO"/>
              </w:rPr>
              <w:t>M8.13</w:t>
            </w:r>
          </w:p>
        </w:tc>
        <w:tc>
          <w:tcPr>
            <w:tcW w:w="4081" w:type="dxa"/>
            <w:tcMar>
              <w:top w:w="60" w:type="dxa"/>
              <w:left w:w="70" w:type="dxa"/>
              <w:bottom w:w="60" w:type="dxa"/>
              <w:right w:w="70" w:type="dxa"/>
            </w:tcMar>
            <w:vAlign w:val="center"/>
          </w:tcPr>
          <w:p w14:paraId="5213C00E" w14:textId="77777777" w:rsidR="004011CE" w:rsidRPr="002D650B" w:rsidRDefault="00000000">
            <w:pPr>
              <w:spacing w:after="0" w:line="240" w:lineRule="auto"/>
              <w:rPr>
                <w:noProof/>
                <w:lang w:val="ro-RO"/>
              </w:rPr>
            </w:pPr>
            <w:r w:rsidRPr="002D650B">
              <w:rPr>
                <w:rFonts w:eastAsia="Arial"/>
                <w:noProof/>
                <w:sz w:val="14"/>
                <w:lang w:val="ro-RO"/>
              </w:rPr>
              <w:t>Înregistrările identifică persoana care a autorizat eliberarea și, când este necesar, echipamentul de test.</w:t>
            </w:r>
          </w:p>
        </w:tc>
        <w:tc>
          <w:tcPr>
            <w:tcW w:w="5159" w:type="dxa"/>
            <w:tcMar>
              <w:top w:w="60" w:type="dxa"/>
              <w:left w:w="70" w:type="dxa"/>
              <w:bottom w:w="60" w:type="dxa"/>
              <w:right w:w="70" w:type="dxa"/>
            </w:tcMar>
            <w:vAlign w:val="center"/>
          </w:tcPr>
          <w:p w14:paraId="5ABBC37C" w14:textId="77777777" w:rsidR="004011CE" w:rsidRPr="002D650B" w:rsidRDefault="00000000">
            <w:pPr>
              <w:spacing w:after="0" w:line="240" w:lineRule="auto"/>
              <w:rPr>
                <w:noProof/>
                <w:lang w:val="ro-RO"/>
              </w:rPr>
            </w:pPr>
            <w:r w:rsidRPr="002D650B">
              <w:rPr>
                <w:rFonts w:eastAsia="Arial"/>
                <w:noProof/>
                <w:sz w:val="14"/>
                <w:lang w:val="ro-RO"/>
              </w:rPr>
              <w:t>Trasabilitate și data.</w:t>
            </w:r>
          </w:p>
        </w:tc>
        <w:tc>
          <w:tcPr>
            <w:tcW w:w="1417" w:type="dxa"/>
            <w:tcMar>
              <w:top w:w="60" w:type="dxa"/>
              <w:left w:w="70" w:type="dxa"/>
              <w:bottom w:w="60" w:type="dxa"/>
              <w:right w:w="70" w:type="dxa"/>
            </w:tcMar>
            <w:vAlign w:val="center"/>
          </w:tcPr>
          <w:p w14:paraId="70474330"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8E96BCA"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DD91F31" w14:textId="77777777" w:rsidR="004011CE" w:rsidRPr="002D650B" w:rsidRDefault="004011CE">
            <w:pPr>
              <w:spacing w:after="0" w:line="240" w:lineRule="auto"/>
              <w:jc w:val="center"/>
              <w:rPr>
                <w:noProof/>
                <w:lang w:val="ro-RO"/>
              </w:rPr>
            </w:pPr>
          </w:p>
        </w:tc>
      </w:tr>
      <w:tr w:rsidR="004011CE" w:rsidRPr="002D650B" w14:paraId="6082CF38" w14:textId="77777777">
        <w:trPr>
          <w:cantSplit/>
          <w:jc w:val="center"/>
        </w:trPr>
        <w:tc>
          <w:tcPr>
            <w:tcW w:w="793" w:type="dxa"/>
            <w:shd w:val="clear" w:color="auto" w:fill="FAFAFA"/>
            <w:tcMar>
              <w:top w:w="60" w:type="dxa"/>
              <w:left w:w="70" w:type="dxa"/>
              <w:bottom w:w="60" w:type="dxa"/>
              <w:right w:w="70" w:type="dxa"/>
            </w:tcMar>
            <w:vAlign w:val="center"/>
          </w:tcPr>
          <w:p w14:paraId="5B741C64" w14:textId="77777777" w:rsidR="004011CE" w:rsidRPr="002D650B" w:rsidRDefault="00000000">
            <w:pPr>
              <w:spacing w:after="0" w:line="240" w:lineRule="auto"/>
              <w:jc w:val="center"/>
              <w:rPr>
                <w:noProof/>
                <w:lang w:val="ro-RO"/>
              </w:rPr>
            </w:pPr>
            <w:r w:rsidRPr="002D650B">
              <w:rPr>
                <w:rFonts w:eastAsia="Arial"/>
                <w:b/>
                <w:noProof/>
                <w:sz w:val="14"/>
                <w:lang w:val="ro-RO"/>
              </w:rPr>
              <w:t>M8.14</w:t>
            </w:r>
          </w:p>
        </w:tc>
        <w:tc>
          <w:tcPr>
            <w:tcW w:w="4081" w:type="dxa"/>
            <w:shd w:val="clear" w:color="auto" w:fill="FAFAFA"/>
            <w:tcMar>
              <w:top w:w="60" w:type="dxa"/>
              <w:left w:w="70" w:type="dxa"/>
              <w:bottom w:w="60" w:type="dxa"/>
              <w:right w:w="70" w:type="dxa"/>
            </w:tcMar>
            <w:vAlign w:val="center"/>
          </w:tcPr>
          <w:p w14:paraId="1071FDF9" w14:textId="77777777" w:rsidR="004011CE" w:rsidRPr="002D650B" w:rsidRDefault="00000000">
            <w:pPr>
              <w:spacing w:after="0" w:line="240" w:lineRule="auto"/>
              <w:rPr>
                <w:noProof/>
                <w:lang w:val="ro-RO"/>
              </w:rPr>
            </w:pPr>
            <w:r w:rsidRPr="002D650B">
              <w:rPr>
                <w:rFonts w:eastAsia="Arial"/>
                <w:noProof/>
                <w:sz w:val="14"/>
                <w:lang w:val="ro-RO"/>
              </w:rPr>
              <w:t>Produsul nu este eliberat până la finalizarea satisfăcătoare a activităților planificate.</w:t>
            </w:r>
          </w:p>
        </w:tc>
        <w:tc>
          <w:tcPr>
            <w:tcW w:w="5159" w:type="dxa"/>
            <w:shd w:val="clear" w:color="auto" w:fill="FAFAFA"/>
            <w:tcMar>
              <w:top w:w="60" w:type="dxa"/>
              <w:left w:w="70" w:type="dxa"/>
              <w:bottom w:w="60" w:type="dxa"/>
              <w:right w:w="70" w:type="dxa"/>
            </w:tcMar>
            <w:vAlign w:val="center"/>
          </w:tcPr>
          <w:p w14:paraId="0029048A" w14:textId="77777777" w:rsidR="004011CE" w:rsidRPr="002D650B" w:rsidRDefault="00000000">
            <w:pPr>
              <w:spacing w:after="0" w:line="240" w:lineRule="auto"/>
              <w:rPr>
                <w:noProof/>
                <w:lang w:val="ro-RO"/>
              </w:rPr>
            </w:pPr>
            <w:r w:rsidRPr="002D650B">
              <w:rPr>
                <w:rFonts w:eastAsia="Arial"/>
                <w:noProof/>
                <w:sz w:val="14"/>
                <w:lang w:val="ro-RO"/>
              </w:rPr>
              <w:t>Blocare și excepții controlate conform cerințelor.</w:t>
            </w:r>
          </w:p>
        </w:tc>
        <w:tc>
          <w:tcPr>
            <w:tcW w:w="1417" w:type="dxa"/>
            <w:shd w:val="clear" w:color="auto" w:fill="FAFAFA"/>
            <w:tcMar>
              <w:top w:w="60" w:type="dxa"/>
              <w:left w:w="70" w:type="dxa"/>
              <w:bottom w:w="60" w:type="dxa"/>
              <w:right w:w="70" w:type="dxa"/>
            </w:tcMar>
            <w:vAlign w:val="center"/>
          </w:tcPr>
          <w:p w14:paraId="409FD5C2"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ED85316"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BF85286" w14:textId="77777777" w:rsidR="004011CE" w:rsidRPr="002D650B" w:rsidRDefault="004011CE">
            <w:pPr>
              <w:spacing w:after="0" w:line="240" w:lineRule="auto"/>
              <w:jc w:val="center"/>
              <w:rPr>
                <w:noProof/>
                <w:lang w:val="ro-RO"/>
              </w:rPr>
            </w:pPr>
          </w:p>
        </w:tc>
      </w:tr>
      <w:tr w:rsidR="004011CE" w:rsidRPr="002D650B" w14:paraId="02A80705" w14:textId="77777777">
        <w:trPr>
          <w:cantSplit/>
          <w:jc w:val="center"/>
        </w:trPr>
        <w:tc>
          <w:tcPr>
            <w:tcW w:w="793" w:type="dxa"/>
            <w:tcMar>
              <w:top w:w="60" w:type="dxa"/>
              <w:left w:w="70" w:type="dxa"/>
              <w:bottom w:w="60" w:type="dxa"/>
              <w:right w:w="70" w:type="dxa"/>
            </w:tcMar>
            <w:vAlign w:val="center"/>
          </w:tcPr>
          <w:p w14:paraId="155490CE" w14:textId="77777777" w:rsidR="004011CE" w:rsidRPr="002D650B" w:rsidRDefault="00000000">
            <w:pPr>
              <w:spacing w:after="0" w:line="240" w:lineRule="auto"/>
              <w:jc w:val="center"/>
              <w:rPr>
                <w:noProof/>
                <w:lang w:val="ro-RO"/>
              </w:rPr>
            </w:pPr>
            <w:r w:rsidRPr="002D650B">
              <w:rPr>
                <w:rFonts w:eastAsia="Arial"/>
                <w:b/>
                <w:noProof/>
                <w:sz w:val="14"/>
                <w:lang w:val="ro-RO"/>
              </w:rPr>
              <w:t>M8.15</w:t>
            </w:r>
          </w:p>
        </w:tc>
        <w:tc>
          <w:tcPr>
            <w:tcW w:w="4081" w:type="dxa"/>
            <w:tcMar>
              <w:top w:w="60" w:type="dxa"/>
              <w:left w:w="70" w:type="dxa"/>
              <w:bottom w:w="60" w:type="dxa"/>
              <w:right w:w="70" w:type="dxa"/>
            </w:tcMar>
            <w:vAlign w:val="center"/>
          </w:tcPr>
          <w:p w14:paraId="6843F32B" w14:textId="77777777" w:rsidR="004011CE" w:rsidRPr="002D650B" w:rsidRDefault="00000000">
            <w:pPr>
              <w:spacing w:after="0" w:line="240" w:lineRule="auto"/>
              <w:rPr>
                <w:noProof/>
                <w:lang w:val="ro-RO"/>
              </w:rPr>
            </w:pPr>
            <w:r w:rsidRPr="002D650B">
              <w:rPr>
                <w:rFonts w:eastAsia="Arial"/>
                <w:noProof/>
                <w:sz w:val="14"/>
                <w:lang w:val="ro-RO"/>
              </w:rPr>
              <w:t>Datele post-producție sunt analizate pe piețe, dispozitive, loturi și severitate.</w:t>
            </w:r>
          </w:p>
        </w:tc>
        <w:tc>
          <w:tcPr>
            <w:tcW w:w="5159" w:type="dxa"/>
            <w:tcMar>
              <w:top w:w="60" w:type="dxa"/>
              <w:left w:w="70" w:type="dxa"/>
              <w:bottom w:w="60" w:type="dxa"/>
              <w:right w:w="70" w:type="dxa"/>
            </w:tcMar>
            <w:vAlign w:val="center"/>
          </w:tcPr>
          <w:p w14:paraId="11D4ABA4" w14:textId="77777777" w:rsidR="004011CE" w:rsidRPr="002D650B" w:rsidRDefault="00000000">
            <w:pPr>
              <w:spacing w:after="0" w:line="240" w:lineRule="auto"/>
              <w:rPr>
                <w:noProof/>
                <w:lang w:val="ro-RO"/>
              </w:rPr>
            </w:pPr>
            <w:r w:rsidRPr="002D650B">
              <w:rPr>
                <w:rFonts w:eastAsia="Arial"/>
                <w:noProof/>
                <w:sz w:val="14"/>
                <w:lang w:val="ro-RO"/>
              </w:rPr>
              <w:t>Semnale, rate și tendințe.</w:t>
            </w:r>
          </w:p>
        </w:tc>
        <w:tc>
          <w:tcPr>
            <w:tcW w:w="1417" w:type="dxa"/>
            <w:tcMar>
              <w:top w:w="60" w:type="dxa"/>
              <w:left w:w="70" w:type="dxa"/>
              <w:bottom w:w="60" w:type="dxa"/>
              <w:right w:w="70" w:type="dxa"/>
            </w:tcMar>
            <w:vAlign w:val="center"/>
          </w:tcPr>
          <w:p w14:paraId="26C95F16"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651A4CA"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552B8C09" w14:textId="77777777" w:rsidR="004011CE" w:rsidRPr="002D650B" w:rsidRDefault="004011CE">
            <w:pPr>
              <w:spacing w:after="0" w:line="240" w:lineRule="auto"/>
              <w:jc w:val="center"/>
              <w:rPr>
                <w:noProof/>
                <w:lang w:val="ro-RO"/>
              </w:rPr>
            </w:pPr>
          </w:p>
        </w:tc>
      </w:tr>
      <w:tr w:rsidR="004011CE" w:rsidRPr="002D650B" w14:paraId="57A004CA" w14:textId="77777777">
        <w:trPr>
          <w:cantSplit/>
          <w:jc w:val="center"/>
        </w:trPr>
        <w:tc>
          <w:tcPr>
            <w:tcW w:w="793" w:type="dxa"/>
            <w:shd w:val="clear" w:color="auto" w:fill="FAFAFA"/>
            <w:tcMar>
              <w:top w:w="60" w:type="dxa"/>
              <w:left w:w="70" w:type="dxa"/>
              <w:bottom w:w="60" w:type="dxa"/>
              <w:right w:w="70" w:type="dxa"/>
            </w:tcMar>
            <w:vAlign w:val="center"/>
          </w:tcPr>
          <w:p w14:paraId="032204D1" w14:textId="77777777" w:rsidR="004011CE" w:rsidRPr="002D650B" w:rsidRDefault="00000000">
            <w:pPr>
              <w:spacing w:after="0" w:line="240" w:lineRule="auto"/>
              <w:jc w:val="center"/>
              <w:rPr>
                <w:noProof/>
                <w:lang w:val="ro-RO"/>
              </w:rPr>
            </w:pPr>
            <w:r w:rsidRPr="002D650B">
              <w:rPr>
                <w:rFonts w:eastAsia="Arial"/>
                <w:b/>
                <w:noProof/>
                <w:sz w:val="14"/>
                <w:lang w:val="ro-RO"/>
              </w:rPr>
              <w:t>M8.16</w:t>
            </w:r>
          </w:p>
        </w:tc>
        <w:tc>
          <w:tcPr>
            <w:tcW w:w="4081" w:type="dxa"/>
            <w:shd w:val="clear" w:color="auto" w:fill="FAFAFA"/>
            <w:tcMar>
              <w:top w:w="60" w:type="dxa"/>
              <w:left w:w="70" w:type="dxa"/>
              <w:bottom w:w="60" w:type="dxa"/>
              <w:right w:w="70" w:type="dxa"/>
            </w:tcMar>
            <w:vAlign w:val="center"/>
          </w:tcPr>
          <w:p w14:paraId="4B1F69AB" w14:textId="77777777" w:rsidR="004011CE" w:rsidRPr="002D650B" w:rsidRDefault="00000000">
            <w:pPr>
              <w:spacing w:after="0" w:line="240" w:lineRule="auto"/>
              <w:rPr>
                <w:noProof/>
                <w:lang w:val="ro-RO"/>
              </w:rPr>
            </w:pPr>
            <w:r w:rsidRPr="002D650B">
              <w:rPr>
                <w:rFonts w:eastAsia="Arial"/>
                <w:noProof/>
                <w:sz w:val="14"/>
                <w:lang w:val="ro-RO"/>
              </w:rPr>
              <w:t>Escaladarea problemelor de siguranță către conducere și funcția de reglementare este definită.</w:t>
            </w:r>
          </w:p>
        </w:tc>
        <w:tc>
          <w:tcPr>
            <w:tcW w:w="5159" w:type="dxa"/>
            <w:shd w:val="clear" w:color="auto" w:fill="FAFAFA"/>
            <w:tcMar>
              <w:top w:w="60" w:type="dxa"/>
              <w:left w:w="70" w:type="dxa"/>
              <w:bottom w:w="60" w:type="dxa"/>
              <w:right w:w="70" w:type="dxa"/>
            </w:tcMar>
            <w:vAlign w:val="center"/>
          </w:tcPr>
          <w:p w14:paraId="0F25A840" w14:textId="77777777" w:rsidR="004011CE" w:rsidRPr="002D650B" w:rsidRDefault="00000000">
            <w:pPr>
              <w:spacing w:after="0" w:line="240" w:lineRule="auto"/>
              <w:rPr>
                <w:noProof/>
                <w:lang w:val="ro-RO"/>
              </w:rPr>
            </w:pPr>
            <w:r w:rsidRPr="002D650B">
              <w:rPr>
                <w:rFonts w:eastAsia="Arial"/>
                <w:noProof/>
                <w:sz w:val="14"/>
                <w:lang w:val="ro-RO"/>
              </w:rPr>
              <w:t>Praguri, timpi și responsabilități.</w:t>
            </w:r>
          </w:p>
        </w:tc>
        <w:tc>
          <w:tcPr>
            <w:tcW w:w="1417" w:type="dxa"/>
            <w:shd w:val="clear" w:color="auto" w:fill="FAFAFA"/>
            <w:tcMar>
              <w:top w:w="60" w:type="dxa"/>
              <w:left w:w="70" w:type="dxa"/>
              <w:bottom w:w="60" w:type="dxa"/>
              <w:right w:w="70" w:type="dxa"/>
            </w:tcMar>
            <w:vAlign w:val="center"/>
          </w:tcPr>
          <w:p w14:paraId="32B456FF"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B7A53DF"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EF066AF" w14:textId="77777777" w:rsidR="004011CE" w:rsidRPr="002D650B" w:rsidRDefault="004011CE">
            <w:pPr>
              <w:spacing w:after="0" w:line="240" w:lineRule="auto"/>
              <w:jc w:val="center"/>
              <w:rPr>
                <w:noProof/>
                <w:lang w:val="ro-RO"/>
              </w:rPr>
            </w:pPr>
          </w:p>
        </w:tc>
      </w:tr>
    </w:tbl>
    <w:p w14:paraId="30E4A295" w14:textId="77777777" w:rsidR="004011CE" w:rsidRPr="002D650B" w:rsidRDefault="004011CE">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4011CE" w:rsidRPr="002D650B" w14:paraId="2C98E5E1" w14:textId="77777777">
        <w:trPr>
          <w:cantSplit/>
          <w:jc w:val="center"/>
        </w:trPr>
        <w:tc>
          <w:tcPr>
            <w:tcW w:w="1020" w:type="dxa"/>
            <w:shd w:val="clear" w:color="auto" w:fill="D71920"/>
            <w:tcMar>
              <w:top w:w="60" w:type="dxa"/>
              <w:left w:w="70" w:type="dxa"/>
              <w:bottom w:w="60" w:type="dxa"/>
              <w:right w:w="70" w:type="dxa"/>
            </w:tcMar>
            <w:vAlign w:val="center"/>
          </w:tcPr>
          <w:p w14:paraId="4E3E08DE" w14:textId="77777777" w:rsidR="004011CE" w:rsidRPr="002D650B" w:rsidRDefault="00000000">
            <w:pPr>
              <w:spacing w:after="0" w:line="240" w:lineRule="auto"/>
              <w:jc w:val="center"/>
              <w:rPr>
                <w:noProof/>
                <w:lang w:val="ro-RO"/>
              </w:rPr>
            </w:pPr>
            <w:r w:rsidRPr="002D650B">
              <w:rPr>
                <w:rFonts w:eastAsia="Arial"/>
                <w:b/>
                <w:noProof/>
                <w:color w:val="FFFFFF"/>
                <w:sz w:val="34"/>
                <w:lang w:val="ro-RO"/>
              </w:rPr>
              <w:t>9</w:t>
            </w:r>
          </w:p>
        </w:tc>
        <w:tc>
          <w:tcPr>
            <w:tcW w:w="12585" w:type="dxa"/>
            <w:shd w:val="clear" w:color="auto" w:fill="F3F4F5"/>
          </w:tcPr>
          <w:p w14:paraId="3CE70537" w14:textId="77777777" w:rsidR="004011CE" w:rsidRPr="002D650B" w:rsidRDefault="00000000">
            <w:pPr>
              <w:spacing w:after="20"/>
              <w:rPr>
                <w:noProof/>
                <w:lang w:val="ro-RO"/>
              </w:rPr>
            </w:pPr>
            <w:r w:rsidRPr="002D650B">
              <w:rPr>
                <w:rFonts w:eastAsia="Arial"/>
                <w:b/>
                <w:noProof/>
                <w:sz w:val="27"/>
                <w:lang w:val="ro-RO"/>
              </w:rPr>
              <w:t>Produs neconform, analiza datelor, CAPA și pregătirea certificării</w:t>
            </w:r>
          </w:p>
          <w:p w14:paraId="05BFDD49" w14:textId="77777777" w:rsidR="004011CE" w:rsidRPr="002D650B" w:rsidRDefault="00000000">
            <w:pPr>
              <w:spacing w:after="0"/>
              <w:rPr>
                <w:noProof/>
                <w:lang w:val="ro-RO"/>
              </w:rPr>
            </w:pPr>
            <w:r w:rsidRPr="002D650B">
              <w:rPr>
                <w:rFonts w:eastAsia="Arial"/>
                <w:noProof/>
                <w:color w:val="666666"/>
                <w:sz w:val="16"/>
                <w:lang w:val="ro-RO"/>
              </w:rPr>
              <w:t>Referință: ISO 13485:2016, clauzele 8.3-8.5 + etapă finală recomandată  |  Obiectiv: controlarea produsului neconform, eliminarea cauzelor și demonstrarea eficacității sistemului</w:t>
            </w:r>
          </w:p>
        </w:tc>
      </w:tr>
    </w:tbl>
    <w:p w14:paraId="00B7B099" w14:textId="77777777" w:rsidR="004011CE" w:rsidRPr="002D650B" w:rsidRDefault="004011CE">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4011CE" w:rsidRPr="002D650B" w14:paraId="6D130913" w14:textId="77777777">
        <w:trPr>
          <w:cantSplit/>
          <w:jc w:val="center"/>
        </w:trPr>
        <w:tc>
          <w:tcPr>
            <w:tcW w:w="566" w:type="dxa"/>
            <w:shd w:val="clear" w:color="auto" w:fill="D71920"/>
            <w:tcMar>
              <w:top w:w="60" w:type="dxa"/>
              <w:left w:w="70" w:type="dxa"/>
              <w:bottom w:w="60" w:type="dxa"/>
              <w:right w:w="70" w:type="dxa"/>
            </w:tcMar>
            <w:vAlign w:val="center"/>
          </w:tcPr>
          <w:p w14:paraId="21FE987A"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EAF2F8"/>
          </w:tcPr>
          <w:p w14:paraId="3F2C5152" w14:textId="77777777" w:rsidR="004011CE" w:rsidRPr="002D650B" w:rsidRDefault="00000000">
            <w:pPr>
              <w:spacing w:after="40"/>
              <w:rPr>
                <w:noProof/>
                <w:lang w:val="ro-RO"/>
              </w:rPr>
            </w:pPr>
            <w:r w:rsidRPr="002D650B">
              <w:rPr>
                <w:rFonts w:eastAsia="Arial"/>
                <w:b/>
                <w:noProof/>
                <w:color w:val="D71920"/>
                <w:lang w:val="ro-RO"/>
              </w:rPr>
              <w:t>PERSPECTIVĂ DE CONSULTANT</w:t>
            </w:r>
          </w:p>
          <w:p w14:paraId="22388355" w14:textId="77777777" w:rsidR="004011CE" w:rsidRPr="002D650B" w:rsidRDefault="00000000">
            <w:pPr>
              <w:spacing w:after="0" w:line="252" w:lineRule="auto"/>
              <w:rPr>
                <w:noProof/>
                <w:lang w:val="ro-RO"/>
              </w:rPr>
            </w:pPr>
            <w:r w:rsidRPr="002D650B">
              <w:rPr>
                <w:rFonts w:eastAsia="Arial"/>
                <w:noProof/>
                <w:sz w:val="16"/>
                <w:lang w:val="ro-RO"/>
              </w:rPr>
              <w:t>Nu utilizați CAPA pentru fiecare eroare minoră, dar nici nu fragmentați problemele repetate în corecții izolate. Procesul trebuie să detecteze când datele indică o cauză sistemică sau un risc pentru siguranță.</w:t>
            </w:r>
          </w:p>
        </w:tc>
      </w:tr>
    </w:tbl>
    <w:p w14:paraId="0E501CC2" w14:textId="77777777" w:rsidR="004011CE" w:rsidRPr="002D650B" w:rsidRDefault="004011CE">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4011CE" w:rsidRPr="002D650B" w14:paraId="45DD2C20" w14:textId="77777777">
        <w:trPr>
          <w:cantSplit/>
          <w:tblHeader/>
          <w:jc w:val="center"/>
        </w:trPr>
        <w:tc>
          <w:tcPr>
            <w:tcW w:w="793" w:type="dxa"/>
            <w:shd w:val="clear" w:color="auto" w:fill="D71920"/>
            <w:tcMar>
              <w:top w:w="60" w:type="dxa"/>
              <w:left w:w="70" w:type="dxa"/>
              <w:bottom w:w="60" w:type="dxa"/>
              <w:right w:w="70" w:type="dxa"/>
            </w:tcMar>
            <w:vAlign w:val="center"/>
          </w:tcPr>
          <w:p w14:paraId="326C05E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52A8CE9"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7C6CB05D"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0B6EB60"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470AB00"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615CF2D8"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SCOR</w:t>
            </w:r>
          </w:p>
        </w:tc>
      </w:tr>
      <w:tr w:rsidR="004011CE" w:rsidRPr="002D650B" w14:paraId="0A2FDBD1" w14:textId="77777777">
        <w:trPr>
          <w:cantSplit/>
          <w:jc w:val="center"/>
        </w:trPr>
        <w:tc>
          <w:tcPr>
            <w:tcW w:w="793" w:type="dxa"/>
            <w:tcMar>
              <w:top w:w="60" w:type="dxa"/>
              <w:left w:w="70" w:type="dxa"/>
              <w:bottom w:w="60" w:type="dxa"/>
              <w:right w:w="70" w:type="dxa"/>
            </w:tcMar>
            <w:vAlign w:val="center"/>
          </w:tcPr>
          <w:p w14:paraId="50F2916E" w14:textId="77777777" w:rsidR="004011CE" w:rsidRPr="002D650B" w:rsidRDefault="00000000">
            <w:pPr>
              <w:spacing w:after="0" w:line="240" w:lineRule="auto"/>
              <w:jc w:val="center"/>
              <w:rPr>
                <w:noProof/>
                <w:lang w:val="ro-RO"/>
              </w:rPr>
            </w:pPr>
            <w:r w:rsidRPr="002D650B">
              <w:rPr>
                <w:rFonts w:eastAsia="Arial"/>
                <w:b/>
                <w:noProof/>
                <w:sz w:val="14"/>
                <w:lang w:val="ro-RO"/>
              </w:rPr>
              <w:t>M9.1</w:t>
            </w:r>
          </w:p>
        </w:tc>
        <w:tc>
          <w:tcPr>
            <w:tcW w:w="4081" w:type="dxa"/>
            <w:tcMar>
              <w:top w:w="60" w:type="dxa"/>
              <w:left w:w="70" w:type="dxa"/>
              <w:bottom w:w="60" w:type="dxa"/>
              <w:right w:w="70" w:type="dxa"/>
            </w:tcMar>
            <w:vAlign w:val="center"/>
          </w:tcPr>
          <w:p w14:paraId="04C1FF95" w14:textId="77777777" w:rsidR="004011CE" w:rsidRPr="002D650B" w:rsidRDefault="00000000">
            <w:pPr>
              <w:spacing w:after="0" w:line="240" w:lineRule="auto"/>
              <w:rPr>
                <w:noProof/>
                <w:lang w:val="ro-RO"/>
              </w:rPr>
            </w:pPr>
            <w:r w:rsidRPr="002D650B">
              <w:rPr>
                <w:rFonts w:eastAsia="Arial"/>
                <w:noProof/>
                <w:sz w:val="14"/>
                <w:lang w:val="ro-RO"/>
              </w:rPr>
              <w:t>Există o procedură documentată pentru controlul produsului neconform.</w:t>
            </w:r>
          </w:p>
        </w:tc>
        <w:tc>
          <w:tcPr>
            <w:tcW w:w="5159" w:type="dxa"/>
            <w:tcMar>
              <w:top w:w="60" w:type="dxa"/>
              <w:left w:w="70" w:type="dxa"/>
              <w:bottom w:w="60" w:type="dxa"/>
              <w:right w:w="70" w:type="dxa"/>
            </w:tcMar>
            <w:vAlign w:val="center"/>
          </w:tcPr>
          <w:p w14:paraId="2176A9B5" w14:textId="77777777" w:rsidR="004011CE" w:rsidRPr="002D650B" w:rsidRDefault="00000000">
            <w:pPr>
              <w:spacing w:after="0" w:line="240" w:lineRule="auto"/>
              <w:rPr>
                <w:noProof/>
                <w:lang w:val="ro-RO"/>
              </w:rPr>
            </w:pPr>
            <w:r w:rsidRPr="002D650B">
              <w:rPr>
                <w:rFonts w:eastAsia="Arial"/>
                <w:noProof/>
                <w:sz w:val="14"/>
                <w:lang w:val="ro-RO"/>
              </w:rPr>
              <w:t>Identificare, izolare, evaluare, dispoziție și responsabilități.</w:t>
            </w:r>
          </w:p>
        </w:tc>
        <w:tc>
          <w:tcPr>
            <w:tcW w:w="1417" w:type="dxa"/>
            <w:tcMar>
              <w:top w:w="60" w:type="dxa"/>
              <w:left w:w="70" w:type="dxa"/>
              <w:bottom w:w="60" w:type="dxa"/>
              <w:right w:w="70" w:type="dxa"/>
            </w:tcMar>
            <w:vAlign w:val="center"/>
          </w:tcPr>
          <w:p w14:paraId="60594F88"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D4CF8E2"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6CF4E631" w14:textId="77777777" w:rsidR="004011CE" w:rsidRPr="002D650B" w:rsidRDefault="004011CE">
            <w:pPr>
              <w:spacing w:after="0" w:line="240" w:lineRule="auto"/>
              <w:jc w:val="center"/>
              <w:rPr>
                <w:noProof/>
                <w:lang w:val="ro-RO"/>
              </w:rPr>
            </w:pPr>
          </w:p>
        </w:tc>
      </w:tr>
      <w:tr w:rsidR="004011CE" w:rsidRPr="002D650B" w14:paraId="3C193D1A" w14:textId="77777777">
        <w:trPr>
          <w:cantSplit/>
          <w:jc w:val="center"/>
        </w:trPr>
        <w:tc>
          <w:tcPr>
            <w:tcW w:w="793" w:type="dxa"/>
            <w:shd w:val="clear" w:color="auto" w:fill="FAFAFA"/>
            <w:tcMar>
              <w:top w:w="60" w:type="dxa"/>
              <w:left w:w="70" w:type="dxa"/>
              <w:bottom w:w="60" w:type="dxa"/>
              <w:right w:w="70" w:type="dxa"/>
            </w:tcMar>
            <w:vAlign w:val="center"/>
          </w:tcPr>
          <w:p w14:paraId="691097B2" w14:textId="77777777" w:rsidR="004011CE" w:rsidRPr="002D650B" w:rsidRDefault="00000000">
            <w:pPr>
              <w:spacing w:after="0" w:line="240" w:lineRule="auto"/>
              <w:jc w:val="center"/>
              <w:rPr>
                <w:noProof/>
                <w:lang w:val="ro-RO"/>
              </w:rPr>
            </w:pPr>
            <w:r w:rsidRPr="002D650B">
              <w:rPr>
                <w:rFonts w:eastAsia="Arial"/>
                <w:b/>
                <w:noProof/>
                <w:sz w:val="14"/>
                <w:lang w:val="ro-RO"/>
              </w:rPr>
              <w:t>M9.2</w:t>
            </w:r>
          </w:p>
        </w:tc>
        <w:tc>
          <w:tcPr>
            <w:tcW w:w="4081" w:type="dxa"/>
            <w:shd w:val="clear" w:color="auto" w:fill="FAFAFA"/>
            <w:tcMar>
              <w:top w:w="60" w:type="dxa"/>
              <w:left w:w="70" w:type="dxa"/>
              <w:bottom w:w="60" w:type="dxa"/>
              <w:right w:w="70" w:type="dxa"/>
            </w:tcMar>
            <w:vAlign w:val="center"/>
          </w:tcPr>
          <w:p w14:paraId="3C987F66" w14:textId="77777777" w:rsidR="004011CE" w:rsidRPr="002D650B" w:rsidRDefault="00000000">
            <w:pPr>
              <w:spacing w:after="0" w:line="240" w:lineRule="auto"/>
              <w:rPr>
                <w:noProof/>
                <w:lang w:val="ro-RO"/>
              </w:rPr>
            </w:pPr>
            <w:r w:rsidRPr="002D650B">
              <w:rPr>
                <w:rFonts w:eastAsia="Arial"/>
                <w:noProof/>
                <w:sz w:val="14"/>
                <w:lang w:val="ro-RO"/>
              </w:rPr>
              <w:t>Neconformitățile înainte de livrare și eventualele concesii sunt tratate numai prin dispoziții permise și autorizate.</w:t>
            </w:r>
          </w:p>
        </w:tc>
        <w:tc>
          <w:tcPr>
            <w:tcW w:w="5159" w:type="dxa"/>
            <w:shd w:val="clear" w:color="auto" w:fill="FAFAFA"/>
            <w:tcMar>
              <w:top w:w="60" w:type="dxa"/>
              <w:left w:w="70" w:type="dxa"/>
              <w:bottom w:w="60" w:type="dxa"/>
              <w:right w:w="70" w:type="dxa"/>
            </w:tcMar>
            <w:vAlign w:val="center"/>
          </w:tcPr>
          <w:p w14:paraId="415C4FEF" w14:textId="77777777" w:rsidR="004011CE" w:rsidRPr="002D650B" w:rsidRDefault="00000000">
            <w:pPr>
              <w:spacing w:after="0" w:line="240" w:lineRule="auto"/>
              <w:rPr>
                <w:noProof/>
                <w:lang w:val="ro-RO"/>
              </w:rPr>
            </w:pPr>
            <w:r w:rsidRPr="002D650B">
              <w:rPr>
                <w:rFonts w:eastAsia="Arial"/>
                <w:noProof/>
                <w:sz w:val="14"/>
                <w:lang w:val="ro-RO"/>
              </w:rPr>
              <w:t>Eliminare, rework, acceptare justificată, cerințe reglementare și aprobări.</w:t>
            </w:r>
          </w:p>
        </w:tc>
        <w:tc>
          <w:tcPr>
            <w:tcW w:w="1417" w:type="dxa"/>
            <w:shd w:val="clear" w:color="auto" w:fill="FAFAFA"/>
            <w:tcMar>
              <w:top w:w="60" w:type="dxa"/>
              <w:left w:w="70" w:type="dxa"/>
              <w:bottom w:w="60" w:type="dxa"/>
              <w:right w:w="70" w:type="dxa"/>
            </w:tcMar>
            <w:vAlign w:val="center"/>
          </w:tcPr>
          <w:p w14:paraId="0D736289"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E97EC07"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5467C3E" w14:textId="77777777" w:rsidR="004011CE" w:rsidRPr="002D650B" w:rsidRDefault="004011CE">
            <w:pPr>
              <w:spacing w:after="0" w:line="240" w:lineRule="auto"/>
              <w:jc w:val="center"/>
              <w:rPr>
                <w:noProof/>
                <w:lang w:val="ro-RO"/>
              </w:rPr>
            </w:pPr>
          </w:p>
        </w:tc>
      </w:tr>
      <w:tr w:rsidR="004011CE" w:rsidRPr="002D650B" w14:paraId="79D6ACF6" w14:textId="77777777">
        <w:trPr>
          <w:cantSplit/>
          <w:jc w:val="center"/>
        </w:trPr>
        <w:tc>
          <w:tcPr>
            <w:tcW w:w="793" w:type="dxa"/>
            <w:tcMar>
              <w:top w:w="60" w:type="dxa"/>
              <w:left w:w="70" w:type="dxa"/>
              <w:bottom w:w="60" w:type="dxa"/>
              <w:right w:w="70" w:type="dxa"/>
            </w:tcMar>
            <w:vAlign w:val="center"/>
          </w:tcPr>
          <w:p w14:paraId="2F49DB79" w14:textId="77777777" w:rsidR="004011CE" w:rsidRPr="002D650B" w:rsidRDefault="00000000">
            <w:pPr>
              <w:spacing w:after="0" w:line="240" w:lineRule="auto"/>
              <w:jc w:val="center"/>
              <w:rPr>
                <w:noProof/>
                <w:lang w:val="ro-RO"/>
              </w:rPr>
            </w:pPr>
            <w:r w:rsidRPr="002D650B">
              <w:rPr>
                <w:rFonts w:eastAsia="Arial"/>
                <w:b/>
                <w:noProof/>
                <w:sz w:val="14"/>
                <w:lang w:val="ro-RO"/>
              </w:rPr>
              <w:t>M9.3</w:t>
            </w:r>
          </w:p>
        </w:tc>
        <w:tc>
          <w:tcPr>
            <w:tcW w:w="4081" w:type="dxa"/>
            <w:tcMar>
              <w:top w:w="60" w:type="dxa"/>
              <w:left w:w="70" w:type="dxa"/>
              <w:bottom w:w="60" w:type="dxa"/>
              <w:right w:w="70" w:type="dxa"/>
            </w:tcMar>
            <w:vAlign w:val="center"/>
          </w:tcPr>
          <w:p w14:paraId="3F75804E" w14:textId="77777777" w:rsidR="004011CE" w:rsidRPr="002D650B" w:rsidRDefault="00000000">
            <w:pPr>
              <w:spacing w:after="0" w:line="240" w:lineRule="auto"/>
              <w:rPr>
                <w:noProof/>
                <w:lang w:val="ro-RO"/>
              </w:rPr>
            </w:pPr>
            <w:r w:rsidRPr="002D650B">
              <w:rPr>
                <w:rFonts w:eastAsia="Arial"/>
                <w:noProof/>
                <w:sz w:val="14"/>
                <w:lang w:val="ro-RO"/>
              </w:rPr>
              <w:t>Produsul neconform detectat după livrare declanșează acțiuni proporționale cu efectele.</w:t>
            </w:r>
          </w:p>
        </w:tc>
        <w:tc>
          <w:tcPr>
            <w:tcW w:w="5159" w:type="dxa"/>
            <w:tcMar>
              <w:top w:w="60" w:type="dxa"/>
              <w:left w:w="70" w:type="dxa"/>
              <w:bottom w:w="60" w:type="dxa"/>
              <w:right w:w="70" w:type="dxa"/>
            </w:tcMar>
            <w:vAlign w:val="center"/>
          </w:tcPr>
          <w:p w14:paraId="19C817E4" w14:textId="77777777" w:rsidR="004011CE" w:rsidRPr="002D650B" w:rsidRDefault="00000000">
            <w:pPr>
              <w:spacing w:after="0" w:line="240" w:lineRule="auto"/>
              <w:rPr>
                <w:noProof/>
                <w:lang w:val="ro-RO"/>
              </w:rPr>
            </w:pPr>
            <w:r w:rsidRPr="002D650B">
              <w:rPr>
                <w:rFonts w:eastAsia="Arial"/>
                <w:noProof/>
                <w:sz w:val="14"/>
                <w:lang w:val="ro-RO"/>
              </w:rPr>
              <w:t>Aviz de siguranță, retragere, corecție, comunicare și raportare.</w:t>
            </w:r>
          </w:p>
        </w:tc>
        <w:tc>
          <w:tcPr>
            <w:tcW w:w="1417" w:type="dxa"/>
            <w:tcMar>
              <w:top w:w="60" w:type="dxa"/>
              <w:left w:w="70" w:type="dxa"/>
              <w:bottom w:w="60" w:type="dxa"/>
              <w:right w:w="70" w:type="dxa"/>
            </w:tcMar>
            <w:vAlign w:val="center"/>
          </w:tcPr>
          <w:p w14:paraId="2C493A5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10507533"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79ACEB95" w14:textId="77777777" w:rsidR="004011CE" w:rsidRPr="002D650B" w:rsidRDefault="004011CE">
            <w:pPr>
              <w:spacing w:after="0" w:line="240" w:lineRule="auto"/>
              <w:jc w:val="center"/>
              <w:rPr>
                <w:noProof/>
                <w:lang w:val="ro-RO"/>
              </w:rPr>
            </w:pPr>
          </w:p>
        </w:tc>
      </w:tr>
      <w:tr w:rsidR="004011CE" w:rsidRPr="002D650B" w14:paraId="3731EF6E" w14:textId="77777777">
        <w:trPr>
          <w:cantSplit/>
          <w:jc w:val="center"/>
        </w:trPr>
        <w:tc>
          <w:tcPr>
            <w:tcW w:w="793" w:type="dxa"/>
            <w:shd w:val="clear" w:color="auto" w:fill="FAFAFA"/>
            <w:tcMar>
              <w:top w:w="60" w:type="dxa"/>
              <w:left w:w="70" w:type="dxa"/>
              <w:bottom w:w="60" w:type="dxa"/>
              <w:right w:w="70" w:type="dxa"/>
            </w:tcMar>
            <w:vAlign w:val="center"/>
          </w:tcPr>
          <w:p w14:paraId="3BB640B2" w14:textId="77777777" w:rsidR="004011CE" w:rsidRPr="002D650B" w:rsidRDefault="00000000">
            <w:pPr>
              <w:spacing w:after="0" w:line="240" w:lineRule="auto"/>
              <w:jc w:val="center"/>
              <w:rPr>
                <w:noProof/>
                <w:lang w:val="ro-RO"/>
              </w:rPr>
            </w:pPr>
            <w:r w:rsidRPr="002D650B">
              <w:rPr>
                <w:rFonts w:eastAsia="Arial"/>
                <w:b/>
                <w:noProof/>
                <w:sz w:val="14"/>
                <w:lang w:val="ro-RO"/>
              </w:rPr>
              <w:t>M9.4</w:t>
            </w:r>
          </w:p>
        </w:tc>
        <w:tc>
          <w:tcPr>
            <w:tcW w:w="4081" w:type="dxa"/>
            <w:shd w:val="clear" w:color="auto" w:fill="FAFAFA"/>
            <w:tcMar>
              <w:top w:w="60" w:type="dxa"/>
              <w:left w:w="70" w:type="dxa"/>
              <w:bottom w:w="60" w:type="dxa"/>
              <w:right w:w="70" w:type="dxa"/>
            </w:tcMar>
            <w:vAlign w:val="center"/>
          </w:tcPr>
          <w:p w14:paraId="59DCB2B9" w14:textId="77777777" w:rsidR="004011CE" w:rsidRPr="002D650B" w:rsidRDefault="00000000">
            <w:pPr>
              <w:spacing w:after="0" w:line="240" w:lineRule="auto"/>
              <w:rPr>
                <w:noProof/>
                <w:lang w:val="ro-RO"/>
              </w:rPr>
            </w:pPr>
            <w:r w:rsidRPr="002D650B">
              <w:rPr>
                <w:rFonts w:eastAsia="Arial"/>
                <w:noProof/>
                <w:sz w:val="14"/>
                <w:lang w:val="ro-RO"/>
              </w:rPr>
              <w:t>Rework-ul este documentat, evaluat pentru efecte adverse și reverificat.</w:t>
            </w:r>
          </w:p>
        </w:tc>
        <w:tc>
          <w:tcPr>
            <w:tcW w:w="5159" w:type="dxa"/>
            <w:shd w:val="clear" w:color="auto" w:fill="FAFAFA"/>
            <w:tcMar>
              <w:top w:w="60" w:type="dxa"/>
              <w:left w:w="70" w:type="dxa"/>
              <w:bottom w:w="60" w:type="dxa"/>
              <w:right w:w="70" w:type="dxa"/>
            </w:tcMar>
            <w:vAlign w:val="center"/>
          </w:tcPr>
          <w:p w14:paraId="02C136AE" w14:textId="77777777" w:rsidR="004011CE" w:rsidRPr="002D650B" w:rsidRDefault="00000000">
            <w:pPr>
              <w:spacing w:after="0" w:line="240" w:lineRule="auto"/>
              <w:rPr>
                <w:noProof/>
                <w:lang w:val="ro-RO"/>
              </w:rPr>
            </w:pPr>
            <w:r w:rsidRPr="002D650B">
              <w:rPr>
                <w:rFonts w:eastAsia="Arial"/>
                <w:noProof/>
                <w:sz w:val="14"/>
                <w:lang w:val="ro-RO"/>
              </w:rPr>
              <w:t>Instrucțiuni aprobate, risc și înregistrări.</w:t>
            </w:r>
          </w:p>
        </w:tc>
        <w:tc>
          <w:tcPr>
            <w:tcW w:w="1417" w:type="dxa"/>
            <w:shd w:val="clear" w:color="auto" w:fill="FAFAFA"/>
            <w:tcMar>
              <w:top w:w="60" w:type="dxa"/>
              <w:left w:w="70" w:type="dxa"/>
              <w:bottom w:w="60" w:type="dxa"/>
              <w:right w:w="70" w:type="dxa"/>
            </w:tcMar>
            <w:vAlign w:val="center"/>
          </w:tcPr>
          <w:p w14:paraId="495B7206"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4322E97"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432429B" w14:textId="77777777" w:rsidR="004011CE" w:rsidRPr="002D650B" w:rsidRDefault="004011CE">
            <w:pPr>
              <w:spacing w:after="0" w:line="240" w:lineRule="auto"/>
              <w:jc w:val="center"/>
              <w:rPr>
                <w:noProof/>
                <w:lang w:val="ro-RO"/>
              </w:rPr>
            </w:pPr>
          </w:p>
        </w:tc>
      </w:tr>
      <w:tr w:rsidR="004011CE" w:rsidRPr="002D650B" w14:paraId="454E1E0D" w14:textId="77777777">
        <w:trPr>
          <w:cantSplit/>
          <w:jc w:val="center"/>
        </w:trPr>
        <w:tc>
          <w:tcPr>
            <w:tcW w:w="793" w:type="dxa"/>
            <w:tcMar>
              <w:top w:w="60" w:type="dxa"/>
              <w:left w:w="70" w:type="dxa"/>
              <w:bottom w:w="60" w:type="dxa"/>
              <w:right w:w="70" w:type="dxa"/>
            </w:tcMar>
            <w:vAlign w:val="center"/>
          </w:tcPr>
          <w:p w14:paraId="11BB0E81" w14:textId="77777777" w:rsidR="004011CE" w:rsidRPr="002D650B" w:rsidRDefault="00000000">
            <w:pPr>
              <w:spacing w:after="0" w:line="240" w:lineRule="auto"/>
              <w:jc w:val="center"/>
              <w:rPr>
                <w:noProof/>
                <w:lang w:val="ro-RO"/>
              </w:rPr>
            </w:pPr>
            <w:r w:rsidRPr="002D650B">
              <w:rPr>
                <w:rFonts w:eastAsia="Arial"/>
                <w:b/>
                <w:noProof/>
                <w:sz w:val="14"/>
                <w:lang w:val="ro-RO"/>
              </w:rPr>
              <w:t>M9.5</w:t>
            </w:r>
          </w:p>
        </w:tc>
        <w:tc>
          <w:tcPr>
            <w:tcW w:w="4081" w:type="dxa"/>
            <w:tcMar>
              <w:top w:w="60" w:type="dxa"/>
              <w:left w:w="70" w:type="dxa"/>
              <w:bottom w:w="60" w:type="dxa"/>
              <w:right w:w="70" w:type="dxa"/>
            </w:tcMar>
            <w:vAlign w:val="center"/>
          </w:tcPr>
          <w:p w14:paraId="50281F8A" w14:textId="77777777" w:rsidR="004011CE" w:rsidRPr="002D650B" w:rsidRDefault="00000000">
            <w:pPr>
              <w:spacing w:after="0" w:line="240" w:lineRule="auto"/>
              <w:rPr>
                <w:noProof/>
                <w:lang w:val="ro-RO"/>
              </w:rPr>
            </w:pPr>
            <w:r w:rsidRPr="002D650B">
              <w:rPr>
                <w:rFonts w:eastAsia="Arial"/>
                <w:noProof/>
                <w:sz w:val="14"/>
                <w:lang w:val="ro-RO"/>
              </w:rPr>
              <w:t>Datele și metodele statistice sunt adecvate pentru demonstrarea eficacității și detectarea tendințelor.</w:t>
            </w:r>
          </w:p>
        </w:tc>
        <w:tc>
          <w:tcPr>
            <w:tcW w:w="5159" w:type="dxa"/>
            <w:tcMar>
              <w:top w:w="60" w:type="dxa"/>
              <w:left w:w="70" w:type="dxa"/>
              <w:bottom w:w="60" w:type="dxa"/>
              <w:right w:w="70" w:type="dxa"/>
            </w:tcMar>
            <w:vAlign w:val="center"/>
          </w:tcPr>
          <w:p w14:paraId="2E4EBF36" w14:textId="77777777" w:rsidR="004011CE" w:rsidRPr="002D650B" w:rsidRDefault="00000000">
            <w:pPr>
              <w:spacing w:after="0" w:line="240" w:lineRule="auto"/>
              <w:rPr>
                <w:noProof/>
                <w:lang w:val="ro-RO"/>
              </w:rPr>
            </w:pPr>
            <w:r w:rsidRPr="002D650B">
              <w:rPr>
                <w:rFonts w:eastAsia="Arial"/>
                <w:noProof/>
                <w:sz w:val="14"/>
                <w:lang w:val="ro-RO"/>
              </w:rPr>
              <w:t>Feedback, produs, procese, furnizori, audituri, service, eșantionare și capabilitate.</w:t>
            </w:r>
          </w:p>
        </w:tc>
        <w:tc>
          <w:tcPr>
            <w:tcW w:w="1417" w:type="dxa"/>
            <w:tcMar>
              <w:top w:w="60" w:type="dxa"/>
              <w:left w:w="70" w:type="dxa"/>
              <w:bottom w:w="60" w:type="dxa"/>
              <w:right w:w="70" w:type="dxa"/>
            </w:tcMar>
            <w:vAlign w:val="center"/>
          </w:tcPr>
          <w:p w14:paraId="1E0A386F"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0923CE8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DB78AA1" w14:textId="77777777" w:rsidR="004011CE" w:rsidRPr="002D650B" w:rsidRDefault="004011CE">
            <w:pPr>
              <w:spacing w:after="0" w:line="240" w:lineRule="auto"/>
              <w:jc w:val="center"/>
              <w:rPr>
                <w:noProof/>
                <w:lang w:val="ro-RO"/>
              </w:rPr>
            </w:pPr>
          </w:p>
        </w:tc>
      </w:tr>
      <w:tr w:rsidR="004011CE" w:rsidRPr="002D650B" w14:paraId="007EF588" w14:textId="77777777">
        <w:trPr>
          <w:cantSplit/>
          <w:jc w:val="center"/>
        </w:trPr>
        <w:tc>
          <w:tcPr>
            <w:tcW w:w="793" w:type="dxa"/>
            <w:shd w:val="clear" w:color="auto" w:fill="FAFAFA"/>
            <w:tcMar>
              <w:top w:w="60" w:type="dxa"/>
              <w:left w:w="70" w:type="dxa"/>
              <w:bottom w:w="60" w:type="dxa"/>
              <w:right w:w="70" w:type="dxa"/>
            </w:tcMar>
            <w:vAlign w:val="center"/>
          </w:tcPr>
          <w:p w14:paraId="60E3B136" w14:textId="77777777" w:rsidR="004011CE" w:rsidRPr="002D650B" w:rsidRDefault="00000000">
            <w:pPr>
              <w:spacing w:after="0" w:line="240" w:lineRule="auto"/>
              <w:jc w:val="center"/>
              <w:rPr>
                <w:noProof/>
                <w:lang w:val="ro-RO"/>
              </w:rPr>
            </w:pPr>
            <w:r w:rsidRPr="002D650B">
              <w:rPr>
                <w:rFonts w:eastAsia="Arial"/>
                <w:b/>
                <w:noProof/>
                <w:sz w:val="14"/>
                <w:lang w:val="ro-RO"/>
              </w:rPr>
              <w:t>M9.6</w:t>
            </w:r>
          </w:p>
        </w:tc>
        <w:tc>
          <w:tcPr>
            <w:tcW w:w="4081" w:type="dxa"/>
            <w:shd w:val="clear" w:color="auto" w:fill="FAFAFA"/>
            <w:tcMar>
              <w:top w:w="60" w:type="dxa"/>
              <w:left w:w="70" w:type="dxa"/>
              <w:bottom w:w="60" w:type="dxa"/>
              <w:right w:w="70" w:type="dxa"/>
            </w:tcMar>
            <w:vAlign w:val="center"/>
          </w:tcPr>
          <w:p w14:paraId="1A125251" w14:textId="77777777" w:rsidR="004011CE" w:rsidRPr="002D650B" w:rsidRDefault="00000000">
            <w:pPr>
              <w:spacing w:after="0" w:line="240" w:lineRule="auto"/>
              <w:rPr>
                <w:noProof/>
                <w:lang w:val="ro-RO"/>
              </w:rPr>
            </w:pPr>
            <w:r w:rsidRPr="002D650B">
              <w:rPr>
                <w:rFonts w:eastAsia="Arial"/>
                <w:noProof/>
                <w:sz w:val="14"/>
                <w:lang w:val="ro-RO"/>
              </w:rPr>
              <w:t>Există proceduri documentate pentru acțiuni corective și preventive.</w:t>
            </w:r>
          </w:p>
        </w:tc>
        <w:tc>
          <w:tcPr>
            <w:tcW w:w="5159" w:type="dxa"/>
            <w:shd w:val="clear" w:color="auto" w:fill="FAFAFA"/>
            <w:tcMar>
              <w:top w:w="60" w:type="dxa"/>
              <w:left w:w="70" w:type="dxa"/>
              <w:bottom w:w="60" w:type="dxa"/>
              <w:right w:w="70" w:type="dxa"/>
            </w:tcMar>
            <w:vAlign w:val="center"/>
          </w:tcPr>
          <w:p w14:paraId="4BEC9DE7" w14:textId="77777777" w:rsidR="004011CE" w:rsidRPr="002D650B" w:rsidRDefault="00000000">
            <w:pPr>
              <w:spacing w:after="0" w:line="240" w:lineRule="auto"/>
              <w:rPr>
                <w:noProof/>
                <w:lang w:val="ro-RO"/>
              </w:rPr>
            </w:pPr>
            <w:r w:rsidRPr="002D650B">
              <w:rPr>
                <w:rFonts w:eastAsia="Arial"/>
                <w:noProof/>
                <w:sz w:val="14"/>
                <w:lang w:val="ro-RO"/>
              </w:rPr>
              <w:t>Surse, evaluare, investigație, acțiuni, implementare și eficacitate.</w:t>
            </w:r>
          </w:p>
        </w:tc>
        <w:tc>
          <w:tcPr>
            <w:tcW w:w="1417" w:type="dxa"/>
            <w:shd w:val="clear" w:color="auto" w:fill="FAFAFA"/>
            <w:tcMar>
              <w:top w:w="60" w:type="dxa"/>
              <w:left w:w="70" w:type="dxa"/>
              <w:bottom w:w="60" w:type="dxa"/>
              <w:right w:w="70" w:type="dxa"/>
            </w:tcMar>
            <w:vAlign w:val="center"/>
          </w:tcPr>
          <w:p w14:paraId="4F7294C3"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9C1E19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DF95001" w14:textId="77777777" w:rsidR="004011CE" w:rsidRPr="002D650B" w:rsidRDefault="004011CE">
            <w:pPr>
              <w:spacing w:after="0" w:line="240" w:lineRule="auto"/>
              <w:jc w:val="center"/>
              <w:rPr>
                <w:noProof/>
                <w:lang w:val="ro-RO"/>
              </w:rPr>
            </w:pPr>
          </w:p>
        </w:tc>
      </w:tr>
      <w:tr w:rsidR="004011CE" w:rsidRPr="002D650B" w14:paraId="5E5DEFF5" w14:textId="77777777">
        <w:trPr>
          <w:cantSplit/>
          <w:jc w:val="center"/>
        </w:trPr>
        <w:tc>
          <w:tcPr>
            <w:tcW w:w="793" w:type="dxa"/>
            <w:tcMar>
              <w:top w:w="60" w:type="dxa"/>
              <w:left w:w="70" w:type="dxa"/>
              <w:bottom w:w="60" w:type="dxa"/>
              <w:right w:w="70" w:type="dxa"/>
            </w:tcMar>
            <w:vAlign w:val="center"/>
          </w:tcPr>
          <w:p w14:paraId="219E1A9B" w14:textId="77777777" w:rsidR="004011CE" w:rsidRPr="002D650B" w:rsidRDefault="00000000">
            <w:pPr>
              <w:spacing w:after="0" w:line="240" w:lineRule="auto"/>
              <w:jc w:val="center"/>
              <w:rPr>
                <w:noProof/>
                <w:lang w:val="ro-RO"/>
              </w:rPr>
            </w:pPr>
            <w:r w:rsidRPr="002D650B">
              <w:rPr>
                <w:rFonts w:eastAsia="Arial"/>
                <w:b/>
                <w:noProof/>
                <w:sz w:val="14"/>
                <w:lang w:val="ro-RO"/>
              </w:rPr>
              <w:t>M9.7</w:t>
            </w:r>
          </w:p>
        </w:tc>
        <w:tc>
          <w:tcPr>
            <w:tcW w:w="4081" w:type="dxa"/>
            <w:tcMar>
              <w:top w:w="60" w:type="dxa"/>
              <w:left w:w="70" w:type="dxa"/>
              <w:bottom w:w="60" w:type="dxa"/>
              <w:right w:w="70" w:type="dxa"/>
            </w:tcMar>
            <w:vAlign w:val="center"/>
          </w:tcPr>
          <w:p w14:paraId="496F68A0" w14:textId="77777777" w:rsidR="004011CE" w:rsidRPr="002D650B" w:rsidRDefault="00000000">
            <w:pPr>
              <w:spacing w:after="0" w:line="240" w:lineRule="auto"/>
              <w:rPr>
                <w:noProof/>
                <w:lang w:val="ro-RO"/>
              </w:rPr>
            </w:pPr>
            <w:r w:rsidRPr="002D650B">
              <w:rPr>
                <w:rFonts w:eastAsia="Arial"/>
                <w:noProof/>
                <w:sz w:val="14"/>
                <w:lang w:val="ro-RO"/>
              </w:rPr>
              <w:t>Acțiunile corective elimină cauzele și sunt proporționale cu efectele.</w:t>
            </w:r>
          </w:p>
        </w:tc>
        <w:tc>
          <w:tcPr>
            <w:tcW w:w="5159" w:type="dxa"/>
            <w:tcMar>
              <w:top w:w="60" w:type="dxa"/>
              <w:left w:w="70" w:type="dxa"/>
              <w:bottom w:w="60" w:type="dxa"/>
              <w:right w:w="70" w:type="dxa"/>
            </w:tcMar>
            <w:vAlign w:val="center"/>
          </w:tcPr>
          <w:p w14:paraId="520DAFEE" w14:textId="77777777" w:rsidR="004011CE" w:rsidRPr="002D650B" w:rsidRDefault="00000000">
            <w:pPr>
              <w:spacing w:after="0" w:line="240" w:lineRule="auto"/>
              <w:rPr>
                <w:noProof/>
                <w:lang w:val="ro-RO"/>
              </w:rPr>
            </w:pPr>
            <w:r w:rsidRPr="002D650B">
              <w:rPr>
                <w:rFonts w:eastAsia="Arial"/>
                <w:noProof/>
                <w:sz w:val="14"/>
                <w:lang w:val="ro-RO"/>
              </w:rPr>
              <w:t>Analiză, extindere, implementare și verificare.</w:t>
            </w:r>
          </w:p>
        </w:tc>
        <w:tc>
          <w:tcPr>
            <w:tcW w:w="1417" w:type="dxa"/>
            <w:tcMar>
              <w:top w:w="60" w:type="dxa"/>
              <w:left w:w="70" w:type="dxa"/>
              <w:bottom w:w="60" w:type="dxa"/>
              <w:right w:w="70" w:type="dxa"/>
            </w:tcMar>
            <w:vAlign w:val="center"/>
          </w:tcPr>
          <w:p w14:paraId="722331E6"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B3E28BC"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AAD8898" w14:textId="77777777" w:rsidR="004011CE" w:rsidRPr="002D650B" w:rsidRDefault="004011CE">
            <w:pPr>
              <w:spacing w:after="0" w:line="240" w:lineRule="auto"/>
              <w:jc w:val="center"/>
              <w:rPr>
                <w:noProof/>
                <w:lang w:val="ro-RO"/>
              </w:rPr>
            </w:pPr>
          </w:p>
        </w:tc>
      </w:tr>
      <w:tr w:rsidR="004011CE" w:rsidRPr="002D650B" w14:paraId="516F4366" w14:textId="77777777">
        <w:trPr>
          <w:cantSplit/>
          <w:jc w:val="center"/>
        </w:trPr>
        <w:tc>
          <w:tcPr>
            <w:tcW w:w="793" w:type="dxa"/>
            <w:shd w:val="clear" w:color="auto" w:fill="FAFAFA"/>
            <w:tcMar>
              <w:top w:w="60" w:type="dxa"/>
              <w:left w:w="70" w:type="dxa"/>
              <w:bottom w:w="60" w:type="dxa"/>
              <w:right w:w="70" w:type="dxa"/>
            </w:tcMar>
            <w:vAlign w:val="center"/>
          </w:tcPr>
          <w:p w14:paraId="54CB6172" w14:textId="77777777" w:rsidR="004011CE" w:rsidRPr="002D650B" w:rsidRDefault="00000000">
            <w:pPr>
              <w:spacing w:after="0" w:line="240" w:lineRule="auto"/>
              <w:jc w:val="center"/>
              <w:rPr>
                <w:noProof/>
                <w:lang w:val="ro-RO"/>
              </w:rPr>
            </w:pPr>
            <w:r w:rsidRPr="002D650B">
              <w:rPr>
                <w:rFonts w:eastAsia="Arial"/>
                <w:b/>
                <w:noProof/>
                <w:sz w:val="14"/>
                <w:lang w:val="ro-RO"/>
              </w:rPr>
              <w:t>M9.8</w:t>
            </w:r>
          </w:p>
        </w:tc>
        <w:tc>
          <w:tcPr>
            <w:tcW w:w="4081" w:type="dxa"/>
            <w:shd w:val="clear" w:color="auto" w:fill="FAFAFA"/>
            <w:tcMar>
              <w:top w:w="60" w:type="dxa"/>
              <w:left w:w="70" w:type="dxa"/>
              <w:bottom w:w="60" w:type="dxa"/>
              <w:right w:w="70" w:type="dxa"/>
            </w:tcMar>
            <w:vAlign w:val="center"/>
          </w:tcPr>
          <w:p w14:paraId="19662B48" w14:textId="77777777" w:rsidR="004011CE" w:rsidRPr="002D650B" w:rsidRDefault="00000000">
            <w:pPr>
              <w:spacing w:after="0" w:line="240" w:lineRule="auto"/>
              <w:rPr>
                <w:noProof/>
                <w:lang w:val="ro-RO"/>
              </w:rPr>
            </w:pPr>
            <w:r w:rsidRPr="002D650B">
              <w:rPr>
                <w:rFonts w:eastAsia="Arial"/>
                <w:noProof/>
                <w:sz w:val="14"/>
                <w:lang w:val="ro-RO"/>
              </w:rPr>
              <w:t>Acțiunile preventive tratează cauzele potențiale identificate prin date și risc.</w:t>
            </w:r>
          </w:p>
        </w:tc>
        <w:tc>
          <w:tcPr>
            <w:tcW w:w="5159" w:type="dxa"/>
            <w:shd w:val="clear" w:color="auto" w:fill="FAFAFA"/>
            <w:tcMar>
              <w:top w:w="60" w:type="dxa"/>
              <w:left w:w="70" w:type="dxa"/>
              <w:bottom w:w="60" w:type="dxa"/>
              <w:right w:w="70" w:type="dxa"/>
            </w:tcMar>
            <w:vAlign w:val="center"/>
          </w:tcPr>
          <w:p w14:paraId="7F972CF6" w14:textId="77777777" w:rsidR="004011CE" w:rsidRPr="002D650B" w:rsidRDefault="00000000">
            <w:pPr>
              <w:spacing w:after="0" w:line="240" w:lineRule="auto"/>
              <w:rPr>
                <w:noProof/>
                <w:lang w:val="ro-RO"/>
              </w:rPr>
            </w:pPr>
            <w:r w:rsidRPr="002D650B">
              <w:rPr>
                <w:rFonts w:eastAsia="Arial"/>
                <w:noProof/>
                <w:sz w:val="14"/>
                <w:lang w:val="ro-RO"/>
              </w:rPr>
              <w:t>Tendințe, scenarii, prioritizare și urmărire.</w:t>
            </w:r>
          </w:p>
        </w:tc>
        <w:tc>
          <w:tcPr>
            <w:tcW w:w="1417" w:type="dxa"/>
            <w:shd w:val="clear" w:color="auto" w:fill="FAFAFA"/>
            <w:tcMar>
              <w:top w:w="60" w:type="dxa"/>
              <w:left w:w="70" w:type="dxa"/>
              <w:bottom w:w="60" w:type="dxa"/>
              <w:right w:w="70" w:type="dxa"/>
            </w:tcMar>
            <w:vAlign w:val="center"/>
          </w:tcPr>
          <w:p w14:paraId="65A4E854"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271CE3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301A6F7" w14:textId="77777777" w:rsidR="004011CE" w:rsidRPr="002D650B" w:rsidRDefault="004011CE">
            <w:pPr>
              <w:spacing w:after="0" w:line="240" w:lineRule="auto"/>
              <w:jc w:val="center"/>
              <w:rPr>
                <w:noProof/>
                <w:lang w:val="ro-RO"/>
              </w:rPr>
            </w:pPr>
          </w:p>
        </w:tc>
      </w:tr>
      <w:tr w:rsidR="004011CE" w:rsidRPr="002D650B" w14:paraId="58DEEB4B" w14:textId="77777777">
        <w:trPr>
          <w:cantSplit/>
          <w:jc w:val="center"/>
        </w:trPr>
        <w:tc>
          <w:tcPr>
            <w:tcW w:w="793" w:type="dxa"/>
            <w:tcMar>
              <w:top w:w="60" w:type="dxa"/>
              <w:left w:w="70" w:type="dxa"/>
              <w:bottom w:w="60" w:type="dxa"/>
              <w:right w:w="70" w:type="dxa"/>
            </w:tcMar>
            <w:vAlign w:val="center"/>
          </w:tcPr>
          <w:p w14:paraId="34797F97" w14:textId="77777777" w:rsidR="004011CE" w:rsidRPr="002D650B" w:rsidRDefault="00000000">
            <w:pPr>
              <w:spacing w:after="0" w:line="240" w:lineRule="auto"/>
              <w:jc w:val="center"/>
              <w:rPr>
                <w:noProof/>
                <w:lang w:val="ro-RO"/>
              </w:rPr>
            </w:pPr>
            <w:r w:rsidRPr="002D650B">
              <w:rPr>
                <w:rFonts w:eastAsia="Arial"/>
                <w:b/>
                <w:noProof/>
                <w:sz w:val="14"/>
                <w:lang w:val="ro-RO"/>
              </w:rPr>
              <w:t>M9.9</w:t>
            </w:r>
          </w:p>
        </w:tc>
        <w:tc>
          <w:tcPr>
            <w:tcW w:w="4081" w:type="dxa"/>
            <w:tcMar>
              <w:top w:w="60" w:type="dxa"/>
              <w:left w:w="70" w:type="dxa"/>
              <w:bottom w:w="60" w:type="dxa"/>
              <w:right w:w="70" w:type="dxa"/>
            </w:tcMar>
            <w:vAlign w:val="center"/>
          </w:tcPr>
          <w:p w14:paraId="34208E09" w14:textId="77777777" w:rsidR="004011CE" w:rsidRPr="002D650B" w:rsidRDefault="00000000">
            <w:pPr>
              <w:spacing w:after="0" w:line="240" w:lineRule="auto"/>
              <w:rPr>
                <w:noProof/>
                <w:lang w:val="ro-RO"/>
              </w:rPr>
            </w:pPr>
            <w:r w:rsidRPr="002D650B">
              <w:rPr>
                <w:rFonts w:eastAsia="Arial"/>
                <w:noProof/>
                <w:sz w:val="14"/>
                <w:lang w:val="ro-RO"/>
              </w:rPr>
              <w:t>Acțiunile și schimbările rezultate din CAPA nu afectează advers siguranța sau conformarea și sunt controlate.</w:t>
            </w:r>
          </w:p>
        </w:tc>
        <w:tc>
          <w:tcPr>
            <w:tcW w:w="5159" w:type="dxa"/>
            <w:tcMar>
              <w:top w:w="60" w:type="dxa"/>
              <w:left w:w="70" w:type="dxa"/>
              <w:bottom w:w="60" w:type="dxa"/>
              <w:right w:w="70" w:type="dxa"/>
            </w:tcMar>
            <w:vAlign w:val="center"/>
          </w:tcPr>
          <w:p w14:paraId="5FF5C25D" w14:textId="77777777" w:rsidR="004011CE" w:rsidRPr="002D650B" w:rsidRDefault="00000000">
            <w:pPr>
              <w:spacing w:after="0" w:line="240" w:lineRule="auto"/>
              <w:rPr>
                <w:noProof/>
                <w:lang w:val="ro-RO"/>
              </w:rPr>
            </w:pPr>
            <w:r w:rsidRPr="002D650B">
              <w:rPr>
                <w:rFonts w:eastAsia="Arial"/>
                <w:noProof/>
                <w:sz w:val="14"/>
                <w:lang w:val="ro-RO"/>
              </w:rPr>
              <w:t>Impact asupra proiectării, procesului, furnizorului, validării și reglementării.</w:t>
            </w:r>
          </w:p>
        </w:tc>
        <w:tc>
          <w:tcPr>
            <w:tcW w:w="1417" w:type="dxa"/>
            <w:tcMar>
              <w:top w:w="60" w:type="dxa"/>
              <w:left w:w="70" w:type="dxa"/>
              <w:bottom w:w="60" w:type="dxa"/>
              <w:right w:w="70" w:type="dxa"/>
            </w:tcMar>
            <w:vAlign w:val="center"/>
          </w:tcPr>
          <w:p w14:paraId="722E547B"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766BE5B2"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2457D6FA" w14:textId="77777777" w:rsidR="004011CE" w:rsidRPr="002D650B" w:rsidRDefault="004011CE">
            <w:pPr>
              <w:spacing w:after="0" w:line="240" w:lineRule="auto"/>
              <w:jc w:val="center"/>
              <w:rPr>
                <w:noProof/>
                <w:lang w:val="ro-RO"/>
              </w:rPr>
            </w:pPr>
          </w:p>
        </w:tc>
      </w:tr>
      <w:tr w:rsidR="004011CE" w:rsidRPr="002D650B" w14:paraId="00FC8BF0" w14:textId="77777777">
        <w:trPr>
          <w:cantSplit/>
          <w:jc w:val="center"/>
        </w:trPr>
        <w:tc>
          <w:tcPr>
            <w:tcW w:w="793" w:type="dxa"/>
            <w:shd w:val="clear" w:color="auto" w:fill="FAFAFA"/>
            <w:tcMar>
              <w:top w:w="60" w:type="dxa"/>
              <w:left w:w="70" w:type="dxa"/>
              <w:bottom w:w="60" w:type="dxa"/>
              <w:right w:w="70" w:type="dxa"/>
            </w:tcMar>
            <w:vAlign w:val="center"/>
          </w:tcPr>
          <w:p w14:paraId="7AF5781B" w14:textId="77777777" w:rsidR="004011CE" w:rsidRPr="002D650B" w:rsidRDefault="00000000">
            <w:pPr>
              <w:spacing w:after="0" w:line="240" w:lineRule="auto"/>
              <w:jc w:val="center"/>
              <w:rPr>
                <w:noProof/>
                <w:lang w:val="ro-RO"/>
              </w:rPr>
            </w:pPr>
            <w:r w:rsidRPr="002D650B">
              <w:rPr>
                <w:rFonts w:eastAsia="Arial"/>
                <w:b/>
                <w:noProof/>
                <w:sz w:val="14"/>
                <w:lang w:val="ro-RO"/>
              </w:rPr>
              <w:t>M9.10</w:t>
            </w:r>
          </w:p>
        </w:tc>
        <w:tc>
          <w:tcPr>
            <w:tcW w:w="4081" w:type="dxa"/>
            <w:shd w:val="clear" w:color="auto" w:fill="FAFAFA"/>
            <w:tcMar>
              <w:top w:w="60" w:type="dxa"/>
              <w:left w:w="70" w:type="dxa"/>
              <w:bottom w:w="60" w:type="dxa"/>
              <w:right w:w="70" w:type="dxa"/>
            </w:tcMar>
            <w:vAlign w:val="center"/>
          </w:tcPr>
          <w:p w14:paraId="360D982C" w14:textId="77777777" w:rsidR="004011CE" w:rsidRPr="002D650B" w:rsidRDefault="00000000">
            <w:pPr>
              <w:spacing w:after="0" w:line="240" w:lineRule="auto"/>
              <w:rPr>
                <w:noProof/>
                <w:lang w:val="ro-RO"/>
              </w:rPr>
            </w:pPr>
            <w:r w:rsidRPr="002D650B">
              <w:rPr>
                <w:rFonts w:eastAsia="Arial"/>
                <w:noProof/>
                <w:sz w:val="14"/>
                <w:lang w:val="ro-RO"/>
              </w:rPr>
              <w:t>Eficacitatea CAPA este verificată prin criterii stabilite.</w:t>
            </w:r>
          </w:p>
        </w:tc>
        <w:tc>
          <w:tcPr>
            <w:tcW w:w="5159" w:type="dxa"/>
            <w:shd w:val="clear" w:color="auto" w:fill="FAFAFA"/>
            <w:tcMar>
              <w:top w:w="60" w:type="dxa"/>
              <w:left w:w="70" w:type="dxa"/>
              <w:bottom w:w="60" w:type="dxa"/>
              <w:right w:w="70" w:type="dxa"/>
            </w:tcMar>
            <w:vAlign w:val="center"/>
          </w:tcPr>
          <w:p w14:paraId="4293AD45" w14:textId="77777777" w:rsidR="004011CE" w:rsidRPr="002D650B" w:rsidRDefault="00000000">
            <w:pPr>
              <w:spacing w:after="0" w:line="240" w:lineRule="auto"/>
              <w:rPr>
                <w:noProof/>
                <w:lang w:val="ro-RO"/>
              </w:rPr>
            </w:pPr>
            <w:r w:rsidRPr="002D650B">
              <w:rPr>
                <w:rFonts w:eastAsia="Arial"/>
                <w:noProof/>
                <w:sz w:val="14"/>
                <w:lang w:val="ro-RO"/>
              </w:rPr>
              <w:t>Date, eșantioane, audit, tendințe și absența repetării.</w:t>
            </w:r>
          </w:p>
        </w:tc>
        <w:tc>
          <w:tcPr>
            <w:tcW w:w="1417" w:type="dxa"/>
            <w:shd w:val="clear" w:color="auto" w:fill="FAFAFA"/>
            <w:tcMar>
              <w:top w:w="60" w:type="dxa"/>
              <w:left w:w="70" w:type="dxa"/>
              <w:bottom w:w="60" w:type="dxa"/>
              <w:right w:w="70" w:type="dxa"/>
            </w:tcMar>
            <w:vAlign w:val="center"/>
          </w:tcPr>
          <w:p w14:paraId="366B0F60"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39B183"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45BCE0C" w14:textId="77777777" w:rsidR="004011CE" w:rsidRPr="002D650B" w:rsidRDefault="004011CE">
            <w:pPr>
              <w:spacing w:after="0" w:line="240" w:lineRule="auto"/>
              <w:jc w:val="center"/>
              <w:rPr>
                <w:noProof/>
                <w:lang w:val="ro-RO"/>
              </w:rPr>
            </w:pPr>
          </w:p>
        </w:tc>
      </w:tr>
      <w:tr w:rsidR="004011CE" w:rsidRPr="002D650B" w14:paraId="29E40FA3" w14:textId="77777777">
        <w:trPr>
          <w:cantSplit/>
          <w:jc w:val="center"/>
        </w:trPr>
        <w:tc>
          <w:tcPr>
            <w:tcW w:w="793" w:type="dxa"/>
            <w:tcMar>
              <w:top w:w="60" w:type="dxa"/>
              <w:left w:w="70" w:type="dxa"/>
              <w:bottom w:w="60" w:type="dxa"/>
              <w:right w:w="70" w:type="dxa"/>
            </w:tcMar>
            <w:vAlign w:val="center"/>
          </w:tcPr>
          <w:p w14:paraId="7391271D" w14:textId="77777777" w:rsidR="004011CE" w:rsidRPr="002D650B" w:rsidRDefault="00000000">
            <w:pPr>
              <w:spacing w:after="0" w:line="240" w:lineRule="auto"/>
              <w:jc w:val="center"/>
              <w:rPr>
                <w:noProof/>
                <w:lang w:val="ro-RO"/>
              </w:rPr>
            </w:pPr>
            <w:r w:rsidRPr="002D650B">
              <w:rPr>
                <w:rFonts w:eastAsia="Arial"/>
                <w:b/>
                <w:noProof/>
                <w:sz w:val="14"/>
                <w:lang w:val="ro-RO"/>
              </w:rPr>
              <w:t>M9.11</w:t>
            </w:r>
          </w:p>
        </w:tc>
        <w:tc>
          <w:tcPr>
            <w:tcW w:w="4081" w:type="dxa"/>
            <w:tcMar>
              <w:top w:w="60" w:type="dxa"/>
              <w:left w:w="70" w:type="dxa"/>
              <w:bottom w:w="60" w:type="dxa"/>
              <w:right w:w="70" w:type="dxa"/>
            </w:tcMar>
            <w:vAlign w:val="center"/>
          </w:tcPr>
          <w:p w14:paraId="229674D4" w14:textId="77777777" w:rsidR="004011CE" w:rsidRPr="002D650B" w:rsidRDefault="00000000">
            <w:pPr>
              <w:spacing w:after="0" w:line="240" w:lineRule="auto"/>
              <w:rPr>
                <w:noProof/>
                <w:lang w:val="ro-RO"/>
              </w:rPr>
            </w:pPr>
            <w:r w:rsidRPr="002D650B">
              <w:rPr>
                <w:rFonts w:eastAsia="Arial"/>
                <w:noProof/>
                <w:sz w:val="14"/>
                <w:lang w:val="ro-RO"/>
              </w:rPr>
              <w:t>Sistemul a funcționat suficient pentru a genera dovezi reprezentative.</w:t>
            </w:r>
          </w:p>
        </w:tc>
        <w:tc>
          <w:tcPr>
            <w:tcW w:w="5159" w:type="dxa"/>
            <w:tcMar>
              <w:top w:w="60" w:type="dxa"/>
              <w:left w:w="70" w:type="dxa"/>
              <w:bottom w:w="60" w:type="dxa"/>
              <w:right w:w="70" w:type="dxa"/>
            </w:tcMar>
            <w:vAlign w:val="center"/>
          </w:tcPr>
          <w:p w14:paraId="010CC09C" w14:textId="77777777" w:rsidR="004011CE" w:rsidRPr="002D650B" w:rsidRDefault="00000000">
            <w:pPr>
              <w:spacing w:after="0" w:line="240" w:lineRule="auto"/>
              <w:rPr>
                <w:noProof/>
                <w:lang w:val="ro-RO"/>
              </w:rPr>
            </w:pPr>
            <w:r w:rsidRPr="002D650B">
              <w:rPr>
                <w:rFonts w:eastAsia="Arial"/>
                <w:noProof/>
                <w:sz w:val="14"/>
                <w:lang w:val="ro-RO"/>
              </w:rPr>
              <w:t>Producție, eliberare, reclamații, furnizori, CAPA și analiza conducerii.</w:t>
            </w:r>
          </w:p>
        </w:tc>
        <w:tc>
          <w:tcPr>
            <w:tcW w:w="1417" w:type="dxa"/>
            <w:tcMar>
              <w:top w:w="60" w:type="dxa"/>
              <w:left w:w="70" w:type="dxa"/>
              <w:bottom w:w="60" w:type="dxa"/>
              <w:right w:w="70" w:type="dxa"/>
            </w:tcMar>
            <w:vAlign w:val="center"/>
          </w:tcPr>
          <w:p w14:paraId="6145E11C"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50D9D11B"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4F37C742" w14:textId="77777777" w:rsidR="004011CE" w:rsidRPr="002D650B" w:rsidRDefault="004011CE">
            <w:pPr>
              <w:spacing w:after="0" w:line="240" w:lineRule="auto"/>
              <w:jc w:val="center"/>
              <w:rPr>
                <w:noProof/>
                <w:lang w:val="ro-RO"/>
              </w:rPr>
            </w:pPr>
          </w:p>
        </w:tc>
      </w:tr>
      <w:tr w:rsidR="004011CE" w:rsidRPr="002D650B" w14:paraId="3BBC2DC2" w14:textId="77777777">
        <w:trPr>
          <w:cantSplit/>
          <w:jc w:val="center"/>
        </w:trPr>
        <w:tc>
          <w:tcPr>
            <w:tcW w:w="793" w:type="dxa"/>
            <w:shd w:val="clear" w:color="auto" w:fill="FAFAFA"/>
            <w:tcMar>
              <w:top w:w="60" w:type="dxa"/>
              <w:left w:w="70" w:type="dxa"/>
              <w:bottom w:w="60" w:type="dxa"/>
              <w:right w:w="70" w:type="dxa"/>
            </w:tcMar>
            <w:vAlign w:val="center"/>
          </w:tcPr>
          <w:p w14:paraId="2D389FD5" w14:textId="77777777" w:rsidR="004011CE" w:rsidRPr="002D650B" w:rsidRDefault="00000000">
            <w:pPr>
              <w:spacing w:after="0" w:line="240" w:lineRule="auto"/>
              <w:jc w:val="center"/>
              <w:rPr>
                <w:noProof/>
                <w:lang w:val="ro-RO"/>
              </w:rPr>
            </w:pPr>
            <w:r w:rsidRPr="002D650B">
              <w:rPr>
                <w:rFonts w:eastAsia="Arial"/>
                <w:b/>
                <w:noProof/>
                <w:sz w:val="14"/>
                <w:lang w:val="ro-RO"/>
              </w:rPr>
              <w:t>M9.12</w:t>
            </w:r>
          </w:p>
        </w:tc>
        <w:tc>
          <w:tcPr>
            <w:tcW w:w="4081" w:type="dxa"/>
            <w:shd w:val="clear" w:color="auto" w:fill="FAFAFA"/>
            <w:tcMar>
              <w:top w:w="60" w:type="dxa"/>
              <w:left w:w="70" w:type="dxa"/>
              <w:bottom w:w="60" w:type="dxa"/>
              <w:right w:w="70" w:type="dxa"/>
            </w:tcMar>
            <w:vAlign w:val="center"/>
          </w:tcPr>
          <w:p w14:paraId="70586A05" w14:textId="77777777" w:rsidR="004011CE" w:rsidRPr="002D650B" w:rsidRDefault="00000000">
            <w:pPr>
              <w:spacing w:after="0" w:line="240" w:lineRule="auto"/>
              <w:rPr>
                <w:noProof/>
                <w:lang w:val="ro-RO"/>
              </w:rPr>
            </w:pPr>
            <w:r w:rsidRPr="002D650B">
              <w:rPr>
                <w:rFonts w:eastAsia="Arial"/>
                <w:noProof/>
                <w:sz w:val="14"/>
                <w:lang w:val="ro-RO"/>
              </w:rPr>
              <w:t>Domeniul și justificările de neaplicabilitate sunt coerente cu rolul, dispozitivele și piețele.</w:t>
            </w:r>
          </w:p>
        </w:tc>
        <w:tc>
          <w:tcPr>
            <w:tcW w:w="5159" w:type="dxa"/>
            <w:shd w:val="clear" w:color="auto" w:fill="FAFAFA"/>
            <w:tcMar>
              <w:top w:w="60" w:type="dxa"/>
              <w:left w:w="70" w:type="dxa"/>
              <w:bottom w:w="60" w:type="dxa"/>
              <w:right w:w="70" w:type="dxa"/>
            </w:tcMar>
            <w:vAlign w:val="center"/>
          </w:tcPr>
          <w:p w14:paraId="0AE83223" w14:textId="77777777" w:rsidR="004011CE" w:rsidRPr="002D650B" w:rsidRDefault="00000000">
            <w:pPr>
              <w:spacing w:after="0" w:line="240" w:lineRule="auto"/>
              <w:rPr>
                <w:noProof/>
                <w:lang w:val="ro-RO"/>
              </w:rPr>
            </w:pPr>
            <w:r w:rsidRPr="002D650B">
              <w:rPr>
                <w:rFonts w:eastAsia="Arial"/>
                <w:noProof/>
                <w:sz w:val="14"/>
                <w:lang w:val="ro-RO"/>
              </w:rPr>
              <w:t>Manual, certificare și documentație reglementară.</w:t>
            </w:r>
          </w:p>
        </w:tc>
        <w:tc>
          <w:tcPr>
            <w:tcW w:w="1417" w:type="dxa"/>
            <w:shd w:val="clear" w:color="auto" w:fill="FAFAFA"/>
            <w:tcMar>
              <w:top w:w="60" w:type="dxa"/>
              <w:left w:w="70" w:type="dxa"/>
              <w:bottom w:w="60" w:type="dxa"/>
              <w:right w:w="70" w:type="dxa"/>
            </w:tcMar>
            <w:vAlign w:val="center"/>
          </w:tcPr>
          <w:p w14:paraId="08D826FC"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75C42D9"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97D6C9A" w14:textId="77777777" w:rsidR="004011CE" w:rsidRPr="002D650B" w:rsidRDefault="004011CE">
            <w:pPr>
              <w:spacing w:after="0" w:line="240" w:lineRule="auto"/>
              <w:jc w:val="center"/>
              <w:rPr>
                <w:noProof/>
                <w:lang w:val="ro-RO"/>
              </w:rPr>
            </w:pPr>
          </w:p>
        </w:tc>
      </w:tr>
      <w:tr w:rsidR="004011CE" w:rsidRPr="002D650B" w14:paraId="71064EB0" w14:textId="77777777">
        <w:trPr>
          <w:cantSplit/>
          <w:jc w:val="center"/>
        </w:trPr>
        <w:tc>
          <w:tcPr>
            <w:tcW w:w="793" w:type="dxa"/>
            <w:tcMar>
              <w:top w:w="60" w:type="dxa"/>
              <w:left w:w="70" w:type="dxa"/>
              <w:bottom w:w="60" w:type="dxa"/>
              <w:right w:w="70" w:type="dxa"/>
            </w:tcMar>
            <w:vAlign w:val="center"/>
          </w:tcPr>
          <w:p w14:paraId="3D342ED6" w14:textId="77777777" w:rsidR="004011CE" w:rsidRPr="002D650B" w:rsidRDefault="00000000">
            <w:pPr>
              <w:spacing w:after="0" w:line="240" w:lineRule="auto"/>
              <w:jc w:val="center"/>
              <w:rPr>
                <w:noProof/>
                <w:lang w:val="ro-RO"/>
              </w:rPr>
            </w:pPr>
            <w:r w:rsidRPr="002D650B">
              <w:rPr>
                <w:rFonts w:eastAsia="Arial"/>
                <w:b/>
                <w:noProof/>
                <w:sz w:val="14"/>
                <w:lang w:val="ro-RO"/>
              </w:rPr>
              <w:t>M9.13</w:t>
            </w:r>
          </w:p>
        </w:tc>
        <w:tc>
          <w:tcPr>
            <w:tcW w:w="4081" w:type="dxa"/>
            <w:tcMar>
              <w:top w:w="60" w:type="dxa"/>
              <w:left w:w="70" w:type="dxa"/>
              <w:bottom w:w="60" w:type="dxa"/>
              <w:right w:w="70" w:type="dxa"/>
            </w:tcMar>
            <w:vAlign w:val="center"/>
          </w:tcPr>
          <w:p w14:paraId="15F5ACE6" w14:textId="77777777" w:rsidR="004011CE" w:rsidRPr="002D650B" w:rsidRDefault="00000000">
            <w:pPr>
              <w:spacing w:after="0" w:line="240" w:lineRule="auto"/>
              <w:rPr>
                <w:noProof/>
                <w:lang w:val="ro-RO"/>
              </w:rPr>
            </w:pPr>
            <w:r w:rsidRPr="002D650B">
              <w:rPr>
                <w:rFonts w:eastAsia="Arial"/>
                <w:noProof/>
                <w:sz w:val="14"/>
                <w:lang w:val="ro-RO"/>
              </w:rPr>
              <w:t>Auditul intern și analiza conducerii sunt finalizate, iar acțiunile sunt controlate.</w:t>
            </w:r>
          </w:p>
        </w:tc>
        <w:tc>
          <w:tcPr>
            <w:tcW w:w="5159" w:type="dxa"/>
            <w:tcMar>
              <w:top w:w="60" w:type="dxa"/>
              <w:left w:w="70" w:type="dxa"/>
              <w:bottom w:w="60" w:type="dxa"/>
              <w:right w:w="70" w:type="dxa"/>
            </w:tcMar>
            <w:vAlign w:val="center"/>
          </w:tcPr>
          <w:p w14:paraId="0CF6AF47" w14:textId="77777777" w:rsidR="004011CE" w:rsidRPr="002D650B" w:rsidRDefault="00000000">
            <w:pPr>
              <w:spacing w:after="0" w:line="240" w:lineRule="auto"/>
              <w:rPr>
                <w:noProof/>
                <w:lang w:val="ro-RO"/>
              </w:rPr>
            </w:pPr>
            <w:r w:rsidRPr="002D650B">
              <w:rPr>
                <w:rFonts w:eastAsia="Arial"/>
                <w:noProof/>
                <w:sz w:val="14"/>
                <w:lang w:val="ro-RO"/>
              </w:rPr>
              <w:t>Rezultate recente, responsabilități, termene și eficacitate.</w:t>
            </w:r>
          </w:p>
        </w:tc>
        <w:tc>
          <w:tcPr>
            <w:tcW w:w="1417" w:type="dxa"/>
            <w:tcMar>
              <w:top w:w="60" w:type="dxa"/>
              <w:left w:w="70" w:type="dxa"/>
              <w:bottom w:w="60" w:type="dxa"/>
              <w:right w:w="70" w:type="dxa"/>
            </w:tcMar>
            <w:vAlign w:val="center"/>
          </w:tcPr>
          <w:p w14:paraId="6EAEE15A" w14:textId="77777777" w:rsidR="004011CE" w:rsidRPr="002D650B" w:rsidRDefault="004011CE">
            <w:pPr>
              <w:spacing w:after="0" w:line="240" w:lineRule="auto"/>
              <w:jc w:val="center"/>
              <w:rPr>
                <w:noProof/>
                <w:lang w:val="ro-RO"/>
              </w:rPr>
            </w:pPr>
          </w:p>
        </w:tc>
        <w:tc>
          <w:tcPr>
            <w:tcW w:w="1303" w:type="dxa"/>
            <w:tcMar>
              <w:top w:w="60" w:type="dxa"/>
              <w:left w:w="70" w:type="dxa"/>
              <w:bottom w:w="60" w:type="dxa"/>
              <w:right w:w="70" w:type="dxa"/>
            </w:tcMar>
            <w:vAlign w:val="center"/>
          </w:tcPr>
          <w:p w14:paraId="46081A21" w14:textId="77777777" w:rsidR="004011CE" w:rsidRPr="002D650B" w:rsidRDefault="004011CE">
            <w:pPr>
              <w:spacing w:after="0" w:line="240" w:lineRule="auto"/>
              <w:jc w:val="center"/>
              <w:rPr>
                <w:noProof/>
                <w:lang w:val="ro-RO"/>
              </w:rPr>
            </w:pPr>
          </w:p>
        </w:tc>
        <w:tc>
          <w:tcPr>
            <w:tcW w:w="850" w:type="dxa"/>
            <w:tcMar>
              <w:top w:w="60" w:type="dxa"/>
              <w:left w:w="70" w:type="dxa"/>
              <w:bottom w:w="60" w:type="dxa"/>
              <w:right w:w="70" w:type="dxa"/>
            </w:tcMar>
            <w:vAlign w:val="center"/>
          </w:tcPr>
          <w:p w14:paraId="3FDF3523" w14:textId="77777777" w:rsidR="004011CE" w:rsidRPr="002D650B" w:rsidRDefault="004011CE">
            <w:pPr>
              <w:spacing w:after="0" w:line="240" w:lineRule="auto"/>
              <w:jc w:val="center"/>
              <w:rPr>
                <w:noProof/>
                <w:lang w:val="ro-RO"/>
              </w:rPr>
            </w:pPr>
          </w:p>
        </w:tc>
      </w:tr>
      <w:tr w:rsidR="004011CE" w:rsidRPr="002D650B" w14:paraId="5E9DA91C" w14:textId="77777777">
        <w:trPr>
          <w:cantSplit/>
          <w:jc w:val="center"/>
        </w:trPr>
        <w:tc>
          <w:tcPr>
            <w:tcW w:w="793" w:type="dxa"/>
            <w:shd w:val="clear" w:color="auto" w:fill="FAFAFA"/>
            <w:tcMar>
              <w:top w:w="60" w:type="dxa"/>
              <w:left w:w="70" w:type="dxa"/>
              <w:bottom w:w="60" w:type="dxa"/>
              <w:right w:w="70" w:type="dxa"/>
            </w:tcMar>
            <w:vAlign w:val="center"/>
          </w:tcPr>
          <w:p w14:paraId="1A05A103" w14:textId="77777777" w:rsidR="004011CE" w:rsidRPr="002D650B" w:rsidRDefault="00000000">
            <w:pPr>
              <w:spacing w:after="0" w:line="240" w:lineRule="auto"/>
              <w:jc w:val="center"/>
              <w:rPr>
                <w:noProof/>
                <w:lang w:val="ro-RO"/>
              </w:rPr>
            </w:pPr>
            <w:r w:rsidRPr="002D650B">
              <w:rPr>
                <w:rFonts w:eastAsia="Arial"/>
                <w:b/>
                <w:noProof/>
                <w:sz w:val="14"/>
                <w:lang w:val="ro-RO"/>
              </w:rPr>
              <w:t>M9.14</w:t>
            </w:r>
          </w:p>
        </w:tc>
        <w:tc>
          <w:tcPr>
            <w:tcW w:w="4081" w:type="dxa"/>
            <w:shd w:val="clear" w:color="auto" w:fill="FAFAFA"/>
            <w:tcMar>
              <w:top w:w="60" w:type="dxa"/>
              <w:left w:w="70" w:type="dxa"/>
              <w:bottom w:w="60" w:type="dxa"/>
              <w:right w:w="70" w:type="dxa"/>
            </w:tcMar>
            <w:vAlign w:val="center"/>
          </w:tcPr>
          <w:p w14:paraId="64FEB94B" w14:textId="77777777" w:rsidR="004011CE" w:rsidRPr="002D650B" w:rsidRDefault="00000000">
            <w:pPr>
              <w:spacing w:after="0" w:line="240" w:lineRule="auto"/>
              <w:rPr>
                <w:noProof/>
                <w:lang w:val="ro-RO"/>
              </w:rPr>
            </w:pPr>
            <w:r w:rsidRPr="002D650B">
              <w:rPr>
                <w:rFonts w:eastAsia="Arial"/>
                <w:noProof/>
                <w:sz w:val="14"/>
                <w:lang w:val="ro-RO"/>
              </w:rPr>
              <w:t>Dosarele dispozitivelor, validările și înregistrările de eliberare sunt complete, iar personalul poate demonstra practicile reale.</w:t>
            </w:r>
          </w:p>
        </w:tc>
        <w:tc>
          <w:tcPr>
            <w:tcW w:w="5159" w:type="dxa"/>
            <w:shd w:val="clear" w:color="auto" w:fill="FAFAFA"/>
            <w:tcMar>
              <w:top w:w="60" w:type="dxa"/>
              <w:left w:w="70" w:type="dxa"/>
              <w:bottom w:w="60" w:type="dxa"/>
              <w:right w:w="70" w:type="dxa"/>
            </w:tcMar>
            <w:vAlign w:val="center"/>
          </w:tcPr>
          <w:p w14:paraId="1B175DD8" w14:textId="77777777" w:rsidR="004011CE" w:rsidRPr="002D650B" w:rsidRDefault="00000000">
            <w:pPr>
              <w:spacing w:after="0" w:line="240" w:lineRule="auto"/>
              <w:rPr>
                <w:noProof/>
                <w:lang w:val="ro-RO"/>
              </w:rPr>
            </w:pPr>
            <w:r w:rsidRPr="002D650B">
              <w:rPr>
                <w:rFonts w:eastAsia="Arial"/>
                <w:noProof/>
                <w:sz w:val="14"/>
                <w:lang w:val="ro-RO"/>
              </w:rPr>
              <w:t>Eșantioane reprezentative, trasabilitate, interviuri și acces la dovezi.</w:t>
            </w:r>
          </w:p>
        </w:tc>
        <w:tc>
          <w:tcPr>
            <w:tcW w:w="1417" w:type="dxa"/>
            <w:shd w:val="clear" w:color="auto" w:fill="FAFAFA"/>
            <w:tcMar>
              <w:top w:w="60" w:type="dxa"/>
              <w:left w:w="70" w:type="dxa"/>
              <w:bottom w:w="60" w:type="dxa"/>
              <w:right w:w="70" w:type="dxa"/>
            </w:tcMar>
            <w:vAlign w:val="center"/>
          </w:tcPr>
          <w:p w14:paraId="6A77FB03" w14:textId="77777777" w:rsidR="004011CE" w:rsidRPr="002D650B" w:rsidRDefault="004011CE">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7E5903D" w14:textId="77777777" w:rsidR="004011CE" w:rsidRPr="002D650B" w:rsidRDefault="004011CE">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CDB2816" w14:textId="77777777" w:rsidR="004011CE" w:rsidRPr="002D650B" w:rsidRDefault="004011CE">
            <w:pPr>
              <w:spacing w:after="0" w:line="240" w:lineRule="auto"/>
              <w:jc w:val="center"/>
              <w:rPr>
                <w:noProof/>
                <w:lang w:val="ro-RO"/>
              </w:rPr>
            </w:pPr>
          </w:p>
        </w:tc>
      </w:tr>
    </w:tbl>
    <w:p w14:paraId="616D7E32" w14:textId="77777777" w:rsidR="004011CE" w:rsidRPr="002D650B" w:rsidRDefault="00000000">
      <w:pPr>
        <w:spacing w:before="80" w:after="0"/>
        <w:rPr>
          <w:noProof/>
          <w:lang w:val="ro-RO"/>
        </w:rPr>
      </w:pPr>
      <w:r w:rsidRPr="002D650B">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408F3B00" w14:textId="77777777" w:rsidR="004011CE" w:rsidRPr="002D650B" w:rsidRDefault="004011CE">
      <w:pPr>
        <w:rPr>
          <w:noProof/>
          <w:lang w:val="ro-RO"/>
        </w:rPr>
        <w:sectPr w:rsidR="004011CE" w:rsidRPr="002D650B">
          <w:headerReference w:type="default" r:id="rId10"/>
          <w:footerReference w:type="default" r:id="rId11"/>
          <w:pgSz w:w="16838" w:h="11906" w:orient="landscape"/>
          <w:pgMar w:top="794" w:right="1020" w:bottom="737" w:left="1020" w:header="720" w:footer="720" w:gutter="0"/>
          <w:cols w:space="720"/>
          <w:titlePg/>
          <w:docGrid w:linePitch="360"/>
        </w:sectPr>
      </w:pPr>
    </w:p>
    <w:p w14:paraId="51D74BFC" w14:textId="77777777" w:rsidR="004011CE" w:rsidRPr="002D650B" w:rsidRDefault="00000000">
      <w:pPr>
        <w:pStyle w:val="Heading1"/>
        <w:rPr>
          <w:noProof/>
          <w:lang w:val="ro-RO"/>
        </w:rPr>
      </w:pPr>
      <w:r w:rsidRPr="002D650B">
        <w:rPr>
          <w:noProof/>
          <w:lang w:val="ro-RO"/>
        </w:rPr>
        <w:lastRenderedPageBreak/>
        <w:t>Sinteza evaluării</w:t>
      </w:r>
    </w:p>
    <w:p w14:paraId="4B8AEC58" w14:textId="77777777" w:rsidR="004011CE" w:rsidRPr="002D650B" w:rsidRDefault="00000000">
      <w:pPr>
        <w:rPr>
          <w:noProof/>
          <w:lang w:val="ro-RO"/>
        </w:rPr>
      </w:pPr>
      <w:r w:rsidRPr="002D650B">
        <w:rPr>
          <w:noProof/>
          <w:lang w:val="ro-RO"/>
        </w:rPr>
        <w:t>Completați scorul obținut pentru fiecare secțiune. Excludeți din maxim doar elementele N/A justificate.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907"/>
        <w:gridCol w:w="4535"/>
        <w:gridCol w:w="1474"/>
        <w:gridCol w:w="1474"/>
        <w:gridCol w:w="1474"/>
      </w:tblGrid>
      <w:tr w:rsidR="004011CE" w:rsidRPr="002D650B" w14:paraId="2B25DED1" w14:textId="77777777">
        <w:trPr>
          <w:jc w:val="center"/>
        </w:trPr>
        <w:tc>
          <w:tcPr>
            <w:tcW w:w="907" w:type="dxa"/>
            <w:shd w:val="clear" w:color="auto" w:fill="D71920"/>
            <w:tcMar>
              <w:top w:w="60" w:type="dxa"/>
              <w:left w:w="70" w:type="dxa"/>
              <w:bottom w:w="60" w:type="dxa"/>
              <w:right w:w="70" w:type="dxa"/>
            </w:tcMar>
            <w:vAlign w:val="center"/>
          </w:tcPr>
          <w:p w14:paraId="2B99D818"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w:t>
            </w:r>
          </w:p>
        </w:tc>
        <w:tc>
          <w:tcPr>
            <w:tcW w:w="4535" w:type="dxa"/>
            <w:shd w:val="clear" w:color="auto" w:fill="D71920"/>
            <w:tcMar>
              <w:top w:w="60" w:type="dxa"/>
              <w:left w:w="70" w:type="dxa"/>
              <w:bottom w:w="60" w:type="dxa"/>
              <w:right w:w="70" w:type="dxa"/>
            </w:tcMar>
            <w:vAlign w:val="center"/>
          </w:tcPr>
          <w:p w14:paraId="4803C851"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SECȚIUNE</w:t>
            </w:r>
          </w:p>
        </w:tc>
        <w:tc>
          <w:tcPr>
            <w:tcW w:w="1474" w:type="dxa"/>
            <w:shd w:val="clear" w:color="auto" w:fill="D71920"/>
            <w:tcMar>
              <w:top w:w="60" w:type="dxa"/>
              <w:left w:w="70" w:type="dxa"/>
              <w:bottom w:w="60" w:type="dxa"/>
              <w:right w:w="70" w:type="dxa"/>
            </w:tcMar>
            <w:vAlign w:val="center"/>
          </w:tcPr>
          <w:p w14:paraId="54289CB9"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SCOR OBȚINUT</w:t>
            </w:r>
          </w:p>
        </w:tc>
        <w:tc>
          <w:tcPr>
            <w:tcW w:w="1474" w:type="dxa"/>
            <w:shd w:val="clear" w:color="auto" w:fill="D71920"/>
            <w:tcMar>
              <w:top w:w="60" w:type="dxa"/>
              <w:left w:w="70" w:type="dxa"/>
              <w:bottom w:w="60" w:type="dxa"/>
              <w:right w:w="70" w:type="dxa"/>
            </w:tcMar>
            <w:vAlign w:val="center"/>
          </w:tcPr>
          <w:p w14:paraId="3511421E"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SCOR MAXIM</w:t>
            </w:r>
          </w:p>
        </w:tc>
        <w:tc>
          <w:tcPr>
            <w:tcW w:w="1474" w:type="dxa"/>
            <w:shd w:val="clear" w:color="auto" w:fill="D71920"/>
            <w:tcMar>
              <w:top w:w="60" w:type="dxa"/>
              <w:left w:w="70" w:type="dxa"/>
              <w:bottom w:w="60" w:type="dxa"/>
              <w:right w:w="70" w:type="dxa"/>
            </w:tcMar>
            <w:vAlign w:val="center"/>
          </w:tcPr>
          <w:p w14:paraId="72225BBA"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PROCENT</w:t>
            </w:r>
          </w:p>
        </w:tc>
      </w:tr>
      <w:tr w:rsidR="004011CE" w:rsidRPr="002D650B" w14:paraId="20354863" w14:textId="77777777">
        <w:trPr>
          <w:jc w:val="center"/>
        </w:trPr>
        <w:tc>
          <w:tcPr>
            <w:tcW w:w="907" w:type="dxa"/>
            <w:tcMar>
              <w:top w:w="60" w:type="dxa"/>
              <w:left w:w="70" w:type="dxa"/>
              <w:bottom w:w="60" w:type="dxa"/>
              <w:right w:w="70" w:type="dxa"/>
            </w:tcMar>
            <w:vAlign w:val="center"/>
          </w:tcPr>
          <w:p w14:paraId="66E1AF4C" w14:textId="77777777" w:rsidR="004011CE" w:rsidRPr="002D650B" w:rsidRDefault="00000000">
            <w:pPr>
              <w:spacing w:after="0" w:line="240" w:lineRule="auto"/>
              <w:jc w:val="center"/>
              <w:rPr>
                <w:noProof/>
                <w:lang w:val="ro-RO"/>
              </w:rPr>
            </w:pPr>
            <w:r w:rsidRPr="002D650B">
              <w:rPr>
                <w:rFonts w:eastAsia="Arial"/>
                <w:b/>
                <w:noProof/>
                <w:sz w:val="16"/>
                <w:lang w:val="ro-RO"/>
              </w:rPr>
              <w:t>0</w:t>
            </w:r>
          </w:p>
        </w:tc>
        <w:tc>
          <w:tcPr>
            <w:tcW w:w="4535" w:type="dxa"/>
            <w:tcMar>
              <w:top w:w="60" w:type="dxa"/>
              <w:left w:w="70" w:type="dxa"/>
              <w:bottom w:w="60" w:type="dxa"/>
              <w:right w:w="70" w:type="dxa"/>
            </w:tcMar>
            <w:vAlign w:val="center"/>
          </w:tcPr>
          <w:p w14:paraId="7B0ED95D" w14:textId="77777777" w:rsidR="004011CE" w:rsidRPr="002D650B" w:rsidRDefault="00000000">
            <w:pPr>
              <w:spacing w:after="0" w:line="240" w:lineRule="auto"/>
              <w:rPr>
                <w:noProof/>
                <w:lang w:val="ro-RO"/>
              </w:rPr>
            </w:pPr>
            <w:r w:rsidRPr="002D650B">
              <w:rPr>
                <w:rFonts w:eastAsia="Arial"/>
                <w:noProof/>
                <w:sz w:val="16"/>
                <w:lang w:val="ro-RO"/>
              </w:rPr>
              <w:t>Pornirea proiectului și strategia de reglementare</w:t>
            </w:r>
          </w:p>
        </w:tc>
        <w:tc>
          <w:tcPr>
            <w:tcW w:w="1474" w:type="dxa"/>
            <w:tcMar>
              <w:top w:w="60" w:type="dxa"/>
              <w:left w:w="70" w:type="dxa"/>
              <w:bottom w:w="60" w:type="dxa"/>
              <w:right w:w="70" w:type="dxa"/>
            </w:tcMar>
            <w:vAlign w:val="center"/>
          </w:tcPr>
          <w:p w14:paraId="03B5AE10" w14:textId="77777777" w:rsidR="004011CE" w:rsidRPr="002D650B" w:rsidRDefault="004011CE">
            <w:pPr>
              <w:spacing w:after="0" w:line="240" w:lineRule="auto"/>
              <w:jc w:val="center"/>
              <w:rPr>
                <w:noProof/>
                <w:lang w:val="ro-RO"/>
              </w:rPr>
            </w:pPr>
          </w:p>
        </w:tc>
        <w:tc>
          <w:tcPr>
            <w:tcW w:w="1474" w:type="dxa"/>
            <w:tcMar>
              <w:top w:w="60" w:type="dxa"/>
              <w:left w:w="70" w:type="dxa"/>
              <w:bottom w:w="60" w:type="dxa"/>
              <w:right w:w="70" w:type="dxa"/>
            </w:tcMar>
            <w:vAlign w:val="center"/>
          </w:tcPr>
          <w:p w14:paraId="6BE3573A" w14:textId="77777777" w:rsidR="004011CE" w:rsidRPr="002D650B" w:rsidRDefault="00000000">
            <w:pPr>
              <w:spacing w:after="0" w:line="240" w:lineRule="auto"/>
              <w:jc w:val="center"/>
              <w:rPr>
                <w:noProof/>
                <w:lang w:val="ro-RO"/>
              </w:rPr>
            </w:pPr>
            <w:r w:rsidRPr="002D650B">
              <w:rPr>
                <w:rFonts w:eastAsia="Arial"/>
                <w:noProof/>
                <w:sz w:val="16"/>
                <w:lang w:val="ro-RO"/>
              </w:rPr>
              <w:t>24</w:t>
            </w:r>
          </w:p>
        </w:tc>
        <w:tc>
          <w:tcPr>
            <w:tcW w:w="1474" w:type="dxa"/>
            <w:tcMar>
              <w:top w:w="60" w:type="dxa"/>
              <w:left w:w="70" w:type="dxa"/>
              <w:bottom w:w="60" w:type="dxa"/>
              <w:right w:w="70" w:type="dxa"/>
            </w:tcMar>
            <w:vAlign w:val="center"/>
          </w:tcPr>
          <w:p w14:paraId="0B964DDA" w14:textId="77777777" w:rsidR="004011CE" w:rsidRPr="002D650B" w:rsidRDefault="004011CE">
            <w:pPr>
              <w:spacing w:after="0" w:line="240" w:lineRule="auto"/>
              <w:jc w:val="center"/>
              <w:rPr>
                <w:noProof/>
                <w:lang w:val="ro-RO"/>
              </w:rPr>
            </w:pPr>
          </w:p>
        </w:tc>
      </w:tr>
      <w:tr w:rsidR="004011CE" w:rsidRPr="002D650B" w14:paraId="30173889" w14:textId="77777777">
        <w:trPr>
          <w:jc w:val="center"/>
        </w:trPr>
        <w:tc>
          <w:tcPr>
            <w:tcW w:w="907" w:type="dxa"/>
            <w:shd w:val="clear" w:color="auto" w:fill="FAFAFA"/>
            <w:tcMar>
              <w:top w:w="60" w:type="dxa"/>
              <w:left w:w="70" w:type="dxa"/>
              <w:bottom w:w="60" w:type="dxa"/>
              <w:right w:w="70" w:type="dxa"/>
            </w:tcMar>
            <w:vAlign w:val="center"/>
          </w:tcPr>
          <w:p w14:paraId="3726CD8A" w14:textId="77777777" w:rsidR="004011CE" w:rsidRPr="002D650B" w:rsidRDefault="00000000">
            <w:pPr>
              <w:spacing w:after="0" w:line="240" w:lineRule="auto"/>
              <w:jc w:val="center"/>
              <w:rPr>
                <w:noProof/>
                <w:lang w:val="ro-RO"/>
              </w:rPr>
            </w:pPr>
            <w:r w:rsidRPr="002D650B">
              <w:rPr>
                <w:rFonts w:eastAsia="Arial"/>
                <w:b/>
                <w:noProof/>
                <w:sz w:val="16"/>
                <w:lang w:val="ro-RO"/>
              </w:rPr>
              <w:t>1</w:t>
            </w:r>
          </w:p>
        </w:tc>
        <w:tc>
          <w:tcPr>
            <w:tcW w:w="4535" w:type="dxa"/>
            <w:shd w:val="clear" w:color="auto" w:fill="FAFAFA"/>
            <w:tcMar>
              <w:top w:w="60" w:type="dxa"/>
              <w:left w:w="70" w:type="dxa"/>
              <w:bottom w:w="60" w:type="dxa"/>
              <w:right w:w="70" w:type="dxa"/>
            </w:tcMar>
            <w:vAlign w:val="center"/>
          </w:tcPr>
          <w:p w14:paraId="66A7FD39" w14:textId="77777777" w:rsidR="004011CE" w:rsidRPr="002D650B" w:rsidRDefault="00000000">
            <w:pPr>
              <w:spacing w:after="0" w:line="240" w:lineRule="auto"/>
              <w:rPr>
                <w:noProof/>
                <w:lang w:val="ro-RO"/>
              </w:rPr>
            </w:pPr>
            <w:r w:rsidRPr="002D650B">
              <w:rPr>
                <w:rFonts w:eastAsia="Arial"/>
                <w:noProof/>
                <w:sz w:val="16"/>
                <w:lang w:val="ro-RO"/>
              </w:rPr>
              <w:t>Sistemul de management, procese, documentație și dosarul dispozitivului</w:t>
            </w:r>
          </w:p>
        </w:tc>
        <w:tc>
          <w:tcPr>
            <w:tcW w:w="1474" w:type="dxa"/>
            <w:shd w:val="clear" w:color="auto" w:fill="FAFAFA"/>
            <w:tcMar>
              <w:top w:w="60" w:type="dxa"/>
              <w:left w:w="70" w:type="dxa"/>
              <w:bottom w:w="60" w:type="dxa"/>
              <w:right w:w="70" w:type="dxa"/>
            </w:tcMar>
            <w:vAlign w:val="center"/>
          </w:tcPr>
          <w:p w14:paraId="55AA6898" w14:textId="77777777" w:rsidR="004011CE" w:rsidRPr="002D650B" w:rsidRDefault="004011CE">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057B76D9" w14:textId="77777777" w:rsidR="004011CE" w:rsidRPr="002D650B" w:rsidRDefault="00000000">
            <w:pPr>
              <w:spacing w:after="0" w:line="240" w:lineRule="auto"/>
              <w:jc w:val="center"/>
              <w:rPr>
                <w:noProof/>
                <w:lang w:val="ro-RO"/>
              </w:rPr>
            </w:pPr>
            <w:r w:rsidRPr="002D650B">
              <w:rPr>
                <w:rFonts w:eastAsia="Arial"/>
                <w:noProof/>
                <w:sz w:val="16"/>
                <w:lang w:val="ro-RO"/>
              </w:rPr>
              <w:t>48</w:t>
            </w:r>
          </w:p>
        </w:tc>
        <w:tc>
          <w:tcPr>
            <w:tcW w:w="1474" w:type="dxa"/>
            <w:shd w:val="clear" w:color="auto" w:fill="FAFAFA"/>
            <w:tcMar>
              <w:top w:w="60" w:type="dxa"/>
              <w:left w:w="70" w:type="dxa"/>
              <w:bottom w:w="60" w:type="dxa"/>
              <w:right w:w="70" w:type="dxa"/>
            </w:tcMar>
            <w:vAlign w:val="center"/>
          </w:tcPr>
          <w:p w14:paraId="6C8B1E53" w14:textId="77777777" w:rsidR="004011CE" w:rsidRPr="002D650B" w:rsidRDefault="004011CE">
            <w:pPr>
              <w:spacing w:after="0" w:line="240" w:lineRule="auto"/>
              <w:jc w:val="center"/>
              <w:rPr>
                <w:noProof/>
                <w:lang w:val="ro-RO"/>
              </w:rPr>
            </w:pPr>
          </w:p>
        </w:tc>
      </w:tr>
      <w:tr w:rsidR="004011CE" w:rsidRPr="002D650B" w14:paraId="23AEECA4" w14:textId="77777777">
        <w:trPr>
          <w:jc w:val="center"/>
        </w:trPr>
        <w:tc>
          <w:tcPr>
            <w:tcW w:w="907" w:type="dxa"/>
            <w:tcMar>
              <w:top w:w="60" w:type="dxa"/>
              <w:left w:w="70" w:type="dxa"/>
              <w:bottom w:w="60" w:type="dxa"/>
              <w:right w:w="70" w:type="dxa"/>
            </w:tcMar>
            <w:vAlign w:val="center"/>
          </w:tcPr>
          <w:p w14:paraId="05E0A648" w14:textId="77777777" w:rsidR="004011CE" w:rsidRPr="002D650B" w:rsidRDefault="00000000">
            <w:pPr>
              <w:spacing w:after="0" w:line="240" w:lineRule="auto"/>
              <w:jc w:val="center"/>
              <w:rPr>
                <w:noProof/>
                <w:lang w:val="ro-RO"/>
              </w:rPr>
            </w:pPr>
            <w:r w:rsidRPr="002D650B">
              <w:rPr>
                <w:rFonts w:eastAsia="Arial"/>
                <w:b/>
                <w:noProof/>
                <w:sz w:val="16"/>
                <w:lang w:val="ro-RO"/>
              </w:rPr>
              <w:t>2</w:t>
            </w:r>
          </w:p>
        </w:tc>
        <w:tc>
          <w:tcPr>
            <w:tcW w:w="4535" w:type="dxa"/>
            <w:tcMar>
              <w:top w:w="60" w:type="dxa"/>
              <w:left w:w="70" w:type="dxa"/>
              <w:bottom w:w="60" w:type="dxa"/>
              <w:right w:w="70" w:type="dxa"/>
            </w:tcMar>
            <w:vAlign w:val="center"/>
          </w:tcPr>
          <w:p w14:paraId="1657C8B6" w14:textId="77777777" w:rsidR="004011CE" w:rsidRPr="002D650B" w:rsidRDefault="00000000">
            <w:pPr>
              <w:spacing w:after="0" w:line="240" w:lineRule="auto"/>
              <w:rPr>
                <w:noProof/>
                <w:lang w:val="ro-RO"/>
              </w:rPr>
            </w:pPr>
            <w:r w:rsidRPr="002D650B">
              <w:rPr>
                <w:rFonts w:eastAsia="Arial"/>
                <w:noProof/>
                <w:sz w:val="16"/>
                <w:lang w:val="ro-RO"/>
              </w:rPr>
              <w:t>Responsabilitatea conducerii, politica, obiectivele și analiza sistemului</w:t>
            </w:r>
          </w:p>
        </w:tc>
        <w:tc>
          <w:tcPr>
            <w:tcW w:w="1474" w:type="dxa"/>
            <w:tcMar>
              <w:top w:w="60" w:type="dxa"/>
              <w:left w:w="70" w:type="dxa"/>
              <w:bottom w:w="60" w:type="dxa"/>
              <w:right w:w="70" w:type="dxa"/>
            </w:tcMar>
            <w:vAlign w:val="center"/>
          </w:tcPr>
          <w:p w14:paraId="40BBBC91" w14:textId="77777777" w:rsidR="004011CE" w:rsidRPr="002D650B" w:rsidRDefault="004011CE">
            <w:pPr>
              <w:spacing w:after="0" w:line="240" w:lineRule="auto"/>
              <w:jc w:val="center"/>
              <w:rPr>
                <w:noProof/>
                <w:lang w:val="ro-RO"/>
              </w:rPr>
            </w:pPr>
          </w:p>
        </w:tc>
        <w:tc>
          <w:tcPr>
            <w:tcW w:w="1474" w:type="dxa"/>
            <w:tcMar>
              <w:top w:w="60" w:type="dxa"/>
              <w:left w:w="70" w:type="dxa"/>
              <w:bottom w:w="60" w:type="dxa"/>
              <w:right w:w="70" w:type="dxa"/>
            </w:tcMar>
            <w:vAlign w:val="center"/>
          </w:tcPr>
          <w:p w14:paraId="7D3DE754" w14:textId="77777777" w:rsidR="004011CE" w:rsidRPr="002D650B" w:rsidRDefault="00000000">
            <w:pPr>
              <w:spacing w:after="0" w:line="240" w:lineRule="auto"/>
              <w:jc w:val="center"/>
              <w:rPr>
                <w:noProof/>
                <w:lang w:val="ro-RO"/>
              </w:rPr>
            </w:pPr>
            <w:r w:rsidRPr="002D650B">
              <w:rPr>
                <w:rFonts w:eastAsia="Arial"/>
                <w:noProof/>
                <w:sz w:val="16"/>
                <w:lang w:val="ro-RO"/>
              </w:rPr>
              <w:t>39</w:t>
            </w:r>
          </w:p>
        </w:tc>
        <w:tc>
          <w:tcPr>
            <w:tcW w:w="1474" w:type="dxa"/>
            <w:tcMar>
              <w:top w:w="60" w:type="dxa"/>
              <w:left w:w="70" w:type="dxa"/>
              <w:bottom w:w="60" w:type="dxa"/>
              <w:right w:w="70" w:type="dxa"/>
            </w:tcMar>
            <w:vAlign w:val="center"/>
          </w:tcPr>
          <w:p w14:paraId="4AE08DDB" w14:textId="77777777" w:rsidR="004011CE" w:rsidRPr="002D650B" w:rsidRDefault="004011CE">
            <w:pPr>
              <w:spacing w:after="0" w:line="240" w:lineRule="auto"/>
              <w:jc w:val="center"/>
              <w:rPr>
                <w:noProof/>
                <w:lang w:val="ro-RO"/>
              </w:rPr>
            </w:pPr>
          </w:p>
        </w:tc>
      </w:tr>
      <w:tr w:rsidR="004011CE" w:rsidRPr="002D650B" w14:paraId="1562C733" w14:textId="77777777">
        <w:trPr>
          <w:jc w:val="center"/>
        </w:trPr>
        <w:tc>
          <w:tcPr>
            <w:tcW w:w="907" w:type="dxa"/>
            <w:shd w:val="clear" w:color="auto" w:fill="FAFAFA"/>
            <w:tcMar>
              <w:top w:w="60" w:type="dxa"/>
              <w:left w:w="70" w:type="dxa"/>
              <w:bottom w:w="60" w:type="dxa"/>
              <w:right w:w="70" w:type="dxa"/>
            </w:tcMar>
            <w:vAlign w:val="center"/>
          </w:tcPr>
          <w:p w14:paraId="08B92081" w14:textId="77777777" w:rsidR="004011CE" w:rsidRPr="002D650B" w:rsidRDefault="00000000">
            <w:pPr>
              <w:spacing w:after="0" w:line="240" w:lineRule="auto"/>
              <w:jc w:val="center"/>
              <w:rPr>
                <w:noProof/>
                <w:lang w:val="ro-RO"/>
              </w:rPr>
            </w:pPr>
            <w:r w:rsidRPr="002D650B">
              <w:rPr>
                <w:rFonts w:eastAsia="Arial"/>
                <w:b/>
                <w:noProof/>
                <w:sz w:val="16"/>
                <w:lang w:val="ro-RO"/>
              </w:rPr>
              <w:t>3</w:t>
            </w:r>
          </w:p>
        </w:tc>
        <w:tc>
          <w:tcPr>
            <w:tcW w:w="4535" w:type="dxa"/>
            <w:shd w:val="clear" w:color="auto" w:fill="FAFAFA"/>
            <w:tcMar>
              <w:top w:w="60" w:type="dxa"/>
              <w:left w:w="70" w:type="dxa"/>
              <w:bottom w:w="60" w:type="dxa"/>
              <w:right w:w="70" w:type="dxa"/>
            </w:tcMar>
            <w:vAlign w:val="center"/>
          </w:tcPr>
          <w:p w14:paraId="4120AEEF" w14:textId="77777777" w:rsidR="004011CE" w:rsidRPr="002D650B" w:rsidRDefault="00000000">
            <w:pPr>
              <w:spacing w:after="0" w:line="240" w:lineRule="auto"/>
              <w:rPr>
                <w:noProof/>
                <w:lang w:val="ro-RO"/>
              </w:rPr>
            </w:pPr>
            <w:r w:rsidRPr="002D650B">
              <w:rPr>
                <w:rFonts w:eastAsia="Arial"/>
                <w:noProof/>
                <w:sz w:val="16"/>
                <w:lang w:val="ro-RO"/>
              </w:rPr>
              <w:t>Resurse, competență, infrastructură, mediu de lucru și contaminare</w:t>
            </w:r>
          </w:p>
        </w:tc>
        <w:tc>
          <w:tcPr>
            <w:tcW w:w="1474" w:type="dxa"/>
            <w:shd w:val="clear" w:color="auto" w:fill="FAFAFA"/>
            <w:tcMar>
              <w:top w:w="60" w:type="dxa"/>
              <w:left w:w="70" w:type="dxa"/>
              <w:bottom w:w="60" w:type="dxa"/>
              <w:right w:w="70" w:type="dxa"/>
            </w:tcMar>
            <w:vAlign w:val="center"/>
          </w:tcPr>
          <w:p w14:paraId="1DE3D7E6" w14:textId="77777777" w:rsidR="004011CE" w:rsidRPr="002D650B" w:rsidRDefault="004011CE">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48DE5A90" w14:textId="77777777" w:rsidR="004011CE" w:rsidRPr="002D650B" w:rsidRDefault="00000000">
            <w:pPr>
              <w:spacing w:after="0" w:line="240" w:lineRule="auto"/>
              <w:jc w:val="center"/>
              <w:rPr>
                <w:noProof/>
                <w:lang w:val="ro-RO"/>
              </w:rPr>
            </w:pPr>
            <w:r w:rsidRPr="002D650B">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15450F25" w14:textId="77777777" w:rsidR="004011CE" w:rsidRPr="002D650B" w:rsidRDefault="004011CE">
            <w:pPr>
              <w:spacing w:after="0" w:line="240" w:lineRule="auto"/>
              <w:jc w:val="center"/>
              <w:rPr>
                <w:noProof/>
                <w:lang w:val="ro-RO"/>
              </w:rPr>
            </w:pPr>
          </w:p>
        </w:tc>
      </w:tr>
      <w:tr w:rsidR="004011CE" w:rsidRPr="002D650B" w14:paraId="31218410" w14:textId="77777777">
        <w:trPr>
          <w:jc w:val="center"/>
        </w:trPr>
        <w:tc>
          <w:tcPr>
            <w:tcW w:w="907" w:type="dxa"/>
            <w:tcMar>
              <w:top w:w="60" w:type="dxa"/>
              <w:left w:w="70" w:type="dxa"/>
              <w:bottom w:w="60" w:type="dxa"/>
              <w:right w:w="70" w:type="dxa"/>
            </w:tcMar>
            <w:vAlign w:val="center"/>
          </w:tcPr>
          <w:p w14:paraId="0980B151" w14:textId="77777777" w:rsidR="004011CE" w:rsidRPr="002D650B" w:rsidRDefault="00000000">
            <w:pPr>
              <w:spacing w:after="0" w:line="240" w:lineRule="auto"/>
              <w:jc w:val="center"/>
              <w:rPr>
                <w:noProof/>
                <w:lang w:val="ro-RO"/>
              </w:rPr>
            </w:pPr>
            <w:r w:rsidRPr="002D650B">
              <w:rPr>
                <w:rFonts w:eastAsia="Arial"/>
                <w:b/>
                <w:noProof/>
                <w:sz w:val="16"/>
                <w:lang w:val="ro-RO"/>
              </w:rPr>
              <w:t>4</w:t>
            </w:r>
          </w:p>
        </w:tc>
        <w:tc>
          <w:tcPr>
            <w:tcW w:w="4535" w:type="dxa"/>
            <w:tcMar>
              <w:top w:w="60" w:type="dxa"/>
              <w:left w:w="70" w:type="dxa"/>
              <w:bottom w:w="60" w:type="dxa"/>
              <w:right w:w="70" w:type="dxa"/>
            </w:tcMar>
            <w:vAlign w:val="center"/>
          </w:tcPr>
          <w:p w14:paraId="291F3656" w14:textId="77777777" w:rsidR="004011CE" w:rsidRPr="002D650B" w:rsidRDefault="00000000">
            <w:pPr>
              <w:spacing w:after="0" w:line="240" w:lineRule="auto"/>
              <w:rPr>
                <w:noProof/>
                <w:lang w:val="ro-RO"/>
              </w:rPr>
            </w:pPr>
            <w:r w:rsidRPr="002D650B">
              <w:rPr>
                <w:rFonts w:eastAsia="Arial"/>
                <w:noProof/>
                <w:sz w:val="16"/>
                <w:lang w:val="ro-RO"/>
              </w:rPr>
              <w:t>Planificarea realizării produsului și procesele referitoare la client</w:t>
            </w:r>
          </w:p>
        </w:tc>
        <w:tc>
          <w:tcPr>
            <w:tcW w:w="1474" w:type="dxa"/>
            <w:tcMar>
              <w:top w:w="60" w:type="dxa"/>
              <w:left w:w="70" w:type="dxa"/>
              <w:bottom w:w="60" w:type="dxa"/>
              <w:right w:w="70" w:type="dxa"/>
            </w:tcMar>
            <w:vAlign w:val="center"/>
          </w:tcPr>
          <w:p w14:paraId="2D7446C7" w14:textId="77777777" w:rsidR="004011CE" w:rsidRPr="002D650B" w:rsidRDefault="004011CE">
            <w:pPr>
              <w:spacing w:after="0" w:line="240" w:lineRule="auto"/>
              <w:jc w:val="center"/>
              <w:rPr>
                <w:noProof/>
                <w:lang w:val="ro-RO"/>
              </w:rPr>
            </w:pPr>
          </w:p>
        </w:tc>
        <w:tc>
          <w:tcPr>
            <w:tcW w:w="1474" w:type="dxa"/>
            <w:tcMar>
              <w:top w:w="60" w:type="dxa"/>
              <w:left w:w="70" w:type="dxa"/>
              <w:bottom w:w="60" w:type="dxa"/>
              <w:right w:w="70" w:type="dxa"/>
            </w:tcMar>
            <w:vAlign w:val="center"/>
          </w:tcPr>
          <w:p w14:paraId="60CC0959" w14:textId="77777777" w:rsidR="004011CE" w:rsidRPr="002D650B" w:rsidRDefault="00000000">
            <w:pPr>
              <w:spacing w:after="0" w:line="240" w:lineRule="auto"/>
              <w:jc w:val="center"/>
              <w:rPr>
                <w:noProof/>
                <w:lang w:val="ro-RO"/>
              </w:rPr>
            </w:pPr>
            <w:r w:rsidRPr="002D650B">
              <w:rPr>
                <w:rFonts w:eastAsia="Arial"/>
                <w:noProof/>
                <w:sz w:val="16"/>
                <w:lang w:val="ro-RO"/>
              </w:rPr>
              <w:t>36</w:t>
            </w:r>
          </w:p>
        </w:tc>
        <w:tc>
          <w:tcPr>
            <w:tcW w:w="1474" w:type="dxa"/>
            <w:tcMar>
              <w:top w:w="60" w:type="dxa"/>
              <w:left w:w="70" w:type="dxa"/>
              <w:bottom w:w="60" w:type="dxa"/>
              <w:right w:w="70" w:type="dxa"/>
            </w:tcMar>
            <w:vAlign w:val="center"/>
          </w:tcPr>
          <w:p w14:paraId="0E8F78FF" w14:textId="77777777" w:rsidR="004011CE" w:rsidRPr="002D650B" w:rsidRDefault="004011CE">
            <w:pPr>
              <w:spacing w:after="0" w:line="240" w:lineRule="auto"/>
              <w:jc w:val="center"/>
              <w:rPr>
                <w:noProof/>
                <w:lang w:val="ro-RO"/>
              </w:rPr>
            </w:pPr>
          </w:p>
        </w:tc>
      </w:tr>
      <w:tr w:rsidR="004011CE" w:rsidRPr="002D650B" w14:paraId="588F8B56" w14:textId="77777777">
        <w:trPr>
          <w:jc w:val="center"/>
        </w:trPr>
        <w:tc>
          <w:tcPr>
            <w:tcW w:w="907" w:type="dxa"/>
            <w:shd w:val="clear" w:color="auto" w:fill="FAFAFA"/>
            <w:tcMar>
              <w:top w:w="60" w:type="dxa"/>
              <w:left w:w="70" w:type="dxa"/>
              <w:bottom w:w="60" w:type="dxa"/>
              <w:right w:w="70" w:type="dxa"/>
            </w:tcMar>
            <w:vAlign w:val="center"/>
          </w:tcPr>
          <w:p w14:paraId="6DD420D8" w14:textId="77777777" w:rsidR="004011CE" w:rsidRPr="002D650B" w:rsidRDefault="00000000">
            <w:pPr>
              <w:spacing w:after="0" w:line="240" w:lineRule="auto"/>
              <w:jc w:val="center"/>
              <w:rPr>
                <w:noProof/>
                <w:lang w:val="ro-RO"/>
              </w:rPr>
            </w:pPr>
            <w:r w:rsidRPr="002D650B">
              <w:rPr>
                <w:rFonts w:eastAsia="Arial"/>
                <w:b/>
                <w:noProof/>
                <w:sz w:val="16"/>
                <w:lang w:val="ro-RO"/>
              </w:rPr>
              <w:t>5</w:t>
            </w:r>
          </w:p>
        </w:tc>
        <w:tc>
          <w:tcPr>
            <w:tcW w:w="4535" w:type="dxa"/>
            <w:shd w:val="clear" w:color="auto" w:fill="FAFAFA"/>
            <w:tcMar>
              <w:top w:w="60" w:type="dxa"/>
              <w:left w:w="70" w:type="dxa"/>
              <w:bottom w:w="60" w:type="dxa"/>
              <w:right w:w="70" w:type="dxa"/>
            </w:tcMar>
            <w:vAlign w:val="center"/>
          </w:tcPr>
          <w:p w14:paraId="7DFCDFCC" w14:textId="77777777" w:rsidR="004011CE" w:rsidRPr="002D650B" w:rsidRDefault="00000000">
            <w:pPr>
              <w:spacing w:after="0" w:line="240" w:lineRule="auto"/>
              <w:rPr>
                <w:noProof/>
                <w:lang w:val="ro-RO"/>
              </w:rPr>
            </w:pPr>
            <w:r w:rsidRPr="002D650B">
              <w:rPr>
                <w:rFonts w:eastAsia="Arial"/>
                <w:noProof/>
                <w:sz w:val="16"/>
                <w:lang w:val="ro-RO"/>
              </w:rPr>
              <w:t>Proiectare și dezvoltare</w:t>
            </w:r>
          </w:p>
        </w:tc>
        <w:tc>
          <w:tcPr>
            <w:tcW w:w="1474" w:type="dxa"/>
            <w:shd w:val="clear" w:color="auto" w:fill="FAFAFA"/>
            <w:tcMar>
              <w:top w:w="60" w:type="dxa"/>
              <w:left w:w="70" w:type="dxa"/>
              <w:bottom w:w="60" w:type="dxa"/>
              <w:right w:w="70" w:type="dxa"/>
            </w:tcMar>
            <w:vAlign w:val="center"/>
          </w:tcPr>
          <w:p w14:paraId="69229383" w14:textId="77777777" w:rsidR="004011CE" w:rsidRPr="002D650B" w:rsidRDefault="004011CE">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6E81F2E9" w14:textId="77777777" w:rsidR="004011CE" w:rsidRPr="002D650B" w:rsidRDefault="00000000">
            <w:pPr>
              <w:spacing w:after="0" w:line="240" w:lineRule="auto"/>
              <w:jc w:val="center"/>
              <w:rPr>
                <w:noProof/>
                <w:lang w:val="ro-RO"/>
              </w:rPr>
            </w:pPr>
            <w:r w:rsidRPr="002D650B">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0A50CB2F" w14:textId="77777777" w:rsidR="004011CE" w:rsidRPr="002D650B" w:rsidRDefault="004011CE">
            <w:pPr>
              <w:spacing w:after="0" w:line="240" w:lineRule="auto"/>
              <w:jc w:val="center"/>
              <w:rPr>
                <w:noProof/>
                <w:lang w:val="ro-RO"/>
              </w:rPr>
            </w:pPr>
          </w:p>
        </w:tc>
      </w:tr>
      <w:tr w:rsidR="004011CE" w:rsidRPr="002D650B" w14:paraId="7503F76F" w14:textId="77777777">
        <w:trPr>
          <w:jc w:val="center"/>
        </w:trPr>
        <w:tc>
          <w:tcPr>
            <w:tcW w:w="907" w:type="dxa"/>
            <w:tcMar>
              <w:top w:w="60" w:type="dxa"/>
              <w:left w:w="70" w:type="dxa"/>
              <w:bottom w:w="60" w:type="dxa"/>
              <w:right w:w="70" w:type="dxa"/>
            </w:tcMar>
            <w:vAlign w:val="center"/>
          </w:tcPr>
          <w:p w14:paraId="15E1441A" w14:textId="77777777" w:rsidR="004011CE" w:rsidRPr="002D650B" w:rsidRDefault="00000000">
            <w:pPr>
              <w:spacing w:after="0" w:line="240" w:lineRule="auto"/>
              <w:jc w:val="center"/>
              <w:rPr>
                <w:noProof/>
                <w:lang w:val="ro-RO"/>
              </w:rPr>
            </w:pPr>
            <w:r w:rsidRPr="002D650B">
              <w:rPr>
                <w:rFonts w:eastAsia="Arial"/>
                <w:b/>
                <w:noProof/>
                <w:sz w:val="16"/>
                <w:lang w:val="ro-RO"/>
              </w:rPr>
              <w:t>6</w:t>
            </w:r>
          </w:p>
        </w:tc>
        <w:tc>
          <w:tcPr>
            <w:tcW w:w="4535" w:type="dxa"/>
            <w:tcMar>
              <w:top w:w="60" w:type="dxa"/>
              <w:left w:w="70" w:type="dxa"/>
              <w:bottom w:w="60" w:type="dxa"/>
              <w:right w:w="70" w:type="dxa"/>
            </w:tcMar>
            <w:vAlign w:val="center"/>
          </w:tcPr>
          <w:p w14:paraId="7DFE5576" w14:textId="77777777" w:rsidR="004011CE" w:rsidRPr="002D650B" w:rsidRDefault="00000000">
            <w:pPr>
              <w:spacing w:after="0" w:line="240" w:lineRule="auto"/>
              <w:rPr>
                <w:noProof/>
                <w:lang w:val="ro-RO"/>
              </w:rPr>
            </w:pPr>
            <w:r w:rsidRPr="002D650B">
              <w:rPr>
                <w:rFonts w:eastAsia="Arial"/>
                <w:noProof/>
                <w:sz w:val="16"/>
                <w:lang w:val="ro-RO"/>
              </w:rPr>
              <w:t>Achiziții și controlul furnizorilor</w:t>
            </w:r>
          </w:p>
        </w:tc>
        <w:tc>
          <w:tcPr>
            <w:tcW w:w="1474" w:type="dxa"/>
            <w:tcMar>
              <w:top w:w="60" w:type="dxa"/>
              <w:left w:w="70" w:type="dxa"/>
              <w:bottom w:w="60" w:type="dxa"/>
              <w:right w:w="70" w:type="dxa"/>
            </w:tcMar>
            <w:vAlign w:val="center"/>
          </w:tcPr>
          <w:p w14:paraId="21217CAA" w14:textId="77777777" w:rsidR="004011CE" w:rsidRPr="002D650B" w:rsidRDefault="004011CE">
            <w:pPr>
              <w:spacing w:after="0" w:line="240" w:lineRule="auto"/>
              <w:jc w:val="center"/>
              <w:rPr>
                <w:noProof/>
                <w:lang w:val="ro-RO"/>
              </w:rPr>
            </w:pPr>
          </w:p>
        </w:tc>
        <w:tc>
          <w:tcPr>
            <w:tcW w:w="1474" w:type="dxa"/>
            <w:tcMar>
              <w:top w:w="60" w:type="dxa"/>
              <w:left w:w="70" w:type="dxa"/>
              <w:bottom w:w="60" w:type="dxa"/>
              <w:right w:w="70" w:type="dxa"/>
            </w:tcMar>
            <w:vAlign w:val="center"/>
          </w:tcPr>
          <w:p w14:paraId="1CB855B5" w14:textId="77777777" w:rsidR="004011CE" w:rsidRPr="002D650B" w:rsidRDefault="00000000">
            <w:pPr>
              <w:spacing w:after="0" w:line="240" w:lineRule="auto"/>
              <w:jc w:val="center"/>
              <w:rPr>
                <w:noProof/>
                <w:lang w:val="ro-RO"/>
              </w:rPr>
            </w:pPr>
            <w:r w:rsidRPr="002D650B">
              <w:rPr>
                <w:rFonts w:eastAsia="Arial"/>
                <w:noProof/>
                <w:sz w:val="16"/>
                <w:lang w:val="ro-RO"/>
              </w:rPr>
              <w:t>36</w:t>
            </w:r>
          </w:p>
        </w:tc>
        <w:tc>
          <w:tcPr>
            <w:tcW w:w="1474" w:type="dxa"/>
            <w:tcMar>
              <w:top w:w="60" w:type="dxa"/>
              <w:left w:w="70" w:type="dxa"/>
              <w:bottom w:w="60" w:type="dxa"/>
              <w:right w:w="70" w:type="dxa"/>
            </w:tcMar>
            <w:vAlign w:val="center"/>
          </w:tcPr>
          <w:p w14:paraId="66BCD353" w14:textId="77777777" w:rsidR="004011CE" w:rsidRPr="002D650B" w:rsidRDefault="004011CE">
            <w:pPr>
              <w:spacing w:after="0" w:line="240" w:lineRule="auto"/>
              <w:jc w:val="center"/>
              <w:rPr>
                <w:noProof/>
                <w:lang w:val="ro-RO"/>
              </w:rPr>
            </w:pPr>
          </w:p>
        </w:tc>
      </w:tr>
      <w:tr w:rsidR="004011CE" w:rsidRPr="002D650B" w14:paraId="1E7F521E" w14:textId="77777777">
        <w:trPr>
          <w:jc w:val="center"/>
        </w:trPr>
        <w:tc>
          <w:tcPr>
            <w:tcW w:w="907" w:type="dxa"/>
            <w:shd w:val="clear" w:color="auto" w:fill="FAFAFA"/>
            <w:tcMar>
              <w:top w:w="60" w:type="dxa"/>
              <w:left w:w="70" w:type="dxa"/>
              <w:bottom w:w="60" w:type="dxa"/>
              <w:right w:w="70" w:type="dxa"/>
            </w:tcMar>
            <w:vAlign w:val="center"/>
          </w:tcPr>
          <w:p w14:paraId="343846D3" w14:textId="77777777" w:rsidR="004011CE" w:rsidRPr="002D650B" w:rsidRDefault="00000000">
            <w:pPr>
              <w:spacing w:after="0" w:line="240" w:lineRule="auto"/>
              <w:jc w:val="center"/>
              <w:rPr>
                <w:noProof/>
                <w:lang w:val="ro-RO"/>
              </w:rPr>
            </w:pPr>
            <w:r w:rsidRPr="002D650B">
              <w:rPr>
                <w:rFonts w:eastAsia="Arial"/>
                <w:b/>
                <w:noProof/>
                <w:sz w:val="16"/>
                <w:lang w:val="ro-RO"/>
              </w:rPr>
              <w:t>7</w:t>
            </w:r>
          </w:p>
        </w:tc>
        <w:tc>
          <w:tcPr>
            <w:tcW w:w="4535" w:type="dxa"/>
            <w:shd w:val="clear" w:color="auto" w:fill="FAFAFA"/>
            <w:tcMar>
              <w:top w:w="60" w:type="dxa"/>
              <w:left w:w="70" w:type="dxa"/>
              <w:bottom w:w="60" w:type="dxa"/>
              <w:right w:w="70" w:type="dxa"/>
            </w:tcMar>
            <w:vAlign w:val="center"/>
          </w:tcPr>
          <w:p w14:paraId="6E01DCE6" w14:textId="77777777" w:rsidR="004011CE" w:rsidRPr="002D650B" w:rsidRDefault="00000000">
            <w:pPr>
              <w:spacing w:after="0" w:line="240" w:lineRule="auto"/>
              <w:rPr>
                <w:noProof/>
                <w:lang w:val="ro-RO"/>
              </w:rPr>
            </w:pPr>
            <w:r w:rsidRPr="002D650B">
              <w:rPr>
                <w:rFonts w:eastAsia="Arial"/>
                <w:noProof/>
                <w:sz w:val="16"/>
                <w:lang w:val="ro-RO"/>
              </w:rPr>
              <w:t>Producție, furnizare servicii, validare, identificare și trasabilitate</w:t>
            </w:r>
          </w:p>
        </w:tc>
        <w:tc>
          <w:tcPr>
            <w:tcW w:w="1474" w:type="dxa"/>
            <w:shd w:val="clear" w:color="auto" w:fill="FAFAFA"/>
            <w:tcMar>
              <w:top w:w="60" w:type="dxa"/>
              <w:left w:w="70" w:type="dxa"/>
              <w:bottom w:w="60" w:type="dxa"/>
              <w:right w:w="70" w:type="dxa"/>
            </w:tcMar>
            <w:vAlign w:val="center"/>
          </w:tcPr>
          <w:p w14:paraId="588451FF" w14:textId="77777777" w:rsidR="004011CE" w:rsidRPr="002D650B" w:rsidRDefault="004011CE">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674A99F2" w14:textId="77777777" w:rsidR="004011CE" w:rsidRPr="002D650B" w:rsidRDefault="00000000">
            <w:pPr>
              <w:spacing w:after="0" w:line="240" w:lineRule="auto"/>
              <w:jc w:val="center"/>
              <w:rPr>
                <w:noProof/>
                <w:lang w:val="ro-RO"/>
              </w:rPr>
            </w:pPr>
            <w:r w:rsidRPr="002D650B">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3400D1D9" w14:textId="77777777" w:rsidR="004011CE" w:rsidRPr="002D650B" w:rsidRDefault="004011CE">
            <w:pPr>
              <w:spacing w:after="0" w:line="240" w:lineRule="auto"/>
              <w:jc w:val="center"/>
              <w:rPr>
                <w:noProof/>
                <w:lang w:val="ro-RO"/>
              </w:rPr>
            </w:pPr>
          </w:p>
        </w:tc>
      </w:tr>
      <w:tr w:rsidR="004011CE" w:rsidRPr="002D650B" w14:paraId="4D149932" w14:textId="77777777">
        <w:trPr>
          <w:jc w:val="center"/>
        </w:trPr>
        <w:tc>
          <w:tcPr>
            <w:tcW w:w="907" w:type="dxa"/>
            <w:tcMar>
              <w:top w:w="60" w:type="dxa"/>
              <w:left w:w="70" w:type="dxa"/>
              <w:bottom w:w="60" w:type="dxa"/>
              <w:right w:w="70" w:type="dxa"/>
            </w:tcMar>
            <w:vAlign w:val="center"/>
          </w:tcPr>
          <w:p w14:paraId="157E0C0A" w14:textId="77777777" w:rsidR="004011CE" w:rsidRPr="002D650B" w:rsidRDefault="00000000">
            <w:pPr>
              <w:spacing w:after="0" w:line="240" w:lineRule="auto"/>
              <w:jc w:val="center"/>
              <w:rPr>
                <w:noProof/>
                <w:lang w:val="ro-RO"/>
              </w:rPr>
            </w:pPr>
            <w:r w:rsidRPr="002D650B">
              <w:rPr>
                <w:rFonts w:eastAsia="Arial"/>
                <w:b/>
                <w:noProof/>
                <w:sz w:val="16"/>
                <w:lang w:val="ro-RO"/>
              </w:rPr>
              <w:t>8</w:t>
            </w:r>
          </w:p>
        </w:tc>
        <w:tc>
          <w:tcPr>
            <w:tcW w:w="4535" w:type="dxa"/>
            <w:tcMar>
              <w:top w:w="60" w:type="dxa"/>
              <w:left w:w="70" w:type="dxa"/>
              <w:bottom w:w="60" w:type="dxa"/>
              <w:right w:w="70" w:type="dxa"/>
            </w:tcMar>
            <w:vAlign w:val="center"/>
          </w:tcPr>
          <w:p w14:paraId="1FA08585" w14:textId="77777777" w:rsidR="004011CE" w:rsidRPr="002D650B" w:rsidRDefault="00000000">
            <w:pPr>
              <w:spacing w:after="0" w:line="240" w:lineRule="auto"/>
              <w:rPr>
                <w:noProof/>
                <w:lang w:val="ro-RO"/>
              </w:rPr>
            </w:pPr>
            <w:r w:rsidRPr="002D650B">
              <w:rPr>
                <w:rFonts w:eastAsia="Arial"/>
                <w:noProof/>
                <w:sz w:val="16"/>
                <w:lang w:val="ro-RO"/>
              </w:rPr>
              <w:t>Feedback, reclamații, raportare, audit și monitorizarea produsului/proceselor</w:t>
            </w:r>
          </w:p>
        </w:tc>
        <w:tc>
          <w:tcPr>
            <w:tcW w:w="1474" w:type="dxa"/>
            <w:tcMar>
              <w:top w:w="60" w:type="dxa"/>
              <w:left w:w="70" w:type="dxa"/>
              <w:bottom w:w="60" w:type="dxa"/>
              <w:right w:w="70" w:type="dxa"/>
            </w:tcMar>
            <w:vAlign w:val="center"/>
          </w:tcPr>
          <w:p w14:paraId="6C2F0765" w14:textId="77777777" w:rsidR="004011CE" w:rsidRPr="002D650B" w:rsidRDefault="004011CE">
            <w:pPr>
              <w:spacing w:after="0" w:line="240" w:lineRule="auto"/>
              <w:jc w:val="center"/>
              <w:rPr>
                <w:noProof/>
                <w:lang w:val="ro-RO"/>
              </w:rPr>
            </w:pPr>
          </w:p>
        </w:tc>
        <w:tc>
          <w:tcPr>
            <w:tcW w:w="1474" w:type="dxa"/>
            <w:tcMar>
              <w:top w:w="60" w:type="dxa"/>
              <w:left w:w="70" w:type="dxa"/>
              <w:bottom w:w="60" w:type="dxa"/>
              <w:right w:w="70" w:type="dxa"/>
            </w:tcMar>
            <w:vAlign w:val="center"/>
          </w:tcPr>
          <w:p w14:paraId="633BA3DA" w14:textId="77777777" w:rsidR="004011CE" w:rsidRPr="002D650B" w:rsidRDefault="00000000">
            <w:pPr>
              <w:spacing w:after="0" w:line="240" w:lineRule="auto"/>
              <w:jc w:val="center"/>
              <w:rPr>
                <w:noProof/>
                <w:lang w:val="ro-RO"/>
              </w:rPr>
            </w:pPr>
            <w:r w:rsidRPr="002D650B">
              <w:rPr>
                <w:rFonts w:eastAsia="Arial"/>
                <w:noProof/>
                <w:sz w:val="16"/>
                <w:lang w:val="ro-RO"/>
              </w:rPr>
              <w:t>48</w:t>
            </w:r>
          </w:p>
        </w:tc>
        <w:tc>
          <w:tcPr>
            <w:tcW w:w="1474" w:type="dxa"/>
            <w:tcMar>
              <w:top w:w="60" w:type="dxa"/>
              <w:left w:w="70" w:type="dxa"/>
              <w:bottom w:w="60" w:type="dxa"/>
              <w:right w:w="70" w:type="dxa"/>
            </w:tcMar>
            <w:vAlign w:val="center"/>
          </w:tcPr>
          <w:p w14:paraId="0209CD46" w14:textId="77777777" w:rsidR="004011CE" w:rsidRPr="002D650B" w:rsidRDefault="004011CE">
            <w:pPr>
              <w:spacing w:after="0" w:line="240" w:lineRule="auto"/>
              <w:jc w:val="center"/>
              <w:rPr>
                <w:noProof/>
                <w:lang w:val="ro-RO"/>
              </w:rPr>
            </w:pPr>
          </w:p>
        </w:tc>
      </w:tr>
      <w:tr w:rsidR="004011CE" w:rsidRPr="002D650B" w14:paraId="5E3B03BD" w14:textId="77777777">
        <w:trPr>
          <w:jc w:val="center"/>
        </w:trPr>
        <w:tc>
          <w:tcPr>
            <w:tcW w:w="907" w:type="dxa"/>
            <w:shd w:val="clear" w:color="auto" w:fill="FAFAFA"/>
            <w:tcMar>
              <w:top w:w="60" w:type="dxa"/>
              <w:left w:w="70" w:type="dxa"/>
              <w:bottom w:w="60" w:type="dxa"/>
              <w:right w:w="70" w:type="dxa"/>
            </w:tcMar>
            <w:vAlign w:val="center"/>
          </w:tcPr>
          <w:p w14:paraId="2A45F7CC" w14:textId="77777777" w:rsidR="004011CE" w:rsidRPr="002D650B" w:rsidRDefault="00000000">
            <w:pPr>
              <w:spacing w:after="0" w:line="240" w:lineRule="auto"/>
              <w:jc w:val="center"/>
              <w:rPr>
                <w:noProof/>
                <w:lang w:val="ro-RO"/>
              </w:rPr>
            </w:pPr>
            <w:r w:rsidRPr="002D650B">
              <w:rPr>
                <w:rFonts w:eastAsia="Arial"/>
                <w:b/>
                <w:noProof/>
                <w:sz w:val="16"/>
                <w:lang w:val="ro-RO"/>
              </w:rPr>
              <w:t>9</w:t>
            </w:r>
          </w:p>
        </w:tc>
        <w:tc>
          <w:tcPr>
            <w:tcW w:w="4535" w:type="dxa"/>
            <w:shd w:val="clear" w:color="auto" w:fill="FAFAFA"/>
            <w:tcMar>
              <w:top w:w="60" w:type="dxa"/>
              <w:left w:w="70" w:type="dxa"/>
              <w:bottom w:w="60" w:type="dxa"/>
              <w:right w:w="70" w:type="dxa"/>
            </w:tcMar>
            <w:vAlign w:val="center"/>
          </w:tcPr>
          <w:p w14:paraId="5940156A" w14:textId="77777777" w:rsidR="004011CE" w:rsidRPr="002D650B" w:rsidRDefault="00000000">
            <w:pPr>
              <w:spacing w:after="0" w:line="240" w:lineRule="auto"/>
              <w:rPr>
                <w:noProof/>
                <w:lang w:val="ro-RO"/>
              </w:rPr>
            </w:pPr>
            <w:r w:rsidRPr="002D650B">
              <w:rPr>
                <w:rFonts w:eastAsia="Arial"/>
                <w:noProof/>
                <w:sz w:val="16"/>
                <w:lang w:val="ro-RO"/>
              </w:rPr>
              <w:t>Produs neconform, analiza datelor, CAPA și pregătirea certificării</w:t>
            </w:r>
          </w:p>
        </w:tc>
        <w:tc>
          <w:tcPr>
            <w:tcW w:w="1474" w:type="dxa"/>
            <w:shd w:val="clear" w:color="auto" w:fill="FAFAFA"/>
            <w:tcMar>
              <w:top w:w="60" w:type="dxa"/>
              <w:left w:w="70" w:type="dxa"/>
              <w:bottom w:w="60" w:type="dxa"/>
              <w:right w:w="70" w:type="dxa"/>
            </w:tcMar>
            <w:vAlign w:val="center"/>
          </w:tcPr>
          <w:p w14:paraId="0A826837" w14:textId="77777777" w:rsidR="004011CE" w:rsidRPr="002D650B" w:rsidRDefault="004011CE">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47E4BE40" w14:textId="77777777" w:rsidR="004011CE" w:rsidRPr="002D650B" w:rsidRDefault="00000000">
            <w:pPr>
              <w:spacing w:after="0" w:line="240" w:lineRule="auto"/>
              <w:jc w:val="center"/>
              <w:rPr>
                <w:noProof/>
                <w:lang w:val="ro-RO"/>
              </w:rPr>
            </w:pPr>
            <w:r w:rsidRPr="002D650B">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2D6386E6" w14:textId="77777777" w:rsidR="004011CE" w:rsidRPr="002D650B" w:rsidRDefault="004011CE">
            <w:pPr>
              <w:spacing w:after="0" w:line="240" w:lineRule="auto"/>
              <w:jc w:val="center"/>
              <w:rPr>
                <w:noProof/>
                <w:lang w:val="ro-RO"/>
              </w:rPr>
            </w:pPr>
          </w:p>
        </w:tc>
      </w:tr>
      <w:tr w:rsidR="004011CE" w:rsidRPr="002D650B" w14:paraId="5D449211" w14:textId="77777777">
        <w:trPr>
          <w:jc w:val="center"/>
        </w:trPr>
        <w:tc>
          <w:tcPr>
            <w:tcW w:w="907" w:type="dxa"/>
            <w:shd w:val="clear" w:color="auto" w:fill="FCEBEC"/>
            <w:tcMar>
              <w:top w:w="60" w:type="dxa"/>
              <w:left w:w="70" w:type="dxa"/>
              <w:bottom w:w="60" w:type="dxa"/>
              <w:right w:w="70" w:type="dxa"/>
            </w:tcMar>
            <w:vAlign w:val="center"/>
          </w:tcPr>
          <w:p w14:paraId="190B4FDD" w14:textId="77777777" w:rsidR="004011CE" w:rsidRPr="002D650B" w:rsidRDefault="004011CE">
            <w:pPr>
              <w:spacing w:after="0" w:line="240" w:lineRule="auto"/>
              <w:jc w:val="center"/>
              <w:rPr>
                <w:noProof/>
                <w:lang w:val="ro-RO"/>
              </w:rPr>
            </w:pPr>
          </w:p>
        </w:tc>
        <w:tc>
          <w:tcPr>
            <w:tcW w:w="4535" w:type="dxa"/>
            <w:shd w:val="clear" w:color="auto" w:fill="FCEBEC"/>
            <w:tcMar>
              <w:top w:w="60" w:type="dxa"/>
              <w:left w:w="70" w:type="dxa"/>
              <w:bottom w:w="60" w:type="dxa"/>
              <w:right w:w="70" w:type="dxa"/>
            </w:tcMar>
            <w:vAlign w:val="center"/>
          </w:tcPr>
          <w:p w14:paraId="6203A1D5" w14:textId="77777777" w:rsidR="004011CE" w:rsidRPr="002D650B" w:rsidRDefault="00000000">
            <w:pPr>
              <w:spacing w:after="0" w:line="240" w:lineRule="auto"/>
              <w:rPr>
                <w:noProof/>
                <w:lang w:val="ro-RO"/>
              </w:rPr>
            </w:pPr>
            <w:r w:rsidRPr="002D650B">
              <w:rPr>
                <w:rFonts w:eastAsia="Arial"/>
                <w:b/>
                <w:noProof/>
                <w:sz w:val="16"/>
                <w:lang w:val="ro-RO"/>
              </w:rPr>
              <w:t>TOTAL</w:t>
            </w:r>
          </w:p>
        </w:tc>
        <w:tc>
          <w:tcPr>
            <w:tcW w:w="1474" w:type="dxa"/>
            <w:shd w:val="clear" w:color="auto" w:fill="FCEBEC"/>
            <w:tcMar>
              <w:top w:w="60" w:type="dxa"/>
              <w:left w:w="70" w:type="dxa"/>
              <w:bottom w:w="60" w:type="dxa"/>
              <w:right w:w="70" w:type="dxa"/>
            </w:tcMar>
            <w:vAlign w:val="center"/>
          </w:tcPr>
          <w:p w14:paraId="40644C55" w14:textId="77777777" w:rsidR="004011CE" w:rsidRPr="002D650B" w:rsidRDefault="004011CE">
            <w:pPr>
              <w:spacing w:after="0" w:line="240" w:lineRule="auto"/>
              <w:jc w:val="center"/>
              <w:rPr>
                <w:noProof/>
                <w:lang w:val="ro-RO"/>
              </w:rPr>
            </w:pPr>
          </w:p>
        </w:tc>
        <w:tc>
          <w:tcPr>
            <w:tcW w:w="1474" w:type="dxa"/>
            <w:shd w:val="clear" w:color="auto" w:fill="FCEBEC"/>
            <w:tcMar>
              <w:top w:w="60" w:type="dxa"/>
              <w:left w:w="70" w:type="dxa"/>
              <w:bottom w:w="60" w:type="dxa"/>
              <w:right w:w="70" w:type="dxa"/>
            </w:tcMar>
            <w:vAlign w:val="center"/>
          </w:tcPr>
          <w:p w14:paraId="62D13E8E" w14:textId="77777777" w:rsidR="004011CE" w:rsidRPr="002D650B" w:rsidRDefault="00000000">
            <w:pPr>
              <w:spacing w:after="0" w:line="240" w:lineRule="auto"/>
              <w:jc w:val="center"/>
              <w:rPr>
                <w:noProof/>
                <w:lang w:val="ro-RO"/>
              </w:rPr>
            </w:pPr>
            <w:r w:rsidRPr="002D650B">
              <w:rPr>
                <w:rFonts w:eastAsia="Arial"/>
                <w:b/>
                <w:noProof/>
                <w:sz w:val="16"/>
                <w:lang w:val="ro-RO"/>
              </w:rPr>
              <w:t>399</w:t>
            </w:r>
          </w:p>
        </w:tc>
        <w:tc>
          <w:tcPr>
            <w:tcW w:w="1474" w:type="dxa"/>
            <w:shd w:val="clear" w:color="auto" w:fill="FCEBEC"/>
            <w:tcMar>
              <w:top w:w="60" w:type="dxa"/>
              <w:left w:w="70" w:type="dxa"/>
              <w:bottom w:w="60" w:type="dxa"/>
              <w:right w:w="70" w:type="dxa"/>
            </w:tcMar>
            <w:vAlign w:val="center"/>
          </w:tcPr>
          <w:p w14:paraId="1059BA16" w14:textId="77777777" w:rsidR="004011CE" w:rsidRPr="002D650B" w:rsidRDefault="004011CE">
            <w:pPr>
              <w:spacing w:after="0" w:line="240" w:lineRule="auto"/>
              <w:jc w:val="center"/>
              <w:rPr>
                <w:noProof/>
                <w:lang w:val="ro-RO"/>
              </w:rPr>
            </w:pPr>
          </w:p>
        </w:tc>
      </w:tr>
    </w:tbl>
    <w:p w14:paraId="2AA4793C" w14:textId="77777777" w:rsidR="004011CE" w:rsidRPr="002D650B" w:rsidRDefault="00000000">
      <w:pPr>
        <w:pStyle w:val="Heading2"/>
        <w:rPr>
          <w:noProof/>
          <w:lang w:val="ro-RO"/>
        </w:rPr>
      </w:pPr>
      <w:r w:rsidRPr="002D650B">
        <w:rPr>
          <w:noProof/>
          <w:lang w:val="ro-RO"/>
        </w:rPr>
        <w:t>Interpretare managerială orientativă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021"/>
        <w:gridCol w:w="3118"/>
        <w:gridCol w:w="5159"/>
      </w:tblGrid>
      <w:tr w:rsidR="004011CE" w:rsidRPr="002D650B" w14:paraId="2B6CEF5B" w14:textId="77777777">
        <w:trPr>
          <w:cantSplit/>
          <w:jc w:val="center"/>
        </w:trPr>
        <w:tc>
          <w:tcPr>
            <w:tcW w:w="1587" w:type="dxa"/>
            <w:gridSpan w:val="2"/>
            <w:shd w:val="clear" w:color="auto" w:fill="D71920"/>
            <w:tcMar>
              <w:top w:w="60" w:type="dxa"/>
              <w:left w:w="70" w:type="dxa"/>
              <w:bottom w:w="60" w:type="dxa"/>
              <w:right w:w="70" w:type="dxa"/>
            </w:tcMar>
            <w:vAlign w:val="center"/>
          </w:tcPr>
          <w:p w14:paraId="02CBAB39" w14:textId="77777777" w:rsidR="004011CE" w:rsidRPr="002D650B" w:rsidRDefault="00000000">
            <w:pPr>
              <w:spacing w:after="0" w:line="240" w:lineRule="auto"/>
              <w:jc w:val="center"/>
              <w:rPr>
                <w:noProof/>
                <w:lang w:val="ro-RO"/>
              </w:rPr>
            </w:pPr>
            <w:r w:rsidRPr="002D650B">
              <w:rPr>
                <w:rFonts w:eastAsia="Arial"/>
                <w:b/>
                <w:noProof/>
                <w:color w:val="FFFFFF"/>
                <w:sz w:val="16"/>
                <w:lang w:val="ro-RO"/>
              </w:rPr>
              <w:t>Sub 50%</w:t>
            </w:r>
          </w:p>
        </w:tc>
        <w:tc>
          <w:tcPr>
            <w:tcW w:w="3118" w:type="dxa"/>
            <w:shd w:val="clear" w:color="auto" w:fill="F3F4F5"/>
            <w:tcMar>
              <w:top w:w="60" w:type="dxa"/>
              <w:left w:w="70" w:type="dxa"/>
              <w:bottom w:w="60" w:type="dxa"/>
              <w:right w:w="70" w:type="dxa"/>
            </w:tcMar>
            <w:vAlign w:val="center"/>
          </w:tcPr>
          <w:p w14:paraId="5A745491" w14:textId="77777777" w:rsidR="004011CE" w:rsidRPr="002D650B" w:rsidRDefault="00000000">
            <w:pPr>
              <w:spacing w:after="0" w:line="240" w:lineRule="auto"/>
              <w:rPr>
                <w:noProof/>
                <w:lang w:val="ro-RO"/>
              </w:rPr>
            </w:pPr>
            <w:r w:rsidRPr="002D650B">
              <w:rPr>
                <w:rFonts w:eastAsia="Arial"/>
                <w:b/>
                <w:noProof/>
                <w:sz w:val="16"/>
                <w:lang w:val="ro-RO"/>
              </w:rPr>
              <w:t>Sistem incipient</w:t>
            </w:r>
          </w:p>
        </w:tc>
        <w:tc>
          <w:tcPr>
            <w:tcW w:w="5159" w:type="dxa"/>
            <w:tcMar>
              <w:top w:w="60" w:type="dxa"/>
              <w:left w:w="70" w:type="dxa"/>
              <w:bottom w:w="60" w:type="dxa"/>
              <w:right w:w="70" w:type="dxa"/>
            </w:tcMar>
            <w:vAlign w:val="center"/>
          </w:tcPr>
          <w:p w14:paraId="3BDD149F" w14:textId="77777777" w:rsidR="004011CE" w:rsidRPr="002D650B" w:rsidRDefault="00000000">
            <w:pPr>
              <w:spacing w:after="0" w:line="240" w:lineRule="auto"/>
              <w:rPr>
                <w:noProof/>
                <w:lang w:val="ro-RO"/>
              </w:rPr>
            </w:pPr>
            <w:r w:rsidRPr="002D650B">
              <w:rPr>
                <w:rFonts w:eastAsia="Arial"/>
                <w:noProof/>
                <w:sz w:val="16"/>
                <w:lang w:val="ro-RO"/>
              </w:rPr>
              <w:t>Prioritizați cerințele cu risc ridicat și construiți dovezi de aplicare.</w:t>
            </w:r>
          </w:p>
        </w:tc>
      </w:tr>
      <w:tr w:rsidR="004011CE" w:rsidRPr="002D650B" w14:paraId="12E1465C" w14:textId="77777777">
        <w:trPr>
          <w:cantSplit/>
          <w:jc w:val="center"/>
        </w:trPr>
        <w:tc>
          <w:tcPr>
            <w:tcW w:w="1587" w:type="dxa"/>
            <w:gridSpan w:val="2"/>
            <w:shd w:val="clear" w:color="auto" w:fill="D71920"/>
            <w:tcMar>
              <w:top w:w="60" w:type="dxa"/>
              <w:left w:w="70" w:type="dxa"/>
              <w:bottom w:w="60" w:type="dxa"/>
              <w:right w:w="70" w:type="dxa"/>
            </w:tcMar>
            <w:vAlign w:val="center"/>
          </w:tcPr>
          <w:p w14:paraId="0D273680" w14:textId="77777777" w:rsidR="004011CE" w:rsidRPr="002D650B" w:rsidRDefault="00000000">
            <w:pPr>
              <w:spacing w:after="0" w:line="240" w:lineRule="auto"/>
              <w:jc w:val="center"/>
              <w:rPr>
                <w:noProof/>
                <w:lang w:val="ro-RO"/>
              </w:rPr>
            </w:pPr>
            <w:r w:rsidRPr="002D650B">
              <w:rPr>
                <w:rFonts w:eastAsia="Arial"/>
                <w:b/>
                <w:noProof/>
                <w:color w:val="FFFFFF"/>
                <w:sz w:val="16"/>
                <w:lang w:val="ro-RO"/>
              </w:rPr>
              <w:t>50-69%</w:t>
            </w:r>
          </w:p>
        </w:tc>
        <w:tc>
          <w:tcPr>
            <w:tcW w:w="3118" w:type="dxa"/>
            <w:shd w:val="clear" w:color="auto" w:fill="F3F4F5"/>
            <w:tcMar>
              <w:top w:w="60" w:type="dxa"/>
              <w:left w:w="70" w:type="dxa"/>
              <w:bottom w:w="60" w:type="dxa"/>
              <w:right w:w="70" w:type="dxa"/>
            </w:tcMar>
            <w:vAlign w:val="center"/>
          </w:tcPr>
          <w:p w14:paraId="34628812" w14:textId="77777777" w:rsidR="004011CE" w:rsidRPr="002D650B" w:rsidRDefault="00000000">
            <w:pPr>
              <w:spacing w:after="0" w:line="240" w:lineRule="auto"/>
              <w:rPr>
                <w:noProof/>
                <w:lang w:val="ro-RO"/>
              </w:rPr>
            </w:pPr>
            <w:r w:rsidRPr="002D650B">
              <w:rPr>
                <w:rFonts w:eastAsia="Arial"/>
                <w:b/>
                <w:noProof/>
                <w:sz w:val="16"/>
                <w:lang w:val="ro-RO"/>
              </w:rPr>
              <w:t>Implementare parțială</w:t>
            </w:r>
          </w:p>
        </w:tc>
        <w:tc>
          <w:tcPr>
            <w:tcW w:w="5159" w:type="dxa"/>
            <w:tcMar>
              <w:top w:w="60" w:type="dxa"/>
              <w:left w:w="70" w:type="dxa"/>
              <w:bottom w:w="60" w:type="dxa"/>
              <w:right w:w="70" w:type="dxa"/>
            </w:tcMar>
            <w:vAlign w:val="center"/>
          </w:tcPr>
          <w:p w14:paraId="430ADD86" w14:textId="77777777" w:rsidR="004011CE" w:rsidRPr="002D650B" w:rsidRDefault="00000000">
            <w:pPr>
              <w:spacing w:after="0" w:line="240" w:lineRule="auto"/>
              <w:rPr>
                <w:noProof/>
                <w:lang w:val="ro-RO"/>
              </w:rPr>
            </w:pPr>
            <w:r w:rsidRPr="002D650B">
              <w:rPr>
                <w:rFonts w:eastAsia="Arial"/>
                <w:noProof/>
                <w:sz w:val="16"/>
                <w:lang w:val="ro-RO"/>
              </w:rPr>
              <w:t>Consolidați aplicarea în procese și eliminați inconsecvențele.</w:t>
            </w:r>
          </w:p>
        </w:tc>
      </w:tr>
      <w:tr w:rsidR="004011CE" w:rsidRPr="002D650B" w14:paraId="730FB857" w14:textId="77777777">
        <w:trPr>
          <w:cantSplit/>
          <w:jc w:val="center"/>
        </w:trPr>
        <w:tc>
          <w:tcPr>
            <w:tcW w:w="1587" w:type="dxa"/>
            <w:gridSpan w:val="2"/>
            <w:shd w:val="clear" w:color="auto" w:fill="D71920"/>
            <w:tcMar>
              <w:top w:w="60" w:type="dxa"/>
              <w:left w:w="70" w:type="dxa"/>
              <w:bottom w:w="60" w:type="dxa"/>
              <w:right w:w="70" w:type="dxa"/>
            </w:tcMar>
            <w:vAlign w:val="center"/>
          </w:tcPr>
          <w:p w14:paraId="6754E161" w14:textId="77777777" w:rsidR="004011CE" w:rsidRPr="002D650B" w:rsidRDefault="00000000">
            <w:pPr>
              <w:spacing w:after="0" w:line="240" w:lineRule="auto"/>
              <w:jc w:val="center"/>
              <w:rPr>
                <w:noProof/>
                <w:lang w:val="ro-RO"/>
              </w:rPr>
            </w:pPr>
            <w:r w:rsidRPr="002D650B">
              <w:rPr>
                <w:rFonts w:eastAsia="Arial"/>
                <w:b/>
                <w:noProof/>
                <w:color w:val="FFFFFF"/>
                <w:sz w:val="16"/>
                <w:lang w:val="ro-RO"/>
              </w:rPr>
              <w:t>70-84%</w:t>
            </w:r>
          </w:p>
        </w:tc>
        <w:tc>
          <w:tcPr>
            <w:tcW w:w="3118" w:type="dxa"/>
            <w:shd w:val="clear" w:color="auto" w:fill="F3F4F5"/>
            <w:tcMar>
              <w:top w:w="60" w:type="dxa"/>
              <w:left w:w="70" w:type="dxa"/>
              <w:bottom w:w="60" w:type="dxa"/>
              <w:right w:w="70" w:type="dxa"/>
            </w:tcMar>
            <w:vAlign w:val="center"/>
          </w:tcPr>
          <w:p w14:paraId="3E573BA7" w14:textId="77777777" w:rsidR="004011CE" w:rsidRPr="002D650B" w:rsidRDefault="00000000">
            <w:pPr>
              <w:spacing w:after="0" w:line="240" w:lineRule="auto"/>
              <w:rPr>
                <w:noProof/>
                <w:lang w:val="ro-RO"/>
              </w:rPr>
            </w:pPr>
            <w:r w:rsidRPr="002D650B">
              <w:rPr>
                <w:rFonts w:eastAsia="Arial"/>
                <w:b/>
                <w:noProof/>
                <w:sz w:val="16"/>
                <w:lang w:val="ro-RO"/>
              </w:rPr>
              <w:t>Sistem funcțional, dar cu lacune</w:t>
            </w:r>
          </w:p>
        </w:tc>
        <w:tc>
          <w:tcPr>
            <w:tcW w:w="5159" w:type="dxa"/>
            <w:tcMar>
              <w:top w:w="60" w:type="dxa"/>
              <w:left w:w="70" w:type="dxa"/>
              <w:bottom w:w="60" w:type="dxa"/>
              <w:right w:w="70" w:type="dxa"/>
            </w:tcMar>
            <w:vAlign w:val="center"/>
          </w:tcPr>
          <w:p w14:paraId="33984159" w14:textId="77777777" w:rsidR="004011CE" w:rsidRPr="002D650B" w:rsidRDefault="00000000">
            <w:pPr>
              <w:spacing w:after="0" w:line="240" w:lineRule="auto"/>
              <w:rPr>
                <w:noProof/>
                <w:lang w:val="ro-RO"/>
              </w:rPr>
            </w:pPr>
            <w:r w:rsidRPr="002D650B">
              <w:rPr>
                <w:rFonts w:eastAsia="Arial"/>
                <w:noProof/>
                <w:sz w:val="16"/>
                <w:lang w:val="ro-RO"/>
              </w:rPr>
              <w:t>Finalizați acțiunile, testați eficacitatea și efectuați auditul intern complet.</w:t>
            </w:r>
          </w:p>
        </w:tc>
      </w:tr>
      <w:tr w:rsidR="004011CE" w:rsidRPr="002D650B" w14:paraId="149DA30B" w14:textId="77777777">
        <w:trPr>
          <w:cantSplit/>
          <w:jc w:val="center"/>
        </w:trPr>
        <w:tc>
          <w:tcPr>
            <w:tcW w:w="1587" w:type="dxa"/>
            <w:gridSpan w:val="2"/>
            <w:shd w:val="clear" w:color="auto" w:fill="666666"/>
            <w:tcMar>
              <w:top w:w="60" w:type="dxa"/>
              <w:left w:w="70" w:type="dxa"/>
              <w:bottom w:w="60" w:type="dxa"/>
              <w:right w:w="70" w:type="dxa"/>
            </w:tcMar>
            <w:vAlign w:val="center"/>
          </w:tcPr>
          <w:p w14:paraId="3D1FC69C" w14:textId="77777777" w:rsidR="004011CE" w:rsidRPr="002D650B" w:rsidRDefault="00000000">
            <w:pPr>
              <w:spacing w:after="0" w:line="240" w:lineRule="auto"/>
              <w:jc w:val="center"/>
              <w:rPr>
                <w:noProof/>
                <w:lang w:val="ro-RO"/>
              </w:rPr>
            </w:pPr>
            <w:r w:rsidRPr="002D650B">
              <w:rPr>
                <w:rFonts w:eastAsia="Arial"/>
                <w:b/>
                <w:noProof/>
                <w:color w:val="FFFFFF"/>
                <w:sz w:val="16"/>
                <w:lang w:val="ro-RO"/>
              </w:rPr>
              <w:t>85-100%</w:t>
            </w:r>
          </w:p>
        </w:tc>
        <w:tc>
          <w:tcPr>
            <w:tcW w:w="3118" w:type="dxa"/>
            <w:shd w:val="clear" w:color="auto" w:fill="F3F4F5"/>
            <w:tcMar>
              <w:top w:w="60" w:type="dxa"/>
              <w:left w:w="70" w:type="dxa"/>
              <w:bottom w:w="60" w:type="dxa"/>
              <w:right w:w="70" w:type="dxa"/>
            </w:tcMar>
            <w:vAlign w:val="center"/>
          </w:tcPr>
          <w:p w14:paraId="071322D2" w14:textId="77777777" w:rsidR="004011CE" w:rsidRPr="002D650B" w:rsidRDefault="00000000">
            <w:pPr>
              <w:spacing w:after="0" w:line="240" w:lineRule="auto"/>
              <w:rPr>
                <w:noProof/>
                <w:lang w:val="ro-RO"/>
              </w:rPr>
            </w:pPr>
            <w:r w:rsidRPr="002D650B">
              <w:rPr>
                <w:rFonts w:eastAsia="Arial"/>
                <w:b/>
                <w:noProof/>
                <w:sz w:val="16"/>
                <w:lang w:val="ro-RO"/>
              </w:rPr>
              <w:t>Nivel avansat de pregătire</w:t>
            </w:r>
          </w:p>
        </w:tc>
        <w:tc>
          <w:tcPr>
            <w:tcW w:w="5159" w:type="dxa"/>
            <w:tcMar>
              <w:top w:w="60" w:type="dxa"/>
              <w:left w:w="70" w:type="dxa"/>
              <w:bottom w:w="60" w:type="dxa"/>
              <w:right w:w="70" w:type="dxa"/>
            </w:tcMar>
            <w:vAlign w:val="center"/>
          </w:tcPr>
          <w:p w14:paraId="042B8518" w14:textId="77777777" w:rsidR="004011CE" w:rsidRPr="002D650B" w:rsidRDefault="00000000">
            <w:pPr>
              <w:spacing w:after="0" w:line="240" w:lineRule="auto"/>
              <w:rPr>
                <w:noProof/>
                <w:lang w:val="ro-RO"/>
              </w:rPr>
            </w:pPr>
            <w:r w:rsidRPr="002D650B">
              <w:rPr>
                <w:rFonts w:eastAsia="Arial"/>
                <w:noProof/>
                <w:sz w:val="16"/>
                <w:lang w:val="ro-RO"/>
              </w:rPr>
              <w:t>Confirmați maturitatea prin audit intern, evaluarea conformării și analiza conducerii.</w:t>
            </w:r>
          </w:p>
        </w:tc>
      </w:tr>
      <w:tr w:rsidR="004011CE" w:rsidRPr="002D650B" w14:paraId="5385412B" w14:textId="77777777">
        <w:tblPrEx>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Ex>
        <w:trPr>
          <w:cantSplit/>
          <w:jc w:val="center"/>
        </w:trPr>
        <w:tc>
          <w:tcPr>
            <w:tcW w:w="566" w:type="dxa"/>
            <w:shd w:val="clear" w:color="auto" w:fill="D71920"/>
            <w:tcMar>
              <w:top w:w="60" w:type="dxa"/>
              <w:left w:w="70" w:type="dxa"/>
              <w:bottom w:w="60" w:type="dxa"/>
              <w:right w:w="70" w:type="dxa"/>
            </w:tcMar>
            <w:vAlign w:val="center"/>
          </w:tcPr>
          <w:p w14:paraId="7E848EBF"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i</w:t>
            </w:r>
          </w:p>
        </w:tc>
        <w:tc>
          <w:tcPr>
            <w:tcW w:w="9297" w:type="dxa"/>
            <w:gridSpan w:val="3"/>
            <w:shd w:val="clear" w:color="auto" w:fill="FFF4CC"/>
          </w:tcPr>
          <w:p w14:paraId="3E65269B" w14:textId="77777777" w:rsidR="004011CE" w:rsidRPr="002D650B" w:rsidRDefault="00000000">
            <w:pPr>
              <w:spacing w:after="40"/>
              <w:rPr>
                <w:noProof/>
                <w:lang w:val="ro-RO"/>
              </w:rPr>
            </w:pPr>
            <w:r w:rsidRPr="002D650B">
              <w:rPr>
                <w:rFonts w:eastAsia="Arial"/>
                <w:b/>
                <w:noProof/>
                <w:color w:val="D71920"/>
                <w:lang w:val="ro-RO"/>
              </w:rPr>
              <w:t>PRAGURILE NU DECID CERTIFICAREA</w:t>
            </w:r>
          </w:p>
          <w:p w14:paraId="4986CD78" w14:textId="77777777" w:rsidR="004011CE" w:rsidRPr="002D650B" w:rsidRDefault="00000000">
            <w:pPr>
              <w:spacing w:after="0" w:line="252" w:lineRule="auto"/>
              <w:rPr>
                <w:noProof/>
                <w:lang w:val="ro-RO"/>
              </w:rPr>
            </w:pPr>
            <w:r w:rsidRPr="002D650B">
              <w:rPr>
                <w:rFonts w:eastAsia="Arial"/>
                <w:noProof/>
                <w:sz w:val="16"/>
                <w:lang w:val="ro-RO"/>
              </w:rPr>
              <w:t>Procentele sunt orientative. O singură neconformitate semnificativă sau lipsa unei cerințe-cheie poate afecta pregătirea, chiar dacă scorul total este ridicat.</w:t>
            </w:r>
          </w:p>
        </w:tc>
      </w:tr>
    </w:tbl>
    <w:p w14:paraId="3A2200E3" w14:textId="77777777" w:rsidR="004011CE" w:rsidRPr="002D650B" w:rsidRDefault="004011CE">
      <w:pPr>
        <w:spacing w:after="0"/>
        <w:rPr>
          <w:noProof/>
          <w:lang w:val="ro-RO"/>
        </w:rPr>
      </w:pPr>
    </w:p>
    <w:p w14:paraId="4588DE61" w14:textId="77777777" w:rsidR="004011CE" w:rsidRPr="002D650B" w:rsidRDefault="00000000">
      <w:pPr>
        <w:rPr>
          <w:noProof/>
          <w:lang w:val="ro-RO"/>
        </w:rPr>
      </w:pPr>
      <w:r w:rsidRPr="002D650B">
        <w:rPr>
          <w:noProof/>
          <w:lang w:val="ro-RO"/>
        </w:rPr>
        <w:br w:type="page"/>
      </w:r>
    </w:p>
    <w:p w14:paraId="2EC807E1" w14:textId="77777777" w:rsidR="004011CE" w:rsidRPr="002D650B" w:rsidRDefault="00000000">
      <w:pPr>
        <w:pStyle w:val="Heading1"/>
        <w:rPr>
          <w:noProof/>
          <w:lang w:val="ro-RO"/>
        </w:rPr>
      </w:pPr>
      <w:r w:rsidRPr="002D650B">
        <w:rPr>
          <w:noProof/>
          <w:lang w:val="ro-RO"/>
        </w:rPr>
        <w:lastRenderedPageBreak/>
        <w:t>Plan de acțiuni pentru lacune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360"/>
        <w:gridCol w:w="2381"/>
        <w:gridCol w:w="1927"/>
        <w:gridCol w:w="1247"/>
        <w:gridCol w:w="1247"/>
        <w:gridCol w:w="1133"/>
      </w:tblGrid>
      <w:tr w:rsidR="004011CE" w:rsidRPr="002D650B" w14:paraId="0C33D106" w14:textId="77777777">
        <w:trPr>
          <w:tblHeader/>
          <w:jc w:val="center"/>
        </w:trPr>
        <w:tc>
          <w:tcPr>
            <w:tcW w:w="566" w:type="dxa"/>
            <w:shd w:val="clear" w:color="auto" w:fill="D71920"/>
            <w:tcMar>
              <w:top w:w="60" w:type="dxa"/>
              <w:left w:w="70" w:type="dxa"/>
              <w:bottom w:w="60" w:type="dxa"/>
              <w:right w:w="70" w:type="dxa"/>
            </w:tcMar>
            <w:vAlign w:val="center"/>
          </w:tcPr>
          <w:p w14:paraId="4AE31802"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w:t>
            </w:r>
          </w:p>
        </w:tc>
        <w:tc>
          <w:tcPr>
            <w:tcW w:w="1360" w:type="dxa"/>
            <w:shd w:val="clear" w:color="auto" w:fill="D71920"/>
            <w:tcMar>
              <w:top w:w="60" w:type="dxa"/>
              <w:left w:w="70" w:type="dxa"/>
              <w:bottom w:w="60" w:type="dxa"/>
              <w:right w:w="70" w:type="dxa"/>
            </w:tcMar>
            <w:vAlign w:val="center"/>
          </w:tcPr>
          <w:p w14:paraId="051CD355"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REFERINȚĂ</w:t>
            </w:r>
          </w:p>
        </w:tc>
        <w:tc>
          <w:tcPr>
            <w:tcW w:w="2381" w:type="dxa"/>
            <w:shd w:val="clear" w:color="auto" w:fill="D71920"/>
            <w:tcMar>
              <w:top w:w="60" w:type="dxa"/>
              <w:left w:w="70" w:type="dxa"/>
              <w:bottom w:w="60" w:type="dxa"/>
              <w:right w:w="70" w:type="dxa"/>
            </w:tcMar>
            <w:vAlign w:val="center"/>
          </w:tcPr>
          <w:p w14:paraId="3DE405B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LACUNĂ / RISC</w:t>
            </w:r>
          </w:p>
        </w:tc>
        <w:tc>
          <w:tcPr>
            <w:tcW w:w="1927" w:type="dxa"/>
            <w:shd w:val="clear" w:color="auto" w:fill="D71920"/>
            <w:tcMar>
              <w:top w:w="60" w:type="dxa"/>
              <w:left w:w="70" w:type="dxa"/>
              <w:bottom w:w="60" w:type="dxa"/>
              <w:right w:w="70" w:type="dxa"/>
            </w:tcMar>
            <w:vAlign w:val="center"/>
          </w:tcPr>
          <w:p w14:paraId="6FBD4E1F"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ACȚIUNE ȘI REZULTAT AȘTEPTAT</w:t>
            </w:r>
          </w:p>
        </w:tc>
        <w:tc>
          <w:tcPr>
            <w:tcW w:w="1247" w:type="dxa"/>
            <w:shd w:val="clear" w:color="auto" w:fill="D71920"/>
            <w:tcMar>
              <w:top w:w="60" w:type="dxa"/>
              <w:left w:w="70" w:type="dxa"/>
              <w:bottom w:w="60" w:type="dxa"/>
              <w:right w:w="70" w:type="dxa"/>
            </w:tcMar>
            <w:vAlign w:val="center"/>
          </w:tcPr>
          <w:p w14:paraId="4C6ADE04"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RESP.</w:t>
            </w:r>
          </w:p>
        </w:tc>
        <w:tc>
          <w:tcPr>
            <w:tcW w:w="1247" w:type="dxa"/>
            <w:shd w:val="clear" w:color="auto" w:fill="D71920"/>
            <w:tcMar>
              <w:top w:w="60" w:type="dxa"/>
              <w:left w:w="70" w:type="dxa"/>
              <w:bottom w:w="60" w:type="dxa"/>
              <w:right w:w="70" w:type="dxa"/>
            </w:tcMar>
            <w:vAlign w:val="center"/>
          </w:tcPr>
          <w:p w14:paraId="3AD428E1"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TERMEN</w:t>
            </w:r>
          </w:p>
        </w:tc>
        <w:tc>
          <w:tcPr>
            <w:tcW w:w="1133" w:type="dxa"/>
            <w:shd w:val="clear" w:color="auto" w:fill="D71920"/>
            <w:tcMar>
              <w:top w:w="60" w:type="dxa"/>
              <w:left w:w="70" w:type="dxa"/>
              <w:bottom w:w="60" w:type="dxa"/>
              <w:right w:w="70" w:type="dxa"/>
            </w:tcMar>
            <w:vAlign w:val="center"/>
          </w:tcPr>
          <w:p w14:paraId="78310904" w14:textId="77777777" w:rsidR="004011CE" w:rsidRPr="002D650B" w:rsidRDefault="00000000">
            <w:pPr>
              <w:spacing w:after="0" w:line="240" w:lineRule="auto"/>
              <w:jc w:val="center"/>
              <w:rPr>
                <w:noProof/>
                <w:lang w:val="ro-RO"/>
              </w:rPr>
            </w:pPr>
            <w:r w:rsidRPr="002D650B">
              <w:rPr>
                <w:rFonts w:eastAsia="Arial"/>
                <w:b/>
                <w:noProof/>
                <w:color w:val="FFFFFF"/>
                <w:sz w:val="14"/>
                <w:lang w:val="ro-RO"/>
              </w:rPr>
              <w:t>STATUS</w:t>
            </w:r>
          </w:p>
        </w:tc>
      </w:tr>
      <w:tr w:rsidR="004011CE" w:rsidRPr="002D650B" w14:paraId="17F3D9CD" w14:textId="77777777">
        <w:trPr>
          <w:cantSplit/>
          <w:jc w:val="center"/>
        </w:trPr>
        <w:tc>
          <w:tcPr>
            <w:tcW w:w="566" w:type="dxa"/>
            <w:tcMar>
              <w:top w:w="60" w:type="dxa"/>
              <w:left w:w="70" w:type="dxa"/>
              <w:bottom w:w="60" w:type="dxa"/>
              <w:right w:w="70" w:type="dxa"/>
            </w:tcMar>
            <w:vAlign w:val="center"/>
          </w:tcPr>
          <w:p w14:paraId="3AE67C51" w14:textId="77777777" w:rsidR="004011CE" w:rsidRPr="002D650B" w:rsidRDefault="00000000">
            <w:pPr>
              <w:spacing w:after="0" w:line="240" w:lineRule="auto"/>
              <w:jc w:val="center"/>
              <w:rPr>
                <w:noProof/>
                <w:lang w:val="ro-RO"/>
              </w:rPr>
            </w:pPr>
            <w:r w:rsidRPr="002D650B">
              <w:rPr>
                <w:rFonts w:eastAsia="Arial"/>
                <w:noProof/>
                <w:sz w:val="15"/>
                <w:lang w:val="ro-RO"/>
              </w:rPr>
              <w:t>1</w:t>
            </w:r>
          </w:p>
        </w:tc>
        <w:tc>
          <w:tcPr>
            <w:tcW w:w="1360" w:type="dxa"/>
            <w:tcMar>
              <w:top w:w="60" w:type="dxa"/>
              <w:left w:w="70" w:type="dxa"/>
              <w:bottom w:w="60" w:type="dxa"/>
              <w:right w:w="70" w:type="dxa"/>
            </w:tcMar>
            <w:vAlign w:val="center"/>
          </w:tcPr>
          <w:p w14:paraId="373BFE8D"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13A139DF"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2B35E0E7"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4D01BCEF"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56B9ED72"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35D71956" w14:textId="77777777" w:rsidR="004011CE" w:rsidRPr="002D650B" w:rsidRDefault="004011CE">
            <w:pPr>
              <w:spacing w:after="0" w:line="240" w:lineRule="auto"/>
              <w:jc w:val="center"/>
              <w:rPr>
                <w:noProof/>
                <w:lang w:val="ro-RO"/>
              </w:rPr>
            </w:pPr>
          </w:p>
        </w:tc>
      </w:tr>
      <w:tr w:rsidR="004011CE" w:rsidRPr="002D650B" w14:paraId="511C0BD9" w14:textId="77777777">
        <w:trPr>
          <w:cantSplit/>
          <w:jc w:val="center"/>
        </w:trPr>
        <w:tc>
          <w:tcPr>
            <w:tcW w:w="566" w:type="dxa"/>
            <w:shd w:val="clear" w:color="auto" w:fill="FAFAFA"/>
            <w:tcMar>
              <w:top w:w="60" w:type="dxa"/>
              <w:left w:w="70" w:type="dxa"/>
              <w:bottom w:w="60" w:type="dxa"/>
              <w:right w:w="70" w:type="dxa"/>
            </w:tcMar>
            <w:vAlign w:val="center"/>
          </w:tcPr>
          <w:p w14:paraId="00F753FC" w14:textId="77777777" w:rsidR="004011CE" w:rsidRPr="002D650B" w:rsidRDefault="00000000">
            <w:pPr>
              <w:spacing w:after="0" w:line="240" w:lineRule="auto"/>
              <w:jc w:val="center"/>
              <w:rPr>
                <w:noProof/>
                <w:lang w:val="ro-RO"/>
              </w:rPr>
            </w:pPr>
            <w:r w:rsidRPr="002D650B">
              <w:rPr>
                <w:rFonts w:eastAsia="Arial"/>
                <w:noProof/>
                <w:sz w:val="15"/>
                <w:lang w:val="ro-RO"/>
              </w:rPr>
              <w:t>2</w:t>
            </w:r>
          </w:p>
        </w:tc>
        <w:tc>
          <w:tcPr>
            <w:tcW w:w="1360" w:type="dxa"/>
            <w:shd w:val="clear" w:color="auto" w:fill="FAFAFA"/>
            <w:tcMar>
              <w:top w:w="60" w:type="dxa"/>
              <w:left w:w="70" w:type="dxa"/>
              <w:bottom w:w="60" w:type="dxa"/>
              <w:right w:w="70" w:type="dxa"/>
            </w:tcMar>
            <w:vAlign w:val="center"/>
          </w:tcPr>
          <w:p w14:paraId="2B5D9B1A" w14:textId="77777777" w:rsidR="004011CE" w:rsidRPr="002D650B" w:rsidRDefault="004011CE">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411402E6" w14:textId="77777777" w:rsidR="004011CE" w:rsidRPr="002D650B" w:rsidRDefault="004011CE">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37BFF75A" w14:textId="77777777" w:rsidR="004011CE" w:rsidRPr="002D650B" w:rsidRDefault="004011CE">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5A8105EB" w14:textId="77777777" w:rsidR="004011CE" w:rsidRPr="002D650B" w:rsidRDefault="004011CE">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22CCFA7D" w14:textId="77777777" w:rsidR="004011CE" w:rsidRPr="002D650B" w:rsidRDefault="004011CE">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2CB25964" w14:textId="77777777" w:rsidR="004011CE" w:rsidRPr="002D650B" w:rsidRDefault="004011CE">
            <w:pPr>
              <w:spacing w:after="0" w:line="240" w:lineRule="auto"/>
              <w:jc w:val="center"/>
              <w:rPr>
                <w:noProof/>
                <w:lang w:val="ro-RO"/>
              </w:rPr>
            </w:pPr>
          </w:p>
        </w:tc>
      </w:tr>
      <w:tr w:rsidR="004011CE" w:rsidRPr="002D650B" w14:paraId="2471FAFA" w14:textId="77777777">
        <w:trPr>
          <w:cantSplit/>
          <w:jc w:val="center"/>
        </w:trPr>
        <w:tc>
          <w:tcPr>
            <w:tcW w:w="566" w:type="dxa"/>
            <w:tcMar>
              <w:top w:w="60" w:type="dxa"/>
              <w:left w:w="70" w:type="dxa"/>
              <w:bottom w:w="60" w:type="dxa"/>
              <w:right w:w="70" w:type="dxa"/>
            </w:tcMar>
            <w:vAlign w:val="center"/>
          </w:tcPr>
          <w:p w14:paraId="3BFF585A" w14:textId="77777777" w:rsidR="004011CE" w:rsidRPr="002D650B" w:rsidRDefault="00000000">
            <w:pPr>
              <w:spacing w:after="0" w:line="240" w:lineRule="auto"/>
              <w:jc w:val="center"/>
              <w:rPr>
                <w:noProof/>
                <w:lang w:val="ro-RO"/>
              </w:rPr>
            </w:pPr>
            <w:r w:rsidRPr="002D650B">
              <w:rPr>
                <w:rFonts w:eastAsia="Arial"/>
                <w:noProof/>
                <w:sz w:val="15"/>
                <w:lang w:val="ro-RO"/>
              </w:rPr>
              <w:t>3</w:t>
            </w:r>
          </w:p>
        </w:tc>
        <w:tc>
          <w:tcPr>
            <w:tcW w:w="1360" w:type="dxa"/>
            <w:tcMar>
              <w:top w:w="60" w:type="dxa"/>
              <w:left w:w="70" w:type="dxa"/>
              <w:bottom w:w="60" w:type="dxa"/>
              <w:right w:w="70" w:type="dxa"/>
            </w:tcMar>
            <w:vAlign w:val="center"/>
          </w:tcPr>
          <w:p w14:paraId="4DED4A56"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2349B6B0"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5DF23190"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2F6440EC"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341B6EE2"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1B79A314" w14:textId="77777777" w:rsidR="004011CE" w:rsidRPr="002D650B" w:rsidRDefault="004011CE">
            <w:pPr>
              <w:spacing w:after="0" w:line="240" w:lineRule="auto"/>
              <w:jc w:val="center"/>
              <w:rPr>
                <w:noProof/>
                <w:lang w:val="ro-RO"/>
              </w:rPr>
            </w:pPr>
          </w:p>
        </w:tc>
      </w:tr>
      <w:tr w:rsidR="004011CE" w:rsidRPr="002D650B" w14:paraId="1F6E6A4A" w14:textId="77777777">
        <w:trPr>
          <w:cantSplit/>
          <w:jc w:val="center"/>
        </w:trPr>
        <w:tc>
          <w:tcPr>
            <w:tcW w:w="566" w:type="dxa"/>
            <w:shd w:val="clear" w:color="auto" w:fill="FAFAFA"/>
            <w:tcMar>
              <w:top w:w="60" w:type="dxa"/>
              <w:left w:w="70" w:type="dxa"/>
              <w:bottom w:w="60" w:type="dxa"/>
              <w:right w:w="70" w:type="dxa"/>
            </w:tcMar>
            <w:vAlign w:val="center"/>
          </w:tcPr>
          <w:p w14:paraId="43B611F3" w14:textId="77777777" w:rsidR="004011CE" w:rsidRPr="002D650B" w:rsidRDefault="00000000">
            <w:pPr>
              <w:spacing w:after="0" w:line="240" w:lineRule="auto"/>
              <w:jc w:val="center"/>
              <w:rPr>
                <w:noProof/>
                <w:lang w:val="ro-RO"/>
              </w:rPr>
            </w:pPr>
            <w:r w:rsidRPr="002D650B">
              <w:rPr>
                <w:rFonts w:eastAsia="Arial"/>
                <w:noProof/>
                <w:sz w:val="15"/>
                <w:lang w:val="ro-RO"/>
              </w:rPr>
              <w:t>4</w:t>
            </w:r>
          </w:p>
        </w:tc>
        <w:tc>
          <w:tcPr>
            <w:tcW w:w="1360" w:type="dxa"/>
            <w:shd w:val="clear" w:color="auto" w:fill="FAFAFA"/>
            <w:tcMar>
              <w:top w:w="60" w:type="dxa"/>
              <w:left w:w="70" w:type="dxa"/>
              <w:bottom w:w="60" w:type="dxa"/>
              <w:right w:w="70" w:type="dxa"/>
            </w:tcMar>
            <w:vAlign w:val="center"/>
          </w:tcPr>
          <w:p w14:paraId="3ADB7BE8" w14:textId="77777777" w:rsidR="004011CE" w:rsidRPr="002D650B" w:rsidRDefault="004011CE">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112D4AF3" w14:textId="77777777" w:rsidR="004011CE" w:rsidRPr="002D650B" w:rsidRDefault="004011CE">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11A113B0" w14:textId="77777777" w:rsidR="004011CE" w:rsidRPr="002D650B" w:rsidRDefault="004011CE">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6B7CFE62" w14:textId="77777777" w:rsidR="004011CE" w:rsidRPr="002D650B" w:rsidRDefault="004011CE">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3537DF54" w14:textId="77777777" w:rsidR="004011CE" w:rsidRPr="002D650B" w:rsidRDefault="004011CE">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3B7F5862" w14:textId="77777777" w:rsidR="004011CE" w:rsidRPr="002D650B" w:rsidRDefault="004011CE">
            <w:pPr>
              <w:spacing w:after="0" w:line="240" w:lineRule="auto"/>
              <w:jc w:val="center"/>
              <w:rPr>
                <w:noProof/>
                <w:lang w:val="ro-RO"/>
              </w:rPr>
            </w:pPr>
          </w:p>
        </w:tc>
      </w:tr>
      <w:tr w:rsidR="004011CE" w:rsidRPr="002D650B" w14:paraId="36E924F6" w14:textId="77777777">
        <w:trPr>
          <w:cantSplit/>
          <w:jc w:val="center"/>
        </w:trPr>
        <w:tc>
          <w:tcPr>
            <w:tcW w:w="566" w:type="dxa"/>
            <w:tcMar>
              <w:top w:w="60" w:type="dxa"/>
              <w:left w:w="70" w:type="dxa"/>
              <w:bottom w:w="60" w:type="dxa"/>
              <w:right w:w="70" w:type="dxa"/>
            </w:tcMar>
            <w:vAlign w:val="center"/>
          </w:tcPr>
          <w:p w14:paraId="69F065AF" w14:textId="77777777" w:rsidR="004011CE" w:rsidRPr="002D650B" w:rsidRDefault="00000000">
            <w:pPr>
              <w:spacing w:after="0" w:line="240" w:lineRule="auto"/>
              <w:jc w:val="center"/>
              <w:rPr>
                <w:noProof/>
                <w:lang w:val="ro-RO"/>
              </w:rPr>
            </w:pPr>
            <w:r w:rsidRPr="002D650B">
              <w:rPr>
                <w:rFonts w:eastAsia="Arial"/>
                <w:noProof/>
                <w:sz w:val="15"/>
                <w:lang w:val="ro-RO"/>
              </w:rPr>
              <w:t>5</w:t>
            </w:r>
          </w:p>
        </w:tc>
        <w:tc>
          <w:tcPr>
            <w:tcW w:w="1360" w:type="dxa"/>
            <w:tcMar>
              <w:top w:w="60" w:type="dxa"/>
              <w:left w:w="70" w:type="dxa"/>
              <w:bottom w:w="60" w:type="dxa"/>
              <w:right w:w="70" w:type="dxa"/>
            </w:tcMar>
            <w:vAlign w:val="center"/>
          </w:tcPr>
          <w:p w14:paraId="4679CB62"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497C3C27"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3E1C7DEF"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66180487"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42728C8E"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3F86F170" w14:textId="77777777" w:rsidR="004011CE" w:rsidRPr="002D650B" w:rsidRDefault="004011CE">
            <w:pPr>
              <w:spacing w:after="0" w:line="240" w:lineRule="auto"/>
              <w:jc w:val="center"/>
              <w:rPr>
                <w:noProof/>
                <w:lang w:val="ro-RO"/>
              </w:rPr>
            </w:pPr>
          </w:p>
        </w:tc>
      </w:tr>
      <w:tr w:rsidR="004011CE" w:rsidRPr="002D650B" w14:paraId="0DBDA9FD" w14:textId="77777777">
        <w:trPr>
          <w:cantSplit/>
          <w:jc w:val="center"/>
        </w:trPr>
        <w:tc>
          <w:tcPr>
            <w:tcW w:w="566" w:type="dxa"/>
            <w:shd w:val="clear" w:color="auto" w:fill="FAFAFA"/>
            <w:tcMar>
              <w:top w:w="60" w:type="dxa"/>
              <w:left w:w="70" w:type="dxa"/>
              <w:bottom w:w="60" w:type="dxa"/>
              <w:right w:w="70" w:type="dxa"/>
            </w:tcMar>
            <w:vAlign w:val="center"/>
          </w:tcPr>
          <w:p w14:paraId="293BD1F4" w14:textId="77777777" w:rsidR="004011CE" w:rsidRPr="002D650B" w:rsidRDefault="00000000">
            <w:pPr>
              <w:spacing w:after="0" w:line="240" w:lineRule="auto"/>
              <w:jc w:val="center"/>
              <w:rPr>
                <w:noProof/>
                <w:lang w:val="ro-RO"/>
              </w:rPr>
            </w:pPr>
            <w:r w:rsidRPr="002D650B">
              <w:rPr>
                <w:rFonts w:eastAsia="Arial"/>
                <w:noProof/>
                <w:sz w:val="15"/>
                <w:lang w:val="ro-RO"/>
              </w:rPr>
              <w:t>6</w:t>
            </w:r>
          </w:p>
        </w:tc>
        <w:tc>
          <w:tcPr>
            <w:tcW w:w="1360" w:type="dxa"/>
            <w:shd w:val="clear" w:color="auto" w:fill="FAFAFA"/>
            <w:tcMar>
              <w:top w:w="60" w:type="dxa"/>
              <w:left w:w="70" w:type="dxa"/>
              <w:bottom w:w="60" w:type="dxa"/>
              <w:right w:w="70" w:type="dxa"/>
            </w:tcMar>
            <w:vAlign w:val="center"/>
          </w:tcPr>
          <w:p w14:paraId="76F23649" w14:textId="77777777" w:rsidR="004011CE" w:rsidRPr="002D650B" w:rsidRDefault="004011CE">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451974A6" w14:textId="77777777" w:rsidR="004011CE" w:rsidRPr="002D650B" w:rsidRDefault="004011CE">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7C9CCDF5" w14:textId="77777777" w:rsidR="004011CE" w:rsidRPr="002D650B" w:rsidRDefault="004011CE">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26961F0D" w14:textId="77777777" w:rsidR="004011CE" w:rsidRPr="002D650B" w:rsidRDefault="004011CE">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6831F0B0" w14:textId="77777777" w:rsidR="004011CE" w:rsidRPr="002D650B" w:rsidRDefault="004011CE">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5EEB8E44" w14:textId="77777777" w:rsidR="004011CE" w:rsidRPr="002D650B" w:rsidRDefault="004011CE">
            <w:pPr>
              <w:spacing w:after="0" w:line="240" w:lineRule="auto"/>
              <w:jc w:val="center"/>
              <w:rPr>
                <w:noProof/>
                <w:lang w:val="ro-RO"/>
              </w:rPr>
            </w:pPr>
          </w:p>
        </w:tc>
      </w:tr>
      <w:tr w:rsidR="004011CE" w:rsidRPr="002D650B" w14:paraId="34CE1E5F" w14:textId="77777777">
        <w:trPr>
          <w:cantSplit/>
          <w:jc w:val="center"/>
        </w:trPr>
        <w:tc>
          <w:tcPr>
            <w:tcW w:w="566" w:type="dxa"/>
            <w:tcMar>
              <w:top w:w="60" w:type="dxa"/>
              <w:left w:w="70" w:type="dxa"/>
              <w:bottom w:w="60" w:type="dxa"/>
              <w:right w:w="70" w:type="dxa"/>
            </w:tcMar>
            <w:vAlign w:val="center"/>
          </w:tcPr>
          <w:p w14:paraId="402EF5E0" w14:textId="77777777" w:rsidR="004011CE" w:rsidRPr="002D650B" w:rsidRDefault="00000000">
            <w:pPr>
              <w:spacing w:after="0" w:line="240" w:lineRule="auto"/>
              <w:jc w:val="center"/>
              <w:rPr>
                <w:noProof/>
                <w:lang w:val="ro-RO"/>
              </w:rPr>
            </w:pPr>
            <w:r w:rsidRPr="002D650B">
              <w:rPr>
                <w:rFonts w:eastAsia="Arial"/>
                <w:noProof/>
                <w:sz w:val="15"/>
                <w:lang w:val="ro-RO"/>
              </w:rPr>
              <w:t>7</w:t>
            </w:r>
          </w:p>
        </w:tc>
        <w:tc>
          <w:tcPr>
            <w:tcW w:w="1360" w:type="dxa"/>
            <w:tcMar>
              <w:top w:w="60" w:type="dxa"/>
              <w:left w:w="70" w:type="dxa"/>
              <w:bottom w:w="60" w:type="dxa"/>
              <w:right w:w="70" w:type="dxa"/>
            </w:tcMar>
            <w:vAlign w:val="center"/>
          </w:tcPr>
          <w:p w14:paraId="649B573B"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366E6FDD"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45C64DAC"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639E97E6"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56363948"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79405A1E" w14:textId="77777777" w:rsidR="004011CE" w:rsidRPr="002D650B" w:rsidRDefault="004011CE">
            <w:pPr>
              <w:spacing w:after="0" w:line="240" w:lineRule="auto"/>
              <w:jc w:val="center"/>
              <w:rPr>
                <w:noProof/>
                <w:lang w:val="ro-RO"/>
              </w:rPr>
            </w:pPr>
          </w:p>
        </w:tc>
      </w:tr>
      <w:tr w:rsidR="004011CE" w:rsidRPr="002D650B" w14:paraId="5C2A907B" w14:textId="77777777">
        <w:trPr>
          <w:cantSplit/>
          <w:jc w:val="center"/>
        </w:trPr>
        <w:tc>
          <w:tcPr>
            <w:tcW w:w="566" w:type="dxa"/>
            <w:shd w:val="clear" w:color="auto" w:fill="FAFAFA"/>
            <w:tcMar>
              <w:top w:w="60" w:type="dxa"/>
              <w:left w:w="70" w:type="dxa"/>
              <w:bottom w:w="60" w:type="dxa"/>
              <w:right w:w="70" w:type="dxa"/>
            </w:tcMar>
            <w:vAlign w:val="center"/>
          </w:tcPr>
          <w:p w14:paraId="626FE486" w14:textId="77777777" w:rsidR="004011CE" w:rsidRPr="002D650B" w:rsidRDefault="00000000">
            <w:pPr>
              <w:spacing w:after="0" w:line="240" w:lineRule="auto"/>
              <w:jc w:val="center"/>
              <w:rPr>
                <w:noProof/>
                <w:lang w:val="ro-RO"/>
              </w:rPr>
            </w:pPr>
            <w:r w:rsidRPr="002D650B">
              <w:rPr>
                <w:rFonts w:eastAsia="Arial"/>
                <w:noProof/>
                <w:sz w:val="15"/>
                <w:lang w:val="ro-RO"/>
              </w:rPr>
              <w:t>8</w:t>
            </w:r>
          </w:p>
        </w:tc>
        <w:tc>
          <w:tcPr>
            <w:tcW w:w="1360" w:type="dxa"/>
            <w:shd w:val="clear" w:color="auto" w:fill="FAFAFA"/>
            <w:tcMar>
              <w:top w:w="60" w:type="dxa"/>
              <w:left w:w="70" w:type="dxa"/>
              <w:bottom w:w="60" w:type="dxa"/>
              <w:right w:w="70" w:type="dxa"/>
            </w:tcMar>
            <w:vAlign w:val="center"/>
          </w:tcPr>
          <w:p w14:paraId="799EC37D" w14:textId="77777777" w:rsidR="004011CE" w:rsidRPr="002D650B" w:rsidRDefault="004011CE">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5ABE984E" w14:textId="77777777" w:rsidR="004011CE" w:rsidRPr="002D650B" w:rsidRDefault="004011CE">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5CE5D8F4" w14:textId="77777777" w:rsidR="004011CE" w:rsidRPr="002D650B" w:rsidRDefault="004011CE">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78C0E2B4" w14:textId="77777777" w:rsidR="004011CE" w:rsidRPr="002D650B" w:rsidRDefault="004011CE">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1AC5F9F8" w14:textId="77777777" w:rsidR="004011CE" w:rsidRPr="002D650B" w:rsidRDefault="004011CE">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38136C32" w14:textId="77777777" w:rsidR="004011CE" w:rsidRPr="002D650B" w:rsidRDefault="004011CE">
            <w:pPr>
              <w:spacing w:after="0" w:line="240" w:lineRule="auto"/>
              <w:jc w:val="center"/>
              <w:rPr>
                <w:noProof/>
                <w:lang w:val="ro-RO"/>
              </w:rPr>
            </w:pPr>
          </w:p>
        </w:tc>
      </w:tr>
      <w:tr w:rsidR="004011CE" w:rsidRPr="002D650B" w14:paraId="6BFD808E" w14:textId="77777777">
        <w:trPr>
          <w:cantSplit/>
          <w:jc w:val="center"/>
        </w:trPr>
        <w:tc>
          <w:tcPr>
            <w:tcW w:w="566" w:type="dxa"/>
            <w:tcMar>
              <w:top w:w="60" w:type="dxa"/>
              <w:left w:w="70" w:type="dxa"/>
              <w:bottom w:w="60" w:type="dxa"/>
              <w:right w:w="70" w:type="dxa"/>
            </w:tcMar>
            <w:vAlign w:val="center"/>
          </w:tcPr>
          <w:p w14:paraId="67F5A21C" w14:textId="77777777" w:rsidR="004011CE" w:rsidRPr="002D650B" w:rsidRDefault="00000000">
            <w:pPr>
              <w:spacing w:after="0" w:line="240" w:lineRule="auto"/>
              <w:jc w:val="center"/>
              <w:rPr>
                <w:noProof/>
                <w:lang w:val="ro-RO"/>
              </w:rPr>
            </w:pPr>
            <w:r w:rsidRPr="002D650B">
              <w:rPr>
                <w:rFonts w:eastAsia="Arial"/>
                <w:noProof/>
                <w:sz w:val="15"/>
                <w:lang w:val="ro-RO"/>
              </w:rPr>
              <w:t>9</w:t>
            </w:r>
          </w:p>
        </w:tc>
        <w:tc>
          <w:tcPr>
            <w:tcW w:w="1360" w:type="dxa"/>
            <w:tcMar>
              <w:top w:w="60" w:type="dxa"/>
              <w:left w:w="70" w:type="dxa"/>
              <w:bottom w:w="60" w:type="dxa"/>
              <w:right w:w="70" w:type="dxa"/>
            </w:tcMar>
            <w:vAlign w:val="center"/>
          </w:tcPr>
          <w:p w14:paraId="55590DCC"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54732E17"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61BC002B"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045F6D55"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5BF20515"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6EB9E119" w14:textId="77777777" w:rsidR="004011CE" w:rsidRPr="002D650B" w:rsidRDefault="004011CE">
            <w:pPr>
              <w:spacing w:after="0" w:line="240" w:lineRule="auto"/>
              <w:jc w:val="center"/>
              <w:rPr>
                <w:noProof/>
                <w:lang w:val="ro-RO"/>
              </w:rPr>
            </w:pPr>
          </w:p>
        </w:tc>
      </w:tr>
      <w:tr w:rsidR="004011CE" w:rsidRPr="002D650B" w14:paraId="7C7F8B3D" w14:textId="77777777">
        <w:trPr>
          <w:cantSplit/>
          <w:jc w:val="center"/>
        </w:trPr>
        <w:tc>
          <w:tcPr>
            <w:tcW w:w="566" w:type="dxa"/>
            <w:shd w:val="clear" w:color="auto" w:fill="FAFAFA"/>
            <w:tcMar>
              <w:top w:w="60" w:type="dxa"/>
              <w:left w:w="70" w:type="dxa"/>
              <w:bottom w:w="60" w:type="dxa"/>
              <w:right w:w="70" w:type="dxa"/>
            </w:tcMar>
            <w:vAlign w:val="center"/>
          </w:tcPr>
          <w:p w14:paraId="7739A6D1" w14:textId="77777777" w:rsidR="004011CE" w:rsidRPr="002D650B" w:rsidRDefault="00000000">
            <w:pPr>
              <w:spacing w:after="0" w:line="240" w:lineRule="auto"/>
              <w:jc w:val="center"/>
              <w:rPr>
                <w:noProof/>
                <w:lang w:val="ro-RO"/>
              </w:rPr>
            </w:pPr>
            <w:r w:rsidRPr="002D650B">
              <w:rPr>
                <w:rFonts w:eastAsia="Arial"/>
                <w:noProof/>
                <w:sz w:val="15"/>
                <w:lang w:val="ro-RO"/>
              </w:rPr>
              <w:t>10</w:t>
            </w:r>
          </w:p>
        </w:tc>
        <w:tc>
          <w:tcPr>
            <w:tcW w:w="1360" w:type="dxa"/>
            <w:shd w:val="clear" w:color="auto" w:fill="FAFAFA"/>
            <w:tcMar>
              <w:top w:w="60" w:type="dxa"/>
              <w:left w:w="70" w:type="dxa"/>
              <w:bottom w:w="60" w:type="dxa"/>
              <w:right w:w="70" w:type="dxa"/>
            </w:tcMar>
            <w:vAlign w:val="center"/>
          </w:tcPr>
          <w:p w14:paraId="79C19B08" w14:textId="77777777" w:rsidR="004011CE" w:rsidRPr="002D650B" w:rsidRDefault="004011CE">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13656C88" w14:textId="77777777" w:rsidR="004011CE" w:rsidRPr="002D650B" w:rsidRDefault="004011CE">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3501632A" w14:textId="77777777" w:rsidR="004011CE" w:rsidRPr="002D650B" w:rsidRDefault="004011CE">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11462039" w14:textId="77777777" w:rsidR="004011CE" w:rsidRPr="002D650B" w:rsidRDefault="004011CE">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4A4ED5A4" w14:textId="77777777" w:rsidR="004011CE" w:rsidRPr="002D650B" w:rsidRDefault="004011CE">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4D66D17D" w14:textId="77777777" w:rsidR="004011CE" w:rsidRPr="002D650B" w:rsidRDefault="004011CE">
            <w:pPr>
              <w:spacing w:after="0" w:line="240" w:lineRule="auto"/>
              <w:jc w:val="center"/>
              <w:rPr>
                <w:noProof/>
                <w:lang w:val="ro-RO"/>
              </w:rPr>
            </w:pPr>
          </w:p>
        </w:tc>
      </w:tr>
      <w:tr w:rsidR="004011CE" w:rsidRPr="002D650B" w14:paraId="3A16F230" w14:textId="77777777">
        <w:trPr>
          <w:cantSplit/>
          <w:jc w:val="center"/>
        </w:trPr>
        <w:tc>
          <w:tcPr>
            <w:tcW w:w="566" w:type="dxa"/>
            <w:tcMar>
              <w:top w:w="60" w:type="dxa"/>
              <w:left w:w="70" w:type="dxa"/>
              <w:bottom w:w="60" w:type="dxa"/>
              <w:right w:w="70" w:type="dxa"/>
            </w:tcMar>
            <w:vAlign w:val="center"/>
          </w:tcPr>
          <w:p w14:paraId="440D9367" w14:textId="77777777" w:rsidR="004011CE" w:rsidRPr="002D650B" w:rsidRDefault="00000000">
            <w:pPr>
              <w:spacing w:after="0" w:line="240" w:lineRule="auto"/>
              <w:jc w:val="center"/>
              <w:rPr>
                <w:noProof/>
                <w:lang w:val="ro-RO"/>
              </w:rPr>
            </w:pPr>
            <w:r w:rsidRPr="002D650B">
              <w:rPr>
                <w:rFonts w:eastAsia="Arial"/>
                <w:noProof/>
                <w:sz w:val="15"/>
                <w:lang w:val="ro-RO"/>
              </w:rPr>
              <w:t>11</w:t>
            </w:r>
          </w:p>
        </w:tc>
        <w:tc>
          <w:tcPr>
            <w:tcW w:w="1360" w:type="dxa"/>
            <w:tcMar>
              <w:top w:w="60" w:type="dxa"/>
              <w:left w:w="70" w:type="dxa"/>
              <w:bottom w:w="60" w:type="dxa"/>
              <w:right w:w="70" w:type="dxa"/>
            </w:tcMar>
            <w:vAlign w:val="center"/>
          </w:tcPr>
          <w:p w14:paraId="57DCB427" w14:textId="77777777" w:rsidR="004011CE" w:rsidRPr="002D650B" w:rsidRDefault="004011CE">
            <w:pPr>
              <w:spacing w:after="0" w:line="240" w:lineRule="auto"/>
              <w:rPr>
                <w:noProof/>
                <w:lang w:val="ro-RO"/>
              </w:rPr>
            </w:pPr>
          </w:p>
        </w:tc>
        <w:tc>
          <w:tcPr>
            <w:tcW w:w="2381" w:type="dxa"/>
            <w:tcMar>
              <w:top w:w="60" w:type="dxa"/>
              <w:left w:w="70" w:type="dxa"/>
              <w:bottom w:w="60" w:type="dxa"/>
              <w:right w:w="70" w:type="dxa"/>
            </w:tcMar>
            <w:vAlign w:val="center"/>
          </w:tcPr>
          <w:p w14:paraId="48F81EEC" w14:textId="77777777" w:rsidR="004011CE" w:rsidRPr="002D650B" w:rsidRDefault="004011CE">
            <w:pPr>
              <w:spacing w:after="0" w:line="240" w:lineRule="auto"/>
              <w:rPr>
                <w:noProof/>
                <w:lang w:val="ro-RO"/>
              </w:rPr>
            </w:pPr>
          </w:p>
        </w:tc>
        <w:tc>
          <w:tcPr>
            <w:tcW w:w="1927" w:type="dxa"/>
            <w:tcMar>
              <w:top w:w="60" w:type="dxa"/>
              <w:left w:w="70" w:type="dxa"/>
              <w:bottom w:w="60" w:type="dxa"/>
              <w:right w:w="70" w:type="dxa"/>
            </w:tcMar>
            <w:vAlign w:val="center"/>
          </w:tcPr>
          <w:p w14:paraId="71C72D02" w14:textId="77777777" w:rsidR="004011CE" w:rsidRPr="002D650B" w:rsidRDefault="004011CE">
            <w:pPr>
              <w:spacing w:after="0" w:line="240" w:lineRule="auto"/>
              <w:rPr>
                <w:noProof/>
                <w:lang w:val="ro-RO"/>
              </w:rPr>
            </w:pPr>
          </w:p>
        </w:tc>
        <w:tc>
          <w:tcPr>
            <w:tcW w:w="1247" w:type="dxa"/>
            <w:tcMar>
              <w:top w:w="60" w:type="dxa"/>
              <w:left w:w="70" w:type="dxa"/>
              <w:bottom w:w="60" w:type="dxa"/>
              <w:right w:w="70" w:type="dxa"/>
            </w:tcMar>
            <w:vAlign w:val="center"/>
          </w:tcPr>
          <w:p w14:paraId="01168770" w14:textId="77777777" w:rsidR="004011CE" w:rsidRPr="002D650B" w:rsidRDefault="004011CE">
            <w:pPr>
              <w:spacing w:after="0" w:line="240" w:lineRule="auto"/>
              <w:jc w:val="center"/>
              <w:rPr>
                <w:noProof/>
                <w:lang w:val="ro-RO"/>
              </w:rPr>
            </w:pPr>
          </w:p>
        </w:tc>
        <w:tc>
          <w:tcPr>
            <w:tcW w:w="1247" w:type="dxa"/>
            <w:tcMar>
              <w:top w:w="60" w:type="dxa"/>
              <w:left w:w="70" w:type="dxa"/>
              <w:bottom w:w="60" w:type="dxa"/>
              <w:right w:w="70" w:type="dxa"/>
            </w:tcMar>
            <w:vAlign w:val="center"/>
          </w:tcPr>
          <w:p w14:paraId="585681C4" w14:textId="77777777" w:rsidR="004011CE" w:rsidRPr="002D650B" w:rsidRDefault="004011CE">
            <w:pPr>
              <w:spacing w:after="0" w:line="240" w:lineRule="auto"/>
              <w:jc w:val="center"/>
              <w:rPr>
                <w:noProof/>
                <w:lang w:val="ro-RO"/>
              </w:rPr>
            </w:pPr>
          </w:p>
        </w:tc>
        <w:tc>
          <w:tcPr>
            <w:tcW w:w="1133" w:type="dxa"/>
            <w:tcMar>
              <w:top w:w="60" w:type="dxa"/>
              <w:left w:w="70" w:type="dxa"/>
              <w:bottom w:w="60" w:type="dxa"/>
              <w:right w:w="70" w:type="dxa"/>
            </w:tcMar>
            <w:vAlign w:val="center"/>
          </w:tcPr>
          <w:p w14:paraId="09BD313F" w14:textId="77777777" w:rsidR="004011CE" w:rsidRPr="002D650B" w:rsidRDefault="004011CE">
            <w:pPr>
              <w:spacing w:after="0" w:line="240" w:lineRule="auto"/>
              <w:jc w:val="center"/>
              <w:rPr>
                <w:noProof/>
                <w:lang w:val="ro-RO"/>
              </w:rPr>
            </w:pPr>
          </w:p>
        </w:tc>
      </w:tr>
    </w:tbl>
    <w:p w14:paraId="1D55ED09" w14:textId="77777777" w:rsidR="004011CE" w:rsidRPr="002D650B" w:rsidRDefault="00000000">
      <w:pPr>
        <w:pStyle w:val="Heading2"/>
        <w:rPr>
          <w:noProof/>
          <w:lang w:val="ro-RO"/>
        </w:rPr>
      </w:pPr>
      <w:r w:rsidRPr="002D650B">
        <w:rPr>
          <w:noProof/>
          <w:lang w:val="ro-RO"/>
        </w:rPr>
        <w:t>Verificarea eficacității acțiunilor</w:t>
      </w:r>
    </w:p>
    <w:p w14:paraId="047344B2" w14:textId="77777777" w:rsidR="004011CE" w:rsidRPr="002D650B" w:rsidRDefault="00000000">
      <w:pPr>
        <w:pStyle w:val="ListBullet"/>
        <w:ind w:left="283" w:hanging="170"/>
        <w:rPr>
          <w:noProof/>
          <w:lang w:val="ro-RO"/>
        </w:rPr>
      </w:pPr>
      <w:r w:rsidRPr="002D650B">
        <w:rPr>
          <w:noProof/>
          <w:lang w:val="ro-RO"/>
        </w:rPr>
        <w:t>Definiți înainte de implementare ce rezultat va demonstra eficacitatea.</w:t>
      </w:r>
    </w:p>
    <w:p w14:paraId="551F0CA5" w14:textId="77777777" w:rsidR="004011CE" w:rsidRPr="002D650B" w:rsidRDefault="00000000">
      <w:pPr>
        <w:pStyle w:val="ListBullet"/>
        <w:ind w:left="283" w:hanging="170"/>
        <w:rPr>
          <w:noProof/>
          <w:lang w:val="ro-RO"/>
        </w:rPr>
      </w:pPr>
      <w:r w:rsidRPr="002D650B">
        <w:rPr>
          <w:noProof/>
          <w:lang w:val="ro-RO"/>
        </w:rPr>
        <w:t>Verificați după o perioadă suficientă pentru ca riscul, incidentul sau abaterea să poată reapărea.</w:t>
      </w:r>
    </w:p>
    <w:p w14:paraId="233507AF" w14:textId="77777777" w:rsidR="004011CE" w:rsidRPr="002D650B" w:rsidRDefault="00000000">
      <w:pPr>
        <w:pStyle w:val="ListBullet"/>
        <w:ind w:left="283" w:hanging="170"/>
        <w:rPr>
          <w:noProof/>
          <w:lang w:val="ro-RO"/>
        </w:rPr>
      </w:pPr>
      <w:r w:rsidRPr="002D650B">
        <w:rPr>
          <w:noProof/>
          <w:lang w:val="ro-RO"/>
        </w:rPr>
        <w:t>Utilizați date, observații, eșantioane, interviuri sau re-audit; nu vă limitați la confirmarea că documentul a fost modificat.</w:t>
      </w:r>
    </w:p>
    <w:p w14:paraId="44749413" w14:textId="77777777" w:rsidR="004011CE" w:rsidRPr="002D650B" w:rsidRDefault="00000000">
      <w:pPr>
        <w:pStyle w:val="ListBullet"/>
        <w:ind w:left="283" w:hanging="170"/>
        <w:rPr>
          <w:noProof/>
          <w:lang w:val="ro-RO"/>
        </w:rPr>
      </w:pPr>
      <w:r w:rsidRPr="002D650B">
        <w:rPr>
          <w:noProof/>
          <w:lang w:val="ro-RO"/>
        </w:rPr>
        <w:t>Dacă acțiunea nu este eficace, redeschideți analiza cauzei și reevaluați riscurile și oportunitățile.</w:t>
      </w:r>
    </w:p>
    <w:p w14:paraId="47616C07" w14:textId="77777777" w:rsidR="004011CE" w:rsidRPr="002D650B" w:rsidRDefault="00000000">
      <w:pPr>
        <w:pStyle w:val="Heading1"/>
        <w:rPr>
          <w:noProof/>
          <w:lang w:val="ro-RO"/>
        </w:rPr>
      </w:pPr>
      <w:r w:rsidRPr="002D650B">
        <w:rPr>
          <w:noProof/>
          <w:lang w:val="ro-RO"/>
        </w:rPr>
        <w:t>Bibliotecă orientativă de dovezi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77"/>
        <w:gridCol w:w="3855"/>
        <w:gridCol w:w="3231"/>
      </w:tblGrid>
      <w:tr w:rsidR="004011CE" w:rsidRPr="002D650B" w14:paraId="709A23CA" w14:textId="77777777">
        <w:trPr>
          <w:tblHeader/>
          <w:jc w:val="center"/>
        </w:trPr>
        <w:tc>
          <w:tcPr>
            <w:tcW w:w="2777" w:type="dxa"/>
            <w:shd w:val="clear" w:color="auto" w:fill="D71920"/>
            <w:tcMar>
              <w:top w:w="60" w:type="dxa"/>
              <w:left w:w="70" w:type="dxa"/>
              <w:bottom w:w="60" w:type="dxa"/>
              <w:right w:w="70" w:type="dxa"/>
            </w:tcMar>
            <w:vAlign w:val="center"/>
          </w:tcPr>
          <w:p w14:paraId="7F7A1B2F"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DOMENIU</w:t>
            </w:r>
          </w:p>
        </w:tc>
        <w:tc>
          <w:tcPr>
            <w:tcW w:w="3855" w:type="dxa"/>
            <w:shd w:val="clear" w:color="auto" w:fill="D71920"/>
            <w:tcMar>
              <w:top w:w="60" w:type="dxa"/>
              <w:left w:w="70" w:type="dxa"/>
              <w:bottom w:w="60" w:type="dxa"/>
              <w:right w:w="70" w:type="dxa"/>
            </w:tcMar>
            <w:vAlign w:val="center"/>
          </w:tcPr>
          <w:p w14:paraId="0A71E7B1"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EXEMPLE DE INFORMAȚII DOCUMENTATE</w:t>
            </w:r>
          </w:p>
        </w:tc>
        <w:tc>
          <w:tcPr>
            <w:tcW w:w="3231" w:type="dxa"/>
            <w:shd w:val="clear" w:color="auto" w:fill="D71920"/>
            <w:tcMar>
              <w:top w:w="60" w:type="dxa"/>
              <w:left w:w="70" w:type="dxa"/>
              <w:bottom w:w="60" w:type="dxa"/>
              <w:right w:w="70" w:type="dxa"/>
            </w:tcMar>
            <w:vAlign w:val="center"/>
          </w:tcPr>
          <w:p w14:paraId="4ED23077" w14:textId="77777777" w:rsidR="004011CE" w:rsidRPr="002D650B" w:rsidRDefault="00000000">
            <w:pPr>
              <w:spacing w:after="0" w:line="240" w:lineRule="auto"/>
              <w:jc w:val="center"/>
              <w:rPr>
                <w:noProof/>
                <w:lang w:val="ro-RO"/>
              </w:rPr>
            </w:pPr>
            <w:r w:rsidRPr="002D650B">
              <w:rPr>
                <w:rFonts w:eastAsia="Arial"/>
                <w:b/>
                <w:noProof/>
                <w:color w:val="FFFFFF"/>
                <w:sz w:val="15"/>
                <w:lang w:val="ro-RO"/>
              </w:rPr>
              <w:t>EXEMPLE DE DOVEZI DIN PRACTICĂ</w:t>
            </w:r>
          </w:p>
        </w:tc>
      </w:tr>
      <w:tr w:rsidR="004011CE" w:rsidRPr="002D650B" w14:paraId="3BC35488" w14:textId="77777777">
        <w:trPr>
          <w:cantSplit/>
          <w:jc w:val="center"/>
        </w:trPr>
        <w:tc>
          <w:tcPr>
            <w:tcW w:w="2777" w:type="dxa"/>
            <w:tcMar>
              <w:top w:w="60" w:type="dxa"/>
              <w:left w:w="70" w:type="dxa"/>
              <w:bottom w:w="60" w:type="dxa"/>
              <w:right w:w="70" w:type="dxa"/>
            </w:tcMar>
            <w:vAlign w:val="center"/>
          </w:tcPr>
          <w:p w14:paraId="645BDF10" w14:textId="77777777" w:rsidR="004011CE" w:rsidRPr="002D650B" w:rsidRDefault="00000000">
            <w:pPr>
              <w:spacing w:after="0" w:line="240" w:lineRule="auto"/>
              <w:rPr>
                <w:noProof/>
                <w:lang w:val="ro-RO"/>
              </w:rPr>
            </w:pPr>
            <w:r w:rsidRPr="002D650B">
              <w:rPr>
                <w:rFonts w:eastAsia="Arial"/>
                <w:noProof/>
                <w:sz w:val="15"/>
                <w:lang w:val="ro-RO"/>
              </w:rPr>
              <w:t>Domeniu și reglementare</w:t>
            </w:r>
          </w:p>
        </w:tc>
        <w:tc>
          <w:tcPr>
            <w:tcW w:w="3855" w:type="dxa"/>
            <w:tcMar>
              <w:top w:w="60" w:type="dxa"/>
              <w:left w:w="70" w:type="dxa"/>
              <w:bottom w:w="60" w:type="dxa"/>
              <w:right w:w="70" w:type="dxa"/>
            </w:tcMar>
            <w:vAlign w:val="center"/>
          </w:tcPr>
          <w:p w14:paraId="33894B32" w14:textId="77777777" w:rsidR="004011CE" w:rsidRPr="002D650B" w:rsidRDefault="00000000">
            <w:pPr>
              <w:spacing w:after="0" w:line="240" w:lineRule="auto"/>
              <w:rPr>
                <w:noProof/>
                <w:lang w:val="ro-RO"/>
              </w:rPr>
            </w:pPr>
            <w:r w:rsidRPr="002D650B">
              <w:rPr>
                <w:rFonts w:eastAsia="Arial"/>
                <w:noProof/>
                <w:sz w:val="15"/>
                <w:lang w:val="ro-RO"/>
              </w:rPr>
              <w:t>Manual, rol, piețe, clasificări și registru cerințe.</w:t>
            </w:r>
          </w:p>
        </w:tc>
        <w:tc>
          <w:tcPr>
            <w:tcW w:w="3231" w:type="dxa"/>
            <w:tcMar>
              <w:top w:w="60" w:type="dxa"/>
              <w:left w:w="70" w:type="dxa"/>
              <w:bottom w:w="60" w:type="dxa"/>
              <w:right w:w="70" w:type="dxa"/>
            </w:tcMar>
            <w:vAlign w:val="center"/>
          </w:tcPr>
          <w:p w14:paraId="35168399" w14:textId="77777777" w:rsidR="004011CE" w:rsidRPr="002D650B" w:rsidRDefault="00000000">
            <w:pPr>
              <w:spacing w:after="0" w:line="240" w:lineRule="auto"/>
              <w:rPr>
                <w:noProof/>
                <w:lang w:val="ro-RO"/>
              </w:rPr>
            </w:pPr>
            <w:r w:rsidRPr="002D650B">
              <w:rPr>
                <w:rFonts w:eastAsia="Arial"/>
                <w:noProof/>
                <w:sz w:val="15"/>
                <w:lang w:val="ro-RO"/>
              </w:rPr>
              <w:t>Autorizații, înregistrări, corespondență și decizii.</w:t>
            </w:r>
          </w:p>
        </w:tc>
      </w:tr>
      <w:tr w:rsidR="004011CE" w:rsidRPr="002D650B" w14:paraId="3E62CC2A" w14:textId="77777777">
        <w:trPr>
          <w:cantSplit/>
          <w:jc w:val="center"/>
        </w:trPr>
        <w:tc>
          <w:tcPr>
            <w:tcW w:w="2777" w:type="dxa"/>
            <w:shd w:val="clear" w:color="auto" w:fill="FAFAFA"/>
            <w:tcMar>
              <w:top w:w="60" w:type="dxa"/>
              <w:left w:w="70" w:type="dxa"/>
              <w:bottom w:w="60" w:type="dxa"/>
              <w:right w:w="70" w:type="dxa"/>
            </w:tcMar>
            <w:vAlign w:val="center"/>
          </w:tcPr>
          <w:p w14:paraId="4F8EB7FA" w14:textId="77777777" w:rsidR="004011CE" w:rsidRPr="002D650B" w:rsidRDefault="00000000">
            <w:pPr>
              <w:spacing w:after="0" w:line="240" w:lineRule="auto"/>
              <w:rPr>
                <w:noProof/>
                <w:lang w:val="ro-RO"/>
              </w:rPr>
            </w:pPr>
            <w:r w:rsidRPr="002D650B">
              <w:rPr>
                <w:rFonts w:eastAsia="Arial"/>
                <w:noProof/>
                <w:sz w:val="15"/>
                <w:lang w:val="ro-RO"/>
              </w:rPr>
              <w:t>Procese și documente</w:t>
            </w:r>
          </w:p>
        </w:tc>
        <w:tc>
          <w:tcPr>
            <w:tcW w:w="3855" w:type="dxa"/>
            <w:shd w:val="clear" w:color="auto" w:fill="FAFAFA"/>
            <w:tcMar>
              <w:top w:w="60" w:type="dxa"/>
              <w:left w:w="70" w:type="dxa"/>
              <w:bottom w:w="60" w:type="dxa"/>
              <w:right w:w="70" w:type="dxa"/>
            </w:tcMar>
            <w:vAlign w:val="center"/>
          </w:tcPr>
          <w:p w14:paraId="3134D21B" w14:textId="77777777" w:rsidR="004011CE" w:rsidRPr="002D650B" w:rsidRDefault="00000000">
            <w:pPr>
              <w:spacing w:after="0" w:line="240" w:lineRule="auto"/>
              <w:rPr>
                <w:noProof/>
                <w:lang w:val="ro-RO"/>
              </w:rPr>
            </w:pPr>
            <w:r w:rsidRPr="002D650B">
              <w:rPr>
                <w:rFonts w:eastAsia="Arial"/>
                <w:noProof/>
                <w:sz w:val="15"/>
                <w:lang w:val="ro-RO"/>
              </w:rPr>
              <w:t>Hartă, proceduri, listă master, retenție și dosare dispozitiv.</w:t>
            </w:r>
          </w:p>
        </w:tc>
        <w:tc>
          <w:tcPr>
            <w:tcW w:w="3231" w:type="dxa"/>
            <w:shd w:val="clear" w:color="auto" w:fill="FAFAFA"/>
            <w:tcMar>
              <w:top w:w="60" w:type="dxa"/>
              <w:left w:w="70" w:type="dxa"/>
              <w:bottom w:w="60" w:type="dxa"/>
              <w:right w:w="70" w:type="dxa"/>
            </w:tcMar>
            <w:vAlign w:val="center"/>
          </w:tcPr>
          <w:p w14:paraId="526D18F2" w14:textId="77777777" w:rsidR="004011CE" w:rsidRPr="002D650B" w:rsidRDefault="00000000">
            <w:pPr>
              <w:spacing w:after="0" w:line="240" w:lineRule="auto"/>
              <w:rPr>
                <w:noProof/>
                <w:lang w:val="ro-RO"/>
              </w:rPr>
            </w:pPr>
            <w:r w:rsidRPr="002D650B">
              <w:rPr>
                <w:rFonts w:eastAsia="Arial"/>
                <w:noProof/>
                <w:sz w:val="15"/>
                <w:lang w:val="ro-RO"/>
              </w:rPr>
              <w:t>Versiuni, acces, aprobări și trasabilitate.</w:t>
            </w:r>
          </w:p>
        </w:tc>
      </w:tr>
      <w:tr w:rsidR="004011CE" w:rsidRPr="002D650B" w14:paraId="333CA8E8" w14:textId="77777777">
        <w:trPr>
          <w:cantSplit/>
          <w:jc w:val="center"/>
        </w:trPr>
        <w:tc>
          <w:tcPr>
            <w:tcW w:w="2777" w:type="dxa"/>
            <w:tcMar>
              <w:top w:w="60" w:type="dxa"/>
              <w:left w:w="70" w:type="dxa"/>
              <w:bottom w:w="60" w:type="dxa"/>
              <w:right w:w="70" w:type="dxa"/>
            </w:tcMar>
            <w:vAlign w:val="center"/>
          </w:tcPr>
          <w:p w14:paraId="6F3F2F56" w14:textId="77777777" w:rsidR="004011CE" w:rsidRPr="002D650B" w:rsidRDefault="00000000">
            <w:pPr>
              <w:spacing w:after="0" w:line="240" w:lineRule="auto"/>
              <w:rPr>
                <w:noProof/>
                <w:lang w:val="ro-RO"/>
              </w:rPr>
            </w:pPr>
            <w:r w:rsidRPr="002D650B">
              <w:rPr>
                <w:rFonts w:eastAsia="Arial"/>
                <w:noProof/>
                <w:sz w:val="15"/>
                <w:lang w:val="ro-RO"/>
              </w:rPr>
              <w:t>Managementul riscului</w:t>
            </w:r>
          </w:p>
        </w:tc>
        <w:tc>
          <w:tcPr>
            <w:tcW w:w="3855" w:type="dxa"/>
            <w:tcMar>
              <w:top w:w="60" w:type="dxa"/>
              <w:left w:w="70" w:type="dxa"/>
              <w:bottom w:w="60" w:type="dxa"/>
              <w:right w:w="70" w:type="dxa"/>
            </w:tcMar>
            <w:vAlign w:val="center"/>
          </w:tcPr>
          <w:p w14:paraId="6607EC67" w14:textId="77777777" w:rsidR="004011CE" w:rsidRPr="002D650B" w:rsidRDefault="00000000">
            <w:pPr>
              <w:spacing w:after="0" w:line="240" w:lineRule="auto"/>
              <w:rPr>
                <w:noProof/>
                <w:lang w:val="ro-RO"/>
              </w:rPr>
            </w:pPr>
            <w:r w:rsidRPr="002D650B">
              <w:rPr>
                <w:rFonts w:eastAsia="Arial"/>
                <w:noProof/>
                <w:sz w:val="15"/>
                <w:lang w:val="ro-RO"/>
              </w:rPr>
              <w:t>Planuri, analize, controale și rapoarte.</w:t>
            </w:r>
          </w:p>
        </w:tc>
        <w:tc>
          <w:tcPr>
            <w:tcW w:w="3231" w:type="dxa"/>
            <w:tcMar>
              <w:top w:w="60" w:type="dxa"/>
              <w:left w:w="70" w:type="dxa"/>
              <w:bottom w:w="60" w:type="dxa"/>
              <w:right w:w="70" w:type="dxa"/>
            </w:tcMar>
            <w:vAlign w:val="center"/>
          </w:tcPr>
          <w:p w14:paraId="5905167D" w14:textId="77777777" w:rsidR="004011CE" w:rsidRPr="002D650B" w:rsidRDefault="00000000">
            <w:pPr>
              <w:spacing w:after="0" w:line="240" w:lineRule="auto"/>
              <w:rPr>
                <w:noProof/>
                <w:lang w:val="ro-RO"/>
              </w:rPr>
            </w:pPr>
            <w:r w:rsidRPr="002D650B">
              <w:rPr>
                <w:rFonts w:eastAsia="Arial"/>
                <w:noProof/>
                <w:sz w:val="15"/>
                <w:lang w:val="ro-RO"/>
              </w:rPr>
              <w:t>Legături cu cerințe, teste, reclamații și CAPA.</w:t>
            </w:r>
          </w:p>
        </w:tc>
      </w:tr>
      <w:tr w:rsidR="004011CE" w:rsidRPr="002D650B" w14:paraId="579A6796" w14:textId="77777777">
        <w:trPr>
          <w:cantSplit/>
          <w:jc w:val="center"/>
        </w:trPr>
        <w:tc>
          <w:tcPr>
            <w:tcW w:w="2777" w:type="dxa"/>
            <w:shd w:val="clear" w:color="auto" w:fill="FAFAFA"/>
            <w:tcMar>
              <w:top w:w="60" w:type="dxa"/>
              <w:left w:w="70" w:type="dxa"/>
              <w:bottom w:w="60" w:type="dxa"/>
              <w:right w:w="70" w:type="dxa"/>
            </w:tcMar>
            <w:vAlign w:val="center"/>
          </w:tcPr>
          <w:p w14:paraId="39288A8C" w14:textId="77777777" w:rsidR="004011CE" w:rsidRPr="002D650B" w:rsidRDefault="00000000">
            <w:pPr>
              <w:spacing w:after="0" w:line="240" w:lineRule="auto"/>
              <w:rPr>
                <w:noProof/>
                <w:lang w:val="ro-RO"/>
              </w:rPr>
            </w:pPr>
            <w:r w:rsidRPr="002D650B">
              <w:rPr>
                <w:rFonts w:eastAsia="Arial"/>
                <w:noProof/>
                <w:sz w:val="15"/>
                <w:lang w:val="ro-RO"/>
              </w:rPr>
              <w:t>Proiectare</w:t>
            </w:r>
          </w:p>
        </w:tc>
        <w:tc>
          <w:tcPr>
            <w:tcW w:w="3855" w:type="dxa"/>
            <w:shd w:val="clear" w:color="auto" w:fill="FAFAFA"/>
            <w:tcMar>
              <w:top w:w="60" w:type="dxa"/>
              <w:left w:w="70" w:type="dxa"/>
              <w:bottom w:w="60" w:type="dxa"/>
              <w:right w:w="70" w:type="dxa"/>
            </w:tcMar>
            <w:vAlign w:val="center"/>
          </w:tcPr>
          <w:p w14:paraId="6357F486" w14:textId="77777777" w:rsidR="004011CE" w:rsidRPr="002D650B" w:rsidRDefault="00000000">
            <w:pPr>
              <w:spacing w:after="0" w:line="240" w:lineRule="auto"/>
              <w:rPr>
                <w:noProof/>
                <w:lang w:val="ro-RO"/>
              </w:rPr>
            </w:pPr>
            <w:r w:rsidRPr="002D650B">
              <w:rPr>
                <w:rFonts w:eastAsia="Arial"/>
                <w:noProof/>
                <w:sz w:val="15"/>
                <w:lang w:val="ro-RO"/>
              </w:rPr>
              <w:t>Plan, intrări, ieșiri, review, V&amp;V, transfer și modificări.</w:t>
            </w:r>
          </w:p>
        </w:tc>
        <w:tc>
          <w:tcPr>
            <w:tcW w:w="3231" w:type="dxa"/>
            <w:shd w:val="clear" w:color="auto" w:fill="FAFAFA"/>
            <w:tcMar>
              <w:top w:w="60" w:type="dxa"/>
              <w:left w:w="70" w:type="dxa"/>
              <w:bottom w:w="60" w:type="dxa"/>
              <w:right w:w="70" w:type="dxa"/>
            </w:tcMar>
            <w:vAlign w:val="center"/>
          </w:tcPr>
          <w:p w14:paraId="404CA673" w14:textId="77777777" w:rsidR="004011CE" w:rsidRPr="002D650B" w:rsidRDefault="00000000">
            <w:pPr>
              <w:spacing w:after="0" w:line="240" w:lineRule="auto"/>
              <w:rPr>
                <w:noProof/>
                <w:lang w:val="ro-RO"/>
              </w:rPr>
            </w:pPr>
            <w:r w:rsidRPr="002D650B">
              <w:rPr>
                <w:rFonts w:eastAsia="Arial"/>
                <w:noProof/>
                <w:sz w:val="15"/>
                <w:lang w:val="ro-RO"/>
              </w:rPr>
              <w:t>Matrice de trasabilitate, rezultate și aprobări.</w:t>
            </w:r>
          </w:p>
        </w:tc>
      </w:tr>
      <w:tr w:rsidR="004011CE" w:rsidRPr="002D650B" w14:paraId="3580CB3F" w14:textId="77777777">
        <w:trPr>
          <w:cantSplit/>
          <w:jc w:val="center"/>
        </w:trPr>
        <w:tc>
          <w:tcPr>
            <w:tcW w:w="2777" w:type="dxa"/>
            <w:tcMar>
              <w:top w:w="60" w:type="dxa"/>
              <w:left w:w="70" w:type="dxa"/>
              <w:bottom w:w="60" w:type="dxa"/>
              <w:right w:w="70" w:type="dxa"/>
            </w:tcMar>
            <w:vAlign w:val="center"/>
          </w:tcPr>
          <w:p w14:paraId="5984CF37" w14:textId="77777777" w:rsidR="004011CE" w:rsidRPr="002D650B" w:rsidRDefault="00000000">
            <w:pPr>
              <w:spacing w:after="0" w:line="240" w:lineRule="auto"/>
              <w:rPr>
                <w:noProof/>
                <w:lang w:val="ro-RO"/>
              </w:rPr>
            </w:pPr>
            <w:r w:rsidRPr="002D650B">
              <w:rPr>
                <w:rFonts w:eastAsia="Arial"/>
                <w:noProof/>
                <w:sz w:val="15"/>
                <w:lang w:val="ro-RO"/>
              </w:rPr>
              <w:t>Furnizori</w:t>
            </w:r>
          </w:p>
        </w:tc>
        <w:tc>
          <w:tcPr>
            <w:tcW w:w="3855" w:type="dxa"/>
            <w:tcMar>
              <w:top w:w="60" w:type="dxa"/>
              <w:left w:w="70" w:type="dxa"/>
              <w:bottom w:w="60" w:type="dxa"/>
              <w:right w:w="70" w:type="dxa"/>
            </w:tcMar>
            <w:vAlign w:val="center"/>
          </w:tcPr>
          <w:p w14:paraId="570E5622" w14:textId="77777777" w:rsidR="004011CE" w:rsidRPr="002D650B" w:rsidRDefault="00000000">
            <w:pPr>
              <w:spacing w:after="0" w:line="240" w:lineRule="auto"/>
              <w:rPr>
                <w:noProof/>
                <w:lang w:val="ro-RO"/>
              </w:rPr>
            </w:pPr>
            <w:r w:rsidRPr="002D650B">
              <w:rPr>
                <w:rFonts w:eastAsia="Arial"/>
                <w:noProof/>
                <w:sz w:val="15"/>
                <w:lang w:val="ro-RO"/>
              </w:rPr>
              <w:t>Clasificare, evaluare, acorduri și monitorizare.</w:t>
            </w:r>
          </w:p>
        </w:tc>
        <w:tc>
          <w:tcPr>
            <w:tcW w:w="3231" w:type="dxa"/>
            <w:tcMar>
              <w:top w:w="60" w:type="dxa"/>
              <w:left w:w="70" w:type="dxa"/>
              <w:bottom w:w="60" w:type="dxa"/>
              <w:right w:w="70" w:type="dxa"/>
            </w:tcMar>
            <w:vAlign w:val="center"/>
          </w:tcPr>
          <w:p w14:paraId="5C0B386E" w14:textId="77777777" w:rsidR="004011CE" w:rsidRPr="002D650B" w:rsidRDefault="00000000">
            <w:pPr>
              <w:spacing w:after="0" w:line="240" w:lineRule="auto"/>
              <w:rPr>
                <w:noProof/>
                <w:lang w:val="ro-RO"/>
              </w:rPr>
            </w:pPr>
            <w:r w:rsidRPr="002D650B">
              <w:rPr>
                <w:rFonts w:eastAsia="Arial"/>
                <w:noProof/>
                <w:sz w:val="15"/>
                <w:lang w:val="ro-RO"/>
              </w:rPr>
              <w:t>Audituri, recepții, neconformități și schimbări.</w:t>
            </w:r>
          </w:p>
        </w:tc>
      </w:tr>
      <w:tr w:rsidR="004011CE" w:rsidRPr="002D650B" w14:paraId="195A4E14" w14:textId="77777777">
        <w:trPr>
          <w:cantSplit/>
          <w:jc w:val="center"/>
        </w:trPr>
        <w:tc>
          <w:tcPr>
            <w:tcW w:w="2777" w:type="dxa"/>
            <w:shd w:val="clear" w:color="auto" w:fill="FAFAFA"/>
            <w:tcMar>
              <w:top w:w="60" w:type="dxa"/>
              <w:left w:w="70" w:type="dxa"/>
              <w:bottom w:w="60" w:type="dxa"/>
              <w:right w:w="70" w:type="dxa"/>
            </w:tcMar>
            <w:vAlign w:val="center"/>
          </w:tcPr>
          <w:p w14:paraId="29021052" w14:textId="77777777" w:rsidR="004011CE" w:rsidRPr="002D650B" w:rsidRDefault="00000000">
            <w:pPr>
              <w:spacing w:after="0" w:line="240" w:lineRule="auto"/>
              <w:rPr>
                <w:noProof/>
                <w:lang w:val="ro-RO"/>
              </w:rPr>
            </w:pPr>
            <w:r w:rsidRPr="002D650B">
              <w:rPr>
                <w:rFonts w:eastAsia="Arial"/>
                <w:noProof/>
                <w:sz w:val="15"/>
                <w:lang w:val="ro-RO"/>
              </w:rPr>
              <w:t>Producție și validare</w:t>
            </w:r>
          </w:p>
        </w:tc>
        <w:tc>
          <w:tcPr>
            <w:tcW w:w="3855" w:type="dxa"/>
            <w:shd w:val="clear" w:color="auto" w:fill="FAFAFA"/>
            <w:tcMar>
              <w:top w:w="60" w:type="dxa"/>
              <w:left w:w="70" w:type="dxa"/>
              <w:bottom w:w="60" w:type="dxa"/>
              <w:right w:w="70" w:type="dxa"/>
            </w:tcMar>
            <w:vAlign w:val="center"/>
          </w:tcPr>
          <w:p w14:paraId="4F38EADC" w14:textId="77777777" w:rsidR="004011CE" w:rsidRPr="002D650B" w:rsidRDefault="00000000">
            <w:pPr>
              <w:spacing w:after="0" w:line="240" w:lineRule="auto"/>
              <w:rPr>
                <w:noProof/>
                <w:lang w:val="ro-RO"/>
              </w:rPr>
            </w:pPr>
            <w:r w:rsidRPr="002D650B">
              <w:rPr>
                <w:rFonts w:eastAsia="Arial"/>
                <w:noProof/>
                <w:sz w:val="15"/>
                <w:lang w:val="ro-RO"/>
              </w:rPr>
              <w:t>Instrucțiuni, protocoale, calificări și revalidări.</w:t>
            </w:r>
          </w:p>
        </w:tc>
        <w:tc>
          <w:tcPr>
            <w:tcW w:w="3231" w:type="dxa"/>
            <w:shd w:val="clear" w:color="auto" w:fill="FAFAFA"/>
            <w:tcMar>
              <w:top w:w="60" w:type="dxa"/>
              <w:left w:w="70" w:type="dxa"/>
              <w:bottom w:w="60" w:type="dxa"/>
              <w:right w:w="70" w:type="dxa"/>
            </w:tcMar>
            <w:vAlign w:val="center"/>
          </w:tcPr>
          <w:p w14:paraId="5596E84A" w14:textId="77777777" w:rsidR="004011CE" w:rsidRPr="002D650B" w:rsidRDefault="00000000">
            <w:pPr>
              <w:spacing w:after="0" w:line="240" w:lineRule="auto"/>
              <w:rPr>
                <w:noProof/>
                <w:lang w:val="ro-RO"/>
              </w:rPr>
            </w:pPr>
            <w:r w:rsidRPr="002D650B">
              <w:rPr>
                <w:rFonts w:eastAsia="Arial"/>
                <w:noProof/>
                <w:sz w:val="15"/>
                <w:lang w:val="ro-RO"/>
              </w:rPr>
              <w:t>Înregistrări de lot, parametri, mediu și eliberare.</w:t>
            </w:r>
          </w:p>
        </w:tc>
      </w:tr>
      <w:tr w:rsidR="004011CE" w:rsidRPr="002D650B" w14:paraId="4C7ED0E5" w14:textId="77777777">
        <w:trPr>
          <w:cantSplit/>
          <w:jc w:val="center"/>
        </w:trPr>
        <w:tc>
          <w:tcPr>
            <w:tcW w:w="2777" w:type="dxa"/>
            <w:tcMar>
              <w:top w:w="60" w:type="dxa"/>
              <w:left w:w="70" w:type="dxa"/>
              <w:bottom w:w="60" w:type="dxa"/>
              <w:right w:w="70" w:type="dxa"/>
            </w:tcMar>
            <w:vAlign w:val="center"/>
          </w:tcPr>
          <w:p w14:paraId="38721E06" w14:textId="77777777" w:rsidR="004011CE" w:rsidRPr="002D650B" w:rsidRDefault="00000000">
            <w:pPr>
              <w:spacing w:after="0" w:line="240" w:lineRule="auto"/>
              <w:rPr>
                <w:noProof/>
                <w:lang w:val="ro-RO"/>
              </w:rPr>
            </w:pPr>
            <w:r w:rsidRPr="002D650B">
              <w:rPr>
                <w:rFonts w:eastAsia="Arial"/>
                <w:noProof/>
                <w:sz w:val="15"/>
                <w:lang w:val="ro-RO"/>
              </w:rPr>
              <w:t>Metrologie și trasabilitate</w:t>
            </w:r>
          </w:p>
        </w:tc>
        <w:tc>
          <w:tcPr>
            <w:tcW w:w="3855" w:type="dxa"/>
            <w:tcMar>
              <w:top w:w="60" w:type="dxa"/>
              <w:left w:w="70" w:type="dxa"/>
              <w:bottom w:w="60" w:type="dxa"/>
              <w:right w:w="70" w:type="dxa"/>
            </w:tcMar>
            <w:vAlign w:val="center"/>
          </w:tcPr>
          <w:p w14:paraId="0CF68DF8" w14:textId="77777777" w:rsidR="004011CE" w:rsidRPr="002D650B" w:rsidRDefault="00000000">
            <w:pPr>
              <w:spacing w:after="0" w:line="240" w:lineRule="auto"/>
              <w:rPr>
                <w:noProof/>
                <w:lang w:val="ro-RO"/>
              </w:rPr>
            </w:pPr>
            <w:r w:rsidRPr="002D650B">
              <w:rPr>
                <w:rFonts w:eastAsia="Arial"/>
                <w:noProof/>
                <w:sz w:val="15"/>
                <w:lang w:val="ro-RO"/>
              </w:rPr>
              <w:t>Planuri, certificate, identificare și distribuție.</w:t>
            </w:r>
          </w:p>
        </w:tc>
        <w:tc>
          <w:tcPr>
            <w:tcW w:w="3231" w:type="dxa"/>
            <w:tcMar>
              <w:top w:w="60" w:type="dxa"/>
              <w:left w:w="70" w:type="dxa"/>
              <w:bottom w:w="60" w:type="dxa"/>
              <w:right w:w="70" w:type="dxa"/>
            </w:tcMar>
            <w:vAlign w:val="center"/>
          </w:tcPr>
          <w:p w14:paraId="69B12900" w14:textId="77777777" w:rsidR="004011CE" w:rsidRPr="002D650B" w:rsidRDefault="00000000">
            <w:pPr>
              <w:spacing w:after="0" w:line="240" w:lineRule="auto"/>
              <w:rPr>
                <w:noProof/>
                <w:lang w:val="ro-RO"/>
              </w:rPr>
            </w:pPr>
            <w:r w:rsidRPr="002D650B">
              <w:rPr>
                <w:rFonts w:eastAsia="Arial"/>
                <w:noProof/>
                <w:sz w:val="15"/>
                <w:lang w:val="ro-RO"/>
              </w:rPr>
              <w:t>Etichete, loturi/serii, rechemare și evaluări.</w:t>
            </w:r>
          </w:p>
        </w:tc>
      </w:tr>
      <w:tr w:rsidR="004011CE" w:rsidRPr="002D650B" w14:paraId="3E615D27" w14:textId="77777777">
        <w:trPr>
          <w:cantSplit/>
          <w:jc w:val="center"/>
        </w:trPr>
        <w:tc>
          <w:tcPr>
            <w:tcW w:w="2777" w:type="dxa"/>
            <w:shd w:val="clear" w:color="auto" w:fill="FAFAFA"/>
            <w:tcMar>
              <w:top w:w="60" w:type="dxa"/>
              <w:left w:w="70" w:type="dxa"/>
              <w:bottom w:w="60" w:type="dxa"/>
              <w:right w:w="70" w:type="dxa"/>
            </w:tcMar>
            <w:vAlign w:val="center"/>
          </w:tcPr>
          <w:p w14:paraId="3820D09C" w14:textId="77777777" w:rsidR="004011CE" w:rsidRPr="002D650B" w:rsidRDefault="00000000">
            <w:pPr>
              <w:spacing w:after="0" w:line="240" w:lineRule="auto"/>
              <w:rPr>
                <w:noProof/>
                <w:lang w:val="ro-RO"/>
              </w:rPr>
            </w:pPr>
            <w:r w:rsidRPr="002D650B">
              <w:rPr>
                <w:rFonts w:eastAsia="Arial"/>
                <w:noProof/>
                <w:sz w:val="15"/>
                <w:lang w:val="ro-RO"/>
              </w:rPr>
              <w:t>Feedback și reclamații</w:t>
            </w:r>
          </w:p>
        </w:tc>
        <w:tc>
          <w:tcPr>
            <w:tcW w:w="3855" w:type="dxa"/>
            <w:shd w:val="clear" w:color="auto" w:fill="FAFAFA"/>
            <w:tcMar>
              <w:top w:w="60" w:type="dxa"/>
              <w:left w:w="70" w:type="dxa"/>
              <w:bottom w:w="60" w:type="dxa"/>
              <w:right w:w="70" w:type="dxa"/>
            </w:tcMar>
            <w:vAlign w:val="center"/>
          </w:tcPr>
          <w:p w14:paraId="5DEFCE55" w14:textId="77777777" w:rsidR="004011CE" w:rsidRPr="002D650B" w:rsidRDefault="00000000">
            <w:pPr>
              <w:spacing w:after="0" w:line="240" w:lineRule="auto"/>
              <w:rPr>
                <w:noProof/>
                <w:lang w:val="ro-RO"/>
              </w:rPr>
            </w:pPr>
            <w:r w:rsidRPr="002D650B">
              <w:rPr>
                <w:rFonts w:eastAsia="Arial"/>
                <w:noProof/>
                <w:sz w:val="15"/>
                <w:lang w:val="ro-RO"/>
              </w:rPr>
              <w:t>Proceduri, dosare, trend și raportări.</w:t>
            </w:r>
          </w:p>
        </w:tc>
        <w:tc>
          <w:tcPr>
            <w:tcW w:w="3231" w:type="dxa"/>
            <w:shd w:val="clear" w:color="auto" w:fill="FAFAFA"/>
            <w:tcMar>
              <w:top w:w="60" w:type="dxa"/>
              <w:left w:w="70" w:type="dxa"/>
              <w:bottom w:w="60" w:type="dxa"/>
              <w:right w:w="70" w:type="dxa"/>
            </w:tcMar>
            <w:vAlign w:val="center"/>
          </w:tcPr>
          <w:p w14:paraId="53CB6EAA" w14:textId="77777777" w:rsidR="004011CE" w:rsidRPr="002D650B" w:rsidRDefault="00000000">
            <w:pPr>
              <w:spacing w:after="0" w:line="240" w:lineRule="auto"/>
              <w:rPr>
                <w:noProof/>
                <w:lang w:val="ro-RO"/>
              </w:rPr>
            </w:pPr>
            <w:r w:rsidRPr="002D650B">
              <w:rPr>
                <w:rFonts w:eastAsia="Arial"/>
                <w:noProof/>
                <w:sz w:val="15"/>
                <w:lang w:val="ro-RO"/>
              </w:rPr>
              <w:t>Investigații, termene, comunicări și semnale.</w:t>
            </w:r>
          </w:p>
        </w:tc>
      </w:tr>
      <w:tr w:rsidR="004011CE" w:rsidRPr="002D650B" w14:paraId="4BF986FE" w14:textId="77777777">
        <w:trPr>
          <w:cantSplit/>
          <w:jc w:val="center"/>
        </w:trPr>
        <w:tc>
          <w:tcPr>
            <w:tcW w:w="2777" w:type="dxa"/>
            <w:tcMar>
              <w:top w:w="60" w:type="dxa"/>
              <w:left w:w="70" w:type="dxa"/>
              <w:bottom w:w="60" w:type="dxa"/>
              <w:right w:w="70" w:type="dxa"/>
            </w:tcMar>
            <w:vAlign w:val="center"/>
          </w:tcPr>
          <w:p w14:paraId="383F8280" w14:textId="77777777" w:rsidR="004011CE" w:rsidRPr="002D650B" w:rsidRDefault="00000000">
            <w:pPr>
              <w:spacing w:after="0" w:line="240" w:lineRule="auto"/>
              <w:rPr>
                <w:noProof/>
                <w:lang w:val="ro-RO"/>
              </w:rPr>
            </w:pPr>
            <w:r w:rsidRPr="002D650B">
              <w:rPr>
                <w:rFonts w:eastAsia="Arial"/>
                <w:noProof/>
                <w:sz w:val="15"/>
                <w:lang w:val="ro-RO"/>
              </w:rPr>
              <w:t>Produs neconform și CAPA</w:t>
            </w:r>
          </w:p>
        </w:tc>
        <w:tc>
          <w:tcPr>
            <w:tcW w:w="3855" w:type="dxa"/>
            <w:tcMar>
              <w:top w:w="60" w:type="dxa"/>
              <w:left w:w="70" w:type="dxa"/>
              <w:bottom w:w="60" w:type="dxa"/>
              <w:right w:w="70" w:type="dxa"/>
            </w:tcMar>
            <w:vAlign w:val="center"/>
          </w:tcPr>
          <w:p w14:paraId="777E4076" w14:textId="77777777" w:rsidR="004011CE" w:rsidRPr="002D650B" w:rsidRDefault="00000000">
            <w:pPr>
              <w:spacing w:after="0" w:line="240" w:lineRule="auto"/>
              <w:rPr>
                <w:noProof/>
                <w:lang w:val="ro-RO"/>
              </w:rPr>
            </w:pPr>
            <w:r w:rsidRPr="002D650B">
              <w:rPr>
                <w:rFonts w:eastAsia="Arial"/>
                <w:noProof/>
                <w:sz w:val="15"/>
                <w:lang w:val="ro-RO"/>
              </w:rPr>
              <w:t>Registre, dispoziții, cauze, planuri și eficacitate.</w:t>
            </w:r>
          </w:p>
        </w:tc>
        <w:tc>
          <w:tcPr>
            <w:tcW w:w="3231" w:type="dxa"/>
            <w:tcMar>
              <w:top w:w="60" w:type="dxa"/>
              <w:left w:w="70" w:type="dxa"/>
              <w:bottom w:w="60" w:type="dxa"/>
              <w:right w:w="70" w:type="dxa"/>
            </w:tcMar>
            <w:vAlign w:val="center"/>
          </w:tcPr>
          <w:p w14:paraId="417BF883" w14:textId="77777777" w:rsidR="004011CE" w:rsidRPr="002D650B" w:rsidRDefault="00000000">
            <w:pPr>
              <w:spacing w:after="0" w:line="240" w:lineRule="auto"/>
              <w:rPr>
                <w:noProof/>
                <w:lang w:val="ro-RO"/>
              </w:rPr>
            </w:pPr>
            <w:r w:rsidRPr="002D650B">
              <w:rPr>
                <w:rFonts w:eastAsia="Arial"/>
                <w:noProof/>
                <w:sz w:val="15"/>
                <w:lang w:val="ro-RO"/>
              </w:rPr>
              <w:t>Rework, concesii, date, re-audit și schimbări.</w:t>
            </w:r>
          </w:p>
        </w:tc>
      </w:tr>
      <w:tr w:rsidR="004011CE" w:rsidRPr="002D650B" w14:paraId="39DB4640" w14:textId="77777777">
        <w:trPr>
          <w:cantSplit/>
          <w:jc w:val="center"/>
        </w:trPr>
        <w:tc>
          <w:tcPr>
            <w:tcW w:w="2777" w:type="dxa"/>
            <w:shd w:val="clear" w:color="auto" w:fill="FAFAFA"/>
            <w:tcMar>
              <w:top w:w="60" w:type="dxa"/>
              <w:left w:w="70" w:type="dxa"/>
              <w:bottom w:w="60" w:type="dxa"/>
              <w:right w:w="70" w:type="dxa"/>
            </w:tcMar>
            <w:vAlign w:val="center"/>
          </w:tcPr>
          <w:p w14:paraId="3EBC8A1A" w14:textId="77777777" w:rsidR="004011CE" w:rsidRPr="002D650B" w:rsidRDefault="00000000">
            <w:pPr>
              <w:spacing w:after="0" w:line="240" w:lineRule="auto"/>
              <w:rPr>
                <w:noProof/>
                <w:lang w:val="ro-RO"/>
              </w:rPr>
            </w:pPr>
            <w:r w:rsidRPr="002D650B">
              <w:rPr>
                <w:rFonts w:eastAsia="Arial"/>
                <w:noProof/>
                <w:sz w:val="15"/>
                <w:lang w:val="ro-RO"/>
              </w:rPr>
              <w:t>Audit și management review</w:t>
            </w:r>
          </w:p>
        </w:tc>
        <w:tc>
          <w:tcPr>
            <w:tcW w:w="3855" w:type="dxa"/>
            <w:shd w:val="clear" w:color="auto" w:fill="FAFAFA"/>
            <w:tcMar>
              <w:top w:w="60" w:type="dxa"/>
              <w:left w:w="70" w:type="dxa"/>
              <w:bottom w:w="60" w:type="dxa"/>
              <w:right w:w="70" w:type="dxa"/>
            </w:tcMar>
            <w:vAlign w:val="center"/>
          </w:tcPr>
          <w:p w14:paraId="620ADA64" w14:textId="77777777" w:rsidR="004011CE" w:rsidRPr="002D650B" w:rsidRDefault="00000000">
            <w:pPr>
              <w:spacing w:after="0" w:line="240" w:lineRule="auto"/>
              <w:rPr>
                <w:noProof/>
                <w:lang w:val="ro-RO"/>
              </w:rPr>
            </w:pPr>
            <w:r w:rsidRPr="002D650B">
              <w:rPr>
                <w:rFonts w:eastAsia="Arial"/>
                <w:noProof/>
                <w:sz w:val="15"/>
                <w:lang w:val="ro-RO"/>
              </w:rPr>
              <w:t>Programe, rapoarte, minute și acțiuni.</w:t>
            </w:r>
          </w:p>
        </w:tc>
        <w:tc>
          <w:tcPr>
            <w:tcW w:w="3231" w:type="dxa"/>
            <w:shd w:val="clear" w:color="auto" w:fill="FAFAFA"/>
            <w:tcMar>
              <w:top w:w="60" w:type="dxa"/>
              <w:left w:w="70" w:type="dxa"/>
              <w:bottom w:w="60" w:type="dxa"/>
              <w:right w:w="70" w:type="dxa"/>
            </w:tcMar>
            <w:vAlign w:val="center"/>
          </w:tcPr>
          <w:p w14:paraId="55690B17" w14:textId="77777777" w:rsidR="004011CE" w:rsidRPr="002D650B" w:rsidRDefault="00000000">
            <w:pPr>
              <w:spacing w:after="0" w:line="240" w:lineRule="auto"/>
              <w:rPr>
                <w:noProof/>
                <w:lang w:val="ro-RO"/>
              </w:rPr>
            </w:pPr>
            <w:r w:rsidRPr="002D650B">
              <w:rPr>
                <w:rFonts w:eastAsia="Arial"/>
                <w:noProof/>
                <w:sz w:val="15"/>
                <w:lang w:val="ro-RO"/>
              </w:rPr>
              <w:t>Eșantioane, decizii, resurse și urmărire.</w:t>
            </w:r>
          </w:p>
        </w:tc>
      </w:tr>
    </w:tbl>
    <w:p w14:paraId="2C22D75F" w14:textId="77777777" w:rsidR="004011CE" w:rsidRPr="002D650B" w:rsidRDefault="00000000">
      <w:pPr>
        <w:pStyle w:val="Heading2"/>
        <w:rPr>
          <w:noProof/>
          <w:lang w:val="ro-RO"/>
        </w:rPr>
      </w:pPr>
      <w:r w:rsidRPr="002D650B">
        <w:rPr>
          <w:noProof/>
          <w:lang w:val="ro-RO"/>
        </w:rPr>
        <w:t>Glosar scurt</w:t>
      </w:r>
    </w:p>
    <w:p w14:paraId="4FAD3459" w14:textId="77777777" w:rsidR="004011CE" w:rsidRPr="002D650B" w:rsidRDefault="00000000">
      <w:pPr>
        <w:spacing w:after="40"/>
        <w:rPr>
          <w:noProof/>
          <w:lang w:val="ro-RO"/>
        </w:rPr>
      </w:pPr>
      <w:r w:rsidRPr="002D650B">
        <w:rPr>
          <w:b/>
          <w:noProof/>
          <w:lang w:val="ro-RO"/>
        </w:rPr>
        <w:t xml:space="preserve">Dispozitiv medical: </w:t>
      </w:r>
      <w:r w:rsidRPr="002D650B">
        <w:rPr>
          <w:noProof/>
          <w:lang w:val="ro-RO"/>
        </w:rPr>
        <w:t>produs sau categorie de produse definită de reglementările aplicabile; clasificarea și obligațiile diferă între jurisdicții.</w:t>
      </w:r>
    </w:p>
    <w:p w14:paraId="42BE1632" w14:textId="77777777" w:rsidR="004011CE" w:rsidRPr="002D650B" w:rsidRDefault="00000000">
      <w:pPr>
        <w:spacing w:after="40"/>
        <w:rPr>
          <w:noProof/>
          <w:lang w:val="ro-RO"/>
        </w:rPr>
      </w:pPr>
      <w:r w:rsidRPr="002D650B">
        <w:rPr>
          <w:b/>
          <w:noProof/>
          <w:lang w:val="ro-RO"/>
        </w:rPr>
        <w:t xml:space="preserve">Dosar de dispozitiv: </w:t>
      </w:r>
      <w:r w:rsidRPr="002D650B">
        <w:rPr>
          <w:noProof/>
          <w:lang w:val="ro-RO"/>
        </w:rPr>
        <w:t>set controlat de documente și referințe care descrie specificațiile și procesele aplicabile unui tip sau unei familii de dispozitive.</w:t>
      </w:r>
    </w:p>
    <w:p w14:paraId="11664A2B" w14:textId="77777777" w:rsidR="004011CE" w:rsidRPr="002D650B" w:rsidRDefault="00000000">
      <w:pPr>
        <w:spacing w:after="40"/>
        <w:rPr>
          <w:noProof/>
          <w:lang w:val="ro-RO"/>
        </w:rPr>
      </w:pPr>
      <w:r w:rsidRPr="002D650B">
        <w:rPr>
          <w:b/>
          <w:noProof/>
          <w:lang w:val="ro-RO"/>
        </w:rPr>
        <w:t xml:space="preserve">Validarea procesului: </w:t>
      </w:r>
      <w:r w:rsidRPr="002D650B">
        <w:rPr>
          <w:noProof/>
          <w:lang w:val="ro-RO"/>
        </w:rPr>
        <w:t>demonstrarea documentată că un proces poate produce consecvent rezultate conforme când verificarea completă ulterioară nu este posibilă.</w:t>
      </w:r>
    </w:p>
    <w:p w14:paraId="1C380A79" w14:textId="77777777" w:rsidR="004011CE" w:rsidRPr="002D650B" w:rsidRDefault="00000000">
      <w:pPr>
        <w:spacing w:after="40"/>
        <w:rPr>
          <w:noProof/>
          <w:lang w:val="ro-RO"/>
        </w:rPr>
      </w:pPr>
      <w:r w:rsidRPr="002D650B">
        <w:rPr>
          <w:b/>
          <w:noProof/>
          <w:lang w:val="ro-RO"/>
        </w:rPr>
        <w:t xml:space="preserve">Trasabilitate: </w:t>
      </w:r>
      <w:r w:rsidRPr="002D650B">
        <w:rPr>
          <w:noProof/>
          <w:lang w:val="ro-RO"/>
        </w:rPr>
        <w:t>capacitatea de a urmări istoricul, aplicarea sau locația produsului, componentelor și activităților relevante.</w:t>
      </w:r>
    </w:p>
    <w:p w14:paraId="2CF675F0" w14:textId="77777777" w:rsidR="004011CE" w:rsidRPr="002D650B" w:rsidRDefault="00000000">
      <w:pPr>
        <w:spacing w:after="40"/>
        <w:rPr>
          <w:noProof/>
          <w:lang w:val="ro-RO"/>
        </w:rPr>
      </w:pPr>
      <w:r w:rsidRPr="002D650B">
        <w:rPr>
          <w:b/>
          <w:noProof/>
          <w:lang w:val="ro-RO"/>
        </w:rPr>
        <w:t xml:space="preserve">Reclamație: </w:t>
      </w:r>
      <w:r w:rsidRPr="002D650B">
        <w:rPr>
          <w:noProof/>
          <w:lang w:val="ro-RO"/>
        </w:rPr>
        <w:t>comunicare care afirmă deficiențe privind identitatea, calitatea, durabilitatea, fiabilitatea, utilizabilitatea, siguranța sau performanța unui dispozitiv ori serviciu asociat.</w:t>
      </w:r>
    </w:p>
    <w:p w14:paraId="06173196" w14:textId="77777777" w:rsidR="004011CE" w:rsidRPr="002D650B" w:rsidRDefault="00000000">
      <w:pPr>
        <w:spacing w:after="40"/>
        <w:rPr>
          <w:noProof/>
          <w:lang w:val="ro-RO"/>
        </w:rPr>
      </w:pPr>
      <w:r w:rsidRPr="002D650B">
        <w:rPr>
          <w:b/>
          <w:noProof/>
          <w:lang w:val="ro-RO"/>
        </w:rPr>
        <w:t xml:space="preserve">Advisory notice: </w:t>
      </w:r>
      <w:r w:rsidRPr="002D650B">
        <w:rPr>
          <w:noProof/>
          <w:lang w:val="ro-RO"/>
        </w:rPr>
        <w:t>comunicare emisă după livrare pentru furnizarea de informații sau recomandarea unor acțiuni privind utilizarea, modificarea, returnarea ori distrugerea produsului.</w:t>
      </w:r>
    </w:p>
    <w:p w14:paraId="42D60037" w14:textId="77777777" w:rsidR="004011CE" w:rsidRPr="002D650B" w:rsidRDefault="00000000">
      <w:pPr>
        <w:spacing w:after="40"/>
        <w:rPr>
          <w:noProof/>
          <w:lang w:val="ro-RO"/>
        </w:rPr>
      </w:pPr>
      <w:r w:rsidRPr="002D650B">
        <w:rPr>
          <w:b/>
          <w:noProof/>
          <w:lang w:val="ro-RO"/>
        </w:rPr>
        <w:t xml:space="preserve">CAPA: </w:t>
      </w:r>
      <w:r w:rsidRPr="002D650B">
        <w:rPr>
          <w:noProof/>
          <w:lang w:val="ro-RO"/>
        </w:rPr>
        <w:t>procese pentru acțiuni corective și preventive, bazate pe cauze reale sau potențiale și verificarea eficacității.</w:t>
      </w:r>
    </w:p>
    <w:p w14:paraId="26D304B7" w14:textId="77777777" w:rsidR="004011CE" w:rsidRPr="002D650B" w:rsidRDefault="00000000">
      <w:pPr>
        <w:spacing w:after="40"/>
        <w:rPr>
          <w:noProof/>
          <w:lang w:val="ro-RO"/>
        </w:rPr>
      </w:pPr>
      <w:r w:rsidRPr="002D650B">
        <w:rPr>
          <w:b/>
          <w:noProof/>
          <w:lang w:val="ro-RO"/>
        </w:rPr>
        <w:lastRenderedPageBreak/>
        <w:t xml:space="preserve">Neaplicabilitate: </w:t>
      </w:r>
      <w:r w:rsidRPr="002D650B">
        <w:rPr>
          <w:noProof/>
          <w:lang w:val="ro-RO"/>
        </w:rPr>
        <w:t>cerință din realizarea produsului care poate fi declarată neaplicabilă numai când rolul și cerințele de reglementare permit și justificarea este documentată.</w:t>
      </w:r>
    </w:p>
    <w:p w14:paraId="0868A5F1" w14:textId="77777777" w:rsidR="004011CE" w:rsidRPr="002D650B" w:rsidRDefault="00000000">
      <w:pPr>
        <w:pStyle w:val="Heading2"/>
        <w:rPr>
          <w:noProof/>
          <w:lang w:val="ro-RO"/>
        </w:rPr>
      </w:pPr>
      <w:r w:rsidRPr="002D650B">
        <w:rPr>
          <w:noProof/>
          <w:lang w:val="ro-RO"/>
        </w:rPr>
        <w:t>Note privind ediția standardului</w:t>
      </w:r>
    </w:p>
    <w:p w14:paraId="31B2D0A4" w14:textId="77777777" w:rsidR="004011CE" w:rsidRPr="002D650B" w:rsidRDefault="00000000">
      <w:pPr>
        <w:rPr>
          <w:noProof/>
          <w:lang w:val="ro-RO"/>
        </w:rPr>
      </w:pPr>
      <w:r w:rsidRPr="002D650B">
        <w:rPr>
          <w:noProof/>
          <w:lang w:val="ro-RO"/>
        </w:rPr>
        <w:t>Baza utilizată este ISO 13485:2016, ediția 3. Pagina oficială ISO indică faptul că standardul a fost revizuit și confirmat în 2025, astfel încât această versiune rămâne curentă. Standardul trebuie aplicat împreună cu cerințele de reglementare specifice jurisdicțiilor și rolului organizației.</w:t>
      </w:r>
    </w:p>
    <w:p w14:paraId="33FADEFF" w14:textId="77777777" w:rsidR="004011CE" w:rsidRPr="002D650B" w:rsidRDefault="00000000">
      <w:pPr>
        <w:spacing w:before="80"/>
        <w:rPr>
          <w:noProof/>
          <w:lang w:val="ro-RO"/>
        </w:rPr>
      </w:pPr>
      <w:r w:rsidRPr="002D650B">
        <w:rPr>
          <w:b/>
          <w:noProof/>
          <w:lang w:val="ro-RO"/>
        </w:rPr>
        <w:t xml:space="preserve">Referințe publice: </w:t>
      </w:r>
      <w:r w:rsidRPr="002D650B">
        <w:rPr>
          <w:noProof/>
          <w:lang w:val="ro-RO"/>
        </w:rPr>
        <w:t>International Organization for Standardization (ISO) - pagina oficială ISO 13485:2016 și informațiile publice ISO privind domeniul și utilizatorii standardului.</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4011CE" w:rsidRPr="002D650B" w14:paraId="73FDB03D" w14:textId="77777777">
        <w:trPr>
          <w:cantSplit/>
          <w:jc w:val="center"/>
        </w:trPr>
        <w:tc>
          <w:tcPr>
            <w:tcW w:w="566" w:type="dxa"/>
            <w:shd w:val="clear" w:color="auto" w:fill="D71920"/>
            <w:tcMar>
              <w:top w:w="60" w:type="dxa"/>
              <w:left w:w="70" w:type="dxa"/>
              <w:bottom w:w="60" w:type="dxa"/>
              <w:right w:w="70" w:type="dxa"/>
            </w:tcMar>
            <w:vAlign w:val="center"/>
          </w:tcPr>
          <w:p w14:paraId="3A49B80D" w14:textId="77777777" w:rsidR="004011CE" w:rsidRPr="002D650B" w:rsidRDefault="00000000">
            <w:pPr>
              <w:spacing w:after="0" w:line="240" w:lineRule="auto"/>
              <w:jc w:val="center"/>
              <w:rPr>
                <w:noProof/>
                <w:lang w:val="ro-RO"/>
              </w:rPr>
            </w:pPr>
            <w:r w:rsidRPr="002D650B">
              <w:rPr>
                <w:rFonts w:eastAsia="Arial"/>
                <w:b/>
                <w:noProof/>
                <w:color w:val="FFFFFF"/>
                <w:sz w:val="30"/>
                <w:lang w:val="ro-RO"/>
              </w:rPr>
              <w:t>!</w:t>
            </w:r>
          </w:p>
        </w:tc>
        <w:tc>
          <w:tcPr>
            <w:tcW w:w="9297" w:type="dxa"/>
            <w:shd w:val="clear" w:color="auto" w:fill="FCEBEC"/>
          </w:tcPr>
          <w:p w14:paraId="39269547" w14:textId="77777777" w:rsidR="004011CE" w:rsidRPr="002D650B" w:rsidRDefault="00000000">
            <w:pPr>
              <w:spacing w:after="40"/>
              <w:rPr>
                <w:noProof/>
                <w:lang w:val="ro-RO"/>
              </w:rPr>
            </w:pPr>
            <w:r w:rsidRPr="002D650B">
              <w:rPr>
                <w:rFonts w:eastAsia="Arial"/>
                <w:b/>
                <w:noProof/>
                <w:color w:val="D71920"/>
                <w:lang w:val="ro-RO"/>
              </w:rPr>
              <w:t>LIMITAREA DOCUMENTULUI</w:t>
            </w:r>
          </w:p>
          <w:p w14:paraId="1839945F" w14:textId="77777777" w:rsidR="004011CE" w:rsidRPr="002D650B" w:rsidRDefault="00000000">
            <w:pPr>
              <w:spacing w:after="0" w:line="252" w:lineRule="auto"/>
              <w:rPr>
                <w:noProof/>
                <w:lang w:val="ro-RO"/>
              </w:rPr>
            </w:pPr>
            <w:r w:rsidRPr="002D650B">
              <w:rPr>
                <w:rFonts w:eastAsia="Arial"/>
                <w:noProof/>
                <w:sz w:val="16"/>
                <w:lang w:val="ro-RO"/>
              </w:rPr>
              <w:t>Acest material este un instrument de orientare și autoevaluare. Nu reproduce standardul, nu constituie interpretare oficială și nu garantează certificarea. Pentru aplicare, consultați ediția oficială, legislația relevantă și, după caz, specialiști competenți.</w:t>
            </w:r>
          </w:p>
        </w:tc>
      </w:tr>
    </w:tbl>
    <w:p w14:paraId="665F090C" w14:textId="77777777" w:rsidR="004011CE" w:rsidRPr="002D650B" w:rsidRDefault="004011CE">
      <w:pPr>
        <w:spacing w:after="0"/>
        <w:rPr>
          <w:noProof/>
          <w:lang w:val="ro-RO"/>
        </w:rPr>
      </w:pPr>
    </w:p>
    <w:p w14:paraId="66EAF8FC" w14:textId="198CC823" w:rsidR="004011CE" w:rsidRPr="002D650B" w:rsidRDefault="004011CE">
      <w:pPr>
        <w:spacing w:before="240"/>
        <w:jc w:val="center"/>
        <w:rPr>
          <w:noProof/>
          <w:lang w:val="ro-RO"/>
        </w:rPr>
      </w:pPr>
    </w:p>
    <w:sectPr w:rsidR="004011CE" w:rsidRPr="002D650B" w:rsidSect="00034616">
      <w:headerReference w:type="default" r:id="rId12"/>
      <w:footerReference w:type="default" r:id="rId13"/>
      <w:pgSz w:w="11906" w:h="16838"/>
      <w:pgMar w:top="907" w:right="1020" w:bottom="850" w:left="10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0777" w14:textId="77777777" w:rsidR="00730ECD" w:rsidRDefault="00730ECD">
      <w:pPr>
        <w:spacing w:after="0" w:line="240" w:lineRule="auto"/>
      </w:pPr>
      <w:r>
        <w:separator/>
      </w:r>
    </w:p>
  </w:endnote>
  <w:endnote w:type="continuationSeparator" w:id="0">
    <w:p w14:paraId="447914D9" w14:textId="77777777" w:rsidR="00730ECD" w:rsidRDefault="0073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3405" w14:textId="77777777" w:rsidR="004011CE" w:rsidRPr="002D650B" w:rsidRDefault="004011CE">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4011CE" w:rsidRPr="002D650B" w14:paraId="546E2A9B" w14:textId="77777777">
      <w:trPr>
        <w:jc w:val="center"/>
      </w:trPr>
      <w:tc>
        <w:tcPr>
          <w:tcW w:w="3968" w:type="dxa"/>
          <w:tcMar>
            <w:top w:w="60" w:type="dxa"/>
            <w:left w:w="70" w:type="dxa"/>
            <w:bottom w:w="60" w:type="dxa"/>
            <w:right w:w="70" w:type="dxa"/>
          </w:tcMar>
          <w:vAlign w:val="center"/>
        </w:tcPr>
        <w:p w14:paraId="6E074C80" w14:textId="77777777" w:rsidR="004011CE" w:rsidRPr="002D650B" w:rsidRDefault="00000000">
          <w:pPr>
            <w:spacing w:after="0" w:line="240" w:lineRule="auto"/>
            <w:rPr>
              <w:noProof/>
              <w:lang w:val="ro-RO"/>
            </w:rPr>
          </w:pPr>
          <w:r w:rsidRPr="002D650B">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290EBC8B" w14:textId="77777777" w:rsidR="004011CE" w:rsidRPr="002D650B" w:rsidRDefault="00000000">
          <w:pPr>
            <w:spacing w:after="0" w:line="240" w:lineRule="auto"/>
            <w:jc w:val="center"/>
            <w:rPr>
              <w:noProof/>
              <w:lang w:val="ro-RO"/>
            </w:rPr>
          </w:pPr>
          <w:r w:rsidRPr="002D650B">
            <w:rPr>
              <w:rFonts w:eastAsia="Arial"/>
              <w:noProof/>
              <w:color w:val="666666"/>
              <w:sz w:val="14"/>
              <w:lang w:val="ro-RO"/>
            </w:rPr>
            <w:t>ISO 13485:2016</w:t>
          </w:r>
        </w:p>
      </w:tc>
      <w:tc>
        <w:tcPr>
          <w:tcW w:w="1360" w:type="dxa"/>
        </w:tcPr>
        <w:p w14:paraId="3563E5A8" w14:textId="77777777" w:rsidR="004011CE" w:rsidRPr="002D650B" w:rsidRDefault="00000000">
          <w:pPr>
            <w:jc w:val="right"/>
            <w:rPr>
              <w:noProof/>
              <w:lang w:val="ro-RO"/>
            </w:rPr>
          </w:pPr>
          <w:r w:rsidRPr="002D650B">
            <w:rPr>
              <w:rFonts w:eastAsia="Arial"/>
              <w:noProof/>
              <w:color w:val="666666"/>
              <w:sz w:val="14"/>
              <w:lang w:val="ro-RO"/>
            </w:rPr>
            <w:t xml:space="preserve">Pagina </w:t>
          </w:r>
          <w:r w:rsidRPr="002D650B">
            <w:rPr>
              <w:noProof/>
              <w:lang w:val="ro-RO"/>
            </w:rPr>
            <w:fldChar w:fldCharType="begin"/>
          </w:r>
          <w:r w:rsidRPr="002D650B">
            <w:rPr>
              <w:noProof/>
              <w:lang w:val="ro-RO"/>
            </w:rPr>
            <w:instrText xml:space="preserve"> PAGE </w:instrText>
          </w:r>
          <w:r w:rsidRPr="002D650B">
            <w:rPr>
              <w:noProof/>
              <w:lang w:val="ro-RO"/>
            </w:rPr>
            <w:fldChar w:fldCharType="separate"/>
          </w:r>
          <w:r w:rsidRPr="002D650B">
            <w:rPr>
              <w:noProof/>
              <w:lang w:val="ro-RO"/>
            </w:rPr>
            <w:t>1</w:t>
          </w:r>
          <w:r w:rsidRPr="002D650B">
            <w:rPr>
              <w:noProof/>
              <w:lang w:val="ro-RO"/>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4476" w14:textId="77777777" w:rsidR="004011CE" w:rsidRPr="002D650B" w:rsidRDefault="004011CE">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669"/>
      <w:gridCol w:w="6236"/>
      <w:gridCol w:w="1757"/>
    </w:tblGrid>
    <w:tr w:rsidR="004011CE" w:rsidRPr="002D650B" w14:paraId="42980C8E" w14:textId="77777777">
      <w:trPr>
        <w:jc w:val="center"/>
      </w:trPr>
      <w:tc>
        <w:tcPr>
          <w:tcW w:w="5669" w:type="dxa"/>
          <w:tcMar>
            <w:top w:w="60" w:type="dxa"/>
            <w:left w:w="70" w:type="dxa"/>
            <w:bottom w:w="60" w:type="dxa"/>
            <w:right w:w="70" w:type="dxa"/>
          </w:tcMar>
          <w:vAlign w:val="center"/>
        </w:tcPr>
        <w:p w14:paraId="066B1CB7" w14:textId="77777777" w:rsidR="004011CE" w:rsidRPr="002D650B" w:rsidRDefault="00000000">
          <w:pPr>
            <w:spacing w:after="0" w:line="240" w:lineRule="auto"/>
            <w:rPr>
              <w:noProof/>
              <w:lang w:val="ro-RO"/>
            </w:rPr>
          </w:pPr>
          <w:r w:rsidRPr="002D650B">
            <w:rPr>
              <w:rFonts w:eastAsia="Arial"/>
              <w:noProof/>
              <w:color w:val="666666"/>
              <w:sz w:val="14"/>
              <w:lang w:val="ro-RO"/>
            </w:rPr>
            <w:t>CERTIFY  |  Calitate. Încredere. Performanță.</w:t>
          </w:r>
        </w:p>
      </w:tc>
      <w:tc>
        <w:tcPr>
          <w:tcW w:w="6236" w:type="dxa"/>
          <w:tcMar>
            <w:top w:w="60" w:type="dxa"/>
            <w:left w:w="70" w:type="dxa"/>
            <w:bottom w:w="60" w:type="dxa"/>
            <w:right w:w="70" w:type="dxa"/>
          </w:tcMar>
          <w:vAlign w:val="center"/>
        </w:tcPr>
        <w:p w14:paraId="563954A6" w14:textId="77777777" w:rsidR="004011CE" w:rsidRPr="002D650B" w:rsidRDefault="00000000">
          <w:pPr>
            <w:spacing w:after="0" w:line="240" w:lineRule="auto"/>
            <w:jc w:val="center"/>
            <w:rPr>
              <w:noProof/>
              <w:lang w:val="ro-RO"/>
            </w:rPr>
          </w:pPr>
          <w:r w:rsidRPr="002D650B">
            <w:rPr>
              <w:rFonts w:eastAsia="Arial"/>
              <w:noProof/>
              <w:color w:val="666666"/>
              <w:sz w:val="14"/>
              <w:lang w:val="ro-RO"/>
            </w:rPr>
            <w:t>ISO 13485:2016</w:t>
          </w:r>
        </w:p>
      </w:tc>
      <w:tc>
        <w:tcPr>
          <w:tcW w:w="1757" w:type="dxa"/>
        </w:tcPr>
        <w:p w14:paraId="707138AC" w14:textId="77777777" w:rsidR="004011CE" w:rsidRPr="002D650B" w:rsidRDefault="00000000">
          <w:pPr>
            <w:jc w:val="right"/>
            <w:rPr>
              <w:noProof/>
              <w:lang w:val="ro-RO"/>
            </w:rPr>
          </w:pPr>
          <w:r w:rsidRPr="002D650B">
            <w:rPr>
              <w:rFonts w:eastAsia="Arial"/>
              <w:noProof/>
              <w:color w:val="666666"/>
              <w:sz w:val="14"/>
              <w:lang w:val="ro-RO"/>
            </w:rPr>
            <w:t xml:space="preserve">Pagina </w:t>
          </w:r>
          <w:r w:rsidRPr="002D650B">
            <w:rPr>
              <w:noProof/>
              <w:lang w:val="ro-RO"/>
            </w:rPr>
            <w:fldChar w:fldCharType="begin"/>
          </w:r>
          <w:r w:rsidRPr="002D650B">
            <w:rPr>
              <w:noProof/>
              <w:lang w:val="ro-RO"/>
            </w:rPr>
            <w:instrText xml:space="preserve"> PAGE </w:instrText>
          </w:r>
          <w:r w:rsidRPr="002D650B">
            <w:rPr>
              <w:noProof/>
              <w:lang w:val="ro-RO"/>
            </w:rPr>
            <w:fldChar w:fldCharType="separate"/>
          </w:r>
          <w:r w:rsidRPr="002D650B">
            <w:rPr>
              <w:noProof/>
              <w:lang w:val="ro-RO"/>
            </w:rPr>
            <w:t>1</w:t>
          </w:r>
          <w:r w:rsidRPr="002D650B">
            <w:rPr>
              <w:noProof/>
              <w:lang w:val="ro-RO"/>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E54B" w14:textId="77777777" w:rsidR="004011CE" w:rsidRPr="002D650B" w:rsidRDefault="004011CE">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4011CE" w:rsidRPr="002D650B" w14:paraId="680902F5" w14:textId="77777777">
      <w:trPr>
        <w:jc w:val="center"/>
      </w:trPr>
      <w:tc>
        <w:tcPr>
          <w:tcW w:w="3968" w:type="dxa"/>
          <w:tcMar>
            <w:top w:w="60" w:type="dxa"/>
            <w:left w:w="70" w:type="dxa"/>
            <w:bottom w:w="60" w:type="dxa"/>
            <w:right w:w="70" w:type="dxa"/>
          </w:tcMar>
          <w:vAlign w:val="center"/>
        </w:tcPr>
        <w:p w14:paraId="5C4F35F3" w14:textId="77777777" w:rsidR="004011CE" w:rsidRPr="002D650B" w:rsidRDefault="00000000">
          <w:pPr>
            <w:spacing w:after="0" w:line="240" w:lineRule="auto"/>
            <w:rPr>
              <w:noProof/>
              <w:lang w:val="ro-RO"/>
            </w:rPr>
          </w:pPr>
          <w:r w:rsidRPr="002D650B">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65D5A4F5" w14:textId="77777777" w:rsidR="004011CE" w:rsidRPr="002D650B" w:rsidRDefault="00000000">
          <w:pPr>
            <w:spacing w:after="0" w:line="240" w:lineRule="auto"/>
            <w:jc w:val="center"/>
            <w:rPr>
              <w:noProof/>
              <w:lang w:val="ro-RO"/>
            </w:rPr>
          </w:pPr>
          <w:r w:rsidRPr="002D650B">
            <w:rPr>
              <w:rFonts w:eastAsia="Arial"/>
              <w:noProof/>
              <w:color w:val="666666"/>
              <w:sz w:val="14"/>
              <w:lang w:val="ro-RO"/>
            </w:rPr>
            <w:t>ISO 13485:2016</w:t>
          </w:r>
        </w:p>
      </w:tc>
      <w:tc>
        <w:tcPr>
          <w:tcW w:w="1360" w:type="dxa"/>
        </w:tcPr>
        <w:p w14:paraId="50264A9B" w14:textId="77777777" w:rsidR="004011CE" w:rsidRPr="002D650B" w:rsidRDefault="00000000">
          <w:pPr>
            <w:jc w:val="right"/>
            <w:rPr>
              <w:noProof/>
              <w:lang w:val="ro-RO"/>
            </w:rPr>
          </w:pPr>
          <w:r w:rsidRPr="002D650B">
            <w:rPr>
              <w:rFonts w:eastAsia="Arial"/>
              <w:noProof/>
              <w:color w:val="666666"/>
              <w:sz w:val="14"/>
              <w:lang w:val="ro-RO"/>
            </w:rPr>
            <w:t xml:space="preserve">Pagina </w:t>
          </w:r>
          <w:r w:rsidRPr="002D650B">
            <w:rPr>
              <w:noProof/>
              <w:lang w:val="ro-RO"/>
            </w:rPr>
            <w:fldChar w:fldCharType="begin"/>
          </w:r>
          <w:r w:rsidRPr="002D650B">
            <w:rPr>
              <w:noProof/>
              <w:lang w:val="ro-RO"/>
            </w:rPr>
            <w:instrText xml:space="preserve"> PAGE </w:instrText>
          </w:r>
          <w:r w:rsidRPr="002D650B">
            <w:rPr>
              <w:noProof/>
              <w:lang w:val="ro-RO"/>
            </w:rPr>
            <w:fldChar w:fldCharType="separate"/>
          </w:r>
          <w:r w:rsidRPr="002D650B">
            <w:rPr>
              <w:noProof/>
              <w:lang w:val="ro-RO"/>
            </w:rPr>
            <w:t>1</w:t>
          </w:r>
          <w:r w:rsidRPr="002D650B">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5B98" w14:textId="77777777" w:rsidR="00730ECD" w:rsidRDefault="00730ECD">
      <w:pPr>
        <w:spacing w:after="0" w:line="240" w:lineRule="auto"/>
      </w:pPr>
      <w:r>
        <w:separator/>
      </w:r>
    </w:p>
  </w:footnote>
  <w:footnote w:type="continuationSeparator" w:id="0">
    <w:p w14:paraId="2D6D67A9" w14:textId="77777777" w:rsidR="00730ECD" w:rsidRDefault="00730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4418" w14:textId="0397B886" w:rsidR="004011CE" w:rsidRPr="002D650B" w:rsidRDefault="00000000">
    <w:pPr>
      <w:pStyle w:val="Header"/>
      <w:pBdr>
        <w:bottom w:val="single" w:sz="8" w:space="4" w:color="D71920"/>
      </w:pBdr>
      <w:rPr>
        <w:noProof/>
        <w:lang w:val="ro-RO"/>
      </w:rPr>
    </w:pPr>
    <w:r w:rsidRPr="002D650B">
      <w:rPr>
        <w:rFonts w:eastAsia="Arial"/>
        <w:b/>
        <w:noProof/>
        <w:color w:val="D71920"/>
        <w:sz w:val="21"/>
        <w:lang w:val="ro-RO"/>
      </w:rPr>
      <w:t>C</w:t>
    </w:r>
    <w:r w:rsidR="002D650B">
      <w:rPr>
        <w:rFonts w:eastAsia="Arial"/>
        <w:b/>
        <w:noProof/>
        <w:color w:val="D71920"/>
        <w:sz w:val="21"/>
        <w:lang w:val="ro-RO"/>
      </w:rPr>
      <w:t>ertify</w:t>
    </w:r>
    <w:r w:rsidRPr="002D650B">
      <w:rPr>
        <w:rFonts w:eastAsia="Arial"/>
        <w:noProof/>
        <w:color w:val="666666"/>
        <w:sz w:val="16"/>
        <w:lang w:val="ro-RO"/>
      </w:rPr>
      <w:t xml:space="preserve">  |  CHECKLIST IMPLEMENTARE ISO 13485:2016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D1B0" w14:textId="15C15B75" w:rsidR="004011CE" w:rsidRPr="002D650B" w:rsidRDefault="00000000">
    <w:pPr>
      <w:pStyle w:val="Header"/>
      <w:pBdr>
        <w:bottom w:val="single" w:sz="8" w:space="4" w:color="D71920"/>
      </w:pBdr>
      <w:rPr>
        <w:noProof/>
        <w:lang w:val="ro-RO"/>
      </w:rPr>
    </w:pPr>
    <w:r w:rsidRPr="002D650B">
      <w:rPr>
        <w:rFonts w:eastAsia="Arial"/>
        <w:b/>
        <w:noProof/>
        <w:color w:val="D71920"/>
        <w:sz w:val="21"/>
        <w:lang w:val="ro-RO"/>
      </w:rPr>
      <w:t>C</w:t>
    </w:r>
    <w:r w:rsidR="002D650B">
      <w:rPr>
        <w:rFonts w:eastAsia="Arial"/>
        <w:b/>
        <w:noProof/>
        <w:color w:val="D71920"/>
        <w:sz w:val="21"/>
        <w:lang w:val="ro-RO"/>
      </w:rPr>
      <w:t>ertify</w:t>
    </w:r>
    <w:r w:rsidRPr="002D650B">
      <w:rPr>
        <w:rFonts w:eastAsia="Arial"/>
        <w:noProof/>
        <w:color w:val="666666"/>
        <w:sz w:val="16"/>
        <w:lang w:val="ro-RO"/>
      </w:rPr>
      <w:t xml:space="preserve">  |  CHECKLIST IMPLEMENTARE ISO 13485:2016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5B65" w14:textId="77777777" w:rsidR="004011CE" w:rsidRDefault="00000000">
    <w:pPr>
      <w:pStyle w:val="Header"/>
      <w:pBdr>
        <w:bottom w:val="single" w:sz="8" w:space="4" w:color="D71920"/>
      </w:pBdr>
    </w:pPr>
    <w:proofErr w:type="gramStart"/>
    <w:r>
      <w:rPr>
        <w:rFonts w:eastAsia="Arial"/>
        <w:b/>
        <w:color w:val="D71920"/>
        <w:sz w:val="21"/>
      </w:rPr>
      <w:t>CERTIFY</w:t>
    </w:r>
    <w:r>
      <w:rPr>
        <w:rFonts w:eastAsia="Arial"/>
        <w:color w:val="666666"/>
        <w:sz w:val="16"/>
      </w:rPr>
      <w:t xml:space="preserve">  |</w:t>
    </w:r>
    <w:proofErr w:type="gramEnd"/>
    <w:r>
      <w:rPr>
        <w:rFonts w:eastAsia="Arial"/>
        <w:color w:val="666666"/>
        <w:sz w:val="16"/>
      </w:rPr>
      <w:t xml:space="preserve">  CHECKLIST IMPLEMENTARE ISO 13485:2016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2969938">
    <w:abstractNumId w:val="8"/>
  </w:num>
  <w:num w:numId="2" w16cid:durableId="1097018810">
    <w:abstractNumId w:val="6"/>
  </w:num>
  <w:num w:numId="3" w16cid:durableId="878325919">
    <w:abstractNumId w:val="5"/>
  </w:num>
  <w:num w:numId="4" w16cid:durableId="354430605">
    <w:abstractNumId w:val="4"/>
  </w:num>
  <w:num w:numId="5" w16cid:durableId="1462725704">
    <w:abstractNumId w:val="7"/>
  </w:num>
  <w:num w:numId="6" w16cid:durableId="1107850444">
    <w:abstractNumId w:val="3"/>
  </w:num>
  <w:num w:numId="7" w16cid:durableId="1890724030">
    <w:abstractNumId w:val="2"/>
  </w:num>
  <w:num w:numId="8" w16cid:durableId="1032267574">
    <w:abstractNumId w:val="1"/>
  </w:num>
  <w:num w:numId="9" w16cid:durableId="174286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650B"/>
    <w:rsid w:val="00326F90"/>
    <w:rsid w:val="004011CE"/>
    <w:rsid w:val="00730ECD"/>
    <w:rsid w:val="0078756C"/>
    <w:rsid w:val="00AA1D8D"/>
    <w:rsid w:val="00B47730"/>
    <w:rsid w:val="00CB0664"/>
    <w:rsid w:val="00ED4E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E69D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3"/>
      <w:szCs w:val="26"/>
    </w:rPr>
  </w:style>
  <w:style w:type="paragraph" w:styleId="Heading3">
    <w:name w:val="heading 3"/>
    <w:basedOn w:val="Normal"/>
    <w:next w:val="Normal"/>
    <w:link w:val="Heading3Char"/>
    <w:uiPriority w:val="9"/>
    <w:unhideWhenUsed/>
    <w:qFormat/>
    <w:rsid w:val="00FC693F"/>
    <w:pPr>
      <w:keepNext/>
      <w:keepLines/>
      <w:spacing w:before="120"/>
      <w:outlineLvl w:val="2"/>
    </w:pPr>
    <w:rPr>
      <w:rFonts w:asciiTheme="majorHAnsi" w:eastAsiaTheme="majorEastAsia" w:hAnsiTheme="majorHAnsi" w:cstheme="majorBidi"/>
      <w:b/>
      <w:bCs/>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D719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5507</Words>
  <Characters>31396</Characters>
  <Application>Microsoft Office Word</Application>
  <DocSecurity>0</DocSecurity>
  <Lines>261</Lines>
  <Paragraphs>73</Paragraphs>
  <ScaleCrop>false</ScaleCrop>
  <Manager/>
  <Company/>
  <LinksUpToDate>false</LinksUpToDate>
  <CharactersWithSpaces>36830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2026-07-24T09:44:00Z</dcterms:created>
  <dcterms:modified xsi:type="dcterms:W3CDTF">2026-07-24T09:44:00Z</dcterms:modified>
  <cp:category/>
</cp:coreProperties>
</file>