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521543" w14:textId="77777777" w:rsidR="00807297" w:rsidRPr="001A1B66" w:rsidRDefault="00000000">
      <w:pPr>
        <w:spacing w:after="400"/>
        <w:rPr>
          <w:noProof/>
          <w:lang w:val="ro-RO"/>
        </w:rPr>
      </w:pPr>
      <w:r w:rsidRPr="001A1B66">
        <w:rPr>
          <w:b/>
          <w:noProof/>
          <w:color w:val="D71920"/>
          <w:sz w:val="20"/>
          <w:lang w:val="ro-RO"/>
        </w:rPr>
        <w:t>CERTIFY  |  RESURSE PRACTICE ISO</w:t>
      </w:r>
    </w:p>
    <w:tbl>
      <w:tblPr>
        <w:tblW w:w="0" w:type="auto"/>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tblGrid>
      <w:tr w:rsidR="00807297" w:rsidRPr="001A1B66" w14:paraId="40AAC859" w14:textId="77777777">
        <w:tc>
          <w:tcPr>
            <w:tcW w:w="2381" w:type="dxa"/>
            <w:shd w:val="clear" w:color="auto" w:fill="D71920"/>
            <w:tcMar>
              <w:top w:w="75" w:type="dxa"/>
              <w:left w:w="85" w:type="dxa"/>
              <w:bottom w:w="75" w:type="dxa"/>
              <w:right w:w="85" w:type="dxa"/>
            </w:tcMar>
            <w:vAlign w:val="center"/>
          </w:tcPr>
          <w:p w14:paraId="5E06A9BE" w14:textId="77777777" w:rsidR="00807297" w:rsidRPr="001A1B66" w:rsidRDefault="00000000">
            <w:pPr>
              <w:spacing w:after="0" w:line="240" w:lineRule="auto"/>
              <w:jc w:val="center"/>
              <w:rPr>
                <w:noProof/>
                <w:lang w:val="ro-RO"/>
              </w:rPr>
            </w:pPr>
            <w:r w:rsidRPr="001A1B66">
              <w:rPr>
                <w:b/>
                <w:noProof/>
                <w:color w:val="FFFFFF"/>
                <w:sz w:val="22"/>
                <w:lang w:val="ro-RO"/>
              </w:rPr>
              <w:t>MODEL</w:t>
            </w:r>
          </w:p>
        </w:tc>
      </w:tr>
    </w:tbl>
    <w:p w14:paraId="72D4CE81" w14:textId="77777777" w:rsidR="00807297" w:rsidRPr="001A1B66" w:rsidRDefault="00807297">
      <w:pPr>
        <w:spacing w:after="120"/>
        <w:rPr>
          <w:noProof/>
          <w:lang w:val="ro-RO"/>
        </w:rPr>
      </w:pPr>
    </w:p>
    <w:p w14:paraId="69031256" w14:textId="77777777" w:rsidR="00807297" w:rsidRPr="001A1B66" w:rsidRDefault="00000000">
      <w:pPr>
        <w:spacing w:after="40"/>
        <w:rPr>
          <w:noProof/>
          <w:lang w:val="ro-RO"/>
        </w:rPr>
      </w:pPr>
      <w:r w:rsidRPr="001A1B66">
        <w:rPr>
          <w:b/>
          <w:noProof/>
          <w:sz w:val="56"/>
          <w:lang w:val="ro-RO"/>
        </w:rPr>
        <w:t>Obiective pentru siguranța alimentelor</w:t>
      </w:r>
    </w:p>
    <w:p w14:paraId="35E3679A" w14:textId="77777777" w:rsidR="00807297" w:rsidRPr="001A1B66" w:rsidRDefault="00000000">
      <w:pPr>
        <w:spacing w:after="140"/>
        <w:rPr>
          <w:noProof/>
          <w:lang w:val="ro-RO"/>
        </w:rPr>
      </w:pPr>
      <w:r w:rsidRPr="001A1B66">
        <w:rPr>
          <w:b/>
          <w:noProof/>
          <w:color w:val="D71920"/>
          <w:sz w:val="64"/>
          <w:lang w:val="ro-RO"/>
        </w:rPr>
        <w:t>ISO 22000</w:t>
      </w:r>
    </w:p>
    <w:p w14:paraId="700A4A2C" w14:textId="77777777" w:rsidR="00807297" w:rsidRPr="001A1B66" w:rsidRDefault="00000000">
      <w:pPr>
        <w:spacing w:after="320"/>
        <w:rPr>
          <w:noProof/>
          <w:lang w:val="ro-RO"/>
        </w:rPr>
      </w:pPr>
      <w:r w:rsidRPr="001A1B66">
        <w:rPr>
          <w:noProof/>
          <w:color w:val="666666"/>
          <w:sz w:val="26"/>
          <w:lang w:val="ro-RO"/>
        </w:rPr>
        <w:t>Instrument complet pentru selectare, formulare, planificare, monitorizare și evaluare</w:t>
      </w:r>
    </w:p>
    <w:p w14:paraId="55CC61E9" w14:textId="77777777" w:rsidR="00807297" w:rsidRPr="001A1B66" w:rsidRDefault="00807297">
      <w:pPr>
        <w:pBdr>
          <w:bottom w:val="single" w:sz="18" w:space="1" w:color="D71920"/>
        </w:pBdr>
        <w:spacing w:after="120"/>
        <w:rPr>
          <w:noProof/>
          <w:lang w:val="ro-RO"/>
        </w:rPr>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2721"/>
        <w:gridCol w:w="7200"/>
      </w:tblGrid>
      <w:tr w:rsidR="00807297" w:rsidRPr="001A1B66" w14:paraId="79E206BB" w14:textId="77777777">
        <w:trPr>
          <w:jc w:val="center"/>
        </w:trPr>
        <w:tc>
          <w:tcPr>
            <w:tcW w:w="2721" w:type="dxa"/>
            <w:shd w:val="clear" w:color="auto" w:fill="F3F4F5"/>
            <w:tcMar>
              <w:top w:w="75" w:type="dxa"/>
              <w:left w:w="85" w:type="dxa"/>
              <w:bottom w:w="75" w:type="dxa"/>
              <w:right w:w="85" w:type="dxa"/>
            </w:tcMar>
            <w:vAlign w:val="center"/>
          </w:tcPr>
          <w:p w14:paraId="1CD4FF17" w14:textId="77777777" w:rsidR="00807297" w:rsidRPr="001A1B66" w:rsidRDefault="00000000">
            <w:pPr>
              <w:spacing w:after="0" w:line="240" w:lineRule="auto"/>
              <w:rPr>
                <w:noProof/>
                <w:lang w:val="ro-RO"/>
              </w:rPr>
            </w:pPr>
            <w:r w:rsidRPr="001A1B66">
              <w:rPr>
                <w:b/>
                <w:noProof/>
                <w:sz w:val="16"/>
                <w:lang w:val="ro-RO"/>
              </w:rPr>
              <w:t>BAZĂ DE LUCRU</w:t>
            </w:r>
          </w:p>
        </w:tc>
        <w:tc>
          <w:tcPr>
            <w:tcW w:w="7200" w:type="dxa"/>
            <w:shd w:val="clear" w:color="auto" w:fill="FFFFFF"/>
            <w:tcMar>
              <w:top w:w="75" w:type="dxa"/>
              <w:left w:w="85" w:type="dxa"/>
              <w:bottom w:w="75" w:type="dxa"/>
              <w:right w:w="85" w:type="dxa"/>
            </w:tcMar>
            <w:vAlign w:val="center"/>
          </w:tcPr>
          <w:p w14:paraId="324AC7DC" w14:textId="77777777" w:rsidR="00807297" w:rsidRPr="001A1B66" w:rsidRDefault="00000000">
            <w:pPr>
              <w:spacing w:after="0" w:line="240" w:lineRule="auto"/>
              <w:rPr>
                <w:noProof/>
                <w:lang w:val="ro-RO"/>
              </w:rPr>
            </w:pPr>
            <w:r w:rsidRPr="001A1B66">
              <w:rPr>
                <w:noProof/>
                <w:lang w:val="ro-RO"/>
              </w:rPr>
              <w:t>ISO 22000:2018 + ISO 22000:2018/Amd 1:2024</w:t>
            </w:r>
          </w:p>
        </w:tc>
      </w:tr>
      <w:tr w:rsidR="00807297" w:rsidRPr="00696259" w14:paraId="6D2507DE" w14:textId="77777777">
        <w:trPr>
          <w:jc w:val="center"/>
        </w:trPr>
        <w:tc>
          <w:tcPr>
            <w:tcW w:w="2721" w:type="dxa"/>
            <w:shd w:val="clear" w:color="auto" w:fill="F3F4F5"/>
            <w:tcMar>
              <w:top w:w="75" w:type="dxa"/>
              <w:left w:w="85" w:type="dxa"/>
              <w:bottom w:w="75" w:type="dxa"/>
              <w:right w:w="85" w:type="dxa"/>
            </w:tcMar>
            <w:vAlign w:val="center"/>
          </w:tcPr>
          <w:p w14:paraId="6F291C88" w14:textId="77777777" w:rsidR="00807297" w:rsidRPr="001A1B66" w:rsidRDefault="00000000">
            <w:pPr>
              <w:spacing w:after="0" w:line="240" w:lineRule="auto"/>
              <w:rPr>
                <w:noProof/>
                <w:lang w:val="ro-RO"/>
              </w:rPr>
            </w:pPr>
            <w:r w:rsidRPr="001A1B66">
              <w:rPr>
                <w:b/>
                <w:noProof/>
                <w:sz w:val="16"/>
                <w:lang w:val="ro-RO"/>
              </w:rPr>
              <w:t>UTILIZARE</w:t>
            </w:r>
          </w:p>
        </w:tc>
        <w:tc>
          <w:tcPr>
            <w:tcW w:w="7200" w:type="dxa"/>
            <w:shd w:val="clear" w:color="auto" w:fill="FFFFFF"/>
            <w:tcMar>
              <w:top w:w="75" w:type="dxa"/>
              <w:left w:w="85" w:type="dxa"/>
              <w:bottom w:w="75" w:type="dxa"/>
              <w:right w:w="85" w:type="dxa"/>
            </w:tcMar>
            <w:vAlign w:val="center"/>
          </w:tcPr>
          <w:p w14:paraId="17387D21" w14:textId="77777777" w:rsidR="00807297" w:rsidRPr="001A1B66" w:rsidRDefault="00000000">
            <w:pPr>
              <w:spacing w:after="0" w:line="240" w:lineRule="auto"/>
              <w:rPr>
                <w:noProof/>
                <w:lang w:val="ro-RO"/>
              </w:rPr>
            </w:pPr>
            <w:r w:rsidRPr="001A1B66">
              <w:rPr>
                <w:noProof/>
                <w:lang w:val="ro-RO"/>
              </w:rPr>
              <w:t>Organizații din orice industrie și de orice dimensiune</w:t>
            </w:r>
          </w:p>
        </w:tc>
      </w:tr>
      <w:tr w:rsidR="00807297" w:rsidRPr="00696259" w14:paraId="4912A9D2" w14:textId="77777777">
        <w:trPr>
          <w:jc w:val="center"/>
        </w:trPr>
        <w:tc>
          <w:tcPr>
            <w:tcW w:w="2721" w:type="dxa"/>
            <w:shd w:val="clear" w:color="auto" w:fill="F3F4F5"/>
            <w:tcMar>
              <w:top w:w="75" w:type="dxa"/>
              <w:left w:w="85" w:type="dxa"/>
              <w:bottom w:w="75" w:type="dxa"/>
              <w:right w:w="85" w:type="dxa"/>
            </w:tcMar>
            <w:vAlign w:val="center"/>
          </w:tcPr>
          <w:p w14:paraId="40ABC849" w14:textId="77777777" w:rsidR="00807297" w:rsidRPr="001A1B66" w:rsidRDefault="00000000">
            <w:pPr>
              <w:spacing w:after="0" w:line="240" w:lineRule="auto"/>
              <w:rPr>
                <w:noProof/>
                <w:lang w:val="ro-RO"/>
              </w:rPr>
            </w:pPr>
            <w:r w:rsidRPr="001A1B66">
              <w:rPr>
                <w:b/>
                <w:noProof/>
                <w:sz w:val="16"/>
                <w:lang w:val="ro-RO"/>
              </w:rPr>
              <w:t>CONȚINUT</w:t>
            </w:r>
          </w:p>
        </w:tc>
        <w:tc>
          <w:tcPr>
            <w:tcW w:w="7200" w:type="dxa"/>
            <w:shd w:val="clear" w:color="auto" w:fill="FFFFFF"/>
            <w:tcMar>
              <w:top w:w="75" w:type="dxa"/>
              <w:left w:w="85" w:type="dxa"/>
              <w:bottom w:w="75" w:type="dxa"/>
              <w:right w:w="85" w:type="dxa"/>
            </w:tcMar>
            <w:vAlign w:val="center"/>
          </w:tcPr>
          <w:p w14:paraId="192F5D15" w14:textId="77777777" w:rsidR="00807297" w:rsidRPr="001A1B66" w:rsidRDefault="00000000">
            <w:pPr>
              <w:spacing w:after="0" w:line="240" w:lineRule="auto"/>
              <w:rPr>
                <w:noProof/>
                <w:lang w:val="ro-RO"/>
              </w:rPr>
            </w:pPr>
            <w:r w:rsidRPr="001A1B66">
              <w:rPr>
                <w:noProof/>
                <w:lang w:val="ro-RO"/>
              </w:rPr>
              <w:t>Model necompletat + exemplu completat + bibliotecă de obiective și KPI</w:t>
            </w:r>
          </w:p>
        </w:tc>
      </w:tr>
      <w:tr w:rsidR="00807297" w:rsidRPr="001A1B66" w14:paraId="0624C304" w14:textId="77777777">
        <w:trPr>
          <w:jc w:val="center"/>
        </w:trPr>
        <w:tc>
          <w:tcPr>
            <w:tcW w:w="2721" w:type="dxa"/>
            <w:shd w:val="clear" w:color="auto" w:fill="F3F4F5"/>
            <w:tcMar>
              <w:top w:w="75" w:type="dxa"/>
              <w:left w:w="85" w:type="dxa"/>
              <w:bottom w:w="75" w:type="dxa"/>
              <w:right w:w="85" w:type="dxa"/>
            </w:tcMar>
            <w:vAlign w:val="center"/>
          </w:tcPr>
          <w:p w14:paraId="6C09CA28" w14:textId="77777777" w:rsidR="00807297" w:rsidRPr="001A1B66" w:rsidRDefault="00000000">
            <w:pPr>
              <w:spacing w:after="0" w:line="240" w:lineRule="auto"/>
              <w:rPr>
                <w:noProof/>
                <w:lang w:val="ro-RO"/>
              </w:rPr>
            </w:pPr>
            <w:r w:rsidRPr="001A1B66">
              <w:rPr>
                <w:b/>
                <w:noProof/>
                <w:sz w:val="16"/>
                <w:lang w:val="ro-RO"/>
              </w:rPr>
              <w:t>EDIȚIE DOCUMENT</w:t>
            </w:r>
          </w:p>
        </w:tc>
        <w:tc>
          <w:tcPr>
            <w:tcW w:w="7200" w:type="dxa"/>
            <w:shd w:val="clear" w:color="auto" w:fill="FFFFFF"/>
            <w:tcMar>
              <w:top w:w="75" w:type="dxa"/>
              <w:left w:w="85" w:type="dxa"/>
              <w:bottom w:w="75" w:type="dxa"/>
              <w:right w:w="85" w:type="dxa"/>
            </w:tcMar>
            <w:vAlign w:val="center"/>
          </w:tcPr>
          <w:p w14:paraId="4E9D5DD0" w14:textId="77777777" w:rsidR="00807297" w:rsidRPr="001A1B66" w:rsidRDefault="00000000">
            <w:pPr>
              <w:spacing w:after="0" w:line="240" w:lineRule="auto"/>
              <w:rPr>
                <w:noProof/>
                <w:lang w:val="ro-RO"/>
              </w:rPr>
            </w:pPr>
            <w:r w:rsidRPr="001A1B66">
              <w:rPr>
                <w:noProof/>
                <w:lang w:val="ro-RO"/>
              </w:rPr>
              <w:t>Certify | iulie 2026</w:t>
            </w:r>
          </w:p>
        </w:tc>
      </w:tr>
    </w:tbl>
    <w:p w14:paraId="4B5A2ABF" w14:textId="77777777" w:rsidR="00807297" w:rsidRPr="001A1B66" w:rsidRDefault="00807297">
      <w:pPr>
        <w:spacing w:after="160"/>
        <w:rPr>
          <w:noProof/>
          <w:lang w:val="ro-RO"/>
        </w:rPr>
      </w:pPr>
    </w:p>
    <w:tbl>
      <w:tblPr>
        <w:tblW w:w="0" w:type="auto"/>
        <w:jc w:val="center"/>
        <w:tblBorders>
          <w:top w:val="single" w:sz="0" w:space="0" w:color="FCEBEC"/>
          <w:left w:val="single" w:sz="0" w:space="0" w:color="FCEBEC"/>
          <w:bottom w:val="single" w:sz="0" w:space="0" w:color="FCEBEC"/>
          <w:right w:val="single" w:sz="0" w:space="0" w:color="FCEBEC"/>
          <w:insideH w:val="single" w:sz="0" w:space="0" w:color="FCEBEC"/>
          <w:insideV w:val="single" w:sz="0" w:space="0" w:color="FCEBEC"/>
        </w:tblBorders>
        <w:tblLayout w:type="fixed"/>
        <w:tblLook w:val="04A0" w:firstRow="1" w:lastRow="0" w:firstColumn="1" w:lastColumn="0" w:noHBand="0" w:noVBand="1"/>
      </w:tblPr>
      <w:tblGrid>
        <w:gridCol w:w="567"/>
        <w:gridCol w:w="9354"/>
      </w:tblGrid>
      <w:tr w:rsidR="00807297" w:rsidRPr="00696259" w14:paraId="094CF496" w14:textId="77777777">
        <w:trPr>
          <w:cantSplit/>
          <w:jc w:val="center"/>
        </w:trPr>
        <w:tc>
          <w:tcPr>
            <w:tcW w:w="567" w:type="dxa"/>
            <w:shd w:val="clear" w:color="auto" w:fill="D71920"/>
            <w:tcMar>
              <w:top w:w="75" w:type="dxa"/>
              <w:left w:w="85" w:type="dxa"/>
              <w:bottom w:w="75" w:type="dxa"/>
              <w:right w:w="85" w:type="dxa"/>
            </w:tcMar>
            <w:vAlign w:val="center"/>
          </w:tcPr>
          <w:p w14:paraId="5D26C75D" w14:textId="77777777" w:rsidR="00807297" w:rsidRPr="001A1B66" w:rsidRDefault="00000000">
            <w:pPr>
              <w:spacing w:after="0" w:line="240" w:lineRule="auto"/>
              <w:jc w:val="center"/>
              <w:rPr>
                <w:noProof/>
                <w:lang w:val="ro-RO"/>
              </w:rPr>
            </w:pPr>
            <w:r w:rsidRPr="001A1B66">
              <w:rPr>
                <w:b/>
                <w:noProof/>
                <w:color w:val="FFFFFF"/>
                <w:sz w:val="30"/>
                <w:lang w:val="ro-RO"/>
              </w:rPr>
              <w:t>i</w:t>
            </w:r>
          </w:p>
        </w:tc>
        <w:tc>
          <w:tcPr>
            <w:tcW w:w="9354" w:type="dxa"/>
            <w:shd w:val="clear" w:color="auto" w:fill="FCEBEC"/>
          </w:tcPr>
          <w:p w14:paraId="33BB1CCB" w14:textId="77777777" w:rsidR="00807297" w:rsidRPr="001A1B66" w:rsidRDefault="00000000">
            <w:pPr>
              <w:spacing w:after="40"/>
              <w:rPr>
                <w:noProof/>
                <w:lang w:val="ro-RO"/>
              </w:rPr>
            </w:pPr>
            <w:r w:rsidRPr="001A1B66">
              <w:rPr>
                <w:b/>
                <w:noProof/>
                <w:color w:val="D71920"/>
                <w:lang w:val="ro-RO"/>
              </w:rPr>
              <w:t>DOCUMENT ADAPTABIL</w:t>
            </w:r>
          </w:p>
          <w:p w14:paraId="2C4C61B4" w14:textId="77777777" w:rsidR="00807297" w:rsidRPr="001A1B66" w:rsidRDefault="00000000">
            <w:pPr>
              <w:spacing w:after="0" w:line="252" w:lineRule="auto"/>
              <w:rPr>
                <w:noProof/>
                <w:lang w:val="ro-RO"/>
              </w:rPr>
            </w:pPr>
            <w:r w:rsidRPr="001A1B66">
              <w:rPr>
                <w:noProof/>
                <w:sz w:val="17"/>
                <w:lang w:val="ro-RO"/>
              </w:rPr>
              <w:t>Exemplele și țintele sunt orientative. Organizația trebuie să aleagă obiective relevante pentru politica de siguranță a alimentelor, pericolele semnificative, PRP, OPRP și CCP, cerințele legale și ale clienților, performanța furnizorilor și cultura siguranței alimentelor. Nicio țintă nu justifică acceptarea unui produs nesigur sau abaterea de la limitele și criteriile de control stabilite.</w:t>
            </w:r>
          </w:p>
        </w:tc>
      </w:tr>
    </w:tbl>
    <w:p w14:paraId="684FC8D3" w14:textId="77777777" w:rsidR="00807297" w:rsidRPr="001A1B66" w:rsidRDefault="00807297">
      <w:pPr>
        <w:spacing w:after="0"/>
        <w:rPr>
          <w:noProof/>
          <w:lang w:val="ro-RO"/>
        </w:rPr>
      </w:pPr>
    </w:p>
    <w:p w14:paraId="1CFE09EF" w14:textId="77777777" w:rsidR="00807297" w:rsidRPr="001A1B66" w:rsidRDefault="00000000">
      <w:pPr>
        <w:rPr>
          <w:noProof/>
          <w:lang w:val="ro-RO"/>
        </w:rPr>
      </w:pPr>
      <w:r w:rsidRPr="001A1B66">
        <w:rPr>
          <w:noProof/>
          <w:lang w:val="ro-RO"/>
        </w:rPr>
        <w:br w:type="page"/>
      </w: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807297" w:rsidRPr="00696259" w14:paraId="442C769F" w14:textId="77777777">
        <w:trPr>
          <w:jc w:val="center"/>
        </w:trPr>
        <w:tc>
          <w:tcPr>
            <w:tcW w:w="1020" w:type="dxa"/>
            <w:shd w:val="clear" w:color="auto" w:fill="D71920"/>
            <w:tcMar>
              <w:top w:w="75" w:type="dxa"/>
              <w:left w:w="85" w:type="dxa"/>
              <w:bottom w:w="75" w:type="dxa"/>
              <w:right w:w="85" w:type="dxa"/>
            </w:tcMar>
            <w:vAlign w:val="center"/>
          </w:tcPr>
          <w:p w14:paraId="58CFDCB5" w14:textId="77777777" w:rsidR="00807297" w:rsidRPr="001A1B66" w:rsidRDefault="00000000">
            <w:pPr>
              <w:spacing w:after="0" w:line="240" w:lineRule="auto"/>
              <w:jc w:val="center"/>
              <w:rPr>
                <w:noProof/>
                <w:lang w:val="ro-RO"/>
              </w:rPr>
            </w:pPr>
            <w:r w:rsidRPr="001A1B66">
              <w:rPr>
                <w:b/>
                <w:noProof/>
                <w:color w:val="FFFFFF"/>
                <w:sz w:val="34"/>
                <w:lang w:val="ro-RO"/>
              </w:rPr>
              <w:lastRenderedPageBreak/>
              <w:t>1</w:t>
            </w:r>
          </w:p>
        </w:tc>
        <w:tc>
          <w:tcPr>
            <w:tcW w:w="8901" w:type="dxa"/>
            <w:shd w:val="clear" w:color="auto" w:fill="F3F4F5"/>
          </w:tcPr>
          <w:p w14:paraId="3952DF26" w14:textId="77777777" w:rsidR="00807297" w:rsidRPr="001A1B66" w:rsidRDefault="00000000">
            <w:pPr>
              <w:spacing w:after="20"/>
              <w:rPr>
                <w:noProof/>
                <w:lang w:val="ro-RO"/>
              </w:rPr>
            </w:pPr>
            <w:r w:rsidRPr="001A1B66">
              <w:rPr>
                <w:b/>
                <w:noProof/>
                <w:sz w:val="28"/>
                <w:lang w:val="ro-RO"/>
              </w:rPr>
              <w:t>Cum se utilizează modelul</w:t>
            </w:r>
          </w:p>
          <w:p w14:paraId="3B479503" w14:textId="77777777" w:rsidR="00807297" w:rsidRPr="001A1B66" w:rsidRDefault="00000000">
            <w:pPr>
              <w:spacing w:after="0"/>
              <w:rPr>
                <w:noProof/>
                <w:lang w:val="ro-RO"/>
              </w:rPr>
            </w:pPr>
            <w:r w:rsidRPr="001A1B66">
              <w:rPr>
                <w:noProof/>
                <w:color w:val="666666"/>
                <w:sz w:val="16"/>
                <w:lang w:val="ro-RO"/>
              </w:rPr>
              <w:t>De la analiza pericolelor și controlul operațional la rezultate măsurabile și produs sigur</w:t>
            </w:r>
          </w:p>
        </w:tc>
      </w:tr>
    </w:tbl>
    <w:p w14:paraId="78CF8621" w14:textId="77777777" w:rsidR="00807297" w:rsidRPr="001A1B66" w:rsidRDefault="00807297">
      <w:pPr>
        <w:spacing w:after="0"/>
        <w:rPr>
          <w:noProof/>
          <w:lang w:val="ro-RO"/>
        </w:rPr>
      </w:pPr>
    </w:p>
    <w:p w14:paraId="4C598E0F" w14:textId="77777777" w:rsidR="00807297" w:rsidRPr="001A1B66" w:rsidRDefault="00000000">
      <w:pPr>
        <w:spacing w:line="259" w:lineRule="auto"/>
        <w:rPr>
          <w:noProof/>
          <w:lang w:val="ro-RO"/>
        </w:rPr>
      </w:pPr>
      <w:r w:rsidRPr="001A1B66">
        <w:rPr>
          <w:noProof/>
          <w:lang w:val="ro-RO"/>
        </w:rPr>
        <w:t>Scop. Acest document ajută organizația să transforme prioritățile sistemului de management al siguranței alimentelor în obiective măsurabile, să planifice acțiuni și să demonstreze îmbunătățirea controlului pericolelor și a performanței SMSA.</w:t>
      </w:r>
    </w:p>
    <w:p w14:paraId="22ABA8D9" w14:textId="77777777" w:rsidR="00807297" w:rsidRPr="001A1B66" w:rsidRDefault="00000000">
      <w:pPr>
        <w:pStyle w:val="Heading2"/>
        <w:rPr>
          <w:noProof/>
          <w:lang w:val="ro-RO"/>
        </w:rPr>
      </w:pPr>
      <w:r w:rsidRPr="001A1B66">
        <w:rPr>
          <w:noProof/>
          <w:lang w:val="ro-RO"/>
        </w:rPr>
        <w:t>Flux recomandat de lucru</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850"/>
        <w:gridCol w:w="2551"/>
        <w:gridCol w:w="6520"/>
      </w:tblGrid>
      <w:tr w:rsidR="00807297" w:rsidRPr="001A1B66" w14:paraId="463CD687" w14:textId="77777777">
        <w:trPr>
          <w:tblHeader/>
          <w:jc w:val="center"/>
        </w:trPr>
        <w:tc>
          <w:tcPr>
            <w:tcW w:w="850" w:type="dxa"/>
            <w:shd w:val="clear" w:color="auto" w:fill="D71920"/>
            <w:tcMar>
              <w:top w:w="75" w:type="dxa"/>
              <w:left w:w="85" w:type="dxa"/>
              <w:bottom w:w="75" w:type="dxa"/>
              <w:right w:w="85" w:type="dxa"/>
            </w:tcMar>
            <w:vAlign w:val="center"/>
          </w:tcPr>
          <w:p w14:paraId="2E7946AE" w14:textId="77777777" w:rsidR="00807297" w:rsidRPr="001A1B66" w:rsidRDefault="00000000">
            <w:pPr>
              <w:spacing w:after="0" w:line="240" w:lineRule="auto"/>
              <w:jc w:val="center"/>
              <w:rPr>
                <w:noProof/>
                <w:lang w:val="ro-RO"/>
              </w:rPr>
            </w:pPr>
            <w:r w:rsidRPr="001A1B66">
              <w:rPr>
                <w:b/>
                <w:noProof/>
                <w:color w:val="FFFFFF"/>
                <w:sz w:val="16"/>
                <w:lang w:val="ro-RO"/>
              </w:rPr>
              <w:t>PAS</w:t>
            </w:r>
          </w:p>
        </w:tc>
        <w:tc>
          <w:tcPr>
            <w:tcW w:w="2551" w:type="dxa"/>
            <w:shd w:val="clear" w:color="auto" w:fill="D71920"/>
            <w:tcMar>
              <w:top w:w="75" w:type="dxa"/>
              <w:left w:w="85" w:type="dxa"/>
              <w:bottom w:w="75" w:type="dxa"/>
              <w:right w:w="85" w:type="dxa"/>
            </w:tcMar>
            <w:vAlign w:val="center"/>
          </w:tcPr>
          <w:p w14:paraId="7D993D60" w14:textId="77777777" w:rsidR="00807297" w:rsidRPr="001A1B66" w:rsidRDefault="00000000">
            <w:pPr>
              <w:spacing w:after="0" w:line="240" w:lineRule="auto"/>
              <w:jc w:val="center"/>
              <w:rPr>
                <w:noProof/>
                <w:lang w:val="ro-RO"/>
              </w:rPr>
            </w:pPr>
            <w:r w:rsidRPr="001A1B66">
              <w:rPr>
                <w:b/>
                <w:noProof/>
                <w:color w:val="FFFFFF"/>
                <w:sz w:val="16"/>
                <w:lang w:val="ro-RO"/>
              </w:rPr>
              <w:t>ACTIVITATE</w:t>
            </w:r>
          </w:p>
        </w:tc>
        <w:tc>
          <w:tcPr>
            <w:tcW w:w="6520" w:type="dxa"/>
            <w:shd w:val="clear" w:color="auto" w:fill="D71920"/>
            <w:tcMar>
              <w:top w:w="75" w:type="dxa"/>
              <w:left w:w="85" w:type="dxa"/>
              <w:bottom w:w="75" w:type="dxa"/>
              <w:right w:w="85" w:type="dxa"/>
            </w:tcMar>
            <w:vAlign w:val="center"/>
          </w:tcPr>
          <w:p w14:paraId="7AD4869B" w14:textId="77777777" w:rsidR="00807297" w:rsidRPr="001A1B66" w:rsidRDefault="00000000">
            <w:pPr>
              <w:spacing w:after="0" w:line="240" w:lineRule="auto"/>
              <w:jc w:val="center"/>
              <w:rPr>
                <w:noProof/>
                <w:lang w:val="ro-RO"/>
              </w:rPr>
            </w:pPr>
            <w:r w:rsidRPr="001A1B66">
              <w:rPr>
                <w:b/>
                <w:noProof/>
                <w:color w:val="FFFFFF"/>
                <w:sz w:val="16"/>
                <w:lang w:val="ro-RO"/>
              </w:rPr>
              <w:t>REZULTAT AȘTEPTAT</w:t>
            </w:r>
          </w:p>
        </w:tc>
      </w:tr>
      <w:tr w:rsidR="00807297" w:rsidRPr="00696259" w14:paraId="5FFD3E4A" w14:textId="77777777">
        <w:trPr>
          <w:cantSplit/>
          <w:jc w:val="center"/>
        </w:trPr>
        <w:tc>
          <w:tcPr>
            <w:tcW w:w="850" w:type="dxa"/>
            <w:shd w:val="clear" w:color="auto" w:fill="FFFFFF"/>
            <w:tcMar>
              <w:top w:w="75" w:type="dxa"/>
              <w:left w:w="85" w:type="dxa"/>
              <w:bottom w:w="75" w:type="dxa"/>
              <w:right w:w="85" w:type="dxa"/>
            </w:tcMar>
            <w:vAlign w:val="center"/>
          </w:tcPr>
          <w:p w14:paraId="26FEDA60" w14:textId="77777777" w:rsidR="00807297" w:rsidRPr="001A1B66" w:rsidRDefault="00000000">
            <w:pPr>
              <w:spacing w:after="0" w:line="240" w:lineRule="auto"/>
              <w:jc w:val="center"/>
              <w:rPr>
                <w:noProof/>
                <w:lang w:val="ro-RO"/>
              </w:rPr>
            </w:pPr>
            <w:r w:rsidRPr="001A1B66">
              <w:rPr>
                <w:noProof/>
                <w:sz w:val="16"/>
                <w:lang w:val="ro-RO"/>
              </w:rPr>
              <w:t>1</w:t>
            </w:r>
          </w:p>
        </w:tc>
        <w:tc>
          <w:tcPr>
            <w:tcW w:w="2551" w:type="dxa"/>
            <w:shd w:val="clear" w:color="auto" w:fill="FFFFFF"/>
            <w:tcMar>
              <w:top w:w="75" w:type="dxa"/>
              <w:left w:w="85" w:type="dxa"/>
              <w:bottom w:w="75" w:type="dxa"/>
              <w:right w:w="85" w:type="dxa"/>
            </w:tcMar>
            <w:vAlign w:val="center"/>
          </w:tcPr>
          <w:p w14:paraId="1A0C6CD8" w14:textId="77777777" w:rsidR="00807297" w:rsidRPr="001A1B66" w:rsidRDefault="00000000">
            <w:pPr>
              <w:spacing w:after="0" w:line="240" w:lineRule="auto"/>
              <w:rPr>
                <w:noProof/>
                <w:lang w:val="ro-RO"/>
              </w:rPr>
            </w:pPr>
            <w:r w:rsidRPr="001A1B66">
              <w:rPr>
                <w:noProof/>
                <w:sz w:val="16"/>
                <w:lang w:val="ro-RO"/>
              </w:rPr>
              <w:t>Selectați prioritățile</w:t>
            </w:r>
          </w:p>
        </w:tc>
        <w:tc>
          <w:tcPr>
            <w:tcW w:w="6520" w:type="dxa"/>
            <w:shd w:val="clear" w:color="auto" w:fill="FFFFFF"/>
            <w:tcMar>
              <w:top w:w="75" w:type="dxa"/>
              <w:left w:w="85" w:type="dxa"/>
              <w:bottom w:w="75" w:type="dxa"/>
              <w:right w:w="85" w:type="dxa"/>
            </w:tcMar>
            <w:vAlign w:val="center"/>
          </w:tcPr>
          <w:p w14:paraId="69B85762" w14:textId="77777777" w:rsidR="00807297" w:rsidRPr="001A1B66" w:rsidRDefault="00000000">
            <w:pPr>
              <w:spacing w:after="0" w:line="240" w:lineRule="auto"/>
              <w:rPr>
                <w:noProof/>
                <w:lang w:val="ro-RO"/>
              </w:rPr>
            </w:pPr>
            <w:r w:rsidRPr="001A1B66">
              <w:rPr>
                <w:noProof/>
                <w:sz w:val="16"/>
                <w:lang w:val="ro-RO"/>
              </w:rPr>
              <w:t>Porniți de la politica SMSA, analiza pericolelor, PRP, OPRP și CCP, verificări, neconformități, reclamații, retrageri, furnizori, cerințe legale și ale clienților, schimbări și cultura siguranței alimentelor.</w:t>
            </w:r>
          </w:p>
        </w:tc>
      </w:tr>
      <w:tr w:rsidR="00807297" w:rsidRPr="00696259" w14:paraId="250AC442" w14:textId="77777777">
        <w:trPr>
          <w:cantSplit/>
          <w:jc w:val="center"/>
        </w:trPr>
        <w:tc>
          <w:tcPr>
            <w:tcW w:w="850" w:type="dxa"/>
            <w:shd w:val="clear" w:color="auto" w:fill="FAFAFA"/>
            <w:tcMar>
              <w:top w:w="75" w:type="dxa"/>
              <w:left w:w="85" w:type="dxa"/>
              <w:bottom w:w="75" w:type="dxa"/>
              <w:right w:w="85" w:type="dxa"/>
            </w:tcMar>
            <w:vAlign w:val="center"/>
          </w:tcPr>
          <w:p w14:paraId="114B881C" w14:textId="77777777" w:rsidR="00807297" w:rsidRPr="001A1B66" w:rsidRDefault="00000000">
            <w:pPr>
              <w:spacing w:after="0" w:line="240" w:lineRule="auto"/>
              <w:jc w:val="center"/>
              <w:rPr>
                <w:noProof/>
                <w:lang w:val="ro-RO"/>
              </w:rPr>
            </w:pPr>
            <w:r w:rsidRPr="001A1B66">
              <w:rPr>
                <w:noProof/>
                <w:sz w:val="16"/>
                <w:lang w:val="ro-RO"/>
              </w:rPr>
              <w:t>2</w:t>
            </w:r>
          </w:p>
        </w:tc>
        <w:tc>
          <w:tcPr>
            <w:tcW w:w="2551" w:type="dxa"/>
            <w:shd w:val="clear" w:color="auto" w:fill="FAFAFA"/>
            <w:tcMar>
              <w:top w:w="75" w:type="dxa"/>
              <w:left w:w="85" w:type="dxa"/>
              <w:bottom w:w="75" w:type="dxa"/>
              <w:right w:w="85" w:type="dxa"/>
            </w:tcMar>
            <w:vAlign w:val="center"/>
          </w:tcPr>
          <w:p w14:paraId="19B14AE1" w14:textId="77777777" w:rsidR="00807297" w:rsidRPr="001A1B66" w:rsidRDefault="00000000">
            <w:pPr>
              <w:spacing w:after="0" w:line="240" w:lineRule="auto"/>
              <w:rPr>
                <w:noProof/>
                <w:lang w:val="ro-RO"/>
              </w:rPr>
            </w:pPr>
            <w:r w:rsidRPr="001A1B66">
              <w:rPr>
                <w:noProof/>
                <w:sz w:val="16"/>
                <w:lang w:val="ro-RO"/>
              </w:rPr>
              <w:t>Formulați obiectivul</w:t>
            </w:r>
          </w:p>
        </w:tc>
        <w:tc>
          <w:tcPr>
            <w:tcW w:w="6520" w:type="dxa"/>
            <w:shd w:val="clear" w:color="auto" w:fill="FAFAFA"/>
            <w:tcMar>
              <w:top w:w="75" w:type="dxa"/>
              <w:left w:w="85" w:type="dxa"/>
              <w:bottom w:w="75" w:type="dxa"/>
              <w:right w:w="85" w:type="dxa"/>
            </w:tcMar>
            <w:vAlign w:val="center"/>
          </w:tcPr>
          <w:p w14:paraId="41924FC3" w14:textId="77777777" w:rsidR="00807297" w:rsidRPr="001A1B66" w:rsidRDefault="00000000">
            <w:pPr>
              <w:spacing w:after="0" w:line="240" w:lineRule="auto"/>
              <w:rPr>
                <w:noProof/>
                <w:lang w:val="ro-RO"/>
              </w:rPr>
            </w:pPr>
            <w:r w:rsidRPr="001A1B66">
              <w:rPr>
                <w:noProof/>
                <w:sz w:val="16"/>
                <w:lang w:val="ro-RO"/>
              </w:rPr>
              <w:t>Precizați rezultatul, indicatorul, baza de referință, ținta, termenul și domeniul de aplicare.</w:t>
            </w:r>
          </w:p>
        </w:tc>
      </w:tr>
      <w:tr w:rsidR="00807297" w:rsidRPr="00696259" w14:paraId="1278B7BF" w14:textId="77777777">
        <w:trPr>
          <w:cantSplit/>
          <w:jc w:val="center"/>
        </w:trPr>
        <w:tc>
          <w:tcPr>
            <w:tcW w:w="850" w:type="dxa"/>
            <w:shd w:val="clear" w:color="auto" w:fill="FFFFFF"/>
            <w:tcMar>
              <w:top w:w="75" w:type="dxa"/>
              <w:left w:w="85" w:type="dxa"/>
              <w:bottom w:w="75" w:type="dxa"/>
              <w:right w:w="85" w:type="dxa"/>
            </w:tcMar>
            <w:vAlign w:val="center"/>
          </w:tcPr>
          <w:p w14:paraId="2917D857" w14:textId="77777777" w:rsidR="00807297" w:rsidRPr="001A1B66" w:rsidRDefault="00000000">
            <w:pPr>
              <w:spacing w:after="0" w:line="240" w:lineRule="auto"/>
              <w:jc w:val="center"/>
              <w:rPr>
                <w:noProof/>
                <w:lang w:val="ro-RO"/>
              </w:rPr>
            </w:pPr>
            <w:r w:rsidRPr="001A1B66">
              <w:rPr>
                <w:noProof/>
                <w:sz w:val="16"/>
                <w:lang w:val="ro-RO"/>
              </w:rPr>
              <w:t>3</w:t>
            </w:r>
          </w:p>
        </w:tc>
        <w:tc>
          <w:tcPr>
            <w:tcW w:w="2551" w:type="dxa"/>
            <w:shd w:val="clear" w:color="auto" w:fill="FFFFFF"/>
            <w:tcMar>
              <w:top w:w="75" w:type="dxa"/>
              <w:left w:w="85" w:type="dxa"/>
              <w:bottom w:w="75" w:type="dxa"/>
              <w:right w:w="85" w:type="dxa"/>
            </w:tcMar>
            <w:vAlign w:val="center"/>
          </w:tcPr>
          <w:p w14:paraId="12D35C92" w14:textId="77777777" w:rsidR="00807297" w:rsidRPr="001A1B66" w:rsidRDefault="00000000">
            <w:pPr>
              <w:spacing w:after="0" w:line="240" w:lineRule="auto"/>
              <w:rPr>
                <w:noProof/>
                <w:lang w:val="ro-RO"/>
              </w:rPr>
            </w:pPr>
            <w:r w:rsidRPr="001A1B66">
              <w:rPr>
                <w:noProof/>
                <w:sz w:val="16"/>
                <w:lang w:val="ro-RO"/>
              </w:rPr>
              <w:t>Planificați realizarea</w:t>
            </w:r>
          </w:p>
        </w:tc>
        <w:tc>
          <w:tcPr>
            <w:tcW w:w="6520" w:type="dxa"/>
            <w:shd w:val="clear" w:color="auto" w:fill="FFFFFF"/>
            <w:tcMar>
              <w:top w:w="75" w:type="dxa"/>
              <w:left w:w="85" w:type="dxa"/>
              <w:bottom w:w="75" w:type="dxa"/>
              <w:right w:w="85" w:type="dxa"/>
            </w:tcMar>
            <w:vAlign w:val="center"/>
          </w:tcPr>
          <w:p w14:paraId="51931425" w14:textId="77777777" w:rsidR="00807297" w:rsidRPr="001A1B66" w:rsidRDefault="00000000">
            <w:pPr>
              <w:spacing w:after="0" w:line="240" w:lineRule="auto"/>
              <w:rPr>
                <w:noProof/>
                <w:lang w:val="ro-RO"/>
              </w:rPr>
            </w:pPr>
            <w:r w:rsidRPr="001A1B66">
              <w:rPr>
                <w:noProof/>
                <w:sz w:val="16"/>
                <w:lang w:val="ro-RO"/>
              </w:rPr>
              <w:t>Stabiliți acțiuni, resurse, responsabil, termene, responsabilitatea pentru date, criterii de siguranță, validare sau verificare și modul de reacție când rezultatul se abate de la țintă.</w:t>
            </w:r>
          </w:p>
        </w:tc>
      </w:tr>
      <w:tr w:rsidR="00807297" w:rsidRPr="001A1B66" w14:paraId="4D34D8B2" w14:textId="77777777">
        <w:trPr>
          <w:cantSplit/>
          <w:jc w:val="center"/>
        </w:trPr>
        <w:tc>
          <w:tcPr>
            <w:tcW w:w="850" w:type="dxa"/>
            <w:shd w:val="clear" w:color="auto" w:fill="FAFAFA"/>
            <w:tcMar>
              <w:top w:w="75" w:type="dxa"/>
              <w:left w:w="85" w:type="dxa"/>
              <w:bottom w:w="75" w:type="dxa"/>
              <w:right w:w="85" w:type="dxa"/>
            </w:tcMar>
            <w:vAlign w:val="center"/>
          </w:tcPr>
          <w:p w14:paraId="3C2DC7DE" w14:textId="77777777" w:rsidR="00807297" w:rsidRPr="001A1B66" w:rsidRDefault="00000000">
            <w:pPr>
              <w:spacing w:after="0" w:line="240" w:lineRule="auto"/>
              <w:jc w:val="center"/>
              <w:rPr>
                <w:noProof/>
                <w:lang w:val="ro-RO"/>
              </w:rPr>
            </w:pPr>
            <w:r w:rsidRPr="001A1B66">
              <w:rPr>
                <w:noProof/>
                <w:sz w:val="16"/>
                <w:lang w:val="ro-RO"/>
              </w:rPr>
              <w:t>4</w:t>
            </w:r>
          </w:p>
        </w:tc>
        <w:tc>
          <w:tcPr>
            <w:tcW w:w="2551" w:type="dxa"/>
            <w:shd w:val="clear" w:color="auto" w:fill="FAFAFA"/>
            <w:tcMar>
              <w:top w:w="75" w:type="dxa"/>
              <w:left w:w="85" w:type="dxa"/>
              <w:bottom w:w="75" w:type="dxa"/>
              <w:right w:w="85" w:type="dxa"/>
            </w:tcMar>
            <w:vAlign w:val="center"/>
          </w:tcPr>
          <w:p w14:paraId="4359734E" w14:textId="77777777" w:rsidR="00807297" w:rsidRPr="001A1B66" w:rsidRDefault="00000000">
            <w:pPr>
              <w:spacing w:after="0" w:line="240" w:lineRule="auto"/>
              <w:rPr>
                <w:noProof/>
                <w:lang w:val="ro-RO"/>
              </w:rPr>
            </w:pPr>
            <w:r w:rsidRPr="001A1B66">
              <w:rPr>
                <w:noProof/>
                <w:sz w:val="16"/>
                <w:lang w:val="ro-RO"/>
              </w:rPr>
              <w:t>Monitorizați</w:t>
            </w:r>
          </w:p>
        </w:tc>
        <w:tc>
          <w:tcPr>
            <w:tcW w:w="6520" w:type="dxa"/>
            <w:shd w:val="clear" w:color="auto" w:fill="FAFAFA"/>
            <w:tcMar>
              <w:top w:w="75" w:type="dxa"/>
              <w:left w:w="85" w:type="dxa"/>
              <w:bottom w:w="75" w:type="dxa"/>
              <w:right w:w="85" w:type="dxa"/>
            </w:tcMar>
            <w:vAlign w:val="center"/>
          </w:tcPr>
          <w:p w14:paraId="59A94124" w14:textId="77777777" w:rsidR="00807297" w:rsidRPr="001A1B66" w:rsidRDefault="00000000">
            <w:pPr>
              <w:spacing w:after="0" w:line="240" w:lineRule="auto"/>
              <w:rPr>
                <w:noProof/>
                <w:lang w:val="ro-RO"/>
              </w:rPr>
            </w:pPr>
            <w:r w:rsidRPr="001A1B66">
              <w:rPr>
                <w:noProof/>
                <w:sz w:val="16"/>
                <w:lang w:val="ro-RO"/>
              </w:rPr>
              <w:t>Colectați și validați datele la frecvența stabilită. Analizați atât rezultatul, cât și progresul acțiunilor.</w:t>
            </w:r>
          </w:p>
        </w:tc>
      </w:tr>
      <w:tr w:rsidR="00807297" w:rsidRPr="00696259" w14:paraId="4AD8F96D" w14:textId="77777777">
        <w:trPr>
          <w:cantSplit/>
          <w:jc w:val="center"/>
        </w:trPr>
        <w:tc>
          <w:tcPr>
            <w:tcW w:w="850" w:type="dxa"/>
            <w:shd w:val="clear" w:color="auto" w:fill="FFFFFF"/>
            <w:tcMar>
              <w:top w:w="75" w:type="dxa"/>
              <w:left w:w="85" w:type="dxa"/>
              <w:bottom w:w="75" w:type="dxa"/>
              <w:right w:w="85" w:type="dxa"/>
            </w:tcMar>
            <w:vAlign w:val="center"/>
          </w:tcPr>
          <w:p w14:paraId="7F69FD9A" w14:textId="77777777" w:rsidR="00807297" w:rsidRPr="001A1B66" w:rsidRDefault="00000000">
            <w:pPr>
              <w:spacing w:after="0" w:line="240" w:lineRule="auto"/>
              <w:jc w:val="center"/>
              <w:rPr>
                <w:noProof/>
                <w:lang w:val="ro-RO"/>
              </w:rPr>
            </w:pPr>
            <w:r w:rsidRPr="001A1B66">
              <w:rPr>
                <w:noProof/>
                <w:sz w:val="16"/>
                <w:lang w:val="ro-RO"/>
              </w:rPr>
              <w:t>5</w:t>
            </w:r>
          </w:p>
        </w:tc>
        <w:tc>
          <w:tcPr>
            <w:tcW w:w="2551" w:type="dxa"/>
            <w:shd w:val="clear" w:color="auto" w:fill="FFFFFF"/>
            <w:tcMar>
              <w:top w:w="75" w:type="dxa"/>
              <w:left w:w="85" w:type="dxa"/>
              <w:bottom w:w="75" w:type="dxa"/>
              <w:right w:w="85" w:type="dxa"/>
            </w:tcMar>
            <w:vAlign w:val="center"/>
          </w:tcPr>
          <w:p w14:paraId="2032EE17" w14:textId="77777777" w:rsidR="00807297" w:rsidRPr="001A1B66" w:rsidRDefault="00000000">
            <w:pPr>
              <w:spacing w:after="0" w:line="240" w:lineRule="auto"/>
              <w:rPr>
                <w:noProof/>
                <w:lang w:val="ro-RO"/>
              </w:rPr>
            </w:pPr>
            <w:r w:rsidRPr="001A1B66">
              <w:rPr>
                <w:noProof/>
                <w:sz w:val="16"/>
                <w:lang w:val="ro-RO"/>
              </w:rPr>
              <w:t>Decideți și actualizați</w:t>
            </w:r>
          </w:p>
        </w:tc>
        <w:tc>
          <w:tcPr>
            <w:tcW w:w="6520" w:type="dxa"/>
            <w:shd w:val="clear" w:color="auto" w:fill="FFFFFF"/>
            <w:tcMar>
              <w:top w:w="75" w:type="dxa"/>
              <w:left w:w="85" w:type="dxa"/>
              <w:bottom w:w="75" w:type="dxa"/>
              <w:right w:w="85" w:type="dxa"/>
            </w:tcMar>
            <w:vAlign w:val="center"/>
          </w:tcPr>
          <w:p w14:paraId="5CE4A69F" w14:textId="77777777" w:rsidR="00807297" w:rsidRPr="001A1B66" w:rsidRDefault="00000000">
            <w:pPr>
              <w:spacing w:after="0" w:line="240" w:lineRule="auto"/>
              <w:rPr>
                <w:noProof/>
                <w:lang w:val="ro-RO"/>
              </w:rPr>
            </w:pPr>
            <w:r w:rsidRPr="001A1B66">
              <w:rPr>
                <w:noProof/>
                <w:sz w:val="16"/>
                <w:lang w:val="ro-RO"/>
              </w:rPr>
              <w:t>La abatere, analizați cauzele și eficacitatea măsurilor. Actualizați obiectivul când contextul, riscurile sau cerințele se schimbă.</w:t>
            </w:r>
          </w:p>
        </w:tc>
      </w:tr>
    </w:tbl>
    <w:p w14:paraId="00E5B85F" w14:textId="77777777" w:rsidR="00807297" w:rsidRPr="001A1B66" w:rsidRDefault="00807297">
      <w:pPr>
        <w:spacing w:after="20"/>
        <w:rPr>
          <w:noProof/>
          <w:lang w:val="ro-RO"/>
        </w:rPr>
      </w:pPr>
    </w:p>
    <w:p w14:paraId="07DECBF6" w14:textId="77777777" w:rsidR="00807297" w:rsidRPr="001A1B66" w:rsidRDefault="00000000">
      <w:pPr>
        <w:pStyle w:val="Heading2"/>
        <w:rPr>
          <w:noProof/>
          <w:lang w:val="ro-RO"/>
        </w:rPr>
      </w:pPr>
      <w:r w:rsidRPr="001A1B66">
        <w:rPr>
          <w:noProof/>
          <w:lang w:val="ro-RO"/>
        </w:rPr>
        <w:t>Ce trebuie să poată demonstra organizația</w:t>
      </w:r>
    </w:p>
    <w:p w14:paraId="09435FBC" w14:textId="77777777" w:rsidR="00807297" w:rsidRPr="001A1B66" w:rsidRDefault="00000000">
      <w:pPr>
        <w:pStyle w:val="ListBullet"/>
        <w:spacing w:after="40"/>
        <w:ind w:left="283" w:hanging="170"/>
        <w:rPr>
          <w:noProof/>
          <w:lang w:val="ro-RO"/>
        </w:rPr>
      </w:pPr>
      <w:r w:rsidRPr="001A1B66">
        <w:rPr>
          <w:noProof/>
          <w:lang w:val="ro-RO"/>
        </w:rPr>
        <w:t>Obiectivele sunt coerente cu politica de siguranță a alimentelor și susțin furnizarea de produse sigure.</w:t>
      </w:r>
    </w:p>
    <w:p w14:paraId="78BC5339" w14:textId="77777777" w:rsidR="00807297" w:rsidRPr="001A1B66" w:rsidRDefault="00000000">
      <w:pPr>
        <w:pStyle w:val="ListBullet"/>
        <w:spacing w:after="40"/>
        <w:ind w:left="283" w:hanging="170"/>
        <w:rPr>
          <w:noProof/>
          <w:lang w:val="ro-RO"/>
        </w:rPr>
      </w:pPr>
      <w:r w:rsidRPr="001A1B66">
        <w:rPr>
          <w:noProof/>
          <w:lang w:val="ro-RO"/>
        </w:rPr>
        <w:t>Prioritățile sunt legate de pericole semnificative, măsuri de control, PRP, cerințe legale și ale clienților și performanța proceselor.</w:t>
      </w:r>
    </w:p>
    <w:p w14:paraId="6BD1A26F" w14:textId="77777777" w:rsidR="00807297" w:rsidRPr="001A1B66" w:rsidRDefault="00000000">
      <w:pPr>
        <w:pStyle w:val="ListBullet"/>
        <w:spacing w:after="40"/>
        <w:ind w:left="283" w:hanging="170"/>
        <w:rPr>
          <w:noProof/>
          <w:lang w:val="ro-RO"/>
        </w:rPr>
      </w:pPr>
      <w:r w:rsidRPr="001A1B66">
        <w:rPr>
          <w:noProof/>
          <w:lang w:val="ro-RO"/>
        </w:rPr>
        <w:t>Indicatorii măsoară eficacitatea controlului și rezultatul, nu doar numărul de instruiri, inspecții sau documente emise.</w:t>
      </w:r>
    </w:p>
    <w:p w14:paraId="64517422" w14:textId="77777777" w:rsidR="00807297" w:rsidRPr="001A1B66" w:rsidRDefault="00000000">
      <w:pPr>
        <w:pStyle w:val="ListBullet"/>
        <w:spacing w:after="40"/>
        <w:ind w:left="283" w:hanging="170"/>
        <w:rPr>
          <w:noProof/>
          <w:lang w:val="ro-RO"/>
        </w:rPr>
      </w:pPr>
      <w:r w:rsidRPr="001A1B66">
        <w:rPr>
          <w:noProof/>
          <w:lang w:val="ro-RO"/>
        </w:rPr>
        <w:t>Limitele critice, criteriile de acțiune și cerințele de eliberare rămân obligatorii, indiferent de ținta managerială.</w:t>
      </w:r>
    </w:p>
    <w:p w14:paraId="23E12747" w14:textId="77777777" w:rsidR="00807297" w:rsidRPr="001A1B66" w:rsidRDefault="00000000">
      <w:pPr>
        <w:pStyle w:val="ListBullet"/>
        <w:spacing w:after="40"/>
        <w:ind w:left="283" w:hanging="170"/>
        <w:rPr>
          <w:noProof/>
          <w:lang w:val="ro-RO"/>
        </w:rPr>
      </w:pPr>
      <w:r w:rsidRPr="001A1B66">
        <w:rPr>
          <w:noProof/>
          <w:lang w:val="ro-RO"/>
        </w:rPr>
        <w:t>Există baze de referință, formule, surse de date, responsabilități, termene și criterii de verificare a eficacității.</w:t>
      </w:r>
    </w:p>
    <w:p w14:paraId="0FAC89FD" w14:textId="77777777" w:rsidR="00807297" w:rsidRPr="001A1B66" w:rsidRDefault="00000000">
      <w:pPr>
        <w:pStyle w:val="ListBullet"/>
        <w:spacing w:after="40"/>
        <w:ind w:left="283" w:hanging="170"/>
        <w:rPr>
          <w:noProof/>
          <w:lang w:val="ro-RO"/>
        </w:rPr>
      </w:pPr>
      <w:r w:rsidRPr="001A1B66">
        <w:rPr>
          <w:noProof/>
          <w:lang w:val="ro-RO"/>
        </w:rPr>
        <w:t>Obiectivele sunt comunicate, monitorizate, revizuite și actualizate când apar schimbări în produse, procese, pericole, legislație sau lanțul alimentar.</w:t>
      </w:r>
    </w:p>
    <w:tbl>
      <w:tblPr>
        <w:tblW w:w="0" w:type="auto"/>
        <w:jc w:val="center"/>
        <w:tblBorders>
          <w:top w:val="single" w:sz="0" w:space="0" w:color="FCEBEC"/>
          <w:left w:val="single" w:sz="0" w:space="0" w:color="FCEBEC"/>
          <w:bottom w:val="single" w:sz="0" w:space="0" w:color="FCEBEC"/>
          <w:right w:val="single" w:sz="0" w:space="0" w:color="FCEBEC"/>
          <w:insideH w:val="single" w:sz="0" w:space="0" w:color="FCEBEC"/>
          <w:insideV w:val="single" w:sz="0" w:space="0" w:color="FCEBEC"/>
        </w:tblBorders>
        <w:tblLayout w:type="fixed"/>
        <w:tblLook w:val="04A0" w:firstRow="1" w:lastRow="0" w:firstColumn="1" w:lastColumn="0" w:noHBand="0" w:noVBand="1"/>
      </w:tblPr>
      <w:tblGrid>
        <w:gridCol w:w="567"/>
        <w:gridCol w:w="9354"/>
      </w:tblGrid>
      <w:tr w:rsidR="00807297" w:rsidRPr="00696259" w14:paraId="626B1309" w14:textId="77777777">
        <w:trPr>
          <w:cantSplit/>
          <w:jc w:val="center"/>
        </w:trPr>
        <w:tc>
          <w:tcPr>
            <w:tcW w:w="567" w:type="dxa"/>
            <w:shd w:val="clear" w:color="auto" w:fill="D71920"/>
            <w:tcMar>
              <w:top w:w="75" w:type="dxa"/>
              <w:left w:w="85" w:type="dxa"/>
              <w:bottom w:w="75" w:type="dxa"/>
              <w:right w:w="85" w:type="dxa"/>
            </w:tcMar>
            <w:vAlign w:val="center"/>
          </w:tcPr>
          <w:p w14:paraId="6936756A" w14:textId="77777777" w:rsidR="00807297" w:rsidRPr="001A1B66" w:rsidRDefault="00000000">
            <w:pPr>
              <w:spacing w:after="0" w:line="240" w:lineRule="auto"/>
              <w:jc w:val="center"/>
              <w:rPr>
                <w:noProof/>
                <w:lang w:val="ro-RO"/>
              </w:rPr>
            </w:pPr>
            <w:r w:rsidRPr="001A1B66">
              <w:rPr>
                <w:b/>
                <w:noProof/>
                <w:color w:val="FFFFFF"/>
                <w:sz w:val="30"/>
                <w:lang w:val="ro-RO"/>
              </w:rPr>
              <w:t>!</w:t>
            </w:r>
          </w:p>
        </w:tc>
        <w:tc>
          <w:tcPr>
            <w:tcW w:w="9354" w:type="dxa"/>
            <w:shd w:val="clear" w:color="auto" w:fill="FCEBEC"/>
          </w:tcPr>
          <w:p w14:paraId="694360C9" w14:textId="77777777" w:rsidR="00807297" w:rsidRPr="001A1B66" w:rsidRDefault="00000000">
            <w:pPr>
              <w:spacing w:after="40"/>
              <w:rPr>
                <w:noProof/>
                <w:lang w:val="ro-RO"/>
              </w:rPr>
            </w:pPr>
            <w:r w:rsidRPr="001A1B66">
              <w:rPr>
                <w:b/>
                <w:noProof/>
                <w:color w:val="D71920"/>
                <w:lang w:val="ro-RO"/>
              </w:rPr>
              <w:t>BAZA NORMATIVĂ</w:t>
            </w:r>
          </w:p>
          <w:p w14:paraId="58E4F3D5" w14:textId="77777777" w:rsidR="00807297" w:rsidRPr="001A1B66" w:rsidRDefault="00000000">
            <w:pPr>
              <w:spacing w:after="0" w:line="252" w:lineRule="auto"/>
              <w:rPr>
                <w:noProof/>
                <w:lang w:val="ro-RO"/>
              </w:rPr>
            </w:pPr>
            <w:r w:rsidRPr="001A1B66">
              <w:rPr>
                <w:noProof/>
                <w:sz w:val="17"/>
                <w:lang w:val="ro-RO"/>
              </w:rPr>
              <w:t>Modelul este aliniat ISO 22000:2018 și Amendamentului 1:2024 privind schimbările climatice. În iulie 2026, revizuirea ISO 22000 este încă în dezvoltare; proiectele de revizuire nu sunt tratate aici ca cerințe aplicabile.</w:t>
            </w:r>
          </w:p>
        </w:tc>
      </w:tr>
    </w:tbl>
    <w:p w14:paraId="40C6263F" w14:textId="77777777" w:rsidR="00807297" w:rsidRPr="001A1B66" w:rsidRDefault="00807297">
      <w:pPr>
        <w:spacing w:after="0"/>
        <w:rPr>
          <w:noProof/>
          <w:lang w:val="ro-RO"/>
        </w:rPr>
      </w:pPr>
    </w:p>
    <w:p w14:paraId="0CB620E5" w14:textId="77777777" w:rsidR="00807297" w:rsidRPr="001A1B66" w:rsidRDefault="00000000">
      <w:pPr>
        <w:pStyle w:val="Heading2"/>
        <w:rPr>
          <w:noProof/>
          <w:lang w:val="ro-RO"/>
        </w:rPr>
      </w:pPr>
      <w:r w:rsidRPr="001A1B66">
        <w:rPr>
          <w:noProof/>
          <w:lang w:val="ro-RO"/>
        </w:rPr>
        <w:t>Formula orientativă într-o singură propoziție</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1984"/>
        <w:gridCol w:w="1984"/>
        <w:gridCol w:w="1984"/>
        <w:gridCol w:w="1984"/>
        <w:gridCol w:w="1984"/>
      </w:tblGrid>
      <w:tr w:rsidR="00807297" w:rsidRPr="00696259" w14:paraId="1827B6BA" w14:textId="77777777">
        <w:trPr>
          <w:jc w:val="center"/>
        </w:trPr>
        <w:tc>
          <w:tcPr>
            <w:tcW w:w="1984" w:type="dxa"/>
            <w:shd w:val="clear" w:color="auto" w:fill="F3F4F5"/>
          </w:tcPr>
          <w:p w14:paraId="4218BB25" w14:textId="77777777" w:rsidR="00807297" w:rsidRPr="001A1B66" w:rsidRDefault="00000000">
            <w:pPr>
              <w:spacing w:after="40"/>
              <w:jc w:val="center"/>
              <w:rPr>
                <w:noProof/>
                <w:lang w:val="ro-RO"/>
              </w:rPr>
            </w:pPr>
            <w:r w:rsidRPr="001A1B66">
              <w:rPr>
                <w:b/>
                <w:noProof/>
                <w:color w:val="D71920"/>
                <w:sz w:val="16"/>
                <w:lang w:val="ro-RO"/>
              </w:rPr>
              <w:t>VERB</w:t>
            </w:r>
          </w:p>
          <w:p w14:paraId="49D05EFF" w14:textId="77777777" w:rsidR="00807297" w:rsidRPr="001A1B66" w:rsidRDefault="00000000">
            <w:pPr>
              <w:spacing w:after="0"/>
              <w:jc w:val="center"/>
              <w:rPr>
                <w:noProof/>
                <w:lang w:val="ro-RO"/>
              </w:rPr>
            </w:pPr>
            <w:r w:rsidRPr="001A1B66">
              <w:rPr>
                <w:noProof/>
                <w:sz w:val="14"/>
                <w:lang w:val="ro-RO"/>
              </w:rPr>
              <w:t>Reducerea / creșterea / eliminarea / menținerea</w:t>
            </w:r>
          </w:p>
        </w:tc>
        <w:tc>
          <w:tcPr>
            <w:tcW w:w="1984" w:type="dxa"/>
            <w:shd w:val="clear" w:color="auto" w:fill="FCEBEC"/>
          </w:tcPr>
          <w:p w14:paraId="59D92D55" w14:textId="77777777" w:rsidR="00807297" w:rsidRPr="001A1B66" w:rsidRDefault="00000000">
            <w:pPr>
              <w:spacing w:after="40"/>
              <w:jc w:val="center"/>
              <w:rPr>
                <w:noProof/>
                <w:lang w:val="ro-RO"/>
              </w:rPr>
            </w:pPr>
            <w:r w:rsidRPr="001A1B66">
              <w:rPr>
                <w:b/>
                <w:noProof/>
                <w:color w:val="D71920"/>
                <w:sz w:val="16"/>
                <w:lang w:val="ro-RO"/>
              </w:rPr>
              <w:t>REZULTAT</w:t>
            </w:r>
          </w:p>
          <w:p w14:paraId="7BAD07C4" w14:textId="77777777" w:rsidR="00807297" w:rsidRPr="001A1B66" w:rsidRDefault="00000000">
            <w:pPr>
              <w:spacing w:after="0"/>
              <w:jc w:val="center"/>
              <w:rPr>
                <w:noProof/>
                <w:lang w:val="ro-RO"/>
              </w:rPr>
            </w:pPr>
            <w:r w:rsidRPr="001A1B66">
              <w:rPr>
                <w:noProof/>
                <w:sz w:val="14"/>
                <w:lang w:val="ro-RO"/>
              </w:rPr>
              <w:t>a controlului pericolelor sau a performanței SMSA prioritare</w:t>
            </w:r>
          </w:p>
        </w:tc>
        <w:tc>
          <w:tcPr>
            <w:tcW w:w="1984" w:type="dxa"/>
            <w:shd w:val="clear" w:color="auto" w:fill="F3F4F5"/>
          </w:tcPr>
          <w:p w14:paraId="380FEE01" w14:textId="77777777" w:rsidR="00807297" w:rsidRPr="001A1B66" w:rsidRDefault="00000000">
            <w:pPr>
              <w:spacing w:after="40"/>
              <w:jc w:val="center"/>
              <w:rPr>
                <w:noProof/>
                <w:lang w:val="ro-RO"/>
              </w:rPr>
            </w:pPr>
            <w:r w:rsidRPr="001A1B66">
              <w:rPr>
                <w:b/>
                <w:noProof/>
                <w:color w:val="D71920"/>
                <w:sz w:val="16"/>
                <w:lang w:val="ro-RO"/>
              </w:rPr>
              <w:t>INDICATOR</w:t>
            </w:r>
          </w:p>
          <w:p w14:paraId="562A6352" w14:textId="77777777" w:rsidR="00807297" w:rsidRPr="001A1B66" w:rsidRDefault="00000000">
            <w:pPr>
              <w:spacing w:after="0"/>
              <w:jc w:val="center"/>
              <w:rPr>
                <w:noProof/>
                <w:lang w:val="ro-RO"/>
              </w:rPr>
            </w:pPr>
            <w:r w:rsidRPr="001A1B66">
              <w:rPr>
                <w:noProof/>
                <w:sz w:val="14"/>
                <w:lang w:val="ro-RO"/>
              </w:rPr>
              <w:t>măsurat printr-un KPI definit</w:t>
            </w:r>
          </w:p>
        </w:tc>
        <w:tc>
          <w:tcPr>
            <w:tcW w:w="1984" w:type="dxa"/>
            <w:shd w:val="clear" w:color="auto" w:fill="FCEBEC"/>
          </w:tcPr>
          <w:p w14:paraId="33311B27" w14:textId="77777777" w:rsidR="00807297" w:rsidRPr="001A1B66" w:rsidRDefault="00000000">
            <w:pPr>
              <w:spacing w:after="40"/>
              <w:jc w:val="center"/>
              <w:rPr>
                <w:noProof/>
                <w:lang w:val="ro-RO"/>
              </w:rPr>
            </w:pPr>
            <w:r w:rsidRPr="001A1B66">
              <w:rPr>
                <w:b/>
                <w:noProof/>
                <w:color w:val="D71920"/>
                <w:sz w:val="16"/>
                <w:lang w:val="ro-RO"/>
              </w:rPr>
              <w:t>ȚINTĂ</w:t>
            </w:r>
          </w:p>
          <w:p w14:paraId="7DEB8340" w14:textId="77777777" w:rsidR="00807297" w:rsidRPr="001A1B66" w:rsidRDefault="00000000">
            <w:pPr>
              <w:spacing w:after="0"/>
              <w:jc w:val="center"/>
              <w:rPr>
                <w:noProof/>
                <w:lang w:val="ro-RO"/>
              </w:rPr>
            </w:pPr>
            <w:r w:rsidRPr="001A1B66">
              <w:rPr>
                <w:noProof/>
                <w:sz w:val="14"/>
                <w:lang w:val="ro-RO"/>
              </w:rPr>
              <w:t>de la baza X la valoarea Y</w:t>
            </w:r>
          </w:p>
        </w:tc>
        <w:tc>
          <w:tcPr>
            <w:tcW w:w="1984" w:type="dxa"/>
            <w:shd w:val="clear" w:color="auto" w:fill="F3F4F5"/>
          </w:tcPr>
          <w:p w14:paraId="4F173785" w14:textId="77777777" w:rsidR="00807297" w:rsidRPr="001A1B66" w:rsidRDefault="00000000">
            <w:pPr>
              <w:spacing w:after="40"/>
              <w:jc w:val="center"/>
              <w:rPr>
                <w:noProof/>
                <w:lang w:val="ro-RO"/>
              </w:rPr>
            </w:pPr>
            <w:r w:rsidRPr="001A1B66">
              <w:rPr>
                <w:b/>
                <w:noProof/>
                <w:color w:val="D71920"/>
                <w:sz w:val="16"/>
                <w:lang w:val="ro-RO"/>
              </w:rPr>
              <w:t>TERMEN + DOMENIU</w:t>
            </w:r>
          </w:p>
          <w:p w14:paraId="48B9BA2A" w14:textId="77777777" w:rsidR="00807297" w:rsidRPr="001A1B66" w:rsidRDefault="00000000">
            <w:pPr>
              <w:spacing w:after="0"/>
              <w:jc w:val="center"/>
              <w:rPr>
                <w:noProof/>
                <w:lang w:val="ro-RO"/>
              </w:rPr>
            </w:pPr>
            <w:r w:rsidRPr="001A1B66">
              <w:rPr>
                <w:noProof/>
                <w:sz w:val="14"/>
                <w:lang w:val="ro-RO"/>
              </w:rPr>
              <w:t>până la data Z, în aria vizată</w:t>
            </w:r>
          </w:p>
        </w:tc>
      </w:tr>
    </w:tbl>
    <w:p w14:paraId="4699AC67" w14:textId="77777777" w:rsidR="00807297" w:rsidRPr="001A1B66" w:rsidRDefault="00000000">
      <w:pPr>
        <w:spacing w:line="259" w:lineRule="auto"/>
        <w:rPr>
          <w:noProof/>
          <w:lang w:val="ro-RO"/>
        </w:rPr>
      </w:pPr>
      <w:r w:rsidRPr="001A1B66">
        <w:rPr>
          <w:b/>
          <w:noProof/>
          <w:lang w:val="ro-RO"/>
        </w:rPr>
        <w:t>Exemplu:</w:t>
      </w:r>
      <w:r w:rsidRPr="001A1B66">
        <w:rPr>
          <w:noProof/>
          <w:lang w:val="ro-RO"/>
        </w:rPr>
        <w:t xml:space="preserve"> Creșterea ratei de verificare acceptată din prima pentru curățarea schimbărilor de produs cu alergeni de la 92,0% la minimum 99,5% până la 31 decembrie 2027, fără eliberarea produsului înaintea confirmării criteriilor stabilite.</w:t>
      </w:r>
    </w:p>
    <w:p w14:paraId="1077B30D" w14:textId="77777777" w:rsidR="00807297" w:rsidRPr="001A1B66" w:rsidRDefault="00000000">
      <w:pPr>
        <w:rPr>
          <w:noProof/>
          <w:lang w:val="ro-RO"/>
        </w:rPr>
      </w:pPr>
      <w:r w:rsidRPr="001A1B66">
        <w:rPr>
          <w:noProof/>
          <w:lang w:val="ro-RO"/>
        </w:rPr>
        <w:br w:type="page"/>
      </w: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807297" w:rsidRPr="00696259" w14:paraId="710D78FD" w14:textId="77777777">
        <w:trPr>
          <w:jc w:val="center"/>
        </w:trPr>
        <w:tc>
          <w:tcPr>
            <w:tcW w:w="1020" w:type="dxa"/>
            <w:shd w:val="clear" w:color="auto" w:fill="D71920"/>
            <w:tcMar>
              <w:top w:w="75" w:type="dxa"/>
              <w:left w:w="85" w:type="dxa"/>
              <w:bottom w:w="75" w:type="dxa"/>
              <w:right w:w="85" w:type="dxa"/>
            </w:tcMar>
            <w:vAlign w:val="center"/>
          </w:tcPr>
          <w:p w14:paraId="5B1CC613" w14:textId="77777777" w:rsidR="00807297" w:rsidRPr="001A1B66" w:rsidRDefault="00000000">
            <w:pPr>
              <w:spacing w:after="0" w:line="240" w:lineRule="auto"/>
              <w:jc w:val="center"/>
              <w:rPr>
                <w:noProof/>
                <w:lang w:val="ro-RO"/>
              </w:rPr>
            </w:pPr>
            <w:r w:rsidRPr="001A1B66">
              <w:rPr>
                <w:b/>
                <w:noProof/>
                <w:color w:val="FFFFFF"/>
                <w:sz w:val="34"/>
                <w:lang w:val="ro-RO"/>
              </w:rPr>
              <w:lastRenderedPageBreak/>
              <w:t>2</w:t>
            </w:r>
          </w:p>
        </w:tc>
        <w:tc>
          <w:tcPr>
            <w:tcW w:w="8901" w:type="dxa"/>
            <w:shd w:val="clear" w:color="auto" w:fill="F3F4F5"/>
          </w:tcPr>
          <w:p w14:paraId="79E7A443" w14:textId="77777777" w:rsidR="00807297" w:rsidRPr="001A1B66" w:rsidRDefault="00000000">
            <w:pPr>
              <w:spacing w:after="20"/>
              <w:rPr>
                <w:noProof/>
                <w:lang w:val="ro-RO"/>
              </w:rPr>
            </w:pPr>
            <w:r w:rsidRPr="001A1B66">
              <w:rPr>
                <w:b/>
                <w:noProof/>
                <w:sz w:val="28"/>
                <w:lang w:val="ro-RO"/>
              </w:rPr>
              <w:t>Selectarea obiectivelor potrivite</w:t>
            </w:r>
          </w:p>
          <w:p w14:paraId="4695849E" w14:textId="77777777" w:rsidR="00807297" w:rsidRPr="001A1B66" w:rsidRDefault="00000000">
            <w:pPr>
              <w:spacing w:after="0"/>
              <w:rPr>
                <w:noProof/>
                <w:lang w:val="ro-RO"/>
              </w:rPr>
            </w:pPr>
            <w:r w:rsidRPr="001A1B66">
              <w:rPr>
                <w:noProof/>
                <w:color w:val="666666"/>
                <w:sz w:val="16"/>
                <w:lang w:val="ro-RO"/>
              </w:rPr>
              <w:t>Obiective puține, relevante și susținute de date sunt mai utile decât o listă lungă și formală</w:t>
            </w:r>
          </w:p>
        </w:tc>
      </w:tr>
    </w:tbl>
    <w:p w14:paraId="2CE768B7" w14:textId="77777777" w:rsidR="00807297" w:rsidRPr="001A1B66" w:rsidRDefault="00807297">
      <w:pPr>
        <w:spacing w:after="0"/>
        <w:rPr>
          <w:noProof/>
          <w:lang w:val="ro-RO"/>
        </w:rPr>
      </w:pPr>
    </w:p>
    <w:p w14:paraId="44A8F00C" w14:textId="77777777" w:rsidR="00807297" w:rsidRPr="001A1B66" w:rsidRDefault="00000000">
      <w:pPr>
        <w:pStyle w:val="Heading2"/>
        <w:rPr>
          <w:noProof/>
          <w:lang w:val="ro-RO"/>
        </w:rPr>
      </w:pPr>
      <w:r w:rsidRPr="001A1B66">
        <w:rPr>
          <w:noProof/>
          <w:lang w:val="ro-RO"/>
        </w:rPr>
        <w:t>Surse de intrare</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2381"/>
        <w:gridCol w:w="4082"/>
        <w:gridCol w:w="3458"/>
      </w:tblGrid>
      <w:tr w:rsidR="00807297" w:rsidRPr="001A1B66" w14:paraId="60881C91" w14:textId="77777777">
        <w:trPr>
          <w:tblHeader/>
          <w:jc w:val="center"/>
        </w:trPr>
        <w:tc>
          <w:tcPr>
            <w:tcW w:w="2381" w:type="dxa"/>
            <w:shd w:val="clear" w:color="auto" w:fill="D71920"/>
            <w:tcMar>
              <w:top w:w="75" w:type="dxa"/>
              <w:left w:w="85" w:type="dxa"/>
              <w:bottom w:w="75" w:type="dxa"/>
              <w:right w:w="85" w:type="dxa"/>
            </w:tcMar>
            <w:vAlign w:val="center"/>
          </w:tcPr>
          <w:p w14:paraId="200DE5B6" w14:textId="77777777" w:rsidR="00807297" w:rsidRPr="001A1B66" w:rsidRDefault="00000000">
            <w:pPr>
              <w:spacing w:after="0" w:line="240" w:lineRule="auto"/>
              <w:jc w:val="center"/>
              <w:rPr>
                <w:noProof/>
                <w:lang w:val="ro-RO"/>
              </w:rPr>
            </w:pPr>
            <w:r w:rsidRPr="001A1B66">
              <w:rPr>
                <w:b/>
                <w:noProof/>
                <w:color w:val="FFFFFF"/>
                <w:sz w:val="15"/>
                <w:lang w:val="ro-RO"/>
              </w:rPr>
              <w:t>SURSA</w:t>
            </w:r>
          </w:p>
        </w:tc>
        <w:tc>
          <w:tcPr>
            <w:tcW w:w="4082" w:type="dxa"/>
            <w:shd w:val="clear" w:color="auto" w:fill="D71920"/>
            <w:tcMar>
              <w:top w:w="75" w:type="dxa"/>
              <w:left w:w="85" w:type="dxa"/>
              <w:bottom w:w="75" w:type="dxa"/>
              <w:right w:w="85" w:type="dxa"/>
            </w:tcMar>
            <w:vAlign w:val="center"/>
          </w:tcPr>
          <w:p w14:paraId="5032396E" w14:textId="77777777" w:rsidR="00807297" w:rsidRPr="001A1B66" w:rsidRDefault="00000000">
            <w:pPr>
              <w:spacing w:after="0" w:line="240" w:lineRule="auto"/>
              <w:jc w:val="center"/>
              <w:rPr>
                <w:noProof/>
                <w:lang w:val="ro-RO"/>
              </w:rPr>
            </w:pPr>
            <w:r w:rsidRPr="001A1B66">
              <w:rPr>
                <w:b/>
                <w:noProof/>
                <w:color w:val="FFFFFF"/>
                <w:sz w:val="15"/>
                <w:lang w:val="ro-RO"/>
              </w:rPr>
              <w:t>EXEMPLE DE INFORMAȚII</w:t>
            </w:r>
          </w:p>
        </w:tc>
        <w:tc>
          <w:tcPr>
            <w:tcW w:w="3458" w:type="dxa"/>
            <w:shd w:val="clear" w:color="auto" w:fill="D71920"/>
            <w:tcMar>
              <w:top w:w="75" w:type="dxa"/>
              <w:left w:w="85" w:type="dxa"/>
              <w:bottom w:w="75" w:type="dxa"/>
              <w:right w:w="85" w:type="dxa"/>
            </w:tcMar>
            <w:vAlign w:val="center"/>
          </w:tcPr>
          <w:p w14:paraId="31D20149" w14:textId="77777777" w:rsidR="00807297" w:rsidRPr="001A1B66" w:rsidRDefault="00000000">
            <w:pPr>
              <w:spacing w:after="0" w:line="240" w:lineRule="auto"/>
              <w:jc w:val="center"/>
              <w:rPr>
                <w:noProof/>
                <w:lang w:val="ro-RO"/>
              </w:rPr>
            </w:pPr>
            <w:r w:rsidRPr="001A1B66">
              <w:rPr>
                <w:b/>
                <w:noProof/>
                <w:color w:val="FFFFFF"/>
                <w:sz w:val="15"/>
                <w:lang w:val="ro-RO"/>
              </w:rPr>
              <w:t>ÎNTREBARE DE SELECȚIE</w:t>
            </w:r>
          </w:p>
        </w:tc>
      </w:tr>
      <w:tr w:rsidR="00807297" w:rsidRPr="00696259" w14:paraId="36594FAC" w14:textId="77777777">
        <w:trPr>
          <w:cantSplit/>
          <w:jc w:val="center"/>
        </w:trPr>
        <w:tc>
          <w:tcPr>
            <w:tcW w:w="2381" w:type="dxa"/>
            <w:shd w:val="clear" w:color="auto" w:fill="FFFFFF"/>
            <w:tcMar>
              <w:top w:w="75" w:type="dxa"/>
              <w:left w:w="85" w:type="dxa"/>
              <w:bottom w:w="75" w:type="dxa"/>
              <w:right w:w="85" w:type="dxa"/>
            </w:tcMar>
            <w:vAlign w:val="center"/>
          </w:tcPr>
          <w:p w14:paraId="60BCD8B7" w14:textId="77777777" w:rsidR="00807297" w:rsidRPr="001A1B66" w:rsidRDefault="00000000">
            <w:pPr>
              <w:spacing w:after="0" w:line="240" w:lineRule="auto"/>
              <w:rPr>
                <w:noProof/>
                <w:lang w:val="ro-RO"/>
              </w:rPr>
            </w:pPr>
            <w:r w:rsidRPr="001A1B66">
              <w:rPr>
                <w:noProof/>
                <w:sz w:val="15"/>
                <w:lang w:val="ro-RO"/>
              </w:rPr>
              <w:t>Politica și direcția strategică</w:t>
            </w:r>
          </w:p>
        </w:tc>
        <w:tc>
          <w:tcPr>
            <w:tcW w:w="4082" w:type="dxa"/>
            <w:shd w:val="clear" w:color="auto" w:fill="FFFFFF"/>
            <w:tcMar>
              <w:top w:w="75" w:type="dxa"/>
              <w:left w:w="85" w:type="dxa"/>
              <w:bottom w:w="75" w:type="dxa"/>
              <w:right w:w="85" w:type="dxa"/>
            </w:tcMar>
            <w:vAlign w:val="center"/>
          </w:tcPr>
          <w:p w14:paraId="47D2CFDA" w14:textId="77777777" w:rsidR="00807297" w:rsidRPr="001A1B66" w:rsidRDefault="00000000">
            <w:pPr>
              <w:spacing w:after="0" w:line="240" w:lineRule="auto"/>
              <w:rPr>
                <w:noProof/>
                <w:lang w:val="ro-RO"/>
              </w:rPr>
            </w:pPr>
            <w:r w:rsidRPr="001A1B66">
              <w:rPr>
                <w:noProof/>
                <w:sz w:val="15"/>
                <w:lang w:val="ro-RO"/>
              </w:rPr>
              <w:t>Angajamente pentru produse sigure, conformare, comunicare, competență și îmbunătățire.</w:t>
            </w:r>
          </w:p>
        </w:tc>
        <w:tc>
          <w:tcPr>
            <w:tcW w:w="3458" w:type="dxa"/>
            <w:shd w:val="clear" w:color="auto" w:fill="FFFFFF"/>
            <w:tcMar>
              <w:top w:w="75" w:type="dxa"/>
              <w:left w:w="85" w:type="dxa"/>
              <w:bottom w:w="75" w:type="dxa"/>
              <w:right w:w="85" w:type="dxa"/>
            </w:tcMar>
            <w:vAlign w:val="center"/>
          </w:tcPr>
          <w:p w14:paraId="7D7CC332" w14:textId="77777777" w:rsidR="00807297" w:rsidRPr="001A1B66" w:rsidRDefault="00000000">
            <w:pPr>
              <w:spacing w:after="0" w:line="240" w:lineRule="auto"/>
              <w:rPr>
                <w:noProof/>
                <w:lang w:val="ro-RO"/>
              </w:rPr>
            </w:pPr>
            <w:r w:rsidRPr="001A1B66">
              <w:rPr>
                <w:noProof/>
                <w:sz w:val="15"/>
                <w:lang w:val="ro-RO"/>
              </w:rPr>
              <w:t>Ce rezultat concret ar demonstra aplicarea politicii?</w:t>
            </w:r>
          </w:p>
        </w:tc>
      </w:tr>
      <w:tr w:rsidR="00807297" w:rsidRPr="00696259" w14:paraId="26E8329A" w14:textId="77777777">
        <w:trPr>
          <w:cantSplit/>
          <w:jc w:val="center"/>
        </w:trPr>
        <w:tc>
          <w:tcPr>
            <w:tcW w:w="2381" w:type="dxa"/>
            <w:shd w:val="clear" w:color="auto" w:fill="FAFAFA"/>
            <w:tcMar>
              <w:top w:w="75" w:type="dxa"/>
              <w:left w:w="85" w:type="dxa"/>
              <w:bottom w:w="75" w:type="dxa"/>
              <w:right w:w="85" w:type="dxa"/>
            </w:tcMar>
            <w:vAlign w:val="center"/>
          </w:tcPr>
          <w:p w14:paraId="1B5252BA" w14:textId="77777777" w:rsidR="00807297" w:rsidRPr="001A1B66" w:rsidRDefault="00000000">
            <w:pPr>
              <w:spacing w:after="0" w:line="240" w:lineRule="auto"/>
              <w:rPr>
                <w:noProof/>
                <w:lang w:val="ro-RO"/>
              </w:rPr>
            </w:pPr>
            <w:r w:rsidRPr="001A1B66">
              <w:rPr>
                <w:noProof/>
                <w:sz w:val="15"/>
                <w:lang w:val="ro-RO"/>
              </w:rPr>
              <w:t>Analiza pericolelor</w:t>
            </w:r>
          </w:p>
        </w:tc>
        <w:tc>
          <w:tcPr>
            <w:tcW w:w="4082" w:type="dxa"/>
            <w:shd w:val="clear" w:color="auto" w:fill="FAFAFA"/>
            <w:tcMar>
              <w:top w:w="75" w:type="dxa"/>
              <w:left w:w="85" w:type="dxa"/>
              <w:bottom w:w="75" w:type="dxa"/>
              <w:right w:w="85" w:type="dxa"/>
            </w:tcMar>
            <w:vAlign w:val="center"/>
          </w:tcPr>
          <w:p w14:paraId="403C69DC" w14:textId="77777777" w:rsidR="00807297" w:rsidRPr="001A1B66" w:rsidRDefault="00000000">
            <w:pPr>
              <w:spacing w:after="0" w:line="240" w:lineRule="auto"/>
              <w:rPr>
                <w:noProof/>
                <w:lang w:val="ro-RO"/>
              </w:rPr>
            </w:pPr>
            <w:r w:rsidRPr="001A1B66">
              <w:rPr>
                <w:noProof/>
                <w:sz w:val="15"/>
                <w:lang w:val="ro-RO"/>
              </w:rPr>
              <w:t>Pericole biologice, chimice, fizice și alergeni; evaluări, validări, OPRP și CCP.</w:t>
            </w:r>
          </w:p>
        </w:tc>
        <w:tc>
          <w:tcPr>
            <w:tcW w:w="3458" w:type="dxa"/>
            <w:shd w:val="clear" w:color="auto" w:fill="FAFAFA"/>
            <w:tcMar>
              <w:top w:w="75" w:type="dxa"/>
              <w:left w:w="85" w:type="dxa"/>
              <w:bottom w:w="75" w:type="dxa"/>
              <w:right w:w="85" w:type="dxa"/>
            </w:tcMar>
            <w:vAlign w:val="center"/>
          </w:tcPr>
          <w:p w14:paraId="68B5F0EA" w14:textId="77777777" w:rsidR="00807297" w:rsidRPr="001A1B66" w:rsidRDefault="00000000">
            <w:pPr>
              <w:spacing w:after="0" w:line="240" w:lineRule="auto"/>
              <w:rPr>
                <w:noProof/>
                <w:lang w:val="ro-RO"/>
              </w:rPr>
            </w:pPr>
            <w:r w:rsidRPr="001A1B66">
              <w:rPr>
                <w:noProof/>
                <w:sz w:val="15"/>
                <w:lang w:val="ro-RO"/>
              </w:rPr>
              <w:t>Unde există risc semnificativ sau control instabil?</w:t>
            </w:r>
          </w:p>
        </w:tc>
      </w:tr>
      <w:tr w:rsidR="00807297" w:rsidRPr="00696259" w14:paraId="1B6A38D5" w14:textId="77777777">
        <w:trPr>
          <w:cantSplit/>
          <w:jc w:val="center"/>
        </w:trPr>
        <w:tc>
          <w:tcPr>
            <w:tcW w:w="2381" w:type="dxa"/>
            <w:shd w:val="clear" w:color="auto" w:fill="FFFFFF"/>
            <w:tcMar>
              <w:top w:w="75" w:type="dxa"/>
              <w:left w:w="85" w:type="dxa"/>
              <w:bottom w:w="75" w:type="dxa"/>
              <w:right w:w="85" w:type="dxa"/>
            </w:tcMar>
            <w:vAlign w:val="center"/>
          </w:tcPr>
          <w:p w14:paraId="34E9FF82" w14:textId="77777777" w:rsidR="00807297" w:rsidRPr="001A1B66" w:rsidRDefault="00000000">
            <w:pPr>
              <w:spacing w:after="0" w:line="240" w:lineRule="auto"/>
              <w:rPr>
                <w:noProof/>
                <w:lang w:val="ro-RO"/>
              </w:rPr>
            </w:pPr>
            <w:r w:rsidRPr="001A1B66">
              <w:rPr>
                <w:noProof/>
                <w:sz w:val="15"/>
                <w:lang w:val="ro-RO"/>
              </w:rPr>
              <w:t>PRP și verificări</w:t>
            </w:r>
          </w:p>
        </w:tc>
        <w:tc>
          <w:tcPr>
            <w:tcW w:w="4082" w:type="dxa"/>
            <w:shd w:val="clear" w:color="auto" w:fill="FFFFFF"/>
            <w:tcMar>
              <w:top w:w="75" w:type="dxa"/>
              <w:left w:w="85" w:type="dxa"/>
              <w:bottom w:w="75" w:type="dxa"/>
              <w:right w:w="85" w:type="dxa"/>
            </w:tcMar>
            <w:vAlign w:val="center"/>
          </w:tcPr>
          <w:p w14:paraId="0FFBF599" w14:textId="77777777" w:rsidR="00807297" w:rsidRPr="001A1B66" w:rsidRDefault="00000000">
            <w:pPr>
              <w:spacing w:after="0" w:line="240" w:lineRule="auto"/>
              <w:rPr>
                <w:noProof/>
                <w:lang w:val="ro-RO"/>
              </w:rPr>
            </w:pPr>
            <w:r w:rsidRPr="001A1B66">
              <w:rPr>
                <w:noProof/>
                <w:sz w:val="15"/>
                <w:lang w:val="ro-RO"/>
              </w:rPr>
              <w:t>Igienă, curățare, dăunători, utilități, mentenanță, corpuri străine, temperatură.</w:t>
            </w:r>
          </w:p>
        </w:tc>
        <w:tc>
          <w:tcPr>
            <w:tcW w:w="3458" w:type="dxa"/>
            <w:shd w:val="clear" w:color="auto" w:fill="FFFFFF"/>
            <w:tcMar>
              <w:top w:w="75" w:type="dxa"/>
              <w:left w:w="85" w:type="dxa"/>
              <w:bottom w:w="75" w:type="dxa"/>
              <w:right w:w="85" w:type="dxa"/>
            </w:tcMar>
            <w:vAlign w:val="center"/>
          </w:tcPr>
          <w:p w14:paraId="50099A1D" w14:textId="77777777" w:rsidR="00807297" w:rsidRPr="001A1B66" w:rsidRDefault="00000000">
            <w:pPr>
              <w:spacing w:after="0" w:line="240" w:lineRule="auto"/>
              <w:rPr>
                <w:noProof/>
                <w:lang w:val="ro-RO"/>
              </w:rPr>
            </w:pPr>
            <w:r w:rsidRPr="001A1B66">
              <w:rPr>
                <w:noProof/>
                <w:sz w:val="15"/>
                <w:lang w:val="ro-RO"/>
              </w:rPr>
              <w:t>Ce program de bază influențează direct controlul pericolelor?</w:t>
            </w:r>
          </w:p>
        </w:tc>
      </w:tr>
      <w:tr w:rsidR="00807297" w:rsidRPr="001A1B66" w14:paraId="04244CD0" w14:textId="77777777">
        <w:trPr>
          <w:cantSplit/>
          <w:jc w:val="center"/>
        </w:trPr>
        <w:tc>
          <w:tcPr>
            <w:tcW w:w="2381" w:type="dxa"/>
            <w:shd w:val="clear" w:color="auto" w:fill="FAFAFA"/>
            <w:tcMar>
              <w:top w:w="75" w:type="dxa"/>
              <w:left w:w="85" w:type="dxa"/>
              <w:bottom w:w="75" w:type="dxa"/>
              <w:right w:w="85" w:type="dxa"/>
            </w:tcMar>
            <w:vAlign w:val="center"/>
          </w:tcPr>
          <w:p w14:paraId="5513053D" w14:textId="77777777" w:rsidR="00807297" w:rsidRPr="001A1B66" w:rsidRDefault="00000000">
            <w:pPr>
              <w:spacing w:after="0" w:line="240" w:lineRule="auto"/>
              <w:rPr>
                <w:noProof/>
                <w:lang w:val="ro-RO"/>
              </w:rPr>
            </w:pPr>
            <w:r w:rsidRPr="001A1B66">
              <w:rPr>
                <w:noProof/>
                <w:sz w:val="15"/>
                <w:lang w:val="ro-RO"/>
              </w:rPr>
              <w:t>Date de performanță</w:t>
            </w:r>
          </w:p>
        </w:tc>
        <w:tc>
          <w:tcPr>
            <w:tcW w:w="4082" w:type="dxa"/>
            <w:shd w:val="clear" w:color="auto" w:fill="FAFAFA"/>
            <w:tcMar>
              <w:top w:w="75" w:type="dxa"/>
              <w:left w:w="85" w:type="dxa"/>
              <w:bottom w:w="75" w:type="dxa"/>
              <w:right w:w="85" w:type="dxa"/>
            </w:tcMar>
            <w:vAlign w:val="center"/>
          </w:tcPr>
          <w:p w14:paraId="55BCE866" w14:textId="77777777" w:rsidR="00807297" w:rsidRPr="001A1B66" w:rsidRDefault="00000000">
            <w:pPr>
              <w:spacing w:after="0" w:line="240" w:lineRule="auto"/>
              <w:rPr>
                <w:noProof/>
                <w:lang w:val="ro-RO"/>
              </w:rPr>
            </w:pPr>
            <w:r w:rsidRPr="001A1B66">
              <w:rPr>
                <w:noProof/>
                <w:sz w:val="15"/>
                <w:lang w:val="ro-RO"/>
              </w:rPr>
              <w:t>Abateri, produse blocate, reclamații, rezultate microbiologice, audituri, tendințe și rebuturi.</w:t>
            </w:r>
          </w:p>
        </w:tc>
        <w:tc>
          <w:tcPr>
            <w:tcW w:w="3458" w:type="dxa"/>
            <w:shd w:val="clear" w:color="auto" w:fill="FAFAFA"/>
            <w:tcMar>
              <w:top w:w="75" w:type="dxa"/>
              <w:left w:w="85" w:type="dxa"/>
              <w:bottom w:w="75" w:type="dxa"/>
              <w:right w:w="85" w:type="dxa"/>
            </w:tcMar>
            <w:vAlign w:val="center"/>
          </w:tcPr>
          <w:p w14:paraId="4B2C78D4" w14:textId="77777777" w:rsidR="00807297" w:rsidRPr="001A1B66" w:rsidRDefault="00000000">
            <w:pPr>
              <w:spacing w:after="0" w:line="240" w:lineRule="auto"/>
              <w:rPr>
                <w:noProof/>
                <w:lang w:val="ro-RO"/>
              </w:rPr>
            </w:pPr>
            <w:r w:rsidRPr="001A1B66">
              <w:rPr>
                <w:noProof/>
                <w:sz w:val="15"/>
                <w:lang w:val="ro-RO"/>
              </w:rPr>
              <w:t>Ce tendință indică o cauză sistemică sau o oportunitate?</w:t>
            </w:r>
          </w:p>
        </w:tc>
      </w:tr>
      <w:tr w:rsidR="00807297" w:rsidRPr="00696259" w14:paraId="7AF37358" w14:textId="77777777">
        <w:trPr>
          <w:cantSplit/>
          <w:jc w:val="center"/>
        </w:trPr>
        <w:tc>
          <w:tcPr>
            <w:tcW w:w="2381" w:type="dxa"/>
            <w:shd w:val="clear" w:color="auto" w:fill="FFFFFF"/>
            <w:tcMar>
              <w:top w:w="75" w:type="dxa"/>
              <w:left w:w="85" w:type="dxa"/>
              <w:bottom w:w="75" w:type="dxa"/>
              <w:right w:w="85" w:type="dxa"/>
            </w:tcMar>
            <w:vAlign w:val="center"/>
          </w:tcPr>
          <w:p w14:paraId="7FA37B56" w14:textId="77777777" w:rsidR="00807297" w:rsidRPr="001A1B66" w:rsidRDefault="00000000">
            <w:pPr>
              <w:spacing w:after="0" w:line="240" w:lineRule="auto"/>
              <w:rPr>
                <w:noProof/>
                <w:lang w:val="ro-RO"/>
              </w:rPr>
            </w:pPr>
            <w:r w:rsidRPr="001A1B66">
              <w:rPr>
                <w:noProof/>
                <w:sz w:val="15"/>
                <w:lang w:val="ro-RO"/>
              </w:rPr>
              <w:t>Furnizori și lanț alimentar</w:t>
            </w:r>
          </w:p>
        </w:tc>
        <w:tc>
          <w:tcPr>
            <w:tcW w:w="4082" w:type="dxa"/>
            <w:shd w:val="clear" w:color="auto" w:fill="FFFFFF"/>
            <w:tcMar>
              <w:top w:w="75" w:type="dxa"/>
              <w:left w:w="85" w:type="dxa"/>
              <w:bottom w:w="75" w:type="dxa"/>
              <w:right w:w="85" w:type="dxa"/>
            </w:tcMar>
            <w:vAlign w:val="center"/>
          </w:tcPr>
          <w:p w14:paraId="3DBF7FCA" w14:textId="77777777" w:rsidR="00807297" w:rsidRPr="001A1B66" w:rsidRDefault="00000000">
            <w:pPr>
              <w:spacing w:after="0" w:line="240" w:lineRule="auto"/>
              <w:rPr>
                <w:noProof/>
                <w:lang w:val="ro-RO"/>
              </w:rPr>
            </w:pPr>
            <w:r w:rsidRPr="001A1B66">
              <w:rPr>
                <w:noProof/>
                <w:sz w:val="15"/>
                <w:lang w:val="ro-RO"/>
              </w:rPr>
              <w:t>Materii prime, servicii, certificate, specificații, fraude, trasabilitate și comunicări.</w:t>
            </w:r>
          </w:p>
        </w:tc>
        <w:tc>
          <w:tcPr>
            <w:tcW w:w="3458" w:type="dxa"/>
            <w:shd w:val="clear" w:color="auto" w:fill="FFFFFF"/>
            <w:tcMar>
              <w:top w:w="75" w:type="dxa"/>
              <w:left w:w="85" w:type="dxa"/>
              <w:bottom w:w="75" w:type="dxa"/>
              <w:right w:w="85" w:type="dxa"/>
            </w:tcMar>
            <w:vAlign w:val="center"/>
          </w:tcPr>
          <w:p w14:paraId="7696316F" w14:textId="77777777" w:rsidR="00807297" w:rsidRPr="001A1B66" w:rsidRDefault="00000000">
            <w:pPr>
              <w:spacing w:after="0" w:line="240" w:lineRule="auto"/>
              <w:rPr>
                <w:noProof/>
                <w:lang w:val="ro-RO"/>
              </w:rPr>
            </w:pPr>
            <w:r w:rsidRPr="001A1B66">
              <w:rPr>
                <w:noProof/>
                <w:sz w:val="15"/>
                <w:lang w:val="ro-RO"/>
              </w:rPr>
              <w:t>Ce dependență externă trebuie controlată mai bine?</w:t>
            </w:r>
          </w:p>
        </w:tc>
      </w:tr>
      <w:tr w:rsidR="00807297" w:rsidRPr="00696259" w14:paraId="163B9F08" w14:textId="77777777">
        <w:trPr>
          <w:cantSplit/>
          <w:jc w:val="center"/>
        </w:trPr>
        <w:tc>
          <w:tcPr>
            <w:tcW w:w="2381" w:type="dxa"/>
            <w:shd w:val="clear" w:color="auto" w:fill="FAFAFA"/>
            <w:tcMar>
              <w:top w:w="75" w:type="dxa"/>
              <w:left w:w="85" w:type="dxa"/>
              <w:bottom w:w="75" w:type="dxa"/>
              <w:right w:w="85" w:type="dxa"/>
            </w:tcMar>
            <w:vAlign w:val="center"/>
          </w:tcPr>
          <w:p w14:paraId="689CF944" w14:textId="77777777" w:rsidR="00807297" w:rsidRPr="001A1B66" w:rsidRDefault="00000000">
            <w:pPr>
              <w:spacing w:after="0" w:line="240" w:lineRule="auto"/>
              <w:rPr>
                <w:noProof/>
                <w:lang w:val="ro-RO"/>
              </w:rPr>
            </w:pPr>
            <w:r w:rsidRPr="001A1B66">
              <w:rPr>
                <w:noProof/>
                <w:sz w:val="15"/>
                <w:lang w:val="ro-RO"/>
              </w:rPr>
              <w:t>Schimbări și context</w:t>
            </w:r>
          </w:p>
        </w:tc>
        <w:tc>
          <w:tcPr>
            <w:tcW w:w="4082" w:type="dxa"/>
            <w:shd w:val="clear" w:color="auto" w:fill="FAFAFA"/>
            <w:tcMar>
              <w:top w:w="75" w:type="dxa"/>
              <w:left w:w="85" w:type="dxa"/>
              <w:bottom w:w="75" w:type="dxa"/>
              <w:right w:w="85" w:type="dxa"/>
            </w:tcMar>
            <w:vAlign w:val="center"/>
          </w:tcPr>
          <w:p w14:paraId="6913A11C" w14:textId="77777777" w:rsidR="00807297" w:rsidRPr="001A1B66" w:rsidRDefault="00000000">
            <w:pPr>
              <w:spacing w:after="0" w:line="240" w:lineRule="auto"/>
              <w:rPr>
                <w:noProof/>
                <w:lang w:val="ro-RO"/>
              </w:rPr>
            </w:pPr>
            <w:r w:rsidRPr="001A1B66">
              <w:rPr>
                <w:noProof/>
                <w:sz w:val="15"/>
                <w:lang w:val="ro-RO"/>
              </w:rPr>
              <w:t>Produse, rețete, echipamente, volume, personal, climă, utilități, reglementări și clienți.</w:t>
            </w:r>
          </w:p>
        </w:tc>
        <w:tc>
          <w:tcPr>
            <w:tcW w:w="3458" w:type="dxa"/>
            <w:shd w:val="clear" w:color="auto" w:fill="FAFAFA"/>
            <w:tcMar>
              <w:top w:w="75" w:type="dxa"/>
              <w:left w:w="85" w:type="dxa"/>
              <w:bottom w:w="75" w:type="dxa"/>
              <w:right w:w="85" w:type="dxa"/>
            </w:tcMar>
            <w:vAlign w:val="center"/>
          </w:tcPr>
          <w:p w14:paraId="31188F3B" w14:textId="77777777" w:rsidR="00807297" w:rsidRPr="001A1B66" w:rsidRDefault="00000000">
            <w:pPr>
              <w:spacing w:after="0" w:line="240" w:lineRule="auto"/>
              <w:rPr>
                <w:noProof/>
                <w:lang w:val="ro-RO"/>
              </w:rPr>
            </w:pPr>
            <w:r w:rsidRPr="001A1B66">
              <w:rPr>
                <w:noProof/>
                <w:sz w:val="15"/>
                <w:lang w:val="ro-RO"/>
              </w:rPr>
              <w:t>Ce schimbare poate afecta siguranța alimentelor?</w:t>
            </w:r>
          </w:p>
        </w:tc>
      </w:tr>
    </w:tbl>
    <w:p w14:paraId="0850AC28" w14:textId="77777777" w:rsidR="00807297" w:rsidRPr="001A1B66" w:rsidRDefault="00807297">
      <w:pPr>
        <w:spacing w:after="20"/>
        <w:rPr>
          <w:noProof/>
          <w:lang w:val="ro-RO"/>
        </w:rPr>
      </w:pPr>
    </w:p>
    <w:p w14:paraId="19E9417E" w14:textId="77777777" w:rsidR="00807297" w:rsidRPr="001A1B66" w:rsidRDefault="00000000">
      <w:pPr>
        <w:pStyle w:val="Heading2"/>
        <w:rPr>
          <w:noProof/>
          <w:lang w:val="ro-RO"/>
        </w:rPr>
      </w:pPr>
      <w:r w:rsidRPr="001A1B66">
        <w:rPr>
          <w:noProof/>
          <w:lang w:val="ro-RO"/>
        </w:rPr>
        <w:t>Matrice de prioritizare</w:t>
      </w:r>
    </w:p>
    <w:p w14:paraId="248232C7" w14:textId="77777777" w:rsidR="00807297" w:rsidRPr="001A1B66" w:rsidRDefault="00000000">
      <w:pPr>
        <w:spacing w:line="259" w:lineRule="auto"/>
        <w:rPr>
          <w:noProof/>
          <w:lang w:val="ro-RO"/>
        </w:rPr>
      </w:pPr>
      <w:r w:rsidRPr="001A1B66">
        <w:rPr>
          <w:noProof/>
          <w:lang w:val="ro-RO"/>
        </w:rPr>
        <w:t>Acordați fiecărui obiectiv candidat un scor de la 1 la 5. Selectați obiectivele cu impact ridicat și fezabilitate rezonabilă; documentați motivele pentru amânarea unei priorități importante.</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3402"/>
        <w:gridCol w:w="3231"/>
        <w:gridCol w:w="3288"/>
      </w:tblGrid>
      <w:tr w:rsidR="00807297" w:rsidRPr="001A1B66" w14:paraId="673CF887" w14:textId="77777777">
        <w:trPr>
          <w:tblHeader/>
          <w:jc w:val="center"/>
        </w:trPr>
        <w:tc>
          <w:tcPr>
            <w:tcW w:w="3402" w:type="dxa"/>
            <w:shd w:val="clear" w:color="auto" w:fill="D71920"/>
            <w:tcMar>
              <w:top w:w="75" w:type="dxa"/>
              <w:left w:w="85" w:type="dxa"/>
              <w:bottom w:w="75" w:type="dxa"/>
              <w:right w:w="85" w:type="dxa"/>
            </w:tcMar>
            <w:vAlign w:val="center"/>
          </w:tcPr>
          <w:p w14:paraId="31E2B205" w14:textId="77777777" w:rsidR="00807297" w:rsidRPr="001A1B66" w:rsidRDefault="00000000">
            <w:pPr>
              <w:spacing w:after="0" w:line="240" w:lineRule="auto"/>
              <w:jc w:val="center"/>
              <w:rPr>
                <w:noProof/>
                <w:lang w:val="ro-RO"/>
              </w:rPr>
            </w:pPr>
            <w:r w:rsidRPr="001A1B66">
              <w:rPr>
                <w:b/>
                <w:noProof/>
                <w:color w:val="FFFFFF"/>
                <w:sz w:val="16"/>
                <w:lang w:val="ro-RO"/>
              </w:rPr>
              <w:t>CRITERIU</w:t>
            </w:r>
          </w:p>
        </w:tc>
        <w:tc>
          <w:tcPr>
            <w:tcW w:w="3231" w:type="dxa"/>
            <w:shd w:val="clear" w:color="auto" w:fill="D71920"/>
            <w:tcMar>
              <w:top w:w="75" w:type="dxa"/>
              <w:left w:w="85" w:type="dxa"/>
              <w:bottom w:w="75" w:type="dxa"/>
              <w:right w:w="85" w:type="dxa"/>
            </w:tcMar>
            <w:vAlign w:val="center"/>
          </w:tcPr>
          <w:p w14:paraId="60D4265B" w14:textId="77777777" w:rsidR="00807297" w:rsidRPr="001A1B66" w:rsidRDefault="00000000">
            <w:pPr>
              <w:spacing w:after="0" w:line="240" w:lineRule="auto"/>
              <w:jc w:val="center"/>
              <w:rPr>
                <w:noProof/>
                <w:lang w:val="ro-RO"/>
              </w:rPr>
            </w:pPr>
            <w:r w:rsidRPr="001A1B66">
              <w:rPr>
                <w:b/>
                <w:noProof/>
                <w:color w:val="FFFFFF"/>
                <w:sz w:val="16"/>
                <w:lang w:val="ro-RO"/>
              </w:rPr>
              <w:t>SCOR 1</w:t>
            </w:r>
          </w:p>
        </w:tc>
        <w:tc>
          <w:tcPr>
            <w:tcW w:w="3288" w:type="dxa"/>
            <w:shd w:val="clear" w:color="auto" w:fill="D71920"/>
            <w:tcMar>
              <w:top w:w="75" w:type="dxa"/>
              <w:left w:w="85" w:type="dxa"/>
              <w:bottom w:w="75" w:type="dxa"/>
              <w:right w:w="85" w:type="dxa"/>
            </w:tcMar>
            <w:vAlign w:val="center"/>
          </w:tcPr>
          <w:p w14:paraId="45D06845" w14:textId="77777777" w:rsidR="00807297" w:rsidRPr="001A1B66" w:rsidRDefault="00000000">
            <w:pPr>
              <w:spacing w:after="0" w:line="240" w:lineRule="auto"/>
              <w:jc w:val="center"/>
              <w:rPr>
                <w:noProof/>
                <w:lang w:val="ro-RO"/>
              </w:rPr>
            </w:pPr>
            <w:r w:rsidRPr="001A1B66">
              <w:rPr>
                <w:b/>
                <w:noProof/>
                <w:color w:val="FFFFFF"/>
                <w:sz w:val="16"/>
                <w:lang w:val="ro-RO"/>
              </w:rPr>
              <w:t>SCOR 5</w:t>
            </w:r>
          </w:p>
        </w:tc>
      </w:tr>
      <w:tr w:rsidR="00807297" w:rsidRPr="00696259" w14:paraId="211CA756" w14:textId="77777777">
        <w:trPr>
          <w:cantSplit/>
          <w:jc w:val="center"/>
        </w:trPr>
        <w:tc>
          <w:tcPr>
            <w:tcW w:w="3402" w:type="dxa"/>
            <w:shd w:val="clear" w:color="auto" w:fill="FFFFFF"/>
            <w:tcMar>
              <w:top w:w="75" w:type="dxa"/>
              <w:left w:w="85" w:type="dxa"/>
              <w:bottom w:w="75" w:type="dxa"/>
              <w:right w:w="85" w:type="dxa"/>
            </w:tcMar>
            <w:vAlign w:val="center"/>
          </w:tcPr>
          <w:p w14:paraId="29174E9A" w14:textId="77777777" w:rsidR="00807297" w:rsidRPr="001A1B66" w:rsidRDefault="00000000">
            <w:pPr>
              <w:spacing w:after="0" w:line="240" w:lineRule="auto"/>
              <w:rPr>
                <w:noProof/>
                <w:lang w:val="ro-RO"/>
              </w:rPr>
            </w:pPr>
            <w:r w:rsidRPr="001A1B66">
              <w:rPr>
                <w:noProof/>
                <w:sz w:val="16"/>
                <w:lang w:val="ro-RO"/>
              </w:rPr>
              <w:t>Impact asupra siguranței alimentelor</w:t>
            </w:r>
          </w:p>
        </w:tc>
        <w:tc>
          <w:tcPr>
            <w:tcW w:w="3231" w:type="dxa"/>
            <w:shd w:val="clear" w:color="auto" w:fill="FFFFFF"/>
            <w:tcMar>
              <w:top w:w="75" w:type="dxa"/>
              <w:left w:w="85" w:type="dxa"/>
              <w:bottom w:w="75" w:type="dxa"/>
              <w:right w:w="85" w:type="dxa"/>
            </w:tcMar>
            <w:vAlign w:val="center"/>
          </w:tcPr>
          <w:p w14:paraId="7E2F3193" w14:textId="77777777" w:rsidR="00807297" w:rsidRPr="001A1B66" w:rsidRDefault="00000000">
            <w:pPr>
              <w:spacing w:after="0" w:line="240" w:lineRule="auto"/>
              <w:rPr>
                <w:noProof/>
                <w:lang w:val="ro-RO"/>
              </w:rPr>
            </w:pPr>
            <w:r w:rsidRPr="001A1B66">
              <w:rPr>
                <w:noProof/>
                <w:sz w:val="16"/>
                <w:lang w:val="ro-RO"/>
              </w:rPr>
              <w:t>1 = efect indirect redus</w:t>
            </w:r>
          </w:p>
        </w:tc>
        <w:tc>
          <w:tcPr>
            <w:tcW w:w="3288" w:type="dxa"/>
            <w:shd w:val="clear" w:color="auto" w:fill="FFFFFF"/>
            <w:tcMar>
              <w:top w:w="75" w:type="dxa"/>
              <w:left w:w="85" w:type="dxa"/>
              <w:bottom w:w="75" w:type="dxa"/>
              <w:right w:w="85" w:type="dxa"/>
            </w:tcMar>
            <w:vAlign w:val="center"/>
          </w:tcPr>
          <w:p w14:paraId="738DC71D" w14:textId="77777777" w:rsidR="00807297" w:rsidRPr="001A1B66" w:rsidRDefault="00000000">
            <w:pPr>
              <w:spacing w:after="0" w:line="240" w:lineRule="auto"/>
              <w:rPr>
                <w:noProof/>
                <w:lang w:val="ro-RO"/>
              </w:rPr>
            </w:pPr>
            <w:r w:rsidRPr="001A1B66">
              <w:rPr>
                <w:noProof/>
                <w:sz w:val="16"/>
                <w:lang w:val="ro-RO"/>
              </w:rPr>
              <w:t>5 = pericol semnificativ / risc de produs nesigur</w:t>
            </w:r>
          </w:p>
        </w:tc>
      </w:tr>
      <w:tr w:rsidR="00807297" w:rsidRPr="00696259" w14:paraId="7E2BB8E9" w14:textId="77777777">
        <w:trPr>
          <w:cantSplit/>
          <w:jc w:val="center"/>
        </w:trPr>
        <w:tc>
          <w:tcPr>
            <w:tcW w:w="3402" w:type="dxa"/>
            <w:shd w:val="clear" w:color="auto" w:fill="FAFAFA"/>
            <w:tcMar>
              <w:top w:w="75" w:type="dxa"/>
              <w:left w:w="85" w:type="dxa"/>
              <w:bottom w:w="75" w:type="dxa"/>
              <w:right w:w="85" w:type="dxa"/>
            </w:tcMar>
            <w:vAlign w:val="center"/>
          </w:tcPr>
          <w:p w14:paraId="634C5533" w14:textId="77777777" w:rsidR="00807297" w:rsidRPr="001A1B66" w:rsidRDefault="00000000">
            <w:pPr>
              <w:spacing w:after="0" w:line="240" w:lineRule="auto"/>
              <w:rPr>
                <w:noProof/>
                <w:lang w:val="ro-RO"/>
              </w:rPr>
            </w:pPr>
            <w:r w:rsidRPr="001A1B66">
              <w:rPr>
                <w:noProof/>
                <w:sz w:val="16"/>
                <w:lang w:val="ro-RO"/>
              </w:rPr>
              <w:t>Conformare legală / client</w:t>
            </w:r>
          </w:p>
        </w:tc>
        <w:tc>
          <w:tcPr>
            <w:tcW w:w="3231" w:type="dxa"/>
            <w:shd w:val="clear" w:color="auto" w:fill="FAFAFA"/>
            <w:tcMar>
              <w:top w:w="75" w:type="dxa"/>
              <w:left w:w="85" w:type="dxa"/>
              <w:bottom w:w="75" w:type="dxa"/>
              <w:right w:w="85" w:type="dxa"/>
            </w:tcMar>
            <w:vAlign w:val="center"/>
          </w:tcPr>
          <w:p w14:paraId="026D5FE5" w14:textId="77777777" w:rsidR="00807297" w:rsidRPr="001A1B66" w:rsidRDefault="00000000">
            <w:pPr>
              <w:spacing w:after="0" w:line="240" w:lineRule="auto"/>
              <w:rPr>
                <w:noProof/>
                <w:lang w:val="ro-RO"/>
              </w:rPr>
            </w:pPr>
            <w:r w:rsidRPr="001A1B66">
              <w:rPr>
                <w:noProof/>
                <w:sz w:val="16"/>
                <w:lang w:val="ro-RO"/>
              </w:rPr>
              <w:t>1 = fără legătură directă</w:t>
            </w:r>
          </w:p>
        </w:tc>
        <w:tc>
          <w:tcPr>
            <w:tcW w:w="3288" w:type="dxa"/>
            <w:shd w:val="clear" w:color="auto" w:fill="FAFAFA"/>
            <w:tcMar>
              <w:top w:w="75" w:type="dxa"/>
              <w:left w:w="85" w:type="dxa"/>
              <w:bottom w:w="75" w:type="dxa"/>
              <w:right w:w="85" w:type="dxa"/>
            </w:tcMar>
            <w:vAlign w:val="center"/>
          </w:tcPr>
          <w:p w14:paraId="390489EA" w14:textId="77777777" w:rsidR="00807297" w:rsidRPr="001A1B66" w:rsidRDefault="00000000">
            <w:pPr>
              <w:spacing w:after="0" w:line="240" w:lineRule="auto"/>
              <w:rPr>
                <w:noProof/>
                <w:lang w:val="ro-RO"/>
              </w:rPr>
            </w:pPr>
            <w:r w:rsidRPr="001A1B66">
              <w:rPr>
                <w:noProof/>
                <w:sz w:val="16"/>
                <w:lang w:val="ro-RO"/>
              </w:rPr>
              <w:t>5 = cerință obligatorie sau critică pentru client</w:t>
            </w:r>
          </w:p>
        </w:tc>
      </w:tr>
      <w:tr w:rsidR="00807297" w:rsidRPr="001A1B66" w14:paraId="6878DB68" w14:textId="77777777">
        <w:trPr>
          <w:cantSplit/>
          <w:jc w:val="center"/>
        </w:trPr>
        <w:tc>
          <w:tcPr>
            <w:tcW w:w="3402" w:type="dxa"/>
            <w:shd w:val="clear" w:color="auto" w:fill="FFFFFF"/>
            <w:tcMar>
              <w:top w:w="75" w:type="dxa"/>
              <w:left w:w="85" w:type="dxa"/>
              <w:bottom w:w="75" w:type="dxa"/>
              <w:right w:w="85" w:type="dxa"/>
            </w:tcMar>
            <w:vAlign w:val="center"/>
          </w:tcPr>
          <w:p w14:paraId="6E61D0DB" w14:textId="77777777" w:rsidR="00807297" w:rsidRPr="001A1B66" w:rsidRDefault="00000000">
            <w:pPr>
              <w:spacing w:after="0" w:line="240" w:lineRule="auto"/>
              <w:rPr>
                <w:noProof/>
                <w:lang w:val="ro-RO"/>
              </w:rPr>
            </w:pPr>
            <w:r w:rsidRPr="001A1B66">
              <w:rPr>
                <w:noProof/>
                <w:sz w:val="16"/>
                <w:lang w:val="ro-RO"/>
              </w:rPr>
              <w:t>Recurență / tendință</w:t>
            </w:r>
          </w:p>
        </w:tc>
        <w:tc>
          <w:tcPr>
            <w:tcW w:w="3231" w:type="dxa"/>
            <w:shd w:val="clear" w:color="auto" w:fill="FFFFFF"/>
            <w:tcMar>
              <w:top w:w="75" w:type="dxa"/>
              <w:left w:w="85" w:type="dxa"/>
              <w:bottom w:w="75" w:type="dxa"/>
              <w:right w:w="85" w:type="dxa"/>
            </w:tcMar>
            <w:vAlign w:val="center"/>
          </w:tcPr>
          <w:p w14:paraId="39965878" w14:textId="77777777" w:rsidR="00807297" w:rsidRPr="001A1B66" w:rsidRDefault="00000000">
            <w:pPr>
              <w:spacing w:after="0" w:line="240" w:lineRule="auto"/>
              <w:rPr>
                <w:noProof/>
                <w:lang w:val="ro-RO"/>
              </w:rPr>
            </w:pPr>
            <w:r w:rsidRPr="001A1B66">
              <w:rPr>
                <w:noProof/>
                <w:sz w:val="16"/>
                <w:lang w:val="ro-RO"/>
              </w:rPr>
              <w:t>1 = eveniment izolat</w:t>
            </w:r>
          </w:p>
        </w:tc>
        <w:tc>
          <w:tcPr>
            <w:tcW w:w="3288" w:type="dxa"/>
            <w:shd w:val="clear" w:color="auto" w:fill="FFFFFF"/>
            <w:tcMar>
              <w:top w:w="75" w:type="dxa"/>
              <w:left w:w="85" w:type="dxa"/>
              <w:bottom w:w="75" w:type="dxa"/>
              <w:right w:w="85" w:type="dxa"/>
            </w:tcMar>
            <w:vAlign w:val="center"/>
          </w:tcPr>
          <w:p w14:paraId="57CCD79F" w14:textId="77777777" w:rsidR="00807297" w:rsidRPr="001A1B66" w:rsidRDefault="00000000">
            <w:pPr>
              <w:spacing w:after="0" w:line="240" w:lineRule="auto"/>
              <w:rPr>
                <w:noProof/>
                <w:lang w:val="ro-RO"/>
              </w:rPr>
            </w:pPr>
            <w:r w:rsidRPr="001A1B66">
              <w:rPr>
                <w:noProof/>
                <w:sz w:val="16"/>
                <w:lang w:val="ro-RO"/>
              </w:rPr>
              <w:t>5 = abatere repetată sau trend nefavorabil</w:t>
            </w:r>
          </w:p>
        </w:tc>
      </w:tr>
      <w:tr w:rsidR="00807297" w:rsidRPr="00696259" w14:paraId="5399340B" w14:textId="77777777">
        <w:trPr>
          <w:cantSplit/>
          <w:jc w:val="center"/>
        </w:trPr>
        <w:tc>
          <w:tcPr>
            <w:tcW w:w="3402" w:type="dxa"/>
            <w:shd w:val="clear" w:color="auto" w:fill="FAFAFA"/>
            <w:tcMar>
              <w:top w:w="75" w:type="dxa"/>
              <w:left w:w="85" w:type="dxa"/>
              <w:bottom w:w="75" w:type="dxa"/>
              <w:right w:w="85" w:type="dxa"/>
            </w:tcMar>
            <w:vAlign w:val="center"/>
          </w:tcPr>
          <w:p w14:paraId="7F860D27" w14:textId="77777777" w:rsidR="00807297" w:rsidRPr="001A1B66" w:rsidRDefault="00000000">
            <w:pPr>
              <w:spacing w:after="0" w:line="240" w:lineRule="auto"/>
              <w:rPr>
                <w:noProof/>
                <w:lang w:val="ro-RO"/>
              </w:rPr>
            </w:pPr>
            <w:r w:rsidRPr="001A1B66">
              <w:rPr>
                <w:noProof/>
                <w:sz w:val="16"/>
                <w:lang w:val="ro-RO"/>
              </w:rPr>
              <w:t>Robustețea controlului</w:t>
            </w:r>
          </w:p>
        </w:tc>
        <w:tc>
          <w:tcPr>
            <w:tcW w:w="3231" w:type="dxa"/>
            <w:shd w:val="clear" w:color="auto" w:fill="FAFAFA"/>
            <w:tcMar>
              <w:top w:w="75" w:type="dxa"/>
              <w:left w:w="85" w:type="dxa"/>
              <w:bottom w:w="75" w:type="dxa"/>
              <w:right w:w="85" w:type="dxa"/>
            </w:tcMar>
            <w:vAlign w:val="center"/>
          </w:tcPr>
          <w:p w14:paraId="54B39258" w14:textId="77777777" w:rsidR="00807297" w:rsidRPr="001A1B66" w:rsidRDefault="00000000">
            <w:pPr>
              <w:spacing w:after="0" w:line="240" w:lineRule="auto"/>
              <w:rPr>
                <w:noProof/>
                <w:lang w:val="ro-RO"/>
              </w:rPr>
            </w:pPr>
            <w:r w:rsidRPr="001A1B66">
              <w:rPr>
                <w:noProof/>
                <w:sz w:val="16"/>
                <w:lang w:val="ro-RO"/>
              </w:rPr>
              <w:t>1 = control stabil și verificat</w:t>
            </w:r>
          </w:p>
        </w:tc>
        <w:tc>
          <w:tcPr>
            <w:tcW w:w="3288" w:type="dxa"/>
            <w:shd w:val="clear" w:color="auto" w:fill="FAFAFA"/>
            <w:tcMar>
              <w:top w:w="75" w:type="dxa"/>
              <w:left w:w="85" w:type="dxa"/>
              <w:bottom w:w="75" w:type="dxa"/>
              <w:right w:w="85" w:type="dxa"/>
            </w:tcMar>
            <w:vAlign w:val="center"/>
          </w:tcPr>
          <w:p w14:paraId="08021982" w14:textId="77777777" w:rsidR="00807297" w:rsidRPr="001A1B66" w:rsidRDefault="00000000">
            <w:pPr>
              <w:spacing w:after="0" w:line="240" w:lineRule="auto"/>
              <w:rPr>
                <w:noProof/>
                <w:lang w:val="ro-RO"/>
              </w:rPr>
            </w:pPr>
            <w:r w:rsidRPr="001A1B66">
              <w:rPr>
                <w:noProof/>
                <w:sz w:val="16"/>
                <w:lang w:val="ro-RO"/>
              </w:rPr>
              <w:t>5 = control variabil, dependent sau insuficient</w:t>
            </w:r>
          </w:p>
        </w:tc>
      </w:tr>
      <w:tr w:rsidR="00807297" w:rsidRPr="001A1B66" w14:paraId="51E22C88" w14:textId="77777777">
        <w:trPr>
          <w:cantSplit/>
          <w:jc w:val="center"/>
        </w:trPr>
        <w:tc>
          <w:tcPr>
            <w:tcW w:w="3402" w:type="dxa"/>
            <w:shd w:val="clear" w:color="auto" w:fill="FFFFFF"/>
            <w:tcMar>
              <w:top w:w="75" w:type="dxa"/>
              <w:left w:w="85" w:type="dxa"/>
              <w:bottom w:w="75" w:type="dxa"/>
              <w:right w:w="85" w:type="dxa"/>
            </w:tcMar>
            <w:vAlign w:val="center"/>
          </w:tcPr>
          <w:p w14:paraId="376E5D18" w14:textId="77777777" w:rsidR="00807297" w:rsidRPr="001A1B66" w:rsidRDefault="00000000">
            <w:pPr>
              <w:spacing w:after="0" w:line="240" w:lineRule="auto"/>
              <w:rPr>
                <w:noProof/>
                <w:lang w:val="ro-RO"/>
              </w:rPr>
            </w:pPr>
            <w:r w:rsidRPr="001A1B66">
              <w:rPr>
                <w:noProof/>
                <w:sz w:val="16"/>
                <w:lang w:val="ro-RO"/>
              </w:rPr>
              <w:t>Fezabilitate / influență</w:t>
            </w:r>
          </w:p>
        </w:tc>
        <w:tc>
          <w:tcPr>
            <w:tcW w:w="3231" w:type="dxa"/>
            <w:shd w:val="clear" w:color="auto" w:fill="FFFFFF"/>
            <w:tcMar>
              <w:top w:w="75" w:type="dxa"/>
              <w:left w:w="85" w:type="dxa"/>
              <w:bottom w:w="75" w:type="dxa"/>
              <w:right w:w="85" w:type="dxa"/>
            </w:tcMar>
            <w:vAlign w:val="center"/>
          </w:tcPr>
          <w:p w14:paraId="1FF6260E" w14:textId="77777777" w:rsidR="00807297" w:rsidRPr="001A1B66" w:rsidRDefault="00000000">
            <w:pPr>
              <w:spacing w:after="0" w:line="240" w:lineRule="auto"/>
              <w:rPr>
                <w:noProof/>
                <w:lang w:val="ro-RO"/>
              </w:rPr>
            </w:pPr>
            <w:r w:rsidRPr="001A1B66">
              <w:rPr>
                <w:noProof/>
                <w:sz w:val="16"/>
                <w:lang w:val="ro-RO"/>
              </w:rPr>
              <w:t>1 = influență foarte redusă</w:t>
            </w:r>
          </w:p>
        </w:tc>
        <w:tc>
          <w:tcPr>
            <w:tcW w:w="3288" w:type="dxa"/>
            <w:shd w:val="clear" w:color="auto" w:fill="FFFFFF"/>
            <w:tcMar>
              <w:top w:w="75" w:type="dxa"/>
              <w:left w:w="85" w:type="dxa"/>
              <w:bottom w:w="75" w:type="dxa"/>
              <w:right w:w="85" w:type="dxa"/>
            </w:tcMar>
            <w:vAlign w:val="center"/>
          </w:tcPr>
          <w:p w14:paraId="411EB3BD" w14:textId="77777777" w:rsidR="00807297" w:rsidRPr="001A1B66" w:rsidRDefault="00000000">
            <w:pPr>
              <w:spacing w:after="0" w:line="240" w:lineRule="auto"/>
              <w:rPr>
                <w:noProof/>
                <w:lang w:val="ro-RO"/>
              </w:rPr>
            </w:pPr>
            <w:r w:rsidRPr="001A1B66">
              <w:rPr>
                <w:noProof/>
                <w:sz w:val="16"/>
                <w:lang w:val="ro-RO"/>
              </w:rPr>
              <w:t>5 = acțiune realistă cu impact important</w:t>
            </w:r>
          </w:p>
        </w:tc>
      </w:tr>
      <w:tr w:rsidR="00807297" w:rsidRPr="001A1B66" w14:paraId="444A9CF5" w14:textId="77777777">
        <w:trPr>
          <w:cantSplit/>
          <w:jc w:val="center"/>
        </w:trPr>
        <w:tc>
          <w:tcPr>
            <w:tcW w:w="3402" w:type="dxa"/>
            <w:shd w:val="clear" w:color="auto" w:fill="FAFAFA"/>
            <w:tcMar>
              <w:top w:w="75" w:type="dxa"/>
              <w:left w:w="85" w:type="dxa"/>
              <w:bottom w:w="75" w:type="dxa"/>
              <w:right w:w="85" w:type="dxa"/>
            </w:tcMar>
            <w:vAlign w:val="center"/>
          </w:tcPr>
          <w:p w14:paraId="6CD33332" w14:textId="77777777" w:rsidR="00807297" w:rsidRPr="001A1B66" w:rsidRDefault="00000000">
            <w:pPr>
              <w:spacing w:after="0" w:line="240" w:lineRule="auto"/>
              <w:rPr>
                <w:noProof/>
                <w:lang w:val="ro-RO"/>
              </w:rPr>
            </w:pPr>
            <w:r w:rsidRPr="001A1B66">
              <w:rPr>
                <w:noProof/>
                <w:sz w:val="16"/>
                <w:lang w:val="ro-RO"/>
              </w:rPr>
              <w:t>Calitatea datelor</w:t>
            </w:r>
          </w:p>
        </w:tc>
        <w:tc>
          <w:tcPr>
            <w:tcW w:w="3231" w:type="dxa"/>
            <w:shd w:val="clear" w:color="auto" w:fill="FAFAFA"/>
            <w:tcMar>
              <w:top w:w="75" w:type="dxa"/>
              <w:left w:w="85" w:type="dxa"/>
              <w:bottom w:w="75" w:type="dxa"/>
              <w:right w:w="85" w:type="dxa"/>
            </w:tcMar>
            <w:vAlign w:val="center"/>
          </w:tcPr>
          <w:p w14:paraId="7D60048A" w14:textId="77777777" w:rsidR="00807297" w:rsidRPr="001A1B66" w:rsidRDefault="00000000">
            <w:pPr>
              <w:spacing w:after="0" w:line="240" w:lineRule="auto"/>
              <w:rPr>
                <w:noProof/>
                <w:lang w:val="ro-RO"/>
              </w:rPr>
            </w:pPr>
            <w:r w:rsidRPr="001A1B66">
              <w:rPr>
                <w:noProof/>
                <w:sz w:val="16"/>
                <w:lang w:val="ro-RO"/>
              </w:rPr>
              <w:t>1 = date limitate</w:t>
            </w:r>
          </w:p>
        </w:tc>
        <w:tc>
          <w:tcPr>
            <w:tcW w:w="3288" w:type="dxa"/>
            <w:shd w:val="clear" w:color="auto" w:fill="FAFAFA"/>
            <w:tcMar>
              <w:top w:w="75" w:type="dxa"/>
              <w:left w:w="85" w:type="dxa"/>
              <w:bottom w:w="75" w:type="dxa"/>
              <w:right w:w="85" w:type="dxa"/>
            </w:tcMar>
            <w:vAlign w:val="center"/>
          </w:tcPr>
          <w:p w14:paraId="679B1A3E" w14:textId="77777777" w:rsidR="00807297" w:rsidRPr="001A1B66" w:rsidRDefault="00000000">
            <w:pPr>
              <w:spacing w:after="0" w:line="240" w:lineRule="auto"/>
              <w:rPr>
                <w:noProof/>
                <w:lang w:val="ro-RO"/>
              </w:rPr>
            </w:pPr>
            <w:r w:rsidRPr="001A1B66">
              <w:rPr>
                <w:noProof/>
                <w:sz w:val="16"/>
                <w:lang w:val="ro-RO"/>
              </w:rPr>
              <w:t>5 = date complete, validate și comparabile</w:t>
            </w:r>
          </w:p>
        </w:tc>
      </w:tr>
    </w:tbl>
    <w:p w14:paraId="7D743413" w14:textId="77777777" w:rsidR="00807297" w:rsidRPr="001A1B66" w:rsidRDefault="00807297">
      <w:pPr>
        <w:spacing w:after="20"/>
        <w:rPr>
          <w:noProof/>
          <w:lang w:val="ro-RO"/>
        </w:rPr>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567"/>
        <w:gridCol w:w="3685"/>
        <w:gridCol w:w="1020"/>
        <w:gridCol w:w="1020"/>
        <w:gridCol w:w="1020"/>
        <w:gridCol w:w="907"/>
        <w:gridCol w:w="907"/>
        <w:gridCol w:w="794"/>
        <w:gridCol w:w="1134"/>
      </w:tblGrid>
      <w:tr w:rsidR="00807297" w:rsidRPr="001A1B66" w14:paraId="32335401" w14:textId="77777777">
        <w:trPr>
          <w:tblHeader/>
          <w:jc w:val="center"/>
        </w:trPr>
        <w:tc>
          <w:tcPr>
            <w:tcW w:w="567" w:type="dxa"/>
            <w:shd w:val="clear" w:color="auto" w:fill="D71920"/>
            <w:tcMar>
              <w:top w:w="75" w:type="dxa"/>
              <w:left w:w="85" w:type="dxa"/>
              <w:bottom w:w="75" w:type="dxa"/>
              <w:right w:w="85" w:type="dxa"/>
            </w:tcMar>
            <w:vAlign w:val="center"/>
          </w:tcPr>
          <w:p w14:paraId="6DFEAB45" w14:textId="77777777" w:rsidR="00807297" w:rsidRPr="001A1B66" w:rsidRDefault="00000000">
            <w:pPr>
              <w:spacing w:after="0" w:line="240" w:lineRule="auto"/>
              <w:jc w:val="center"/>
              <w:rPr>
                <w:noProof/>
                <w:lang w:val="ro-RO"/>
              </w:rPr>
            </w:pPr>
            <w:r w:rsidRPr="001A1B66">
              <w:rPr>
                <w:b/>
                <w:noProof/>
                <w:color w:val="FFFFFF"/>
                <w:sz w:val="14"/>
                <w:lang w:val="ro-RO"/>
              </w:rPr>
              <w:t>#</w:t>
            </w:r>
          </w:p>
        </w:tc>
        <w:tc>
          <w:tcPr>
            <w:tcW w:w="3685" w:type="dxa"/>
            <w:shd w:val="clear" w:color="auto" w:fill="D71920"/>
            <w:tcMar>
              <w:top w:w="75" w:type="dxa"/>
              <w:left w:w="85" w:type="dxa"/>
              <w:bottom w:w="75" w:type="dxa"/>
              <w:right w:w="85" w:type="dxa"/>
            </w:tcMar>
            <w:vAlign w:val="center"/>
          </w:tcPr>
          <w:p w14:paraId="5DFD6555" w14:textId="77777777" w:rsidR="00807297" w:rsidRPr="001A1B66" w:rsidRDefault="00000000">
            <w:pPr>
              <w:spacing w:after="0" w:line="240" w:lineRule="auto"/>
              <w:jc w:val="center"/>
              <w:rPr>
                <w:noProof/>
                <w:lang w:val="ro-RO"/>
              </w:rPr>
            </w:pPr>
            <w:r w:rsidRPr="001A1B66">
              <w:rPr>
                <w:b/>
                <w:noProof/>
                <w:color w:val="FFFFFF"/>
                <w:sz w:val="14"/>
                <w:lang w:val="ro-RO"/>
              </w:rPr>
              <w:t>OBIECTIV CANDIDAT</w:t>
            </w:r>
          </w:p>
        </w:tc>
        <w:tc>
          <w:tcPr>
            <w:tcW w:w="1020" w:type="dxa"/>
            <w:shd w:val="clear" w:color="auto" w:fill="D71920"/>
            <w:tcMar>
              <w:top w:w="75" w:type="dxa"/>
              <w:left w:w="85" w:type="dxa"/>
              <w:bottom w:w="75" w:type="dxa"/>
              <w:right w:w="85" w:type="dxa"/>
            </w:tcMar>
            <w:vAlign w:val="center"/>
          </w:tcPr>
          <w:p w14:paraId="5D25640A" w14:textId="77777777" w:rsidR="00807297" w:rsidRPr="001A1B66" w:rsidRDefault="00000000">
            <w:pPr>
              <w:spacing w:after="0" w:line="240" w:lineRule="auto"/>
              <w:jc w:val="center"/>
              <w:rPr>
                <w:noProof/>
                <w:lang w:val="ro-RO"/>
              </w:rPr>
            </w:pPr>
            <w:r w:rsidRPr="001A1B66">
              <w:rPr>
                <w:b/>
                <w:noProof/>
                <w:color w:val="FFFFFF"/>
                <w:sz w:val="14"/>
                <w:lang w:val="ro-RO"/>
              </w:rPr>
              <w:t>IMPACT</w:t>
            </w:r>
          </w:p>
        </w:tc>
        <w:tc>
          <w:tcPr>
            <w:tcW w:w="1020" w:type="dxa"/>
            <w:shd w:val="clear" w:color="auto" w:fill="D71920"/>
            <w:tcMar>
              <w:top w:w="75" w:type="dxa"/>
              <w:left w:w="85" w:type="dxa"/>
              <w:bottom w:w="75" w:type="dxa"/>
              <w:right w:w="85" w:type="dxa"/>
            </w:tcMar>
            <w:vAlign w:val="center"/>
          </w:tcPr>
          <w:p w14:paraId="7E7BBEA0" w14:textId="77777777" w:rsidR="00807297" w:rsidRPr="001A1B66" w:rsidRDefault="00000000">
            <w:pPr>
              <w:spacing w:after="0" w:line="240" w:lineRule="auto"/>
              <w:jc w:val="center"/>
              <w:rPr>
                <w:noProof/>
                <w:lang w:val="ro-RO"/>
              </w:rPr>
            </w:pPr>
            <w:r w:rsidRPr="001A1B66">
              <w:rPr>
                <w:b/>
                <w:noProof/>
                <w:color w:val="FFFFFF"/>
                <w:sz w:val="14"/>
                <w:lang w:val="ro-RO"/>
              </w:rPr>
              <w:t>LEGAL</w:t>
            </w:r>
          </w:p>
        </w:tc>
        <w:tc>
          <w:tcPr>
            <w:tcW w:w="1020" w:type="dxa"/>
            <w:shd w:val="clear" w:color="auto" w:fill="D71920"/>
            <w:tcMar>
              <w:top w:w="75" w:type="dxa"/>
              <w:left w:w="85" w:type="dxa"/>
              <w:bottom w:w="75" w:type="dxa"/>
              <w:right w:w="85" w:type="dxa"/>
            </w:tcMar>
            <w:vAlign w:val="center"/>
          </w:tcPr>
          <w:p w14:paraId="6C4D0F03" w14:textId="77777777" w:rsidR="00807297" w:rsidRPr="001A1B66" w:rsidRDefault="00000000">
            <w:pPr>
              <w:spacing w:after="0" w:line="240" w:lineRule="auto"/>
              <w:jc w:val="center"/>
              <w:rPr>
                <w:noProof/>
                <w:lang w:val="ro-RO"/>
              </w:rPr>
            </w:pPr>
            <w:r w:rsidRPr="001A1B66">
              <w:rPr>
                <w:b/>
                <w:noProof/>
                <w:color w:val="FFFFFF"/>
                <w:sz w:val="14"/>
                <w:lang w:val="ro-RO"/>
              </w:rPr>
              <w:t>TREND</w:t>
            </w:r>
          </w:p>
        </w:tc>
        <w:tc>
          <w:tcPr>
            <w:tcW w:w="907" w:type="dxa"/>
            <w:shd w:val="clear" w:color="auto" w:fill="D71920"/>
            <w:tcMar>
              <w:top w:w="75" w:type="dxa"/>
              <w:left w:w="85" w:type="dxa"/>
              <w:bottom w:w="75" w:type="dxa"/>
              <w:right w:w="85" w:type="dxa"/>
            </w:tcMar>
            <w:vAlign w:val="center"/>
          </w:tcPr>
          <w:p w14:paraId="6345CEEA" w14:textId="77777777" w:rsidR="00807297" w:rsidRPr="001A1B66" w:rsidRDefault="00000000">
            <w:pPr>
              <w:spacing w:after="0" w:line="240" w:lineRule="auto"/>
              <w:jc w:val="center"/>
              <w:rPr>
                <w:noProof/>
                <w:lang w:val="ro-RO"/>
              </w:rPr>
            </w:pPr>
            <w:r w:rsidRPr="001A1B66">
              <w:rPr>
                <w:b/>
                <w:noProof/>
                <w:color w:val="FFFFFF"/>
                <w:sz w:val="14"/>
                <w:lang w:val="ro-RO"/>
              </w:rPr>
              <w:t>CONTROL</w:t>
            </w:r>
          </w:p>
        </w:tc>
        <w:tc>
          <w:tcPr>
            <w:tcW w:w="907" w:type="dxa"/>
            <w:shd w:val="clear" w:color="auto" w:fill="D71920"/>
            <w:tcMar>
              <w:top w:w="75" w:type="dxa"/>
              <w:left w:w="85" w:type="dxa"/>
              <w:bottom w:w="75" w:type="dxa"/>
              <w:right w:w="85" w:type="dxa"/>
            </w:tcMar>
            <w:vAlign w:val="center"/>
          </w:tcPr>
          <w:p w14:paraId="081FC559" w14:textId="77777777" w:rsidR="00807297" w:rsidRPr="001A1B66" w:rsidRDefault="00000000">
            <w:pPr>
              <w:spacing w:after="0" w:line="240" w:lineRule="auto"/>
              <w:jc w:val="center"/>
              <w:rPr>
                <w:noProof/>
                <w:lang w:val="ro-RO"/>
              </w:rPr>
            </w:pPr>
            <w:r w:rsidRPr="001A1B66">
              <w:rPr>
                <w:b/>
                <w:noProof/>
                <w:color w:val="FFFFFF"/>
                <w:sz w:val="14"/>
                <w:lang w:val="ro-RO"/>
              </w:rPr>
              <w:t>FEZAB.</w:t>
            </w:r>
          </w:p>
        </w:tc>
        <w:tc>
          <w:tcPr>
            <w:tcW w:w="794" w:type="dxa"/>
            <w:shd w:val="clear" w:color="auto" w:fill="D71920"/>
            <w:tcMar>
              <w:top w:w="75" w:type="dxa"/>
              <w:left w:w="85" w:type="dxa"/>
              <w:bottom w:w="75" w:type="dxa"/>
              <w:right w:w="85" w:type="dxa"/>
            </w:tcMar>
            <w:vAlign w:val="center"/>
          </w:tcPr>
          <w:p w14:paraId="45E28EBF" w14:textId="77777777" w:rsidR="00807297" w:rsidRPr="001A1B66" w:rsidRDefault="00000000">
            <w:pPr>
              <w:spacing w:after="0" w:line="240" w:lineRule="auto"/>
              <w:jc w:val="center"/>
              <w:rPr>
                <w:noProof/>
                <w:lang w:val="ro-RO"/>
              </w:rPr>
            </w:pPr>
            <w:r w:rsidRPr="001A1B66">
              <w:rPr>
                <w:b/>
                <w:noProof/>
                <w:color w:val="FFFFFF"/>
                <w:sz w:val="14"/>
                <w:lang w:val="ro-RO"/>
              </w:rPr>
              <w:t>DATE</w:t>
            </w:r>
          </w:p>
        </w:tc>
        <w:tc>
          <w:tcPr>
            <w:tcW w:w="1134" w:type="dxa"/>
            <w:shd w:val="clear" w:color="auto" w:fill="D71920"/>
            <w:tcMar>
              <w:top w:w="75" w:type="dxa"/>
              <w:left w:w="85" w:type="dxa"/>
              <w:bottom w:w="75" w:type="dxa"/>
              <w:right w:w="85" w:type="dxa"/>
            </w:tcMar>
            <w:vAlign w:val="center"/>
          </w:tcPr>
          <w:p w14:paraId="1F8AFDB2" w14:textId="77777777" w:rsidR="00807297" w:rsidRPr="001A1B66" w:rsidRDefault="00000000">
            <w:pPr>
              <w:spacing w:after="0" w:line="240" w:lineRule="auto"/>
              <w:jc w:val="center"/>
              <w:rPr>
                <w:noProof/>
                <w:lang w:val="ro-RO"/>
              </w:rPr>
            </w:pPr>
            <w:r w:rsidRPr="001A1B66">
              <w:rPr>
                <w:b/>
                <w:noProof/>
                <w:color w:val="FFFFFF"/>
                <w:sz w:val="14"/>
                <w:lang w:val="ro-RO"/>
              </w:rPr>
              <w:t>TOTAL / 30</w:t>
            </w:r>
          </w:p>
        </w:tc>
      </w:tr>
      <w:tr w:rsidR="00807297" w:rsidRPr="001A1B66" w14:paraId="15AE3A6B" w14:textId="77777777">
        <w:trPr>
          <w:cantSplit/>
          <w:jc w:val="center"/>
        </w:trPr>
        <w:tc>
          <w:tcPr>
            <w:tcW w:w="567" w:type="dxa"/>
            <w:shd w:val="clear" w:color="auto" w:fill="FFFFFF"/>
            <w:tcMar>
              <w:top w:w="75" w:type="dxa"/>
              <w:left w:w="85" w:type="dxa"/>
              <w:bottom w:w="75" w:type="dxa"/>
              <w:right w:w="85" w:type="dxa"/>
            </w:tcMar>
            <w:vAlign w:val="center"/>
          </w:tcPr>
          <w:p w14:paraId="762A88FF" w14:textId="77777777" w:rsidR="00807297" w:rsidRPr="001A1B66" w:rsidRDefault="00000000">
            <w:pPr>
              <w:spacing w:after="0" w:line="240" w:lineRule="auto"/>
              <w:jc w:val="center"/>
              <w:rPr>
                <w:noProof/>
                <w:lang w:val="ro-RO"/>
              </w:rPr>
            </w:pPr>
            <w:r w:rsidRPr="001A1B66">
              <w:rPr>
                <w:noProof/>
                <w:sz w:val="15"/>
                <w:lang w:val="ro-RO"/>
              </w:rPr>
              <w:t>1</w:t>
            </w:r>
          </w:p>
        </w:tc>
        <w:tc>
          <w:tcPr>
            <w:tcW w:w="3685" w:type="dxa"/>
            <w:shd w:val="clear" w:color="auto" w:fill="FFFFFF"/>
            <w:tcMar>
              <w:top w:w="75" w:type="dxa"/>
              <w:left w:w="85" w:type="dxa"/>
              <w:bottom w:w="75" w:type="dxa"/>
              <w:right w:w="85" w:type="dxa"/>
            </w:tcMar>
            <w:vAlign w:val="center"/>
          </w:tcPr>
          <w:p w14:paraId="58D68849" w14:textId="77777777" w:rsidR="00807297" w:rsidRPr="001A1B66" w:rsidRDefault="00807297">
            <w:pPr>
              <w:spacing w:after="0" w:line="240" w:lineRule="auto"/>
              <w:rPr>
                <w:noProof/>
                <w:lang w:val="ro-RO"/>
              </w:rPr>
            </w:pPr>
          </w:p>
        </w:tc>
        <w:tc>
          <w:tcPr>
            <w:tcW w:w="1020" w:type="dxa"/>
            <w:shd w:val="clear" w:color="auto" w:fill="FFFFFF"/>
            <w:tcMar>
              <w:top w:w="75" w:type="dxa"/>
              <w:left w:w="85" w:type="dxa"/>
              <w:bottom w:w="75" w:type="dxa"/>
              <w:right w:w="85" w:type="dxa"/>
            </w:tcMar>
            <w:vAlign w:val="center"/>
          </w:tcPr>
          <w:p w14:paraId="393736DB" w14:textId="77777777" w:rsidR="00807297" w:rsidRPr="001A1B66" w:rsidRDefault="00807297">
            <w:pPr>
              <w:spacing w:after="0" w:line="240" w:lineRule="auto"/>
              <w:jc w:val="center"/>
              <w:rPr>
                <w:noProof/>
                <w:lang w:val="ro-RO"/>
              </w:rPr>
            </w:pPr>
          </w:p>
        </w:tc>
        <w:tc>
          <w:tcPr>
            <w:tcW w:w="1020" w:type="dxa"/>
            <w:shd w:val="clear" w:color="auto" w:fill="FFFFFF"/>
            <w:tcMar>
              <w:top w:w="75" w:type="dxa"/>
              <w:left w:w="85" w:type="dxa"/>
              <w:bottom w:w="75" w:type="dxa"/>
              <w:right w:w="85" w:type="dxa"/>
            </w:tcMar>
            <w:vAlign w:val="center"/>
          </w:tcPr>
          <w:p w14:paraId="16403D56" w14:textId="77777777" w:rsidR="00807297" w:rsidRPr="001A1B66" w:rsidRDefault="00807297">
            <w:pPr>
              <w:spacing w:after="0" w:line="240" w:lineRule="auto"/>
              <w:jc w:val="center"/>
              <w:rPr>
                <w:noProof/>
                <w:lang w:val="ro-RO"/>
              </w:rPr>
            </w:pPr>
          </w:p>
        </w:tc>
        <w:tc>
          <w:tcPr>
            <w:tcW w:w="1020" w:type="dxa"/>
            <w:shd w:val="clear" w:color="auto" w:fill="FFFFFF"/>
            <w:tcMar>
              <w:top w:w="75" w:type="dxa"/>
              <w:left w:w="85" w:type="dxa"/>
              <w:bottom w:w="75" w:type="dxa"/>
              <w:right w:w="85" w:type="dxa"/>
            </w:tcMar>
            <w:vAlign w:val="center"/>
          </w:tcPr>
          <w:p w14:paraId="397DD48C" w14:textId="77777777" w:rsidR="00807297" w:rsidRPr="001A1B66" w:rsidRDefault="00807297">
            <w:pPr>
              <w:spacing w:after="0" w:line="240" w:lineRule="auto"/>
              <w:jc w:val="center"/>
              <w:rPr>
                <w:noProof/>
                <w:lang w:val="ro-RO"/>
              </w:rPr>
            </w:pPr>
          </w:p>
        </w:tc>
        <w:tc>
          <w:tcPr>
            <w:tcW w:w="907" w:type="dxa"/>
            <w:shd w:val="clear" w:color="auto" w:fill="FFFFFF"/>
            <w:tcMar>
              <w:top w:w="75" w:type="dxa"/>
              <w:left w:w="85" w:type="dxa"/>
              <w:bottom w:w="75" w:type="dxa"/>
              <w:right w:w="85" w:type="dxa"/>
            </w:tcMar>
            <w:vAlign w:val="center"/>
          </w:tcPr>
          <w:p w14:paraId="2B4FE391" w14:textId="77777777" w:rsidR="00807297" w:rsidRPr="001A1B66" w:rsidRDefault="00807297">
            <w:pPr>
              <w:spacing w:after="0" w:line="240" w:lineRule="auto"/>
              <w:jc w:val="center"/>
              <w:rPr>
                <w:noProof/>
                <w:lang w:val="ro-RO"/>
              </w:rPr>
            </w:pPr>
          </w:p>
        </w:tc>
        <w:tc>
          <w:tcPr>
            <w:tcW w:w="907" w:type="dxa"/>
            <w:shd w:val="clear" w:color="auto" w:fill="FFFFFF"/>
            <w:tcMar>
              <w:top w:w="75" w:type="dxa"/>
              <w:left w:w="85" w:type="dxa"/>
              <w:bottom w:w="75" w:type="dxa"/>
              <w:right w:w="85" w:type="dxa"/>
            </w:tcMar>
            <w:vAlign w:val="center"/>
          </w:tcPr>
          <w:p w14:paraId="32D9E9F3" w14:textId="77777777" w:rsidR="00807297" w:rsidRPr="001A1B66" w:rsidRDefault="00807297">
            <w:pPr>
              <w:spacing w:after="0" w:line="240" w:lineRule="auto"/>
              <w:jc w:val="center"/>
              <w:rPr>
                <w:noProof/>
                <w:lang w:val="ro-RO"/>
              </w:rPr>
            </w:pPr>
          </w:p>
        </w:tc>
        <w:tc>
          <w:tcPr>
            <w:tcW w:w="794" w:type="dxa"/>
            <w:shd w:val="clear" w:color="auto" w:fill="FFFFFF"/>
            <w:tcMar>
              <w:top w:w="75" w:type="dxa"/>
              <w:left w:w="85" w:type="dxa"/>
              <w:bottom w:w="75" w:type="dxa"/>
              <w:right w:w="85" w:type="dxa"/>
            </w:tcMar>
            <w:vAlign w:val="center"/>
          </w:tcPr>
          <w:p w14:paraId="6CF0D28F" w14:textId="77777777" w:rsidR="00807297" w:rsidRPr="001A1B66" w:rsidRDefault="00807297">
            <w:pPr>
              <w:spacing w:after="0" w:line="240" w:lineRule="auto"/>
              <w:jc w:val="center"/>
              <w:rPr>
                <w:noProof/>
                <w:lang w:val="ro-RO"/>
              </w:rPr>
            </w:pPr>
          </w:p>
        </w:tc>
        <w:tc>
          <w:tcPr>
            <w:tcW w:w="1134" w:type="dxa"/>
            <w:shd w:val="clear" w:color="auto" w:fill="FFFFFF"/>
            <w:tcMar>
              <w:top w:w="75" w:type="dxa"/>
              <w:left w:w="85" w:type="dxa"/>
              <w:bottom w:w="75" w:type="dxa"/>
              <w:right w:w="85" w:type="dxa"/>
            </w:tcMar>
            <w:vAlign w:val="center"/>
          </w:tcPr>
          <w:p w14:paraId="6DCABC7F" w14:textId="77777777" w:rsidR="00807297" w:rsidRPr="001A1B66" w:rsidRDefault="00807297">
            <w:pPr>
              <w:spacing w:after="0" w:line="240" w:lineRule="auto"/>
              <w:jc w:val="center"/>
              <w:rPr>
                <w:noProof/>
                <w:lang w:val="ro-RO"/>
              </w:rPr>
            </w:pPr>
          </w:p>
        </w:tc>
      </w:tr>
      <w:tr w:rsidR="00807297" w:rsidRPr="001A1B66" w14:paraId="2BC2702B" w14:textId="77777777">
        <w:trPr>
          <w:cantSplit/>
          <w:jc w:val="center"/>
        </w:trPr>
        <w:tc>
          <w:tcPr>
            <w:tcW w:w="567" w:type="dxa"/>
            <w:shd w:val="clear" w:color="auto" w:fill="FAFAFA"/>
            <w:tcMar>
              <w:top w:w="75" w:type="dxa"/>
              <w:left w:w="85" w:type="dxa"/>
              <w:bottom w:w="75" w:type="dxa"/>
              <w:right w:w="85" w:type="dxa"/>
            </w:tcMar>
            <w:vAlign w:val="center"/>
          </w:tcPr>
          <w:p w14:paraId="5803CC19" w14:textId="77777777" w:rsidR="00807297" w:rsidRPr="001A1B66" w:rsidRDefault="00000000">
            <w:pPr>
              <w:spacing w:after="0" w:line="240" w:lineRule="auto"/>
              <w:jc w:val="center"/>
              <w:rPr>
                <w:noProof/>
                <w:lang w:val="ro-RO"/>
              </w:rPr>
            </w:pPr>
            <w:r w:rsidRPr="001A1B66">
              <w:rPr>
                <w:noProof/>
                <w:sz w:val="15"/>
                <w:lang w:val="ro-RO"/>
              </w:rPr>
              <w:t>2</w:t>
            </w:r>
          </w:p>
        </w:tc>
        <w:tc>
          <w:tcPr>
            <w:tcW w:w="3685" w:type="dxa"/>
            <w:shd w:val="clear" w:color="auto" w:fill="FAFAFA"/>
            <w:tcMar>
              <w:top w:w="75" w:type="dxa"/>
              <w:left w:w="85" w:type="dxa"/>
              <w:bottom w:w="75" w:type="dxa"/>
              <w:right w:w="85" w:type="dxa"/>
            </w:tcMar>
            <w:vAlign w:val="center"/>
          </w:tcPr>
          <w:p w14:paraId="24B9C1E3" w14:textId="77777777" w:rsidR="00807297" w:rsidRPr="001A1B66" w:rsidRDefault="00807297">
            <w:pPr>
              <w:spacing w:after="0" w:line="240" w:lineRule="auto"/>
              <w:rPr>
                <w:noProof/>
                <w:lang w:val="ro-RO"/>
              </w:rPr>
            </w:pPr>
          </w:p>
        </w:tc>
        <w:tc>
          <w:tcPr>
            <w:tcW w:w="1020" w:type="dxa"/>
            <w:shd w:val="clear" w:color="auto" w:fill="FAFAFA"/>
            <w:tcMar>
              <w:top w:w="75" w:type="dxa"/>
              <w:left w:w="85" w:type="dxa"/>
              <w:bottom w:w="75" w:type="dxa"/>
              <w:right w:w="85" w:type="dxa"/>
            </w:tcMar>
            <w:vAlign w:val="center"/>
          </w:tcPr>
          <w:p w14:paraId="054FDD09" w14:textId="77777777" w:rsidR="00807297" w:rsidRPr="001A1B66" w:rsidRDefault="00807297">
            <w:pPr>
              <w:spacing w:after="0" w:line="240" w:lineRule="auto"/>
              <w:jc w:val="center"/>
              <w:rPr>
                <w:noProof/>
                <w:lang w:val="ro-RO"/>
              </w:rPr>
            </w:pPr>
          </w:p>
        </w:tc>
        <w:tc>
          <w:tcPr>
            <w:tcW w:w="1020" w:type="dxa"/>
            <w:shd w:val="clear" w:color="auto" w:fill="FAFAFA"/>
            <w:tcMar>
              <w:top w:w="75" w:type="dxa"/>
              <w:left w:w="85" w:type="dxa"/>
              <w:bottom w:w="75" w:type="dxa"/>
              <w:right w:w="85" w:type="dxa"/>
            </w:tcMar>
            <w:vAlign w:val="center"/>
          </w:tcPr>
          <w:p w14:paraId="63DF6541" w14:textId="77777777" w:rsidR="00807297" w:rsidRPr="001A1B66" w:rsidRDefault="00807297">
            <w:pPr>
              <w:spacing w:after="0" w:line="240" w:lineRule="auto"/>
              <w:jc w:val="center"/>
              <w:rPr>
                <w:noProof/>
                <w:lang w:val="ro-RO"/>
              </w:rPr>
            </w:pPr>
          </w:p>
        </w:tc>
        <w:tc>
          <w:tcPr>
            <w:tcW w:w="1020" w:type="dxa"/>
            <w:shd w:val="clear" w:color="auto" w:fill="FAFAFA"/>
            <w:tcMar>
              <w:top w:w="75" w:type="dxa"/>
              <w:left w:w="85" w:type="dxa"/>
              <w:bottom w:w="75" w:type="dxa"/>
              <w:right w:w="85" w:type="dxa"/>
            </w:tcMar>
            <w:vAlign w:val="center"/>
          </w:tcPr>
          <w:p w14:paraId="0C3C574B" w14:textId="77777777" w:rsidR="00807297" w:rsidRPr="001A1B66" w:rsidRDefault="00807297">
            <w:pPr>
              <w:spacing w:after="0" w:line="240" w:lineRule="auto"/>
              <w:jc w:val="center"/>
              <w:rPr>
                <w:noProof/>
                <w:lang w:val="ro-RO"/>
              </w:rPr>
            </w:pPr>
          </w:p>
        </w:tc>
        <w:tc>
          <w:tcPr>
            <w:tcW w:w="907" w:type="dxa"/>
            <w:shd w:val="clear" w:color="auto" w:fill="FAFAFA"/>
            <w:tcMar>
              <w:top w:w="75" w:type="dxa"/>
              <w:left w:w="85" w:type="dxa"/>
              <w:bottom w:w="75" w:type="dxa"/>
              <w:right w:w="85" w:type="dxa"/>
            </w:tcMar>
            <w:vAlign w:val="center"/>
          </w:tcPr>
          <w:p w14:paraId="01ED8236" w14:textId="77777777" w:rsidR="00807297" w:rsidRPr="001A1B66" w:rsidRDefault="00807297">
            <w:pPr>
              <w:spacing w:after="0" w:line="240" w:lineRule="auto"/>
              <w:jc w:val="center"/>
              <w:rPr>
                <w:noProof/>
                <w:lang w:val="ro-RO"/>
              </w:rPr>
            </w:pPr>
          </w:p>
        </w:tc>
        <w:tc>
          <w:tcPr>
            <w:tcW w:w="907" w:type="dxa"/>
            <w:shd w:val="clear" w:color="auto" w:fill="FAFAFA"/>
            <w:tcMar>
              <w:top w:w="75" w:type="dxa"/>
              <w:left w:w="85" w:type="dxa"/>
              <w:bottom w:w="75" w:type="dxa"/>
              <w:right w:w="85" w:type="dxa"/>
            </w:tcMar>
            <w:vAlign w:val="center"/>
          </w:tcPr>
          <w:p w14:paraId="0FA8FA4E" w14:textId="77777777" w:rsidR="00807297" w:rsidRPr="001A1B66" w:rsidRDefault="00807297">
            <w:pPr>
              <w:spacing w:after="0" w:line="240" w:lineRule="auto"/>
              <w:jc w:val="center"/>
              <w:rPr>
                <w:noProof/>
                <w:lang w:val="ro-RO"/>
              </w:rPr>
            </w:pPr>
          </w:p>
        </w:tc>
        <w:tc>
          <w:tcPr>
            <w:tcW w:w="794" w:type="dxa"/>
            <w:shd w:val="clear" w:color="auto" w:fill="FAFAFA"/>
            <w:tcMar>
              <w:top w:w="75" w:type="dxa"/>
              <w:left w:w="85" w:type="dxa"/>
              <w:bottom w:w="75" w:type="dxa"/>
              <w:right w:w="85" w:type="dxa"/>
            </w:tcMar>
            <w:vAlign w:val="center"/>
          </w:tcPr>
          <w:p w14:paraId="60974E04" w14:textId="77777777" w:rsidR="00807297" w:rsidRPr="001A1B66" w:rsidRDefault="00807297">
            <w:pPr>
              <w:spacing w:after="0" w:line="240" w:lineRule="auto"/>
              <w:jc w:val="center"/>
              <w:rPr>
                <w:noProof/>
                <w:lang w:val="ro-RO"/>
              </w:rPr>
            </w:pPr>
          </w:p>
        </w:tc>
        <w:tc>
          <w:tcPr>
            <w:tcW w:w="1134" w:type="dxa"/>
            <w:shd w:val="clear" w:color="auto" w:fill="FAFAFA"/>
            <w:tcMar>
              <w:top w:w="75" w:type="dxa"/>
              <w:left w:w="85" w:type="dxa"/>
              <w:bottom w:w="75" w:type="dxa"/>
              <w:right w:w="85" w:type="dxa"/>
            </w:tcMar>
            <w:vAlign w:val="center"/>
          </w:tcPr>
          <w:p w14:paraId="2798CB78" w14:textId="77777777" w:rsidR="00807297" w:rsidRPr="001A1B66" w:rsidRDefault="00807297">
            <w:pPr>
              <w:spacing w:after="0" w:line="240" w:lineRule="auto"/>
              <w:jc w:val="center"/>
              <w:rPr>
                <w:noProof/>
                <w:lang w:val="ro-RO"/>
              </w:rPr>
            </w:pPr>
          </w:p>
        </w:tc>
      </w:tr>
      <w:tr w:rsidR="00807297" w:rsidRPr="001A1B66" w14:paraId="63779298" w14:textId="77777777">
        <w:trPr>
          <w:cantSplit/>
          <w:jc w:val="center"/>
        </w:trPr>
        <w:tc>
          <w:tcPr>
            <w:tcW w:w="567" w:type="dxa"/>
            <w:shd w:val="clear" w:color="auto" w:fill="FFFFFF"/>
            <w:tcMar>
              <w:top w:w="75" w:type="dxa"/>
              <w:left w:w="85" w:type="dxa"/>
              <w:bottom w:w="75" w:type="dxa"/>
              <w:right w:w="85" w:type="dxa"/>
            </w:tcMar>
            <w:vAlign w:val="center"/>
          </w:tcPr>
          <w:p w14:paraId="5D55F697" w14:textId="77777777" w:rsidR="00807297" w:rsidRPr="001A1B66" w:rsidRDefault="00000000">
            <w:pPr>
              <w:spacing w:after="0" w:line="240" w:lineRule="auto"/>
              <w:jc w:val="center"/>
              <w:rPr>
                <w:noProof/>
                <w:lang w:val="ro-RO"/>
              </w:rPr>
            </w:pPr>
            <w:r w:rsidRPr="001A1B66">
              <w:rPr>
                <w:noProof/>
                <w:sz w:val="15"/>
                <w:lang w:val="ro-RO"/>
              </w:rPr>
              <w:t>3</w:t>
            </w:r>
          </w:p>
        </w:tc>
        <w:tc>
          <w:tcPr>
            <w:tcW w:w="3685" w:type="dxa"/>
            <w:shd w:val="clear" w:color="auto" w:fill="FFFFFF"/>
            <w:tcMar>
              <w:top w:w="75" w:type="dxa"/>
              <w:left w:w="85" w:type="dxa"/>
              <w:bottom w:w="75" w:type="dxa"/>
              <w:right w:w="85" w:type="dxa"/>
            </w:tcMar>
            <w:vAlign w:val="center"/>
          </w:tcPr>
          <w:p w14:paraId="45E1D7F2" w14:textId="77777777" w:rsidR="00807297" w:rsidRPr="001A1B66" w:rsidRDefault="00807297">
            <w:pPr>
              <w:spacing w:after="0" w:line="240" w:lineRule="auto"/>
              <w:rPr>
                <w:noProof/>
                <w:lang w:val="ro-RO"/>
              </w:rPr>
            </w:pPr>
          </w:p>
        </w:tc>
        <w:tc>
          <w:tcPr>
            <w:tcW w:w="1020" w:type="dxa"/>
            <w:shd w:val="clear" w:color="auto" w:fill="FFFFFF"/>
            <w:tcMar>
              <w:top w:w="75" w:type="dxa"/>
              <w:left w:w="85" w:type="dxa"/>
              <w:bottom w:w="75" w:type="dxa"/>
              <w:right w:w="85" w:type="dxa"/>
            </w:tcMar>
            <w:vAlign w:val="center"/>
          </w:tcPr>
          <w:p w14:paraId="042637A2" w14:textId="77777777" w:rsidR="00807297" w:rsidRPr="001A1B66" w:rsidRDefault="00807297">
            <w:pPr>
              <w:spacing w:after="0" w:line="240" w:lineRule="auto"/>
              <w:jc w:val="center"/>
              <w:rPr>
                <w:noProof/>
                <w:lang w:val="ro-RO"/>
              </w:rPr>
            </w:pPr>
          </w:p>
        </w:tc>
        <w:tc>
          <w:tcPr>
            <w:tcW w:w="1020" w:type="dxa"/>
            <w:shd w:val="clear" w:color="auto" w:fill="FFFFFF"/>
            <w:tcMar>
              <w:top w:w="75" w:type="dxa"/>
              <w:left w:w="85" w:type="dxa"/>
              <w:bottom w:w="75" w:type="dxa"/>
              <w:right w:w="85" w:type="dxa"/>
            </w:tcMar>
            <w:vAlign w:val="center"/>
          </w:tcPr>
          <w:p w14:paraId="4930F7BA" w14:textId="77777777" w:rsidR="00807297" w:rsidRPr="001A1B66" w:rsidRDefault="00807297">
            <w:pPr>
              <w:spacing w:after="0" w:line="240" w:lineRule="auto"/>
              <w:jc w:val="center"/>
              <w:rPr>
                <w:noProof/>
                <w:lang w:val="ro-RO"/>
              </w:rPr>
            </w:pPr>
          </w:p>
        </w:tc>
        <w:tc>
          <w:tcPr>
            <w:tcW w:w="1020" w:type="dxa"/>
            <w:shd w:val="clear" w:color="auto" w:fill="FFFFFF"/>
            <w:tcMar>
              <w:top w:w="75" w:type="dxa"/>
              <w:left w:w="85" w:type="dxa"/>
              <w:bottom w:w="75" w:type="dxa"/>
              <w:right w:w="85" w:type="dxa"/>
            </w:tcMar>
            <w:vAlign w:val="center"/>
          </w:tcPr>
          <w:p w14:paraId="769C650C" w14:textId="77777777" w:rsidR="00807297" w:rsidRPr="001A1B66" w:rsidRDefault="00807297">
            <w:pPr>
              <w:spacing w:after="0" w:line="240" w:lineRule="auto"/>
              <w:jc w:val="center"/>
              <w:rPr>
                <w:noProof/>
                <w:lang w:val="ro-RO"/>
              </w:rPr>
            </w:pPr>
          </w:p>
        </w:tc>
        <w:tc>
          <w:tcPr>
            <w:tcW w:w="907" w:type="dxa"/>
            <w:shd w:val="clear" w:color="auto" w:fill="FFFFFF"/>
            <w:tcMar>
              <w:top w:w="75" w:type="dxa"/>
              <w:left w:w="85" w:type="dxa"/>
              <w:bottom w:w="75" w:type="dxa"/>
              <w:right w:w="85" w:type="dxa"/>
            </w:tcMar>
            <w:vAlign w:val="center"/>
          </w:tcPr>
          <w:p w14:paraId="68DD6C53" w14:textId="77777777" w:rsidR="00807297" w:rsidRPr="001A1B66" w:rsidRDefault="00807297">
            <w:pPr>
              <w:spacing w:after="0" w:line="240" w:lineRule="auto"/>
              <w:jc w:val="center"/>
              <w:rPr>
                <w:noProof/>
                <w:lang w:val="ro-RO"/>
              </w:rPr>
            </w:pPr>
          </w:p>
        </w:tc>
        <w:tc>
          <w:tcPr>
            <w:tcW w:w="907" w:type="dxa"/>
            <w:shd w:val="clear" w:color="auto" w:fill="FFFFFF"/>
            <w:tcMar>
              <w:top w:w="75" w:type="dxa"/>
              <w:left w:w="85" w:type="dxa"/>
              <w:bottom w:w="75" w:type="dxa"/>
              <w:right w:w="85" w:type="dxa"/>
            </w:tcMar>
            <w:vAlign w:val="center"/>
          </w:tcPr>
          <w:p w14:paraId="1191ACCF" w14:textId="77777777" w:rsidR="00807297" w:rsidRPr="001A1B66" w:rsidRDefault="00807297">
            <w:pPr>
              <w:spacing w:after="0" w:line="240" w:lineRule="auto"/>
              <w:jc w:val="center"/>
              <w:rPr>
                <w:noProof/>
                <w:lang w:val="ro-RO"/>
              </w:rPr>
            </w:pPr>
          </w:p>
        </w:tc>
        <w:tc>
          <w:tcPr>
            <w:tcW w:w="794" w:type="dxa"/>
            <w:shd w:val="clear" w:color="auto" w:fill="FFFFFF"/>
            <w:tcMar>
              <w:top w:w="75" w:type="dxa"/>
              <w:left w:w="85" w:type="dxa"/>
              <w:bottom w:w="75" w:type="dxa"/>
              <w:right w:w="85" w:type="dxa"/>
            </w:tcMar>
            <w:vAlign w:val="center"/>
          </w:tcPr>
          <w:p w14:paraId="1C9F2FF5" w14:textId="77777777" w:rsidR="00807297" w:rsidRPr="001A1B66" w:rsidRDefault="00807297">
            <w:pPr>
              <w:spacing w:after="0" w:line="240" w:lineRule="auto"/>
              <w:jc w:val="center"/>
              <w:rPr>
                <w:noProof/>
                <w:lang w:val="ro-RO"/>
              </w:rPr>
            </w:pPr>
          </w:p>
        </w:tc>
        <w:tc>
          <w:tcPr>
            <w:tcW w:w="1134" w:type="dxa"/>
            <w:shd w:val="clear" w:color="auto" w:fill="FFFFFF"/>
            <w:tcMar>
              <w:top w:w="75" w:type="dxa"/>
              <w:left w:w="85" w:type="dxa"/>
              <w:bottom w:w="75" w:type="dxa"/>
              <w:right w:w="85" w:type="dxa"/>
            </w:tcMar>
            <w:vAlign w:val="center"/>
          </w:tcPr>
          <w:p w14:paraId="21FF8AAB" w14:textId="77777777" w:rsidR="00807297" w:rsidRPr="001A1B66" w:rsidRDefault="00807297">
            <w:pPr>
              <w:spacing w:after="0" w:line="240" w:lineRule="auto"/>
              <w:jc w:val="center"/>
              <w:rPr>
                <w:noProof/>
                <w:lang w:val="ro-RO"/>
              </w:rPr>
            </w:pPr>
          </w:p>
        </w:tc>
      </w:tr>
      <w:tr w:rsidR="00807297" w:rsidRPr="001A1B66" w14:paraId="01BA4EF9" w14:textId="77777777">
        <w:trPr>
          <w:cantSplit/>
          <w:jc w:val="center"/>
        </w:trPr>
        <w:tc>
          <w:tcPr>
            <w:tcW w:w="567" w:type="dxa"/>
            <w:shd w:val="clear" w:color="auto" w:fill="FAFAFA"/>
            <w:tcMar>
              <w:top w:w="75" w:type="dxa"/>
              <w:left w:w="85" w:type="dxa"/>
              <w:bottom w:w="75" w:type="dxa"/>
              <w:right w:w="85" w:type="dxa"/>
            </w:tcMar>
            <w:vAlign w:val="center"/>
          </w:tcPr>
          <w:p w14:paraId="7D3FAE34" w14:textId="77777777" w:rsidR="00807297" w:rsidRPr="001A1B66" w:rsidRDefault="00000000">
            <w:pPr>
              <w:spacing w:after="0" w:line="240" w:lineRule="auto"/>
              <w:jc w:val="center"/>
              <w:rPr>
                <w:noProof/>
                <w:lang w:val="ro-RO"/>
              </w:rPr>
            </w:pPr>
            <w:r w:rsidRPr="001A1B66">
              <w:rPr>
                <w:noProof/>
                <w:sz w:val="15"/>
                <w:lang w:val="ro-RO"/>
              </w:rPr>
              <w:t>4</w:t>
            </w:r>
          </w:p>
        </w:tc>
        <w:tc>
          <w:tcPr>
            <w:tcW w:w="3685" w:type="dxa"/>
            <w:shd w:val="clear" w:color="auto" w:fill="FAFAFA"/>
            <w:tcMar>
              <w:top w:w="75" w:type="dxa"/>
              <w:left w:w="85" w:type="dxa"/>
              <w:bottom w:w="75" w:type="dxa"/>
              <w:right w:w="85" w:type="dxa"/>
            </w:tcMar>
            <w:vAlign w:val="center"/>
          </w:tcPr>
          <w:p w14:paraId="0F0AEAB1" w14:textId="77777777" w:rsidR="00807297" w:rsidRPr="001A1B66" w:rsidRDefault="00807297">
            <w:pPr>
              <w:spacing w:after="0" w:line="240" w:lineRule="auto"/>
              <w:rPr>
                <w:noProof/>
                <w:lang w:val="ro-RO"/>
              </w:rPr>
            </w:pPr>
          </w:p>
        </w:tc>
        <w:tc>
          <w:tcPr>
            <w:tcW w:w="1020" w:type="dxa"/>
            <w:shd w:val="clear" w:color="auto" w:fill="FAFAFA"/>
            <w:tcMar>
              <w:top w:w="75" w:type="dxa"/>
              <w:left w:w="85" w:type="dxa"/>
              <w:bottom w:w="75" w:type="dxa"/>
              <w:right w:w="85" w:type="dxa"/>
            </w:tcMar>
            <w:vAlign w:val="center"/>
          </w:tcPr>
          <w:p w14:paraId="30DA4E0F" w14:textId="77777777" w:rsidR="00807297" w:rsidRPr="001A1B66" w:rsidRDefault="00807297">
            <w:pPr>
              <w:spacing w:after="0" w:line="240" w:lineRule="auto"/>
              <w:jc w:val="center"/>
              <w:rPr>
                <w:noProof/>
                <w:lang w:val="ro-RO"/>
              </w:rPr>
            </w:pPr>
          </w:p>
        </w:tc>
        <w:tc>
          <w:tcPr>
            <w:tcW w:w="1020" w:type="dxa"/>
            <w:shd w:val="clear" w:color="auto" w:fill="FAFAFA"/>
            <w:tcMar>
              <w:top w:w="75" w:type="dxa"/>
              <w:left w:w="85" w:type="dxa"/>
              <w:bottom w:w="75" w:type="dxa"/>
              <w:right w:w="85" w:type="dxa"/>
            </w:tcMar>
            <w:vAlign w:val="center"/>
          </w:tcPr>
          <w:p w14:paraId="41F17369" w14:textId="77777777" w:rsidR="00807297" w:rsidRPr="001A1B66" w:rsidRDefault="00807297">
            <w:pPr>
              <w:spacing w:after="0" w:line="240" w:lineRule="auto"/>
              <w:jc w:val="center"/>
              <w:rPr>
                <w:noProof/>
                <w:lang w:val="ro-RO"/>
              </w:rPr>
            </w:pPr>
          </w:p>
        </w:tc>
        <w:tc>
          <w:tcPr>
            <w:tcW w:w="1020" w:type="dxa"/>
            <w:shd w:val="clear" w:color="auto" w:fill="FAFAFA"/>
            <w:tcMar>
              <w:top w:w="75" w:type="dxa"/>
              <w:left w:w="85" w:type="dxa"/>
              <w:bottom w:w="75" w:type="dxa"/>
              <w:right w:w="85" w:type="dxa"/>
            </w:tcMar>
            <w:vAlign w:val="center"/>
          </w:tcPr>
          <w:p w14:paraId="66E55471" w14:textId="77777777" w:rsidR="00807297" w:rsidRPr="001A1B66" w:rsidRDefault="00807297">
            <w:pPr>
              <w:spacing w:after="0" w:line="240" w:lineRule="auto"/>
              <w:jc w:val="center"/>
              <w:rPr>
                <w:noProof/>
                <w:lang w:val="ro-RO"/>
              </w:rPr>
            </w:pPr>
          </w:p>
        </w:tc>
        <w:tc>
          <w:tcPr>
            <w:tcW w:w="907" w:type="dxa"/>
            <w:shd w:val="clear" w:color="auto" w:fill="FAFAFA"/>
            <w:tcMar>
              <w:top w:w="75" w:type="dxa"/>
              <w:left w:w="85" w:type="dxa"/>
              <w:bottom w:w="75" w:type="dxa"/>
              <w:right w:w="85" w:type="dxa"/>
            </w:tcMar>
            <w:vAlign w:val="center"/>
          </w:tcPr>
          <w:p w14:paraId="06E54FF7" w14:textId="77777777" w:rsidR="00807297" w:rsidRPr="001A1B66" w:rsidRDefault="00807297">
            <w:pPr>
              <w:spacing w:after="0" w:line="240" w:lineRule="auto"/>
              <w:jc w:val="center"/>
              <w:rPr>
                <w:noProof/>
                <w:lang w:val="ro-RO"/>
              </w:rPr>
            </w:pPr>
          </w:p>
        </w:tc>
        <w:tc>
          <w:tcPr>
            <w:tcW w:w="907" w:type="dxa"/>
            <w:shd w:val="clear" w:color="auto" w:fill="FAFAFA"/>
            <w:tcMar>
              <w:top w:w="75" w:type="dxa"/>
              <w:left w:w="85" w:type="dxa"/>
              <w:bottom w:w="75" w:type="dxa"/>
              <w:right w:w="85" w:type="dxa"/>
            </w:tcMar>
            <w:vAlign w:val="center"/>
          </w:tcPr>
          <w:p w14:paraId="26397333" w14:textId="77777777" w:rsidR="00807297" w:rsidRPr="001A1B66" w:rsidRDefault="00807297">
            <w:pPr>
              <w:spacing w:after="0" w:line="240" w:lineRule="auto"/>
              <w:jc w:val="center"/>
              <w:rPr>
                <w:noProof/>
                <w:lang w:val="ro-RO"/>
              </w:rPr>
            </w:pPr>
          </w:p>
        </w:tc>
        <w:tc>
          <w:tcPr>
            <w:tcW w:w="794" w:type="dxa"/>
            <w:shd w:val="clear" w:color="auto" w:fill="FAFAFA"/>
            <w:tcMar>
              <w:top w:w="75" w:type="dxa"/>
              <w:left w:w="85" w:type="dxa"/>
              <w:bottom w:w="75" w:type="dxa"/>
              <w:right w:w="85" w:type="dxa"/>
            </w:tcMar>
            <w:vAlign w:val="center"/>
          </w:tcPr>
          <w:p w14:paraId="05053569" w14:textId="77777777" w:rsidR="00807297" w:rsidRPr="001A1B66" w:rsidRDefault="00807297">
            <w:pPr>
              <w:spacing w:after="0" w:line="240" w:lineRule="auto"/>
              <w:jc w:val="center"/>
              <w:rPr>
                <w:noProof/>
                <w:lang w:val="ro-RO"/>
              </w:rPr>
            </w:pPr>
          </w:p>
        </w:tc>
        <w:tc>
          <w:tcPr>
            <w:tcW w:w="1134" w:type="dxa"/>
            <w:shd w:val="clear" w:color="auto" w:fill="FAFAFA"/>
            <w:tcMar>
              <w:top w:w="75" w:type="dxa"/>
              <w:left w:w="85" w:type="dxa"/>
              <w:bottom w:w="75" w:type="dxa"/>
              <w:right w:w="85" w:type="dxa"/>
            </w:tcMar>
            <w:vAlign w:val="center"/>
          </w:tcPr>
          <w:p w14:paraId="33DEB45E" w14:textId="77777777" w:rsidR="00807297" w:rsidRPr="001A1B66" w:rsidRDefault="00807297">
            <w:pPr>
              <w:spacing w:after="0" w:line="240" w:lineRule="auto"/>
              <w:jc w:val="center"/>
              <w:rPr>
                <w:noProof/>
                <w:lang w:val="ro-RO"/>
              </w:rPr>
            </w:pPr>
          </w:p>
        </w:tc>
      </w:tr>
      <w:tr w:rsidR="00807297" w:rsidRPr="001A1B66" w14:paraId="7AEAF786" w14:textId="77777777">
        <w:trPr>
          <w:cantSplit/>
          <w:jc w:val="center"/>
        </w:trPr>
        <w:tc>
          <w:tcPr>
            <w:tcW w:w="567" w:type="dxa"/>
            <w:shd w:val="clear" w:color="auto" w:fill="FFFFFF"/>
            <w:tcMar>
              <w:top w:w="75" w:type="dxa"/>
              <w:left w:w="85" w:type="dxa"/>
              <w:bottom w:w="75" w:type="dxa"/>
              <w:right w:w="85" w:type="dxa"/>
            </w:tcMar>
            <w:vAlign w:val="center"/>
          </w:tcPr>
          <w:p w14:paraId="63744B3F" w14:textId="77777777" w:rsidR="00807297" w:rsidRPr="001A1B66" w:rsidRDefault="00000000">
            <w:pPr>
              <w:spacing w:after="0" w:line="240" w:lineRule="auto"/>
              <w:jc w:val="center"/>
              <w:rPr>
                <w:noProof/>
                <w:lang w:val="ro-RO"/>
              </w:rPr>
            </w:pPr>
            <w:r w:rsidRPr="001A1B66">
              <w:rPr>
                <w:noProof/>
                <w:sz w:val="15"/>
                <w:lang w:val="ro-RO"/>
              </w:rPr>
              <w:t>5</w:t>
            </w:r>
          </w:p>
        </w:tc>
        <w:tc>
          <w:tcPr>
            <w:tcW w:w="3685" w:type="dxa"/>
            <w:shd w:val="clear" w:color="auto" w:fill="FFFFFF"/>
            <w:tcMar>
              <w:top w:w="75" w:type="dxa"/>
              <w:left w:w="85" w:type="dxa"/>
              <w:bottom w:w="75" w:type="dxa"/>
              <w:right w:w="85" w:type="dxa"/>
            </w:tcMar>
            <w:vAlign w:val="center"/>
          </w:tcPr>
          <w:p w14:paraId="7F7790D8" w14:textId="77777777" w:rsidR="00807297" w:rsidRPr="001A1B66" w:rsidRDefault="00807297">
            <w:pPr>
              <w:spacing w:after="0" w:line="240" w:lineRule="auto"/>
              <w:rPr>
                <w:noProof/>
                <w:lang w:val="ro-RO"/>
              </w:rPr>
            </w:pPr>
          </w:p>
        </w:tc>
        <w:tc>
          <w:tcPr>
            <w:tcW w:w="1020" w:type="dxa"/>
            <w:shd w:val="clear" w:color="auto" w:fill="FFFFFF"/>
            <w:tcMar>
              <w:top w:w="75" w:type="dxa"/>
              <w:left w:w="85" w:type="dxa"/>
              <w:bottom w:w="75" w:type="dxa"/>
              <w:right w:w="85" w:type="dxa"/>
            </w:tcMar>
            <w:vAlign w:val="center"/>
          </w:tcPr>
          <w:p w14:paraId="28FCA0F6" w14:textId="77777777" w:rsidR="00807297" w:rsidRPr="001A1B66" w:rsidRDefault="00807297">
            <w:pPr>
              <w:spacing w:after="0" w:line="240" w:lineRule="auto"/>
              <w:jc w:val="center"/>
              <w:rPr>
                <w:noProof/>
                <w:lang w:val="ro-RO"/>
              </w:rPr>
            </w:pPr>
          </w:p>
        </w:tc>
        <w:tc>
          <w:tcPr>
            <w:tcW w:w="1020" w:type="dxa"/>
            <w:shd w:val="clear" w:color="auto" w:fill="FFFFFF"/>
            <w:tcMar>
              <w:top w:w="75" w:type="dxa"/>
              <w:left w:w="85" w:type="dxa"/>
              <w:bottom w:w="75" w:type="dxa"/>
              <w:right w:w="85" w:type="dxa"/>
            </w:tcMar>
            <w:vAlign w:val="center"/>
          </w:tcPr>
          <w:p w14:paraId="7EB7C5D2" w14:textId="77777777" w:rsidR="00807297" w:rsidRPr="001A1B66" w:rsidRDefault="00807297">
            <w:pPr>
              <w:spacing w:after="0" w:line="240" w:lineRule="auto"/>
              <w:jc w:val="center"/>
              <w:rPr>
                <w:noProof/>
                <w:lang w:val="ro-RO"/>
              </w:rPr>
            </w:pPr>
          </w:p>
        </w:tc>
        <w:tc>
          <w:tcPr>
            <w:tcW w:w="1020" w:type="dxa"/>
            <w:shd w:val="clear" w:color="auto" w:fill="FFFFFF"/>
            <w:tcMar>
              <w:top w:w="75" w:type="dxa"/>
              <w:left w:w="85" w:type="dxa"/>
              <w:bottom w:w="75" w:type="dxa"/>
              <w:right w:w="85" w:type="dxa"/>
            </w:tcMar>
            <w:vAlign w:val="center"/>
          </w:tcPr>
          <w:p w14:paraId="6B2CFBED" w14:textId="77777777" w:rsidR="00807297" w:rsidRPr="001A1B66" w:rsidRDefault="00807297">
            <w:pPr>
              <w:spacing w:after="0" w:line="240" w:lineRule="auto"/>
              <w:jc w:val="center"/>
              <w:rPr>
                <w:noProof/>
                <w:lang w:val="ro-RO"/>
              </w:rPr>
            </w:pPr>
          </w:p>
        </w:tc>
        <w:tc>
          <w:tcPr>
            <w:tcW w:w="907" w:type="dxa"/>
            <w:shd w:val="clear" w:color="auto" w:fill="FFFFFF"/>
            <w:tcMar>
              <w:top w:w="75" w:type="dxa"/>
              <w:left w:w="85" w:type="dxa"/>
              <w:bottom w:w="75" w:type="dxa"/>
              <w:right w:w="85" w:type="dxa"/>
            </w:tcMar>
            <w:vAlign w:val="center"/>
          </w:tcPr>
          <w:p w14:paraId="37C9B001" w14:textId="77777777" w:rsidR="00807297" w:rsidRPr="001A1B66" w:rsidRDefault="00807297">
            <w:pPr>
              <w:spacing w:after="0" w:line="240" w:lineRule="auto"/>
              <w:jc w:val="center"/>
              <w:rPr>
                <w:noProof/>
                <w:lang w:val="ro-RO"/>
              </w:rPr>
            </w:pPr>
          </w:p>
        </w:tc>
        <w:tc>
          <w:tcPr>
            <w:tcW w:w="907" w:type="dxa"/>
            <w:shd w:val="clear" w:color="auto" w:fill="FFFFFF"/>
            <w:tcMar>
              <w:top w:w="75" w:type="dxa"/>
              <w:left w:w="85" w:type="dxa"/>
              <w:bottom w:w="75" w:type="dxa"/>
              <w:right w:w="85" w:type="dxa"/>
            </w:tcMar>
            <w:vAlign w:val="center"/>
          </w:tcPr>
          <w:p w14:paraId="4F71E869" w14:textId="77777777" w:rsidR="00807297" w:rsidRPr="001A1B66" w:rsidRDefault="00807297">
            <w:pPr>
              <w:spacing w:after="0" w:line="240" w:lineRule="auto"/>
              <w:jc w:val="center"/>
              <w:rPr>
                <w:noProof/>
                <w:lang w:val="ro-RO"/>
              </w:rPr>
            </w:pPr>
          </w:p>
        </w:tc>
        <w:tc>
          <w:tcPr>
            <w:tcW w:w="794" w:type="dxa"/>
            <w:shd w:val="clear" w:color="auto" w:fill="FFFFFF"/>
            <w:tcMar>
              <w:top w:w="75" w:type="dxa"/>
              <w:left w:w="85" w:type="dxa"/>
              <w:bottom w:w="75" w:type="dxa"/>
              <w:right w:w="85" w:type="dxa"/>
            </w:tcMar>
            <w:vAlign w:val="center"/>
          </w:tcPr>
          <w:p w14:paraId="5FEDDA03" w14:textId="77777777" w:rsidR="00807297" w:rsidRPr="001A1B66" w:rsidRDefault="00807297">
            <w:pPr>
              <w:spacing w:after="0" w:line="240" w:lineRule="auto"/>
              <w:jc w:val="center"/>
              <w:rPr>
                <w:noProof/>
                <w:lang w:val="ro-RO"/>
              </w:rPr>
            </w:pPr>
          </w:p>
        </w:tc>
        <w:tc>
          <w:tcPr>
            <w:tcW w:w="1134" w:type="dxa"/>
            <w:shd w:val="clear" w:color="auto" w:fill="FFFFFF"/>
            <w:tcMar>
              <w:top w:w="75" w:type="dxa"/>
              <w:left w:w="85" w:type="dxa"/>
              <w:bottom w:w="75" w:type="dxa"/>
              <w:right w:w="85" w:type="dxa"/>
            </w:tcMar>
            <w:vAlign w:val="center"/>
          </w:tcPr>
          <w:p w14:paraId="42D18513" w14:textId="77777777" w:rsidR="00807297" w:rsidRPr="001A1B66" w:rsidRDefault="00807297">
            <w:pPr>
              <w:spacing w:after="0" w:line="240" w:lineRule="auto"/>
              <w:jc w:val="center"/>
              <w:rPr>
                <w:noProof/>
                <w:lang w:val="ro-RO"/>
              </w:rPr>
            </w:pPr>
          </w:p>
        </w:tc>
      </w:tr>
      <w:tr w:rsidR="00807297" w:rsidRPr="001A1B66" w14:paraId="0C5CB7C5" w14:textId="77777777">
        <w:trPr>
          <w:cantSplit/>
          <w:jc w:val="center"/>
        </w:trPr>
        <w:tc>
          <w:tcPr>
            <w:tcW w:w="567" w:type="dxa"/>
            <w:shd w:val="clear" w:color="auto" w:fill="FAFAFA"/>
            <w:tcMar>
              <w:top w:w="75" w:type="dxa"/>
              <w:left w:w="85" w:type="dxa"/>
              <w:bottom w:w="75" w:type="dxa"/>
              <w:right w:w="85" w:type="dxa"/>
            </w:tcMar>
            <w:vAlign w:val="center"/>
          </w:tcPr>
          <w:p w14:paraId="2326D6C7" w14:textId="77777777" w:rsidR="00807297" w:rsidRPr="001A1B66" w:rsidRDefault="00000000">
            <w:pPr>
              <w:spacing w:after="0" w:line="240" w:lineRule="auto"/>
              <w:jc w:val="center"/>
              <w:rPr>
                <w:noProof/>
                <w:lang w:val="ro-RO"/>
              </w:rPr>
            </w:pPr>
            <w:r w:rsidRPr="001A1B66">
              <w:rPr>
                <w:noProof/>
                <w:sz w:val="15"/>
                <w:lang w:val="ro-RO"/>
              </w:rPr>
              <w:t>6</w:t>
            </w:r>
          </w:p>
        </w:tc>
        <w:tc>
          <w:tcPr>
            <w:tcW w:w="3685" w:type="dxa"/>
            <w:shd w:val="clear" w:color="auto" w:fill="FAFAFA"/>
            <w:tcMar>
              <w:top w:w="75" w:type="dxa"/>
              <w:left w:w="85" w:type="dxa"/>
              <w:bottom w:w="75" w:type="dxa"/>
              <w:right w:w="85" w:type="dxa"/>
            </w:tcMar>
            <w:vAlign w:val="center"/>
          </w:tcPr>
          <w:p w14:paraId="240A56F4" w14:textId="77777777" w:rsidR="00807297" w:rsidRPr="001A1B66" w:rsidRDefault="00807297">
            <w:pPr>
              <w:spacing w:after="0" w:line="240" w:lineRule="auto"/>
              <w:rPr>
                <w:noProof/>
                <w:lang w:val="ro-RO"/>
              </w:rPr>
            </w:pPr>
          </w:p>
        </w:tc>
        <w:tc>
          <w:tcPr>
            <w:tcW w:w="1020" w:type="dxa"/>
            <w:shd w:val="clear" w:color="auto" w:fill="FAFAFA"/>
            <w:tcMar>
              <w:top w:w="75" w:type="dxa"/>
              <w:left w:w="85" w:type="dxa"/>
              <w:bottom w:w="75" w:type="dxa"/>
              <w:right w:w="85" w:type="dxa"/>
            </w:tcMar>
            <w:vAlign w:val="center"/>
          </w:tcPr>
          <w:p w14:paraId="3BB68D22" w14:textId="77777777" w:rsidR="00807297" w:rsidRPr="001A1B66" w:rsidRDefault="00807297">
            <w:pPr>
              <w:spacing w:after="0" w:line="240" w:lineRule="auto"/>
              <w:jc w:val="center"/>
              <w:rPr>
                <w:noProof/>
                <w:lang w:val="ro-RO"/>
              </w:rPr>
            </w:pPr>
          </w:p>
        </w:tc>
        <w:tc>
          <w:tcPr>
            <w:tcW w:w="1020" w:type="dxa"/>
            <w:shd w:val="clear" w:color="auto" w:fill="FAFAFA"/>
            <w:tcMar>
              <w:top w:w="75" w:type="dxa"/>
              <w:left w:w="85" w:type="dxa"/>
              <w:bottom w:w="75" w:type="dxa"/>
              <w:right w:w="85" w:type="dxa"/>
            </w:tcMar>
            <w:vAlign w:val="center"/>
          </w:tcPr>
          <w:p w14:paraId="6551178F" w14:textId="77777777" w:rsidR="00807297" w:rsidRPr="001A1B66" w:rsidRDefault="00807297">
            <w:pPr>
              <w:spacing w:after="0" w:line="240" w:lineRule="auto"/>
              <w:jc w:val="center"/>
              <w:rPr>
                <w:noProof/>
                <w:lang w:val="ro-RO"/>
              </w:rPr>
            </w:pPr>
          </w:p>
        </w:tc>
        <w:tc>
          <w:tcPr>
            <w:tcW w:w="1020" w:type="dxa"/>
            <w:shd w:val="clear" w:color="auto" w:fill="FAFAFA"/>
            <w:tcMar>
              <w:top w:w="75" w:type="dxa"/>
              <w:left w:w="85" w:type="dxa"/>
              <w:bottom w:w="75" w:type="dxa"/>
              <w:right w:w="85" w:type="dxa"/>
            </w:tcMar>
            <w:vAlign w:val="center"/>
          </w:tcPr>
          <w:p w14:paraId="7301AA5A" w14:textId="77777777" w:rsidR="00807297" w:rsidRPr="001A1B66" w:rsidRDefault="00807297">
            <w:pPr>
              <w:spacing w:after="0" w:line="240" w:lineRule="auto"/>
              <w:jc w:val="center"/>
              <w:rPr>
                <w:noProof/>
                <w:lang w:val="ro-RO"/>
              </w:rPr>
            </w:pPr>
          </w:p>
        </w:tc>
        <w:tc>
          <w:tcPr>
            <w:tcW w:w="907" w:type="dxa"/>
            <w:shd w:val="clear" w:color="auto" w:fill="FAFAFA"/>
            <w:tcMar>
              <w:top w:w="75" w:type="dxa"/>
              <w:left w:w="85" w:type="dxa"/>
              <w:bottom w:w="75" w:type="dxa"/>
              <w:right w:w="85" w:type="dxa"/>
            </w:tcMar>
            <w:vAlign w:val="center"/>
          </w:tcPr>
          <w:p w14:paraId="21F143FF" w14:textId="77777777" w:rsidR="00807297" w:rsidRPr="001A1B66" w:rsidRDefault="00807297">
            <w:pPr>
              <w:spacing w:after="0" w:line="240" w:lineRule="auto"/>
              <w:jc w:val="center"/>
              <w:rPr>
                <w:noProof/>
                <w:lang w:val="ro-RO"/>
              </w:rPr>
            </w:pPr>
          </w:p>
        </w:tc>
        <w:tc>
          <w:tcPr>
            <w:tcW w:w="907" w:type="dxa"/>
            <w:shd w:val="clear" w:color="auto" w:fill="FAFAFA"/>
            <w:tcMar>
              <w:top w:w="75" w:type="dxa"/>
              <w:left w:w="85" w:type="dxa"/>
              <w:bottom w:w="75" w:type="dxa"/>
              <w:right w:w="85" w:type="dxa"/>
            </w:tcMar>
            <w:vAlign w:val="center"/>
          </w:tcPr>
          <w:p w14:paraId="3FCA4682" w14:textId="77777777" w:rsidR="00807297" w:rsidRPr="001A1B66" w:rsidRDefault="00807297">
            <w:pPr>
              <w:spacing w:after="0" w:line="240" w:lineRule="auto"/>
              <w:jc w:val="center"/>
              <w:rPr>
                <w:noProof/>
                <w:lang w:val="ro-RO"/>
              </w:rPr>
            </w:pPr>
          </w:p>
        </w:tc>
        <w:tc>
          <w:tcPr>
            <w:tcW w:w="794" w:type="dxa"/>
            <w:shd w:val="clear" w:color="auto" w:fill="FAFAFA"/>
            <w:tcMar>
              <w:top w:w="75" w:type="dxa"/>
              <w:left w:w="85" w:type="dxa"/>
              <w:bottom w:w="75" w:type="dxa"/>
              <w:right w:w="85" w:type="dxa"/>
            </w:tcMar>
            <w:vAlign w:val="center"/>
          </w:tcPr>
          <w:p w14:paraId="4DFFBDE5" w14:textId="77777777" w:rsidR="00807297" w:rsidRPr="001A1B66" w:rsidRDefault="00807297">
            <w:pPr>
              <w:spacing w:after="0" w:line="240" w:lineRule="auto"/>
              <w:jc w:val="center"/>
              <w:rPr>
                <w:noProof/>
                <w:lang w:val="ro-RO"/>
              </w:rPr>
            </w:pPr>
          </w:p>
        </w:tc>
        <w:tc>
          <w:tcPr>
            <w:tcW w:w="1134" w:type="dxa"/>
            <w:shd w:val="clear" w:color="auto" w:fill="FAFAFA"/>
            <w:tcMar>
              <w:top w:w="75" w:type="dxa"/>
              <w:left w:w="85" w:type="dxa"/>
              <w:bottom w:w="75" w:type="dxa"/>
              <w:right w:w="85" w:type="dxa"/>
            </w:tcMar>
            <w:vAlign w:val="center"/>
          </w:tcPr>
          <w:p w14:paraId="6724DDC5" w14:textId="77777777" w:rsidR="00807297" w:rsidRPr="001A1B66" w:rsidRDefault="00807297">
            <w:pPr>
              <w:spacing w:after="0" w:line="240" w:lineRule="auto"/>
              <w:jc w:val="center"/>
              <w:rPr>
                <w:noProof/>
                <w:lang w:val="ro-RO"/>
              </w:rPr>
            </w:pPr>
          </w:p>
        </w:tc>
      </w:tr>
    </w:tbl>
    <w:p w14:paraId="5C02B4F1" w14:textId="77777777" w:rsidR="00807297" w:rsidRPr="001A1B66" w:rsidRDefault="00807297">
      <w:pPr>
        <w:spacing w:after="20"/>
        <w:rPr>
          <w:noProof/>
          <w:lang w:val="ro-RO"/>
        </w:rPr>
      </w:pPr>
    </w:p>
    <w:tbl>
      <w:tblPr>
        <w:tblW w:w="0" w:type="auto"/>
        <w:jc w:val="center"/>
        <w:tblBorders>
          <w:top w:val="single" w:sz="0" w:space="0" w:color="FCEBEC"/>
          <w:left w:val="single" w:sz="0" w:space="0" w:color="FCEBEC"/>
          <w:bottom w:val="single" w:sz="0" w:space="0" w:color="FCEBEC"/>
          <w:right w:val="single" w:sz="0" w:space="0" w:color="FCEBEC"/>
          <w:insideH w:val="single" w:sz="0" w:space="0" w:color="FCEBEC"/>
          <w:insideV w:val="single" w:sz="0" w:space="0" w:color="FCEBEC"/>
        </w:tblBorders>
        <w:tblLayout w:type="fixed"/>
        <w:tblLook w:val="04A0" w:firstRow="1" w:lastRow="0" w:firstColumn="1" w:lastColumn="0" w:noHBand="0" w:noVBand="1"/>
      </w:tblPr>
      <w:tblGrid>
        <w:gridCol w:w="567"/>
        <w:gridCol w:w="9354"/>
      </w:tblGrid>
      <w:tr w:rsidR="00807297" w:rsidRPr="001A1B66" w14:paraId="3366B0FA" w14:textId="77777777">
        <w:trPr>
          <w:cantSplit/>
          <w:jc w:val="center"/>
        </w:trPr>
        <w:tc>
          <w:tcPr>
            <w:tcW w:w="567" w:type="dxa"/>
            <w:shd w:val="clear" w:color="auto" w:fill="D71920"/>
            <w:tcMar>
              <w:top w:w="75" w:type="dxa"/>
              <w:left w:w="85" w:type="dxa"/>
              <w:bottom w:w="75" w:type="dxa"/>
              <w:right w:w="85" w:type="dxa"/>
            </w:tcMar>
            <w:vAlign w:val="center"/>
          </w:tcPr>
          <w:p w14:paraId="6EE45A1D" w14:textId="77777777" w:rsidR="00807297" w:rsidRPr="001A1B66" w:rsidRDefault="00000000">
            <w:pPr>
              <w:spacing w:after="0" w:line="240" w:lineRule="auto"/>
              <w:jc w:val="center"/>
              <w:rPr>
                <w:noProof/>
                <w:lang w:val="ro-RO"/>
              </w:rPr>
            </w:pPr>
            <w:r w:rsidRPr="001A1B66">
              <w:rPr>
                <w:b/>
                <w:noProof/>
                <w:color w:val="FFFFFF"/>
                <w:sz w:val="30"/>
                <w:lang w:val="ro-RO"/>
              </w:rPr>
              <w:t>i</w:t>
            </w:r>
          </w:p>
        </w:tc>
        <w:tc>
          <w:tcPr>
            <w:tcW w:w="9354" w:type="dxa"/>
            <w:shd w:val="clear" w:color="auto" w:fill="FCEBEC"/>
          </w:tcPr>
          <w:p w14:paraId="4961FF33" w14:textId="77777777" w:rsidR="00807297" w:rsidRPr="001A1B66" w:rsidRDefault="00000000">
            <w:pPr>
              <w:spacing w:after="40"/>
              <w:rPr>
                <w:noProof/>
                <w:lang w:val="ro-RO"/>
              </w:rPr>
            </w:pPr>
            <w:r w:rsidRPr="001A1B66">
              <w:rPr>
                <w:b/>
                <w:noProof/>
                <w:color w:val="D71920"/>
                <w:lang w:val="ro-RO"/>
              </w:rPr>
              <w:t>RECOMANDARE DE CONSULTANT</w:t>
            </w:r>
          </w:p>
          <w:p w14:paraId="4F881A53" w14:textId="77777777" w:rsidR="00807297" w:rsidRPr="001A1B66" w:rsidRDefault="00000000">
            <w:pPr>
              <w:spacing w:after="0" w:line="252" w:lineRule="auto"/>
              <w:rPr>
                <w:noProof/>
                <w:lang w:val="ro-RO"/>
              </w:rPr>
            </w:pPr>
            <w:r w:rsidRPr="001A1B66">
              <w:rPr>
                <w:noProof/>
                <w:sz w:val="17"/>
                <w:lang w:val="ro-RO"/>
              </w:rPr>
              <w:t>Nu transformați conformarea cu o limită critică într-o țintă de tip „95%”. Pentru CCP, OPRP și criterii de eliberare, conformarea necesară rămâne integrală. Obiectivul poate viza eliminarea cauzelor abaterilor, capabilitatea procesului, prevenția și eficacitatea verificării.</w:t>
            </w:r>
          </w:p>
        </w:tc>
      </w:tr>
    </w:tbl>
    <w:p w14:paraId="05A043F6" w14:textId="77777777" w:rsidR="00807297" w:rsidRPr="001A1B66" w:rsidRDefault="00807297">
      <w:pPr>
        <w:spacing w:after="0"/>
        <w:rPr>
          <w:noProof/>
          <w:lang w:val="ro-RO"/>
        </w:rPr>
      </w:pPr>
    </w:p>
    <w:p w14:paraId="705BDF60" w14:textId="77777777" w:rsidR="00807297" w:rsidRPr="001A1B66" w:rsidRDefault="00000000">
      <w:pPr>
        <w:pStyle w:val="Heading2"/>
        <w:rPr>
          <w:noProof/>
          <w:lang w:val="ro-RO"/>
        </w:rPr>
      </w:pPr>
      <w:r w:rsidRPr="001A1B66">
        <w:rPr>
          <w:noProof/>
          <w:lang w:val="ro-RO"/>
        </w:rPr>
        <w:lastRenderedPageBreak/>
        <w:t>Test de calitate înainte de aprobare</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1020"/>
        <w:gridCol w:w="8901"/>
      </w:tblGrid>
      <w:tr w:rsidR="00807297" w:rsidRPr="001A1B66" w14:paraId="1774FBC8" w14:textId="77777777">
        <w:trPr>
          <w:tblHeader/>
          <w:jc w:val="center"/>
        </w:trPr>
        <w:tc>
          <w:tcPr>
            <w:tcW w:w="1020" w:type="dxa"/>
            <w:shd w:val="clear" w:color="auto" w:fill="D71920"/>
            <w:tcMar>
              <w:top w:w="75" w:type="dxa"/>
              <w:left w:w="85" w:type="dxa"/>
              <w:bottom w:w="75" w:type="dxa"/>
              <w:right w:w="85" w:type="dxa"/>
            </w:tcMar>
            <w:vAlign w:val="center"/>
          </w:tcPr>
          <w:p w14:paraId="0F9549C2" w14:textId="77777777" w:rsidR="00807297" w:rsidRPr="001A1B66" w:rsidRDefault="00000000">
            <w:pPr>
              <w:spacing w:after="0" w:line="240" w:lineRule="auto"/>
              <w:jc w:val="center"/>
              <w:rPr>
                <w:noProof/>
                <w:lang w:val="ro-RO"/>
              </w:rPr>
            </w:pPr>
            <w:r w:rsidRPr="001A1B66">
              <w:rPr>
                <w:b/>
                <w:noProof/>
                <w:color w:val="FFFFFF"/>
                <w:sz w:val="16"/>
                <w:lang w:val="ro-RO"/>
              </w:rPr>
              <w:t>OK</w:t>
            </w:r>
          </w:p>
        </w:tc>
        <w:tc>
          <w:tcPr>
            <w:tcW w:w="8901" w:type="dxa"/>
            <w:shd w:val="clear" w:color="auto" w:fill="D71920"/>
            <w:tcMar>
              <w:top w:w="75" w:type="dxa"/>
              <w:left w:w="85" w:type="dxa"/>
              <w:bottom w:w="75" w:type="dxa"/>
              <w:right w:w="85" w:type="dxa"/>
            </w:tcMar>
            <w:vAlign w:val="center"/>
          </w:tcPr>
          <w:p w14:paraId="63076475" w14:textId="77777777" w:rsidR="00807297" w:rsidRPr="001A1B66" w:rsidRDefault="00000000">
            <w:pPr>
              <w:spacing w:after="0" w:line="240" w:lineRule="auto"/>
              <w:jc w:val="center"/>
              <w:rPr>
                <w:noProof/>
                <w:sz w:val="17"/>
                <w:lang w:val="ro-RO"/>
              </w:rPr>
            </w:pPr>
            <w:r w:rsidRPr="001A1B66">
              <w:rPr>
                <w:b/>
                <w:noProof/>
                <w:color w:val="FFFFFF"/>
                <w:sz w:val="16"/>
                <w:lang w:val="ro-RO"/>
              </w:rPr>
              <w:t>ÎNTREBARE</w:t>
            </w:r>
          </w:p>
          <w:p w14:paraId="4D0894D5" w14:textId="77777777" w:rsidR="001A1B66" w:rsidRPr="001A1B66" w:rsidRDefault="001A1B66" w:rsidP="001A1B66">
            <w:pPr>
              <w:rPr>
                <w:noProof/>
                <w:lang w:val="ro-RO"/>
              </w:rPr>
            </w:pPr>
          </w:p>
          <w:p w14:paraId="5F123E6F" w14:textId="77777777" w:rsidR="001A1B66" w:rsidRPr="001A1B66" w:rsidRDefault="001A1B66" w:rsidP="001A1B66">
            <w:pPr>
              <w:rPr>
                <w:noProof/>
                <w:lang w:val="ro-RO"/>
              </w:rPr>
            </w:pPr>
          </w:p>
          <w:p w14:paraId="35B6E682" w14:textId="77777777" w:rsidR="001A1B66" w:rsidRPr="001A1B66" w:rsidRDefault="001A1B66" w:rsidP="001A1B66">
            <w:pPr>
              <w:rPr>
                <w:noProof/>
                <w:lang w:val="ro-RO"/>
              </w:rPr>
            </w:pPr>
          </w:p>
          <w:p w14:paraId="6D3B4FE5" w14:textId="77777777" w:rsidR="001A1B66" w:rsidRPr="001A1B66" w:rsidRDefault="001A1B66" w:rsidP="001A1B66">
            <w:pPr>
              <w:rPr>
                <w:noProof/>
                <w:lang w:val="ro-RO"/>
              </w:rPr>
            </w:pPr>
          </w:p>
        </w:tc>
      </w:tr>
      <w:tr w:rsidR="00807297" w:rsidRPr="00696259" w14:paraId="16DC3268" w14:textId="77777777">
        <w:trPr>
          <w:cantSplit/>
          <w:jc w:val="center"/>
        </w:trPr>
        <w:tc>
          <w:tcPr>
            <w:tcW w:w="1020" w:type="dxa"/>
            <w:shd w:val="clear" w:color="auto" w:fill="FFFFFF"/>
            <w:tcMar>
              <w:top w:w="75" w:type="dxa"/>
              <w:left w:w="85" w:type="dxa"/>
              <w:bottom w:w="75" w:type="dxa"/>
              <w:right w:w="85" w:type="dxa"/>
            </w:tcMar>
            <w:vAlign w:val="center"/>
          </w:tcPr>
          <w:p w14:paraId="7DEBD73B" w14:textId="77777777" w:rsidR="00807297" w:rsidRPr="001A1B66" w:rsidRDefault="00000000">
            <w:pPr>
              <w:spacing w:after="0" w:line="240" w:lineRule="auto"/>
              <w:jc w:val="center"/>
              <w:rPr>
                <w:noProof/>
                <w:lang w:val="ro-RO"/>
              </w:rPr>
            </w:pPr>
            <w:r w:rsidRPr="001A1B66">
              <w:rPr>
                <w:noProof/>
                <w:sz w:val="17"/>
                <w:lang w:val="ro-RO"/>
              </w:rPr>
              <w:t>[ ]</w:t>
            </w:r>
          </w:p>
        </w:tc>
        <w:tc>
          <w:tcPr>
            <w:tcW w:w="8901" w:type="dxa"/>
            <w:shd w:val="clear" w:color="auto" w:fill="FFFFFF"/>
            <w:tcMar>
              <w:top w:w="75" w:type="dxa"/>
              <w:left w:w="85" w:type="dxa"/>
              <w:bottom w:w="75" w:type="dxa"/>
              <w:right w:w="85" w:type="dxa"/>
            </w:tcMar>
            <w:vAlign w:val="center"/>
          </w:tcPr>
          <w:p w14:paraId="305571A7" w14:textId="77777777" w:rsidR="00807297" w:rsidRPr="001A1B66" w:rsidRDefault="00000000">
            <w:pPr>
              <w:spacing w:after="0" w:line="240" w:lineRule="auto"/>
              <w:rPr>
                <w:noProof/>
                <w:sz w:val="17"/>
                <w:lang w:val="ro-RO"/>
              </w:rPr>
            </w:pPr>
            <w:r w:rsidRPr="001A1B66">
              <w:rPr>
                <w:noProof/>
                <w:sz w:val="17"/>
                <w:lang w:val="ro-RO"/>
              </w:rPr>
              <w:t>Obiectivul descrie un rezultat relevant, nu doar o activitate sau un document?</w:t>
            </w:r>
          </w:p>
          <w:p w14:paraId="6AF944AD" w14:textId="77777777" w:rsidR="001A1B66" w:rsidRPr="001A1B66" w:rsidRDefault="001A1B66" w:rsidP="001A1B66">
            <w:pPr>
              <w:rPr>
                <w:noProof/>
                <w:lang w:val="ro-RO"/>
              </w:rPr>
            </w:pPr>
          </w:p>
          <w:p w14:paraId="7DBBDEF4" w14:textId="77777777" w:rsidR="001A1B66" w:rsidRPr="001A1B66" w:rsidRDefault="001A1B66" w:rsidP="001A1B66">
            <w:pPr>
              <w:rPr>
                <w:noProof/>
                <w:lang w:val="ro-RO"/>
              </w:rPr>
            </w:pPr>
          </w:p>
          <w:p w14:paraId="5BACFFBF" w14:textId="77777777" w:rsidR="001A1B66" w:rsidRPr="001A1B66" w:rsidRDefault="001A1B66" w:rsidP="001A1B66">
            <w:pPr>
              <w:rPr>
                <w:noProof/>
                <w:lang w:val="ro-RO"/>
              </w:rPr>
            </w:pPr>
          </w:p>
        </w:tc>
      </w:tr>
      <w:tr w:rsidR="00807297" w:rsidRPr="001A1B66" w14:paraId="0A91D4C1" w14:textId="77777777">
        <w:trPr>
          <w:cantSplit/>
          <w:jc w:val="center"/>
        </w:trPr>
        <w:tc>
          <w:tcPr>
            <w:tcW w:w="1020" w:type="dxa"/>
            <w:shd w:val="clear" w:color="auto" w:fill="FAFAFA"/>
            <w:tcMar>
              <w:top w:w="75" w:type="dxa"/>
              <w:left w:w="85" w:type="dxa"/>
              <w:bottom w:w="75" w:type="dxa"/>
              <w:right w:w="85" w:type="dxa"/>
            </w:tcMar>
            <w:vAlign w:val="center"/>
          </w:tcPr>
          <w:p w14:paraId="18868877" w14:textId="77777777" w:rsidR="00807297" w:rsidRPr="001A1B66" w:rsidRDefault="00000000">
            <w:pPr>
              <w:spacing w:after="0" w:line="240" w:lineRule="auto"/>
              <w:jc w:val="center"/>
              <w:rPr>
                <w:noProof/>
                <w:lang w:val="ro-RO"/>
              </w:rPr>
            </w:pPr>
            <w:r w:rsidRPr="001A1B66">
              <w:rPr>
                <w:noProof/>
                <w:sz w:val="17"/>
                <w:lang w:val="ro-RO"/>
              </w:rPr>
              <w:t>[ ]</w:t>
            </w:r>
          </w:p>
        </w:tc>
        <w:tc>
          <w:tcPr>
            <w:tcW w:w="8901" w:type="dxa"/>
            <w:shd w:val="clear" w:color="auto" w:fill="FAFAFA"/>
            <w:tcMar>
              <w:top w:w="75" w:type="dxa"/>
              <w:left w:w="85" w:type="dxa"/>
              <w:bottom w:w="75" w:type="dxa"/>
              <w:right w:w="85" w:type="dxa"/>
            </w:tcMar>
            <w:vAlign w:val="center"/>
          </w:tcPr>
          <w:p w14:paraId="7C2DF80C" w14:textId="77777777" w:rsidR="00807297" w:rsidRPr="001A1B66" w:rsidRDefault="00000000">
            <w:pPr>
              <w:spacing w:after="0" w:line="240" w:lineRule="auto"/>
              <w:rPr>
                <w:noProof/>
                <w:lang w:val="ro-RO"/>
              </w:rPr>
            </w:pPr>
            <w:r w:rsidRPr="001A1B66">
              <w:rPr>
                <w:noProof/>
                <w:sz w:val="17"/>
                <w:lang w:val="ro-RO"/>
              </w:rPr>
              <w:t>Indicatorul are definiție, formulă, sursă de date, responsabil și frecvență clare?</w:t>
            </w:r>
          </w:p>
        </w:tc>
      </w:tr>
      <w:tr w:rsidR="00807297" w:rsidRPr="00696259" w14:paraId="706117A0" w14:textId="77777777">
        <w:trPr>
          <w:cantSplit/>
          <w:jc w:val="center"/>
        </w:trPr>
        <w:tc>
          <w:tcPr>
            <w:tcW w:w="1020" w:type="dxa"/>
            <w:shd w:val="clear" w:color="auto" w:fill="FFFFFF"/>
            <w:tcMar>
              <w:top w:w="75" w:type="dxa"/>
              <w:left w:w="85" w:type="dxa"/>
              <w:bottom w:w="75" w:type="dxa"/>
              <w:right w:w="85" w:type="dxa"/>
            </w:tcMar>
            <w:vAlign w:val="center"/>
          </w:tcPr>
          <w:p w14:paraId="179BB546" w14:textId="77777777" w:rsidR="00807297" w:rsidRPr="001A1B66" w:rsidRDefault="00000000">
            <w:pPr>
              <w:spacing w:after="0" w:line="240" w:lineRule="auto"/>
              <w:jc w:val="center"/>
              <w:rPr>
                <w:noProof/>
                <w:lang w:val="ro-RO"/>
              </w:rPr>
            </w:pPr>
            <w:r w:rsidRPr="001A1B66">
              <w:rPr>
                <w:noProof/>
                <w:sz w:val="17"/>
                <w:lang w:val="ro-RO"/>
              </w:rPr>
              <w:t>[ ]</w:t>
            </w:r>
          </w:p>
        </w:tc>
        <w:tc>
          <w:tcPr>
            <w:tcW w:w="8901" w:type="dxa"/>
            <w:shd w:val="clear" w:color="auto" w:fill="FFFFFF"/>
            <w:tcMar>
              <w:top w:w="75" w:type="dxa"/>
              <w:left w:w="85" w:type="dxa"/>
              <w:bottom w:w="75" w:type="dxa"/>
              <w:right w:w="85" w:type="dxa"/>
            </w:tcMar>
            <w:vAlign w:val="center"/>
          </w:tcPr>
          <w:p w14:paraId="4B860B02" w14:textId="77777777" w:rsidR="00807297" w:rsidRPr="001A1B66" w:rsidRDefault="00000000">
            <w:pPr>
              <w:spacing w:after="0" w:line="240" w:lineRule="auto"/>
              <w:rPr>
                <w:noProof/>
                <w:lang w:val="ro-RO"/>
              </w:rPr>
            </w:pPr>
            <w:r w:rsidRPr="001A1B66">
              <w:rPr>
                <w:noProof/>
                <w:sz w:val="17"/>
                <w:lang w:val="ro-RO"/>
              </w:rPr>
              <w:t>Baza de referință și domeniul de aplicare sunt cunoscute și comparabile?</w:t>
            </w:r>
          </w:p>
        </w:tc>
      </w:tr>
      <w:tr w:rsidR="00807297" w:rsidRPr="00696259" w14:paraId="4A7CF9B8" w14:textId="77777777">
        <w:trPr>
          <w:cantSplit/>
          <w:jc w:val="center"/>
        </w:trPr>
        <w:tc>
          <w:tcPr>
            <w:tcW w:w="1020" w:type="dxa"/>
            <w:shd w:val="clear" w:color="auto" w:fill="FAFAFA"/>
            <w:tcMar>
              <w:top w:w="75" w:type="dxa"/>
              <w:left w:w="85" w:type="dxa"/>
              <w:bottom w:w="75" w:type="dxa"/>
              <w:right w:w="85" w:type="dxa"/>
            </w:tcMar>
            <w:vAlign w:val="center"/>
          </w:tcPr>
          <w:p w14:paraId="57D45567" w14:textId="77777777" w:rsidR="00807297" w:rsidRPr="001A1B66" w:rsidRDefault="00000000">
            <w:pPr>
              <w:spacing w:after="0" w:line="240" w:lineRule="auto"/>
              <w:jc w:val="center"/>
              <w:rPr>
                <w:noProof/>
                <w:lang w:val="ro-RO"/>
              </w:rPr>
            </w:pPr>
            <w:r w:rsidRPr="001A1B66">
              <w:rPr>
                <w:noProof/>
                <w:sz w:val="17"/>
                <w:lang w:val="ro-RO"/>
              </w:rPr>
              <w:t>[ ]</w:t>
            </w:r>
          </w:p>
        </w:tc>
        <w:tc>
          <w:tcPr>
            <w:tcW w:w="8901" w:type="dxa"/>
            <w:shd w:val="clear" w:color="auto" w:fill="FAFAFA"/>
            <w:tcMar>
              <w:top w:w="75" w:type="dxa"/>
              <w:left w:w="85" w:type="dxa"/>
              <w:bottom w:w="75" w:type="dxa"/>
              <w:right w:w="85" w:type="dxa"/>
            </w:tcMar>
            <w:vAlign w:val="center"/>
          </w:tcPr>
          <w:p w14:paraId="07DD2910" w14:textId="77777777" w:rsidR="00807297" w:rsidRPr="001A1B66" w:rsidRDefault="00000000">
            <w:pPr>
              <w:spacing w:after="0" w:line="240" w:lineRule="auto"/>
              <w:rPr>
                <w:noProof/>
                <w:lang w:val="ro-RO"/>
              </w:rPr>
            </w:pPr>
            <w:r w:rsidRPr="001A1B66">
              <w:rPr>
                <w:noProof/>
                <w:sz w:val="17"/>
                <w:lang w:val="ro-RO"/>
              </w:rPr>
              <w:t>Ținta este ambițioasă, dar realistă și nu compromite conformitatea sau controlul riscului?</w:t>
            </w:r>
          </w:p>
        </w:tc>
      </w:tr>
      <w:tr w:rsidR="00807297" w:rsidRPr="00696259" w14:paraId="3716E6AD" w14:textId="77777777">
        <w:trPr>
          <w:cantSplit/>
          <w:jc w:val="center"/>
        </w:trPr>
        <w:tc>
          <w:tcPr>
            <w:tcW w:w="1020" w:type="dxa"/>
            <w:shd w:val="clear" w:color="auto" w:fill="FFFFFF"/>
            <w:tcMar>
              <w:top w:w="75" w:type="dxa"/>
              <w:left w:w="85" w:type="dxa"/>
              <w:bottom w:w="75" w:type="dxa"/>
              <w:right w:w="85" w:type="dxa"/>
            </w:tcMar>
            <w:vAlign w:val="center"/>
          </w:tcPr>
          <w:p w14:paraId="3784D672" w14:textId="77777777" w:rsidR="00807297" w:rsidRPr="001A1B66" w:rsidRDefault="00000000">
            <w:pPr>
              <w:spacing w:after="0" w:line="240" w:lineRule="auto"/>
              <w:jc w:val="center"/>
              <w:rPr>
                <w:noProof/>
                <w:lang w:val="ro-RO"/>
              </w:rPr>
            </w:pPr>
            <w:r w:rsidRPr="001A1B66">
              <w:rPr>
                <w:noProof/>
                <w:sz w:val="17"/>
                <w:lang w:val="ro-RO"/>
              </w:rPr>
              <w:t>[ ]</w:t>
            </w:r>
          </w:p>
        </w:tc>
        <w:tc>
          <w:tcPr>
            <w:tcW w:w="8901" w:type="dxa"/>
            <w:shd w:val="clear" w:color="auto" w:fill="FFFFFF"/>
            <w:tcMar>
              <w:top w:w="75" w:type="dxa"/>
              <w:left w:w="85" w:type="dxa"/>
              <w:bottom w:w="75" w:type="dxa"/>
              <w:right w:w="85" w:type="dxa"/>
            </w:tcMar>
            <w:vAlign w:val="center"/>
          </w:tcPr>
          <w:p w14:paraId="7E239BA4" w14:textId="77777777" w:rsidR="00807297" w:rsidRPr="001A1B66" w:rsidRDefault="00000000">
            <w:pPr>
              <w:spacing w:after="0" w:line="240" w:lineRule="auto"/>
              <w:rPr>
                <w:noProof/>
                <w:lang w:val="ro-RO"/>
              </w:rPr>
            </w:pPr>
            <w:r w:rsidRPr="001A1B66">
              <w:rPr>
                <w:noProof/>
                <w:sz w:val="17"/>
                <w:lang w:val="ro-RO"/>
              </w:rPr>
              <w:t>Planul precizează acțiuni, resurse, responsabilități, termene și criterii de eficacitate?</w:t>
            </w:r>
          </w:p>
        </w:tc>
      </w:tr>
      <w:tr w:rsidR="00807297" w:rsidRPr="001A1B66" w14:paraId="2F6A9DF1" w14:textId="77777777">
        <w:trPr>
          <w:cantSplit/>
          <w:jc w:val="center"/>
        </w:trPr>
        <w:tc>
          <w:tcPr>
            <w:tcW w:w="1020" w:type="dxa"/>
            <w:shd w:val="clear" w:color="auto" w:fill="FAFAFA"/>
            <w:tcMar>
              <w:top w:w="75" w:type="dxa"/>
              <w:left w:w="85" w:type="dxa"/>
              <w:bottom w:w="75" w:type="dxa"/>
              <w:right w:w="85" w:type="dxa"/>
            </w:tcMar>
            <w:vAlign w:val="center"/>
          </w:tcPr>
          <w:p w14:paraId="049C5DAF" w14:textId="77777777" w:rsidR="00807297" w:rsidRPr="001A1B66" w:rsidRDefault="00000000">
            <w:pPr>
              <w:spacing w:after="0" w:line="240" w:lineRule="auto"/>
              <w:jc w:val="center"/>
              <w:rPr>
                <w:noProof/>
                <w:lang w:val="ro-RO"/>
              </w:rPr>
            </w:pPr>
            <w:r w:rsidRPr="001A1B66">
              <w:rPr>
                <w:noProof/>
                <w:sz w:val="17"/>
                <w:lang w:val="ro-RO"/>
              </w:rPr>
              <w:t>[ ]</w:t>
            </w:r>
          </w:p>
        </w:tc>
        <w:tc>
          <w:tcPr>
            <w:tcW w:w="8901" w:type="dxa"/>
            <w:shd w:val="clear" w:color="auto" w:fill="FAFAFA"/>
            <w:tcMar>
              <w:top w:w="75" w:type="dxa"/>
              <w:left w:w="85" w:type="dxa"/>
              <w:bottom w:w="75" w:type="dxa"/>
              <w:right w:w="85" w:type="dxa"/>
            </w:tcMar>
            <w:vAlign w:val="center"/>
          </w:tcPr>
          <w:p w14:paraId="7DC2A616" w14:textId="77777777" w:rsidR="00807297" w:rsidRPr="001A1B66" w:rsidRDefault="00000000">
            <w:pPr>
              <w:spacing w:after="0" w:line="240" w:lineRule="auto"/>
              <w:rPr>
                <w:noProof/>
                <w:lang w:val="ro-RO"/>
              </w:rPr>
            </w:pPr>
            <w:r w:rsidRPr="001A1B66">
              <w:rPr>
                <w:noProof/>
                <w:sz w:val="17"/>
                <w:lang w:val="ro-RO"/>
              </w:rPr>
              <w:t>Sunt analizate efectele nedorite, stimulentele greșite și riscurile transferate?</w:t>
            </w:r>
          </w:p>
        </w:tc>
      </w:tr>
    </w:tbl>
    <w:p w14:paraId="2839FB72" w14:textId="77777777" w:rsidR="00807297" w:rsidRPr="001A1B66" w:rsidRDefault="00807297">
      <w:pPr>
        <w:spacing w:after="20"/>
        <w:rPr>
          <w:noProof/>
          <w:lang w:val="ro-RO"/>
        </w:rPr>
      </w:pPr>
    </w:p>
    <w:p w14:paraId="53701689" w14:textId="77777777" w:rsidR="00807297" w:rsidRPr="001A1B66" w:rsidRDefault="00000000">
      <w:pPr>
        <w:pStyle w:val="Heading2"/>
        <w:rPr>
          <w:noProof/>
          <w:lang w:val="ro-RO"/>
        </w:rPr>
      </w:pPr>
      <w:r w:rsidRPr="001A1B66">
        <w:rPr>
          <w:noProof/>
          <w:lang w:val="ro-RO"/>
        </w:rPr>
        <w:t>Roluri recomandate</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2948"/>
        <w:gridCol w:w="6973"/>
      </w:tblGrid>
      <w:tr w:rsidR="00807297" w:rsidRPr="001A1B66" w14:paraId="36DF55FC" w14:textId="77777777">
        <w:trPr>
          <w:tblHeader/>
          <w:jc w:val="center"/>
        </w:trPr>
        <w:tc>
          <w:tcPr>
            <w:tcW w:w="2948" w:type="dxa"/>
            <w:shd w:val="clear" w:color="auto" w:fill="D71920"/>
            <w:tcMar>
              <w:top w:w="75" w:type="dxa"/>
              <w:left w:w="85" w:type="dxa"/>
              <w:bottom w:w="75" w:type="dxa"/>
              <w:right w:w="85" w:type="dxa"/>
            </w:tcMar>
            <w:vAlign w:val="center"/>
          </w:tcPr>
          <w:p w14:paraId="0E1D629C" w14:textId="77777777" w:rsidR="00807297" w:rsidRPr="001A1B66" w:rsidRDefault="00000000">
            <w:pPr>
              <w:spacing w:after="0" w:line="240" w:lineRule="auto"/>
              <w:jc w:val="center"/>
              <w:rPr>
                <w:noProof/>
                <w:lang w:val="ro-RO"/>
              </w:rPr>
            </w:pPr>
            <w:r w:rsidRPr="001A1B66">
              <w:rPr>
                <w:b/>
                <w:noProof/>
                <w:color w:val="FFFFFF"/>
                <w:sz w:val="15"/>
                <w:lang w:val="ro-RO"/>
              </w:rPr>
              <w:t>ROL</w:t>
            </w:r>
          </w:p>
        </w:tc>
        <w:tc>
          <w:tcPr>
            <w:tcW w:w="6973" w:type="dxa"/>
            <w:shd w:val="clear" w:color="auto" w:fill="D71920"/>
            <w:tcMar>
              <w:top w:w="75" w:type="dxa"/>
              <w:left w:w="85" w:type="dxa"/>
              <w:bottom w:w="75" w:type="dxa"/>
              <w:right w:w="85" w:type="dxa"/>
            </w:tcMar>
            <w:vAlign w:val="center"/>
          </w:tcPr>
          <w:p w14:paraId="185CB02C" w14:textId="77777777" w:rsidR="00807297" w:rsidRPr="001A1B66" w:rsidRDefault="00000000">
            <w:pPr>
              <w:spacing w:after="0" w:line="240" w:lineRule="auto"/>
              <w:jc w:val="center"/>
              <w:rPr>
                <w:noProof/>
                <w:lang w:val="ro-RO"/>
              </w:rPr>
            </w:pPr>
            <w:r w:rsidRPr="001A1B66">
              <w:rPr>
                <w:b/>
                <w:noProof/>
                <w:color w:val="FFFFFF"/>
                <w:sz w:val="15"/>
                <w:lang w:val="ro-RO"/>
              </w:rPr>
              <w:t>RESPONSABILITATE</w:t>
            </w:r>
          </w:p>
        </w:tc>
      </w:tr>
      <w:tr w:rsidR="00807297" w:rsidRPr="001A1B66" w14:paraId="68C67CAF" w14:textId="77777777">
        <w:trPr>
          <w:cantSplit/>
          <w:jc w:val="center"/>
        </w:trPr>
        <w:tc>
          <w:tcPr>
            <w:tcW w:w="2948" w:type="dxa"/>
            <w:shd w:val="clear" w:color="auto" w:fill="FFFFFF"/>
            <w:tcMar>
              <w:top w:w="75" w:type="dxa"/>
              <w:left w:w="85" w:type="dxa"/>
              <w:bottom w:w="75" w:type="dxa"/>
              <w:right w:w="85" w:type="dxa"/>
            </w:tcMar>
            <w:vAlign w:val="center"/>
          </w:tcPr>
          <w:p w14:paraId="30F281C2" w14:textId="77777777" w:rsidR="00807297" w:rsidRPr="001A1B66" w:rsidRDefault="00000000">
            <w:pPr>
              <w:spacing w:after="0" w:line="240" w:lineRule="auto"/>
              <w:rPr>
                <w:noProof/>
                <w:lang w:val="ro-RO"/>
              </w:rPr>
            </w:pPr>
            <w:r w:rsidRPr="001A1B66">
              <w:rPr>
                <w:noProof/>
                <w:sz w:val="15"/>
                <w:lang w:val="ro-RO"/>
              </w:rPr>
              <w:t>Conducerea de vârf</w:t>
            </w:r>
          </w:p>
        </w:tc>
        <w:tc>
          <w:tcPr>
            <w:tcW w:w="6973" w:type="dxa"/>
            <w:shd w:val="clear" w:color="auto" w:fill="FFFFFF"/>
            <w:tcMar>
              <w:top w:w="75" w:type="dxa"/>
              <w:left w:w="85" w:type="dxa"/>
              <w:bottom w:w="75" w:type="dxa"/>
              <w:right w:w="85" w:type="dxa"/>
            </w:tcMar>
            <w:vAlign w:val="center"/>
          </w:tcPr>
          <w:p w14:paraId="6268C7D1" w14:textId="77777777" w:rsidR="00807297" w:rsidRPr="001A1B66" w:rsidRDefault="00000000">
            <w:pPr>
              <w:spacing w:after="0" w:line="240" w:lineRule="auto"/>
              <w:rPr>
                <w:noProof/>
                <w:lang w:val="ro-RO"/>
              </w:rPr>
            </w:pPr>
            <w:r w:rsidRPr="001A1B66">
              <w:rPr>
                <w:noProof/>
                <w:sz w:val="15"/>
                <w:lang w:val="ro-RO"/>
              </w:rPr>
              <w:t>Aprobă obiectivele, resursele, prioritățile și deciziile la abatere.</w:t>
            </w:r>
          </w:p>
        </w:tc>
      </w:tr>
      <w:tr w:rsidR="00807297" w:rsidRPr="00696259" w14:paraId="06EF6D73" w14:textId="77777777">
        <w:trPr>
          <w:cantSplit/>
          <w:jc w:val="center"/>
        </w:trPr>
        <w:tc>
          <w:tcPr>
            <w:tcW w:w="2948" w:type="dxa"/>
            <w:shd w:val="clear" w:color="auto" w:fill="FAFAFA"/>
            <w:tcMar>
              <w:top w:w="75" w:type="dxa"/>
              <w:left w:w="85" w:type="dxa"/>
              <w:bottom w:w="75" w:type="dxa"/>
              <w:right w:w="85" w:type="dxa"/>
            </w:tcMar>
            <w:vAlign w:val="center"/>
          </w:tcPr>
          <w:p w14:paraId="21AA24A9" w14:textId="77777777" w:rsidR="00807297" w:rsidRPr="001A1B66" w:rsidRDefault="00000000">
            <w:pPr>
              <w:spacing w:after="0" w:line="240" w:lineRule="auto"/>
              <w:rPr>
                <w:noProof/>
                <w:lang w:val="ro-RO"/>
              </w:rPr>
            </w:pPr>
            <w:r w:rsidRPr="001A1B66">
              <w:rPr>
                <w:noProof/>
                <w:sz w:val="15"/>
                <w:lang w:val="ro-RO"/>
              </w:rPr>
              <w:t>Liderul echipei pentru siguranța alimentelor</w:t>
            </w:r>
          </w:p>
        </w:tc>
        <w:tc>
          <w:tcPr>
            <w:tcW w:w="6973" w:type="dxa"/>
            <w:shd w:val="clear" w:color="auto" w:fill="FAFAFA"/>
            <w:tcMar>
              <w:top w:w="75" w:type="dxa"/>
              <w:left w:w="85" w:type="dxa"/>
              <w:bottom w:w="75" w:type="dxa"/>
              <w:right w:w="85" w:type="dxa"/>
            </w:tcMar>
            <w:vAlign w:val="center"/>
          </w:tcPr>
          <w:p w14:paraId="174D2E21" w14:textId="77777777" w:rsidR="00807297" w:rsidRPr="001A1B66" w:rsidRDefault="00000000">
            <w:pPr>
              <w:spacing w:after="0" w:line="240" w:lineRule="auto"/>
              <w:rPr>
                <w:noProof/>
                <w:lang w:val="ro-RO"/>
              </w:rPr>
            </w:pPr>
            <w:r w:rsidRPr="001A1B66">
              <w:rPr>
                <w:noProof/>
                <w:sz w:val="15"/>
                <w:lang w:val="ro-RO"/>
              </w:rPr>
              <w:t>Coordonează selecția, coerența cu analiza pericolelor și monitorizarea SMSA.</w:t>
            </w:r>
          </w:p>
        </w:tc>
      </w:tr>
      <w:tr w:rsidR="00807297" w:rsidRPr="001A1B66" w14:paraId="06EF2D98" w14:textId="77777777">
        <w:trPr>
          <w:cantSplit/>
          <w:jc w:val="center"/>
        </w:trPr>
        <w:tc>
          <w:tcPr>
            <w:tcW w:w="2948" w:type="dxa"/>
            <w:shd w:val="clear" w:color="auto" w:fill="FFFFFF"/>
            <w:tcMar>
              <w:top w:w="75" w:type="dxa"/>
              <w:left w:w="85" w:type="dxa"/>
              <w:bottom w:w="75" w:type="dxa"/>
              <w:right w:w="85" w:type="dxa"/>
            </w:tcMar>
            <w:vAlign w:val="center"/>
          </w:tcPr>
          <w:p w14:paraId="2A4696DE" w14:textId="77777777" w:rsidR="00807297" w:rsidRPr="001A1B66" w:rsidRDefault="00000000">
            <w:pPr>
              <w:spacing w:after="0" w:line="240" w:lineRule="auto"/>
              <w:rPr>
                <w:noProof/>
                <w:lang w:val="ro-RO"/>
              </w:rPr>
            </w:pPr>
            <w:r w:rsidRPr="001A1B66">
              <w:rPr>
                <w:noProof/>
                <w:sz w:val="15"/>
                <w:lang w:val="ro-RO"/>
              </w:rPr>
              <w:t>Proprietarul procesului</w:t>
            </w:r>
          </w:p>
        </w:tc>
        <w:tc>
          <w:tcPr>
            <w:tcW w:w="6973" w:type="dxa"/>
            <w:shd w:val="clear" w:color="auto" w:fill="FFFFFF"/>
            <w:tcMar>
              <w:top w:w="75" w:type="dxa"/>
              <w:left w:w="85" w:type="dxa"/>
              <w:bottom w:w="75" w:type="dxa"/>
              <w:right w:w="85" w:type="dxa"/>
            </w:tcMar>
            <w:vAlign w:val="center"/>
          </w:tcPr>
          <w:p w14:paraId="71167E10" w14:textId="77777777" w:rsidR="00807297" w:rsidRPr="001A1B66" w:rsidRDefault="00000000">
            <w:pPr>
              <w:spacing w:after="0" w:line="240" w:lineRule="auto"/>
              <w:rPr>
                <w:noProof/>
                <w:lang w:val="ro-RO"/>
              </w:rPr>
            </w:pPr>
            <w:r w:rsidRPr="001A1B66">
              <w:rPr>
                <w:noProof/>
                <w:sz w:val="15"/>
                <w:lang w:val="ro-RO"/>
              </w:rPr>
              <w:t>Planifică și implementează acțiunile în procesul operațional.</w:t>
            </w:r>
          </w:p>
        </w:tc>
      </w:tr>
      <w:tr w:rsidR="00807297" w:rsidRPr="001A1B66" w14:paraId="0FCACBF1" w14:textId="77777777">
        <w:trPr>
          <w:cantSplit/>
          <w:jc w:val="center"/>
        </w:trPr>
        <w:tc>
          <w:tcPr>
            <w:tcW w:w="2948" w:type="dxa"/>
            <w:shd w:val="clear" w:color="auto" w:fill="FAFAFA"/>
            <w:tcMar>
              <w:top w:w="75" w:type="dxa"/>
              <w:left w:w="85" w:type="dxa"/>
              <w:bottom w:w="75" w:type="dxa"/>
              <w:right w:w="85" w:type="dxa"/>
            </w:tcMar>
            <w:vAlign w:val="center"/>
          </w:tcPr>
          <w:p w14:paraId="20B4C469" w14:textId="77777777" w:rsidR="00807297" w:rsidRPr="001A1B66" w:rsidRDefault="00000000">
            <w:pPr>
              <w:spacing w:after="0" w:line="240" w:lineRule="auto"/>
              <w:rPr>
                <w:noProof/>
                <w:lang w:val="ro-RO"/>
              </w:rPr>
            </w:pPr>
            <w:r w:rsidRPr="001A1B66">
              <w:rPr>
                <w:noProof/>
                <w:sz w:val="15"/>
                <w:lang w:val="ro-RO"/>
              </w:rPr>
              <w:t>Echipa pentru siguranța alimentelor</w:t>
            </w:r>
          </w:p>
        </w:tc>
        <w:tc>
          <w:tcPr>
            <w:tcW w:w="6973" w:type="dxa"/>
            <w:shd w:val="clear" w:color="auto" w:fill="FAFAFA"/>
            <w:tcMar>
              <w:top w:w="75" w:type="dxa"/>
              <w:left w:w="85" w:type="dxa"/>
              <w:bottom w:w="75" w:type="dxa"/>
              <w:right w:w="85" w:type="dxa"/>
            </w:tcMar>
            <w:vAlign w:val="center"/>
          </w:tcPr>
          <w:p w14:paraId="51DFBFB8" w14:textId="77777777" w:rsidR="00807297" w:rsidRPr="001A1B66" w:rsidRDefault="00000000">
            <w:pPr>
              <w:spacing w:after="0" w:line="240" w:lineRule="auto"/>
              <w:rPr>
                <w:noProof/>
                <w:lang w:val="ro-RO"/>
              </w:rPr>
            </w:pPr>
            <w:r w:rsidRPr="001A1B66">
              <w:rPr>
                <w:noProof/>
                <w:sz w:val="15"/>
                <w:lang w:val="ro-RO"/>
              </w:rPr>
              <w:t>Validează ipotezele, analizează datele și verifică efectele asupra controlului pericolelor.</w:t>
            </w:r>
          </w:p>
        </w:tc>
      </w:tr>
      <w:tr w:rsidR="00807297" w:rsidRPr="001A1B66" w14:paraId="53B957F4" w14:textId="77777777">
        <w:trPr>
          <w:cantSplit/>
          <w:jc w:val="center"/>
        </w:trPr>
        <w:tc>
          <w:tcPr>
            <w:tcW w:w="2948" w:type="dxa"/>
            <w:shd w:val="clear" w:color="auto" w:fill="FFFFFF"/>
            <w:tcMar>
              <w:top w:w="75" w:type="dxa"/>
              <w:left w:w="85" w:type="dxa"/>
              <w:bottom w:w="75" w:type="dxa"/>
              <w:right w:w="85" w:type="dxa"/>
            </w:tcMar>
            <w:vAlign w:val="center"/>
          </w:tcPr>
          <w:p w14:paraId="71FE84B6" w14:textId="77777777" w:rsidR="00807297" w:rsidRPr="001A1B66" w:rsidRDefault="00000000">
            <w:pPr>
              <w:spacing w:after="0" w:line="240" w:lineRule="auto"/>
              <w:rPr>
                <w:noProof/>
                <w:lang w:val="ro-RO"/>
              </w:rPr>
            </w:pPr>
            <w:r w:rsidRPr="001A1B66">
              <w:rPr>
                <w:noProof/>
                <w:sz w:val="15"/>
                <w:lang w:val="ro-RO"/>
              </w:rPr>
              <w:t>Responsabilul datelor / laborator</w:t>
            </w:r>
          </w:p>
        </w:tc>
        <w:tc>
          <w:tcPr>
            <w:tcW w:w="6973" w:type="dxa"/>
            <w:shd w:val="clear" w:color="auto" w:fill="FFFFFF"/>
            <w:tcMar>
              <w:top w:w="75" w:type="dxa"/>
              <w:left w:w="85" w:type="dxa"/>
              <w:bottom w:w="75" w:type="dxa"/>
              <w:right w:w="85" w:type="dxa"/>
            </w:tcMar>
            <w:vAlign w:val="center"/>
          </w:tcPr>
          <w:p w14:paraId="4C3621BE" w14:textId="77777777" w:rsidR="00807297" w:rsidRPr="001A1B66" w:rsidRDefault="00000000">
            <w:pPr>
              <w:spacing w:after="0" w:line="240" w:lineRule="auto"/>
              <w:rPr>
                <w:noProof/>
                <w:lang w:val="ro-RO"/>
              </w:rPr>
            </w:pPr>
            <w:r w:rsidRPr="001A1B66">
              <w:rPr>
                <w:noProof/>
                <w:sz w:val="15"/>
                <w:lang w:val="ro-RO"/>
              </w:rPr>
              <w:t>Asigură definiții, trasabilitate, metode și validarea datelor.</w:t>
            </w:r>
          </w:p>
        </w:tc>
      </w:tr>
      <w:tr w:rsidR="00807297" w:rsidRPr="001A1B66" w14:paraId="528948D1" w14:textId="77777777">
        <w:trPr>
          <w:cantSplit/>
          <w:jc w:val="center"/>
        </w:trPr>
        <w:tc>
          <w:tcPr>
            <w:tcW w:w="2948" w:type="dxa"/>
            <w:shd w:val="clear" w:color="auto" w:fill="FAFAFA"/>
            <w:tcMar>
              <w:top w:w="75" w:type="dxa"/>
              <w:left w:w="85" w:type="dxa"/>
              <w:bottom w:w="75" w:type="dxa"/>
              <w:right w:w="85" w:type="dxa"/>
            </w:tcMar>
            <w:vAlign w:val="center"/>
          </w:tcPr>
          <w:p w14:paraId="087014FE" w14:textId="77777777" w:rsidR="00807297" w:rsidRPr="001A1B66" w:rsidRDefault="00000000">
            <w:pPr>
              <w:spacing w:after="0" w:line="240" w:lineRule="auto"/>
              <w:rPr>
                <w:noProof/>
                <w:lang w:val="ro-RO"/>
              </w:rPr>
            </w:pPr>
            <w:r w:rsidRPr="001A1B66">
              <w:rPr>
                <w:noProof/>
                <w:sz w:val="15"/>
                <w:lang w:val="ro-RO"/>
              </w:rPr>
              <w:t>Personalul operațional</w:t>
            </w:r>
          </w:p>
        </w:tc>
        <w:tc>
          <w:tcPr>
            <w:tcW w:w="6973" w:type="dxa"/>
            <w:shd w:val="clear" w:color="auto" w:fill="FAFAFA"/>
            <w:tcMar>
              <w:top w:w="75" w:type="dxa"/>
              <w:left w:w="85" w:type="dxa"/>
              <w:bottom w:w="75" w:type="dxa"/>
              <w:right w:w="85" w:type="dxa"/>
            </w:tcMar>
            <w:vAlign w:val="center"/>
          </w:tcPr>
          <w:p w14:paraId="4EE21696" w14:textId="77777777" w:rsidR="00807297" w:rsidRPr="001A1B66" w:rsidRDefault="00000000">
            <w:pPr>
              <w:spacing w:after="0" w:line="240" w:lineRule="auto"/>
              <w:rPr>
                <w:noProof/>
                <w:lang w:val="ro-RO"/>
              </w:rPr>
            </w:pPr>
            <w:r w:rsidRPr="001A1B66">
              <w:rPr>
                <w:noProof/>
                <w:sz w:val="15"/>
                <w:lang w:val="ro-RO"/>
              </w:rPr>
              <w:t>Aplică măsurile, raportează abateri și contribuie la verificarea practică.</w:t>
            </w:r>
          </w:p>
        </w:tc>
      </w:tr>
    </w:tbl>
    <w:p w14:paraId="77BB48F9" w14:textId="77777777" w:rsidR="00807297" w:rsidRPr="001A1B66" w:rsidRDefault="00807297">
      <w:pPr>
        <w:spacing w:after="20"/>
        <w:rPr>
          <w:noProof/>
          <w:lang w:val="ro-RO"/>
        </w:rPr>
      </w:pPr>
    </w:p>
    <w:p w14:paraId="66EB6A7F" w14:textId="77777777" w:rsidR="00807297" w:rsidRPr="001A1B66" w:rsidRDefault="00000000">
      <w:pPr>
        <w:pStyle w:val="Heading2"/>
        <w:rPr>
          <w:noProof/>
          <w:lang w:val="ro-RO"/>
        </w:rPr>
      </w:pPr>
      <w:r w:rsidRPr="001A1B66">
        <w:rPr>
          <w:noProof/>
          <w:lang w:val="ro-RO"/>
        </w:rPr>
        <w:t>Aprobarea setului anual de obiective</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1984"/>
        <w:gridCol w:w="3969"/>
        <w:gridCol w:w="1417"/>
        <w:gridCol w:w="2551"/>
      </w:tblGrid>
      <w:tr w:rsidR="00807297" w:rsidRPr="001A1B66" w14:paraId="7423E2A9" w14:textId="77777777">
        <w:trPr>
          <w:tblHeader/>
          <w:jc w:val="center"/>
        </w:trPr>
        <w:tc>
          <w:tcPr>
            <w:tcW w:w="1984" w:type="dxa"/>
            <w:shd w:val="clear" w:color="auto" w:fill="D71920"/>
            <w:tcMar>
              <w:top w:w="75" w:type="dxa"/>
              <w:left w:w="85" w:type="dxa"/>
              <w:bottom w:w="75" w:type="dxa"/>
              <w:right w:w="85" w:type="dxa"/>
            </w:tcMar>
            <w:vAlign w:val="center"/>
          </w:tcPr>
          <w:p w14:paraId="706175A8" w14:textId="77777777" w:rsidR="00807297" w:rsidRPr="001A1B66" w:rsidRDefault="00000000">
            <w:pPr>
              <w:spacing w:after="0" w:line="240" w:lineRule="auto"/>
              <w:jc w:val="center"/>
              <w:rPr>
                <w:noProof/>
                <w:lang w:val="ro-RO"/>
              </w:rPr>
            </w:pPr>
            <w:r w:rsidRPr="001A1B66">
              <w:rPr>
                <w:b/>
                <w:noProof/>
                <w:color w:val="FFFFFF"/>
                <w:sz w:val="15"/>
                <w:lang w:val="ro-RO"/>
              </w:rPr>
              <w:t>ROL</w:t>
            </w:r>
          </w:p>
        </w:tc>
        <w:tc>
          <w:tcPr>
            <w:tcW w:w="3969" w:type="dxa"/>
            <w:shd w:val="clear" w:color="auto" w:fill="D71920"/>
            <w:tcMar>
              <w:top w:w="75" w:type="dxa"/>
              <w:left w:w="85" w:type="dxa"/>
              <w:bottom w:w="75" w:type="dxa"/>
              <w:right w:w="85" w:type="dxa"/>
            </w:tcMar>
            <w:vAlign w:val="center"/>
          </w:tcPr>
          <w:p w14:paraId="65EBA0F8" w14:textId="77777777" w:rsidR="00807297" w:rsidRPr="001A1B66" w:rsidRDefault="00000000">
            <w:pPr>
              <w:spacing w:after="0" w:line="240" w:lineRule="auto"/>
              <w:jc w:val="center"/>
              <w:rPr>
                <w:noProof/>
                <w:lang w:val="ro-RO"/>
              </w:rPr>
            </w:pPr>
            <w:r w:rsidRPr="001A1B66">
              <w:rPr>
                <w:b/>
                <w:noProof/>
                <w:color w:val="FFFFFF"/>
                <w:sz w:val="15"/>
                <w:lang w:val="ro-RO"/>
              </w:rPr>
              <w:t>NUME / SEMNĂTURĂ</w:t>
            </w:r>
          </w:p>
        </w:tc>
        <w:tc>
          <w:tcPr>
            <w:tcW w:w="1417" w:type="dxa"/>
            <w:shd w:val="clear" w:color="auto" w:fill="D71920"/>
            <w:tcMar>
              <w:top w:w="75" w:type="dxa"/>
              <w:left w:w="85" w:type="dxa"/>
              <w:bottom w:w="75" w:type="dxa"/>
              <w:right w:w="85" w:type="dxa"/>
            </w:tcMar>
            <w:vAlign w:val="center"/>
          </w:tcPr>
          <w:p w14:paraId="1B8B3C83" w14:textId="77777777" w:rsidR="00807297" w:rsidRPr="001A1B66" w:rsidRDefault="00000000">
            <w:pPr>
              <w:spacing w:after="0" w:line="240" w:lineRule="auto"/>
              <w:jc w:val="center"/>
              <w:rPr>
                <w:noProof/>
                <w:lang w:val="ro-RO"/>
              </w:rPr>
            </w:pPr>
            <w:r w:rsidRPr="001A1B66">
              <w:rPr>
                <w:b/>
                <w:noProof/>
                <w:color w:val="FFFFFF"/>
                <w:sz w:val="15"/>
                <w:lang w:val="ro-RO"/>
              </w:rPr>
              <w:t>CÂMP</w:t>
            </w:r>
          </w:p>
        </w:tc>
        <w:tc>
          <w:tcPr>
            <w:tcW w:w="2551" w:type="dxa"/>
            <w:shd w:val="clear" w:color="auto" w:fill="D71920"/>
            <w:tcMar>
              <w:top w:w="75" w:type="dxa"/>
              <w:left w:w="85" w:type="dxa"/>
              <w:bottom w:w="75" w:type="dxa"/>
              <w:right w:w="85" w:type="dxa"/>
            </w:tcMar>
            <w:vAlign w:val="center"/>
          </w:tcPr>
          <w:p w14:paraId="479D2F14" w14:textId="77777777" w:rsidR="00807297" w:rsidRPr="001A1B66" w:rsidRDefault="00000000">
            <w:pPr>
              <w:spacing w:after="0" w:line="240" w:lineRule="auto"/>
              <w:jc w:val="center"/>
              <w:rPr>
                <w:noProof/>
                <w:lang w:val="ro-RO"/>
              </w:rPr>
            </w:pPr>
            <w:r w:rsidRPr="001A1B66">
              <w:rPr>
                <w:b/>
                <w:noProof/>
                <w:color w:val="FFFFFF"/>
                <w:sz w:val="15"/>
                <w:lang w:val="ro-RO"/>
              </w:rPr>
              <w:t>COMPLETARE</w:t>
            </w:r>
          </w:p>
        </w:tc>
      </w:tr>
      <w:tr w:rsidR="00807297" w:rsidRPr="001A1B66" w14:paraId="770C2F87" w14:textId="77777777">
        <w:trPr>
          <w:cantSplit/>
          <w:jc w:val="center"/>
        </w:trPr>
        <w:tc>
          <w:tcPr>
            <w:tcW w:w="1984" w:type="dxa"/>
            <w:shd w:val="clear" w:color="auto" w:fill="FFFFFF"/>
            <w:tcMar>
              <w:top w:w="75" w:type="dxa"/>
              <w:left w:w="85" w:type="dxa"/>
              <w:bottom w:w="75" w:type="dxa"/>
              <w:right w:w="85" w:type="dxa"/>
            </w:tcMar>
            <w:vAlign w:val="center"/>
          </w:tcPr>
          <w:p w14:paraId="1FBB69C7" w14:textId="77777777" w:rsidR="00807297" w:rsidRPr="001A1B66" w:rsidRDefault="00000000">
            <w:pPr>
              <w:spacing w:after="0" w:line="240" w:lineRule="auto"/>
              <w:rPr>
                <w:noProof/>
                <w:lang w:val="ro-RO"/>
              </w:rPr>
            </w:pPr>
            <w:r w:rsidRPr="001A1B66">
              <w:rPr>
                <w:noProof/>
                <w:sz w:val="16"/>
                <w:lang w:val="ro-RO"/>
              </w:rPr>
              <w:t>Propus de</w:t>
            </w:r>
          </w:p>
        </w:tc>
        <w:tc>
          <w:tcPr>
            <w:tcW w:w="3969" w:type="dxa"/>
            <w:shd w:val="clear" w:color="auto" w:fill="FFFFFF"/>
            <w:tcMar>
              <w:top w:w="75" w:type="dxa"/>
              <w:left w:w="85" w:type="dxa"/>
              <w:bottom w:w="75" w:type="dxa"/>
              <w:right w:w="85" w:type="dxa"/>
            </w:tcMar>
            <w:vAlign w:val="center"/>
          </w:tcPr>
          <w:p w14:paraId="73D5BED9" w14:textId="77777777" w:rsidR="00807297" w:rsidRPr="001A1B66" w:rsidRDefault="00000000">
            <w:pPr>
              <w:spacing w:after="0" w:line="240" w:lineRule="auto"/>
              <w:rPr>
                <w:noProof/>
                <w:lang w:val="ro-RO"/>
              </w:rPr>
            </w:pPr>
            <w:r w:rsidRPr="001A1B66">
              <w:rPr>
                <w:noProof/>
                <w:sz w:val="16"/>
                <w:lang w:val="ro-RO"/>
              </w:rPr>
              <w:t>________________________</w:t>
            </w:r>
          </w:p>
        </w:tc>
        <w:tc>
          <w:tcPr>
            <w:tcW w:w="1417" w:type="dxa"/>
            <w:shd w:val="clear" w:color="auto" w:fill="FFFFFF"/>
            <w:tcMar>
              <w:top w:w="75" w:type="dxa"/>
              <w:left w:w="85" w:type="dxa"/>
              <w:bottom w:w="75" w:type="dxa"/>
              <w:right w:w="85" w:type="dxa"/>
            </w:tcMar>
            <w:vAlign w:val="center"/>
          </w:tcPr>
          <w:p w14:paraId="6A077694" w14:textId="77777777" w:rsidR="00807297" w:rsidRPr="001A1B66" w:rsidRDefault="00000000">
            <w:pPr>
              <w:spacing w:after="0" w:line="240" w:lineRule="auto"/>
              <w:rPr>
                <w:noProof/>
                <w:lang w:val="ro-RO"/>
              </w:rPr>
            </w:pPr>
            <w:r w:rsidRPr="001A1B66">
              <w:rPr>
                <w:noProof/>
                <w:sz w:val="16"/>
                <w:lang w:val="ro-RO"/>
              </w:rPr>
              <w:t>Data</w:t>
            </w:r>
          </w:p>
        </w:tc>
        <w:tc>
          <w:tcPr>
            <w:tcW w:w="2551" w:type="dxa"/>
            <w:shd w:val="clear" w:color="auto" w:fill="FFFFFF"/>
            <w:tcMar>
              <w:top w:w="75" w:type="dxa"/>
              <w:left w:w="85" w:type="dxa"/>
              <w:bottom w:w="75" w:type="dxa"/>
              <w:right w:w="85" w:type="dxa"/>
            </w:tcMar>
            <w:vAlign w:val="center"/>
          </w:tcPr>
          <w:p w14:paraId="3B5CED66" w14:textId="77777777" w:rsidR="00807297" w:rsidRPr="001A1B66" w:rsidRDefault="00000000">
            <w:pPr>
              <w:spacing w:after="0" w:line="240" w:lineRule="auto"/>
              <w:rPr>
                <w:noProof/>
                <w:lang w:val="ro-RO"/>
              </w:rPr>
            </w:pPr>
            <w:r w:rsidRPr="001A1B66">
              <w:rPr>
                <w:noProof/>
                <w:sz w:val="16"/>
                <w:lang w:val="ro-RO"/>
              </w:rPr>
              <w:t>____________</w:t>
            </w:r>
          </w:p>
        </w:tc>
      </w:tr>
      <w:tr w:rsidR="00807297" w:rsidRPr="001A1B66" w14:paraId="43B4C4A6" w14:textId="77777777">
        <w:trPr>
          <w:cantSplit/>
          <w:jc w:val="center"/>
        </w:trPr>
        <w:tc>
          <w:tcPr>
            <w:tcW w:w="1984" w:type="dxa"/>
            <w:shd w:val="clear" w:color="auto" w:fill="FAFAFA"/>
            <w:tcMar>
              <w:top w:w="75" w:type="dxa"/>
              <w:left w:w="85" w:type="dxa"/>
              <w:bottom w:w="75" w:type="dxa"/>
              <w:right w:w="85" w:type="dxa"/>
            </w:tcMar>
            <w:vAlign w:val="center"/>
          </w:tcPr>
          <w:p w14:paraId="29884734" w14:textId="77777777" w:rsidR="00807297" w:rsidRPr="001A1B66" w:rsidRDefault="00000000">
            <w:pPr>
              <w:spacing w:after="0" w:line="240" w:lineRule="auto"/>
              <w:rPr>
                <w:noProof/>
                <w:lang w:val="ro-RO"/>
              </w:rPr>
            </w:pPr>
            <w:r w:rsidRPr="001A1B66">
              <w:rPr>
                <w:noProof/>
                <w:sz w:val="16"/>
                <w:lang w:val="ro-RO"/>
              </w:rPr>
              <w:t>Revizuit de</w:t>
            </w:r>
          </w:p>
        </w:tc>
        <w:tc>
          <w:tcPr>
            <w:tcW w:w="3969" w:type="dxa"/>
            <w:shd w:val="clear" w:color="auto" w:fill="FAFAFA"/>
            <w:tcMar>
              <w:top w:w="75" w:type="dxa"/>
              <w:left w:w="85" w:type="dxa"/>
              <w:bottom w:w="75" w:type="dxa"/>
              <w:right w:w="85" w:type="dxa"/>
            </w:tcMar>
            <w:vAlign w:val="center"/>
          </w:tcPr>
          <w:p w14:paraId="6C2064CA" w14:textId="77777777" w:rsidR="00807297" w:rsidRPr="001A1B66" w:rsidRDefault="00000000">
            <w:pPr>
              <w:spacing w:after="0" w:line="240" w:lineRule="auto"/>
              <w:rPr>
                <w:noProof/>
                <w:lang w:val="ro-RO"/>
              </w:rPr>
            </w:pPr>
            <w:r w:rsidRPr="001A1B66">
              <w:rPr>
                <w:noProof/>
                <w:sz w:val="16"/>
                <w:lang w:val="ro-RO"/>
              </w:rPr>
              <w:t>________________________</w:t>
            </w:r>
          </w:p>
        </w:tc>
        <w:tc>
          <w:tcPr>
            <w:tcW w:w="1417" w:type="dxa"/>
            <w:shd w:val="clear" w:color="auto" w:fill="FAFAFA"/>
            <w:tcMar>
              <w:top w:w="75" w:type="dxa"/>
              <w:left w:w="85" w:type="dxa"/>
              <w:bottom w:w="75" w:type="dxa"/>
              <w:right w:w="85" w:type="dxa"/>
            </w:tcMar>
            <w:vAlign w:val="center"/>
          </w:tcPr>
          <w:p w14:paraId="31C77D7D" w14:textId="77777777" w:rsidR="00807297" w:rsidRPr="001A1B66" w:rsidRDefault="00000000">
            <w:pPr>
              <w:spacing w:after="0" w:line="240" w:lineRule="auto"/>
              <w:rPr>
                <w:noProof/>
                <w:lang w:val="ro-RO"/>
              </w:rPr>
            </w:pPr>
            <w:r w:rsidRPr="001A1B66">
              <w:rPr>
                <w:noProof/>
                <w:sz w:val="16"/>
                <w:lang w:val="ro-RO"/>
              </w:rPr>
              <w:t>Data</w:t>
            </w:r>
          </w:p>
        </w:tc>
        <w:tc>
          <w:tcPr>
            <w:tcW w:w="2551" w:type="dxa"/>
            <w:shd w:val="clear" w:color="auto" w:fill="FAFAFA"/>
            <w:tcMar>
              <w:top w:w="75" w:type="dxa"/>
              <w:left w:w="85" w:type="dxa"/>
              <w:bottom w:w="75" w:type="dxa"/>
              <w:right w:w="85" w:type="dxa"/>
            </w:tcMar>
            <w:vAlign w:val="center"/>
          </w:tcPr>
          <w:p w14:paraId="4D25F1A9" w14:textId="77777777" w:rsidR="00807297" w:rsidRPr="001A1B66" w:rsidRDefault="00000000">
            <w:pPr>
              <w:spacing w:after="0" w:line="240" w:lineRule="auto"/>
              <w:rPr>
                <w:noProof/>
                <w:lang w:val="ro-RO"/>
              </w:rPr>
            </w:pPr>
            <w:r w:rsidRPr="001A1B66">
              <w:rPr>
                <w:noProof/>
                <w:sz w:val="16"/>
                <w:lang w:val="ro-RO"/>
              </w:rPr>
              <w:t>____________</w:t>
            </w:r>
          </w:p>
        </w:tc>
      </w:tr>
      <w:tr w:rsidR="00807297" w:rsidRPr="001A1B66" w14:paraId="64C1A27E" w14:textId="77777777">
        <w:trPr>
          <w:cantSplit/>
          <w:jc w:val="center"/>
        </w:trPr>
        <w:tc>
          <w:tcPr>
            <w:tcW w:w="1984" w:type="dxa"/>
            <w:shd w:val="clear" w:color="auto" w:fill="FFFFFF"/>
            <w:tcMar>
              <w:top w:w="75" w:type="dxa"/>
              <w:left w:w="85" w:type="dxa"/>
              <w:bottom w:w="75" w:type="dxa"/>
              <w:right w:w="85" w:type="dxa"/>
            </w:tcMar>
            <w:vAlign w:val="center"/>
          </w:tcPr>
          <w:p w14:paraId="08E8EF7F" w14:textId="77777777" w:rsidR="00807297" w:rsidRPr="001A1B66" w:rsidRDefault="00000000">
            <w:pPr>
              <w:spacing w:after="0" w:line="240" w:lineRule="auto"/>
              <w:rPr>
                <w:noProof/>
                <w:lang w:val="ro-RO"/>
              </w:rPr>
            </w:pPr>
            <w:r w:rsidRPr="001A1B66">
              <w:rPr>
                <w:noProof/>
                <w:sz w:val="16"/>
                <w:lang w:val="ro-RO"/>
              </w:rPr>
              <w:t>Aprobat de</w:t>
            </w:r>
          </w:p>
        </w:tc>
        <w:tc>
          <w:tcPr>
            <w:tcW w:w="3969" w:type="dxa"/>
            <w:shd w:val="clear" w:color="auto" w:fill="FFFFFF"/>
            <w:tcMar>
              <w:top w:w="75" w:type="dxa"/>
              <w:left w:w="85" w:type="dxa"/>
              <w:bottom w:w="75" w:type="dxa"/>
              <w:right w:w="85" w:type="dxa"/>
            </w:tcMar>
            <w:vAlign w:val="center"/>
          </w:tcPr>
          <w:p w14:paraId="6B3890C8" w14:textId="77777777" w:rsidR="00807297" w:rsidRPr="001A1B66" w:rsidRDefault="00000000">
            <w:pPr>
              <w:spacing w:after="0" w:line="240" w:lineRule="auto"/>
              <w:rPr>
                <w:noProof/>
                <w:lang w:val="ro-RO"/>
              </w:rPr>
            </w:pPr>
            <w:r w:rsidRPr="001A1B66">
              <w:rPr>
                <w:noProof/>
                <w:sz w:val="16"/>
                <w:lang w:val="ro-RO"/>
              </w:rPr>
              <w:t>________________________</w:t>
            </w:r>
          </w:p>
        </w:tc>
        <w:tc>
          <w:tcPr>
            <w:tcW w:w="1417" w:type="dxa"/>
            <w:shd w:val="clear" w:color="auto" w:fill="FFFFFF"/>
            <w:tcMar>
              <w:top w:w="75" w:type="dxa"/>
              <w:left w:w="85" w:type="dxa"/>
              <w:bottom w:w="75" w:type="dxa"/>
              <w:right w:w="85" w:type="dxa"/>
            </w:tcMar>
            <w:vAlign w:val="center"/>
          </w:tcPr>
          <w:p w14:paraId="74174AF4" w14:textId="77777777" w:rsidR="00807297" w:rsidRPr="001A1B66" w:rsidRDefault="00000000">
            <w:pPr>
              <w:spacing w:after="0" w:line="240" w:lineRule="auto"/>
              <w:rPr>
                <w:noProof/>
                <w:lang w:val="ro-RO"/>
              </w:rPr>
            </w:pPr>
            <w:r w:rsidRPr="001A1B66">
              <w:rPr>
                <w:noProof/>
                <w:sz w:val="16"/>
                <w:lang w:val="ro-RO"/>
              </w:rPr>
              <w:t>Data</w:t>
            </w:r>
          </w:p>
        </w:tc>
        <w:tc>
          <w:tcPr>
            <w:tcW w:w="2551" w:type="dxa"/>
            <w:shd w:val="clear" w:color="auto" w:fill="FFFFFF"/>
            <w:tcMar>
              <w:top w:w="75" w:type="dxa"/>
              <w:left w:w="85" w:type="dxa"/>
              <w:bottom w:w="75" w:type="dxa"/>
              <w:right w:w="85" w:type="dxa"/>
            </w:tcMar>
            <w:vAlign w:val="center"/>
          </w:tcPr>
          <w:p w14:paraId="3CA36E0C" w14:textId="77777777" w:rsidR="00807297" w:rsidRPr="001A1B66" w:rsidRDefault="00000000">
            <w:pPr>
              <w:spacing w:after="0" w:line="240" w:lineRule="auto"/>
              <w:rPr>
                <w:noProof/>
                <w:lang w:val="ro-RO"/>
              </w:rPr>
            </w:pPr>
            <w:r w:rsidRPr="001A1B66">
              <w:rPr>
                <w:noProof/>
                <w:sz w:val="16"/>
                <w:lang w:val="ro-RO"/>
              </w:rPr>
              <w:t>____________</w:t>
            </w:r>
          </w:p>
        </w:tc>
      </w:tr>
    </w:tbl>
    <w:p w14:paraId="73839755" w14:textId="77777777" w:rsidR="00807297" w:rsidRPr="001A1B66" w:rsidRDefault="00807297">
      <w:pPr>
        <w:spacing w:after="20"/>
        <w:rPr>
          <w:noProof/>
          <w:lang w:val="ro-RO"/>
        </w:rPr>
      </w:pPr>
    </w:p>
    <w:p w14:paraId="1A5196BC" w14:textId="77777777" w:rsidR="00807297" w:rsidRPr="001A1B66" w:rsidRDefault="00000000">
      <w:pPr>
        <w:rPr>
          <w:noProof/>
          <w:lang w:val="ro-RO"/>
        </w:rPr>
      </w:pPr>
      <w:r w:rsidRPr="001A1B66">
        <w:rPr>
          <w:noProof/>
          <w:lang w:val="ro-RO"/>
        </w:rPr>
        <w:br w:type="page"/>
      </w: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807297" w:rsidRPr="001A1B66" w14:paraId="023F1668" w14:textId="77777777">
        <w:trPr>
          <w:jc w:val="center"/>
        </w:trPr>
        <w:tc>
          <w:tcPr>
            <w:tcW w:w="1020" w:type="dxa"/>
            <w:shd w:val="clear" w:color="auto" w:fill="D71920"/>
            <w:tcMar>
              <w:top w:w="75" w:type="dxa"/>
              <w:left w:w="85" w:type="dxa"/>
              <w:bottom w:w="75" w:type="dxa"/>
              <w:right w:w="85" w:type="dxa"/>
            </w:tcMar>
            <w:vAlign w:val="center"/>
          </w:tcPr>
          <w:p w14:paraId="471071B4" w14:textId="77777777" w:rsidR="00807297" w:rsidRPr="001A1B66" w:rsidRDefault="00000000">
            <w:pPr>
              <w:spacing w:after="0" w:line="240" w:lineRule="auto"/>
              <w:jc w:val="center"/>
              <w:rPr>
                <w:noProof/>
                <w:lang w:val="ro-RO"/>
              </w:rPr>
            </w:pPr>
            <w:r w:rsidRPr="001A1B66">
              <w:rPr>
                <w:b/>
                <w:noProof/>
                <w:color w:val="FFFFFF"/>
                <w:sz w:val="34"/>
                <w:lang w:val="ro-RO"/>
              </w:rPr>
              <w:lastRenderedPageBreak/>
              <w:t>3</w:t>
            </w:r>
          </w:p>
        </w:tc>
        <w:tc>
          <w:tcPr>
            <w:tcW w:w="8901" w:type="dxa"/>
            <w:shd w:val="clear" w:color="auto" w:fill="F3F4F5"/>
          </w:tcPr>
          <w:p w14:paraId="5CE6E433" w14:textId="77777777" w:rsidR="00807297" w:rsidRPr="001A1B66" w:rsidRDefault="00000000">
            <w:pPr>
              <w:spacing w:after="20"/>
              <w:rPr>
                <w:noProof/>
                <w:lang w:val="ro-RO"/>
              </w:rPr>
            </w:pPr>
            <w:r w:rsidRPr="001A1B66">
              <w:rPr>
                <w:b/>
                <w:noProof/>
                <w:sz w:val="28"/>
                <w:lang w:val="ro-RO"/>
              </w:rPr>
              <w:t>Registrul anual al obiectivelor</w:t>
            </w:r>
          </w:p>
          <w:p w14:paraId="20CD6241" w14:textId="77777777" w:rsidR="00807297" w:rsidRPr="001A1B66" w:rsidRDefault="00000000">
            <w:pPr>
              <w:spacing w:after="0"/>
              <w:rPr>
                <w:noProof/>
                <w:lang w:val="ro-RO"/>
              </w:rPr>
            </w:pPr>
            <w:r w:rsidRPr="001A1B66">
              <w:rPr>
                <w:noProof/>
                <w:color w:val="666666"/>
                <w:sz w:val="16"/>
                <w:lang w:val="ro-RO"/>
              </w:rPr>
              <w:t>Centralizați obiectivele aprobate și statusul lor într-o singură imagine de management</w:t>
            </w:r>
          </w:p>
        </w:tc>
      </w:tr>
    </w:tbl>
    <w:p w14:paraId="494B4F80" w14:textId="77777777" w:rsidR="00807297" w:rsidRPr="001A1B66" w:rsidRDefault="00807297">
      <w:pPr>
        <w:spacing w:after="0"/>
        <w:rPr>
          <w:noProof/>
          <w:lang w:val="ro-RO"/>
        </w:rPr>
      </w:pPr>
    </w:p>
    <w:p w14:paraId="6935B26C" w14:textId="77777777" w:rsidR="00807297" w:rsidRPr="001A1B66" w:rsidRDefault="00000000">
      <w:pPr>
        <w:spacing w:line="259" w:lineRule="auto"/>
        <w:rPr>
          <w:noProof/>
          <w:lang w:val="ro-RO"/>
        </w:rPr>
      </w:pPr>
      <w:r w:rsidRPr="001A1B66">
        <w:rPr>
          <w:noProof/>
          <w:lang w:val="ro-RO"/>
        </w:rPr>
        <w:t>Completați aceeași identificare în ambele tabele. Pentru obiectivele complexe, utilizați și Fișa individuală din secțiunea 5.</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680"/>
        <w:gridCol w:w="2438"/>
        <w:gridCol w:w="2098"/>
        <w:gridCol w:w="964"/>
        <w:gridCol w:w="964"/>
        <w:gridCol w:w="1134"/>
        <w:gridCol w:w="1644"/>
      </w:tblGrid>
      <w:tr w:rsidR="00807297" w:rsidRPr="001A1B66" w14:paraId="49C66B76" w14:textId="77777777">
        <w:trPr>
          <w:tblHeader/>
          <w:jc w:val="center"/>
        </w:trPr>
        <w:tc>
          <w:tcPr>
            <w:tcW w:w="680" w:type="dxa"/>
            <w:shd w:val="clear" w:color="auto" w:fill="D71920"/>
            <w:tcMar>
              <w:top w:w="75" w:type="dxa"/>
              <w:left w:w="85" w:type="dxa"/>
              <w:bottom w:w="75" w:type="dxa"/>
              <w:right w:w="85" w:type="dxa"/>
            </w:tcMar>
            <w:vAlign w:val="center"/>
          </w:tcPr>
          <w:p w14:paraId="4C0AD0AB" w14:textId="77777777" w:rsidR="00807297" w:rsidRPr="001A1B66" w:rsidRDefault="00000000">
            <w:pPr>
              <w:spacing w:after="0" w:line="240" w:lineRule="auto"/>
              <w:jc w:val="center"/>
              <w:rPr>
                <w:noProof/>
                <w:lang w:val="ro-RO"/>
              </w:rPr>
            </w:pPr>
            <w:r w:rsidRPr="001A1B66">
              <w:rPr>
                <w:b/>
                <w:noProof/>
                <w:color w:val="FFFFFF"/>
                <w:sz w:val="13"/>
                <w:lang w:val="ro-RO"/>
              </w:rPr>
              <w:t>ID</w:t>
            </w:r>
          </w:p>
        </w:tc>
        <w:tc>
          <w:tcPr>
            <w:tcW w:w="2438" w:type="dxa"/>
            <w:shd w:val="clear" w:color="auto" w:fill="D71920"/>
            <w:tcMar>
              <w:top w:w="75" w:type="dxa"/>
              <w:left w:w="85" w:type="dxa"/>
              <w:bottom w:w="75" w:type="dxa"/>
              <w:right w:w="85" w:type="dxa"/>
            </w:tcMar>
            <w:vAlign w:val="center"/>
          </w:tcPr>
          <w:p w14:paraId="55F41E7D" w14:textId="77777777" w:rsidR="00807297" w:rsidRPr="001A1B66" w:rsidRDefault="00000000">
            <w:pPr>
              <w:spacing w:after="0" w:line="240" w:lineRule="auto"/>
              <w:jc w:val="center"/>
              <w:rPr>
                <w:noProof/>
                <w:lang w:val="ro-RO"/>
              </w:rPr>
            </w:pPr>
            <w:r w:rsidRPr="001A1B66">
              <w:rPr>
                <w:b/>
                <w:noProof/>
                <w:color w:val="FFFFFF"/>
                <w:sz w:val="13"/>
                <w:lang w:val="ro-RO"/>
              </w:rPr>
              <w:t>OBIECTIV / REZULTAT</w:t>
            </w:r>
          </w:p>
        </w:tc>
        <w:tc>
          <w:tcPr>
            <w:tcW w:w="2098" w:type="dxa"/>
            <w:shd w:val="clear" w:color="auto" w:fill="D71920"/>
            <w:tcMar>
              <w:top w:w="75" w:type="dxa"/>
              <w:left w:w="85" w:type="dxa"/>
              <w:bottom w:w="75" w:type="dxa"/>
              <w:right w:w="85" w:type="dxa"/>
            </w:tcMar>
            <w:vAlign w:val="center"/>
          </w:tcPr>
          <w:p w14:paraId="1142909B" w14:textId="77777777" w:rsidR="00807297" w:rsidRPr="001A1B66" w:rsidRDefault="00000000">
            <w:pPr>
              <w:spacing w:after="0" w:line="240" w:lineRule="auto"/>
              <w:jc w:val="center"/>
              <w:rPr>
                <w:noProof/>
                <w:lang w:val="ro-RO"/>
              </w:rPr>
            </w:pPr>
            <w:r w:rsidRPr="001A1B66">
              <w:rPr>
                <w:b/>
                <w:noProof/>
                <w:color w:val="FFFFFF"/>
                <w:sz w:val="13"/>
                <w:lang w:val="ro-RO"/>
              </w:rPr>
              <w:t>KPI + FORMULĂ</w:t>
            </w:r>
          </w:p>
        </w:tc>
        <w:tc>
          <w:tcPr>
            <w:tcW w:w="964" w:type="dxa"/>
            <w:shd w:val="clear" w:color="auto" w:fill="D71920"/>
            <w:tcMar>
              <w:top w:w="75" w:type="dxa"/>
              <w:left w:w="85" w:type="dxa"/>
              <w:bottom w:w="75" w:type="dxa"/>
              <w:right w:w="85" w:type="dxa"/>
            </w:tcMar>
            <w:vAlign w:val="center"/>
          </w:tcPr>
          <w:p w14:paraId="41B25310" w14:textId="77777777" w:rsidR="00807297" w:rsidRPr="001A1B66" w:rsidRDefault="00000000">
            <w:pPr>
              <w:spacing w:after="0" w:line="240" w:lineRule="auto"/>
              <w:jc w:val="center"/>
              <w:rPr>
                <w:noProof/>
                <w:lang w:val="ro-RO"/>
              </w:rPr>
            </w:pPr>
            <w:r w:rsidRPr="001A1B66">
              <w:rPr>
                <w:b/>
                <w:noProof/>
                <w:color w:val="FFFFFF"/>
                <w:sz w:val="13"/>
                <w:lang w:val="ro-RO"/>
              </w:rPr>
              <w:t>BAZĂ</w:t>
            </w:r>
          </w:p>
        </w:tc>
        <w:tc>
          <w:tcPr>
            <w:tcW w:w="964" w:type="dxa"/>
            <w:shd w:val="clear" w:color="auto" w:fill="D71920"/>
            <w:tcMar>
              <w:top w:w="75" w:type="dxa"/>
              <w:left w:w="85" w:type="dxa"/>
              <w:bottom w:w="75" w:type="dxa"/>
              <w:right w:w="85" w:type="dxa"/>
            </w:tcMar>
            <w:vAlign w:val="center"/>
          </w:tcPr>
          <w:p w14:paraId="712974F6" w14:textId="77777777" w:rsidR="00807297" w:rsidRPr="001A1B66" w:rsidRDefault="00000000">
            <w:pPr>
              <w:spacing w:after="0" w:line="240" w:lineRule="auto"/>
              <w:jc w:val="center"/>
              <w:rPr>
                <w:noProof/>
                <w:lang w:val="ro-RO"/>
              </w:rPr>
            </w:pPr>
            <w:r w:rsidRPr="001A1B66">
              <w:rPr>
                <w:b/>
                <w:noProof/>
                <w:color w:val="FFFFFF"/>
                <w:sz w:val="13"/>
                <w:lang w:val="ro-RO"/>
              </w:rPr>
              <w:t>ȚINTĂ</w:t>
            </w:r>
          </w:p>
        </w:tc>
        <w:tc>
          <w:tcPr>
            <w:tcW w:w="1134" w:type="dxa"/>
            <w:shd w:val="clear" w:color="auto" w:fill="D71920"/>
            <w:tcMar>
              <w:top w:w="75" w:type="dxa"/>
              <w:left w:w="85" w:type="dxa"/>
              <w:bottom w:w="75" w:type="dxa"/>
              <w:right w:w="85" w:type="dxa"/>
            </w:tcMar>
            <w:vAlign w:val="center"/>
          </w:tcPr>
          <w:p w14:paraId="5E78EDA3" w14:textId="77777777" w:rsidR="00807297" w:rsidRPr="001A1B66" w:rsidRDefault="00000000">
            <w:pPr>
              <w:spacing w:after="0" w:line="240" w:lineRule="auto"/>
              <w:jc w:val="center"/>
              <w:rPr>
                <w:noProof/>
                <w:lang w:val="ro-RO"/>
              </w:rPr>
            </w:pPr>
            <w:r w:rsidRPr="001A1B66">
              <w:rPr>
                <w:b/>
                <w:noProof/>
                <w:color w:val="FFFFFF"/>
                <w:sz w:val="13"/>
                <w:lang w:val="ro-RO"/>
              </w:rPr>
              <w:t>TERMEN</w:t>
            </w:r>
          </w:p>
        </w:tc>
        <w:tc>
          <w:tcPr>
            <w:tcW w:w="1644" w:type="dxa"/>
            <w:shd w:val="clear" w:color="auto" w:fill="D71920"/>
            <w:tcMar>
              <w:top w:w="75" w:type="dxa"/>
              <w:left w:w="85" w:type="dxa"/>
              <w:bottom w:w="75" w:type="dxa"/>
              <w:right w:w="85" w:type="dxa"/>
            </w:tcMar>
            <w:vAlign w:val="center"/>
          </w:tcPr>
          <w:p w14:paraId="6041722F" w14:textId="77777777" w:rsidR="00807297" w:rsidRPr="001A1B66" w:rsidRDefault="00000000">
            <w:pPr>
              <w:spacing w:after="0" w:line="240" w:lineRule="auto"/>
              <w:jc w:val="center"/>
              <w:rPr>
                <w:noProof/>
                <w:lang w:val="ro-RO"/>
              </w:rPr>
            </w:pPr>
            <w:r w:rsidRPr="001A1B66">
              <w:rPr>
                <w:b/>
                <w:noProof/>
                <w:color w:val="FFFFFF"/>
                <w:sz w:val="13"/>
                <w:lang w:val="ro-RO"/>
              </w:rPr>
              <w:t>RESP.</w:t>
            </w:r>
          </w:p>
        </w:tc>
      </w:tr>
      <w:tr w:rsidR="00807297" w:rsidRPr="001A1B66" w14:paraId="2DF3D690" w14:textId="77777777">
        <w:trPr>
          <w:cantSplit/>
          <w:jc w:val="center"/>
        </w:trPr>
        <w:tc>
          <w:tcPr>
            <w:tcW w:w="680" w:type="dxa"/>
            <w:shd w:val="clear" w:color="auto" w:fill="FFFFFF"/>
            <w:tcMar>
              <w:top w:w="75" w:type="dxa"/>
              <w:left w:w="85" w:type="dxa"/>
              <w:bottom w:w="75" w:type="dxa"/>
              <w:right w:w="85" w:type="dxa"/>
            </w:tcMar>
            <w:vAlign w:val="center"/>
          </w:tcPr>
          <w:p w14:paraId="5C156768" w14:textId="77777777" w:rsidR="00807297" w:rsidRPr="001A1B66" w:rsidRDefault="00000000">
            <w:pPr>
              <w:spacing w:after="0" w:line="240" w:lineRule="auto"/>
              <w:jc w:val="center"/>
              <w:rPr>
                <w:noProof/>
                <w:lang w:val="ro-RO"/>
              </w:rPr>
            </w:pPr>
            <w:r w:rsidRPr="001A1B66">
              <w:rPr>
                <w:noProof/>
                <w:sz w:val="14"/>
                <w:lang w:val="ro-RO"/>
              </w:rPr>
              <w:t>O-01</w:t>
            </w:r>
          </w:p>
        </w:tc>
        <w:tc>
          <w:tcPr>
            <w:tcW w:w="2438" w:type="dxa"/>
            <w:shd w:val="clear" w:color="auto" w:fill="FFFFFF"/>
            <w:tcMar>
              <w:top w:w="75" w:type="dxa"/>
              <w:left w:w="85" w:type="dxa"/>
              <w:bottom w:w="75" w:type="dxa"/>
              <w:right w:w="85" w:type="dxa"/>
            </w:tcMar>
            <w:vAlign w:val="center"/>
          </w:tcPr>
          <w:p w14:paraId="3C2CDCF2" w14:textId="77777777" w:rsidR="00807297" w:rsidRPr="001A1B66" w:rsidRDefault="00807297">
            <w:pPr>
              <w:spacing w:after="0" w:line="240" w:lineRule="auto"/>
              <w:rPr>
                <w:noProof/>
                <w:lang w:val="ro-RO"/>
              </w:rPr>
            </w:pPr>
          </w:p>
        </w:tc>
        <w:tc>
          <w:tcPr>
            <w:tcW w:w="2098" w:type="dxa"/>
            <w:shd w:val="clear" w:color="auto" w:fill="FFFFFF"/>
            <w:tcMar>
              <w:top w:w="75" w:type="dxa"/>
              <w:left w:w="85" w:type="dxa"/>
              <w:bottom w:w="75" w:type="dxa"/>
              <w:right w:w="85" w:type="dxa"/>
            </w:tcMar>
            <w:vAlign w:val="center"/>
          </w:tcPr>
          <w:p w14:paraId="2024F36D" w14:textId="77777777" w:rsidR="00807297" w:rsidRPr="001A1B66" w:rsidRDefault="00807297">
            <w:pPr>
              <w:spacing w:after="0" w:line="240" w:lineRule="auto"/>
              <w:rPr>
                <w:noProof/>
                <w:lang w:val="ro-RO"/>
              </w:rPr>
            </w:pPr>
          </w:p>
        </w:tc>
        <w:tc>
          <w:tcPr>
            <w:tcW w:w="964" w:type="dxa"/>
            <w:shd w:val="clear" w:color="auto" w:fill="FFFFFF"/>
            <w:tcMar>
              <w:top w:w="75" w:type="dxa"/>
              <w:left w:w="85" w:type="dxa"/>
              <w:bottom w:w="75" w:type="dxa"/>
              <w:right w:w="85" w:type="dxa"/>
            </w:tcMar>
            <w:vAlign w:val="center"/>
          </w:tcPr>
          <w:p w14:paraId="449B6953" w14:textId="77777777" w:rsidR="00807297" w:rsidRPr="001A1B66" w:rsidRDefault="00807297">
            <w:pPr>
              <w:spacing w:after="0" w:line="240" w:lineRule="auto"/>
              <w:rPr>
                <w:noProof/>
                <w:lang w:val="ro-RO"/>
              </w:rPr>
            </w:pPr>
          </w:p>
        </w:tc>
        <w:tc>
          <w:tcPr>
            <w:tcW w:w="964" w:type="dxa"/>
            <w:shd w:val="clear" w:color="auto" w:fill="FFFFFF"/>
            <w:tcMar>
              <w:top w:w="75" w:type="dxa"/>
              <w:left w:w="85" w:type="dxa"/>
              <w:bottom w:w="75" w:type="dxa"/>
              <w:right w:w="85" w:type="dxa"/>
            </w:tcMar>
            <w:vAlign w:val="center"/>
          </w:tcPr>
          <w:p w14:paraId="19246EFE" w14:textId="77777777" w:rsidR="00807297" w:rsidRPr="001A1B66" w:rsidRDefault="00807297">
            <w:pPr>
              <w:spacing w:after="0" w:line="240" w:lineRule="auto"/>
              <w:rPr>
                <w:noProof/>
                <w:lang w:val="ro-RO"/>
              </w:rPr>
            </w:pPr>
          </w:p>
        </w:tc>
        <w:tc>
          <w:tcPr>
            <w:tcW w:w="1134" w:type="dxa"/>
            <w:shd w:val="clear" w:color="auto" w:fill="FFFFFF"/>
            <w:tcMar>
              <w:top w:w="75" w:type="dxa"/>
              <w:left w:w="85" w:type="dxa"/>
              <w:bottom w:w="75" w:type="dxa"/>
              <w:right w:w="85" w:type="dxa"/>
            </w:tcMar>
            <w:vAlign w:val="center"/>
          </w:tcPr>
          <w:p w14:paraId="25C2D7F2" w14:textId="77777777" w:rsidR="00807297" w:rsidRPr="001A1B66" w:rsidRDefault="00807297">
            <w:pPr>
              <w:spacing w:after="0" w:line="240" w:lineRule="auto"/>
              <w:rPr>
                <w:noProof/>
                <w:lang w:val="ro-RO"/>
              </w:rPr>
            </w:pPr>
          </w:p>
        </w:tc>
        <w:tc>
          <w:tcPr>
            <w:tcW w:w="1644" w:type="dxa"/>
            <w:shd w:val="clear" w:color="auto" w:fill="FFFFFF"/>
            <w:tcMar>
              <w:top w:w="75" w:type="dxa"/>
              <w:left w:w="85" w:type="dxa"/>
              <w:bottom w:w="75" w:type="dxa"/>
              <w:right w:w="85" w:type="dxa"/>
            </w:tcMar>
            <w:vAlign w:val="center"/>
          </w:tcPr>
          <w:p w14:paraId="3EE3384E" w14:textId="77777777" w:rsidR="00807297" w:rsidRPr="001A1B66" w:rsidRDefault="00807297">
            <w:pPr>
              <w:spacing w:after="0" w:line="240" w:lineRule="auto"/>
              <w:rPr>
                <w:noProof/>
                <w:lang w:val="ro-RO"/>
              </w:rPr>
            </w:pPr>
          </w:p>
        </w:tc>
      </w:tr>
      <w:tr w:rsidR="00807297" w:rsidRPr="001A1B66" w14:paraId="00745DE1" w14:textId="77777777">
        <w:trPr>
          <w:cantSplit/>
          <w:jc w:val="center"/>
        </w:trPr>
        <w:tc>
          <w:tcPr>
            <w:tcW w:w="680" w:type="dxa"/>
            <w:shd w:val="clear" w:color="auto" w:fill="FAFAFA"/>
            <w:tcMar>
              <w:top w:w="75" w:type="dxa"/>
              <w:left w:w="85" w:type="dxa"/>
              <w:bottom w:w="75" w:type="dxa"/>
              <w:right w:w="85" w:type="dxa"/>
            </w:tcMar>
            <w:vAlign w:val="center"/>
          </w:tcPr>
          <w:p w14:paraId="7E7B1E10" w14:textId="77777777" w:rsidR="00807297" w:rsidRPr="001A1B66" w:rsidRDefault="00000000">
            <w:pPr>
              <w:spacing w:after="0" w:line="240" w:lineRule="auto"/>
              <w:jc w:val="center"/>
              <w:rPr>
                <w:noProof/>
                <w:lang w:val="ro-RO"/>
              </w:rPr>
            </w:pPr>
            <w:r w:rsidRPr="001A1B66">
              <w:rPr>
                <w:noProof/>
                <w:sz w:val="14"/>
                <w:lang w:val="ro-RO"/>
              </w:rPr>
              <w:t>O-02</w:t>
            </w:r>
          </w:p>
        </w:tc>
        <w:tc>
          <w:tcPr>
            <w:tcW w:w="2438" w:type="dxa"/>
            <w:shd w:val="clear" w:color="auto" w:fill="FAFAFA"/>
            <w:tcMar>
              <w:top w:w="75" w:type="dxa"/>
              <w:left w:w="85" w:type="dxa"/>
              <w:bottom w:w="75" w:type="dxa"/>
              <w:right w:w="85" w:type="dxa"/>
            </w:tcMar>
            <w:vAlign w:val="center"/>
          </w:tcPr>
          <w:p w14:paraId="543D3E27" w14:textId="77777777" w:rsidR="00807297" w:rsidRPr="001A1B66" w:rsidRDefault="00807297">
            <w:pPr>
              <w:spacing w:after="0" w:line="240" w:lineRule="auto"/>
              <w:rPr>
                <w:noProof/>
                <w:lang w:val="ro-RO"/>
              </w:rPr>
            </w:pPr>
          </w:p>
        </w:tc>
        <w:tc>
          <w:tcPr>
            <w:tcW w:w="2098" w:type="dxa"/>
            <w:shd w:val="clear" w:color="auto" w:fill="FAFAFA"/>
            <w:tcMar>
              <w:top w:w="75" w:type="dxa"/>
              <w:left w:w="85" w:type="dxa"/>
              <w:bottom w:w="75" w:type="dxa"/>
              <w:right w:w="85" w:type="dxa"/>
            </w:tcMar>
            <w:vAlign w:val="center"/>
          </w:tcPr>
          <w:p w14:paraId="4C863F33" w14:textId="77777777" w:rsidR="00807297" w:rsidRPr="001A1B66" w:rsidRDefault="00807297">
            <w:pPr>
              <w:spacing w:after="0" w:line="240" w:lineRule="auto"/>
              <w:rPr>
                <w:noProof/>
                <w:lang w:val="ro-RO"/>
              </w:rPr>
            </w:pPr>
          </w:p>
        </w:tc>
        <w:tc>
          <w:tcPr>
            <w:tcW w:w="964" w:type="dxa"/>
            <w:shd w:val="clear" w:color="auto" w:fill="FAFAFA"/>
            <w:tcMar>
              <w:top w:w="75" w:type="dxa"/>
              <w:left w:w="85" w:type="dxa"/>
              <w:bottom w:w="75" w:type="dxa"/>
              <w:right w:w="85" w:type="dxa"/>
            </w:tcMar>
            <w:vAlign w:val="center"/>
          </w:tcPr>
          <w:p w14:paraId="553369FB" w14:textId="77777777" w:rsidR="00807297" w:rsidRPr="001A1B66" w:rsidRDefault="00807297">
            <w:pPr>
              <w:spacing w:after="0" w:line="240" w:lineRule="auto"/>
              <w:rPr>
                <w:noProof/>
                <w:lang w:val="ro-RO"/>
              </w:rPr>
            </w:pPr>
          </w:p>
        </w:tc>
        <w:tc>
          <w:tcPr>
            <w:tcW w:w="964" w:type="dxa"/>
            <w:shd w:val="clear" w:color="auto" w:fill="FAFAFA"/>
            <w:tcMar>
              <w:top w:w="75" w:type="dxa"/>
              <w:left w:w="85" w:type="dxa"/>
              <w:bottom w:w="75" w:type="dxa"/>
              <w:right w:w="85" w:type="dxa"/>
            </w:tcMar>
            <w:vAlign w:val="center"/>
          </w:tcPr>
          <w:p w14:paraId="3075B5F3" w14:textId="77777777" w:rsidR="00807297" w:rsidRPr="001A1B66" w:rsidRDefault="00807297">
            <w:pPr>
              <w:spacing w:after="0" w:line="240" w:lineRule="auto"/>
              <w:rPr>
                <w:noProof/>
                <w:lang w:val="ro-RO"/>
              </w:rPr>
            </w:pPr>
          </w:p>
        </w:tc>
        <w:tc>
          <w:tcPr>
            <w:tcW w:w="1134" w:type="dxa"/>
            <w:shd w:val="clear" w:color="auto" w:fill="FAFAFA"/>
            <w:tcMar>
              <w:top w:w="75" w:type="dxa"/>
              <w:left w:w="85" w:type="dxa"/>
              <w:bottom w:w="75" w:type="dxa"/>
              <w:right w:w="85" w:type="dxa"/>
            </w:tcMar>
            <w:vAlign w:val="center"/>
          </w:tcPr>
          <w:p w14:paraId="2ED1F71B" w14:textId="77777777" w:rsidR="00807297" w:rsidRPr="001A1B66" w:rsidRDefault="00807297">
            <w:pPr>
              <w:spacing w:after="0" w:line="240" w:lineRule="auto"/>
              <w:rPr>
                <w:noProof/>
                <w:lang w:val="ro-RO"/>
              </w:rPr>
            </w:pPr>
          </w:p>
        </w:tc>
        <w:tc>
          <w:tcPr>
            <w:tcW w:w="1644" w:type="dxa"/>
            <w:shd w:val="clear" w:color="auto" w:fill="FAFAFA"/>
            <w:tcMar>
              <w:top w:w="75" w:type="dxa"/>
              <w:left w:w="85" w:type="dxa"/>
              <w:bottom w:w="75" w:type="dxa"/>
              <w:right w:w="85" w:type="dxa"/>
            </w:tcMar>
            <w:vAlign w:val="center"/>
          </w:tcPr>
          <w:p w14:paraId="480199C1" w14:textId="77777777" w:rsidR="00807297" w:rsidRPr="001A1B66" w:rsidRDefault="00807297">
            <w:pPr>
              <w:spacing w:after="0" w:line="240" w:lineRule="auto"/>
              <w:rPr>
                <w:noProof/>
                <w:lang w:val="ro-RO"/>
              </w:rPr>
            </w:pPr>
          </w:p>
        </w:tc>
      </w:tr>
      <w:tr w:rsidR="00807297" w:rsidRPr="001A1B66" w14:paraId="2E41F83F" w14:textId="77777777">
        <w:trPr>
          <w:cantSplit/>
          <w:jc w:val="center"/>
        </w:trPr>
        <w:tc>
          <w:tcPr>
            <w:tcW w:w="680" w:type="dxa"/>
            <w:shd w:val="clear" w:color="auto" w:fill="FFFFFF"/>
            <w:tcMar>
              <w:top w:w="75" w:type="dxa"/>
              <w:left w:w="85" w:type="dxa"/>
              <w:bottom w:w="75" w:type="dxa"/>
              <w:right w:w="85" w:type="dxa"/>
            </w:tcMar>
            <w:vAlign w:val="center"/>
          </w:tcPr>
          <w:p w14:paraId="0B422F46" w14:textId="77777777" w:rsidR="00807297" w:rsidRPr="001A1B66" w:rsidRDefault="00000000">
            <w:pPr>
              <w:spacing w:after="0" w:line="240" w:lineRule="auto"/>
              <w:jc w:val="center"/>
              <w:rPr>
                <w:noProof/>
                <w:lang w:val="ro-RO"/>
              </w:rPr>
            </w:pPr>
            <w:r w:rsidRPr="001A1B66">
              <w:rPr>
                <w:noProof/>
                <w:sz w:val="14"/>
                <w:lang w:val="ro-RO"/>
              </w:rPr>
              <w:t>O-03</w:t>
            </w:r>
          </w:p>
        </w:tc>
        <w:tc>
          <w:tcPr>
            <w:tcW w:w="2438" w:type="dxa"/>
            <w:shd w:val="clear" w:color="auto" w:fill="FFFFFF"/>
            <w:tcMar>
              <w:top w:w="75" w:type="dxa"/>
              <w:left w:w="85" w:type="dxa"/>
              <w:bottom w:w="75" w:type="dxa"/>
              <w:right w:w="85" w:type="dxa"/>
            </w:tcMar>
            <w:vAlign w:val="center"/>
          </w:tcPr>
          <w:p w14:paraId="051C3C31" w14:textId="77777777" w:rsidR="00807297" w:rsidRPr="001A1B66" w:rsidRDefault="00807297">
            <w:pPr>
              <w:spacing w:after="0" w:line="240" w:lineRule="auto"/>
              <w:rPr>
                <w:noProof/>
                <w:lang w:val="ro-RO"/>
              </w:rPr>
            </w:pPr>
          </w:p>
        </w:tc>
        <w:tc>
          <w:tcPr>
            <w:tcW w:w="2098" w:type="dxa"/>
            <w:shd w:val="clear" w:color="auto" w:fill="FFFFFF"/>
            <w:tcMar>
              <w:top w:w="75" w:type="dxa"/>
              <w:left w:w="85" w:type="dxa"/>
              <w:bottom w:w="75" w:type="dxa"/>
              <w:right w:w="85" w:type="dxa"/>
            </w:tcMar>
            <w:vAlign w:val="center"/>
          </w:tcPr>
          <w:p w14:paraId="273DE5C7" w14:textId="77777777" w:rsidR="00807297" w:rsidRPr="001A1B66" w:rsidRDefault="00807297">
            <w:pPr>
              <w:spacing w:after="0" w:line="240" w:lineRule="auto"/>
              <w:rPr>
                <w:noProof/>
                <w:lang w:val="ro-RO"/>
              </w:rPr>
            </w:pPr>
          </w:p>
        </w:tc>
        <w:tc>
          <w:tcPr>
            <w:tcW w:w="964" w:type="dxa"/>
            <w:shd w:val="clear" w:color="auto" w:fill="FFFFFF"/>
            <w:tcMar>
              <w:top w:w="75" w:type="dxa"/>
              <w:left w:w="85" w:type="dxa"/>
              <w:bottom w:w="75" w:type="dxa"/>
              <w:right w:w="85" w:type="dxa"/>
            </w:tcMar>
            <w:vAlign w:val="center"/>
          </w:tcPr>
          <w:p w14:paraId="0CA4C772" w14:textId="77777777" w:rsidR="00807297" w:rsidRPr="001A1B66" w:rsidRDefault="00807297">
            <w:pPr>
              <w:spacing w:after="0" w:line="240" w:lineRule="auto"/>
              <w:rPr>
                <w:noProof/>
                <w:lang w:val="ro-RO"/>
              </w:rPr>
            </w:pPr>
          </w:p>
        </w:tc>
        <w:tc>
          <w:tcPr>
            <w:tcW w:w="964" w:type="dxa"/>
            <w:shd w:val="clear" w:color="auto" w:fill="FFFFFF"/>
            <w:tcMar>
              <w:top w:w="75" w:type="dxa"/>
              <w:left w:w="85" w:type="dxa"/>
              <w:bottom w:w="75" w:type="dxa"/>
              <w:right w:w="85" w:type="dxa"/>
            </w:tcMar>
            <w:vAlign w:val="center"/>
          </w:tcPr>
          <w:p w14:paraId="28840877" w14:textId="77777777" w:rsidR="00807297" w:rsidRPr="001A1B66" w:rsidRDefault="00807297">
            <w:pPr>
              <w:spacing w:after="0" w:line="240" w:lineRule="auto"/>
              <w:rPr>
                <w:noProof/>
                <w:lang w:val="ro-RO"/>
              </w:rPr>
            </w:pPr>
          </w:p>
        </w:tc>
        <w:tc>
          <w:tcPr>
            <w:tcW w:w="1134" w:type="dxa"/>
            <w:shd w:val="clear" w:color="auto" w:fill="FFFFFF"/>
            <w:tcMar>
              <w:top w:w="75" w:type="dxa"/>
              <w:left w:w="85" w:type="dxa"/>
              <w:bottom w:w="75" w:type="dxa"/>
              <w:right w:w="85" w:type="dxa"/>
            </w:tcMar>
            <w:vAlign w:val="center"/>
          </w:tcPr>
          <w:p w14:paraId="6C458738" w14:textId="77777777" w:rsidR="00807297" w:rsidRPr="001A1B66" w:rsidRDefault="00807297">
            <w:pPr>
              <w:spacing w:after="0" w:line="240" w:lineRule="auto"/>
              <w:rPr>
                <w:noProof/>
                <w:lang w:val="ro-RO"/>
              </w:rPr>
            </w:pPr>
          </w:p>
        </w:tc>
        <w:tc>
          <w:tcPr>
            <w:tcW w:w="1644" w:type="dxa"/>
            <w:shd w:val="clear" w:color="auto" w:fill="FFFFFF"/>
            <w:tcMar>
              <w:top w:w="75" w:type="dxa"/>
              <w:left w:w="85" w:type="dxa"/>
              <w:bottom w:w="75" w:type="dxa"/>
              <w:right w:w="85" w:type="dxa"/>
            </w:tcMar>
            <w:vAlign w:val="center"/>
          </w:tcPr>
          <w:p w14:paraId="42616A90" w14:textId="77777777" w:rsidR="00807297" w:rsidRPr="001A1B66" w:rsidRDefault="00807297">
            <w:pPr>
              <w:spacing w:after="0" w:line="240" w:lineRule="auto"/>
              <w:rPr>
                <w:noProof/>
                <w:lang w:val="ro-RO"/>
              </w:rPr>
            </w:pPr>
          </w:p>
        </w:tc>
      </w:tr>
      <w:tr w:rsidR="00807297" w:rsidRPr="001A1B66" w14:paraId="02707AE7" w14:textId="77777777">
        <w:trPr>
          <w:cantSplit/>
          <w:jc w:val="center"/>
        </w:trPr>
        <w:tc>
          <w:tcPr>
            <w:tcW w:w="680" w:type="dxa"/>
            <w:shd w:val="clear" w:color="auto" w:fill="FAFAFA"/>
            <w:tcMar>
              <w:top w:w="75" w:type="dxa"/>
              <w:left w:w="85" w:type="dxa"/>
              <w:bottom w:w="75" w:type="dxa"/>
              <w:right w:w="85" w:type="dxa"/>
            </w:tcMar>
            <w:vAlign w:val="center"/>
          </w:tcPr>
          <w:p w14:paraId="33DD4BE0" w14:textId="77777777" w:rsidR="00807297" w:rsidRPr="001A1B66" w:rsidRDefault="00000000">
            <w:pPr>
              <w:spacing w:after="0" w:line="240" w:lineRule="auto"/>
              <w:jc w:val="center"/>
              <w:rPr>
                <w:noProof/>
                <w:lang w:val="ro-RO"/>
              </w:rPr>
            </w:pPr>
            <w:r w:rsidRPr="001A1B66">
              <w:rPr>
                <w:noProof/>
                <w:sz w:val="14"/>
                <w:lang w:val="ro-RO"/>
              </w:rPr>
              <w:t>O-04</w:t>
            </w:r>
          </w:p>
        </w:tc>
        <w:tc>
          <w:tcPr>
            <w:tcW w:w="2438" w:type="dxa"/>
            <w:shd w:val="clear" w:color="auto" w:fill="FAFAFA"/>
            <w:tcMar>
              <w:top w:w="75" w:type="dxa"/>
              <w:left w:w="85" w:type="dxa"/>
              <w:bottom w:w="75" w:type="dxa"/>
              <w:right w:w="85" w:type="dxa"/>
            </w:tcMar>
            <w:vAlign w:val="center"/>
          </w:tcPr>
          <w:p w14:paraId="4BB492B0" w14:textId="77777777" w:rsidR="00807297" w:rsidRPr="001A1B66" w:rsidRDefault="00807297">
            <w:pPr>
              <w:spacing w:after="0" w:line="240" w:lineRule="auto"/>
              <w:rPr>
                <w:noProof/>
                <w:lang w:val="ro-RO"/>
              </w:rPr>
            </w:pPr>
          </w:p>
        </w:tc>
        <w:tc>
          <w:tcPr>
            <w:tcW w:w="2098" w:type="dxa"/>
            <w:shd w:val="clear" w:color="auto" w:fill="FAFAFA"/>
            <w:tcMar>
              <w:top w:w="75" w:type="dxa"/>
              <w:left w:w="85" w:type="dxa"/>
              <w:bottom w:w="75" w:type="dxa"/>
              <w:right w:w="85" w:type="dxa"/>
            </w:tcMar>
            <w:vAlign w:val="center"/>
          </w:tcPr>
          <w:p w14:paraId="696C3A42" w14:textId="77777777" w:rsidR="00807297" w:rsidRPr="001A1B66" w:rsidRDefault="00807297">
            <w:pPr>
              <w:spacing w:after="0" w:line="240" w:lineRule="auto"/>
              <w:rPr>
                <w:noProof/>
                <w:lang w:val="ro-RO"/>
              </w:rPr>
            </w:pPr>
          </w:p>
        </w:tc>
        <w:tc>
          <w:tcPr>
            <w:tcW w:w="964" w:type="dxa"/>
            <w:shd w:val="clear" w:color="auto" w:fill="FAFAFA"/>
            <w:tcMar>
              <w:top w:w="75" w:type="dxa"/>
              <w:left w:w="85" w:type="dxa"/>
              <w:bottom w:w="75" w:type="dxa"/>
              <w:right w:w="85" w:type="dxa"/>
            </w:tcMar>
            <w:vAlign w:val="center"/>
          </w:tcPr>
          <w:p w14:paraId="7803EB63" w14:textId="77777777" w:rsidR="00807297" w:rsidRPr="001A1B66" w:rsidRDefault="00807297">
            <w:pPr>
              <w:spacing w:after="0" w:line="240" w:lineRule="auto"/>
              <w:rPr>
                <w:noProof/>
                <w:lang w:val="ro-RO"/>
              </w:rPr>
            </w:pPr>
          </w:p>
        </w:tc>
        <w:tc>
          <w:tcPr>
            <w:tcW w:w="964" w:type="dxa"/>
            <w:shd w:val="clear" w:color="auto" w:fill="FAFAFA"/>
            <w:tcMar>
              <w:top w:w="75" w:type="dxa"/>
              <w:left w:w="85" w:type="dxa"/>
              <w:bottom w:w="75" w:type="dxa"/>
              <w:right w:w="85" w:type="dxa"/>
            </w:tcMar>
            <w:vAlign w:val="center"/>
          </w:tcPr>
          <w:p w14:paraId="496A2701" w14:textId="77777777" w:rsidR="00807297" w:rsidRPr="001A1B66" w:rsidRDefault="00807297">
            <w:pPr>
              <w:spacing w:after="0" w:line="240" w:lineRule="auto"/>
              <w:rPr>
                <w:noProof/>
                <w:lang w:val="ro-RO"/>
              </w:rPr>
            </w:pPr>
          </w:p>
        </w:tc>
        <w:tc>
          <w:tcPr>
            <w:tcW w:w="1134" w:type="dxa"/>
            <w:shd w:val="clear" w:color="auto" w:fill="FAFAFA"/>
            <w:tcMar>
              <w:top w:w="75" w:type="dxa"/>
              <w:left w:w="85" w:type="dxa"/>
              <w:bottom w:w="75" w:type="dxa"/>
              <w:right w:w="85" w:type="dxa"/>
            </w:tcMar>
            <w:vAlign w:val="center"/>
          </w:tcPr>
          <w:p w14:paraId="08673CE4" w14:textId="77777777" w:rsidR="00807297" w:rsidRPr="001A1B66" w:rsidRDefault="00807297">
            <w:pPr>
              <w:spacing w:after="0" w:line="240" w:lineRule="auto"/>
              <w:rPr>
                <w:noProof/>
                <w:lang w:val="ro-RO"/>
              </w:rPr>
            </w:pPr>
          </w:p>
        </w:tc>
        <w:tc>
          <w:tcPr>
            <w:tcW w:w="1644" w:type="dxa"/>
            <w:shd w:val="clear" w:color="auto" w:fill="FAFAFA"/>
            <w:tcMar>
              <w:top w:w="75" w:type="dxa"/>
              <w:left w:w="85" w:type="dxa"/>
              <w:bottom w:w="75" w:type="dxa"/>
              <w:right w:w="85" w:type="dxa"/>
            </w:tcMar>
            <w:vAlign w:val="center"/>
          </w:tcPr>
          <w:p w14:paraId="7B979D0A" w14:textId="77777777" w:rsidR="00807297" w:rsidRPr="001A1B66" w:rsidRDefault="00807297">
            <w:pPr>
              <w:spacing w:after="0" w:line="240" w:lineRule="auto"/>
              <w:rPr>
                <w:noProof/>
                <w:lang w:val="ro-RO"/>
              </w:rPr>
            </w:pPr>
          </w:p>
        </w:tc>
      </w:tr>
      <w:tr w:rsidR="00807297" w:rsidRPr="001A1B66" w14:paraId="5E20048D" w14:textId="77777777">
        <w:trPr>
          <w:cantSplit/>
          <w:jc w:val="center"/>
        </w:trPr>
        <w:tc>
          <w:tcPr>
            <w:tcW w:w="680" w:type="dxa"/>
            <w:shd w:val="clear" w:color="auto" w:fill="FFFFFF"/>
            <w:tcMar>
              <w:top w:w="75" w:type="dxa"/>
              <w:left w:w="85" w:type="dxa"/>
              <w:bottom w:w="75" w:type="dxa"/>
              <w:right w:w="85" w:type="dxa"/>
            </w:tcMar>
            <w:vAlign w:val="center"/>
          </w:tcPr>
          <w:p w14:paraId="3027A38B" w14:textId="77777777" w:rsidR="00807297" w:rsidRPr="001A1B66" w:rsidRDefault="00000000">
            <w:pPr>
              <w:spacing w:after="0" w:line="240" w:lineRule="auto"/>
              <w:jc w:val="center"/>
              <w:rPr>
                <w:noProof/>
                <w:lang w:val="ro-RO"/>
              </w:rPr>
            </w:pPr>
            <w:r w:rsidRPr="001A1B66">
              <w:rPr>
                <w:noProof/>
                <w:sz w:val="14"/>
                <w:lang w:val="ro-RO"/>
              </w:rPr>
              <w:t>O-05</w:t>
            </w:r>
          </w:p>
        </w:tc>
        <w:tc>
          <w:tcPr>
            <w:tcW w:w="2438" w:type="dxa"/>
            <w:shd w:val="clear" w:color="auto" w:fill="FFFFFF"/>
            <w:tcMar>
              <w:top w:w="75" w:type="dxa"/>
              <w:left w:w="85" w:type="dxa"/>
              <w:bottom w:w="75" w:type="dxa"/>
              <w:right w:w="85" w:type="dxa"/>
            </w:tcMar>
            <w:vAlign w:val="center"/>
          </w:tcPr>
          <w:p w14:paraId="7BB9EB1B" w14:textId="77777777" w:rsidR="00807297" w:rsidRPr="001A1B66" w:rsidRDefault="00807297">
            <w:pPr>
              <w:spacing w:after="0" w:line="240" w:lineRule="auto"/>
              <w:rPr>
                <w:noProof/>
                <w:lang w:val="ro-RO"/>
              </w:rPr>
            </w:pPr>
          </w:p>
        </w:tc>
        <w:tc>
          <w:tcPr>
            <w:tcW w:w="2098" w:type="dxa"/>
            <w:shd w:val="clear" w:color="auto" w:fill="FFFFFF"/>
            <w:tcMar>
              <w:top w:w="75" w:type="dxa"/>
              <w:left w:w="85" w:type="dxa"/>
              <w:bottom w:w="75" w:type="dxa"/>
              <w:right w:w="85" w:type="dxa"/>
            </w:tcMar>
            <w:vAlign w:val="center"/>
          </w:tcPr>
          <w:p w14:paraId="267D52F6" w14:textId="77777777" w:rsidR="00807297" w:rsidRPr="001A1B66" w:rsidRDefault="00807297">
            <w:pPr>
              <w:spacing w:after="0" w:line="240" w:lineRule="auto"/>
              <w:rPr>
                <w:noProof/>
                <w:lang w:val="ro-RO"/>
              </w:rPr>
            </w:pPr>
          </w:p>
        </w:tc>
        <w:tc>
          <w:tcPr>
            <w:tcW w:w="964" w:type="dxa"/>
            <w:shd w:val="clear" w:color="auto" w:fill="FFFFFF"/>
            <w:tcMar>
              <w:top w:w="75" w:type="dxa"/>
              <w:left w:w="85" w:type="dxa"/>
              <w:bottom w:w="75" w:type="dxa"/>
              <w:right w:w="85" w:type="dxa"/>
            </w:tcMar>
            <w:vAlign w:val="center"/>
          </w:tcPr>
          <w:p w14:paraId="30E46D6D" w14:textId="77777777" w:rsidR="00807297" w:rsidRPr="001A1B66" w:rsidRDefault="00807297">
            <w:pPr>
              <w:spacing w:after="0" w:line="240" w:lineRule="auto"/>
              <w:rPr>
                <w:noProof/>
                <w:lang w:val="ro-RO"/>
              </w:rPr>
            </w:pPr>
          </w:p>
        </w:tc>
        <w:tc>
          <w:tcPr>
            <w:tcW w:w="964" w:type="dxa"/>
            <w:shd w:val="clear" w:color="auto" w:fill="FFFFFF"/>
            <w:tcMar>
              <w:top w:w="75" w:type="dxa"/>
              <w:left w:w="85" w:type="dxa"/>
              <w:bottom w:w="75" w:type="dxa"/>
              <w:right w:w="85" w:type="dxa"/>
            </w:tcMar>
            <w:vAlign w:val="center"/>
          </w:tcPr>
          <w:p w14:paraId="4646C211" w14:textId="77777777" w:rsidR="00807297" w:rsidRPr="001A1B66" w:rsidRDefault="00807297">
            <w:pPr>
              <w:spacing w:after="0" w:line="240" w:lineRule="auto"/>
              <w:rPr>
                <w:noProof/>
                <w:lang w:val="ro-RO"/>
              </w:rPr>
            </w:pPr>
          </w:p>
        </w:tc>
        <w:tc>
          <w:tcPr>
            <w:tcW w:w="1134" w:type="dxa"/>
            <w:shd w:val="clear" w:color="auto" w:fill="FFFFFF"/>
            <w:tcMar>
              <w:top w:w="75" w:type="dxa"/>
              <w:left w:w="85" w:type="dxa"/>
              <w:bottom w:w="75" w:type="dxa"/>
              <w:right w:w="85" w:type="dxa"/>
            </w:tcMar>
            <w:vAlign w:val="center"/>
          </w:tcPr>
          <w:p w14:paraId="238FED5B" w14:textId="77777777" w:rsidR="00807297" w:rsidRPr="001A1B66" w:rsidRDefault="00807297">
            <w:pPr>
              <w:spacing w:after="0" w:line="240" w:lineRule="auto"/>
              <w:rPr>
                <w:noProof/>
                <w:lang w:val="ro-RO"/>
              </w:rPr>
            </w:pPr>
          </w:p>
        </w:tc>
        <w:tc>
          <w:tcPr>
            <w:tcW w:w="1644" w:type="dxa"/>
            <w:shd w:val="clear" w:color="auto" w:fill="FFFFFF"/>
            <w:tcMar>
              <w:top w:w="75" w:type="dxa"/>
              <w:left w:w="85" w:type="dxa"/>
              <w:bottom w:w="75" w:type="dxa"/>
              <w:right w:w="85" w:type="dxa"/>
            </w:tcMar>
            <w:vAlign w:val="center"/>
          </w:tcPr>
          <w:p w14:paraId="6391741A" w14:textId="77777777" w:rsidR="00807297" w:rsidRPr="001A1B66" w:rsidRDefault="00807297">
            <w:pPr>
              <w:spacing w:after="0" w:line="240" w:lineRule="auto"/>
              <w:rPr>
                <w:noProof/>
                <w:lang w:val="ro-RO"/>
              </w:rPr>
            </w:pPr>
          </w:p>
        </w:tc>
      </w:tr>
      <w:tr w:rsidR="00807297" w:rsidRPr="001A1B66" w14:paraId="245DF2A6" w14:textId="77777777">
        <w:trPr>
          <w:cantSplit/>
          <w:jc w:val="center"/>
        </w:trPr>
        <w:tc>
          <w:tcPr>
            <w:tcW w:w="680" w:type="dxa"/>
            <w:shd w:val="clear" w:color="auto" w:fill="FAFAFA"/>
            <w:tcMar>
              <w:top w:w="75" w:type="dxa"/>
              <w:left w:w="85" w:type="dxa"/>
              <w:bottom w:w="75" w:type="dxa"/>
              <w:right w:w="85" w:type="dxa"/>
            </w:tcMar>
            <w:vAlign w:val="center"/>
          </w:tcPr>
          <w:p w14:paraId="0D5B7FC6" w14:textId="77777777" w:rsidR="00807297" w:rsidRPr="001A1B66" w:rsidRDefault="00000000">
            <w:pPr>
              <w:spacing w:after="0" w:line="240" w:lineRule="auto"/>
              <w:jc w:val="center"/>
              <w:rPr>
                <w:noProof/>
                <w:lang w:val="ro-RO"/>
              </w:rPr>
            </w:pPr>
            <w:r w:rsidRPr="001A1B66">
              <w:rPr>
                <w:noProof/>
                <w:sz w:val="14"/>
                <w:lang w:val="ro-RO"/>
              </w:rPr>
              <w:t>O-06</w:t>
            </w:r>
          </w:p>
        </w:tc>
        <w:tc>
          <w:tcPr>
            <w:tcW w:w="2438" w:type="dxa"/>
            <w:shd w:val="clear" w:color="auto" w:fill="FAFAFA"/>
            <w:tcMar>
              <w:top w:w="75" w:type="dxa"/>
              <w:left w:w="85" w:type="dxa"/>
              <w:bottom w:w="75" w:type="dxa"/>
              <w:right w:w="85" w:type="dxa"/>
            </w:tcMar>
            <w:vAlign w:val="center"/>
          </w:tcPr>
          <w:p w14:paraId="0A418DA6" w14:textId="77777777" w:rsidR="00807297" w:rsidRPr="001A1B66" w:rsidRDefault="00807297">
            <w:pPr>
              <w:spacing w:after="0" w:line="240" w:lineRule="auto"/>
              <w:rPr>
                <w:noProof/>
                <w:lang w:val="ro-RO"/>
              </w:rPr>
            </w:pPr>
          </w:p>
        </w:tc>
        <w:tc>
          <w:tcPr>
            <w:tcW w:w="2098" w:type="dxa"/>
            <w:shd w:val="clear" w:color="auto" w:fill="FAFAFA"/>
            <w:tcMar>
              <w:top w:w="75" w:type="dxa"/>
              <w:left w:w="85" w:type="dxa"/>
              <w:bottom w:w="75" w:type="dxa"/>
              <w:right w:w="85" w:type="dxa"/>
            </w:tcMar>
            <w:vAlign w:val="center"/>
          </w:tcPr>
          <w:p w14:paraId="0FE3CE0F" w14:textId="77777777" w:rsidR="00807297" w:rsidRPr="001A1B66" w:rsidRDefault="00807297">
            <w:pPr>
              <w:spacing w:after="0" w:line="240" w:lineRule="auto"/>
              <w:rPr>
                <w:noProof/>
                <w:lang w:val="ro-RO"/>
              </w:rPr>
            </w:pPr>
          </w:p>
        </w:tc>
        <w:tc>
          <w:tcPr>
            <w:tcW w:w="964" w:type="dxa"/>
            <w:shd w:val="clear" w:color="auto" w:fill="FAFAFA"/>
            <w:tcMar>
              <w:top w:w="75" w:type="dxa"/>
              <w:left w:w="85" w:type="dxa"/>
              <w:bottom w:w="75" w:type="dxa"/>
              <w:right w:w="85" w:type="dxa"/>
            </w:tcMar>
            <w:vAlign w:val="center"/>
          </w:tcPr>
          <w:p w14:paraId="3164C421" w14:textId="77777777" w:rsidR="00807297" w:rsidRPr="001A1B66" w:rsidRDefault="00807297">
            <w:pPr>
              <w:spacing w:after="0" w:line="240" w:lineRule="auto"/>
              <w:rPr>
                <w:noProof/>
                <w:lang w:val="ro-RO"/>
              </w:rPr>
            </w:pPr>
          </w:p>
        </w:tc>
        <w:tc>
          <w:tcPr>
            <w:tcW w:w="964" w:type="dxa"/>
            <w:shd w:val="clear" w:color="auto" w:fill="FAFAFA"/>
            <w:tcMar>
              <w:top w:w="75" w:type="dxa"/>
              <w:left w:w="85" w:type="dxa"/>
              <w:bottom w:w="75" w:type="dxa"/>
              <w:right w:w="85" w:type="dxa"/>
            </w:tcMar>
            <w:vAlign w:val="center"/>
          </w:tcPr>
          <w:p w14:paraId="01C5060D" w14:textId="77777777" w:rsidR="00807297" w:rsidRPr="001A1B66" w:rsidRDefault="00807297">
            <w:pPr>
              <w:spacing w:after="0" w:line="240" w:lineRule="auto"/>
              <w:rPr>
                <w:noProof/>
                <w:lang w:val="ro-RO"/>
              </w:rPr>
            </w:pPr>
          </w:p>
        </w:tc>
        <w:tc>
          <w:tcPr>
            <w:tcW w:w="1134" w:type="dxa"/>
            <w:shd w:val="clear" w:color="auto" w:fill="FAFAFA"/>
            <w:tcMar>
              <w:top w:w="75" w:type="dxa"/>
              <w:left w:w="85" w:type="dxa"/>
              <w:bottom w:w="75" w:type="dxa"/>
              <w:right w:w="85" w:type="dxa"/>
            </w:tcMar>
            <w:vAlign w:val="center"/>
          </w:tcPr>
          <w:p w14:paraId="7E85CEF3" w14:textId="77777777" w:rsidR="00807297" w:rsidRPr="001A1B66" w:rsidRDefault="00807297">
            <w:pPr>
              <w:spacing w:after="0" w:line="240" w:lineRule="auto"/>
              <w:rPr>
                <w:noProof/>
                <w:lang w:val="ro-RO"/>
              </w:rPr>
            </w:pPr>
          </w:p>
        </w:tc>
        <w:tc>
          <w:tcPr>
            <w:tcW w:w="1644" w:type="dxa"/>
            <w:shd w:val="clear" w:color="auto" w:fill="FAFAFA"/>
            <w:tcMar>
              <w:top w:w="75" w:type="dxa"/>
              <w:left w:w="85" w:type="dxa"/>
              <w:bottom w:w="75" w:type="dxa"/>
              <w:right w:w="85" w:type="dxa"/>
            </w:tcMar>
            <w:vAlign w:val="center"/>
          </w:tcPr>
          <w:p w14:paraId="6E614340" w14:textId="77777777" w:rsidR="00807297" w:rsidRPr="001A1B66" w:rsidRDefault="00807297">
            <w:pPr>
              <w:spacing w:after="0" w:line="240" w:lineRule="auto"/>
              <w:rPr>
                <w:noProof/>
                <w:lang w:val="ro-RO"/>
              </w:rPr>
            </w:pPr>
          </w:p>
        </w:tc>
      </w:tr>
      <w:tr w:rsidR="00807297" w:rsidRPr="001A1B66" w14:paraId="0E4BF6DF" w14:textId="77777777">
        <w:trPr>
          <w:cantSplit/>
          <w:jc w:val="center"/>
        </w:trPr>
        <w:tc>
          <w:tcPr>
            <w:tcW w:w="680" w:type="dxa"/>
            <w:shd w:val="clear" w:color="auto" w:fill="FFFFFF"/>
            <w:tcMar>
              <w:top w:w="75" w:type="dxa"/>
              <w:left w:w="85" w:type="dxa"/>
              <w:bottom w:w="75" w:type="dxa"/>
              <w:right w:w="85" w:type="dxa"/>
            </w:tcMar>
            <w:vAlign w:val="center"/>
          </w:tcPr>
          <w:p w14:paraId="4332A2A5" w14:textId="77777777" w:rsidR="00807297" w:rsidRPr="001A1B66" w:rsidRDefault="00000000">
            <w:pPr>
              <w:spacing w:after="0" w:line="240" w:lineRule="auto"/>
              <w:jc w:val="center"/>
              <w:rPr>
                <w:noProof/>
                <w:lang w:val="ro-RO"/>
              </w:rPr>
            </w:pPr>
            <w:r w:rsidRPr="001A1B66">
              <w:rPr>
                <w:noProof/>
                <w:sz w:val="14"/>
                <w:lang w:val="ro-RO"/>
              </w:rPr>
              <w:t>O-07</w:t>
            </w:r>
          </w:p>
        </w:tc>
        <w:tc>
          <w:tcPr>
            <w:tcW w:w="2438" w:type="dxa"/>
            <w:shd w:val="clear" w:color="auto" w:fill="FFFFFF"/>
            <w:tcMar>
              <w:top w:w="75" w:type="dxa"/>
              <w:left w:w="85" w:type="dxa"/>
              <w:bottom w:w="75" w:type="dxa"/>
              <w:right w:w="85" w:type="dxa"/>
            </w:tcMar>
            <w:vAlign w:val="center"/>
          </w:tcPr>
          <w:p w14:paraId="089673B4" w14:textId="77777777" w:rsidR="00807297" w:rsidRPr="001A1B66" w:rsidRDefault="00807297">
            <w:pPr>
              <w:spacing w:after="0" w:line="240" w:lineRule="auto"/>
              <w:rPr>
                <w:noProof/>
                <w:lang w:val="ro-RO"/>
              </w:rPr>
            </w:pPr>
          </w:p>
        </w:tc>
        <w:tc>
          <w:tcPr>
            <w:tcW w:w="2098" w:type="dxa"/>
            <w:shd w:val="clear" w:color="auto" w:fill="FFFFFF"/>
            <w:tcMar>
              <w:top w:w="75" w:type="dxa"/>
              <w:left w:w="85" w:type="dxa"/>
              <w:bottom w:w="75" w:type="dxa"/>
              <w:right w:w="85" w:type="dxa"/>
            </w:tcMar>
            <w:vAlign w:val="center"/>
          </w:tcPr>
          <w:p w14:paraId="0EE1791D" w14:textId="77777777" w:rsidR="00807297" w:rsidRPr="001A1B66" w:rsidRDefault="00807297">
            <w:pPr>
              <w:spacing w:after="0" w:line="240" w:lineRule="auto"/>
              <w:rPr>
                <w:noProof/>
                <w:lang w:val="ro-RO"/>
              </w:rPr>
            </w:pPr>
          </w:p>
        </w:tc>
        <w:tc>
          <w:tcPr>
            <w:tcW w:w="964" w:type="dxa"/>
            <w:shd w:val="clear" w:color="auto" w:fill="FFFFFF"/>
            <w:tcMar>
              <w:top w:w="75" w:type="dxa"/>
              <w:left w:w="85" w:type="dxa"/>
              <w:bottom w:w="75" w:type="dxa"/>
              <w:right w:w="85" w:type="dxa"/>
            </w:tcMar>
            <w:vAlign w:val="center"/>
          </w:tcPr>
          <w:p w14:paraId="7AF01444" w14:textId="77777777" w:rsidR="00807297" w:rsidRPr="001A1B66" w:rsidRDefault="00807297">
            <w:pPr>
              <w:spacing w:after="0" w:line="240" w:lineRule="auto"/>
              <w:rPr>
                <w:noProof/>
                <w:lang w:val="ro-RO"/>
              </w:rPr>
            </w:pPr>
          </w:p>
        </w:tc>
        <w:tc>
          <w:tcPr>
            <w:tcW w:w="964" w:type="dxa"/>
            <w:shd w:val="clear" w:color="auto" w:fill="FFFFFF"/>
            <w:tcMar>
              <w:top w:w="75" w:type="dxa"/>
              <w:left w:w="85" w:type="dxa"/>
              <w:bottom w:w="75" w:type="dxa"/>
              <w:right w:w="85" w:type="dxa"/>
            </w:tcMar>
            <w:vAlign w:val="center"/>
          </w:tcPr>
          <w:p w14:paraId="67466086" w14:textId="77777777" w:rsidR="00807297" w:rsidRPr="001A1B66" w:rsidRDefault="00807297">
            <w:pPr>
              <w:spacing w:after="0" w:line="240" w:lineRule="auto"/>
              <w:rPr>
                <w:noProof/>
                <w:lang w:val="ro-RO"/>
              </w:rPr>
            </w:pPr>
          </w:p>
        </w:tc>
        <w:tc>
          <w:tcPr>
            <w:tcW w:w="1134" w:type="dxa"/>
            <w:shd w:val="clear" w:color="auto" w:fill="FFFFFF"/>
            <w:tcMar>
              <w:top w:w="75" w:type="dxa"/>
              <w:left w:w="85" w:type="dxa"/>
              <w:bottom w:w="75" w:type="dxa"/>
              <w:right w:w="85" w:type="dxa"/>
            </w:tcMar>
            <w:vAlign w:val="center"/>
          </w:tcPr>
          <w:p w14:paraId="11F1DD35" w14:textId="77777777" w:rsidR="00807297" w:rsidRPr="001A1B66" w:rsidRDefault="00807297">
            <w:pPr>
              <w:spacing w:after="0" w:line="240" w:lineRule="auto"/>
              <w:rPr>
                <w:noProof/>
                <w:lang w:val="ro-RO"/>
              </w:rPr>
            </w:pPr>
          </w:p>
        </w:tc>
        <w:tc>
          <w:tcPr>
            <w:tcW w:w="1644" w:type="dxa"/>
            <w:shd w:val="clear" w:color="auto" w:fill="FFFFFF"/>
            <w:tcMar>
              <w:top w:w="75" w:type="dxa"/>
              <w:left w:w="85" w:type="dxa"/>
              <w:bottom w:w="75" w:type="dxa"/>
              <w:right w:w="85" w:type="dxa"/>
            </w:tcMar>
            <w:vAlign w:val="center"/>
          </w:tcPr>
          <w:p w14:paraId="06BFFCA5" w14:textId="77777777" w:rsidR="00807297" w:rsidRPr="001A1B66" w:rsidRDefault="00807297">
            <w:pPr>
              <w:spacing w:after="0" w:line="240" w:lineRule="auto"/>
              <w:rPr>
                <w:noProof/>
                <w:lang w:val="ro-RO"/>
              </w:rPr>
            </w:pPr>
          </w:p>
        </w:tc>
      </w:tr>
      <w:tr w:rsidR="00807297" w:rsidRPr="001A1B66" w14:paraId="75244375" w14:textId="77777777">
        <w:trPr>
          <w:cantSplit/>
          <w:jc w:val="center"/>
        </w:trPr>
        <w:tc>
          <w:tcPr>
            <w:tcW w:w="680" w:type="dxa"/>
            <w:shd w:val="clear" w:color="auto" w:fill="FAFAFA"/>
            <w:tcMar>
              <w:top w:w="75" w:type="dxa"/>
              <w:left w:w="85" w:type="dxa"/>
              <w:bottom w:w="75" w:type="dxa"/>
              <w:right w:w="85" w:type="dxa"/>
            </w:tcMar>
            <w:vAlign w:val="center"/>
          </w:tcPr>
          <w:p w14:paraId="134A93F1" w14:textId="77777777" w:rsidR="00807297" w:rsidRPr="001A1B66" w:rsidRDefault="00000000">
            <w:pPr>
              <w:spacing w:after="0" w:line="240" w:lineRule="auto"/>
              <w:jc w:val="center"/>
              <w:rPr>
                <w:noProof/>
                <w:lang w:val="ro-RO"/>
              </w:rPr>
            </w:pPr>
            <w:r w:rsidRPr="001A1B66">
              <w:rPr>
                <w:noProof/>
                <w:sz w:val="14"/>
                <w:lang w:val="ro-RO"/>
              </w:rPr>
              <w:t>O-08</w:t>
            </w:r>
          </w:p>
        </w:tc>
        <w:tc>
          <w:tcPr>
            <w:tcW w:w="2438" w:type="dxa"/>
            <w:shd w:val="clear" w:color="auto" w:fill="FAFAFA"/>
            <w:tcMar>
              <w:top w:w="75" w:type="dxa"/>
              <w:left w:w="85" w:type="dxa"/>
              <w:bottom w:w="75" w:type="dxa"/>
              <w:right w:w="85" w:type="dxa"/>
            </w:tcMar>
            <w:vAlign w:val="center"/>
          </w:tcPr>
          <w:p w14:paraId="2F1A509B" w14:textId="77777777" w:rsidR="00807297" w:rsidRPr="001A1B66" w:rsidRDefault="00807297">
            <w:pPr>
              <w:spacing w:after="0" w:line="240" w:lineRule="auto"/>
              <w:rPr>
                <w:noProof/>
                <w:lang w:val="ro-RO"/>
              </w:rPr>
            </w:pPr>
          </w:p>
        </w:tc>
        <w:tc>
          <w:tcPr>
            <w:tcW w:w="2098" w:type="dxa"/>
            <w:shd w:val="clear" w:color="auto" w:fill="FAFAFA"/>
            <w:tcMar>
              <w:top w:w="75" w:type="dxa"/>
              <w:left w:w="85" w:type="dxa"/>
              <w:bottom w:w="75" w:type="dxa"/>
              <w:right w:w="85" w:type="dxa"/>
            </w:tcMar>
            <w:vAlign w:val="center"/>
          </w:tcPr>
          <w:p w14:paraId="1F930BCC" w14:textId="77777777" w:rsidR="00807297" w:rsidRPr="001A1B66" w:rsidRDefault="00807297">
            <w:pPr>
              <w:spacing w:after="0" w:line="240" w:lineRule="auto"/>
              <w:rPr>
                <w:noProof/>
                <w:lang w:val="ro-RO"/>
              </w:rPr>
            </w:pPr>
          </w:p>
        </w:tc>
        <w:tc>
          <w:tcPr>
            <w:tcW w:w="964" w:type="dxa"/>
            <w:shd w:val="clear" w:color="auto" w:fill="FAFAFA"/>
            <w:tcMar>
              <w:top w:w="75" w:type="dxa"/>
              <w:left w:w="85" w:type="dxa"/>
              <w:bottom w:w="75" w:type="dxa"/>
              <w:right w:w="85" w:type="dxa"/>
            </w:tcMar>
            <w:vAlign w:val="center"/>
          </w:tcPr>
          <w:p w14:paraId="67386181" w14:textId="77777777" w:rsidR="00807297" w:rsidRPr="001A1B66" w:rsidRDefault="00807297">
            <w:pPr>
              <w:spacing w:after="0" w:line="240" w:lineRule="auto"/>
              <w:rPr>
                <w:noProof/>
                <w:lang w:val="ro-RO"/>
              </w:rPr>
            </w:pPr>
          </w:p>
        </w:tc>
        <w:tc>
          <w:tcPr>
            <w:tcW w:w="964" w:type="dxa"/>
            <w:shd w:val="clear" w:color="auto" w:fill="FAFAFA"/>
            <w:tcMar>
              <w:top w:w="75" w:type="dxa"/>
              <w:left w:w="85" w:type="dxa"/>
              <w:bottom w:w="75" w:type="dxa"/>
              <w:right w:w="85" w:type="dxa"/>
            </w:tcMar>
            <w:vAlign w:val="center"/>
          </w:tcPr>
          <w:p w14:paraId="79018E3E" w14:textId="77777777" w:rsidR="00807297" w:rsidRPr="001A1B66" w:rsidRDefault="00807297">
            <w:pPr>
              <w:spacing w:after="0" w:line="240" w:lineRule="auto"/>
              <w:rPr>
                <w:noProof/>
                <w:lang w:val="ro-RO"/>
              </w:rPr>
            </w:pPr>
          </w:p>
        </w:tc>
        <w:tc>
          <w:tcPr>
            <w:tcW w:w="1134" w:type="dxa"/>
            <w:shd w:val="clear" w:color="auto" w:fill="FAFAFA"/>
            <w:tcMar>
              <w:top w:w="75" w:type="dxa"/>
              <w:left w:w="85" w:type="dxa"/>
              <w:bottom w:w="75" w:type="dxa"/>
              <w:right w:w="85" w:type="dxa"/>
            </w:tcMar>
            <w:vAlign w:val="center"/>
          </w:tcPr>
          <w:p w14:paraId="4BBACE71" w14:textId="77777777" w:rsidR="00807297" w:rsidRPr="001A1B66" w:rsidRDefault="00807297">
            <w:pPr>
              <w:spacing w:after="0" w:line="240" w:lineRule="auto"/>
              <w:rPr>
                <w:noProof/>
                <w:lang w:val="ro-RO"/>
              </w:rPr>
            </w:pPr>
          </w:p>
        </w:tc>
        <w:tc>
          <w:tcPr>
            <w:tcW w:w="1644" w:type="dxa"/>
            <w:shd w:val="clear" w:color="auto" w:fill="FAFAFA"/>
            <w:tcMar>
              <w:top w:w="75" w:type="dxa"/>
              <w:left w:w="85" w:type="dxa"/>
              <w:bottom w:w="75" w:type="dxa"/>
              <w:right w:w="85" w:type="dxa"/>
            </w:tcMar>
            <w:vAlign w:val="center"/>
          </w:tcPr>
          <w:p w14:paraId="588EB0DF" w14:textId="77777777" w:rsidR="00807297" w:rsidRPr="001A1B66" w:rsidRDefault="00807297">
            <w:pPr>
              <w:spacing w:after="0" w:line="240" w:lineRule="auto"/>
              <w:rPr>
                <w:noProof/>
                <w:lang w:val="ro-RO"/>
              </w:rPr>
            </w:pPr>
          </w:p>
        </w:tc>
      </w:tr>
    </w:tbl>
    <w:p w14:paraId="0B3CE7A7" w14:textId="77777777" w:rsidR="00807297" w:rsidRPr="001A1B66" w:rsidRDefault="00807297">
      <w:pPr>
        <w:spacing w:after="20"/>
        <w:rPr>
          <w:noProof/>
          <w:lang w:val="ro-RO"/>
        </w:rPr>
      </w:pPr>
    </w:p>
    <w:p w14:paraId="3A8FA6CB" w14:textId="77777777" w:rsidR="00807297" w:rsidRPr="001A1B66" w:rsidRDefault="00000000">
      <w:pPr>
        <w:pStyle w:val="Heading2"/>
        <w:rPr>
          <w:noProof/>
          <w:lang w:val="ro-RO"/>
        </w:rPr>
      </w:pPr>
      <w:r w:rsidRPr="001A1B66">
        <w:rPr>
          <w:noProof/>
          <w:lang w:val="ro-RO"/>
        </w:rPr>
        <w:t>Plan, monitorizare și decizie</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680"/>
        <w:gridCol w:w="1531"/>
        <w:gridCol w:w="3572"/>
        <w:gridCol w:w="1134"/>
        <w:gridCol w:w="3005"/>
      </w:tblGrid>
      <w:tr w:rsidR="00807297" w:rsidRPr="001A1B66" w14:paraId="7609BC41" w14:textId="77777777">
        <w:trPr>
          <w:tblHeader/>
          <w:jc w:val="center"/>
        </w:trPr>
        <w:tc>
          <w:tcPr>
            <w:tcW w:w="680" w:type="dxa"/>
            <w:shd w:val="clear" w:color="auto" w:fill="D71920"/>
            <w:tcMar>
              <w:top w:w="75" w:type="dxa"/>
              <w:left w:w="85" w:type="dxa"/>
              <w:bottom w:w="75" w:type="dxa"/>
              <w:right w:w="85" w:type="dxa"/>
            </w:tcMar>
            <w:vAlign w:val="center"/>
          </w:tcPr>
          <w:p w14:paraId="33FE8B45" w14:textId="77777777" w:rsidR="00807297" w:rsidRPr="001A1B66" w:rsidRDefault="00000000">
            <w:pPr>
              <w:spacing w:after="0" w:line="240" w:lineRule="auto"/>
              <w:jc w:val="center"/>
              <w:rPr>
                <w:noProof/>
                <w:lang w:val="ro-RO"/>
              </w:rPr>
            </w:pPr>
            <w:r w:rsidRPr="001A1B66">
              <w:rPr>
                <w:b/>
                <w:noProof/>
                <w:color w:val="FFFFFF"/>
                <w:sz w:val="14"/>
                <w:lang w:val="ro-RO"/>
              </w:rPr>
              <w:t>ID</w:t>
            </w:r>
          </w:p>
        </w:tc>
        <w:tc>
          <w:tcPr>
            <w:tcW w:w="1531" w:type="dxa"/>
            <w:shd w:val="clear" w:color="auto" w:fill="D71920"/>
            <w:tcMar>
              <w:top w:w="75" w:type="dxa"/>
              <w:left w:w="85" w:type="dxa"/>
              <w:bottom w:w="75" w:type="dxa"/>
              <w:right w:w="85" w:type="dxa"/>
            </w:tcMar>
            <w:vAlign w:val="center"/>
          </w:tcPr>
          <w:p w14:paraId="4731A185" w14:textId="77777777" w:rsidR="00807297" w:rsidRPr="001A1B66" w:rsidRDefault="00000000">
            <w:pPr>
              <w:spacing w:after="0" w:line="240" w:lineRule="auto"/>
              <w:jc w:val="center"/>
              <w:rPr>
                <w:noProof/>
                <w:lang w:val="ro-RO"/>
              </w:rPr>
            </w:pPr>
            <w:r w:rsidRPr="001A1B66">
              <w:rPr>
                <w:b/>
                <w:noProof/>
                <w:color w:val="FFFFFF"/>
                <w:sz w:val="14"/>
                <w:lang w:val="ro-RO"/>
              </w:rPr>
              <w:t>FRECVENȚĂ</w:t>
            </w:r>
          </w:p>
        </w:tc>
        <w:tc>
          <w:tcPr>
            <w:tcW w:w="3572" w:type="dxa"/>
            <w:shd w:val="clear" w:color="auto" w:fill="D71920"/>
            <w:tcMar>
              <w:top w:w="75" w:type="dxa"/>
              <w:left w:w="85" w:type="dxa"/>
              <w:bottom w:w="75" w:type="dxa"/>
              <w:right w:w="85" w:type="dxa"/>
            </w:tcMar>
            <w:vAlign w:val="center"/>
          </w:tcPr>
          <w:p w14:paraId="560E41C8" w14:textId="77777777" w:rsidR="00807297" w:rsidRPr="001A1B66" w:rsidRDefault="00000000">
            <w:pPr>
              <w:spacing w:after="0" w:line="240" w:lineRule="auto"/>
              <w:jc w:val="center"/>
              <w:rPr>
                <w:noProof/>
                <w:lang w:val="ro-RO"/>
              </w:rPr>
            </w:pPr>
            <w:r w:rsidRPr="001A1B66">
              <w:rPr>
                <w:b/>
                <w:noProof/>
                <w:color w:val="FFFFFF"/>
                <w:sz w:val="14"/>
                <w:lang w:val="ro-RO"/>
              </w:rPr>
              <w:t>ACȚIUNI-CHEIE</w:t>
            </w:r>
          </w:p>
        </w:tc>
        <w:tc>
          <w:tcPr>
            <w:tcW w:w="1134" w:type="dxa"/>
            <w:shd w:val="clear" w:color="auto" w:fill="D71920"/>
            <w:tcMar>
              <w:top w:w="75" w:type="dxa"/>
              <w:left w:w="85" w:type="dxa"/>
              <w:bottom w:w="75" w:type="dxa"/>
              <w:right w:w="85" w:type="dxa"/>
            </w:tcMar>
            <w:vAlign w:val="center"/>
          </w:tcPr>
          <w:p w14:paraId="7BFE8705" w14:textId="77777777" w:rsidR="00807297" w:rsidRPr="001A1B66" w:rsidRDefault="00000000">
            <w:pPr>
              <w:spacing w:after="0" w:line="240" w:lineRule="auto"/>
              <w:jc w:val="center"/>
              <w:rPr>
                <w:noProof/>
                <w:lang w:val="ro-RO"/>
              </w:rPr>
            </w:pPr>
            <w:r w:rsidRPr="001A1B66">
              <w:rPr>
                <w:b/>
                <w:noProof/>
                <w:color w:val="FFFFFF"/>
                <w:sz w:val="14"/>
                <w:lang w:val="ro-RO"/>
              </w:rPr>
              <w:t>STATUS</w:t>
            </w:r>
          </w:p>
        </w:tc>
        <w:tc>
          <w:tcPr>
            <w:tcW w:w="3005" w:type="dxa"/>
            <w:shd w:val="clear" w:color="auto" w:fill="D71920"/>
            <w:tcMar>
              <w:top w:w="75" w:type="dxa"/>
              <w:left w:w="85" w:type="dxa"/>
              <w:bottom w:w="75" w:type="dxa"/>
              <w:right w:w="85" w:type="dxa"/>
            </w:tcMar>
            <w:vAlign w:val="center"/>
          </w:tcPr>
          <w:p w14:paraId="6E8EC433" w14:textId="77777777" w:rsidR="00807297" w:rsidRPr="001A1B66" w:rsidRDefault="00000000">
            <w:pPr>
              <w:spacing w:after="0" w:line="240" w:lineRule="auto"/>
              <w:jc w:val="center"/>
              <w:rPr>
                <w:noProof/>
                <w:lang w:val="ro-RO"/>
              </w:rPr>
            </w:pPr>
            <w:r w:rsidRPr="001A1B66">
              <w:rPr>
                <w:b/>
                <w:noProof/>
                <w:color w:val="FFFFFF"/>
                <w:sz w:val="14"/>
                <w:lang w:val="ro-RO"/>
              </w:rPr>
              <w:t>REZULTAT / DECIZIE</w:t>
            </w:r>
          </w:p>
        </w:tc>
      </w:tr>
      <w:tr w:rsidR="00807297" w:rsidRPr="001A1B66" w14:paraId="5DD4BC2E" w14:textId="77777777">
        <w:trPr>
          <w:cantSplit/>
          <w:jc w:val="center"/>
        </w:trPr>
        <w:tc>
          <w:tcPr>
            <w:tcW w:w="680" w:type="dxa"/>
            <w:shd w:val="clear" w:color="auto" w:fill="FFFFFF"/>
            <w:tcMar>
              <w:top w:w="75" w:type="dxa"/>
              <w:left w:w="85" w:type="dxa"/>
              <w:bottom w:w="75" w:type="dxa"/>
              <w:right w:w="85" w:type="dxa"/>
            </w:tcMar>
            <w:vAlign w:val="center"/>
          </w:tcPr>
          <w:p w14:paraId="6E8800D2" w14:textId="77777777" w:rsidR="00807297" w:rsidRPr="001A1B66" w:rsidRDefault="00000000">
            <w:pPr>
              <w:spacing w:after="0" w:line="240" w:lineRule="auto"/>
              <w:jc w:val="center"/>
              <w:rPr>
                <w:noProof/>
                <w:lang w:val="ro-RO"/>
              </w:rPr>
            </w:pPr>
            <w:r w:rsidRPr="001A1B66">
              <w:rPr>
                <w:noProof/>
                <w:sz w:val="14"/>
                <w:lang w:val="ro-RO"/>
              </w:rPr>
              <w:t>O-01</w:t>
            </w:r>
          </w:p>
        </w:tc>
        <w:tc>
          <w:tcPr>
            <w:tcW w:w="1531" w:type="dxa"/>
            <w:shd w:val="clear" w:color="auto" w:fill="FFFFFF"/>
            <w:tcMar>
              <w:top w:w="75" w:type="dxa"/>
              <w:left w:w="85" w:type="dxa"/>
              <w:bottom w:w="75" w:type="dxa"/>
              <w:right w:w="85" w:type="dxa"/>
            </w:tcMar>
            <w:vAlign w:val="center"/>
          </w:tcPr>
          <w:p w14:paraId="72947830" w14:textId="77777777" w:rsidR="00807297" w:rsidRPr="001A1B66" w:rsidRDefault="00807297">
            <w:pPr>
              <w:spacing w:after="0" w:line="240" w:lineRule="auto"/>
              <w:rPr>
                <w:noProof/>
                <w:lang w:val="ro-RO"/>
              </w:rPr>
            </w:pPr>
          </w:p>
        </w:tc>
        <w:tc>
          <w:tcPr>
            <w:tcW w:w="3572" w:type="dxa"/>
            <w:shd w:val="clear" w:color="auto" w:fill="FFFFFF"/>
            <w:tcMar>
              <w:top w:w="75" w:type="dxa"/>
              <w:left w:w="85" w:type="dxa"/>
              <w:bottom w:w="75" w:type="dxa"/>
              <w:right w:w="85" w:type="dxa"/>
            </w:tcMar>
            <w:vAlign w:val="center"/>
          </w:tcPr>
          <w:p w14:paraId="44D3CC0A" w14:textId="77777777" w:rsidR="00807297" w:rsidRPr="001A1B66" w:rsidRDefault="00807297">
            <w:pPr>
              <w:spacing w:after="0" w:line="240" w:lineRule="auto"/>
              <w:rPr>
                <w:noProof/>
                <w:lang w:val="ro-RO"/>
              </w:rPr>
            </w:pPr>
          </w:p>
        </w:tc>
        <w:tc>
          <w:tcPr>
            <w:tcW w:w="1134" w:type="dxa"/>
            <w:shd w:val="clear" w:color="auto" w:fill="FFFFFF"/>
            <w:tcMar>
              <w:top w:w="75" w:type="dxa"/>
              <w:left w:w="85" w:type="dxa"/>
              <w:bottom w:w="75" w:type="dxa"/>
              <w:right w:w="85" w:type="dxa"/>
            </w:tcMar>
            <w:vAlign w:val="center"/>
          </w:tcPr>
          <w:p w14:paraId="0C476631" w14:textId="77777777" w:rsidR="00807297" w:rsidRPr="001A1B66" w:rsidRDefault="00000000">
            <w:pPr>
              <w:spacing w:after="0" w:line="240" w:lineRule="auto"/>
              <w:jc w:val="center"/>
              <w:rPr>
                <w:noProof/>
                <w:lang w:val="ro-RO"/>
              </w:rPr>
            </w:pPr>
            <w:r w:rsidRPr="001A1B66">
              <w:rPr>
                <w:noProof/>
                <w:sz w:val="14"/>
                <w:lang w:val="ro-RO"/>
              </w:rPr>
              <w:t>G/A/R</w:t>
            </w:r>
          </w:p>
        </w:tc>
        <w:tc>
          <w:tcPr>
            <w:tcW w:w="3005" w:type="dxa"/>
            <w:shd w:val="clear" w:color="auto" w:fill="FFFFFF"/>
            <w:tcMar>
              <w:top w:w="75" w:type="dxa"/>
              <w:left w:w="85" w:type="dxa"/>
              <w:bottom w:w="75" w:type="dxa"/>
              <w:right w:w="85" w:type="dxa"/>
            </w:tcMar>
            <w:vAlign w:val="center"/>
          </w:tcPr>
          <w:p w14:paraId="2A280F03" w14:textId="77777777" w:rsidR="00807297" w:rsidRPr="001A1B66" w:rsidRDefault="00807297">
            <w:pPr>
              <w:spacing w:after="0" w:line="240" w:lineRule="auto"/>
              <w:rPr>
                <w:noProof/>
                <w:lang w:val="ro-RO"/>
              </w:rPr>
            </w:pPr>
          </w:p>
        </w:tc>
      </w:tr>
      <w:tr w:rsidR="00807297" w:rsidRPr="001A1B66" w14:paraId="06239EC5" w14:textId="77777777">
        <w:trPr>
          <w:cantSplit/>
          <w:jc w:val="center"/>
        </w:trPr>
        <w:tc>
          <w:tcPr>
            <w:tcW w:w="680" w:type="dxa"/>
            <w:shd w:val="clear" w:color="auto" w:fill="FAFAFA"/>
            <w:tcMar>
              <w:top w:w="75" w:type="dxa"/>
              <w:left w:w="85" w:type="dxa"/>
              <w:bottom w:w="75" w:type="dxa"/>
              <w:right w:w="85" w:type="dxa"/>
            </w:tcMar>
            <w:vAlign w:val="center"/>
          </w:tcPr>
          <w:p w14:paraId="45442599" w14:textId="77777777" w:rsidR="00807297" w:rsidRPr="001A1B66" w:rsidRDefault="00000000">
            <w:pPr>
              <w:spacing w:after="0" w:line="240" w:lineRule="auto"/>
              <w:jc w:val="center"/>
              <w:rPr>
                <w:noProof/>
                <w:lang w:val="ro-RO"/>
              </w:rPr>
            </w:pPr>
            <w:r w:rsidRPr="001A1B66">
              <w:rPr>
                <w:noProof/>
                <w:sz w:val="14"/>
                <w:lang w:val="ro-RO"/>
              </w:rPr>
              <w:t>O-02</w:t>
            </w:r>
          </w:p>
        </w:tc>
        <w:tc>
          <w:tcPr>
            <w:tcW w:w="1531" w:type="dxa"/>
            <w:shd w:val="clear" w:color="auto" w:fill="FAFAFA"/>
            <w:tcMar>
              <w:top w:w="75" w:type="dxa"/>
              <w:left w:w="85" w:type="dxa"/>
              <w:bottom w:w="75" w:type="dxa"/>
              <w:right w:w="85" w:type="dxa"/>
            </w:tcMar>
            <w:vAlign w:val="center"/>
          </w:tcPr>
          <w:p w14:paraId="62634635" w14:textId="77777777" w:rsidR="00807297" w:rsidRPr="001A1B66" w:rsidRDefault="00807297">
            <w:pPr>
              <w:spacing w:after="0" w:line="240" w:lineRule="auto"/>
              <w:rPr>
                <w:noProof/>
                <w:lang w:val="ro-RO"/>
              </w:rPr>
            </w:pPr>
          </w:p>
        </w:tc>
        <w:tc>
          <w:tcPr>
            <w:tcW w:w="3572" w:type="dxa"/>
            <w:shd w:val="clear" w:color="auto" w:fill="FAFAFA"/>
            <w:tcMar>
              <w:top w:w="75" w:type="dxa"/>
              <w:left w:w="85" w:type="dxa"/>
              <w:bottom w:w="75" w:type="dxa"/>
              <w:right w:w="85" w:type="dxa"/>
            </w:tcMar>
            <w:vAlign w:val="center"/>
          </w:tcPr>
          <w:p w14:paraId="1589411D" w14:textId="77777777" w:rsidR="00807297" w:rsidRPr="001A1B66" w:rsidRDefault="00807297">
            <w:pPr>
              <w:spacing w:after="0" w:line="240" w:lineRule="auto"/>
              <w:rPr>
                <w:noProof/>
                <w:lang w:val="ro-RO"/>
              </w:rPr>
            </w:pPr>
          </w:p>
        </w:tc>
        <w:tc>
          <w:tcPr>
            <w:tcW w:w="1134" w:type="dxa"/>
            <w:shd w:val="clear" w:color="auto" w:fill="FAFAFA"/>
            <w:tcMar>
              <w:top w:w="75" w:type="dxa"/>
              <w:left w:w="85" w:type="dxa"/>
              <w:bottom w:w="75" w:type="dxa"/>
              <w:right w:w="85" w:type="dxa"/>
            </w:tcMar>
            <w:vAlign w:val="center"/>
          </w:tcPr>
          <w:p w14:paraId="4D93B18D" w14:textId="77777777" w:rsidR="00807297" w:rsidRPr="001A1B66" w:rsidRDefault="00000000">
            <w:pPr>
              <w:spacing w:after="0" w:line="240" w:lineRule="auto"/>
              <w:jc w:val="center"/>
              <w:rPr>
                <w:noProof/>
                <w:lang w:val="ro-RO"/>
              </w:rPr>
            </w:pPr>
            <w:r w:rsidRPr="001A1B66">
              <w:rPr>
                <w:noProof/>
                <w:sz w:val="14"/>
                <w:lang w:val="ro-RO"/>
              </w:rPr>
              <w:t>G/A/R</w:t>
            </w:r>
          </w:p>
        </w:tc>
        <w:tc>
          <w:tcPr>
            <w:tcW w:w="3005" w:type="dxa"/>
            <w:shd w:val="clear" w:color="auto" w:fill="FAFAFA"/>
            <w:tcMar>
              <w:top w:w="75" w:type="dxa"/>
              <w:left w:w="85" w:type="dxa"/>
              <w:bottom w:w="75" w:type="dxa"/>
              <w:right w:w="85" w:type="dxa"/>
            </w:tcMar>
            <w:vAlign w:val="center"/>
          </w:tcPr>
          <w:p w14:paraId="360F5B05" w14:textId="77777777" w:rsidR="00807297" w:rsidRPr="001A1B66" w:rsidRDefault="00807297">
            <w:pPr>
              <w:spacing w:after="0" w:line="240" w:lineRule="auto"/>
              <w:rPr>
                <w:noProof/>
                <w:lang w:val="ro-RO"/>
              </w:rPr>
            </w:pPr>
          </w:p>
        </w:tc>
      </w:tr>
      <w:tr w:rsidR="00807297" w:rsidRPr="001A1B66" w14:paraId="46EECC22" w14:textId="77777777">
        <w:trPr>
          <w:cantSplit/>
          <w:jc w:val="center"/>
        </w:trPr>
        <w:tc>
          <w:tcPr>
            <w:tcW w:w="680" w:type="dxa"/>
            <w:shd w:val="clear" w:color="auto" w:fill="FFFFFF"/>
            <w:tcMar>
              <w:top w:w="75" w:type="dxa"/>
              <w:left w:w="85" w:type="dxa"/>
              <w:bottom w:w="75" w:type="dxa"/>
              <w:right w:w="85" w:type="dxa"/>
            </w:tcMar>
            <w:vAlign w:val="center"/>
          </w:tcPr>
          <w:p w14:paraId="1F8E97C7" w14:textId="77777777" w:rsidR="00807297" w:rsidRPr="001A1B66" w:rsidRDefault="00000000">
            <w:pPr>
              <w:spacing w:after="0" w:line="240" w:lineRule="auto"/>
              <w:jc w:val="center"/>
              <w:rPr>
                <w:noProof/>
                <w:lang w:val="ro-RO"/>
              </w:rPr>
            </w:pPr>
            <w:r w:rsidRPr="001A1B66">
              <w:rPr>
                <w:noProof/>
                <w:sz w:val="14"/>
                <w:lang w:val="ro-RO"/>
              </w:rPr>
              <w:t>O-03</w:t>
            </w:r>
          </w:p>
        </w:tc>
        <w:tc>
          <w:tcPr>
            <w:tcW w:w="1531" w:type="dxa"/>
            <w:shd w:val="clear" w:color="auto" w:fill="FFFFFF"/>
            <w:tcMar>
              <w:top w:w="75" w:type="dxa"/>
              <w:left w:w="85" w:type="dxa"/>
              <w:bottom w:w="75" w:type="dxa"/>
              <w:right w:w="85" w:type="dxa"/>
            </w:tcMar>
            <w:vAlign w:val="center"/>
          </w:tcPr>
          <w:p w14:paraId="3C616737" w14:textId="77777777" w:rsidR="00807297" w:rsidRPr="001A1B66" w:rsidRDefault="00807297">
            <w:pPr>
              <w:spacing w:after="0" w:line="240" w:lineRule="auto"/>
              <w:rPr>
                <w:noProof/>
                <w:lang w:val="ro-RO"/>
              </w:rPr>
            </w:pPr>
          </w:p>
        </w:tc>
        <w:tc>
          <w:tcPr>
            <w:tcW w:w="3572" w:type="dxa"/>
            <w:shd w:val="clear" w:color="auto" w:fill="FFFFFF"/>
            <w:tcMar>
              <w:top w:w="75" w:type="dxa"/>
              <w:left w:w="85" w:type="dxa"/>
              <w:bottom w:w="75" w:type="dxa"/>
              <w:right w:w="85" w:type="dxa"/>
            </w:tcMar>
            <w:vAlign w:val="center"/>
          </w:tcPr>
          <w:p w14:paraId="7FC16C1D" w14:textId="77777777" w:rsidR="00807297" w:rsidRPr="001A1B66" w:rsidRDefault="00807297">
            <w:pPr>
              <w:spacing w:after="0" w:line="240" w:lineRule="auto"/>
              <w:rPr>
                <w:noProof/>
                <w:lang w:val="ro-RO"/>
              </w:rPr>
            </w:pPr>
          </w:p>
        </w:tc>
        <w:tc>
          <w:tcPr>
            <w:tcW w:w="1134" w:type="dxa"/>
            <w:shd w:val="clear" w:color="auto" w:fill="FFFFFF"/>
            <w:tcMar>
              <w:top w:w="75" w:type="dxa"/>
              <w:left w:w="85" w:type="dxa"/>
              <w:bottom w:w="75" w:type="dxa"/>
              <w:right w:w="85" w:type="dxa"/>
            </w:tcMar>
            <w:vAlign w:val="center"/>
          </w:tcPr>
          <w:p w14:paraId="3A5D8B26" w14:textId="77777777" w:rsidR="00807297" w:rsidRPr="001A1B66" w:rsidRDefault="00000000">
            <w:pPr>
              <w:spacing w:after="0" w:line="240" w:lineRule="auto"/>
              <w:jc w:val="center"/>
              <w:rPr>
                <w:noProof/>
                <w:lang w:val="ro-RO"/>
              </w:rPr>
            </w:pPr>
            <w:r w:rsidRPr="001A1B66">
              <w:rPr>
                <w:noProof/>
                <w:sz w:val="14"/>
                <w:lang w:val="ro-RO"/>
              </w:rPr>
              <w:t>G/A/R</w:t>
            </w:r>
          </w:p>
        </w:tc>
        <w:tc>
          <w:tcPr>
            <w:tcW w:w="3005" w:type="dxa"/>
            <w:shd w:val="clear" w:color="auto" w:fill="FFFFFF"/>
            <w:tcMar>
              <w:top w:w="75" w:type="dxa"/>
              <w:left w:w="85" w:type="dxa"/>
              <w:bottom w:w="75" w:type="dxa"/>
              <w:right w:w="85" w:type="dxa"/>
            </w:tcMar>
            <w:vAlign w:val="center"/>
          </w:tcPr>
          <w:p w14:paraId="31AFF8F6" w14:textId="77777777" w:rsidR="00807297" w:rsidRPr="001A1B66" w:rsidRDefault="00807297">
            <w:pPr>
              <w:spacing w:after="0" w:line="240" w:lineRule="auto"/>
              <w:rPr>
                <w:noProof/>
                <w:lang w:val="ro-RO"/>
              </w:rPr>
            </w:pPr>
          </w:p>
        </w:tc>
      </w:tr>
      <w:tr w:rsidR="00807297" w:rsidRPr="001A1B66" w14:paraId="4DB68E17" w14:textId="77777777">
        <w:trPr>
          <w:cantSplit/>
          <w:jc w:val="center"/>
        </w:trPr>
        <w:tc>
          <w:tcPr>
            <w:tcW w:w="680" w:type="dxa"/>
            <w:shd w:val="clear" w:color="auto" w:fill="FAFAFA"/>
            <w:tcMar>
              <w:top w:w="75" w:type="dxa"/>
              <w:left w:w="85" w:type="dxa"/>
              <w:bottom w:w="75" w:type="dxa"/>
              <w:right w:w="85" w:type="dxa"/>
            </w:tcMar>
            <w:vAlign w:val="center"/>
          </w:tcPr>
          <w:p w14:paraId="521A1B3A" w14:textId="77777777" w:rsidR="00807297" w:rsidRPr="001A1B66" w:rsidRDefault="00000000">
            <w:pPr>
              <w:spacing w:after="0" w:line="240" w:lineRule="auto"/>
              <w:jc w:val="center"/>
              <w:rPr>
                <w:noProof/>
                <w:lang w:val="ro-RO"/>
              </w:rPr>
            </w:pPr>
            <w:r w:rsidRPr="001A1B66">
              <w:rPr>
                <w:noProof/>
                <w:sz w:val="14"/>
                <w:lang w:val="ro-RO"/>
              </w:rPr>
              <w:t>O-04</w:t>
            </w:r>
          </w:p>
        </w:tc>
        <w:tc>
          <w:tcPr>
            <w:tcW w:w="1531" w:type="dxa"/>
            <w:shd w:val="clear" w:color="auto" w:fill="FAFAFA"/>
            <w:tcMar>
              <w:top w:w="75" w:type="dxa"/>
              <w:left w:w="85" w:type="dxa"/>
              <w:bottom w:w="75" w:type="dxa"/>
              <w:right w:w="85" w:type="dxa"/>
            </w:tcMar>
            <w:vAlign w:val="center"/>
          </w:tcPr>
          <w:p w14:paraId="4E9368F8" w14:textId="77777777" w:rsidR="00807297" w:rsidRPr="001A1B66" w:rsidRDefault="00807297">
            <w:pPr>
              <w:spacing w:after="0" w:line="240" w:lineRule="auto"/>
              <w:rPr>
                <w:noProof/>
                <w:lang w:val="ro-RO"/>
              </w:rPr>
            </w:pPr>
          </w:p>
        </w:tc>
        <w:tc>
          <w:tcPr>
            <w:tcW w:w="3572" w:type="dxa"/>
            <w:shd w:val="clear" w:color="auto" w:fill="FAFAFA"/>
            <w:tcMar>
              <w:top w:w="75" w:type="dxa"/>
              <w:left w:w="85" w:type="dxa"/>
              <w:bottom w:w="75" w:type="dxa"/>
              <w:right w:w="85" w:type="dxa"/>
            </w:tcMar>
            <w:vAlign w:val="center"/>
          </w:tcPr>
          <w:p w14:paraId="082ED753" w14:textId="77777777" w:rsidR="00807297" w:rsidRPr="001A1B66" w:rsidRDefault="00807297">
            <w:pPr>
              <w:spacing w:after="0" w:line="240" w:lineRule="auto"/>
              <w:rPr>
                <w:noProof/>
                <w:lang w:val="ro-RO"/>
              </w:rPr>
            </w:pPr>
          </w:p>
        </w:tc>
        <w:tc>
          <w:tcPr>
            <w:tcW w:w="1134" w:type="dxa"/>
            <w:shd w:val="clear" w:color="auto" w:fill="FAFAFA"/>
            <w:tcMar>
              <w:top w:w="75" w:type="dxa"/>
              <w:left w:w="85" w:type="dxa"/>
              <w:bottom w:w="75" w:type="dxa"/>
              <w:right w:w="85" w:type="dxa"/>
            </w:tcMar>
            <w:vAlign w:val="center"/>
          </w:tcPr>
          <w:p w14:paraId="08074DD8" w14:textId="77777777" w:rsidR="00807297" w:rsidRPr="001A1B66" w:rsidRDefault="00000000">
            <w:pPr>
              <w:spacing w:after="0" w:line="240" w:lineRule="auto"/>
              <w:jc w:val="center"/>
              <w:rPr>
                <w:noProof/>
                <w:lang w:val="ro-RO"/>
              </w:rPr>
            </w:pPr>
            <w:r w:rsidRPr="001A1B66">
              <w:rPr>
                <w:noProof/>
                <w:sz w:val="14"/>
                <w:lang w:val="ro-RO"/>
              </w:rPr>
              <w:t>G/A/R</w:t>
            </w:r>
          </w:p>
        </w:tc>
        <w:tc>
          <w:tcPr>
            <w:tcW w:w="3005" w:type="dxa"/>
            <w:shd w:val="clear" w:color="auto" w:fill="FAFAFA"/>
            <w:tcMar>
              <w:top w:w="75" w:type="dxa"/>
              <w:left w:w="85" w:type="dxa"/>
              <w:bottom w:w="75" w:type="dxa"/>
              <w:right w:w="85" w:type="dxa"/>
            </w:tcMar>
            <w:vAlign w:val="center"/>
          </w:tcPr>
          <w:p w14:paraId="1B41FDE9" w14:textId="77777777" w:rsidR="00807297" w:rsidRPr="001A1B66" w:rsidRDefault="00807297">
            <w:pPr>
              <w:spacing w:after="0" w:line="240" w:lineRule="auto"/>
              <w:rPr>
                <w:noProof/>
                <w:lang w:val="ro-RO"/>
              </w:rPr>
            </w:pPr>
          </w:p>
        </w:tc>
      </w:tr>
      <w:tr w:rsidR="00807297" w:rsidRPr="001A1B66" w14:paraId="34B298C9" w14:textId="77777777">
        <w:trPr>
          <w:cantSplit/>
          <w:jc w:val="center"/>
        </w:trPr>
        <w:tc>
          <w:tcPr>
            <w:tcW w:w="680" w:type="dxa"/>
            <w:shd w:val="clear" w:color="auto" w:fill="FFFFFF"/>
            <w:tcMar>
              <w:top w:w="75" w:type="dxa"/>
              <w:left w:w="85" w:type="dxa"/>
              <w:bottom w:w="75" w:type="dxa"/>
              <w:right w:w="85" w:type="dxa"/>
            </w:tcMar>
            <w:vAlign w:val="center"/>
          </w:tcPr>
          <w:p w14:paraId="6F75D5E7" w14:textId="77777777" w:rsidR="00807297" w:rsidRPr="001A1B66" w:rsidRDefault="00000000">
            <w:pPr>
              <w:spacing w:after="0" w:line="240" w:lineRule="auto"/>
              <w:jc w:val="center"/>
              <w:rPr>
                <w:noProof/>
                <w:lang w:val="ro-RO"/>
              </w:rPr>
            </w:pPr>
            <w:r w:rsidRPr="001A1B66">
              <w:rPr>
                <w:noProof/>
                <w:sz w:val="14"/>
                <w:lang w:val="ro-RO"/>
              </w:rPr>
              <w:t>O-05</w:t>
            </w:r>
          </w:p>
        </w:tc>
        <w:tc>
          <w:tcPr>
            <w:tcW w:w="1531" w:type="dxa"/>
            <w:shd w:val="clear" w:color="auto" w:fill="FFFFFF"/>
            <w:tcMar>
              <w:top w:w="75" w:type="dxa"/>
              <w:left w:w="85" w:type="dxa"/>
              <w:bottom w:w="75" w:type="dxa"/>
              <w:right w:w="85" w:type="dxa"/>
            </w:tcMar>
            <w:vAlign w:val="center"/>
          </w:tcPr>
          <w:p w14:paraId="169BFF0C" w14:textId="77777777" w:rsidR="00807297" w:rsidRPr="001A1B66" w:rsidRDefault="00807297">
            <w:pPr>
              <w:spacing w:after="0" w:line="240" w:lineRule="auto"/>
              <w:rPr>
                <w:noProof/>
                <w:lang w:val="ro-RO"/>
              </w:rPr>
            </w:pPr>
          </w:p>
        </w:tc>
        <w:tc>
          <w:tcPr>
            <w:tcW w:w="3572" w:type="dxa"/>
            <w:shd w:val="clear" w:color="auto" w:fill="FFFFFF"/>
            <w:tcMar>
              <w:top w:w="75" w:type="dxa"/>
              <w:left w:w="85" w:type="dxa"/>
              <w:bottom w:w="75" w:type="dxa"/>
              <w:right w:w="85" w:type="dxa"/>
            </w:tcMar>
            <w:vAlign w:val="center"/>
          </w:tcPr>
          <w:p w14:paraId="79943A36" w14:textId="77777777" w:rsidR="00807297" w:rsidRPr="001A1B66" w:rsidRDefault="00807297">
            <w:pPr>
              <w:spacing w:after="0" w:line="240" w:lineRule="auto"/>
              <w:rPr>
                <w:noProof/>
                <w:lang w:val="ro-RO"/>
              </w:rPr>
            </w:pPr>
          </w:p>
        </w:tc>
        <w:tc>
          <w:tcPr>
            <w:tcW w:w="1134" w:type="dxa"/>
            <w:shd w:val="clear" w:color="auto" w:fill="FFFFFF"/>
            <w:tcMar>
              <w:top w:w="75" w:type="dxa"/>
              <w:left w:w="85" w:type="dxa"/>
              <w:bottom w:w="75" w:type="dxa"/>
              <w:right w:w="85" w:type="dxa"/>
            </w:tcMar>
            <w:vAlign w:val="center"/>
          </w:tcPr>
          <w:p w14:paraId="468A1510" w14:textId="77777777" w:rsidR="00807297" w:rsidRPr="001A1B66" w:rsidRDefault="00000000">
            <w:pPr>
              <w:spacing w:after="0" w:line="240" w:lineRule="auto"/>
              <w:jc w:val="center"/>
              <w:rPr>
                <w:noProof/>
                <w:lang w:val="ro-RO"/>
              </w:rPr>
            </w:pPr>
            <w:r w:rsidRPr="001A1B66">
              <w:rPr>
                <w:noProof/>
                <w:sz w:val="14"/>
                <w:lang w:val="ro-RO"/>
              </w:rPr>
              <w:t>G/A/R</w:t>
            </w:r>
          </w:p>
        </w:tc>
        <w:tc>
          <w:tcPr>
            <w:tcW w:w="3005" w:type="dxa"/>
            <w:shd w:val="clear" w:color="auto" w:fill="FFFFFF"/>
            <w:tcMar>
              <w:top w:w="75" w:type="dxa"/>
              <w:left w:w="85" w:type="dxa"/>
              <w:bottom w:w="75" w:type="dxa"/>
              <w:right w:w="85" w:type="dxa"/>
            </w:tcMar>
            <w:vAlign w:val="center"/>
          </w:tcPr>
          <w:p w14:paraId="3A56F2EF" w14:textId="77777777" w:rsidR="00807297" w:rsidRPr="001A1B66" w:rsidRDefault="00807297">
            <w:pPr>
              <w:spacing w:after="0" w:line="240" w:lineRule="auto"/>
              <w:rPr>
                <w:noProof/>
                <w:lang w:val="ro-RO"/>
              </w:rPr>
            </w:pPr>
          </w:p>
        </w:tc>
      </w:tr>
      <w:tr w:rsidR="00807297" w:rsidRPr="001A1B66" w14:paraId="7E1B5F3B" w14:textId="77777777">
        <w:trPr>
          <w:cantSplit/>
          <w:jc w:val="center"/>
        </w:trPr>
        <w:tc>
          <w:tcPr>
            <w:tcW w:w="680" w:type="dxa"/>
            <w:shd w:val="clear" w:color="auto" w:fill="FAFAFA"/>
            <w:tcMar>
              <w:top w:w="75" w:type="dxa"/>
              <w:left w:w="85" w:type="dxa"/>
              <w:bottom w:w="75" w:type="dxa"/>
              <w:right w:w="85" w:type="dxa"/>
            </w:tcMar>
            <w:vAlign w:val="center"/>
          </w:tcPr>
          <w:p w14:paraId="429C2851" w14:textId="77777777" w:rsidR="00807297" w:rsidRPr="001A1B66" w:rsidRDefault="00000000">
            <w:pPr>
              <w:spacing w:after="0" w:line="240" w:lineRule="auto"/>
              <w:jc w:val="center"/>
              <w:rPr>
                <w:noProof/>
                <w:lang w:val="ro-RO"/>
              </w:rPr>
            </w:pPr>
            <w:r w:rsidRPr="001A1B66">
              <w:rPr>
                <w:noProof/>
                <w:sz w:val="14"/>
                <w:lang w:val="ro-RO"/>
              </w:rPr>
              <w:t>O-06</w:t>
            </w:r>
          </w:p>
        </w:tc>
        <w:tc>
          <w:tcPr>
            <w:tcW w:w="1531" w:type="dxa"/>
            <w:shd w:val="clear" w:color="auto" w:fill="FAFAFA"/>
            <w:tcMar>
              <w:top w:w="75" w:type="dxa"/>
              <w:left w:w="85" w:type="dxa"/>
              <w:bottom w:w="75" w:type="dxa"/>
              <w:right w:w="85" w:type="dxa"/>
            </w:tcMar>
            <w:vAlign w:val="center"/>
          </w:tcPr>
          <w:p w14:paraId="7BC38855" w14:textId="77777777" w:rsidR="00807297" w:rsidRPr="001A1B66" w:rsidRDefault="00807297">
            <w:pPr>
              <w:spacing w:after="0" w:line="240" w:lineRule="auto"/>
              <w:rPr>
                <w:noProof/>
                <w:lang w:val="ro-RO"/>
              </w:rPr>
            </w:pPr>
          </w:p>
        </w:tc>
        <w:tc>
          <w:tcPr>
            <w:tcW w:w="3572" w:type="dxa"/>
            <w:shd w:val="clear" w:color="auto" w:fill="FAFAFA"/>
            <w:tcMar>
              <w:top w:w="75" w:type="dxa"/>
              <w:left w:w="85" w:type="dxa"/>
              <w:bottom w:w="75" w:type="dxa"/>
              <w:right w:w="85" w:type="dxa"/>
            </w:tcMar>
            <w:vAlign w:val="center"/>
          </w:tcPr>
          <w:p w14:paraId="17522E13" w14:textId="77777777" w:rsidR="00807297" w:rsidRPr="001A1B66" w:rsidRDefault="00807297">
            <w:pPr>
              <w:spacing w:after="0" w:line="240" w:lineRule="auto"/>
              <w:rPr>
                <w:noProof/>
                <w:lang w:val="ro-RO"/>
              </w:rPr>
            </w:pPr>
          </w:p>
        </w:tc>
        <w:tc>
          <w:tcPr>
            <w:tcW w:w="1134" w:type="dxa"/>
            <w:shd w:val="clear" w:color="auto" w:fill="FAFAFA"/>
            <w:tcMar>
              <w:top w:w="75" w:type="dxa"/>
              <w:left w:w="85" w:type="dxa"/>
              <w:bottom w:w="75" w:type="dxa"/>
              <w:right w:w="85" w:type="dxa"/>
            </w:tcMar>
            <w:vAlign w:val="center"/>
          </w:tcPr>
          <w:p w14:paraId="46BE58DB" w14:textId="77777777" w:rsidR="00807297" w:rsidRPr="001A1B66" w:rsidRDefault="00000000">
            <w:pPr>
              <w:spacing w:after="0" w:line="240" w:lineRule="auto"/>
              <w:jc w:val="center"/>
              <w:rPr>
                <w:noProof/>
                <w:lang w:val="ro-RO"/>
              </w:rPr>
            </w:pPr>
            <w:r w:rsidRPr="001A1B66">
              <w:rPr>
                <w:noProof/>
                <w:sz w:val="14"/>
                <w:lang w:val="ro-RO"/>
              </w:rPr>
              <w:t>G/A/R</w:t>
            </w:r>
          </w:p>
        </w:tc>
        <w:tc>
          <w:tcPr>
            <w:tcW w:w="3005" w:type="dxa"/>
            <w:shd w:val="clear" w:color="auto" w:fill="FAFAFA"/>
            <w:tcMar>
              <w:top w:w="75" w:type="dxa"/>
              <w:left w:w="85" w:type="dxa"/>
              <w:bottom w:w="75" w:type="dxa"/>
              <w:right w:w="85" w:type="dxa"/>
            </w:tcMar>
            <w:vAlign w:val="center"/>
          </w:tcPr>
          <w:p w14:paraId="0F63AE1E" w14:textId="77777777" w:rsidR="00807297" w:rsidRPr="001A1B66" w:rsidRDefault="00807297">
            <w:pPr>
              <w:spacing w:after="0" w:line="240" w:lineRule="auto"/>
              <w:rPr>
                <w:noProof/>
                <w:lang w:val="ro-RO"/>
              </w:rPr>
            </w:pPr>
          </w:p>
        </w:tc>
      </w:tr>
      <w:tr w:rsidR="00807297" w:rsidRPr="001A1B66" w14:paraId="5696F6FA" w14:textId="77777777">
        <w:trPr>
          <w:cantSplit/>
          <w:jc w:val="center"/>
        </w:trPr>
        <w:tc>
          <w:tcPr>
            <w:tcW w:w="680" w:type="dxa"/>
            <w:shd w:val="clear" w:color="auto" w:fill="FFFFFF"/>
            <w:tcMar>
              <w:top w:w="75" w:type="dxa"/>
              <w:left w:w="85" w:type="dxa"/>
              <w:bottom w:w="75" w:type="dxa"/>
              <w:right w:w="85" w:type="dxa"/>
            </w:tcMar>
            <w:vAlign w:val="center"/>
          </w:tcPr>
          <w:p w14:paraId="7B214C52" w14:textId="77777777" w:rsidR="00807297" w:rsidRPr="001A1B66" w:rsidRDefault="00000000">
            <w:pPr>
              <w:spacing w:after="0" w:line="240" w:lineRule="auto"/>
              <w:jc w:val="center"/>
              <w:rPr>
                <w:noProof/>
                <w:lang w:val="ro-RO"/>
              </w:rPr>
            </w:pPr>
            <w:r w:rsidRPr="001A1B66">
              <w:rPr>
                <w:noProof/>
                <w:sz w:val="14"/>
                <w:lang w:val="ro-RO"/>
              </w:rPr>
              <w:t>O-07</w:t>
            </w:r>
          </w:p>
        </w:tc>
        <w:tc>
          <w:tcPr>
            <w:tcW w:w="1531" w:type="dxa"/>
            <w:shd w:val="clear" w:color="auto" w:fill="FFFFFF"/>
            <w:tcMar>
              <w:top w:w="75" w:type="dxa"/>
              <w:left w:w="85" w:type="dxa"/>
              <w:bottom w:w="75" w:type="dxa"/>
              <w:right w:w="85" w:type="dxa"/>
            </w:tcMar>
            <w:vAlign w:val="center"/>
          </w:tcPr>
          <w:p w14:paraId="4779E996" w14:textId="77777777" w:rsidR="00807297" w:rsidRPr="001A1B66" w:rsidRDefault="00807297">
            <w:pPr>
              <w:spacing w:after="0" w:line="240" w:lineRule="auto"/>
              <w:rPr>
                <w:noProof/>
                <w:lang w:val="ro-RO"/>
              </w:rPr>
            </w:pPr>
          </w:p>
        </w:tc>
        <w:tc>
          <w:tcPr>
            <w:tcW w:w="3572" w:type="dxa"/>
            <w:shd w:val="clear" w:color="auto" w:fill="FFFFFF"/>
            <w:tcMar>
              <w:top w:w="75" w:type="dxa"/>
              <w:left w:w="85" w:type="dxa"/>
              <w:bottom w:w="75" w:type="dxa"/>
              <w:right w:w="85" w:type="dxa"/>
            </w:tcMar>
            <w:vAlign w:val="center"/>
          </w:tcPr>
          <w:p w14:paraId="2B030CD0" w14:textId="77777777" w:rsidR="00807297" w:rsidRPr="001A1B66" w:rsidRDefault="00807297">
            <w:pPr>
              <w:spacing w:after="0" w:line="240" w:lineRule="auto"/>
              <w:rPr>
                <w:noProof/>
                <w:lang w:val="ro-RO"/>
              </w:rPr>
            </w:pPr>
          </w:p>
        </w:tc>
        <w:tc>
          <w:tcPr>
            <w:tcW w:w="1134" w:type="dxa"/>
            <w:shd w:val="clear" w:color="auto" w:fill="FFFFFF"/>
            <w:tcMar>
              <w:top w:w="75" w:type="dxa"/>
              <w:left w:w="85" w:type="dxa"/>
              <w:bottom w:w="75" w:type="dxa"/>
              <w:right w:w="85" w:type="dxa"/>
            </w:tcMar>
            <w:vAlign w:val="center"/>
          </w:tcPr>
          <w:p w14:paraId="2F0F61ED" w14:textId="77777777" w:rsidR="00807297" w:rsidRPr="001A1B66" w:rsidRDefault="00000000">
            <w:pPr>
              <w:spacing w:after="0" w:line="240" w:lineRule="auto"/>
              <w:jc w:val="center"/>
              <w:rPr>
                <w:noProof/>
                <w:lang w:val="ro-RO"/>
              </w:rPr>
            </w:pPr>
            <w:r w:rsidRPr="001A1B66">
              <w:rPr>
                <w:noProof/>
                <w:sz w:val="14"/>
                <w:lang w:val="ro-RO"/>
              </w:rPr>
              <w:t>G/A/R</w:t>
            </w:r>
          </w:p>
        </w:tc>
        <w:tc>
          <w:tcPr>
            <w:tcW w:w="3005" w:type="dxa"/>
            <w:shd w:val="clear" w:color="auto" w:fill="FFFFFF"/>
            <w:tcMar>
              <w:top w:w="75" w:type="dxa"/>
              <w:left w:w="85" w:type="dxa"/>
              <w:bottom w:w="75" w:type="dxa"/>
              <w:right w:w="85" w:type="dxa"/>
            </w:tcMar>
            <w:vAlign w:val="center"/>
          </w:tcPr>
          <w:p w14:paraId="7C2C9D2E" w14:textId="77777777" w:rsidR="00807297" w:rsidRPr="001A1B66" w:rsidRDefault="00807297">
            <w:pPr>
              <w:spacing w:after="0" w:line="240" w:lineRule="auto"/>
              <w:rPr>
                <w:noProof/>
                <w:lang w:val="ro-RO"/>
              </w:rPr>
            </w:pPr>
          </w:p>
        </w:tc>
      </w:tr>
      <w:tr w:rsidR="00807297" w:rsidRPr="001A1B66" w14:paraId="761E4114" w14:textId="77777777">
        <w:trPr>
          <w:cantSplit/>
          <w:jc w:val="center"/>
        </w:trPr>
        <w:tc>
          <w:tcPr>
            <w:tcW w:w="680" w:type="dxa"/>
            <w:shd w:val="clear" w:color="auto" w:fill="FAFAFA"/>
            <w:tcMar>
              <w:top w:w="75" w:type="dxa"/>
              <w:left w:w="85" w:type="dxa"/>
              <w:bottom w:w="75" w:type="dxa"/>
              <w:right w:w="85" w:type="dxa"/>
            </w:tcMar>
            <w:vAlign w:val="center"/>
          </w:tcPr>
          <w:p w14:paraId="788DCC07" w14:textId="77777777" w:rsidR="00807297" w:rsidRPr="001A1B66" w:rsidRDefault="00000000">
            <w:pPr>
              <w:spacing w:after="0" w:line="240" w:lineRule="auto"/>
              <w:jc w:val="center"/>
              <w:rPr>
                <w:noProof/>
                <w:lang w:val="ro-RO"/>
              </w:rPr>
            </w:pPr>
            <w:r w:rsidRPr="001A1B66">
              <w:rPr>
                <w:noProof/>
                <w:sz w:val="14"/>
                <w:lang w:val="ro-RO"/>
              </w:rPr>
              <w:t>O-08</w:t>
            </w:r>
          </w:p>
        </w:tc>
        <w:tc>
          <w:tcPr>
            <w:tcW w:w="1531" w:type="dxa"/>
            <w:shd w:val="clear" w:color="auto" w:fill="FAFAFA"/>
            <w:tcMar>
              <w:top w:w="75" w:type="dxa"/>
              <w:left w:w="85" w:type="dxa"/>
              <w:bottom w:w="75" w:type="dxa"/>
              <w:right w:w="85" w:type="dxa"/>
            </w:tcMar>
            <w:vAlign w:val="center"/>
          </w:tcPr>
          <w:p w14:paraId="72D9285E" w14:textId="77777777" w:rsidR="00807297" w:rsidRPr="001A1B66" w:rsidRDefault="00807297">
            <w:pPr>
              <w:spacing w:after="0" w:line="240" w:lineRule="auto"/>
              <w:rPr>
                <w:noProof/>
                <w:lang w:val="ro-RO"/>
              </w:rPr>
            </w:pPr>
          </w:p>
        </w:tc>
        <w:tc>
          <w:tcPr>
            <w:tcW w:w="3572" w:type="dxa"/>
            <w:shd w:val="clear" w:color="auto" w:fill="FAFAFA"/>
            <w:tcMar>
              <w:top w:w="75" w:type="dxa"/>
              <w:left w:w="85" w:type="dxa"/>
              <w:bottom w:w="75" w:type="dxa"/>
              <w:right w:w="85" w:type="dxa"/>
            </w:tcMar>
            <w:vAlign w:val="center"/>
          </w:tcPr>
          <w:p w14:paraId="0FEE99DC" w14:textId="77777777" w:rsidR="00807297" w:rsidRPr="001A1B66" w:rsidRDefault="00807297">
            <w:pPr>
              <w:spacing w:after="0" w:line="240" w:lineRule="auto"/>
              <w:rPr>
                <w:noProof/>
                <w:lang w:val="ro-RO"/>
              </w:rPr>
            </w:pPr>
          </w:p>
        </w:tc>
        <w:tc>
          <w:tcPr>
            <w:tcW w:w="1134" w:type="dxa"/>
            <w:shd w:val="clear" w:color="auto" w:fill="FAFAFA"/>
            <w:tcMar>
              <w:top w:w="75" w:type="dxa"/>
              <w:left w:w="85" w:type="dxa"/>
              <w:bottom w:w="75" w:type="dxa"/>
              <w:right w:w="85" w:type="dxa"/>
            </w:tcMar>
            <w:vAlign w:val="center"/>
          </w:tcPr>
          <w:p w14:paraId="4F913C33" w14:textId="77777777" w:rsidR="00807297" w:rsidRPr="001A1B66" w:rsidRDefault="00000000">
            <w:pPr>
              <w:spacing w:after="0" w:line="240" w:lineRule="auto"/>
              <w:jc w:val="center"/>
              <w:rPr>
                <w:noProof/>
                <w:lang w:val="ro-RO"/>
              </w:rPr>
            </w:pPr>
            <w:r w:rsidRPr="001A1B66">
              <w:rPr>
                <w:noProof/>
                <w:sz w:val="14"/>
                <w:lang w:val="ro-RO"/>
              </w:rPr>
              <w:t>G/A/R</w:t>
            </w:r>
          </w:p>
        </w:tc>
        <w:tc>
          <w:tcPr>
            <w:tcW w:w="3005" w:type="dxa"/>
            <w:shd w:val="clear" w:color="auto" w:fill="FAFAFA"/>
            <w:tcMar>
              <w:top w:w="75" w:type="dxa"/>
              <w:left w:w="85" w:type="dxa"/>
              <w:bottom w:w="75" w:type="dxa"/>
              <w:right w:w="85" w:type="dxa"/>
            </w:tcMar>
            <w:vAlign w:val="center"/>
          </w:tcPr>
          <w:p w14:paraId="11BF61F9" w14:textId="77777777" w:rsidR="00807297" w:rsidRPr="001A1B66" w:rsidRDefault="00807297">
            <w:pPr>
              <w:spacing w:after="0" w:line="240" w:lineRule="auto"/>
              <w:rPr>
                <w:noProof/>
                <w:lang w:val="ro-RO"/>
              </w:rPr>
            </w:pPr>
          </w:p>
        </w:tc>
      </w:tr>
    </w:tbl>
    <w:p w14:paraId="01B3A23E" w14:textId="77777777" w:rsidR="00807297" w:rsidRPr="001A1B66" w:rsidRDefault="00807297">
      <w:pPr>
        <w:spacing w:after="20"/>
        <w:rPr>
          <w:noProof/>
          <w:lang w:val="ro-RO"/>
        </w:rPr>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1701"/>
        <w:gridCol w:w="5102"/>
        <w:gridCol w:w="3118"/>
      </w:tblGrid>
      <w:tr w:rsidR="00807297" w:rsidRPr="001A1B66" w14:paraId="54BE9460" w14:textId="77777777">
        <w:trPr>
          <w:tblHeader/>
          <w:jc w:val="center"/>
        </w:trPr>
        <w:tc>
          <w:tcPr>
            <w:tcW w:w="1701" w:type="dxa"/>
            <w:shd w:val="clear" w:color="auto" w:fill="D71920"/>
            <w:tcMar>
              <w:top w:w="75" w:type="dxa"/>
              <w:left w:w="85" w:type="dxa"/>
              <w:bottom w:w="75" w:type="dxa"/>
              <w:right w:w="85" w:type="dxa"/>
            </w:tcMar>
            <w:vAlign w:val="center"/>
          </w:tcPr>
          <w:p w14:paraId="6363CF4E" w14:textId="77777777" w:rsidR="00807297" w:rsidRPr="001A1B66" w:rsidRDefault="00000000">
            <w:pPr>
              <w:spacing w:after="0" w:line="240" w:lineRule="auto"/>
              <w:jc w:val="center"/>
              <w:rPr>
                <w:noProof/>
                <w:lang w:val="ro-RO"/>
              </w:rPr>
            </w:pPr>
            <w:r w:rsidRPr="001A1B66">
              <w:rPr>
                <w:b/>
                <w:noProof/>
                <w:color w:val="FFFFFF"/>
                <w:sz w:val="15"/>
                <w:lang w:val="ro-RO"/>
              </w:rPr>
              <w:t>STATUS</w:t>
            </w:r>
          </w:p>
        </w:tc>
        <w:tc>
          <w:tcPr>
            <w:tcW w:w="5102" w:type="dxa"/>
            <w:shd w:val="clear" w:color="auto" w:fill="D71920"/>
            <w:tcMar>
              <w:top w:w="75" w:type="dxa"/>
              <w:left w:w="85" w:type="dxa"/>
              <w:bottom w:w="75" w:type="dxa"/>
              <w:right w:w="85" w:type="dxa"/>
            </w:tcMar>
            <w:vAlign w:val="center"/>
          </w:tcPr>
          <w:p w14:paraId="0714D8AE" w14:textId="77777777" w:rsidR="00807297" w:rsidRPr="001A1B66" w:rsidRDefault="00000000">
            <w:pPr>
              <w:spacing w:after="0" w:line="240" w:lineRule="auto"/>
              <w:jc w:val="center"/>
              <w:rPr>
                <w:noProof/>
                <w:lang w:val="ro-RO"/>
              </w:rPr>
            </w:pPr>
            <w:r w:rsidRPr="001A1B66">
              <w:rPr>
                <w:b/>
                <w:noProof/>
                <w:color w:val="FFFFFF"/>
                <w:sz w:val="15"/>
                <w:lang w:val="ro-RO"/>
              </w:rPr>
              <w:t>CRITERIU</w:t>
            </w:r>
          </w:p>
        </w:tc>
        <w:tc>
          <w:tcPr>
            <w:tcW w:w="3118" w:type="dxa"/>
            <w:shd w:val="clear" w:color="auto" w:fill="D71920"/>
            <w:tcMar>
              <w:top w:w="75" w:type="dxa"/>
              <w:left w:w="85" w:type="dxa"/>
              <w:bottom w:w="75" w:type="dxa"/>
              <w:right w:w="85" w:type="dxa"/>
            </w:tcMar>
            <w:vAlign w:val="center"/>
          </w:tcPr>
          <w:p w14:paraId="45C9408F" w14:textId="77777777" w:rsidR="00807297" w:rsidRPr="001A1B66" w:rsidRDefault="00000000">
            <w:pPr>
              <w:spacing w:after="0" w:line="240" w:lineRule="auto"/>
              <w:jc w:val="center"/>
              <w:rPr>
                <w:noProof/>
                <w:lang w:val="ro-RO"/>
              </w:rPr>
            </w:pPr>
            <w:r w:rsidRPr="001A1B66">
              <w:rPr>
                <w:b/>
                <w:noProof/>
                <w:color w:val="FFFFFF"/>
                <w:sz w:val="15"/>
                <w:lang w:val="ro-RO"/>
              </w:rPr>
              <w:t>ACȚIUNE MANAGERIALĂ</w:t>
            </w:r>
          </w:p>
        </w:tc>
      </w:tr>
      <w:tr w:rsidR="00807297" w:rsidRPr="001A1B66" w14:paraId="2050C69B" w14:textId="77777777">
        <w:trPr>
          <w:cantSplit/>
          <w:jc w:val="center"/>
        </w:trPr>
        <w:tc>
          <w:tcPr>
            <w:tcW w:w="1701" w:type="dxa"/>
            <w:shd w:val="clear" w:color="auto" w:fill="FFFFFF"/>
            <w:tcMar>
              <w:top w:w="75" w:type="dxa"/>
              <w:left w:w="85" w:type="dxa"/>
              <w:bottom w:w="75" w:type="dxa"/>
              <w:right w:w="85" w:type="dxa"/>
            </w:tcMar>
            <w:vAlign w:val="center"/>
          </w:tcPr>
          <w:p w14:paraId="2E4F0C54" w14:textId="77777777" w:rsidR="00807297" w:rsidRPr="001A1B66" w:rsidRDefault="00000000">
            <w:pPr>
              <w:spacing w:after="0" w:line="240" w:lineRule="auto"/>
              <w:rPr>
                <w:noProof/>
                <w:lang w:val="ro-RO"/>
              </w:rPr>
            </w:pPr>
            <w:r w:rsidRPr="001A1B66">
              <w:rPr>
                <w:noProof/>
                <w:sz w:val="15"/>
                <w:lang w:val="ro-RO"/>
              </w:rPr>
              <w:t>VERDE</w:t>
            </w:r>
          </w:p>
        </w:tc>
        <w:tc>
          <w:tcPr>
            <w:tcW w:w="5102" w:type="dxa"/>
            <w:shd w:val="clear" w:color="auto" w:fill="FFFFFF"/>
            <w:tcMar>
              <w:top w:w="75" w:type="dxa"/>
              <w:left w:w="85" w:type="dxa"/>
              <w:bottom w:w="75" w:type="dxa"/>
              <w:right w:w="85" w:type="dxa"/>
            </w:tcMar>
            <w:vAlign w:val="center"/>
          </w:tcPr>
          <w:p w14:paraId="2998CA1C" w14:textId="77777777" w:rsidR="00807297" w:rsidRPr="001A1B66" w:rsidRDefault="00000000">
            <w:pPr>
              <w:spacing w:after="0" w:line="240" w:lineRule="auto"/>
              <w:rPr>
                <w:noProof/>
                <w:lang w:val="ro-RO"/>
              </w:rPr>
            </w:pPr>
            <w:r w:rsidRPr="001A1B66">
              <w:rPr>
                <w:noProof/>
                <w:sz w:val="15"/>
                <w:lang w:val="ro-RO"/>
              </w:rPr>
              <w:t>Rezultatul curent este la țintă sau traiectoria confirmă atingerea la termen.</w:t>
            </w:r>
          </w:p>
        </w:tc>
        <w:tc>
          <w:tcPr>
            <w:tcW w:w="3118" w:type="dxa"/>
            <w:shd w:val="clear" w:color="auto" w:fill="FFFFFF"/>
            <w:tcMar>
              <w:top w:w="75" w:type="dxa"/>
              <w:left w:w="85" w:type="dxa"/>
              <w:bottom w:w="75" w:type="dxa"/>
              <w:right w:w="85" w:type="dxa"/>
            </w:tcMar>
            <w:vAlign w:val="center"/>
          </w:tcPr>
          <w:p w14:paraId="658E549C" w14:textId="77777777" w:rsidR="00807297" w:rsidRPr="001A1B66" w:rsidRDefault="00000000">
            <w:pPr>
              <w:spacing w:after="0" w:line="240" w:lineRule="auto"/>
              <w:rPr>
                <w:noProof/>
                <w:lang w:val="ro-RO"/>
              </w:rPr>
            </w:pPr>
            <w:r w:rsidRPr="001A1B66">
              <w:rPr>
                <w:noProof/>
                <w:sz w:val="15"/>
                <w:lang w:val="ro-RO"/>
              </w:rPr>
              <w:t>Continuați și verificați sustenabilitatea.</w:t>
            </w:r>
          </w:p>
        </w:tc>
      </w:tr>
      <w:tr w:rsidR="00807297" w:rsidRPr="00696259" w14:paraId="24A16880" w14:textId="77777777">
        <w:trPr>
          <w:cantSplit/>
          <w:jc w:val="center"/>
        </w:trPr>
        <w:tc>
          <w:tcPr>
            <w:tcW w:w="1701" w:type="dxa"/>
            <w:shd w:val="clear" w:color="auto" w:fill="FAFAFA"/>
            <w:tcMar>
              <w:top w:w="75" w:type="dxa"/>
              <w:left w:w="85" w:type="dxa"/>
              <w:bottom w:w="75" w:type="dxa"/>
              <w:right w:w="85" w:type="dxa"/>
            </w:tcMar>
            <w:vAlign w:val="center"/>
          </w:tcPr>
          <w:p w14:paraId="55DFEB4B" w14:textId="77777777" w:rsidR="00807297" w:rsidRPr="001A1B66" w:rsidRDefault="00000000">
            <w:pPr>
              <w:spacing w:after="0" w:line="240" w:lineRule="auto"/>
              <w:rPr>
                <w:noProof/>
                <w:lang w:val="ro-RO"/>
              </w:rPr>
            </w:pPr>
            <w:r w:rsidRPr="001A1B66">
              <w:rPr>
                <w:noProof/>
                <w:sz w:val="15"/>
                <w:lang w:val="ro-RO"/>
              </w:rPr>
              <w:t>GALBEN</w:t>
            </w:r>
          </w:p>
        </w:tc>
        <w:tc>
          <w:tcPr>
            <w:tcW w:w="5102" w:type="dxa"/>
            <w:shd w:val="clear" w:color="auto" w:fill="FAFAFA"/>
            <w:tcMar>
              <w:top w:w="75" w:type="dxa"/>
              <w:left w:w="85" w:type="dxa"/>
              <w:bottom w:w="75" w:type="dxa"/>
              <w:right w:w="85" w:type="dxa"/>
            </w:tcMar>
            <w:vAlign w:val="center"/>
          </w:tcPr>
          <w:p w14:paraId="0A5284ED" w14:textId="77777777" w:rsidR="00807297" w:rsidRPr="001A1B66" w:rsidRDefault="00000000">
            <w:pPr>
              <w:spacing w:after="0" w:line="240" w:lineRule="auto"/>
              <w:rPr>
                <w:noProof/>
                <w:lang w:val="ro-RO"/>
              </w:rPr>
            </w:pPr>
            <w:r w:rsidRPr="001A1B66">
              <w:rPr>
                <w:noProof/>
                <w:sz w:val="15"/>
                <w:lang w:val="ro-RO"/>
              </w:rPr>
              <w:t>Există abatere sau risc, dar recuperarea este realistă cu măsuri definite.</w:t>
            </w:r>
          </w:p>
        </w:tc>
        <w:tc>
          <w:tcPr>
            <w:tcW w:w="3118" w:type="dxa"/>
            <w:shd w:val="clear" w:color="auto" w:fill="FAFAFA"/>
            <w:tcMar>
              <w:top w:w="75" w:type="dxa"/>
              <w:left w:w="85" w:type="dxa"/>
              <w:bottom w:w="75" w:type="dxa"/>
              <w:right w:w="85" w:type="dxa"/>
            </w:tcMar>
            <w:vAlign w:val="center"/>
          </w:tcPr>
          <w:p w14:paraId="1AC2220F" w14:textId="77777777" w:rsidR="00807297" w:rsidRPr="001A1B66" w:rsidRDefault="00000000">
            <w:pPr>
              <w:spacing w:after="0" w:line="240" w:lineRule="auto"/>
              <w:rPr>
                <w:noProof/>
                <w:lang w:val="ro-RO"/>
              </w:rPr>
            </w:pPr>
            <w:r w:rsidRPr="001A1B66">
              <w:rPr>
                <w:noProof/>
                <w:sz w:val="15"/>
                <w:lang w:val="ro-RO"/>
              </w:rPr>
              <w:t>Stabiliți acțiuni și termen de revenire.</w:t>
            </w:r>
          </w:p>
        </w:tc>
      </w:tr>
      <w:tr w:rsidR="00807297" w:rsidRPr="00696259" w14:paraId="414D0EFA" w14:textId="77777777">
        <w:trPr>
          <w:cantSplit/>
          <w:jc w:val="center"/>
        </w:trPr>
        <w:tc>
          <w:tcPr>
            <w:tcW w:w="1701" w:type="dxa"/>
            <w:shd w:val="clear" w:color="auto" w:fill="FFFFFF"/>
            <w:tcMar>
              <w:top w:w="75" w:type="dxa"/>
              <w:left w:w="85" w:type="dxa"/>
              <w:bottom w:w="75" w:type="dxa"/>
              <w:right w:w="85" w:type="dxa"/>
            </w:tcMar>
            <w:vAlign w:val="center"/>
          </w:tcPr>
          <w:p w14:paraId="5F32C22D" w14:textId="77777777" w:rsidR="00807297" w:rsidRPr="001A1B66" w:rsidRDefault="00000000">
            <w:pPr>
              <w:spacing w:after="0" w:line="240" w:lineRule="auto"/>
              <w:rPr>
                <w:noProof/>
                <w:lang w:val="ro-RO"/>
              </w:rPr>
            </w:pPr>
            <w:r w:rsidRPr="001A1B66">
              <w:rPr>
                <w:noProof/>
                <w:sz w:val="15"/>
                <w:lang w:val="ro-RO"/>
              </w:rPr>
              <w:t>ROȘU</w:t>
            </w:r>
          </w:p>
        </w:tc>
        <w:tc>
          <w:tcPr>
            <w:tcW w:w="5102" w:type="dxa"/>
            <w:shd w:val="clear" w:color="auto" w:fill="FFFFFF"/>
            <w:tcMar>
              <w:top w:w="75" w:type="dxa"/>
              <w:left w:w="85" w:type="dxa"/>
              <w:bottom w:w="75" w:type="dxa"/>
              <w:right w:w="85" w:type="dxa"/>
            </w:tcMar>
            <w:vAlign w:val="center"/>
          </w:tcPr>
          <w:p w14:paraId="395023B8" w14:textId="77777777" w:rsidR="00807297" w:rsidRPr="001A1B66" w:rsidRDefault="00000000">
            <w:pPr>
              <w:spacing w:after="0" w:line="240" w:lineRule="auto"/>
              <w:rPr>
                <w:noProof/>
                <w:lang w:val="ro-RO"/>
              </w:rPr>
            </w:pPr>
            <w:r w:rsidRPr="001A1B66">
              <w:rPr>
                <w:noProof/>
                <w:sz w:val="15"/>
                <w:lang w:val="ro-RO"/>
              </w:rPr>
              <w:t>Ținta este ratată, trendul este nefavorabil ori datele sunt insuficiente.</w:t>
            </w:r>
          </w:p>
        </w:tc>
        <w:tc>
          <w:tcPr>
            <w:tcW w:w="3118" w:type="dxa"/>
            <w:shd w:val="clear" w:color="auto" w:fill="FFFFFF"/>
            <w:tcMar>
              <w:top w:w="75" w:type="dxa"/>
              <w:left w:w="85" w:type="dxa"/>
              <w:bottom w:w="75" w:type="dxa"/>
              <w:right w:w="85" w:type="dxa"/>
            </w:tcMar>
            <w:vAlign w:val="center"/>
          </w:tcPr>
          <w:p w14:paraId="52772ED9" w14:textId="77777777" w:rsidR="00807297" w:rsidRPr="001A1B66" w:rsidRDefault="00000000">
            <w:pPr>
              <w:spacing w:after="0" w:line="240" w:lineRule="auto"/>
              <w:rPr>
                <w:noProof/>
                <w:lang w:val="ro-RO"/>
              </w:rPr>
            </w:pPr>
            <w:r w:rsidRPr="001A1B66">
              <w:rPr>
                <w:noProof/>
                <w:sz w:val="15"/>
                <w:lang w:val="ro-RO"/>
              </w:rPr>
              <w:t>Analizați cauza; escaladați și decideți resurse sau schimbări.</w:t>
            </w:r>
          </w:p>
        </w:tc>
      </w:tr>
      <w:tr w:rsidR="00807297" w:rsidRPr="001A1B66" w14:paraId="07537314" w14:textId="77777777">
        <w:trPr>
          <w:cantSplit/>
          <w:jc w:val="center"/>
        </w:trPr>
        <w:tc>
          <w:tcPr>
            <w:tcW w:w="1701" w:type="dxa"/>
            <w:shd w:val="clear" w:color="auto" w:fill="FAFAFA"/>
            <w:tcMar>
              <w:top w:w="75" w:type="dxa"/>
              <w:left w:w="85" w:type="dxa"/>
              <w:bottom w:w="75" w:type="dxa"/>
              <w:right w:w="85" w:type="dxa"/>
            </w:tcMar>
            <w:vAlign w:val="center"/>
          </w:tcPr>
          <w:p w14:paraId="444465FC" w14:textId="77777777" w:rsidR="00807297" w:rsidRPr="001A1B66" w:rsidRDefault="00000000">
            <w:pPr>
              <w:spacing w:after="0" w:line="240" w:lineRule="auto"/>
              <w:rPr>
                <w:noProof/>
                <w:lang w:val="ro-RO"/>
              </w:rPr>
            </w:pPr>
            <w:r w:rsidRPr="001A1B66">
              <w:rPr>
                <w:noProof/>
                <w:sz w:val="15"/>
                <w:lang w:val="ro-RO"/>
              </w:rPr>
              <w:t>GRI</w:t>
            </w:r>
          </w:p>
        </w:tc>
        <w:tc>
          <w:tcPr>
            <w:tcW w:w="5102" w:type="dxa"/>
            <w:shd w:val="clear" w:color="auto" w:fill="FAFAFA"/>
            <w:tcMar>
              <w:top w:w="75" w:type="dxa"/>
              <w:left w:w="85" w:type="dxa"/>
              <w:bottom w:w="75" w:type="dxa"/>
              <w:right w:w="85" w:type="dxa"/>
            </w:tcMar>
            <w:vAlign w:val="center"/>
          </w:tcPr>
          <w:p w14:paraId="0F09543C" w14:textId="77777777" w:rsidR="00807297" w:rsidRPr="001A1B66" w:rsidRDefault="00000000">
            <w:pPr>
              <w:spacing w:after="0" w:line="240" w:lineRule="auto"/>
              <w:rPr>
                <w:noProof/>
                <w:lang w:val="ro-RO"/>
              </w:rPr>
            </w:pPr>
            <w:r w:rsidRPr="001A1B66">
              <w:rPr>
                <w:noProof/>
                <w:sz w:val="15"/>
                <w:lang w:val="ro-RO"/>
              </w:rPr>
              <w:t>Obiectiv neînceput, suspendat ori date nevalidate.</w:t>
            </w:r>
          </w:p>
        </w:tc>
        <w:tc>
          <w:tcPr>
            <w:tcW w:w="3118" w:type="dxa"/>
            <w:shd w:val="clear" w:color="auto" w:fill="FAFAFA"/>
            <w:tcMar>
              <w:top w:w="75" w:type="dxa"/>
              <w:left w:w="85" w:type="dxa"/>
              <w:bottom w:w="75" w:type="dxa"/>
              <w:right w:w="85" w:type="dxa"/>
            </w:tcMar>
            <w:vAlign w:val="center"/>
          </w:tcPr>
          <w:p w14:paraId="73F1338C" w14:textId="77777777" w:rsidR="00807297" w:rsidRPr="001A1B66" w:rsidRDefault="00000000">
            <w:pPr>
              <w:spacing w:after="0" w:line="240" w:lineRule="auto"/>
              <w:rPr>
                <w:noProof/>
                <w:lang w:val="ro-RO"/>
              </w:rPr>
            </w:pPr>
            <w:r w:rsidRPr="001A1B66">
              <w:rPr>
                <w:noProof/>
                <w:sz w:val="15"/>
                <w:lang w:val="ro-RO"/>
              </w:rPr>
              <w:t>Clarificați motivul și data următoarei decizii.</w:t>
            </w:r>
          </w:p>
        </w:tc>
      </w:tr>
    </w:tbl>
    <w:p w14:paraId="27728B6D" w14:textId="77777777" w:rsidR="00807297" w:rsidRPr="001A1B66" w:rsidRDefault="00807297">
      <w:pPr>
        <w:spacing w:after="20"/>
        <w:rPr>
          <w:noProof/>
          <w:lang w:val="ro-RO"/>
        </w:rPr>
      </w:pPr>
    </w:p>
    <w:tbl>
      <w:tblPr>
        <w:tblW w:w="0" w:type="auto"/>
        <w:jc w:val="center"/>
        <w:tblBorders>
          <w:top w:val="single" w:sz="0" w:space="0" w:color="FCEBEC"/>
          <w:left w:val="single" w:sz="0" w:space="0" w:color="FCEBEC"/>
          <w:bottom w:val="single" w:sz="0" w:space="0" w:color="FCEBEC"/>
          <w:right w:val="single" w:sz="0" w:space="0" w:color="FCEBEC"/>
          <w:insideH w:val="single" w:sz="0" w:space="0" w:color="FCEBEC"/>
          <w:insideV w:val="single" w:sz="0" w:space="0" w:color="FCEBEC"/>
        </w:tblBorders>
        <w:tblLayout w:type="fixed"/>
        <w:tblLook w:val="04A0" w:firstRow="1" w:lastRow="0" w:firstColumn="1" w:lastColumn="0" w:noHBand="0" w:noVBand="1"/>
      </w:tblPr>
      <w:tblGrid>
        <w:gridCol w:w="567"/>
        <w:gridCol w:w="9354"/>
      </w:tblGrid>
      <w:tr w:rsidR="00807297" w:rsidRPr="00696259" w14:paraId="66CE8FC4" w14:textId="77777777">
        <w:trPr>
          <w:cantSplit/>
          <w:jc w:val="center"/>
        </w:trPr>
        <w:tc>
          <w:tcPr>
            <w:tcW w:w="567" w:type="dxa"/>
            <w:shd w:val="clear" w:color="auto" w:fill="D71920"/>
            <w:tcMar>
              <w:top w:w="75" w:type="dxa"/>
              <w:left w:w="85" w:type="dxa"/>
              <w:bottom w:w="75" w:type="dxa"/>
              <w:right w:w="85" w:type="dxa"/>
            </w:tcMar>
            <w:vAlign w:val="center"/>
          </w:tcPr>
          <w:p w14:paraId="705BA12C" w14:textId="77777777" w:rsidR="00807297" w:rsidRPr="001A1B66" w:rsidRDefault="00000000">
            <w:pPr>
              <w:spacing w:after="0" w:line="240" w:lineRule="auto"/>
              <w:jc w:val="center"/>
              <w:rPr>
                <w:noProof/>
                <w:lang w:val="ro-RO"/>
              </w:rPr>
            </w:pPr>
            <w:r w:rsidRPr="001A1B66">
              <w:rPr>
                <w:b/>
                <w:noProof/>
                <w:color w:val="FFFFFF"/>
                <w:sz w:val="30"/>
                <w:lang w:val="ro-RO"/>
              </w:rPr>
              <w:t>!</w:t>
            </w:r>
          </w:p>
        </w:tc>
        <w:tc>
          <w:tcPr>
            <w:tcW w:w="9354" w:type="dxa"/>
            <w:shd w:val="clear" w:color="auto" w:fill="FCEBEC"/>
          </w:tcPr>
          <w:p w14:paraId="06430741" w14:textId="77777777" w:rsidR="00807297" w:rsidRPr="001A1B66" w:rsidRDefault="00000000">
            <w:pPr>
              <w:spacing w:after="40"/>
              <w:rPr>
                <w:noProof/>
                <w:lang w:val="ro-RO"/>
              </w:rPr>
            </w:pPr>
            <w:r w:rsidRPr="001A1B66">
              <w:rPr>
                <w:b/>
                <w:noProof/>
                <w:color w:val="D71920"/>
                <w:lang w:val="ro-RO"/>
              </w:rPr>
              <w:t>CONTROLUL DATELOR</w:t>
            </w:r>
          </w:p>
          <w:p w14:paraId="5479FC3D" w14:textId="77777777" w:rsidR="00807297" w:rsidRPr="001A1B66" w:rsidRDefault="00000000">
            <w:pPr>
              <w:spacing w:after="0" w:line="252" w:lineRule="auto"/>
              <w:rPr>
                <w:noProof/>
                <w:lang w:val="ro-RO"/>
              </w:rPr>
            </w:pPr>
            <w:r w:rsidRPr="001A1B66">
              <w:rPr>
                <w:noProof/>
                <w:sz w:val="17"/>
                <w:lang w:val="ro-RO"/>
              </w:rPr>
              <w:t>Definiți clar lotul, produsul, linia, perioada, numitorul, regulile pentru reanalizări și date lipsă. Păstrați numerele absolute împreună cu ratele și nu eliminați din raportare loturile blocate, abaterile detectate intern sau rezultatele nefavorabile.</w:t>
            </w:r>
          </w:p>
        </w:tc>
      </w:tr>
    </w:tbl>
    <w:p w14:paraId="1D6E49B7" w14:textId="77777777" w:rsidR="00807297" w:rsidRPr="001A1B66" w:rsidRDefault="00807297">
      <w:pPr>
        <w:spacing w:after="0"/>
        <w:rPr>
          <w:noProof/>
          <w:lang w:val="ro-RO"/>
        </w:rPr>
      </w:pPr>
    </w:p>
    <w:p w14:paraId="2B0EC075" w14:textId="77777777" w:rsidR="00807297" w:rsidRPr="001A1B66" w:rsidRDefault="00000000">
      <w:pPr>
        <w:rPr>
          <w:noProof/>
          <w:lang w:val="ro-RO"/>
        </w:rPr>
      </w:pPr>
      <w:r w:rsidRPr="001A1B66">
        <w:rPr>
          <w:noProof/>
          <w:lang w:val="ro-RO"/>
        </w:rPr>
        <w:br w:type="page"/>
      </w: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807297" w:rsidRPr="00696259" w14:paraId="3D5C4E24" w14:textId="77777777">
        <w:trPr>
          <w:jc w:val="center"/>
        </w:trPr>
        <w:tc>
          <w:tcPr>
            <w:tcW w:w="1020" w:type="dxa"/>
            <w:shd w:val="clear" w:color="auto" w:fill="D71920"/>
            <w:tcMar>
              <w:top w:w="75" w:type="dxa"/>
              <w:left w:w="85" w:type="dxa"/>
              <w:bottom w:w="75" w:type="dxa"/>
              <w:right w:w="85" w:type="dxa"/>
            </w:tcMar>
            <w:vAlign w:val="center"/>
          </w:tcPr>
          <w:p w14:paraId="6FFA0D36" w14:textId="77777777" w:rsidR="00807297" w:rsidRPr="001A1B66" w:rsidRDefault="00000000">
            <w:pPr>
              <w:spacing w:after="0" w:line="240" w:lineRule="auto"/>
              <w:jc w:val="center"/>
              <w:rPr>
                <w:noProof/>
                <w:lang w:val="ro-RO"/>
              </w:rPr>
            </w:pPr>
            <w:r w:rsidRPr="001A1B66">
              <w:rPr>
                <w:b/>
                <w:noProof/>
                <w:color w:val="FFFFFF"/>
                <w:sz w:val="34"/>
                <w:lang w:val="ro-RO"/>
              </w:rPr>
              <w:lastRenderedPageBreak/>
              <w:t>4</w:t>
            </w:r>
          </w:p>
        </w:tc>
        <w:tc>
          <w:tcPr>
            <w:tcW w:w="8901" w:type="dxa"/>
            <w:shd w:val="clear" w:color="auto" w:fill="F3F4F5"/>
          </w:tcPr>
          <w:p w14:paraId="66D9C01C" w14:textId="77777777" w:rsidR="00807297" w:rsidRPr="001A1B66" w:rsidRDefault="00000000">
            <w:pPr>
              <w:spacing w:after="20"/>
              <w:rPr>
                <w:noProof/>
                <w:lang w:val="ro-RO"/>
              </w:rPr>
            </w:pPr>
            <w:r w:rsidRPr="001A1B66">
              <w:rPr>
                <w:b/>
                <w:noProof/>
                <w:sz w:val="28"/>
                <w:lang w:val="ro-RO"/>
              </w:rPr>
              <w:t>Bibliotecă de obiective și indicatori</w:t>
            </w:r>
          </w:p>
          <w:p w14:paraId="4AABD6CD" w14:textId="77777777" w:rsidR="00807297" w:rsidRPr="001A1B66" w:rsidRDefault="00000000">
            <w:pPr>
              <w:spacing w:after="0"/>
              <w:rPr>
                <w:noProof/>
                <w:lang w:val="ro-RO"/>
              </w:rPr>
            </w:pPr>
            <w:r w:rsidRPr="001A1B66">
              <w:rPr>
                <w:noProof/>
                <w:color w:val="666666"/>
                <w:sz w:val="16"/>
                <w:lang w:val="ro-RO"/>
              </w:rPr>
              <w:t>Exemple adaptabile; selectați numai domeniile relevante pentru contextul organizației</w:t>
            </w:r>
          </w:p>
        </w:tc>
      </w:tr>
    </w:tbl>
    <w:p w14:paraId="192E827D" w14:textId="77777777" w:rsidR="00807297" w:rsidRPr="001A1B66" w:rsidRDefault="00807297">
      <w:pPr>
        <w:spacing w:after="0"/>
        <w:rPr>
          <w:noProof/>
          <w:lang w:val="ro-RO"/>
        </w:rPr>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1644"/>
        <w:gridCol w:w="2381"/>
        <w:gridCol w:w="3231"/>
        <w:gridCol w:w="2665"/>
      </w:tblGrid>
      <w:tr w:rsidR="00807297" w:rsidRPr="001A1B66" w14:paraId="334E1B94" w14:textId="77777777">
        <w:trPr>
          <w:tblHeader/>
          <w:jc w:val="center"/>
        </w:trPr>
        <w:tc>
          <w:tcPr>
            <w:tcW w:w="1644" w:type="dxa"/>
            <w:shd w:val="clear" w:color="auto" w:fill="D71920"/>
            <w:tcMar>
              <w:top w:w="75" w:type="dxa"/>
              <w:left w:w="85" w:type="dxa"/>
              <w:bottom w:w="75" w:type="dxa"/>
              <w:right w:w="85" w:type="dxa"/>
            </w:tcMar>
            <w:vAlign w:val="center"/>
          </w:tcPr>
          <w:p w14:paraId="2850ACDC" w14:textId="77777777" w:rsidR="00807297" w:rsidRPr="001A1B66" w:rsidRDefault="00000000">
            <w:pPr>
              <w:spacing w:after="0" w:line="240" w:lineRule="auto"/>
              <w:jc w:val="center"/>
              <w:rPr>
                <w:noProof/>
                <w:lang w:val="ro-RO"/>
              </w:rPr>
            </w:pPr>
            <w:r w:rsidRPr="001A1B66">
              <w:rPr>
                <w:b/>
                <w:noProof/>
                <w:color w:val="FFFFFF"/>
                <w:sz w:val="13"/>
                <w:lang w:val="ro-RO"/>
              </w:rPr>
              <w:t>DOMENIU</w:t>
            </w:r>
          </w:p>
        </w:tc>
        <w:tc>
          <w:tcPr>
            <w:tcW w:w="2381" w:type="dxa"/>
            <w:shd w:val="clear" w:color="auto" w:fill="D71920"/>
            <w:tcMar>
              <w:top w:w="75" w:type="dxa"/>
              <w:left w:w="85" w:type="dxa"/>
              <w:bottom w:w="75" w:type="dxa"/>
              <w:right w:w="85" w:type="dxa"/>
            </w:tcMar>
            <w:vAlign w:val="center"/>
          </w:tcPr>
          <w:p w14:paraId="3A043748" w14:textId="77777777" w:rsidR="00807297" w:rsidRPr="001A1B66" w:rsidRDefault="00000000">
            <w:pPr>
              <w:spacing w:after="0" w:line="240" w:lineRule="auto"/>
              <w:jc w:val="center"/>
              <w:rPr>
                <w:noProof/>
                <w:lang w:val="ro-RO"/>
              </w:rPr>
            </w:pPr>
            <w:r w:rsidRPr="001A1B66">
              <w:rPr>
                <w:b/>
                <w:noProof/>
                <w:color w:val="FFFFFF"/>
                <w:sz w:val="13"/>
                <w:lang w:val="ro-RO"/>
              </w:rPr>
              <w:t>DIRECȚIE DE OBIECTIV</w:t>
            </w:r>
          </w:p>
        </w:tc>
        <w:tc>
          <w:tcPr>
            <w:tcW w:w="3231" w:type="dxa"/>
            <w:shd w:val="clear" w:color="auto" w:fill="D71920"/>
            <w:tcMar>
              <w:top w:w="75" w:type="dxa"/>
              <w:left w:w="85" w:type="dxa"/>
              <w:bottom w:w="75" w:type="dxa"/>
              <w:right w:w="85" w:type="dxa"/>
            </w:tcMar>
            <w:vAlign w:val="center"/>
          </w:tcPr>
          <w:p w14:paraId="4EC9AA4F" w14:textId="77777777" w:rsidR="00807297" w:rsidRPr="001A1B66" w:rsidRDefault="00000000">
            <w:pPr>
              <w:spacing w:after="0" w:line="240" w:lineRule="auto"/>
              <w:jc w:val="center"/>
              <w:rPr>
                <w:noProof/>
                <w:lang w:val="ro-RO"/>
              </w:rPr>
            </w:pPr>
            <w:r w:rsidRPr="001A1B66">
              <w:rPr>
                <w:b/>
                <w:noProof/>
                <w:color w:val="FFFFFF"/>
                <w:sz w:val="13"/>
                <w:lang w:val="ro-RO"/>
              </w:rPr>
              <w:t>INDICATORI / SURSE</w:t>
            </w:r>
          </w:p>
        </w:tc>
        <w:tc>
          <w:tcPr>
            <w:tcW w:w="2665" w:type="dxa"/>
            <w:shd w:val="clear" w:color="auto" w:fill="D71920"/>
            <w:tcMar>
              <w:top w:w="75" w:type="dxa"/>
              <w:left w:w="85" w:type="dxa"/>
              <w:bottom w:w="75" w:type="dxa"/>
              <w:right w:w="85" w:type="dxa"/>
            </w:tcMar>
            <w:vAlign w:val="center"/>
          </w:tcPr>
          <w:p w14:paraId="29977AC8" w14:textId="77777777" w:rsidR="00807297" w:rsidRPr="001A1B66" w:rsidRDefault="00000000">
            <w:pPr>
              <w:spacing w:after="0" w:line="240" w:lineRule="auto"/>
              <w:jc w:val="center"/>
              <w:rPr>
                <w:noProof/>
                <w:lang w:val="ro-RO"/>
              </w:rPr>
            </w:pPr>
            <w:r w:rsidRPr="001A1B66">
              <w:rPr>
                <w:b/>
                <w:noProof/>
                <w:color w:val="FFFFFF"/>
                <w:sz w:val="13"/>
                <w:lang w:val="ro-RO"/>
              </w:rPr>
              <w:t>PRECAUȚIE</w:t>
            </w:r>
          </w:p>
        </w:tc>
      </w:tr>
      <w:tr w:rsidR="00807297" w:rsidRPr="00696259" w14:paraId="2549E8B7" w14:textId="77777777">
        <w:trPr>
          <w:cantSplit/>
          <w:jc w:val="center"/>
        </w:trPr>
        <w:tc>
          <w:tcPr>
            <w:tcW w:w="1644" w:type="dxa"/>
            <w:shd w:val="clear" w:color="auto" w:fill="FFFFFF"/>
            <w:tcMar>
              <w:top w:w="75" w:type="dxa"/>
              <w:left w:w="85" w:type="dxa"/>
              <w:bottom w:w="75" w:type="dxa"/>
              <w:right w:w="85" w:type="dxa"/>
            </w:tcMar>
            <w:vAlign w:val="center"/>
          </w:tcPr>
          <w:p w14:paraId="5684DD33" w14:textId="77777777" w:rsidR="00807297" w:rsidRPr="001A1B66" w:rsidRDefault="00000000">
            <w:pPr>
              <w:spacing w:after="0" w:line="240" w:lineRule="auto"/>
              <w:rPr>
                <w:noProof/>
                <w:lang w:val="ro-RO"/>
              </w:rPr>
            </w:pPr>
            <w:r w:rsidRPr="001A1B66">
              <w:rPr>
                <w:noProof/>
                <w:sz w:val="13"/>
                <w:lang w:val="ro-RO"/>
              </w:rPr>
              <w:t>Cultura siguranței alimentelor</w:t>
            </w:r>
          </w:p>
        </w:tc>
        <w:tc>
          <w:tcPr>
            <w:tcW w:w="2381" w:type="dxa"/>
            <w:shd w:val="clear" w:color="auto" w:fill="FFFFFF"/>
            <w:tcMar>
              <w:top w:w="75" w:type="dxa"/>
              <w:left w:w="85" w:type="dxa"/>
              <w:bottom w:w="75" w:type="dxa"/>
              <w:right w:w="85" w:type="dxa"/>
            </w:tcMar>
            <w:vAlign w:val="center"/>
          </w:tcPr>
          <w:p w14:paraId="4226BE9A" w14:textId="77777777" w:rsidR="00807297" w:rsidRPr="001A1B66" w:rsidRDefault="00000000">
            <w:pPr>
              <w:spacing w:after="0" w:line="240" w:lineRule="auto"/>
              <w:rPr>
                <w:noProof/>
                <w:lang w:val="ro-RO"/>
              </w:rPr>
            </w:pPr>
            <w:r w:rsidRPr="001A1B66">
              <w:rPr>
                <w:noProof/>
                <w:sz w:val="13"/>
                <w:lang w:val="ro-RO"/>
              </w:rPr>
              <w:t>Îmbunătățirea raportării, înțelegerii rolurilor și reacției la abateri.</w:t>
            </w:r>
          </w:p>
        </w:tc>
        <w:tc>
          <w:tcPr>
            <w:tcW w:w="3231" w:type="dxa"/>
            <w:shd w:val="clear" w:color="auto" w:fill="FFFFFF"/>
            <w:tcMar>
              <w:top w:w="75" w:type="dxa"/>
              <w:left w:w="85" w:type="dxa"/>
              <w:bottom w:w="75" w:type="dxa"/>
              <w:right w:w="85" w:type="dxa"/>
            </w:tcMar>
            <w:vAlign w:val="center"/>
          </w:tcPr>
          <w:p w14:paraId="636AE1F3" w14:textId="77777777" w:rsidR="00807297" w:rsidRPr="001A1B66" w:rsidRDefault="00000000">
            <w:pPr>
              <w:spacing w:after="0" w:line="240" w:lineRule="auto"/>
              <w:rPr>
                <w:noProof/>
                <w:lang w:val="ro-RO"/>
              </w:rPr>
            </w:pPr>
            <w:r w:rsidRPr="001A1B66">
              <w:rPr>
                <w:noProof/>
                <w:sz w:val="13"/>
                <w:lang w:val="ro-RO"/>
              </w:rPr>
              <w:t>Rata raportărilor utile; timp de răspuns; evaluări practice; repetarea abaterilor.</w:t>
            </w:r>
          </w:p>
        </w:tc>
        <w:tc>
          <w:tcPr>
            <w:tcW w:w="2665" w:type="dxa"/>
            <w:shd w:val="clear" w:color="auto" w:fill="FFFFFF"/>
            <w:tcMar>
              <w:top w:w="75" w:type="dxa"/>
              <w:left w:w="85" w:type="dxa"/>
              <w:bottom w:w="75" w:type="dxa"/>
              <w:right w:w="85" w:type="dxa"/>
            </w:tcMar>
            <w:vAlign w:val="center"/>
          </w:tcPr>
          <w:p w14:paraId="166B1679" w14:textId="77777777" w:rsidR="00807297" w:rsidRPr="001A1B66" w:rsidRDefault="00000000">
            <w:pPr>
              <w:spacing w:after="0" w:line="240" w:lineRule="auto"/>
              <w:rPr>
                <w:noProof/>
                <w:lang w:val="ro-RO"/>
              </w:rPr>
            </w:pPr>
            <w:r w:rsidRPr="001A1B66">
              <w:rPr>
                <w:noProof/>
                <w:sz w:val="13"/>
                <w:lang w:val="ro-RO"/>
              </w:rPr>
              <w:t>Mai multe raportări pot indica o cultură mai sănătoasă; nu penalizați raportarea.</w:t>
            </w:r>
          </w:p>
        </w:tc>
      </w:tr>
      <w:tr w:rsidR="00807297" w:rsidRPr="001A1B66" w14:paraId="4FDE7032" w14:textId="77777777">
        <w:trPr>
          <w:cantSplit/>
          <w:jc w:val="center"/>
        </w:trPr>
        <w:tc>
          <w:tcPr>
            <w:tcW w:w="1644" w:type="dxa"/>
            <w:shd w:val="clear" w:color="auto" w:fill="FAFAFA"/>
            <w:tcMar>
              <w:top w:w="75" w:type="dxa"/>
              <w:left w:w="85" w:type="dxa"/>
              <w:bottom w:w="75" w:type="dxa"/>
              <w:right w:w="85" w:type="dxa"/>
            </w:tcMar>
            <w:vAlign w:val="center"/>
          </w:tcPr>
          <w:p w14:paraId="1F717645" w14:textId="77777777" w:rsidR="00807297" w:rsidRPr="001A1B66" w:rsidRDefault="00000000">
            <w:pPr>
              <w:spacing w:after="0" w:line="240" w:lineRule="auto"/>
              <w:rPr>
                <w:noProof/>
                <w:lang w:val="ro-RO"/>
              </w:rPr>
            </w:pPr>
            <w:r w:rsidRPr="001A1B66">
              <w:rPr>
                <w:noProof/>
                <w:sz w:val="13"/>
                <w:lang w:val="ro-RO"/>
              </w:rPr>
              <w:t>PRP - igienă și curățare</w:t>
            </w:r>
          </w:p>
        </w:tc>
        <w:tc>
          <w:tcPr>
            <w:tcW w:w="2381" w:type="dxa"/>
            <w:shd w:val="clear" w:color="auto" w:fill="FAFAFA"/>
            <w:tcMar>
              <w:top w:w="75" w:type="dxa"/>
              <w:left w:w="85" w:type="dxa"/>
              <w:bottom w:w="75" w:type="dxa"/>
              <w:right w:w="85" w:type="dxa"/>
            </w:tcMar>
            <w:vAlign w:val="center"/>
          </w:tcPr>
          <w:p w14:paraId="5ED2FAF9" w14:textId="77777777" w:rsidR="00807297" w:rsidRPr="001A1B66" w:rsidRDefault="00000000">
            <w:pPr>
              <w:spacing w:after="0" w:line="240" w:lineRule="auto"/>
              <w:rPr>
                <w:noProof/>
                <w:lang w:val="ro-RO"/>
              </w:rPr>
            </w:pPr>
            <w:r w:rsidRPr="001A1B66">
              <w:rPr>
                <w:noProof/>
                <w:sz w:val="13"/>
                <w:lang w:val="ro-RO"/>
              </w:rPr>
              <w:t>Creșterea eficacității curățării și prevenirea contaminării.</w:t>
            </w:r>
          </w:p>
        </w:tc>
        <w:tc>
          <w:tcPr>
            <w:tcW w:w="3231" w:type="dxa"/>
            <w:shd w:val="clear" w:color="auto" w:fill="FAFAFA"/>
            <w:tcMar>
              <w:top w:w="75" w:type="dxa"/>
              <w:left w:w="85" w:type="dxa"/>
              <w:bottom w:w="75" w:type="dxa"/>
              <w:right w:w="85" w:type="dxa"/>
            </w:tcMar>
            <w:vAlign w:val="center"/>
          </w:tcPr>
          <w:p w14:paraId="5EF30E5A" w14:textId="77777777" w:rsidR="00807297" w:rsidRPr="001A1B66" w:rsidRDefault="00000000">
            <w:pPr>
              <w:spacing w:after="0" w:line="240" w:lineRule="auto"/>
              <w:rPr>
                <w:noProof/>
                <w:lang w:val="ro-RO"/>
              </w:rPr>
            </w:pPr>
            <w:r w:rsidRPr="001A1B66">
              <w:rPr>
                <w:noProof/>
                <w:sz w:val="13"/>
                <w:lang w:val="ro-RO"/>
              </w:rPr>
              <w:t>% verificări acceptate din prima; rezultate ATP/micro; recurența zonelor neconforme.</w:t>
            </w:r>
          </w:p>
        </w:tc>
        <w:tc>
          <w:tcPr>
            <w:tcW w:w="2665" w:type="dxa"/>
            <w:shd w:val="clear" w:color="auto" w:fill="FAFAFA"/>
            <w:tcMar>
              <w:top w:w="75" w:type="dxa"/>
              <w:left w:w="85" w:type="dxa"/>
              <w:bottom w:w="75" w:type="dxa"/>
              <w:right w:w="85" w:type="dxa"/>
            </w:tcMar>
            <w:vAlign w:val="center"/>
          </w:tcPr>
          <w:p w14:paraId="2D7A821D" w14:textId="77777777" w:rsidR="00807297" w:rsidRPr="001A1B66" w:rsidRDefault="00000000">
            <w:pPr>
              <w:spacing w:after="0" w:line="240" w:lineRule="auto"/>
              <w:rPr>
                <w:noProof/>
                <w:lang w:val="ro-RO"/>
              </w:rPr>
            </w:pPr>
            <w:r w:rsidRPr="001A1B66">
              <w:rPr>
                <w:noProof/>
                <w:sz w:val="13"/>
                <w:lang w:val="ro-RO"/>
              </w:rPr>
              <w:t>Finalizarea programului nu demonstrează eficacitatea curățării.</w:t>
            </w:r>
          </w:p>
        </w:tc>
      </w:tr>
      <w:tr w:rsidR="00807297" w:rsidRPr="00696259" w14:paraId="1B7EFDFB" w14:textId="77777777">
        <w:trPr>
          <w:cantSplit/>
          <w:jc w:val="center"/>
        </w:trPr>
        <w:tc>
          <w:tcPr>
            <w:tcW w:w="1644" w:type="dxa"/>
            <w:shd w:val="clear" w:color="auto" w:fill="FFFFFF"/>
            <w:tcMar>
              <w:top w:w="75" w:type="dxa"/>
              <w:left w:w="85" w:type="dxa"/>
              <w:bottom w:w="75" w:type="dxa"/>
              <w:right w:w="85" w:type="dxa"/>
            </w:tcMar>
            <w:vAlign w:val="center"/>
          </w:tcPr>
          <w:p w14:paraId="238309F4" w14:textId="77777777" w:rsidR="00807297" w:rsidRPr="001A1B66" w:rsidRDefault="00000000">
            <w:pPr>
              <w:spacing w:after="0" w:line="240" w:lineRule="auto"/>
              <w:rPr>
                <w:noProof/>
                <w:lang w:val="ro-RO"/>
              </w:rPr>
            </w:pPr>
            <w:r w:rsidRPr="001A1B66">
              <w:rPr>
                <w:noProof/>
                <w:sz w:val="13"/>
                <w:lang w:val="ro-RO"/>
              </w:rPr>
              <w:t>Alergeni</w:t>
            </w:r>
          </w:p>
        </w:tc>
        <w:tc>
          <w:tcPr>
            <w:tcW w:w="2381" w:type="dxa"/>
            <w:shd w:val="clear" w:color="auto" w:fill="FFFFFF"/>
            <w:tcMar>
              <w:top w:w="75" w:type="dxa"/>
              <w:left w:w="85" w:type="dxa"/>
              <w:bottom w:w="75" w:type="dxa"/>
              <w:right w:w="85" w:type="dxa"/>
            </w:tcMar>
            <w:vAlign w:val="center"/>
          </w:tcPr>
          <w:p w14:paraId="75219CAB" w14:textId="77777777" w:rsidR="00807297" w:rsidRPr="001A1B66" w:rsidRDefault="00000000">
            <w:pPr>
              <w:spacing w:after="0" w:line="240" w:lineRule="auto"/>
              <w:rPr>
                <w:noProof/>
                <w:lang w:val="ro-RO"/>
              </w:rPr>
            </w:pPr>
            <w:r w:rsidRPr="001A1B66">
              <w:rPr>
                <w:noProof/>
                <w:sz w:val="13"/>
                <w:lang w:val="ro-RO"/>
              </w:rPr>
              <w:t>Reducerea riscului de contact încrucișat și etichetare incorectă.</w:t>
            </w:r>
          </w:p>
        </w:tc>
        <w:tc>
          <w:tcPr>
            <w:tcW w:w="3231" w:type="dxa"/>
            <w:shd w:val="clear" w:color="auto" w:fill="FFFFFF"/>
            <w:tcMar>
              <w:top w:w="75" w:type="dxa"/>
              <w:left w:w="85" w:type="dxa"/>
              <w:bottom w:w="75" w:type="dxa"/>
              <w:right w:w="85" w:type="dxa"/>
            </w:tcMar>
            <w:vAlign w:val="center"/>
          </w:tcPr>
          <w:p w14:paraId="258453D1" w14:textId="77777777" w:rsidR="00807297" w:rsidRPr="001A1B66" w:rsidRDefault="00000000">
            <w:pPr>
              <w:spacing w:after="0" w:line="240" w:lineRule="auto"/>
              <w:rPr>
                <w:noProof/>
                <w:lang w:val="ro-RO"/>
              </w:rPr>
            </w:pPr>
            <w:r w:rsidRPr="001A1B66">
              <w:rPr>
                <w:noProof/>
                <w:sz w:val="13"/>
                <w:lang w:val="ro-RO"/>
              </w:rPr>
              <w:t>Verificări schimbare produs; abateri etichetă; teste reziduuri; blocări preventive.</w:t>
            </w:r>
          </w:p>
        </w:tc>
        <w:tc>
          <w:tcPr>
            <w:tcW w:w="2665" w:type="dxa"/>
            <w:shd w:val="clear" w:color="auto" w:fill="FFFFFF"/>
            <w:tcMar>
              <w:top w:w="75" w:type="dxa"/>
              <w:left w:w="85" w:type="dxa"/>
              <w:bottom w:w="75" w:type="dxa"/>
              <w:right w:w="85" w:type="dxa"/>
            </w:tcMar>
            <w:vAlign w:val="center"/>
          </w:tcPr>
          <w:p w14:paraId="609050F7" w14:textId="77777777" w:rsidR="00807297" w:rsidRPr="001A1B66" w:rsidRDefault="00000000">
            <w:pPr>
              <w:spacing w:after="0" w:line="240" w:lineRule="auto"/>
              <w:rPr>
                <w:noProof/>
                <w:lang w:val="ro-RO"/>
              </w:rPr>
            </w:pPr>
            <w:r w:rsidRPr="001A1B66">
              <w:rPr>
                <w:noProof/>
                <w:sz w:val="13"/>
                <w:lang w:val="ro-RO"/>
              </w:rPr>
              <w:t>Nu reduceți frecvența testării doar pentru a îmbunătăți procentul.</w:t>
            </w:r>
          </w:p>
        </w:tc>
      </w:tr>
      <w:tr w:rsidR="00807297" w:rsidRPr="001A1B66" w14:paraId="030C59B0" w14:textId="77777777">
        <w:trPr>
          <w:cantSplit/>
          <w:jc w:val="center"/>
        </w:trPr>
        <w:tc>
          <w:tcPr>
            <w:tcW w:w="1644" w:type="dxa"/>
            <w:shd w:val="clear" w:color="auto" w:fill="FAFAFA"/>
            <w:tcMar>
              <w:top w:w="75" w:type="dxa"/>
              <w:left w:w="85" w:type="dxa"/>
              <w:bottom w:w="75" w:type="dxa"/>
              <w:right w:w="85" w:type="dxa"/>
            </w:tcMar>
            <w:vAlign w:val="center"/>
          </w:tcPr>
          <w:p w14:paraId="71E24F63" w14:textId="77777777" w:rsidR="00807297" w:rsidRPr="001A1B66" w:rsidRDefault="00000000">
            <w:pPr>
              <w:spacing w:after="0" w:line="240" w:lineRule="auto"/>
              <w:rPr>
                <w:noProof/>
                <w:lang w:val="ro-RO"/>
              </w:rPr>
            </w:pPr>
            <w:r w:rsidRPr="001A1B66">
              <w:rPr>
                <w:noProof/>
                <w:sz w:val="13"/>
                <w:lang w:val="ro-RO"/>
              </w:rPr>
              <w:t>CCP / OPRP</w:t>
            </w:r>
          </w:p>
        </w:tc>
        <w:tc>
          <w:tcPr>
            <w:tcW w:w="2381" w:type="dxa"/>
            <w:shd w:val="clear" w:color="auto" w:fill="FAFAFA"/>
            <w:tcMar>
              <w:top w:w="75" w:type="dxa"/>
              <w:left w:w="85" w:type="dxa"/>
              <w:bottom w:w="75" w:type="dxa"/>
              <w:right w:w="85" w:type="dxa"/>
            </w:tcMar>
            <w:vAlign w:val="center"/>
          </w:tcPr>
          <w:p w14:paraId="120C7491" w14:textId="77777777" w:rsidR="00807297" w:rsidRPr="001A1B66" w:rsidRDefault="00000000">
            <w:pPr>
              <w:spacing w:after="0" w:line="240" w:lineRule="auto"/>
              <w:rPr>
                <w:noProof/>
                <w:lang w:val="ro-RO"/>
              </w:rPr>
            </w:pPr>
            <w:r w:rsidRPr="001A1B66">
              <w:rPr>
                <w:noProof/>
                <w:sz w:val="13"/>
                <w:lang w:val="ro-RO"/>
              </w:rPr>
              <w:t>Eliminarea cauzelor abaterilor și stabilizarea controalelor.</w:t>
            </w:r>
          </w:p>
        </w:tc>
        <w:tc>
          <w:tcPr>
            <w:tcW w:w="3231" w:type="dxa"/>
            <w:shd w:val="clear" w:color="auto" w:fill="FAFAFA"/>
            <w:tcMar>
              <w:top w:w="75" w:type="dxa"/>
              <w:left w:w="85" w:type="dxa"/>
              <w:bottom w:w="75" w:type="dxa"/>
              <w:right w:w="85" w:type="dxa"/>
            </w:tcMar>
            <w:vAlign w:val="center"/>
          </w:tcPr>
          <w:p w14:paraId="02E08BDD" w14:textId="77777777" w:rsidR="00807297" w:rsidRPr="001A1B66" w:rsidRDefault="00000000">
            <w:pPr>
              <w:spacing w:after="0" w:line="240" w:lineRule="auto"/>
              <w:rPr>
                <w:noProof/>
                <w:lang w:val="ro-RO"/>
              </w:rPr>
            </w:pPr>
            <w:r w:rsidRPr="001A1B66">
              <w:rPr>
                <w:noProof/>
                <w:sz w:val="13"/>
                <w:lang w:val="ro-RO"/>
              </w:rPr>
              <w:t>Abateri / 1.000 loturi; timp reacție; cauze recurente; capabilitate proces.</w:t>
            </w:r>
          </w:p>
        </w:tc>
        <w:tc>
          <w:tcPr>
            <w:tcW w:w="2665" w:type="dxa"/>
            <w:shd w:val="clear" w:color="auto" w:fill="FAFAFA"/>
            <w:tcMar>
              <w:top w:w="75" w:type="dxa"/>
              <w:left w:w="85" w:type="dxa"/>
              <w:bottom w:w="75" w:type="dxa"/>
              <w:right w:w="85" w:type="dxa"/>
            </w:tcMar>
            <w:vAlign w:val="center"/>
          </w:tcPr>
          <w:p w14:paraId="7B623EB3" w14:textId="77777777" w:rsidR="00807297" w:rsidRPr="001A1B66" w:rsidRDefault="00000000">
            <w:pPr>
              <w:spacing w:after="0" w:line="240" w:lineRule="auto"/>
              <w:rPr>
                <w:noProof/>
                <w:lang w:val="ro-RO"/>
              </w:rPr>
            </w:pPr>
            <w:r w:rsidRPr="001A1B66">
              <w:rPr>
                <w:noProof/>
                <w:sz w:val="13"/>
                <w:lang w:val="ro-RO"/>
              </w:rPr>
              <w:t>Conformarea cu limitele și criteriile rămâne 100%.</w:t>
            </w:r>
          </w:p>
        </w:tc>
      </w:tr>
      <w:tr w:rsidR="00807297" w:rsidRPr="00696259" w14:paraId="385C4787" w14:textId="77777777">
        <w:trPr>
          <w:cantSplit/>
          <w:jc w:val="center"/>
        </w:trPr>
        <w:tc>
          <w:tcPr>
            <w:tcW w:w="1644" w:type="dxa"/>
            <w:shd w:val="clear" w:color="auto" w:fill="FFFFFF"/>
            <w:tcMar>
              <w:top w:w="75" w:type="dxa"/>
              <w:left w:w="85" w:type="dxa"/>
              <w:bottom w:w="75" w:type="dxa"/>
              <w:right w:w="85" w:type="dxa"/>
            </w:tcMar>
            <w:vAlign w:val="center"/>
          </w:tcPr>
          <w:p w14:paraId="0BD95456" w14:textId="77777777" w:rsidR="00807297" w:rsidRPr="001A1B66" w:rsidRDefault="00000000">
            <w:pPr>
              <w:spacing w:after="0" w:line="240" w:lineRule="auto"/>
              <w:rPr>
                <w:noProof/>
                <w:lang w:val="ro-RO"/>
              </w:rPr>
            </w:pPr>
            <w:r w:rsidRPr="001A1B66">
              <w:rPr>
                <w:noProof/>
                <w:sz w:val="13"/>
                <w:lang w:val="ro-RO"/>
              </w:rPr>
              <w:t>Temperatură / lanț frigorific</w:t>
            </w:r>
          </w:p>
        </w:tc>
        <w:tc>
          <w:tcPr>
            <w:tcW w:w="2381" w:type="dxa"/>
            <w:shd w:val="clear" w:color="auto" w:fill="FFFFFF"/>
            <w:tcMar>
              <w:top w:w="75" w:type="dxa"/>
              <w:left w:w="85" w:type="dxa"/>
              <w:bottom w:w="75" w:type="dxa"/>
              <w:right w:w="85" w:type="dxa"/>
            </w:tcMar>
            <w:vAlign w:val="center"/>
          </w:tcPr>
          <w:p w14:paraId="2B851ED8" w14:textId="77777777" w:rsidR="00807297" w:rsidRPr="001A1B66" w:rsidRDefault="00000000">
            <w:pPr>
              <w:spacing w:after="0" w:line="240" w:lineRule="auto"/>
              <w:rPr>
                <w:noProof/>
                <w:lang w:val="ro-RO"/>
              </w:rPr>
            </w:pPr>
            <w:r w:rsidRPr="001A1B66">
              <w:rPr>
                <w:noProof/>
                <w:sz w:val="13"/>
                <w:lang w:val="ro-RO"/>
              </w:rPr>
              <w:t>Reducerea excursiilor și îmbunătățirea continuității monitorizării.</w:t>
            </w:r>
          </w:p>
        </w:tc>
        <w:tc>
          <w:tcPr>
            <w:tcW w:w="3231" w:type="dxa"/>
            <w:shd w:val="clear" w:color="auto" w:fill="FFFFFF"/>
            <w:tcMar>
              <w:top w:w="75" w:type="dxa"/>
              <w:left w:w="85" w:type="dxa"/>
              <w:bottom w:w="75" w:type="dxa"/>
              <w:right w:w="85" w:type="dxa"/>
            </w:tcMar>
            <w:vAlign w:val="center"/>
          </w:tcPr>
          <w:p w14:paraId="2CFD0666" w14:textId="77777777" w:rsidR="00807297" w:rsidRPr="001A1B66" w:rsidRDefault="00000000">
            <w:pPr>
              <w:spacing w:after="0" w:line="240" w:lineRule="auto"/>
              <w:rPr>
                <w:noProof/>
                <w:lang w:val="ro-RO"/>
              </w:rPr>
            </w:pPr>
            <w:r w:rsidRPr="001A1B66">
              <w:rPr>
                <w:noProof/>
                <w:sz w:val="13"/>
                <w:lang w:val="ro-RO"/>
              </w:rPr>
              <w:t>Excursii; timp în afara intervalului; alarme investigate; disponibilitate senzori.</w:t>
            </w:r>
          </w:p>
        </w:tc>
        <w:tc>
          <w:tcPr>
            <w:tcW w:w="2665" w:type="dxa"/>
            <w:shd w:val="clear" w:color="auto" w:fill="FFFFFF"/>
            <w:tcMar>
              <w:top w:w="75" w:type="dxa"/>
              <w:left w:w="85" w:type="dxa"/>
              <w:bottom w:w="75" w:type="dxa"/>
              <w:right w:w="85" w:type="dxa"/>
            </w:tcMar>
            <w:vAlign w:val="center"/>
          </w:tcPr>
          <w:p w14:paraId="01EB3BA8" w14:textId="77777777" w:rsidR="00807297" w:rsidRPr="001A1B66" w:rsidRDefault="00000000">
            <w:pPr>
              <w:spacing w:after="0" w:line="240" w:lineRule="auto"/>
              <w:rPr>
                <w:noProof/>
                <w:lang w:val="ro-RO"/>
              </w:rPr>
            </w:pPr>
            <w:r w:rsidRPr="001A1B66">
              <w:rPr>
                <w:noProof/>
                <w:sz w:val="13"/>
                <w:lang w:val="ro-RO"/>
              </w:rPr>
              <w:t>Numărați și evenimentele detectate înainte de afectarea produsului.</w:t>
            </w:r>
          </w:p>
        </w:tc>
      </w:tr>
      <w:tr w:rsidR="00807297" w:rsidRPr="00696259" w14:paraId="75E438F7" w14:textId="77777777">
        <w:trPr>
          <w:cantSplit/>
          <w:jc w:val="center"/>
        </w:trPr>
        <w:tc>
          <w:tcPr>
            <w:tcW w:w="1644" w:type="dxa"/>
            <w:shd w:val="clear" w:color="auto" w:fill="FAFAFA"/>
            <w:tcMar>
              <w:top w:w="75" w:type="dxa"/>
              <w:left w:w="85" w:type="dxa"/>
              <w:bottom w:w="75" w:type="dxa"/>
              <w:right w:w="85" w:type="dxa"/>
            </w:tcMar>
            <w:vAlign w:val="center"/>
          </w:tcPr>
          <w:p w14:paraId="4730DDAD" w14:textId="77777777" w:rsidR="00807297" w:rsidRPr="001A1B66" w:rsidRDefault="00000000">
            <w:pPr>
              <w:spacing w:after="0" w:line="240" w:lineRule="auto"/>
              <w:rPr>
                <w:noProof/>
                <w:lang w:val="ro-RO"/>
              </w:rPr>
            </w:pPr>
            <w:r w:rsidRPr="001A1B66">
              <w:rPr>
                <w:noProof/>
                <w:sz w:val="13"/>
                <w:lang w:val="ro-RO"/>
              </w:rPr>
              <w:t>Corpuri străine</w:t>
            </w:r>
          </w:p>
        </w:tc>
        <w:tc>
          <w:tcPr>
            <w:tcW w:w="2381" w:type="dxa"/>
            <w:shd w:val="clear" w:color="auto" w:fill="FAFAFA"/>
            <w:tcMar>
              <w:top w:w="75" w:type="dxa"/>
              <w:left w:w="85" w:type="dxa"/>
              <w:bottom w:w="75" w:type="dxa"/>
              <w:right w:w="85" w:type="dxa"/>
            </w:tcMar>
            <w:vAlign w:val="center"/>
          </w:tcPr>
          <w:p w14:paraId="38B4FD8E" w14:textId="77777777" w:rsidR="00807297" w:rsidRPr="001A1B66" w:rsidRDefault="00000000">
            <w:pPr>
              <w:spacing w:after="0" w:line="240" w:lineRule="auto"/>
              <w:rPr>
                <w:noProof/>
                <w:lang w:val="ro-RO"/>
              </w:rPr>
            </w:pPr>
            <w:r w:rsidRPr="001A1B66">
              <w:rPr>
                <w:noProof/>
                <w:sz w:val="13"/>
                <w:lang w:val="ro-RO"/>
              </w:rPr>
              <w:t>Creșterea eficacității detectării și prevenirii la sursă.</w:t>
            </w:r>
          </w:p>
        </w:tc>
        <w:tc>
          <w:tcPr>
            <w:tcW w:w="3231" w:type="dxa"/>
            <w:shd w:val="clear" w:color="auto" w:fill="FAFAFA"/>
            <w:tcMar>
              <w:top w:w="75" w:type="dxa"/>
              <w:left w:w="85" w:type="dxa"/>
              <w:bottom w:w="75" w:type="dxa"/>
              <w:right w:w="85" w:type="dxa"/>
            </w:tcMar>
            <w:vAlign w:val="center"/>
          </w:tcPr>
          <w:p w14:paraId="127003E9" w14:textId="77777777" w:rsidR="00807297" w:rsidRPr="001A1B66" w:rsidRDefault="00000000">
            <w:pPr>
              <w:spacing w:after="0" w:line="240" w:lineRule="auto"/>
              <w:rPr>
                <w:noProof/>
                <w:lang w:val="ro-RO"/>
              </w:rPr>
            </w:pPr>
            <w:r w:rsidRPr="001A1B66">
              <w:rPr>
                <w:noProof/>
                <w:sz w:val="13"/>
                <w:lang w:val="ro-RO"/>
              </w:rPr>
              <w:t>Teste detector reușite; respingeri investigate; surse eliminate; plângeri confirmate.</w:t>
            </w:r>
          </w:p>
        </w:tc>
        <w:tc>
          <w:tcPr>
            <w:tcW w:w="2665" w:type="dxa"/>
            <w:shd w:val="clear" w:color="auto" w:fill="FAFAFA"/>
            <w:tcMar>
              <w:top w:w="75" w:type="dxa"/>
              <w:left w:w="85" w:type="dxa"/>
              <w:bottom w:w="75" w:type="dxa"/>
              <w:right w:w="85" w:type="dxa"/>
            </w:tcMar>
            <w:vAlign w:val="center"/>
          </w:tcPr>
          <w:p w14:paraId="6E52B485" w14:textId="77777777" w:rsidR="00807297" w:rsidRPr="001A1B66" w:rsidRDefault="00000000">
            <w:pPr>
              <w:spacing w:after="0" w:line="240" w:lineRule="auto"/>
              <w:rPr>
                <w:noProof/>
                <w:lang w:val="ro-RO"/>
              </w:rPr>
            </w:pPr>
            <w:r w:rsidRPr="001A1B66">
              <w:rPr>
                <w:noProof/>
                <w:sz w:val="13"/>
                <w:lang w:val="ro-RO"/>
              </w:rPr>
              <w:t>Numărul de respingeri poate crește când detectarea se îmbunătățește.</w:t>
            </w:r>
          </w:p>
        </w:tc>
      </w:tr>
      <w:tr w:rsidR="00807297" w:rsidRPr="001A1B66" w14:paraId="2A12E5FB" w14:textId="77777777">
        <w:trPr>
          <w:cantSplit/>
          <w:jc w:val="center"/>
        </w:trPr>
        <w:tc>
          <w:tcPr>
            <w:tcW w:w="1644" w:type="dxa"/>
            <w:shd w:val="clear" w:color="auto" w:fill="FFFFFF"/>
            <w:tcMar>
              <w:top w:w="75" w:type="dxa"/>
              <w:left w:w="85" w:type="dxa"/>
              <w:bottom w:w="75" w:type="dxa"/>
              <w:right w:w="85" w:type="dxa"/>
            </w:tcMar>
            <w:vAlign w:val="center"/>
          </w:tcPr>
          <w:p w14:paraId="4F6A563D" w14:textId="77777777" w:rsidR="00807297" w:rsidRPr="001A1B66" w:rsidRDefault="00000000">
            <w:pPr>
              <w:spacing w:after="0" w:line="240" w:lineRule="auto"/>
              <w:rPr>
                <w:noProof/>
                <w:lang w:val="ro-RO"/>
              </w:rPr>
            </w:pPr>
            <w:r w:rsidRPr="001A1B66">
              <w:rPr>
                <w:noProof/>
                <w:sz w:val="13"/>
                <w:lang w:val="ro-RO"/>
              </w:rPr>
              <w:t>Furnizori</w:t>
            </w:r>
          </w:p>
        </w:tc>
        <w:tc>
          <w:tcPr>
            <w:tcW w:w="2381" w:type="dxa"/>
            <w:shd w:val="clear" w:color="auto" w:fill="FFFFFF"/>
            <w:tcMar>
              <w:top w:w="75" w:type="dxa"/>
              <w:left w:w="85" w:type="dxa"/>
              <w:bottom w:w="75" w:type="dxa"/>
              <w:right w:w="85" w:type="dxa"/>
            </w:tcMar>
            <w:vAlign w:val="center"/>
          </w:tcPr>
          <w:p w14:paraId="3D7B3B66" w14:textId="77777777" w:rsidR="00807297" w:rsidRPr="001A1B66" w:rsidRDefault="00000000">
            <w:pPr>
              <w:spacing w:after="0" w:line="240" w:lineRule="auto"/>
              <w:rPr>
                <w:noProof/>
                <w:lang w:val="ro-RO"/>
              </w:rPr>
            </w:pPr>
            <w:r w:rsidRPr="001A1B66">
              <w:rPr>
                <w:noProof/>
                <w:sz w:val="13"/>
                <w:lang w:val="ro-RO"/>
              </w:rPr>
              <w:t>Reducerea riscului materiilor prime și serviciilor critice.</w:t>
            </w:r>
          </w:p>
        </w:tc>
        <w:tc>
          <w:tcPr>
            <w:tcW w:w="3231" w:type="dxa"/>
            <w:shd w:val="clear" w:color="auto" w:fill="FFFFFF"/>
            <w:tcMar>
              <w:top w:w="75" w:type="dxa"/>
              <w:left w:w="85" w:type="dxa"/>
              <w:bottom w:w="75" w:type="dxa"/>
              <w:right w:w="85" w:type="dxa"/>
            </w:tcMar>
            <w:vAlign w:val="center"/>
          </w:tcPr>
          <w:p w14:paraId="3BA29EB5" w14:textId="77777777" w:rsidR="00807297" w:rsidRPr="001A1B66" w:rsidRDefault="00000000">
            <w:pPr>
              <w:spacing w:after="0" w:line="240" w:lineRule="auto"/>
              <w:rPr>
                <w:noProof/>
                <w:lang w:val="ro-RO"/>
              </w:rPr>
            </w:pPr>
            <w:r w:rsidRPr="001A1B66">
              <w:rPr>
                <w:noProof/>
                <w:sz w:val="13"/>
                <w:lang w:val="ro-RO"/>
              </w:rPr>
              <w:t>Loturi conforme; abateri critice; acțiuni furnizor eficace; audituri bazate pe risc.</w:t>
            </w:r>
          </w:p>
        </w:tc>
        <w:tc>
          <w:tcPr>
            <w:tcW w:w="2665" w:type="dxa"/>
            <w:shd w:val="clear" w:color="auto" w:fill="FFFFFF"/>
            <w:tcMar>
              <w:top w:w="75" w:type="dxa"/>
              <w:left w:w="85" w:type="dxa"/>
              <w:bottom w:w="75" w:type="dxa"/>
              <w:right w:w="85" w:type="dxa"/>
            </w:tcMar>
            <w:vAlign w:val="center"/>
          </w:tcPr>
          <w:p w14:paraId="68AF59BF" w14:textId="77777777" w:rsidR="00807297" w:rsidRPr="001A1B66" w:rsidRDefault="00000000">
            <w:pPr>
              <w:spacing w:after="0" w:line="240" w:lineRule="auto"/>
              <w:rPr>
                <w:noProof/>
                <w:lang w:val="ro-RO"/>
              </w:rPr>
            </w:pPr>
            <w:r w:rsidRPr="001A1B66">
              <w:rPr>
                <w:noProof/>
                <w:sz w:val="13"/>
                <w:lang w:val="ro-RO"/>
              </w:rPr>
              <w:t>Nu folosiți doar livrarea la timp; includeți siguranța și autenticitatea.</w:t>
            </w:r>
          </w:p>
        </w:tc>
      </w:tr>
      <w:tr w:rsidR="00807297" w:rsidRPr="001A1B66" w14:paraId="2C44520B" w14:textId="77777777">
        <w:trPr>
          <w:cantSplit/>
          <w:jc w:val="center"/>
        </w:trPr>
        <w:tc>
          <w:tcPr>
            <w:tcW w:w="1644" w:type="dxa"/>
            <w:shd w:val="clear" w:color="auto" w:fill="FAFAFA"/>
            <w:tcMar>
              <w:top w:w="75" w:type="dxa"/>
              <w:left w:w="85" w:type="dxa"/>
              <w:bottom w:w="75" w:type="dxa"/>
              <w:right w:w="85" w:type="dxa"/>
            </w:tcMar>
            <w:vAlign w:val="center"/>
          </w:tcPr>
          <w:p w14:paraId="320D8FBF" w14:textId="77777777" w:rsidR="00807297" w:rsidRPr="001A1B66" w:rsidRDefault="00000000">
            <w:pPr>
              <w:spacing w:after="0" w:line="240" w:lineRule="auto"/>
              <w:rPr>
                <w:noProof/>
                <w:lang w:val="ro-RO"/>
              </w:rPr>
            </w:pPr>
            <w:r w:rsidRPr="001A1B66">
              <w:rPr>
                <w:noProof/>
                <w:sz w:val="13"/>
                <w:lang w:val="ro-RO"/>
              </w:rPr>
              <w:t>Trasabilitate / retragere</w:t>
            </w:r>
          </w:p>
        </w:tc>
        <w:tc>
          <w:tcPr>
            <w:tcW w:w="2381" w:type="dxa"/>
            <w:shd w:val="clear" w:color="auto" w:fill="FAFAFA"/>
            <w:tcMar>
              <w:top w:w="75" w:type="dxa"/>
              <w:left w:w="85" w:type="dxa"/>
              <w:bottom w:w="75" w:type="dxa"/>
              <w:right w:w="85" w:type="dxa"/>
            </w:tcMar>
            <w:vAlign w:val="center"/>
          </w:tcPr>
          <w:p w14:paraId="4D5069C1" w14:textId="77777777" w:rsidR="00807297" w:rsidRPr="001A1B66" w:rsidRDefault="00000000">
            <w:pPr>
              <w:spacing w:after="0" w:line="240" w:lineRule="auto"/>
              <w:rPr>
                <w:noProof/>
                <w:lang w:val="ro-RO"/>
              </w:rPr>
            </w:pPr>
            <w:r w:rsidRPr="001A1B66">
              <w:rPr>
                <w:noProof/>
                <w:sz w:val="13"/>
                <w:lang w:val="ro-RO"/>
              </w:rPr>
              <w:t>Reducerea timpului și creșterea preciziei în identificarea loturilor.</w:t>
            </w:r>
          </w:p>
        </w:tc>
        <w:tc>
          <w:tcPr>
            <w:tcW w:w="3231" w:type="dxa"/>
            <w:shd w:val="clear" w:color="auto" w:fill="FAFAFA"/>
            <w:tcMar>
              <w:top w:w="75" w:type="dxa"/>
              <w:left w:w="85" w:type="dxa"/>
              <w:bottom w:w="75" w:type="dxa"/>
              <w:right w:w="85" w:type="dxa"/>
            </w:tcMar>
            <w:vAlign w:val="center"/>
          </w:tcPr>
          <w:p w14:paraId="20F5E303" w14:textId="77777777" w:rsidR="00807297" w:rsidRPr="001A1B66" w:rsidRDefault="00000000">
            <w:pPr>
              <w:spacing w:after="0" w:line="240" w:lineRule="auto"/>
              <w:rPr>
                <w:noProof/>
                <w:lang w:val="ro-RO"/>
              </w:rPr>
            </w:pPr>
            <w:r w:rsidRPr="001A1B66">
              <w:rPr>
                <w:noProof/>
                <w:sz w:val="13"/>
                <w:lang w:val="ro-RO"/>
              </w:rPr>
              <w:t>Timp trasare; % masă reconciliată; destinatari identificați; acțiuni din simulări.</w:t>
            </w:r>
          </w:p>
        </w:tc>
        <w:tc>
          <w:tcPr>
            <w:tcW w:w="2665" w:type="dxa"/>
            <w:shd w:val="clear" w:color="auto" w:fill="FAFAFA"/>
            <w:tcMar>
              <w:top w:w="75" w:type="dxa"/>
              <w:left w:w="85" w:type="dxa"/>
              <w:bottom w:w="75" w:type="dxa"/>
              <w:right w:w="85" w:type="dxa"/>
            </w:tcMar>
            <w:vAlign w:val="center"/>
          </w:tcPr>
          <w:p w14:paraId="1412B206" w14:textId="77777777" w:rsidR="00807297" w:rsidRPr="001A1B66" w:rsidRDefault="00000000">
            <w:pPr>
              <w:spacing w:after="0" w:line="240" w:lineRule="auto"/>
              <w:rPr>
                <w:noProof/>
                <w:lang w:val="ro-RO"/>
              </w:rPr>
            </w:pPr>
            <w:r w:rsidRPr="001A1B66">
              <w:rPr>
                <w:noProof/>
                <w:sz w:val="13"/>
                <w:lang w:val="ro-RO"/>
              </w:rPr>
              <w:t>Un exercițiu „finalizat” nu demonstrează precizia datelor.</w:t>
            </w:r>
          </w:p>
        </w:tc>
      </w:tr>
      <w:tr w:rsidR="00807297" w:rsidRPr="001A1B66" w14:paraId="6B202592" w14:textId="77777777">
        <w:trPr>
          <w:cantSplit/>
          <w:jc w:val="center"/>
        </w:trPr>
        <w:tc>
          <w:tcPr>
            <w:tcW w:w="1644" w:type="dxa"/>
            <w:shd w:val="clear" w:color="auto" w:fill="FFFFFF"/>
            <w:tcMar>
              <w:top w:w="75" w:type="dxa"/>
              <w:left w:w="85" w:type="dxa"/>
              <w:bottom w:w="75" w:type="dxa"/>
              <w:right w:w="85" w:type="dxa"/>
            </w:tcMar>
            <w:vAlign w:val="center"/>
          </w:tcPr>
          <w:p w14:paraId="540C3CDF" w14:textId="77777777" w:rsidR="00807297" w:rsidRPr="001A1B66" w:rsidRDefault="00000000">
            <w:pPr>
              <w:spacing w:after="0" w:line="240" w:lineRule="auto"/>
              <w:rPr>
                <w:noProof/>
                <w:lang w:val="ro-RO"/>
              </w:rPr>
            </w:pPr>
            <w:r w:rsidRPr="001A1B66">
              <w:rPr>
                <w:noProof/>
                <w:sz w:val="13"/>
                <w:lang w:val="ro-RO"/>
              </w:rPr>
              <w:t>Reclamații și incidente</w:t>
            </w:r>
          </w:p>
        </w:tc>
        <w:tc>
          <w:tcPr>
            <w:tcW w:w="2381" w:type="dxa"/>
            <w:shd w:val="clear" w:color="auto" w:fill="FFFFFF"/>
            <w:tcMar>
              <w:top w:w="75" w:type="dxa"/>
              <w:left w:w="85" w:type="dxa"/>
              <w:bottom w:w="75" w:type="dxa"/>
              <w:right w:w="85" w:type="dxa"/>
            </w:tcMar>
            <w:vAlign w:val="center"/>
          </w:tcPr>
          <w:p w14:paraId="74881EC9" w14:textId="77777777" w:rsidR="00807297" w:rsidRPr="001A1B66" w:rsidRDefault="00000000">
            <w:pPr>
              <w:spacing w:after="0" w:line="240" w:lineRule="auto"/>
              <w:rPr>
                <w:noProof/>
                <w:lang w:val="ro-RO"/>
              </w:rPr>
            </w:pPr>
            <w:r w:rsidRPr="001A1B66">
              <w:rPr>
                <w:noProof/>
                <w:sz w:val="13"/>
                <w:lang w:val="ro-RO"/>
              </w:rPr>
              <w:t>Reducerea recurenței cauzelor confirmate de siguranță.</w:t>
            </w:r>
          </w:p>
        </w:tc>
        <w:tc>
          <w:tcPr>
            <w:tcW w:w="3231" w:type="dxa"/>
            <w:shd w:val="clear" w:color="auto" w:fill="FFFFFF"/>
            <w:tcMar>
              <w:top w:w="75" w:type="dxa"/>
              <w:left w:w="85" w:type="dxa"/>
              <w:bottom w:w="75" w:type="dxa"/>
              <w:right w:w="85" w:type="dxa"/>
            </w:tcMar>
            <w:vAlign w:val="center"/>
          </w:tcPr>
          <w:p w14:paraId="2511F4D1" w14:textId="77777777" w:rsidR="00807297" w:rsidRPr="001A1B66" w:rsidRDefault="00000000">
            <w:pPr>
              <w:spacing w:after="0" w:line="240" w:lineRule="auto"/>
              <w:rPr>
                <w:noProof/>
                <w:lang w:val="ro-RO"/>
              </w:rPr>
            </w:pPr>
            <w:r w:rsidRPr="001A1B66">
              <w:rPr>
                <w:noProof/>
                <w:sz w:val="13"/>
                <w:lang w:val="ro-RO"/>
              </w:rPr>
              <w:t>Rată pe volum; severitate; timp evaluare; recurență după CAPA.</w:t>
            </w:r>
          </w:p>
        </w:tc>
        <w:tc>
          <w:tcPr>
            <w:tcW w:w="2665" w:type="dxa"/>
            <w:shd w:val="clear" w:color="auto" w:fill="FFFFFF"/>
            <w:tcMar>
              <w:top w:w="75" w:type="dxa"/>
              <w:left w:w="85" w:type="dxa"/>
              <w:bottom w:w="75" w:type="dxa"/>
              <w:right w:w="85" w:type="dxa"/>
            </w:tcMar>
            <w:vAlign w:val="center"/>
          </w:tcPr>
          <w:p w14:paraId="3CE9A9B4" w14:textId="77777777" w:rsidR="00807297" w:rsidRPr="001A1B66" w:rsidRDefault="00000000">
            <w:pPr>
              <w:spacing w:after="0" w:line="240" w:lineRule="auto"/>
              <w:rPr>
                <w:noProof/>
                <w:lang w:val="ro-RO"/>
              </w:rPr>
            </w:pPr>
            <w:r w:rsidRPr="001A1B66">
              <w:rPr>
                <w:noProof/>
                <w:sz w:val="13"/>
                <w:lang w:val="ro-RO"/>
              </w:rPr>
              <w:t>Nu încurajați reclasificarea sau respingerea reclamațiilor.</w:t>
            </w:r>
          </w:p>
        </w:tc>
      </w:tr>
      <w:tr w:rsidR="00807297" w:rsidRPr="00696259" w14:paraId="7E6A941F" w14:textId="77777777">
        <w:trPr>
          <w:cantSplit/>
          <w:jc w:val="center"/>
        </w:trPr>
        <w:tc>
          <w:tcPr>
            <w:tcW w:w="1644" w:type="dxa"/>
            <w:shd w:val="clear" w:color="auto" w:fill="FAFAFA"/>
            <w:tcMar>
              <w:top w:w="75" w:type="dxa"/>
              <w:left w:w="85" w:type="dxa"/>
              <w:bottom w:w="75" w:type="dxa"/>
              <w:right w:w="85" w:type="dxa"/>
            </w:tcMar>
            <w:vAlign w:val="center"/>
          </w:tcPr>
          <w:p w14:paraId="4B4E414F" w14:textId="77777777" w:rsidR="00807297" w:rsidRPr="001A1B66" w:rsidRDefault="00000000">
            <w:pPr>
              <w:spacing w:after="0" w:line="240" w:lineRule="auto"/>
              <w:rPr>
                <w:noProof/>
                <w:lang w:val="ro-RO"/>
              </w:rPr>
            </w:pPr>
            <w:r w:rsidRPr="001A1B66">
              <w:rPr>
                <w:noProof/>
                <w:sz w:val="13"/>
                <w:lang w:val="ro-RO"/>
              </w:rPr>
              <w:t>Competență</w:t>
            </w:r>
          </w:p>
        </w:tc>
        <w:tc>
          <w:tcPr>
            <w:tcW w:w="2381" w:type="dxa"/>
            <w:shd w:val="clear" w:color="auto" w:fill="FAFAFA"/>
            <w:tcMar>
              <w:top w:w="75" w:type="dxa"/>
              <w:left w:w="85" w:type="dxa"/>
              <w:bottom w:w="75" w:type="dxa"/>
              <w:right w:w="85" w:type="dxa"/>
            </w:tcMar>
            <w:vAlign w:val="center"/>
          </w:tcPr>
          <w:p w14:paraId="142C4380" w14:textId="77777777" w:rsidR="00807297" w:rsidRPr="001A1B66" w:rsidRDefault="00000000">
            <w:pPr>
              <w:spacing w:after="0" w:line="240" w:lineRule="auto"/>
              <w:rPr>
                <w:noProof/>
                <w:lang w:val="ro-RO"/>
              </w:rPr>
            </w:pPr>
            <w:r w:rsidRPr="001A1B66">
              <w:rPr>
                <w:noProof/>
                <w:sz w:val="13"/>
                <w:lang w:val="ro-RO"/>
              </w:rPr>
              <w:t>Creșterea capacității de a executa și reacționa corect la controale.</w:t>
            </w:r>
          </w:p>
        </w:tc>
        <w:tc>
          <w:tcPr>
            <w:tcW w:w="3231" w:type="dxa"/>
            <w:shd w:val="clear" w:color="auto" w:fill="FAFAFA"/>
            <w:tcMar>
              <w:top w:w="75" w:type="dxa"/>
              <w:left w:w="85" w:type="dxa"/>
              <w:bottom w:w="75" w:type="dxa"/>
              <w:right w:w="85" w:type="dxa"/>
            </w:tcMar>
            <w:vAlign w:val="center"/>
          </w:tcPr>
          <w:p w14:paraId="01264A23" w14:textId="77777777" w:rsidR="00807297" w:rsidRPr="001A1B66" w:rsidRDefault="00000000">
            <w:pPr>
              <w:spacing w:after="0" w:line="240" w:lineRule="auto"/>
              <w:rPr>
                <w:noProof/>
                <w:lang w:val="ro-RO"/>
              </w:rPr>
            </w:pPr>
            <w:r w:rsidRPr="001A1B66">
              <w:rPr>
                <w:noProof/>
                <w:sz w:val="13"/>
                <w:lang w:val="ro-RO"/>
              </w:rPr>
              <w:t>Demonstrații practice; decizii corecte în scenarii; observații la post.</w:t>
            </w:r>
          </w:p>
        </w:tc>
        <w:tc>
          <w:tcPr>
            <w:tcW w:w="2665" w:type="dxa"/>
            <w:shd w:val="clear" w:color="auto" w:fill="FAFAFA"/>
            <w:tcMar>
              <w:top w:w="75" w:type="dxa"/>
              <w:left w:w="85" w:type="dxa"/>
              <w:bottom w:w="75" w:type="dxa"/>
              <w:right w:w="85" w:type="dxa"/>
            </w:tcMar>
            <w:vAlign w:val="center"/>
          </w:tcPr>
          <w:p w14:paraId="34F6E2E1" w14:textId="77777777" w:rsidR="00807297" w:rsidRPr="001A1B66" w:rsidRDefault="00000000">
            <w:pPr>
              <w:spacing w:after="0" w:line="240" w:lineRule="auto"/>
              <w:rPr>
                <w:noProof/>
                <w:lang w:val="ro-RO"/>
              </w:rPr>
            </w:pPr>
            <w:r w:rsidRPr="001A1B66">
              <w:rPr>
                <w:noProof/>
                <w:sz w:val="13"/>
                <w:lang w:val="ro-RO"/>
              </w:rPr>
              <w:t>Prezența la curs nu este echivalentă cu competența.</w:t>
            </w:r>
          </w:p>
        </w:tc>
      </w:tr>
      <w:tr w:rsidR="00807297" w:rsidRPr="001A1B66" w14:paraId="28114AC0" w14:textId="77777777">
        <w:trPr>
          <w:cantSplit/>
          <w:jc w:val="center"/>
        </w:trPr>
        <w:tc>
          <w:tcPr>
            <w:tcW w:w="1644" w:type="dxa"/>
            <w:shd w:val="clear" w:color="auto" w:fill="FFFFFF"/>
            <w:tcMar>
              <w:top w:w="75" w:type="dxa"/>
              <w:left w:w="85" w:type="dxa"/>
              <w:bottom w:w="75" w:type="dxa"/>
              <w:right w:w="85" w:type="dxa"/>
            </w:tcMar>
            <w:vAlign w:val="center"/>
          </w:tcPr>
          <w:p w14:paraId="59C1726B" w14:textId="77777777" w:rsidR="00807297" w:rsidRPr="001A1B66" w:rsidRDefault="00000000">
            <w:pPr>
              <w:spacing w:after="0" w:line="240" w:lineRule="auto"/>
              <w:rPr>
                <w:noProof/>
                <w:lang w:val="ro-RO"/>
              </w:rPr>
            </w:pPr>
            <w:r w:rsidRPr="001A1B66">
              <w:rPr>
                <w:noProof/>
                <w:sz w:val="13"/>
                <w:lang w:val="ro-RO"/>
              </w:rPr>
              <w:t>Mentenanță și utilități</w:t>
            </w:r>
          </w:p>
        </w:tc>
        <w:tc>
          <w:tcPr>
            <w:tcW w:w="2381" w:type="dxa"/>
            <w:shd w:val="clear" w:color="auto" w:fill="FFFFFF"/>
            <w:tcMar>
              <w:top w:w="75" w:type="dxa"/>
              <w:left w:w="85" w:type="dxa"/>
              <w:bottom w:w="75" w:type="dxa"/>
              <w:right w:w="85" w:type="dxa"/>
            </w:tcMar>
            <w:vAlign w:val="center"/>
          </w:tcPr>
          <w:p w14:paraId="6D4F4C8F" w14:textId="77777777" w:rsidR="00807297" w:rsidRPr="001A1B66" w:rsidRDefault="00000000">
            <w:pPr>
              <w:spacing w:after="0" w:line="240" w:lineRule="auto"/>
              <w:rPr>
                <w:noProof/>
                <w:lang w:val="ro-RO"/>
              </w:rPr>
            </w:pPr>
            <w:r w:rsidRPr="001A1B66">
              <w:rPr>
                <w:noProof/>
                <w:sz w:val="13"/>
                <w:lang w:val="ro-RO"/>
              </w:rPr>
              <w:t>Reducerea riscurilor generate de defecte și întreruperi.</w:t>
            </w:r>
          </w:p>
        </w:tc>
        <w:tc>
          <w:tcPr>
            <w:tcW w:w="3231" w:type="dxa"/>
            <w:shd w:val="clear" w:color="auto" w:fill="FFFFFF"/>
            <w:tcMar>
              <w:top w:w="75" w:type="dxa"/>
              <w:left w:w="85" w:type="dxa"/>
              <w:bottom w:w="75" w:type="dxa"/>
              <w:right w:w="85" w:type="dxa"/>
            </w:tcMar>
            <w:vAlign w:val="center"/>
          </w:tcPr>
          <w:p w14:paraId="1638F40D" w14:textId="77777777" w:rsidR="00807297" w:rsidRPr="001A1B66" w:rsidRDefault="00000000">
            <w:pPr>
              <w:spacing w:after="0" w:line="240" w:lineRule="auto"/>
              <w:rPr>
                <w:noProof/>
                <w:lang w:val="ro-RO"/>
              </w:rPr>
            </w:pPr>
            <w:r w:rsidRPr="001A1B66">
              <w:rPr>
                <w:noProof/>
                <w:sz w:val="13"/>
                <w:lang w:val="ro-RO"/>
              </w:rPr>
              <w:t>Defecte critice; mentenanță restantă; apă/aer/abur conform; timp indisponibilitate.</w:t>
            </w:r>
          </w:p>
        </w:tc>
        <w:tc>
          <w:tcPr>
            <w:tcW w:w="2665" w:type="dxa"/>
            <w:shd w:val="clear" w:color="auto" w:fill="FFFFFF"/>
            <w:tcMar>
              <w:top w:w="75" w:type="dxa"/>
              <w:left w:w="85" w:type="dxa"/>
              <w:bottom w:w="75" w:type="dxa"/>
              <w:right w:w="85" w:type="dxa"/>
            </w:tcMar>
            <w:vAlign w:val="center"/>
          </w:tcPr>
          <w:p w14:paraId="21F751FE" w14:textId="77777777" w:rsidR="00807297" w:rsidRPr="001A1B66" w:rsidRDefault="00000000">
            <w:pPr>
              <w:spacing w:after="0" w:line="240" w:lineRule="auto"/>
              <w:rPr>
                <w:noProof/>
                <w:lang w:val="ro-RO"/>
              </w:rPr>
            </w:pPr>
            <w:r w:rsidRPr="001A1B66">
              <w:rPr>
                <w:noProof/>
                <w:sz w:val="13"/>
                <w:lang w:val="ro-RO"/>
              </w:rPr>
              <w:t>Evitați amânarea mentenanței pentru a proteja producția.</w:t>
            </w:r>
          </w:p>
        </w:tc>
      </w:tr>
      <w:tr w:rsidR="00807297" w:rsidRPr="00696259" w14:paraId="1A2FC74B" w14:textId="77777777">
        <w:trPr>
          <w:cantSplit/>
          <w:jc w:val="center"/>
        </w:trPr>
        <w:tc>
          <w:tcPr>
            <w:tcW w:w="1644" w:type="dxa"/>
            <w:shd w:val="clear" w:color="auto" w:fill="FAFAFA"/>
            <w:tcMar>
              <w:top w:w="75" w:type="dxa"/>
              <w:left w:w="85" w:type="dxa"/>
              <w:bottom w:w="75" w:type="dxa"/>
              <w:right w:w="85" w:type="dxa"/>
            </w:tcMar>
            <w:vAlign w:val="center"/>
          </w:tcPr>
          <w:p w14:paraId="3A6D7A8C" w14:textId="77777777" w:rsidR="00807297" w:rsidRPr="001A1B66" w:rsidRDefault="00000000">
            <w:pPr>
              <w:spacing w:after="0" w:line="240" w:lineRule="auto"/>
              <w:rPr>
                <w:noProof/>
                <w:lang w:val="ro-RO"/>
              </w:rPr>
            </w:pPr>
            <w:r w:rsidRPr="001A1B66">
              <w:rPr>
                <w:noProof/>
                <w:sz w:val="13"/>
                <w:lang w:val="ro-RO"/>
              </w:rPr>
              <w:t>Pierderi / rebuturi sigure</w:t>
            </w:r>
          </w:p>
        </w:tc>
        <w:tc>
          <w:tcPr>
            <w:tcW w:w="2381" w:type="dxa"/>
            <w:shd w:val="clear" w:color="auto" w:fill="FAFAFA"/>
            <w:tcMar>
              <w:top w:w="75" w:type="dxa"/>
              <w:left w:w="85" w:type="dxa"/>
              <w:bottom w:w="75" w:type="dxa"/>
              <w:right w:w="85" w:type="dxa"/>
            </w:tcMar>
            <w:vAlign w:val="center"/>
          </w:tcPr>
          <w:p w14:paraId="15031BB0" w14:textId="77777777" w:rsidR="00807297" w:rsidRPr="001A1B66" w:rsidRDefault="00000000">
            <w:pPr>
              <w:spacing w:after="0" w:line="240" w:lineRule="auto"/>
              <w:rPr>
                <w:noProof/>
                <w:lang w:val="ro-RO"/>
              </w:rPr>
            </w:pPr>
            <w:r w:rsidRPr="001A1B66">
              <w:rPr>
                <w:noProof/>
                <w:sz w:val="13"/>
                <w:lang w:val="ro-RO"/>
              </w:rPr>
              <w:t>Reducerea pierderilor fără a compromite decizia de siguranță.</w:t>
            </w:r>
          </w:p>
        </w:tc>
        <w:tc>
          <w:tcPr>
            <w:tcW w:w="3231" w:type="dxa"/>
            <w:shd w:val="clear" w:color="auto" w:fill="FAFAFA"/>
            <w:tcMar>
              <w:top w:w="75" w:type="dxa"/>
              <w:left w:w="85" w:type="dxa"/>
              <w:bottom w:w="75" w:type="dxa"/>
              <w:right w:w="85" w:type="dxa"/>
            </w:tcMar>
            <w:vAlign w:val="center"/>
          </w:tcPr>
          <w:p w14:paraId="3349E5B6" w14:textId="77777777" w:rsidR="00807297" w:rsidRPr="001A1B66" w:rsidRDefault="00000000">
            <w:pPr>
              <w:spacing w:after="0" w:line="240" w:lineRule="auto"/>
              <w:rPr>
                <w:noProof/>
                <w:lang w:val="ro-RO"/>
              </w:rPr>
            </w:pPr>
            <w:r w:rsidRPr="001A1B66">
              <w:rPr>
                <w:noProof/>
                <w:sz w:val="13"/>
                <w:lang w:val="ro-RO"/>
              </w:rPr>
              <w:t>Rebut pe cauză; produs blocat; recuperare validată; rework conform.</w:t>
            </w:r>
          </w:p>
        </w:tc>
        <w:tc>
          <w:tcPr>
            <w:tcW w:w="2665" w:type="dxa"/>
            <w:shd w:val="clear" w:color="auto" w:fill="FAFAFA"/>
            <w:tcMar>
              <w:top w:w="75" w:type="dxa"/>
              <w:left w:w="85" w:type="dxa"/>
              <w:bottom w:w="75" w:type="dxa"/>
              <w:right w:w="85" w:type="dxa"/>
            </w:tcMar>
            <w:vAlign w:val="center"/>
          </w:tcPr>
          <w:p w14:paraId="34FE487E" w14:textId="77777777" w:rsidR="00807297" w:rsidRPr="001A1B66" w:rsidRDefault="00000000">
            <w:pPr>
              <w:spacing w:after="0" w:line="240" w:lineRule="auto"/>
              <w:rPr>
                <w:noProof/>
                <w:lang w:val="ro-RO"/>
              </w:rPr>
            </w:pPr>
            <w:r w:rsidRPr="001A1B66">
              <w:rPr>
                <w:noProof/>
                <w:sz w:val="13"/>
                <w:lang w:val="ro-RO"/>
              </w:rPr>
              <w:t>Obiectivele de randament nu trebuie să preseze eliberarea produsului nesigur.</w:t>
            </w:r>
          </w:p>
        </w:tc>
      </w:tr>
    </w:tbl>
    <w:p w14:paraId="35FD4098" w14:textId="77777777" w:rsidR="00807297" w:rsidRPr="001A1B66" w:rsidRDefault="00807297">
      <w:pPr>
        <w:spacing w:after="20"/>
        <w:rPr>
          <w:noProof/>
          <w:lang w:val="ro-RO"/>
        </w:rPr>
      </w:pPr>
    </w:p>
    <w:p w14:paraId="4FA3D179" w14:textId="77777777" w:rsidR="00807297" w:rsidRPr="001A1B66" w:rsidRDefault="00000000">
      <w:pPr>
        <w:pStyle w:val="Heading2"/>
        <w:rPr>
          <w:noProof/>
          <w:lang w:val="ro-RO"/>
        </w:rPr>
      </w:pPr>
      <w:r w:rsidRPr="001A1B66">
        <w:rPr>
          <w:noProof/>
          <w:lang w:val="ro-RO"/>
        </w:rPr>
        <w:t>Exemple de formulare completă</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1984"/>
        <w:gridCol w:w="7937"/>
      </w:tblGrid>
      <w:tr w:rsidR="00807297" w:rsidRPr="001A1B66" w14:paraId="71902EB7" w14:textId="77777777">
        <w:trPr>
          <w:tblHeader/>
          <w:jc w:val="center"/>
        </w:trPr>
        <w:tc>
          <w:tcPr>
            <w:tcW w:w="1984" w:type="dxa"/>
            <w:shd w:val="clear" w:color="auto" w:fill="D71920"/>
            <w:tcMar>
              <w:top w:w="75" w:type="dxa"/>
              <w:left w:w="85" w:type="dxa"/>
              <w:bottom w:w="75" w:type="dxa"/>
              <w:right w:w="85" w:type="dxa"/>
            </w:tcMar>
            <w:vAlign w:val="center"/>
          </w:tcPr>
          <w:p w14:paraId="5AA7E905" w14:textId="77777777" w:rsidR="00807297" w:rsidRPr="001A1B66" w:rsidRDefault="00000000">
            <w:pPr>
              <w:spacing w:after="0" w:line="240" w:lineRule="auto"/>
              <w:jc w:val="center"/>
              <w:rPr>
                <w:noProof/>
                <w:lang w:val="ro-RO"/>
              </w:rPr>
            </w:pPr>
            <w:r w:rsidRPr="001A1B66">
              <w:rPr>
                <w:b/>
                <w:noProof/>
                <w:color w:val="FFFFFF"/>
                <w:sz w:val="15"/>
                <w:lang w:val="ro-RO"/>
              </w:rPr>
              <w:t>TEMĂ</w:t>
            </w:r>
          </w:p>
        </w:tc>
        <w:tc>
          <w:tcPr>
            <w:tcW w:w="7937" w:type="dxa"/>
            <w:shd w:val="clear" w:color="auto" w:fill="D71920"/>
            <w:tcMar>
              <w:top w:w="75" w:type="dxa"/>
              <w:left w:w="85" w:type="dxa"/>
              <w:bottom w:w="75" w:type="dxa"/>
              <w:right w:w="85" w:type="dxa"/>
            </w:tcMar>
            <w:vAlign w:val="center"/>
          </w:tcPr>
          <w:p w14:paraId="76A34B64" w14:textId="77777777" w:rsidR="00807297" w:rsidRPr="001A1B66" w:rsidRDefault="00000000">
            <w:pPr>
              <w:spacing w:after="0" w:line="240" w:lineRule="auto"/>
              <w:jc w:val="center"/>
              <w:rPr>
                <w:noProof/>
                <w:lang w:val="ro-RO"/>
              </w:rPr>
            </w:pPr>
            <w:r w:rsidRPr="001A1B66">
              <w:rPr>
                <w:b/>
                <w:noProof/>
                <w:color w:val="FFFFFF"/>
                <w:sz w:val="15"/>
                <w:lang w:val="ro-RO"/>
              </w:rPr>
              <w:t>FORMULARE</w:t>
            </w:r>
          </w:p>
        </w:tc>
      </w:tr>
      <w:tr w:rsidR="00807297" w:rsidRPr="00696259" w14:paraId="79A1F273" w14:textId="77777777">
        <w:trPr>
          <w:cantSplit/>
          <w:jc w:val="center"/>
        </w:trPr>
        <w:tc>
          <w:tcPr>
            <w:tcW w:w="1984" w:type="dxa"/>
            <w:shd w:val="clear" w:color="auto" w:fill="FFFFFF"/>
            <w:tcMar>
              <w:top w:w="75" w:type="dxa"/>
              <w:left w:w="85" w:type="dxa"/>
              <w:bottom w:w="75" w:type="dxa"/>
              <w:right w:w="85" w:type="dxa"/>
            </w:tcMar>
            <w:vAlign w:val="center"/>
          </w:tcPr>
          <w:p w14:paraId="435D1831" w14:textId="77777777" w:rsidR="00807297" w:rsidRPr="001A1B66" w:rsidRDefault="00000000">
            <w:pPr>
              <w:spacing w:after="0" w:line="240" w:lineRule="auto"/>
              <w:rPr>
                <w:noProof/>
                <w:lang w:val="ro-RO"/>
              </w:rPr>
            </w:pPr>
            <w:r w:rsidRPr="001A1B66">
              <w:rPr>
                <w:noProof/>
                <w:sz w:val="15"/>
                <w:lang w:val="ro-RO"/>
              </w:rPr>
              <w:t>Alergeni</w:t>
            </w:r>
          </w:p>
        </w:tc>
        <w:tc>
          <w:tcPr>
            <w:tcW w:w="7937" w:type="dxa"/>
            <w:shd w:val="clear" w:color="auto" w:fill="FFFFFF"/>
            <w:tcMar>
              <w:top w:w="75" w:type="dxa"/>
              <w:left w:w="85" w:type="dxa"/>
              <w:bottom w:w="75" w:type="dxa"/>
              <w:right w:w="85" w:type="dxa"/>
            </w:tcMar>
            <w:vAlign w:val="center"/>
          </w:tcPr>
          <w:p w14:paraId="6575F76D" w14:textId="77777777" w:rsidR="00807297" w:rsidRPr="001A1B66" w:rsidRDefault="00000000">
            <w:pPr>
              <w:spacing w:after="0" w:line="240" w:lineRule="auto"/>
              <w:rPr>
                <w:noProof/>
                <w:lang w:val="ro-RO"/>
              </w:rPr>
            </w:pPr>
            <w:r w:rsidRPr="001A1B66">
              <w:rPr>
                <w:noProof/>
                <w:sz w:val="15"/>
                <w:lang w:val="ro-RO"/>
              </w:rPr>
              <w:t>Creșterea verificărilor de curățare acceptate din prima la schimbările cu alergeni de la 92,0% la minimum 99,5% până la 31.12.2027, menținând blocarea produsului până la confirmarea criteriilor.</w:t>
            </w:r>
          </w:p>
        </w:tc>
      </w:tr>
      <w:tr w:rsidR="00807297" w:rsidRPr="00696259" w14:paraId="10B6B55C" w14:textId="77777777">
        <w:trPr>
          <w:cantSplit/>
          <w:jc w:val="center"/>
        </w:trPr>
        <w:tc>
          <w:tcPr>
            <w:tcW w:w="1984" w:type="dxa"/>
            <w:shd w:val="clear" w:color="auto" w:fill="FAFAFA"/>
            <w:tcMar>
              <w:top w:w="75" w:type="dxa"/>
              <w:left w:w="85" w:type="dxa"/>
              <w:bottom w:w="75" w:type="dxa"/>
              <w:right w:w="85" w:type="dxa"/>
            </w:tcMar>
            <w:vAlign w:val="center"/>
          </w:tcPr>
          <w:p w14:paraId="54DF2E85" w14:textId="77777777" w:rsidR="00807297" w:rsidRPr="001A1B66" w:rsidRDefault="00000000">
            <w:pPr>
              <w:spacing w:after="0" w:line="240" w:lineRule="auto"/>
              <w:rPr>
                <w:noProof/>
                <w:lang w:val="ro-RO"/>
              </w:rPr>
            </w:pPr>
            <w:r w:rsidRPr="001A1B66">
              <w:rPr>
                <w:noProof/>
                <w:sz w:val="15"/>
                <w:lang w:val="ro-RO"/>
              </w:rPr>
              <w:t>Trasabilitate</w:t>
            </w:r>
          </w:p>
        </w:tc>
        <w:tc>
          <w:tcPr>
            <w:tcW w:w="7937" w:type="dxa"/>
            <w:shd w:val="clear" w:color="auto" w:fill="FAFAFA"/>
            <w:tcMar>
              <w:top w:w="75" w:type="dxa"/>
              <w:left w:w="85" w:type="dxa"/>
              <w:bottom w:w="75" w:type="dxa"/>
              <w:right w:w="85" w:type="dxa"/>
            </w:tcMar>
            <w:vAlign w:val="center"/>
          </w:tcPr>
          <w:p w14:paraId="11089131" w14:textId="77777777" w:rsidR="00807297" w:rsidRPr="001A1B66" w:rsidRDefault="00000000">
            <w:pPr>
              <w:spacing w:after="0" w:line="240" w:lineRule="auto"/>
              <w:rPr>
                <w:noProof/>
                <w:lang w:val="ro-RO"/>
              </w:rPr>
            </w:pPr>
            <w:r w:rsidRPr="001A1B66">
              <w:rPr>
                <w:noProof/>
                <w:sz w:val="15"/>
                <w:lang w:val="ro-RO"/>
              </w:rPr>
              <w:t>Reducerea timpului de identificare și reconciliere a unui lot de la 150 la maximum 60 de minute până la 30.06.2027, cu reconciliere cantitativă de minimum 99,5%.</w:t>
            </w:r>
          </w:p>
        </w:tc>
      </w:tr>
      <w:tr w:rsidR="00807297" w:rsidRPr="00696259" w14:paraId="1F9B1515" w14:textId="77777777">
        <w:trPr>
          <w:cantSplit/>
          <w:jc w:val="center"/>
        </w:trPr>
        <w:tc>
          <w:tcPr>
            <w:tcW w:w="1984" w:type="dxa"/>
            <w:shd w:val="clear" w:color="auto" w:fill="FFFFFF"/>
            <w:tcMar>
              <w:top w:w="75" w:type="dxa"/>
              <w:left w:w="85" w:type="dxa"/>
              <w:bottom w:w="75" w:type="dxa"/>
              <w:right w:w="85" w:type="dxa"/>
            </w:tcMar>
            <w:vAlign w:val="center"/>
          </w:tcPr>
          <w:p w14:paraId="4C583282" w14:textId="77777777" w:rsidR="00807297" w:rsidRPr="001A1B66" w:rsidRDefault="00000000">
            <w:pPr>
              <w:spacing w:after="0" w:line="240" w:lineRule="auto"/>
              <w:rPr>
                <w:noProof/>
                <w:lang w:val="ro-RO"/>
              </w:rPr>
            </w:pPr>
            <w:r w:rsidRPr="001A1B66">
              <w:rPr>
                <w:noProof/>
                <w:sz w:val="15"/>
                <w:lang w:val="ro-RO"/>
              </w:rPr>
              <w:t>Furnizori</w:t>
            </w:r>
          </w:p>
        </w:tc>
        <w:tc>
          <w:tcPr>
            <w:tcW w:w="7937" w:type="dxa"/>
            <w:shd w:val="clear" w:color="auto" w:fill="FFFFFF"/>
            <w:tcMar>
              <w:top w:w="75" w:type="dxa"/>
              <w:left w:w="85" w:type="dxa"/>
              <w:bottom w:w="75" w:type="dxa"/>
              <w:right w:w="85" w:type="dxa"/>
            </w:tcMar>
            <w:vAlign w:val="center"/>
          </w:tcPr>
          <w:p w14:paraId="6E9685E2" w14:textId="77777777" w:rsidR="00807297" w:rsidRPr="001A1B66" w:rsidRDefault="00000000">
            <w:pPr>
              <w:spacing w:after="0" w:line="240" w:lineRule="auto"/>
              <w:rPr>
                <w:noProof/>
                <w:lang w:val="ro-RO"/>
              </w:rPr>
            </w:pPr>
            <w:r w:rsidRPr="001A1B66">
              <w:rPr>
                <w:noProof/>
                <w:sz w:val="15"/>
                <w:lang w:val="ro-RO"/>
              </w:rPr>
              <w:t>Reducerea loturilor neconforme provenite de la furnizorii de ingrediente cu risc ridicat de la 3,2% la maximum 1,0% până la 31.12.2027, prin planuri de control și verificarea eficacității.</w:t>
            </w:r>
          </w:p>
        </w:tc>
      </w:tr>
      <w:tr w:rsidR="00807297" w:rsidRPr="00696259" w14:paraId="4264DB0C" w14:textId="77777777">
        <w:trPr>
          <w:cantSplit/>
          <w:jc w:val="center"/>
        </w:trPr>
        <w:tc>
          <w:tcPr>
            <w:tcW w:w="1984" w:type="dxa"/>
            <w:shd w:val="clear" w:color="auto" w:fill="FAFAFA"/>
            <w:tcMar>
              <w:top w:w="75" w:type="dxa"/>
              <w:left w:w="85" w:type="dxa"/>
              <w:bottom w:w="75" w:type="dxa"/>
              <w:right w:w="85" w:type="dxa"/>
            </w:tcMar>
            <w:vAlign w:val="center"/>
          </w:tcPr>
          <w:p w14:paraId="1B848259" w14:textId="77777777" w:rsidR="00807297" w:rsidRPr="001A1B66" w:rsidRDefault="00000000">
            <w:pPr>
              <w:spacing w:after="0" w:line="240" w:lineRule="auto"/>
              <w:rPr>
                <w:noProof/>
                <w:lang w:val="ro-RO"/>
              </w:rPr>
            </w:pPr>
            <w:r w:rsidRPr="001A1B66">
              <w:rPr>
                <w:noProof/>
                <w:sz w:val="15"/>
                <w:lang w:val="ro-RO"/>
              </w:rPr>
              <w:t>Cultură</w:t>
            </w:r>
          </w:p>
        </w:tc>
        <w:tc>
          <w:tcPr>
            <w:tcW w:w="7937" w:type="dxa"/>
            <w:shd w:val="clear" w:color="auto" w:fill="FAFAFA"/>
            <w:tcMar>
              <w:top w:w="75" w:type="dxa"/>
              <w:left w:w="85" w:type="dxa"/>
              <w:bottom w:w="75" w:type="dxa"/>
              <w:right w:w="85" w:type="dxa"/>
            </w:tcMar>
            <w:vAlign w:val="center"/>
          </w:tcPr>
          <w:p w14:paraId="45896141" w14:textId="77777777" w:rsidR="00807297" w:rsidRPr="001A1B66" w:rsidRDefault="00000000">
            <w:pPr>
              <w:spacing w:after="0" w:line="240" w:lineRule="auto"/>
              <w:rPr>
                <w:noProof/>
                <w:lang w:val="ro-RO"/>
              </w:rPr>
            </w:pPr>
            <w:r w:rsidRPr="001A1B66">
              <w:rPr>
                <w:noProof/>
                <w:sz w:val="15"/>
                <w:lang w:val="ro-RO"/>
              </w:rPr>
              <w:t>Reducerea timpului median de răspuns la sesizările de siguranță a alimentelor de la 12 la maximum 3 zile până la 30.09.2027, fără diminuarea ratei de raportare.</w:t>
            </w:r>
          </w:p>
        </w:tc>
      </w:tr>
    </w:tbl>
    <w:p w14:paraId="32342C6F" w14:textId="77777777" w:rsidR="00807297" w:rsidRPr="001A1B66" w:rsidRDefault="00807297">
      <w:pPr>
        <w:spacing w:after="20"/>
        <w:rPr>
          <w:noProof/>
          <w:lang w:val="ro-RO"/>
        </w:rPr>
      </w:pPr>
    </w:p>
    <w:p w14:paraId="16996655" w14:textId="77777777" w:rsidR="00807297" w:rsidRPr="001A1B66" w:rsidRDefault="00000000">
      <w:pPr>
        <w:rPr>
          <w:noProof/>
          <w:lang w:val="ro-RO"/>
        </w:rPr>
      </w:pPr>
      <w:r w:rsidRPr="001A1B66">
        <w:rPr>
          <w:noProof/>
          <w:lang w:val="ro-RO"/>
        </w:rPr>
        <w:br w:type="page"/>
      </w: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807297" w:rsidRPr="00696259" w14:paraId="33B0152B" w14:textId="77777777">
        <w:trPr>
          <w:jc w:val="center"/>
        </w:trPr>
        <w:tc>
          <w:tcPr>
            <w:tcW w:w="1020" w:type="dxa"/>
            <w:shd w:val="clear" w:color="auto" w:fill="D71920"/>
            <w:tcMar>
              <w:top w:w="75" w:type="dxa"/>
              <w:left w:w="85" w:type="dxa"/>
              <w:bottom w:w="75" w:type="dxa"/>
              <w:right w:w="85" w:type="dxa"/>
            </w:tcMar>
            <w:vAlign w:val="center"/>
          </w:tcPr>
          <w:p w14:paraId="15F793B6" w14:textId="77777777" w:rsidR="00807297" w:rsidRPr="001A1B66" w:rsidRDefault="00000000">
            <w:pPr>
              <w:spacing w:after="0" w:line="240" w:lineRule="auto"/>
              <w:jc w:val="center"/>
              <w:rPr>
                <w:noProof/>
                <w:lang w:val="ro-RO"/>
              </w:rPr>
            </w:pPr>
            <w:r w:rsidRPr="001A1B66">
              <w:rPr>
                <w:b/>
                <w:noProof/>
                <w:color w:val="FFFFFF"/>
                <w:sz w:val="34"/>
                <w:lang w:val="ro-RO"/>
              </w:rPr>
              <w:lastRenderedPageBreak/>
              <w:t>4B</w:t>
            </w:r>
          </w:p>
        </w:tc>
        <w:tc>
          <w:tcPr>
            <w:tcW w:w="8901" w:type="dxa"/>
            <w:shd w:val="clear" w:color="auto" w:fill="F3F4F5"/>
          </w:tcPr>
          <w:p w14:paraId="55EA75DF" w14:textId="77777777" w:rsidR="00807297" w:rsidRPr="001A1B66" w:rsidRDefault="00000000">
            <w:pPr>
              <w:spacing w:after="20"/>
              <w:rPr>
                <w:noProof/>
                <w:lang w:val="ro-RO"/>
              </w:rPr>
            </w:pPr>
            <w:r w:rsidRPr="001A1B66">
              <w:rPr>
                <w:b/>
                <w:noProof/>
                <w:sz w:val="28"/>
                <w:lang w:val="ro-RO"/>
              </w:rPr>
              <w:t>Proiectarea indicatorilor</w:t>
            </w:r>
          </w:p>
          <w:p w14:paraId="1EB8D42A" w14:textId="77777777" w:rsidR="00807297" w:rsidRPr="001A1B66" w:rsidRDefault="00000000">
            <w:pPr>
              <w:spacing w:after="0"/>
              <w:rPr>
                <w:noProof/>
                <w:lang w:val="ro-RO"/>
              </w:rPr>
            </w:pPr>
            <w:r w:rsidRPr="001A1B66">
              <w:rPr>
                <w:noProof/>
                <w:color w:val="666666"/>
                <w:sz w:val="16"/>
                <w:lang w:val="ro-RO"/>
              </w:rPr>
              <w:t>Indicatorul trebuie să conducă la decizii corecte, nu doar la un procent ușor de raportat</w:t>
            </w:r>
          </w:p>
        </w:tc>
      </w:tr>
    </w:tbl>
    <w:p w14:paraId="0528D829" w14:textId="77777777" w:rsidR="00807297" w:rsidRPr="001A1B66" w:rsidRDefault="00807297">
      <w:pPr>
        <w:spacing w:after="0"/>
        <w:rPr>
          <w:noProof/>
          <w:lang w:val="ro-RO"/>
        </w:rPr>
      </w:pPr>
    </w:p>
    <w:p w14:paraId="0AF93F97" w14:textId="77777777" w:rsidR="00807297" w:rsidRPr="001A1B66" w:rsidRDefault="00000000">
      <w:pPr>
        <w:pStyle w:val="Heading2"/>
        <w:rPr>
          <w:noProof/>
          <w:lang w:val="ro-RO"/>
        </w:rPr>
      </w:pPr>
      <w:r w:rsidRPr="001A1B66">
        <w:rPr>
          <w:noProof/>
          <w:lang w:val="ro-RO"/>
        </w:rPr>
        <w:t>Fișa tehnică a indicatorului</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3288"/>
        <w:gridCol w:w="6633"/>
      </w:tblGrid>
      <w:tr w:rsidR="00807297" w:rsidRPr="001A1B66" w14:paraId="235CD80A" w14:textId="77777777">
        <w:trPr>
          <w:tblHeader/>
          <w:jc w:val="center"/>
        </w:trPr>
        <w:tc>
          <w:tcPr>
            <w:tcW w:w="3288" w:type="dxa"/>
            <w:shd w:val="clear" w:color="auto" w:fill="D71920"/>
            <w:tcMar>
              <w:top w:w="75" w:type="dxa"/>
              <w:left w:w="85" w:type="dxa"/>
              <w:bottom w:w="75" w:type="dxa"/>
              <w:right w:w="85" w:type="dxa"/>
            </w:tcMar>
            <w:vAlign w:val="center"/>
          </w:tcPr>
          <w:p w14:paraId="17093B28" w14:textId="77777777" w:rsidR="00807297" w:rsidRPr="001A1B66" w:rsidRDefault="00000000">
            <w:pPr>
              <w:spacing w:after="0" w:line="240" w:lineRule="auto"/>
              <w:jc w:val="center"/>
              <w:rPr>
                <w:noProof/>
                <w:lang w:val="ro-RO"/>
              </w:rPr>
            </w:pPr>
            <w:r w:rsidRPr="001A1B66">
              <w:rPr>
                <w:b/>
                <w:noProof/>
                <w:color w:val="FFFFFF"/>
                <w:sz w:val="16"/>
                <w:lang w:val="ro-RO"/>
              </w:rPr>
              <w:t>ELEMENT</w:t>
            </w:r>
          </w:p>
        </w:tc>
        <w:tc>
          <w:tcPr>
            <w:tcW w:w="6633" w:type="dxa"/>
            <w:shd w:val="clear" w:color="auto" w:fill="D71920"/>
            <w:tcMar>
              <w:top w:w="75" w:type="dxa"/>
              <w:left w:w="85" w:type="dxa"/>
              <w:bottom w:w="75" w:type="dxa"/>
              <w:right w:w="85" w:type="dxa"/>
            </w:tcMar>
            <w:vAlign w:val="center"/>
          </w:tcPr>
          <w:p w14:paraId="582F22F4" w14:textId="77777777" w:rsidR="00807297" w:rsidRPr="001A1B66" w:rsidRDefault="00000000">
            <w:pPr>
              <w:spacing w:after="0" w:line="240" w:lineRule="auto"/>
              <w:jc w:val="center"/>
              <w:rPr>
                <w:noProof/>
                <w:lang w:val="ro-RO"/>
              </w:rPr>
            </w:pPr>
            <w:r w:rsidRPr="001A1B66">
              <w:rPr>
                <w:b/>
                <w:noProof/>
                <w:color w:val="FFFFFF"/>
                <w:sz w:val="16"/>
                <w:lang w:val="ro-RO"/>
              </w:rPr>
              <w:t>COMPLETARE</w:t>
            </w:r>
          </w:p>
        </w:tc>
      </w:tr>
      <w:tr w:rsidR="00807297" w:rsidRPr="001A1B66" w14:paraId="12ABEEED" w14:textId="77777777">
        <w:trPr>
          <w:cantSplit/>
          <w:jc w:val="center"/>
        </w:trPr>
        <w:tc>
          <w:tcPr>
            <w:tcW w:w="3288" w:type="dxa"/>
            <w:shd w:val="clear" w:color="auto" w:fill="FFFFFF"/>
            <w:tcMar>
              <w:top w:w="75" w:type="dxa"/>
              <w:left w:w="85" w:type="dxa"/>
              <w:bottom w:w="75" w:type="dxa"/>
              <w:right w:w="85" w:type="dxa"/>
            </w:tcMar>
            <w:vAlign w:val="center"/>
          </w:tcPr>
          <w:p w14:paraId="3BD8B29A" w14:textId="77777777" w:rsidR="00807297" w:rsidRPr="001A1B66" w:rsidRDefault="00000000">
            <w:pPr>
              <w:spacing w:after="0" w:line="240" w:lineRule="auto"/>
              <w:rPr>
                <w:noProof/>
                <w:lang w:val="ro-RO"/>
              </w:rPr>
            </w:pPr>
            <w:r w:rsidRPr="001A1B66">
              <w:rPr>
                <w:noProof/>
                <w:sz w:val="16"/>
                <w:lang w:val="ro-RO"/>
              </w:rPr>
              <w:t>Denumire și scop</w:t>
            </w:r>
          </w:p>
        </w:tc>
        <w:tc>
          <w:tcPr>
            <w:tcW w:w="6633" w:type="dxa"/>
            <w:shd w:val="clear" w:color="auto" w:fill="FFFFFF"/>
            <w:tcMar>
              <w:top w:w="75" w:type="dxa"/>
              <w:left w:w="85" w:type="dxa"/>
              <w:bottom w:w="75" w:type="dxa"/>
              <w:right w:w="85" w:type="dxa"/>
            </w:tcMar>
            <w:vAlign w:val="center"/>
          </w:tcPr>
          <w:p w14:paraId="034895EA" w14:textId="77777777" w:rsidR="00807297" w:rsidRPr="001A1B66" w:rsidRDefault="00807297">
            <w:pPr>
              <w:spacing w:after="0" w:line="240" w:lineRule="auto"/>
              <w:rPr>
                <w:noProof/>
                <w:lang w:val="ro-RO"/>
              </w:rPr>
            </w:pPr>
          </w:p>
        </w:tc>
      </w:tr>
      <w:tr w:rsidR="00807297" w:rsidRPr="001A1B66" w14:paraId="170788DF" w14:textId="77777777">
        <w:trPr>
          <w:cantSplit/>
          <w:jc w:val="center"/>
        </w:trPr>
        <w:tc>
          <w:tcPr>
            <w:tcW w:w="3288" w:type="dxa"/>
            <w:shd w:val="clear" w:color="auto" w:fill="FAFAFA"/>
            <w:tcMar>
              <w:top w:w="75" w:type="dxa"/>
              <w:left w:w="85" w:type="dxa"/>
              <w:bottom w:w="75" w:type="dxa"/>
              <w:right w:w="85" w:type="dxa"/>
            </w:tcMar>
            <w:vAlign w:val="center"/>
          </w:tcPr>
          <w:p w14:paraId="68F9C76C" w14:textId="77777777" w:rsidR="00807297" w:rsidRPr="001A1B66" w:rsidRDefault="00000000">
            <w:pPr>
              <w:spacing w:after="0" w:line="240" w:lineRule="auto"/>
              <w:rPr>
                <w:noProof/>
                <w:lang w:val="ro-RO"/>
              </w:rPr>
            </w:pPr>
            <w:r w:rsidRPr="001A1B66">
              <w:rPr>
                <w:noProof/>
                <w:sz w:val="16"/>
                <w:lang w:val="ro-RO"/>
              </w:rPr>
              <w:t>Pericol / proces / PRP asociat</w:t>
            </w:r>
          </w:p>
        </w:tc>
        <w:tc>
          <w:tcPr>
            <w:tcW w:w="6633" w:type="dxa"/>
            <w:shd w:val="clear" w:color="auto" w:fill="FAFAFA"/>
            <w:tcMar>
              <w:top w:w="75" w:type="dxa"/>
              <w:left w:w="85" w:type="dxa"/>
              <w:bottom w:w="75" w:type="dxa"/>
              <w:right w:w="85" w:type="dxa"/>
            </w:tcMar>
            <w:vAlign w:val="center"/>
          </w:tcPr>
          <w:p w14:paraId="51647C76" w14:textId="77777777" w:rsidR="00807297" w:rsidRPr="001A1B66" w:rsidRDefault="00807297">
            <w:pPr>
              <w:spacing w:after="0" w:line="240" w:lineRule="auto"/>
              <w:rPr>
                <w:noProof/>
                <w:lang w:val="ro-RO"/>
              </w:rPr>
            </w:pPr>
          </w:p>
        </w:tc>
      </w:tr>
      <w:tr w:rsidR="00807297" w:rsidRPr="001A1B66" w14:paraId="39960B19" w14:textId="77777777">
        <w:trPr>
          <w:cantSplit/>
          <w:jc w:val="center"/>
        </w:trPr>
        <w:tc>
          <w:tcPr>
            <w:tcW w:w="3288" w:type="dxa"/>
            <w:shd w:val="clear" w:color="auto" w:fill="FFFFFF"/>
            <w:tcMar>
              <w:top w:w="75" w:type="dxa"/>
              <w:left w:w="85" w:type="dxa"/>
              <w:bottom w:w="75" w:type="dxa"/>
              <w:right w:w="85" w:type="dxa"/>
            </w:tcMar>
            <w:vAlign w:val="center"/>
          </w:tcPr>
          <w:p w14:paraId="171A89DD" w14:textId="77777777" w:rsidR="00807297" w:rsidRPr="001A1B66" w:rsidRDefault="00000000">
            <w:pPr>
              <w:spacing w:after="0" w:line="240" w:lineRule="auto"/>
              <w:rPr>
                <w:noProof/>
                <w:lang w:val="ro-RO"/>
              </w:rPr>
            </w:pPr>
            <w:r w:rsidRPr="001A1B66">
              <w:rPr>
                <w:noProof/>
                <w:sz w:val="16"/>
                <w:lang w:val="ro-RO"/>
              </w:rPr>
              <w:t>Produse, linii și locații acoperite</w:t>
            </w:r>
          </w:p>
        </w:tc>
        <w:tc>
          <w:tcPr>
            <w:tcW w:w="6633" w:type="dxa"/>
            <w:shd w:val="clear" w:color="auto" w:fill="FFFFFF"/>
            <w:tcMar>
              <w:top w:w="75" w:type="dxa"/>
              <w:left w:w="85" w:type="dxa"/>
              <w:bottom w:w="75" w:type="dxa"/>
              <w:right w:w="85" w:type="dxa"/>
            </w:tcMar>
            <w:vAlign w:val="center"/>
          </w:tcPr>
          <w:p w14:paraId="70279542" w14:textId="77777777" w:rsidR="00807297" w:rsidRPr="001A1B66" w:rsidRDefault="00807297">
            <w:pPr>
              <w:spacing w:after="0" w:line="240" w:lineRule="auto"/>
              <w:rPr>
                <w:noProof/>
                <w:lang w:val="ro-RO"/>
              </w:rPr>
            </w:pPr>
          </w:p>
        </w:tc>
      </w:tr>
      <w:tr w:rsidR="00807297" w:rsidRPr="001A1B66" w14:paraId="782AD94C" w14:textId="77777777">
        <w:trPr>
          <w:cantSplit/>
          <w:jc w:val="center"/>
        </w:trPr>
        <w:tc>
          <w:tcPr>
            <w:tcW w:w="3288" w:type="dxa"/>
            <w:shd w:val="clear" w:color="auto" w:fill="FAFAFA"/>
            <w:tcMar>
              <w:top w:w="75" w:type="dxa"/>
              <w:left w:w="85" w:type="dxa"/>
              <w:bottom w:w="75" w:type="dxa"/>
              <w:right w:w="85" w:type="dxa"/>
            </w:tcMar>
            <w:vAlign w:val="center"/>
          </w:tcPr>
          <w:p w14:paraId="4C349D51" w14:textId="77777777" w:rsidR="00807297" w:rsidRPr="001A1B66" w:rsidRDefault="00000000">
            <w:pPr>
              <w:spacing w:after="0" w:line="240" w:lineRule="auto"/>
              <w:rPr>
                <w:noProof/>
                <w:lang w:val="ro-RO"/>
              </w:rPr>
            </w:pPr>
            <w:r w:rsidRPr="001A1B66">
              <w:rPr>
                <w:noProof/>
                <w:sz w:val="16"/>
                <w:lang w:val="ro-RO"/>
              </w:rPr>
              <w:t>Indicator de control preventiv</w:t>
            </w:r>
          </w:p>
        </w:tc>
        <w:tc>
          <w:tcPr>
            <w:tcW w:w="6633" w:type="dxa"/>
            <w:shd w:val="clear" w:color="auto" w:fill="FAFAFA"/>
            <w:tcMar>
              <w:top w:w="75" w:type="dxa"/>
              <w:left w:w="85" w:type="dxa"/>
              <w:bottom w:w="75" w:type="dxa"/>
              <w:right w:w="85" w:type="dxa"/>
            </w:tcMar>
            <w:vAlign w:val="center"/>
          </w:tcPr>
          <w:p w14:paraId="19840119" w14:textId="77777777" w:rsidR="00807297" w:rsidRPr="001A1B66" w:rsidRDefault="00807297">
            <w:pPr>
              <w:spacing w:after="0" w:line="240" w:lineRule="auto"/>
              <w:rPr>
                <w:noProof/>
                <w:lang w:val="ro-RO"/>
              </w:rPr>
            </w:pPr>
          </w:p>
        </w:tc>
      </w:tr>
      <w:tr w:rsidR="00807297" w:rsidRPr="001A1B66" w14:paraId="14C8BBC1" w14:textId="77777777">
        <w:trPr>
          <w:cantSplit/>
          <w:jc w:val="center"/>
        </w:trPr>
        <w:tc>
          <w:tcPr>
            <w:tcW w:w="3288" w:type="dxa"/>
            <w:shd w:val="clear" w:color="auto" w:fill="FFFFFF"/>
            <w:tcMar>
              <w:top w:w="75" w:type="dxa"/>
              <w:left w:w="85" w:type="dxa"/>
              <w:bottom w:w="75" w:type="dxa"/>
              <w:right w:w="85" w:type="dxa"/>
            </w:tcMar>
            <w:vAlign w:val="center"/>
          </w:tcPr>
          <w:p w14:paraId="1EDF21D0" w14:textId="77777777" w:rsidR="00807297" w:rsidRPr="001A1B66" w:rsidRDefault="00000000">
            <w:pPr>
              <w:spacing w:after="0" w:line="240" w:lineRule="auto"/>
              <w:rPr>
                <w:noProof/>
                <w:lang w:val="ro-RO"/>
              </w:rPr>
            </w:pPr>
            <w:r w:rsidRPr="001A1B66">
              <w:rPr>
                <w:noProof/>
                <w:sz w:val="16"/>
                <w:lang w:val="ro-RO"/>
              </w:rPr>
              <w:t>Indicator de rezultat</w:t>
            </w:r>
          </w:p>
        </w:tc>
        <w:tc>
          <w:tcPr>
            <w:tcW w:w="6633" w:type="dxa"/>
            <w:shd w:val="clear" w:color="auto" w:fill="FFFFFF"/>
            <w:tcMar>
              <w:top w:w="75" w:type="dxa"/>
              <w:left w:w="85" w:type="dxa"/>
              <w:bottom w:w="75" w:type="dxa"/>
              <w:right w:w="85" w:type="dxa"/>
            </w:tcMar>
            <w:vAlign w:val="center"/>
          </w:tcPr>
          <w:p w14:paraId="7120DCEF" w14:textId="77777777" w:rsidR="00807297" w:rsidRPr="001A1B66" w:rsidRDefault="00807297">
            <w:pPr>
              <w:spacing w:after="0" w:line="240" w:lineRule="auto"/>
              <w:rPr>
                <w:noProof/>
                <w:lang w:val="ro-RO"/>
              </w:rPr>
            </w:pPr>
          </w:p>
        </w:tc>
      </w:tr>
      <w:tr w:rsidR="00807297" w:rsidRPr="001A1B66" w14:paraId="5706E538" w14:textId="77777777">
        <w:trPr>
          <w:cantSplit/>
          <w:jc w:val="center"/>
        </w:trPr>
        <w:tc>
          <w:tcPr>
            <w:tcW w:w="3288" w:type="dxa"/>
            <w:shd w:val="clear" w:color="auto" w:fill="FAFAFA"/>
            <w:tcMar>
              <w:top w:w="75" w:type="dxa"/>
              <w:left w:w="85" w:type="dxa"/>
              <w:bottom w:w="75" w:type="dxa"/>
              <w:right w:w="85" w:type="dxa"/>
            </w:tcMar>
            <w:vAlign w:val="center"/>
          </w:tcPr>
          <w:p w14:paraId="73D7A98F" w14:textId="77777777" w:rsidR="00807297" w:rsidRPr="001A1B66" w:rsidRDefault="00000000">
            <w:pPr>
              <w:spacing w:after="0" w:line="240" w:lineRule="auto"/>
              <w:rPr>
                <w:noProof/>
                <w:lang w:val="ro-RO"/>
              </w:rPr>
            </w:pPr>
            <w:r w:rsidRPr="001A1B66">
              <w:rPr>
                <w:noProof/>
                <w:sz w:val="16"/>
                <w:lang w:val="ro-RO"/>
              </w:rPr>
              <w:t>Formula și unitatea</w:t>
            </w:r>
          </w:p>
        </w:tc>
        <w:tc>
          <w:tcPr>
            <w:tcW w:w="6633" w:type="dxa"/>
            <w:shd w:val="clear" w:color="auto" w:fill="FAFAFA"/>
            <w:tcMar>
              <w:top w:w="75" w:type="dxa"/>
              <w:left w:w="85" w:type="dxa"/>
              <w:bottom w:w="75" w:type="dxa"/>
              <w:right w:w="85" w:type="dxa"/>
            </w:tcMar>
            <w:vAlign w:val="center"/>
          </w:tcPr>
          <w:p w14:paraId="3390D9F9" w14:textId="77777777" w:rsidR="00807297" w:rsidRPr="001A1B66" w:rsidRDefault="00807297">
            <w:pPr>
              <w:spacing w:after="0" w:line="240" w:lineRule="auto"/>
              <w:rPr>
                <w:noProof/>
                <w:lang w:val="ro-RO"/>
              </w:rPr>
            </w:pPr>
          </w:p>
        </w:tc>
      </w:tr>
      <w:tr w:rsidR="00807297" w:rsidRPr="00696259" w14:paraId="00AA9187" w14:textId="77777777">
        <w:trPr>
          <w:cantSplit/>
          <w:jc w:val="center"/>
        </w:trPr>
        <w:tc>
          <w:tcPr>
            <w:tcW w:w="3288" w:type="dxa"/>
            <w:shd w:val="clear" w:color="auto" w:fill="FFFFFF"/>
            <w:tcMar>
              <w:top w:w="75" w:type="dxa"/>
              <w:left w:w="85" w:type="dxa"/>
              <w:bottom w:w="75" w:type="dxa"/>
              <w:right w:w="85" w:type="dxa"/>
            </w:tcMar>
            <w:vAlign w:val="center"/>
          </w:tcPr>
          <w:p w14:paraId="3E948549" w14:textId="77777777" w:rsidR="00807297" w:rsidRPr="001A1B66" w:rsidRDefault="00000000">
            <w:pPr>
              <w:spacing w:after="0" w:line="240" w:lineRule="auto"/>
              <w:rPr>
                <w:noProof/>
                <w:lang w:val="ro-RO"/>
              </w:rPr>
            </w:pPr>
            <w:r w:rsidRPr="001A1B66">
              <w:rPr>
                <w:noProof/>
                <w:sz w:val="16"/>
                <w:lang w:val="ro-RO"/>
              </w:rPr>
              <w:t>Sursa datelor / metoda de testare</w:t>
            </w:r>
          </w:p>
        </w:tc>
        <w:tc>
          <w:tcPr>
            <w:tcW w:w="6633" w:type="dxa"/>
            <w:shd w:val="clear" w:color="auto" w:fill="FFFFFF"/>
            <w:tcMar>
              <w:top w:w="75" w:type="dxa"/>
              <w:left w:w="85" w:type="dxa"/>
              <w:bottom w:w="75" w:type="dxa"/>
              <w:right w:w="85" w:type="dxa"/>
            </w:tcMar>
            <w:vAlign w:val="center"/>
          </w:tcPr>
          <w:p w14:paraId="62CA2998" w14:textId="77777777" w:rsidR="00807297" w:rsidRPr="001A1B66" w:rsidRDefault="00807297">
            <w:pPr>
              <w:spacing w:after="0" w:line="240" w:lineRule="auto"/>
              <w:rPr>
                <w:noProof/>
                <w:lang w:val="ro-RO"/>
              </w:rPr>
            </w:pPr>
          </w:p>
        </w:tc>
      </w:tr>
      <w:tr w:rsidR="00807297" w:rsidRPr="001A1B66" w14:paraId="3D368C6B" w14:textId="77777777">
        <w:trPr>
          <w:cantSplit/>
          <w:jc w:val="center"/>
        </w:trPr>
        <w:tc>
          <w:tcPr>
            <w:tcW w:w="3288" w:type="dxa"/>
            <w:shd w:val="clear" w:color="auto" w:fill="FAFAFA"/>
            <w:tcMar>
              <w:top w:w="75" w:type="dxa"/>
              <w:left w:w="85" w:type="dxa"/>
              <w:bottom w:w="75" w:type="dxa"/>
              <w:right w:w="85" w:type="dxa"/>
            </w:tcMar>
            <w:vAlign w:val="center"/>
          </w:tcPr>
          <w:p w14:paraId="2A9D8B56" w14:textId="77777777" w:rsidR="00807297" w:rsidRPr="001A1B66" w:rsidRDefault="00000000">
            <w:pPr>
              <w:spacing w:after="0" w:line="240" w:lineRule="auto"/>
              <w:rPr>
                <w:noProof/>
                <w:lang w:val="ro-RO"/>
              </w:rPr>
            </w:pPr>
            <w:r w:rsidRPr="001A1B66">
              <w:rPr>
                <w:noProof/>
                <w:sz w:val="16"/>
                <w:lang w:val="ro-RO"/>
              </w:rPr>
              <w:t>Frecvență și responsabil</w:t>
            </w:r>
          </w:p>
        </w:tc>
        <w:tc>
          <w:tcPr>
            <w:tcW w:w="6633" w:type="dxa"/>
            <w:shd w:val="clear" w:color="auto" w:fill="FAFAFA"/>
            <w:tcMar>
              <w:top w:w="75" w:type="dxa"/>
              <w:left w:w="85" w:type="dxa"/>
              <w:bottom w:w="75" w:type="dxa"/>
              <w:right w:w="85" w:type="dxa"/>
            </w:tcMar>
            <w:vAlign w:val="center"/>
          </w:tcPr>
          <w:p w14:paraId="78F72AEC" w14:textId="77777777" w:rsidR="00807297" w:rsidRPr="001A1B66" w:rsidRDefault="00807297">
            <w:pPr>
              <w:spacing w:after="0" w:line="240" w:lineRule="auto"/>
              <w:rPr>
                <w:noProof/>
                <w:lang w:val="ro-RO"/>
              </w:rPr>
            </w:pPr>
          </w:p>
        </w:tc>
      </w:tr>
      <w:tr w:rsidR="00807297" w:rsidRPr="001A1B66" w14:paraId="5243DD4D" w14:textId="77777777">
        <w:trPr>
          <w:cantSplit/>
          <w:jc w:val="center"/>
        </w:trPr>
        <w:tc>
          <w:tcPr>
            <w:tcW w:w="3288" w:type="dxa"/>
            <w:shd w:val="clear" w:color="auto" w:fill="FFFFFF"/>
            <w:tcMar>
              <w:top w:w="75" w:type="dxa"/>
              <w:left w:w="85" w:type="dxa"/>
              <w:bottom w:w="75" w:type="dxa"/>
              <w:right w:w="85" w:type="dxa"/>
            </w:tcMar>
            <w:vAlign w:val="center"/>
          </w:tcPr>
          <w:p w14:paraId="70B5BDA9" w14:textId="77777777" w:rsidR="00807297" w:rsidRPr="001A1B66" w:rsidRDefault="00000000">
            <w:pPr>
              <w:spacing w:after="0" w:line="240" w:lineRule="auto"/>
              <w:rPr>
                <w:noProof/>
                <w:lang w:val="ro-RO"/>
              </w:rPr>
            </w:pPr>
            <w:r w:rsidRPr="001A1B66">
              <w:rPr>
                <w:noProof/>
                <w:sz w:val="16"/>
                <w:lang w:val="ro-RO"/>
              </w:rPr>
              <w:t>Baza de referință</w:t>
            </w:r>
          </w:p>
        </w:tc>
        <w:tc>
          <w:tcPr>
            <w:tcW w:w="6633" w:type="dxa"/>
            <w:shd w:val="clear" w:color="auto" w:fill="FFFFFF"/>
            <w:tcMar>
              <w:top w:w="75" w:type="dxa"/>
              <w:left w:w="85" w:type="dxa"/>
              <w:bottom w:w="75" w:type="dxa"/>
              <w:right w:w="85" w:type="dxa"/>
            </w:tcMar>
            <w:vAlign w:val="center"/>
          </w:tcPr>
          <w:p w14:paraId="0739DF9A" w14:textId="77777777" w:rsidR="00807297" w:rsidRPr="001A1B66" w:rsidRDefault="00807297">
            <w:pPr>
              <w:spacing w:after="0" w:line="240" w:lineRule="auto"/>
              <w:rPr>
                <w:noProof/>
                <w:lang w:val="ro-RO"/>
              </w:rPr>
            </w:pPr>
          </w:p>
        </w:tc>
      </w:tr>
      <w:tr w:rsidR="00807297" w:rsidRPr="001A1B66" w14:paraId="0DC782CF" w14:textId="77777777">
        <w:trPr>
          <w:cantSplit/>
          <w:jc w:val="center"/>
        </w:trPr>
        <w:tc>
          <w:tcPr>
            <w:tcW w:w="3288" w:type="dxa"/>
            <w:shd w:val="clear" w:color="auto" w:fill="FAFAFA"/>
            <w:tcMar>
              <w:top w:w="75" w:type="dxa"/>
              <w:left w:w="85" w:type="dxa"/>
              <w:bottom w:w="75" w:type="dxa"/>
              <w:right w:w="85" w:type="dxa"/>
            </w:tcMar>
            <w:vAlign w:val="center"/>
          </w:tcPr>
          <w:p w14:paraId="108DC252" w14:textId="77777777" w:rsidR="00807297" w:rsidRPr="001A1B66" w:rsidRDefault="00000000">
            <w:pPr>
              <w:spacing w:after="0" w:line="240" w:lineRule="auto"/>
              <w:rPr>
                <w:noProof/>
                <w:lang w:val="ro-RO"/>
              </w:rPr>
            </w:pPr>
            <w:r w:rsidRPr="001A1B66">
              <w:rPr>
                <w:noProof/>
                <w:sz w:val="16"/>
                <w:lang w:val="ro-RO"/>
              </w:rPr>
              <w:t>Țintă și praguri</w:t>
            </w:r>
          </w:p>
        </w:tc>
        <w:tc>
          <w:tcPr>
            <w:tcW w:w="6633" w:type="dxa"/>
            <w:shd w:val="clear" w:color="auto" w:fill="FAFAFA"/>
            <w:tcMar>
              <w:top w:w="75" w:type="dxa"/>
              <w:left w:w="85" w:type="dxa"/>
              <w:bottom w:w="75" w:type="dxa"/>
              <w:right w:w="85" w:type="dxa"/>
            </w:tcMar>
            <w:vAlign w:val="center"/>
          </w:tcPr>
          <w:p w14:paraId="2964741F" w14:textId="77777777" w:rsidR="00807297" w:rsidRPr="001A1B66" w:rsidRDefault="00807297">
            <w:pPr>
              <w:spacing w:after="0" w:line="240" w:lineRule="auto"/>
              <w:rPr>
                <w:noProof/>
                <w:lang w:val="ro-RO"/>
              </w:rPr>
            </w:pPr>
          </w:p>
        </w:tc>
      </w:tr>
      <w:tr w:rsidR="00807297" w:rsidRPr="001A1B66" w14:paraId="2B72B3B8" w14:textId="77777777">
        <w:trPr>
          <w:cantSplit/>
          <w:jc w:val="center"/>
        </w:trPr>
        <w:tc>
          <w:tcPr>
            <w:tcW w:w="3288" w:type="dxa"/>
            <w:shd w:val="clear" w:color="auto" w:fill="FFFFFF"/>
            <w:tcMar>
              <w:top w:w="75" w:type="dxa"/>
              <w:left w:w="85" w:type="dxa"/>
              <w:bottom w:w="75" w:type="dxa"/>
              <w:right w:w="85" w:type="dxa"/>
            </w:tcMar>
            <w:vAlign w:val="center"/>
          </w:tcPr>
          <w:p w14:paraId="39F205DB" w14:textId="77777777" w:rsidR="00807297" w:rsidRPr="001A1B66" w:rsidRDefault="00000000">
            <w:pPr>
              <w:spacing w:after="0" w:line="240" w:lineRule="auto"/>
              <w:rPr>
                <w:noProof/>
                <w:lang w:val="ro-RO"/>
              </w:rPr>
            </w:pPr>
            <w:r w:rsidRPr="001A1B66">
              <w:rPr>
                <w:noProof/>
                <w:sz w:val="16"/>
                <w:lang w:val="ro-RO"/>
              </w:rPr>
              <w:t>Criterii de siguranță care nu pot fi relaxate</w:t>
            </w:r>
          </w:p>
        </w:tc>
        <w:tc>
          <w:tcPr>
            <w:tcW w:w="6633" w:type="dxa"/>
            <w:shd w:val="clear" w:color="auto" w:fill="FFFFFF"/>
            <w:tcMar>
              <w:top w:w="75" w:type="dxa"/>
              <w:left w:w="85" w:type="dxa"/>
              <w:bottom w:w="75" w:type="dxa"/>
              <w:right w:w="85" w:type="dxa"/>
            </w:tcMar>
            <w:vAlign w:val="center"/>
          </w:tcPr>
          <w:p w14:paraId="14D7876A" w14:textId="77777777" w:rsidR="00807297" w:rsidRPr="001A1B66" w:rsidRDefault="00807297">
            <w:pPr>
              <w:spacing w:after="0" w:line="240" w:lineRule="auto"/>
              <w:rPr>
                <w:noProof/>
                <w:lang w:val="ro-RO"/>
              </w:rPr>
            </w:pPr>
          </w:p>
        </w:tc>
      </w:tr>
      <w:tr w:rsidR="00807297" w:rsidRPr="001A1B66" w14:paraId="75699336" w14:textId="77777777">
        <w:trPr>
          <w:cantSplit/>
          <w:jc w:val="center"/>
        </w:trPr>
        <w:tc>
          <w:tcPr>
            <w:tcW w:w="3288" w:type="dxa"/>
            <w:shd w:val="clear" w:color="auto" w:fill="FAFAFA"/>
            <w:tcMar>
              <w:top w:w="75" w:type="dxa"/>
              <w:left w:w="85" w:type="dxa"/>
              <w:bottom w:w="75" w:type="dxa"/>
              <w:right w:w="85" w:type="dxa"/>
            </w:tcMar>
            <w:vAlign w:val="center"/>
          </w:tcPr>
          <w:p w14:paraId="6A6554E3" w14:textId="77777777" w:rsidR="00807297" w:rsidRPr="001A1B66" w:rsidRDefault="00000000">
            <w:pPr>
              <w:spacing w:after="0" w:line="240" w:lineRule="auto"/>
              <w:rPr>
                <w:noProof/>
                <w:lang w:val="ro-RO"/>
              </w:rPr>
            </w:pPr>
            <w:r w:rsidRPr="001A1B66">
              <w:rPr>
                <w:noProof/>
                <w:sz w:val="16"/>
                <w:lang w:val="ro-RO"/>
              </w:rPr>
              <w:t>Metoda de verificare / validare</w:t>
            </w:r>
          </w:p>
        </w:tc>
        <w:tc>
          <w:tcPr>
            <w:tcW w:w="6633" w:type="dxa"/>
            <w:shd w:val="clear" w:color="auto" w:fill="FAFAFA"/>
            <w:tcMar>
              <w:top w:w="75" w:type="dxa"/>
              <w:left w:w="85" w:type="dxa"/>
              <w:bottom w:w="75" w:type="dxa"/>
              <w:right w:w="85" w:type="dxa"/>
            </w:tcMar>
            <w:vAlign w:val="center"/>
          </w:tcPr>
          <w:p w14:paraId="4C766766" w14:textId="77777777" w:rsidR="00807297" w:rsidRPr="001A1B66" w:rsidRDefault="00807297">
            <w:pPr>
              <w:spacing w:after="0" w:line="240" w:lineRule="auto"/>
              <w:rPr>
                <w:noProof/>
                <w:lang w:val="ro-RO"/>
              </w:rPr>
            </w:pPr>
          </w:p>
        </w:tc>
      </w:tr>
      <w:tr w:rsidR="00807297" w:rsidRPr="001A1B66" w14:paraId="3204076A" w14:textId="77777777">
        <w:trPr>
          <w:cantSplit/>
          <w:jc w:val="center"/>
        </w:trPr>
        <w:tc>
          <w:tcPr>
            <w:tcW w:w="3288" w:type="dxa"/>
            <w:shd w:val="clear" w:color="auto" w:fill="FFFFFF"/>
            <w:tcMar>
              <w:top w:w="75" w:type="dxa"/>
              <w:left w:w="85" w:type="dxa"/>
              <w:bottom w:w="75" w:type="dxa"/>
              <w:right w:w="85" w:type="dxa"/>
            </w:tcMar>
            <w:vAlign w:val="center"/>
          </w:tcPr>
          <w:p w14:paraId="6E4172AE" w14:textId="77777777" w:rsidR="00807297" w:rsidRPr="001A1B66" w:rsidRDefault="00000000">
            <w:pPr>
              <w:spacing w:after="0" w:line="240" w:lineRule="auto"/>
              <w:rPr>
                <w:noProof/>
                <w:lang w:val="ro-RO"/>
              </w:rPr>
            </w:pPr>
            <w:r w:rsidRPr="001A1B66">
              <w:rPr>
                <w:noProof/>
                <w:sz w:val="16"/>
                <w:lang w:val="ro-RO"/>
              </w:rPr>
              <w:t>Efecte nedorite și reguli anti-manipulare</w:t>
            </w:r>
          </w:p>
        </w:tc>
        <w:tc>
          <w:tcPr>
            <w:tcW w:w="6633" w:type="dxa"/>
            <w:shd w:val="clear" w:color="auto" w:fill="FFFFFF"/>
            <w:tcMar>
              <w:top w:w="75" w:type="dxa"/>
              <w:left w:w="85" w:type="dxa"/>
              <w:bottom w:w="75" w:type="dxa"/>
              <w:right w:w="85" w:type="dxa"/>
            </w:tcMar>
            <w:vAlign w:val="center"/>
          </w:tcPr>
          <w:p w14:paraId="5FD964FC" w14:textId="77777777" w:rsidR="00807297" w:rsidRPr="001A1B66" w:rsidRDefault="00807297">
            <w:pPr>
              <w:spacing w:after="0" w:line="240" w:lineRule="auto"/>
              <w:rPr>
                <w:noProof/>
                <w:lang w:val="ro-RO"/>
              </w:rPr>
            </w:pPr>
          </w:p>
        </w:tc>
      </w:tr>
    </w:tbl>
    <w:p w14:paraId="5F9D4E9D" w14:textId="77777777" w:rsidR="00807297" w:rsidRPr="001A1B66" w:rsidRDefault="00807297">
      <w:pPr>
        <w:spacing w:after="20"/>
        <w:rPr>
          <w:noProof/>
          <w:lang w:val="ro-RO"/>
        </w:rPr>
      </w:pPr>
    </w:p>
    <w:p w14:paraId="30DDC676" w14:textId="77777777" w:rsidR="00807297" w:rsidRPr="001A1B66" w:rsidRDefault="00000000">
      <w:pPr>
        <w:pStyle w:val="Heading2"/>
        <w:rPr>
          <w:noProof/>
          <w:lang w:val="ro-RO"/>
        </w:rPr>
      </w:pPr>
      <w:r w:rsidRPr="001A1B66">
        <w:rPr>
          <w:noProof/>
          <w:lang w:val="ro-RO"/>
        </w:rPr>
        <w:t>Combinați indicatori de control și indicatori de rezultat</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2438"/>
        <w:gridCol w:w="3402"/>
        <w:gridCol w:w="4082"/>
      </w:tblGrid>
      <w:tr w:rsidR="00807297" w:rsidRPr="001A1B66" w14:paraId="6899B852" w14:textId="77777777">
        <w:trPr>
          <w:tblHeader/>
          <w:jc w:val="center"/>
        </w:trPr>
        <w:tc>
          <w:tcPr>
            <w:tcW w:w="2438" w:type="dxa"/>
            <w:shd w:val="clear" w:color="auto" w:fill="D71920"/>
            <w:tcMar>
              <w:top w:w="75" w:type="dxa"/>
              <w:left w:w="85" w:type="dxa"/>
              <w:bottom w:w="75" w:type="dxa"/>
              <w:right w:w="85" w:type="dxa"/>
            </w:tcMar>
            <w:vAlign w:val="center"/>
          </w:tcPr>
          <w:p w14:paraId="47136626" w14:textId="77777777" w:rsidR="00807297" w:rsidRPr="001A1B66" w:rsidRDefault="00000000">
            <w:pPr>
              <w:spacing w:after="0" w:line="240" w:lineRule="auto"/>
              <w:jc w:val="center"/>
              <w:rPr>
                <w:noProof/>
                <w:lang w:val="ro-RO"/>
              </w:rPr>
            </w:pPr>
            <w:r w:rsidRPr="001A1B66">
              <w:rPr>
                <w:b/>
                <w:noProof/>
                <w:color w:val="FFFFFF"/>
                <w:sz w:val="15"/>
                <w:lang w:val="ro-RO"/>
              </w:rPr>
              <w:t>DOMENIU</w:t>
            </w:r>
          </w:p>
        </w:tc>
        <w:tc>
          <w:tcPr>
            <w:tcW w:w="3402" w:type="dxa"/>
            <w:shd w:val="clear" w:color="auto" w:fill="D71920"/>
            <w:tcMar>
              <w:top w:w="75" w:type="dxa"/>
              <w:left w:w="85" w:type="dxa"/>
              <w:bottom w:w="75" w:type="dxa"/>
              <w:right w:w="85" w:type="dxa"/>
            </w:tcMar>
            <w:vAlign w:val="center"/>
          </w:tcPr>
          <w:p w14:paraId="4E428C02" w14:textId="77777777" w:rsidR="00807297" w:rsidRPr="001A1B66" w:rsidRDefault="00000000">
            <w:pPr>
              <w:spacing w:after="0" w:line="240" w:lineRule="auto"/>
              <w:jc w:val="center"/>
              <w:rPr>
                <w:noProof/>
                <w:lang w:val="ro-RO"/>
              </w:rPr>
            </w:pPr>
            <w:r w:rsidRPr="001A1B66">
              <w:rPr>
                <w:b/>
                <w:noProof/>
                <w:color w:val="FFFFFF"/>
                <w:sz w:val="15"/>
                <w:lang w:val="ro-RO"/>
              </w:rPr>
              <w:t>INDICATOR DE CONTROL / PREVENTIV</w:t>
            </w:r>
          </w:p>
        </w:tc>
        <w:tc>
          <w:tcPr>
            <w:tcW w:w="4082" w:type="dxa"/>
            <w:shd w:val="clear" w:color="auto" w:fill="D71920"/>
            <w:tcMar>
              <w:top w:w="75" w:type="dxa"/>
              <w:left w:w="85" w:type="dxa"/>
              <w:bottom w:w="75" w:type="dxa"/>
              <w:right w:w="85" w:type="dxa"/>
            </w:tcMar>
            <w:vAlign w:val="center"/>
          </w:tcPr>
          <w:p w14:paraId="6A01F826" w14:textId="77777777" w:rsidR="00807297" w:rsidRPr="001A1B66" w:rsidRDefault="00000000">
            <w:pPr>
              <w:spacing w:after="0" w:line="240" w:lineRule="auto"/>
              <w:jc w:val="center"/>
              <w:rPr>
                <w:noProof/>
                <w:lang w:val="ro-RO"/>
              </w:rPr>
            </w:pPr>
            <w:r w:rsidRPr="001A1B66">
              <w:rPr>
                <w:b/>
                <w:noProof/>
                <w:color w:val="FFFFFF"/>
                <w:sz w:val="15"/>
                <w:lang w:val="ro-RO"/>
              </w:rPr>
              <w:t>INDICATOR DE REZULTAT / EFECT</w:t>
            </w:r>
          </w:p>
        </w:tc>
      </w:tr>
      <w:tr w:rsidR="00807297" w:rsidRPr="001A1B66" w14:paraId="3B255D1E" w14:textId="77777777">
        <w:trPr>
          <w:cantSplit/>
          <w:jc w:val="center"/>
        </w:trPr>
        <w:tc>
          <w:tcPr>
            <w:tcW w:w="2438" w:type="dxa"/>
            <w:shd w:val="clear" w:color="auto" w:fill="FFFFFF"/>
            <w:tcMar>
              <w:top w:w="75" w:type="dxa"/>
              <w:left w:w="85" w:type="dxa"/>
              <w:bottom w:w="75" w:type="dxa"/>
              <w:right w:w="85" w:type="dxa"/>
            </w:tcMar>
            <w:vAlign w:val="center"/>
          </w:tcPr>
          <w:p w14:paraId="6C411EEB" w14:textId="77777777" w:rsidR="00807297" w:rsidRPr="001A1B66" w:rsidRDefault="00000000">
            <w:pPr>
              <w:spacing w:after="0" w:line="240" w:lineRule="auto"/>
              <w:rPr>
                <w:noProof/>
                <w:lang w:val="ro-RO"/>
              </w:rPr>
            </w:pPr>
            <w:r w:rsidRPr="001A1B66">
              <w:rPr>
                <w:noProof/>
                <w:sz w:val="15"/>
                <w:lang w:val="ro-RO"/>
              </w:rPr>
              <w:t>Curățare</w:t>
            </w:r>
          </w:p>
        </w:tc>
        <w:tc>
          <w:tcPr>
            <w:tcW w:w="3402" w:type="dxa"/>
            <w:shd w:val="clear" w:color="auto" w:fill="FFFFFF"/>
            <w:tcMar>
              <w:top w:w="75" w:type="dxa"/>
              <w:left w:w="85" w:type="dxa"/>
              <w:bottom w:w="75" w:type="dxa"/>
              <w:right w:w="85" w:type="dxa"/>
            </w:tcMar>
            <w:vAlign w:val="center"/>
          </w:tcPr>
          <w:p w14:paraId="194C0440" w14:textId="77777777" w:rsidR="00807297" w:rsidRPr="001A1B66" w:rsidRDefault="00000000">
            <w:pPr>
              <w:spacing w:after="0" w:line="240" w:lineRule="auto"/>
              <w:rPr>
                <w:noProof/>
                <w:lang w:val="ro-RO"/>
              </w:rPr>
            </w:pPr>
            <w:r w:rsidRPr="001A1B66">
              <w:rPr>
                <w:noProof/>
                <w:sz w:val="15"/>
                <w:lang w:val="ro-RO"/>
              </w:rPr>
              <w:t>% verificări acceptate din prima; acțiuni finalizate; respectarea parametrilor</w:t>
            </w:r>
          </w:p>
        </w:tc>
        <w:tc>
          <w:tcPr>
            <w:tcW w:w="4082" w:type="dxa"/>
            <w:shd w:val="clear" w:color="auto" w:fill="FFFFFF"/>
            <w:tcMar>
              <w:top w:w="75" w:type="dxa"/>
              <w:left w:w="85" w:type="dxa"/>
              <w:bottom w:w="75" w:type="dxa"/>
              <w:right w:w="85" w:type="dxa"/>
            </w:tcMar>
            <w:vAlign w:val="center"/>
          </w:tcPr>
          <w:p w14:paraId="144BCDDD" w14:textId="77777777" w:rsidR="00807297" w:rsidRPr="001A1B66" w:rsidRDefault="00000000">
            <w:pPr>
              <w:spacing w:after="0" w:line="240" w:lineRule="auto"/>
              <w:rPr>
                <w:noProof/>
                <w:lang w:val="ro-RO"/>
              </w:rPr>
            </w:pPr>
            <w:r w:rsidRPr="001A1B66">
              <w:rPr>
                <w:noProof/>
                <w:sz w:val="15"/>
                <w:lang w:val="ro-RO"/>
              </w:rPr>
              <w:t>rezultate microbiologice / alergeni; recurența neconformităților</w:t>
            </w:r>
          </w:p>
        </w:tc>
      </w:tr>
      <w:tr w:rsidR="00807297" w:rsidRPr="00696259" w14:paraId="44A8EA60" w14:textId="77777777">
        <w:trPr>
          <w:cantSplit/>
          <w:jc w:val="center"/>
        </w:trPr>
        <w:tc>
          <w:tcPr>
            <w:tcW w:w="2438" w:type="dxa"/>
            <w:shd w:val="clear" w:color="auto" w:fill="FAFAFA"/>
            <w:tcMar>
              <w:top w:w="75" w:type="dxa"/>
              <w:left w:w="85" w:type="dxa"/>
              <w:bottom w:w="75" w:type="dxa"/>
              <w:right w:w="85" w:type="dxa"/>
            </w:tcMar>
            <w:vAlign w:val="center"/>
          </w:tcPr>
          <w:p w14:paraId="23722CD4" w14:textId="77777777" w:rsidR="00807297" w:rsidRPr="001A1B66" w:rsidRDefault="00000000">
            <w:pPr>
              <w:spacing w:after="0" w:line="240" w:lineRule="auto"/>
              <w:rPr>
                <w:noProof/>
                <w:lang w:val="ro-RO"/>
              </w:rPr>
            </w:pPr>
            <w:r w:rsidRPr="001A1B66">
              <w:rPr>
                <w:noProof/>
                <w:sz w:val="15"/>
                <w:lang w:val="ro-RO"/>
              </w:rPr>
              <w:t>CCP / OPRP</w:t>
            </w:r>
          </w:p>
        </w:tc>
        <w:tc>
          <w:tcPr>
            <w:tcW w:w="3402" w:type="dxa"/>
            <w:shd w:val="clear" w:color="auto" w:fill="FAFAFA"/>
            <w:tcMar>
              <w:top w:w="75" w:type="dxa"/>
              <w:left w:w="85" w:type="dxa"/>
              <w:bottom w:w="75" w:type="dxa"/>
              <w:right w:w="85" w:type="dxa"/>
            </w:tcMar>
            <w:vAlign w:val="center"/>
          </w:tcPr>
          <w:p w14:paraId="6E2E8E30" w14:textId="77777777" w:rsidR="00807297" w:rsidRPr="001A1B66" w:rsidRDefault="00000000">
            <w:pPr>
              <w:spacing w:after="0" w:line="240" w:lineRule="auto"/>
              <w:rPr>
                <w:noProof/>
                <w:lang w:val="ro-RO"/>
              </w:rPr>
            </w:pPr>
            <w:r w:rsidRPr="001A1B66">
              <w:rPr>
                <w:noProof/>
                <w:sz w:val="15"/>
                <w:lang w:val="ro-RO"/>
              </w:rPr>
              <w:t>stabilitatea parametrilor; alarme testate; competența operatorilor</w:t>
            </w:r>
          </w:p>
        </w:tc>
        <w:tc>
          <w:tcPr>
            <w:tcW w:w="4082" w:type="dxa"/>
            <w:shd w:val="clear" w:color="auto" w:fill="FAFAFA"/>
            <w:tcMar>
              <w:top w:w="75" w:type="dxa"/>
              <w:left w:w="85" w:type="dxa"/>
              <w:bottom w:w="75" w:type="dxa"/>
              <w:right w:w="85" w:type="dxa"/>
            </w:tcMar>
            <w:vAlign w:val="center"/>
          </w:tcPr>
          <w:p w14:paraId="0B11CB17" w14:textId="77777777" w:rsidR="00807297" w:rsidRPr="001A1B66" w:rsidRDefault="00000000">
            <w:pPr>
              <w:spacing w:after="0" w:line="240" w:lineRule="auto"/>
              <w:rPr>
                <w:noProof/>
                <w:lang w:val="ro-RO"/>
              </w:rPr>
            </w:pPr>
            <w:r w:rsidRPr="001A1B66">
              <w:rPr>
                <w:noProof/>
                <w:sz w:val="15"/>
                <w:lang w:val="ro-RO"/>
              </w:rPr>
              <w:t>abateri, produs blocat, cauze recurente, incidente</w:t>
            </w:r>
          </w:p>
        </w:tc>
      </w:tr>
      <w:tr w:rsidR="00807297" w:rsidRPr="001A1B66" w14:paraId="09E714E7" w14:textId="77777777">
        <w:trPr>
          <w:cantSplit/>
          <w:jc w:val="center"/>
        </w:trPr>
        <w:tc>
          <w:tcPr>
            <w:tcW w:w="2438" w:type="dxa"/>
            <w:shd w:val="clear" w:color="auto" w:fill="FFFFFF"/>
            <w:tcMar>
              <w:top w:w="75" w:type="dxa"/>
              <w:left w:w="85" w:type="dxa"/>
              <w:bottom w:w="75" w:type="dxa"/>
              <w:right w:w="85" w:type="dxa"/>
            </w:tcMar>
            <w:vAlign w:val="center"/>
          </w:tcPr>
          <w:p w14:paraId="1F34477C" w14:textId="77777777" w:rsidR="00807297" w:rsidRPr="001A1B66" w:rsidRDefault="00000000">
            <w:pPr>
              <w:spacing w:after="0" w:line="240" w:lineRule="auto"/>
              <w:rPr>
                <w:noProof/>
                <w:lang w:val="ro-RO"/>
              </w:rPr>
            </w:pPr>
            <w:r w:rsidRPr="001A1B66">
              <w:rPr>
                <w:noProof/>
                <w:sz w:val="15"/>
                <w:lang w:val="ro-RO"/>
              </w:rPr>
              <w:t>Furnizori</w:t>
            </w:r>
          </w:p>
        </w:tc>
        <w:tc>
          <w:tcPr>
            <w:tcW w:w="3402" w:type="dxa"/>
            <w:shd w:val="clear" w:color="auto" w:fill="FFFFFF"/>
            <w:tcMar>
              <w:top w:w="75" w:type="dxa"/>
              <w:left w:w="85" w:type="dxa"/>
              <w:bottom w:w="75" w:type="dxa"/>
              <w:right w:w="85" w:type="dxa"/>
            </w:tcMar>
            <w:vAlign w:val="center"/>
          </w:tcPr>
          <w:p w14:paraId="33A71506" w14:textId="77777777" w:rsidR="00807297" w:rsidRPr="001A1B66" w:rsidRDefault="00000000">
            <w:pPr>
              <w:spacing w:after="0" w:line="240" w:lineRule="auto"/>
              <w:rPr>
                <w:noProof/>
                <w:lang w:val="ro-RO"/>
              </w:rPr>
            </w:pPr>
            <w:r w:rsidRPr="001A1B66">
              <w:rPr>
                <w:noProof/>
                <w:sz w:val="15"/>
                <w:lang w:val="ro-RO"/>
              </w:rPr>
              <w:t>evaluări la timp; controale la recepție; acțiuni furnizor verificate</w:t>
            </w:r>
          </w:p>
        </w:tc>
        <w:tc>
          <w:tcPr>
            <w:tcW w:w="4082" w:type="dxa"/>
            <w:shd w:val="clear" w:color="auto" w:fill="FFFFFF"/>
            <w:tcMar>
              <w:top w:w="75" w:type="dxa"/>
              <w:left w:w="85" w:type="dxa"/>
              <w:bottom w:w="75" w:type="dxa"/>
              <w:right w:w="85" w:type="dxa"/>
            </w:tcMar>
            <w:vAlign w:val="center"/>
          </w:tcPr>
          <w:p w14:paraId="2BDE4AC4" w14:textId="77777777" w:rsidR="00807297" w:rsidRPr="001A1B66" w:rsidRDefault="00000000">
            <w:pPr>
              <w:spacing w:after="0" w:line="240" w:lineRule="auto"/>
              <w:rPr>
                <w:noProof/>
                <w:lang w:val="ro-RO"/>
              </w:rPr>
            </w:pPr>
            <w:r w:rsidRPr="001A1B66">
              <w:rPr>
                <w:noProof/>
                <w:sz w:val="15"/>
                <w:lang w:val="ro-RO"/>
              </w:rPr>
              <w:t>loturi neconforme, reclamații, incidente asociate materiei prime</w:t>
            </w:r>
          </w:p>
        </w:tc>
      </w:tr>
      <w:tr w:rsidR="00807297" w:rsidRPr="00696259" w14:paraId="013DDEE4" w14:textId="77777777">
        <w:trPr>
          <w:cantSplit/>
          <w:jc w:val="center"/>
        </w:trPr>
        <w:tc>
          <w:tcPr>
            <w:tcW w:w="2438" w:type="dxa"/>
            <w:shd w:val="clear" w:color="auto" w:fill="FAFAFA"/>
            <w:tcMar>
              <w:top w:w="75" w:type="dxa"/>
              <w:left w:w="85" w:type="dxa"/>
              <w:bottom w:w="75" w:type="dxa"/>
              <w:right w:w="85" w:type="dxa"/>
            </w:tcMar>
            <w:vAlign w:val="center"/>
          </w:tcPr>
          <w:p w14:paraId="01199147" w14:textId="77777777" w:rsidR="00807297" w:rsidRPr="001A1B66" w:rsidRDefault="00000000">
            <w:pPr>
              <w:spacing w:after="0" w:line="240" w:lineRule="auto"/>
              <w:rPr>
                <w:noProof/>
                <w:lang w:val="ro-RO"/>
              </w:rPr>
            </w:pPr>
            <w:r w:rsidRPr="001A1B66">
              <w:rPr>
                <w:noProof/>
                <w:sz w:val="15"/>
                <w:lang w:val="ro-RO"/>
              </w:rPr>
              <w:t>Trasabilitate</w:t>
            </w:r>
          </w:p>
        </w:tc>
        <w:tc>
          <w:tcPr>
            <w:tcW w:w="3402" w:type="dxa"/>
            <w:shd w:val="clear" w:color="auto" w:fill="FAFAFA"/>
            <w:tcMar>
              <w:top w:w="75" w:type="dxa"/>
              <w:left w:w="85" w:type="dxa"/>
              <w:bottom w:w="75" w:type="dxa"/>
              <w:right w:w="85" w:type="dxa"/>
            </w:tcMar>
            <w:vAlign w:val="center"/>
          </w:tcPr>
          <w:p w14:paraId="4CE6FC7A" w14:textId="77777777" w:rsidR="00807297" w:rsidRPr="001A1B66" w:rsidRDefault="00000000">
            <w:pPr>
              <w:spacing w:after="0" w:line="240" w:lineRule="auto"/>
              <w:rPr>
                <w:noProof/>
                <w:lang w:val="ro-RO"/>
              </w:rPr>
            </w:pPr>
            <w:r w:rsidRPr="001A1B66">
              <w:rPr>
                <w:noProof/>
                <w:sz w:val="15"/>
                <w:lang w:val="ro-RO"/>
              </w:rPr>
              <w:t>completitudinea înregistrărilor; teste periodice; acuratețe codificare</w:t>
            </w:r>
          </w:p>
        </w:tc>
        <w:tc>
          <w:tcPr>
            <w:tcW w:w="4082" w:type="dxa"/>
            <w:shd w:val="clear" w:color="auto" w:fill="FAFAFA"/>
            <w:tcMar>
              <w:top w:w="75" w:type="dxa"/>
              <w:left w:w="85" w:type="dxa"/>
              <w:bottom w:w="75" w:type="dxa"/>
              <w:right w:w="85" w:type="dxa"/>
            </w:tcMar>
            <w:vAlign w:val="center"/>
          </w:tcPr>
          <w:p w14:paraId="5470AA30" w14:textId="77777777" w:rsidR="00807297" w:rsidRPr="001A1B66" w:rsidRDefault="00000000">
            <w:pPr>
              <w:spacing w:after="0" w:line="240" w:lineRule="auto"/>
              <w:rPr>
                <w:noProof/>
                <w:lang w:val="ro-RO"/>
              </w:rPr>
            </w:pPr>
            <w:r w:rsidRPr="001A1B66">
              <w:rPr>
                <w:noProof/>
                <w:sz w:val="15"/>
                <w:lang w:val="ro-RO"/>
              </w:rPr>
              <w:t>timp de trasare, reconciliere cantitativă, destinatari identificați</w:t>
            </w:r>
          </w:p>
        </w:tc>
      </w:tr>
      <w:tr w:rsidR="00807297" w:rsidRPr="001A1B66" w14:paraId="0D1DF698" w14:textId="77777777">
        <w:trPr>
          <w:cantSplit/>
          <w:jc w:val="center"/>
        </w:trPr>
        <w:tc>
          <w:tcPr>
            <w:tcW w:w="2438" w:type="dxa"/>
            <w:shd w:val="clear" w:color="auto" w:fill="FFFFFF"/>
            <w:tcMar>
              <w:top w:w="75" w:type="dxa"/>
              <w:left w:w="85" w:type="dxa"/>
              <w:bottom w:w="75" w:type="dxa"/>
              <w:right w:w="85" w:type="dxa"/>
            </w:tcMar>
            <w:vAlign w:val="center"/>
          </w:tcPr>
          <w:p w14:paraId="3D9C7013" w14:textId="77777777" w:rsidR="00807297" w:rsidRPr="001A1B66" w:rsidRDefault="00000000">
            <w:pPr>
              <w:spacing w:after="0" w:line="240" w:lineRule="auto"/>
              <w:rPr>
                <w:noProof/>
                <w:lang w:val="ro-RO"/>
              </w:rPr>
            </w:pPr>
            <w:r w:rsidRPr="001A1B66">
              <w:rPr>
                <w:noProof/>
                <w:sz w:val="15"/>
                <w:lang w:val="ro-RO"/>
              </w:rPr>
              <w:t>Cultură</w:t>
            </w:r>
          </w:p>
        </w:tc>
        <w:tc>
          <w:tcPr>
            <w:tcW w:w="3402" w:type="dxa"/>
            <w:shd w:val="clear" w:color="auto" w:fill="FFFFFF"/>
            <w:tcMar>
              <w:top w:w="75" w:type="dxa"/>
              <w:left w:w="85" w:type="dxa"/>
              <w:bottom w:w="75" w:type="dxa"/>
              <w:right w:w="85" w:type="dxa"/>
            </w:tcMar>
            <w:vAlign w:val="center"/>
          </w:tcPr>
          <w:p w14:paraId="358458EE" w14:textId="77777777" w:rsidR="00807297" w:rsidRPr="001A1B66" w:rsidRDefault="00000000">
            <w:pPr>
              <w:spacing w:after="0" w:line="240" w:lineRule="auto"/>
              <w:rPr>
                <w:noProof/>
                <w:lang w:val="ro-RO"/>
              </w:rPr>
            </w:pPr>
            <w:r w:rsidRPr="001A1B66">
              <w:rPr>
                <w:noProof/>
                <w:sz w:val="15"/>
                <w:lang w:val="ro-RO"/>
              </w:rPr>
              <w:t>raportări, observații și reacții; demonstrații practice</w:t>
            </w:r>
          </w:p>
        </w:tc>
        <w:tc>
          <w:tcPr>
            <w:tcW w:w="4082" w:type="dxa"/>
            <w:shd w:val="clear" w:color="auto" w:fill="FFFFFF"/>
            <w:tcMar>
              <w:top w:w="75" w:type="dxa"/>
              <w:left w:w="85" w:type="dxa"/>
              <w:bottom w:w="75" w:type="dxa"/>
              <w:right w:w="85" w:type="dxa"/>
            </w:tcMar>
            <w:vAlign w:val="center"/>
          </w:tcPr>
          <w:p w14:paraId="3154611A" w14:textId="77777777" w:rsidR="00807297" w:rsidRPr="001A1B66" w:rsidRDefault="00000000">
            <w:pPr>
              <w:spacing w:after="0" w:line="240" w:lineRule="auto"/>
              <w:rPr>
                <w:noProof/>
                <w:lang w:val="ro-RO"/>
              </w:rPr>
            </w:pPr>
            <w:r w:rsidRPr="001A1B66">
              <w:rPr>
                <w:noProof/>
                <w:sz w:val="15"/>
                <w:lang w:val="ro-RO"/>
              </w:rPr>
              <w:t>recurența abaterilor, calitatea deciziilor, rezultate de audit</w:t>
            </w:r>
          </w:p>
        </w:tc>
      </w:tr>
      <w:tr w:rsidR="00807297" w:rsidRPr="001A1B66" w14:paraId="7430B540" w14:textId="77777777">
        <w:trPr>
          <w:cantSplit/>
          <w:jc w:val="center"/>
        </w:trPr>
        <w:tc>
          <w:tcPr>
            <w:tcW w:w="2438" w:type="dxa"/>
            <w:shd w:val="clear" w:color="auto" w:fill="FAFAFA"/>
            <w:tcMar>
              <w:top w:w="75" w:type="dxa"/>
              <w:left w:w="85" w:type="dxa"/>
              <w:bottom w:w="75" w:type="dxa"/>
              <w:right w:w="85" w:type="dxa"/>
            </w:tcMar>
            <w:vAlign w:val="center"/>
          </w:tcPr>
          <w:p w14:paraId="5189D805" w14:textId="77777777" w:rsidR="00807297" w:rsidRPr="001A1B66" w:rsidRDefault="00000000">
            <w:pPr>
              <w:spacing w:after="0" w:line="240" w:lineRule="auto"/>
              <w:rPr>
                <w:noProof/>
                <w:lang w:val="ro-RO"/>
              </w:rPr>
            </w:pPr>
            <w:r w:rsidRPr="001A1B66">
              <w:rPr>
                <w:noProof/>
                <w:sz w:val="15"/>
                <w:lang w:val="ro-RO"/>
              </w:rPr>
              <w:t>Reclamații / CAPA</w:t>
            </w:r>
          </w:p>
        </w:tc>
        <w:tc>
          <w:tcPr>
            <w:tcW w:w="3402" w:type="dxa"/>
            <w:shd w:val="clear" w:color="auto" w:fill="FAFAFA"/>
            <w:tcMar>
              <w:top w:w="75" w:type="dxa"/>
              <w:left w:w="85" w:type="dxa"/>
              <w:bottom w:w="75" w:type="dxa"/>
              <w:right w:w="85" w:type="dxa"/>
            </w:tcMar>
            <w:vAlign w:val="center"/>
          </w:tcPr>
          <w:p w14:paraId="30311780" w14:textId="77777777" w:rsidR="00807297" w:rsidRPr="001A1B66" w:rsidRDefault="00000000">
            <w:pPr>
              <w:spacing w:after="0" w:line="240" w:lineRule="auto"/>
              <w:rPr>
                <w:noProof/>
                <w:lang w:val="ro-RO"/>
              </w:rPr>
            </w:pPr>
            <w:r w:rsidRPr="001A1B66">
              <w:rPr>
                <w:noProof/>
                <w:sz w:val="15"/>
                <w:lang w:val="ro-RO"/>
              </w:rPr>
              <w:t>timp de evaluare; investigații complete; verificări de eficacitate</w:t>
            </w:r>
          </w:p>
        </w:tc>
        <w:tc>
          <w:tcPr>
            <w:tcW w:w="4082" w:type="dxa"/>
            <w:shd w:val="clear" w:color="auto" w:fill="FAFAFA"/>
            <w:tcMar>
              <w:top w:w="75" w:type="dxa"/>
              <w:left w:w="85" w:type="dxa"/>
              <w:bottom w:w="75" w:type="dxa"/>
              <w:right w:w="85" w:type="dxa"/>
            </w:tcMar>
            <w:vAlign w:val="center"/>
          </w:tcPr>
          <w:p w14:paraId="665F619D" w14:textId="77777777" w:rsidR="00807297" w:rsidRPr="001A1B66" w:rsidRDefault="00000000">
            <w:pPr>
              <w:spacing w:after="0" w:line="240" w:lineRule="auto"/>
              <w:rPr>
                <w:noProof/>
                <w:lang w:val="ro-RO"/>
              </w:rPr>
            </w:pPr>
            <w:r w:rsidRPr="001A1B66">
              <w:rPr>
                <w:noProof/>
                <w:sz w:val="15"/>
                <w:lang w:val="ro-RO"/>
              </w:rPr>
              <w:t>rata și severitatea reclamațiilor confirmate; recurență</w:t>
            </w:r>
          </w:p>
        </w:tc>
      </w:tr>
    </w:tbl>
    <w:p w14:paraId="0BA643B3" w14:textId="77777777" w:rsidR="00807297" w:rsidRPr="001A1B66" w:rsidRDefault="00807297">
      <w:pPr>
        <w:spacing w:after="20"/>
        <w:rPr>
          <w:noProof/>
          <w:lang w:val="ro-RO"/>
        </w:rPr>
      </w:pPr>
    </w:p>
    <w:p w14:paraId="047FEFCA" w14:textId="77777777" w:rsidR="00807297" w:rsidRPr="001A1B66" w:rsidRDefault="00000000">
      <w:pPr>
        <w:pStyle w:val="Heading2"/>
        <w:rPr>
          <w:noProof/>
          <w:lang w:val="ro-RO"/>
        </w:rPr>
      </w:pPr>
      <w:r w:rsidRPr="001A1B66">
        <w:rPr>
          <w:noProof/>
          <w:lang w:val="ro-RO"/>
        </w:rPr>
        <w:t>Reguli de interpretare</w:t>
      </w:r>
    </w:p>
    <w:p w14:paraId="3B1ECFFB" w14:textId="77777777" w:rsidR="00807297" w:rsidRPr="001A1B66" w:rsidRDefault="00000000">
      <w:pPr>
        <w:pStyle w:val="ListBullet"/>
        <w:spacing w:after="40"/>
        <w:ind w:left="283" w:hanging="170"/>
        <w:rPr>
          <w:noProof/>
          <w:lang w:val="ro-RO"/>
        </w:rPr>
      </w:pPr>
      <w:r w:rsidRPr="001A1B66">
        <w:rPr>
          <w:noProof/>
          <w:lang w:val="ro-RO"/>
        </w:rPr>
        <w:t>Analizați ratele împreună cu numărul absolut de loturi, volumul, severitatea și tipul produsului.</w:t>
      </w:r>
    </w:p>
    <w:p w14:paraId="281DA17C" w14:textId="77777777" w:rsidR="00807297" w:rsidRPr="001A1B66" w:rsidRDefault="00000000">
      <w:pPr>
        <w:pStyle w:val="ListBullet"/>
        <w:spacing w:after="40"/>
        <w:ind w:left="283" w:hanging="170"/>
        <w:rPr>
          <w:noProof/>
          <w:lang w:val="ro-RO"/>
        </w:rPr>
      </w:pPr>
      <w:r w:rsidRPr="001A1B66">
        <w:rPr>
          <w:noProof/>
          <w:lang w:val="ro-RO"/>
        </w:rPr>
        <w:t>O creștere a blocărilor sau raportărilor poate reflecta detectare mai bună; analizați cauza înainte de concluzii.</w:t>
      </w:r>
    </w:p>
    <w:p w14:paraId="13C8C899" w14:textId="77777777" w:rsidR="00807297" w:rsidRPr="001A1B66" w:rsidRDefault="00000000">
      <w:pPr>
        <w:pStyle w:val="ListBullet"/>
        <w:spacing w:after="40"/>
        <w:ind w:left="283" w:hanging="170"/>
        <w:rPr>
          <w:noProof/>
          <w:lang w:val="ro-RO"/>
        </w:rPr>
      </w:pPr>
      <w:r w:rsidRPr="001A1B66">
        <w:rPr>
          <w:noProof/>
          <w:lang w:val="ro-RO"/>
        </w:rPr>
        <w:t>Păstrați separat indicatorii de conformare obligatorie și indicatorii de îmbunătățire managerială.</w:t>
      </w:r>
    </w:p>
    <w:p w14:paraId="18C4520D" w14:textId="77777777" w:rsidR="00807297" w:rsidRPr="001A1B66" w:rsidRDefault="00000000">
      <w:pPr>
        <w:pStyle w:val="ListBullet"/>
        <w:spacing w:after="40"/>
        <w:ind w:left="283" w:hanging="170"/>
        <w:rPr>
          <w:noProof/>
          <w:lang w:val="ro-RO"/>
        </w:rPr>
      </w:pPr>
      <w:r w:rsidRPr="001A1B66">
        <w:rPr>
          <w:noProof/>
          <w:lang w:val="ro-RO"/>
        </w:rPr>
        <w:t>Confirmați că îmbunătățirea nu provine din reducerea testării, reclasificarea abaterilor sau schimbarea numitorului.</w:t>
      </w:r>
    </w:p>
    <w:p w14:paraId="3E8C869A" w14:textId="77777777" w:rsidR="00807297" w:rsidRPr="001A1B66" w:rsidRDefault="00000000">
      <w:pPr>
        <w:pStyle w:val="ListBullet"/>
        <w:spacing w:after="40"/>
        <w:ind w:left="283" w:hanging="170"/>
        <w:rPr>
          <w:noProof/>
          <w:lang w:val="ro-RO"/>
        </w:rPr>
      </w:pPr>
      <w:r w:rsidRPr="001A1B66">
        <w:rPr>
          <w:noProof/>
          <w:lang w:val="ro-RO"/>
        </w:rPr>
        <w:t>Verificați în teren și prin date independente că măsurile controlează pericolul în condiții normale, de vârf și de schimbare.</w:t>
      </w:r>
    </w:p>
    <w:tbl>
      <w:tblPr>
        <w:tblW w:w="0" w:type="auto"/>
        <w:jc w:val="center"/>
        <w:tblBorders>
          <w:top w:val="single" w:sz="0" w:space="0" w:color="FCEBEC"/>
          <w:left w:val="single" w:sz="0" w:space="0" w:color="FCEBEC"/>
          <w:bottom w:val="single" w:sz="0" w:space="0" w:color="FCEBEC"/>
          <w:right w:val="single" w:sz="0" w:space="0" w:color="FCEBEC"/>
          <w:insideH w:val="single" w:sz="0" w:space="0" w:color="FCEBEC"/>
          <w:insideV w:val="single" w:sz="0" w:space="0" w:color="FCEBEC"/>
        </w:tblBorders>
        <w:tblLayout w:type="fixed"/>
        <w:tblLook w:val="04A0" w:firstRow="1" w:lastRow="0" w:firstColumn="1" w:lastColumn="0" w:noHBand="0" w:noVBand="1"/>
      </w:tblPr>
      <w:tblGrid>
        <w:gridCol w:w="567"/>
        <w:gridCol w:w="9354"/>
      </w:tblGrid>
      <w:tr w:rsidR="00807297" w:rsidRPr="001A1B66" w14:paraId="57DBF8AA" w14:textId="77777777">
        <w:trPr>
          <w:cantSplit/>
          <w:jc w:val="center"/>
        </w:trPr>
        <w:tc>
          <w:tcPr>
            <w:tcW w:w="567" w:type="dxa"/>
            <w:shd w:val="clear" w:color="auto" w:fill="D71920"/>
            <w:tcMar>
              <w:top w:w="75" w:type="dxa"/>
              <w:left w:w="85" w:type="dxa"/>
              <w:bottom w:w="75" w:type="dxa"/>
              <w:right w:w="85" w:type="dxa"/>
            </w:tcMar>
            <w:vAlign w:val="center"/>
          </w:tcPr>
          <w:p w14:paraId="30149F88" w14:textId="77777777" w:rsidR="00807297" w:rsidRPr="001A1B66" w:rsidRDefault="00000000">
            <w:pPr>
              <w:spacing w:after="0" w:line="240" w:lineRule="auto"/>
              <w:jc w:val="center"/>
              <w:rPr>
                <w:noProof/>
                <w:lang w:val="ro-RO"/>
              </w:rPr>
            </w:pPr>
            <w:r w:rsidRPr="001A1B66">
              <w:rPr>
                <w:b/>
                <w:noProof/>
                <w:color w:val="FFFFFF"/>
                <w:sz w:val="30"/>
                <w:lang w:val="ro-RO"/>
              </w:rPr>
              <w:t>!</w:t>
            </w:r>
          </w:p>
        </w:tc>
        <w:tc>
          <w:tcPr>
            <w:tcW w:w="9354" w:type="dxa"/>
            <w:shd w:val="clear" w:color="auto" w:fill="FCEBEC"/>
          </w:tcPr>
          <w:p w14:paraId="2238F93A" w14:textId="77777777" w:rsidR="00807297" w:rsidRPr="001A1B66" w:rsidRDefault="00000000">
            <w:pPr>
              <w:spacing w:after="40"/>
              <w:rPr>
                <w:noProof/>
                <w:lang w:val="ro-RO"/>
              </w:rPr>
            </w:pPr>
            <w:r w:rsidRPr="001A1B66">
              <w:rPr>
                <w:b/>
                <w:noProof/>
                <w:color w:val="D71920"/>
                <w:lang w:val="ro-RO"/>
              </w:rPr>
              <w:t>ATENȚIE LA EFECTE NEDORITE</w:t>
            </w:r>
          </w:p>
          <w:p w14:paraId="7EBDF138" w14:textId="77777777" w:rsidR="00807297" w:rsidRPr="001A1B66" w:rsidRDefault="00000000">
            <w:pPr>
              <w:spacing w:after="0" w:line="252" w:lineRule="auto"/>
              <w:rPr>
                <w:noProof/>
                <w:lang w:val="ro-RO"/>
              </w:rPr>
            </w:pPr>
            <w:r w:rsidRPr="001A1B66">
              <w:rPr>
                <w:noProof/>
                <w:sz w:val="17"/>
                <w:lang w:val="ro-RO"/>
              </w:rPr>
              <w:t>Țintele agresive pentru „zero abateri”, randament sau cost pot determina ascunderea problemelor, reducerea eșantionării ori eliberarea prematură. Protejați autoritatea de oprire și blocare, raportarea de bună-credință și independența deciziei privind siguranța produsului.</w:t>
            </w:r>
          </w:p>
        </w:tc>
      </w:tr>
    </w:tbl>
    <w:p w14:paraId="2CDF6D66" w14:textId="77777777" w:rsidR="00807297" w:rsidRPr="001A1B66" w:rsidRDefault="00807297">
      <w:pPr>
        <w:spacing w:after="0"/>
        <w:rPr>
          <w:noProof/>
          <w:lang w:val="ro-RO"/>
        </w:rP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807297" w:rsidRPr="00696259" w14:paraId="5DB9E676" w14:textId="77777777">
        <w:trPr>
          <w:jc w:val="center"/>
        </w:trPr>
        <w:tc>
          <w:tcPr>
            <w:tcW w:w="1020" w:type="dxa"/>
            <w:shd w:val="clear" w:color="auto" w:fill="D71920"/>
            <w:tcMar>
              <w:top w:w="75" w:type="dxa"/>
              <w:left w:w="85" w:type="dxa"/>
              <w:bottom w:w="75" w:type="dxa"/>
              <w:right w:w="85" w:type="dxa"/>
            </w:tcMar>
            <w:vAlign w:val="center"/>
          </w:tcPr>
          <w:p w14:paraId="12749B27" w14:textId="77777777" w:rsidR="00807297" w:rsidRPr="001A1B66" w:rsidRDefault="00000000">
            <w:pPr>
              <w:spacing w:after="0" w:line="240" w:lineRule="auto"/>
              <w:jc w:val="center"/>
              <w:rPr>
                <w:noProof/>
                <w:lang w:val="ro-RO"/>
              </w:rPr>
            </w:pPr>
            <w:r w:rsidRPr="001A1B66">
              <w:rPr>
                <w:b/>
                <w:noProof/>
                <w:color w:val="FFFFFF"/>
                <w:sz w:val="34"/>
                <w:lang w:val="ro-RO"/>
              </w:rPr>
              <w:t>5</w:t>
            </w:r>
          </w:p>
        </w:tc>
        <w:tc>
          <w:tcPr>
            <w:tcW w:w="8901" w:type="dxa"/>
            <w:shd w:val="clear" w:color="auto" w:fill="F3F4F5"/>
          </w:tcPr>
          <w:p w14:paraId="1E70EA62" w14:textId="77777777" w:rsidR="00807297" w:rsidRPr="001A1B66" w:rsidRDefault="00000000">
            <w:pPr>
              <w:spacing w:after="20"/>
              <w:rPr>
                <w:noProof/>
                <w:lang w:val="ro-RO"/>
              </w:rPr>
            </w:pPr>
            <w:r w:rsidRPr="001A1B66">
              <w:rPr>
                <w:b/>
                <w:noProof/>
                <w:sz w:val="28"/>
                <w:lang w:val="ro-RO"/>
              </w:rPr>
              <w:t>Fișa individuală a obiectivului</w:t>
            </w:r>
          </w:p>
          <w:p w14:paraId="6CDC6274" w14:textId="77777777" w:rsidR="00807297" w:rsidRPr="001A1B66" w:rsidRDefault="00000000">
            <w:pPr>
              <w:spacing w:after="0"/>
              <w:rPr>
                <w:noProof/>
                <w:lang w:val="ro-RO"/>
              </w:rPr>
            </w:pPr>
            <w:r w:rsidRPr="001A1B66">
              <w:rPr>
                <w:noProof/>
                <w:color w:val="666666"/>
                <w:sz w:val="16"/>
                <w:lang w:val="ro-RO"/>
              </w:rPr>
              <w:t>Folosiți fișa când obiectivul implică mai multe acțiuni, riscuri, niveluri de monitorizare sau părți responsabile</w:t>
            </w:r>
          </w:p>
        </w:tc>
      </w:tr>
    </w:tbl>
    <w:p w14:paraId="3FCB337B" w14:textId="77777777" w:rsidR="00807297" w:rsidRPr="001A1B66" w:rsidRDefault="00807297">
      <w:pPr>
        <w:spacing w:after="0"/>
        <w:rPr>
          <w:noProof/>
          <w:lang w:val="ro-RO"/>
        </w:rPr>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1984"/>
        <w:gridCol w:w="3855"/>
        <w:gridCol w:w="1587"/>
        <w:gridCol w:w="2494"/>
      </w:tblGrid>
      <w:tr w:rsidR="00807297" w:rsidRPr="001A1B66" w14:paraId="7CBDAC88" w14:textId="77777777">
        <w:trPr>
          <w:tblHeader/>
          <w:jc w:val="center"/>
        </w:trPr>
        <w:tc>
          <w:tcPr>
            <w:tcW w:w="1984" w:type="dxa"/>
            <w:shd w:val="clear" w:color="auto" w:fill="D71920"/>
            <w:tcMar>
              <w:top w:w="75" w:type="dxa"/>
              <w:left w:w="85" w:type="dxa"/>
              <w:bottom w:w="75" w:type="dxa"/>
              <w:right w:w="85" w:type="dxa"/>
            </w:tcMar>
            <w:vAlign w:val="center"/>
          </w:tcPr>
          <w:p w14:paraId="7182BDC3" w14:textId="77777777" w:rsidR="00807297" w:rsidRPr="001A1B66" w:rsidRDefault="00000000">
            <w:pPr>
              <w:spacing w:after="0" w:line="240" w:lineRule="auto"/>
              <w:jc w:val="center"/>
              <w:rPr>
                <w:noProof/>
                <w:lang w:val="ro-RO"/>
              </w:rPr>
            </w:pPr>
            <w:r w:rsidRPr="001A1B66">
              <w:rPr>
                <w:b/>
                <w:noProof/>
                <w:color w:val="FFFFFF"/>
                <w:sz w:val="15"/>
                <w:lang w:val="ro-RO"/>
              </w:rPr>
              <w:t>CÂMP</w:t>
            </w:r>
          </w:p>
        </w:tc>
        <w:tc>
          <w:tcPr>
            <w:tcW w:w="3855" w:type="dxa"/>
            <w:shd w:val="clear" w:color="auto" w:fill="D71920"/>
            <w:tcMar>
              <w:top w:w="75" w:type="dxa"/>
              <w:left w:w="85" w:type="dxa"/>
              <w:bottom w:w="75" w:type="dxa"/>
              <w:right w:w="85" w:type="dxa"/>
            </w:tcMar>
            <w:vAlign w:val="center"/>
          </w:tcPr>
          <w:p w14:paraId="3FB6D801" w14:textId="77777777" w:rsidR="00807297" w:rsidRPr="001A1B66" w:rsidRDefault="00000000">
            <w:pPr>
              <w:spacing w:after="0" w:line="240" w:lineRule="auto"/>
              <w:jc w:val="center"/>
              <w:rPr>
                <w:noProof/>
                <w:lang w:val="ro-RO"/>
              </w:rPr>
            </w:pPr>
            <w:r w:rsidRPr="001A1B66">
              <w:rPr>
                <w:b/>
                <w:noProof/>
                <w:color w:val="FFFFFF"/>
                <w:sz w:val="15"/>
                <w:lang w:val="ro-RO"/>
              </w:rPr>
              <w:t>COMPLETARE</w:t>
            </w:r>
          </w:p>
        </w:tc>
        <w:tc>
          <w:tcPr>
            <w:tcW w:w="1587" w:type="dxa"/>
            <w:shd w:val="clear" w:color="auto" w:fill="D71920"/>
            <w:tcMar>
              <w:top w:w="75" w:type="dxa"/>
              <w:left w:w="85" w:type="dxa"/>
              <w:bottom w:w="75" w:type="dxa"/>
              <w:right w:w="85" w:type="dxa"/>
            </w:tcMar>
            <w:vAlign w:val="center"/>
          </w:tcPr>
          <w:p w14:paraId="64896312" w14:textId="77777777" w:rsidR="00807297" w:rsidRPr="001A1B66" w:rsidRDefault="00000000">
            <w:pPr>
              <w:spacing w:after="0" w:line="240" w:lineRule="auto"/>
              <w:jc w:val="center"/>
              <w:rPr>
                <w:noProof/>
                <w:lang w:val="ro-RO"/>
              </w:rPr>
            </w:pPr>
            <w:r w:rsidRPr="001A1B66">
              <w:rPr>
                <w:b/>
                <w:noProof/>
                <w:color w:val="FFFFFF"/>
                <w:sz w:val="15"/>
                <w:lang w:val="ro-RO"/>
              </w:rPr>
              <w:t>CÂMP</w:t>
            </w:r>
          </w:p>
        </w:tc>
        <w:tc>
          <w:tcPr>
            <w:tcW w:w="2494" w:type="dxa"/>
            <w:shd w:val="clear" w:color="auto" w:fill="D71920"/>
            <w:tcMar>
              <w:top w:w="75" w:type="dxa"/>
              <w:left w:w="85" w:type="dxa"/>
              <w:bottom w:w="75" w:type="dxa"/>
              <w:right w:w="85" w:type="dxa"/>
            </w:tcMar>
            <w:vAlign w:val="center"/>
          </w:tcPr>
          <w:p w14:paraId="05AA9909" w14:textId="77777777" w:rsidR="00807297" w:rsidRPr="001A1B66" w:rsidRDefault="00000000">
            <w:pPr>
              <w:spacing w:after="0" w:line="240" w:lineRule="auto"/>
              <w:jc w:val="center"/>
              <w:rPr>
                <w:noProof/>
                <w:lang w:val="ro-RO"/>
              </w:rPr>
            </w:pPr>
            <w:r w:rsidRPr="001A1B66">
              <w:rPr>
                <w:b/>
                <w:noProof/>
                <w:color w:val="FFFFFF"/>
                <w:sz w:val="15"/>
                <w:lang w:val="ro-RO"/>
              </w:rPr>
              <w:t>COMPLETARE</w:t>
            </w:r>
          </w:p>
        </w:tc>
      </w:tr>
      <w:tr w:rsidR="00807297" w:rsidRPr="001A1B66" w14:paraId="4AA339C3" w14:textId="77777777">
        <w:trPr>
          <w:cantSplit/>
          <w:jc w:val="center"/>
        </w:trPr>
        <w:tc>
          <w:tcPr>
            <w:tcW w:w="1984" w:type="dxa"/>
            <w:shd w:val="clear" w:color="auto" w:fill="FFFFFF"/>
            <w:tcMar>
              <w:top w:w="75" w:type="dxa"/>
              <w:left w:w="85" w:type="dxa"/>
              <w:bottom w:w="75" w:type="dxa"/>
              <w:right w:w="85" w:type="dxa"/>
            </w:tcMar>
            <w:vAlign w:val="center"/>
          </w:tcPr>
          <w:p w14:paraId="1390DB70" w14:textId="77777777" w:rsidR="00807297" w:rsidRPr="001A1B66" w:rsidRDefault="00000000">
            <w:pPr>
              <w:spacing w:after="0" w:line="240" w:lineRule="auto"/>
              <w:rPr>
                <w:noProof/>
                <w:lang w:val="ro-RO"/>
              </w:rPr>
            </w:pPr>
            <w:r w:rsidRPr="001A1B66">
              <w:rPr>
                <w:noProof/>
                <w:sz w:val="16"/>
                <w:lang w:val="ro-RO"/>
              </w:rPr>
              <w:t>Cod obiectiv</w:t>
            </w:r>
          </w:p>
        </w:tc>
        <w:tc>
          <w:tcPr>
            <w:tcW w:w="3855" w:type="dxa"/>
            <w:shd w:val="clear" w:color="auto" w:fill="FFFFFF"/>
            <w:tcMar>
              <w:top w:w="75" w:type="dxa"/>
              <w:left w:w="85" w:type="dxa"/>
              <w:bottom w:w="75" w:type="dxa"/>
              <w:right w:w="85" w:type="dxa"/>
            </w:tcMar>
            <w:vAlign w:val="center"/>
          </w:tcPr>
          <w:p w14:paraId="373F1F3F" w14:textId="77777777" w:rsidR="00807297" w:rsidRPr="001A1B66" w:rsidRDefault="00000000">
            <w:pPr>
              <w:spacing w:after="0" w:line="240" w:lineRule="auto"/>
              <w:rPr>
                <w:noProof/>
                <w:lang w:val="ro-RO"/>
              </w:rPr>
            </w:pPr>
            <w:r w:rsidRPr="001A1B66">
              <w:rPr>
                <w:noProof/>
                <w:sz w:val="16"/>
                <w:lang w:val="ro-RO"/>
              </w:rPr>
              <w:t>_____________________</w:t>
            </w:r>
          </w:p>
        </w:tc>
        <w:tc>
          <w:tcPr>
            <w:tcW w:w="1587" w:type="dxa"/>
            <w:shd w:val="clear" w:color="auto" w:fill="FFFFFF"/>
            <w:tcMar>
              <w:top w:w="75" w:type="dxa"/>
              <w:left w:w="85" w:type="dxa"/>
              <w:bottom w:w="75" w:type="dxa"/>
              <w:right w:w="85" w:type="dxa"/>
            </w:tcMar>
            <w:vAlign w:val="center"/>
          </w:tcPr>
          <w:p w14:paraId="0B9E7946" w14:textId="77777777" w:rsidR="00807297" w:rsidRPr="001A1B66" w:rsidRDefault="00000000">
            <w:pPr>
              <w:spacing w:after="0" w:line="240" w:lineRule="auto"/>
              <w:rPr>
                <w:noProof/>
                <w:lang w:val="ro-RO"/>
              </w:rPr>
            </w:pPr>
            <w:r w:rsidRPr="001A1B66">
              <w:rPr>
                <w:noProof/>
                <w:sz w:val="16"/>
                <w:lang w:val="ro-RO"/>
              </w:rPr>
              <w:t>Perioadă</w:t>
            </w:r>
          </w:p>
        </w:tc>
        <w:tc>
          <w:tcPr>
            <w:tcW w:w="2494" w:type="dxa"/>
            <w:shd w:val="clear" w:color="auto" w:fill="FFFFFF"/>
            <w:tcMar>
              <w:top w:w="75" w:type="dxa"/>
              <w:left w:w="85" w:type="dxa"/>
              <w:bottom w:w="75" w:type="dxa"/>
              <w:right w:w="85" w:type="dxa"/>
            </w:tcMar>
            <w:vAlign w:val="center"/>
          </w:tcPr>
          <w:p w14:paraId="599F2D8C" w14:textId="77777777" w:rsidR="00807297" w:rsidRPr="001A1B66" w:rsidRDefault="00000000">
            <w:pPr>
              <w:spacing w:after="0" w:line="240" w:lineRule="auto"/>
              <w:rPr>
                <w:noProof/>
                <w:lang w:val="ro-RO"/>
              </w:rPr>
            </w:pPr>
            <w:r w:rsidRPr="001A1B66">
              <w:rPr>
                <w:noProof/>
                <w:sz w:val="16"/>
                <w:lang w:val="ro-RO"/>
              </w:rPr>
              <w:t>_____________________</w:t>
            </w:r>
          </w:p>
        </w:tc>
      </w:tr>
      <w:tr w:rsidR="00807297" w:rsidRPr="001A1B66" w14:paraId="33839F70" w14:textId="77777777">
        <w:trPr>
          <w:cantSplit/>
          <w:jc w:val="center"/>
        </w:trPr>
        <w:tc>
          <w:tcPr>
            <w:tcW w:w="1984" w:type="dxa"/>
            <w:shd w:val="clear" w:color="auto" w:fill="FAFAFA"/>
            <w:tcMar>
              <w:top w:w="75" w:type="dxa"/>
              <w:left w:w="85" w:type="dxa"/>
              <w:bottom w:w="75" w:type="dxa"/>
              <w:right w:w="85" w:type="dxa"/>
            </w:tcMar>
            <w:vAlign w:val="center"/>
          </w:tcPr>
          <w:p w14:paraId="72EBC8E0" w14:textId="77777777" w:rsidR="00807297" w:rsidRPr="001A1B66" w:rsidRDefault="00000000">
            <w:pPr>
              <w:spacing w:after="0" w:line="240" w:lineRule="auto"/>
              <w:rPr>
                <w:noProof/>
                <w:lang w:val="ro-RO"/>
              </w:rPr>
            </w:pPr>
            <w:r w:rsidRPr="001A1B66">
              <w:rPr>
                <w:noProof/>
                <w:sz w:val="16"/>
                <w:lang w:val="ro-RO"/>
              </w:rPr>
              <w:t>Titlu scurt</w:t>
            </w:r>
          </w:p>
        </w:tc>
        <w:tc>
          <w:tcPr>
            <w:tcW w:w="3855" w:type="dxa"/>
            <w:shd w:val="clear" w:color="auto" w:fill="FAFAFA"/>
            <w:tcMar>
              <w:top w:w="75" w:type="dxa"/>
              <w:left w:w="85" w:type="dxa"/>
              <w:bottom w:w="75" w:type="dxa"/>
              <w:right w:w="85" w:type="dxa"/>
            </w:tcMar>
            <w:vAlign w:val="center"/>
          </w:tcPr>
          <w:p w14:paraId="5A862DD0" w14:textId="77777777" w:rsidR="00807297" w:rsidRPr="001A1B66" w:rsidRDefault="00000000">
            <w:pPr>
              <w:spacing w:after="0" w:line="240" w:lineRule="auto"/>
              <w:rPr>
                <w:noProof/>
                <w:lang w:val="ro-RO"/>
              </w:rPr>
            </w:pPr>
            <w:r w:rsidRPr="001A1B66">
              <w:rPr>
                <w:noProof/>
                <w:sz w:val="16"/>
                <w:lang w:val="ro-RO"/>
              </w:rPr>
              <w:t>________________________________</w:t>
            </w:r>
          </w:p>
        </w:tc>
        <w:tc>
          <w:tcPr>
            <w:tcW w:w="1587" w:type="dxa"/>
            <w:shd w:val="clear" w:color="auto" w:fill="FAFAFA"/>
            <w:tcMar>
              <w:top w:w="75" w:type="dxa"/>
              <w:left w:w="85" w:type="dxa"/>
              <w:bottom w:w="75" w:type="dxa"/>
              <w:right w:w="85" w:type="dxa"/>
            </w:tcMar>
            <w:vAlign w:val="center"/>
          </w:tcPr>
          <w:p w14:paraId="689868E4" w14:textId="77777777" w:rsidR="00807297" w:rsidRPr="001A1B66" w:rsidRDefault="00000000">
            <w:pPr>
              <w:spacing w:after="0" w:line="240" w:lineRule="auto"/>
              <w:rPr>
                <w:noProof/>
                <w:lang w:val="ro-RO"/>
              </w:rPr>
            </w:pPr>
            <w:r w:rsidRPr="001A1B66">
              <w:rPr>
                <w:noProof/>
                <w:sz w:val="16"/>
                <w:lang w:val="ro-RO"/>
              </w:rPr>
              <w:t>Sponsor</w:t>
            </w:r>
          </w:p>
        </w:tc>
        <w:tc>
          <w:tcPr>
            <w:tcW w:w="2494" w:type="dxa"/>
            <w:shd w:val="clear" w:color="auto" w:fill="FAFAFA"/>
            <w:tcMar>
              <w:top w:w="75" w:type="dxa"/>
              <w:left w:w="85" w:type="dxa"/>
              <w:bottom w:w="75" w:type="dxa"/>
              <w:right w:w="85" w:type="dxa"/>
            </w:tcMar>
            <w:vAlign w:val="center"/>
          </w:tcPr>
          <w:p w14:paraId="39FCD4FC" w14:textId="77777777" w:rsidR="00807297" w:rsidRPr="001A1B66" w:rsidRDefault="00000000">
            <w:pPr>
              <w:spacing w:after="0" w:line="240" w:lineRule="auto"/>
              <w:rPr>
                <w:noProof/>
                <w:lang w:val="ro-RO"/>
              </w:rPr>
            </w:pPr>
            <w:r w:rsidRPr="001A1B66">
              <w:rPr>
                <w:noProof/>
                <w:sz w:val="16"/>
                <w:lang w:val="ro-RO"/>
              </w:rPr>
              <w:t>_____________________</w:t>
            </w:r>
          </w:p>
        </w:tc>
      </w:tr>
      <w:tr w:rsidR="00807297" w:rsidRPr="001A1B66" w14:paraId="32A44618" w14:textId="77777777">
        <w:trPr>
          <w:cantSplit/>
          <w:jc w:val="center"/>
        </w:trPr>
        <w:tc>
          <w:tcPr>
            <w:tcW w:w="1984" w:type="dxa"/>
            <w:shd w:val="clear" w:color="auto" w:fill="FFFFFF"/>
            <w:tcMar>
              <w:top w:w="75" w:type="dxa"/>
              <w:left w:w="85" w:type="dxa"/>
              <w:bottom w:w="75" w:type="dxa"/>
              <w:right w:w="85" w:type="dxa"/>
            </w:tcMar>
            <w:vAlign w:val="center"/>
          </w:tcPr>
          <w:p w14:paraId="5B8867FF" w14:textId="77777777" w:rsidR="00807297" w:rsidRPr="001A1B66" w:rsidRDefault="00000000">
            <w:pPr>
              <w:spacing w:after="0" w:line="240" w:lineRule="auto"/>
              <w:rPr>
                <w:noProof/>
                <w:lang w:val="ro-RO"/>
              </w:rPr>
            </w:pPr>
            <w:r w:rsidRPr="001A1B66">
              <w:rPr>
                <w:noProof/>
                <w:sz w:val="16"/>
                <w:lang w:val="ro-RO"/>
              </w:rPr>
              <w:t>Proces / locație</w:t>
            </w:r>
          </w:p>
        </w:tc>
        <w:tc>
          <w:tcPr>
            <w:tcW w:w="3855" w:type="dxa"/>
            <w:shd w:val="clear" w:color="auto" w:fill="FFFFFF"/>
            <w:tcMar>
              <w:top w:w="75" w:type="dxa"/>
              <w:left w:w="85" w:type="dxa"/>
              <w:bottom w:w="75" w:type="dxa"/>
              <w:right w:w="85" w:type="dxa"/>
            </w:tcMar>
            <w:vAlign w:val="center"/>
          </w:tcPr>
          <w:p w14:paraId="1B0A9973" w14:textId="77777777" w:rsidR="00807297" w:rsidRPr="001A1B66" w:rsidRDefault="00000000">
            <w:pPr>
              <w:spacing w:after="0" w:line="240" w:lineRule="auto"/>
              <w:rPr>
                <w:noProof/>
                <w:lang w:val="ro-RO"/>
              </w:rPr>
            </w:pPr>
            <w:r w:rsidRPr="001A1B66">
              <w:rPr>
                <w:noProof/>
                <w:sz w:val="16"/>
                <w:lang w:val="ro-RO"/>
              </w:rPr>
              <w:t>________________________________</w:t>
            </w:r>
          </w:p>
        </w:tc>
        <w:tc>
          <w:tcPr>
            <w:tcW w:w="1587" w:type="dxa"/>
            <w:shd w:val="clear" w:color="auto" w:fill="FFFFFF"/>
            <w:tcMar>
              <w:top w:w="75" w:type="dxa"/>
              <w:left w:w="85" w:type="dxa"/>
              <w:bottom w:w="75" w:type="dxa"/>
              <w:right w:w="85" w:type="dxa"/>
            </w:tcMar>
            <w:vAlign w:val="center"/>
          </w:tcPr>
          <w:p w14:paraId="00AD9544" w14:textId="77777777" w:rsidR="00807297" w:rsidRPr="001A1B66" w:rsidRDefault="00000000">
            <w:pPr>
              <w:spacing w:after="0" w:line="240" w:lineRule="auto"/>
              <w:rPr>
                <w:noProof/>
                <w:lang w:val="ro-RO"/>
              </w:rPr>
            </w:pPr>
            <w:r w:rsidRPr="001A1B66">
              <w:rPr>
                <w:noProof/>
                <w:sz w:val="16"/>
                <w:lang w:val="ro-RO"/>
              </w:rPr>
              <w:t>Responsabil</w:t>
            </w:r>
          </w:p>
        </w:tc>
        <w:tc>
          <w:tcPr>
            <w:tcW w:w="2494" w:type="dxa"/>
            <w:shd w:val="clear" w:color="auto" w:fill="FFFFFF"/>
            <w:tcMar>
              <w:top w:w="75" w:type="dxa"/>
              <w:left w:w="85" w:type="dxa"/>
              <w:bottom w:w="75" w:type="dxa"/>
              <w:right w:w="85" w:type="dxa"/>
            </w:tcMar>
            <w:vAlign w:val="center"/>
          </w:tcPr>
          <w:p w14:paraId="1E4405EE" w14:textId="77777777" w:rsidR="00807297" w:rsidRPr="001A1B66" w:rsidRDefault="00000000">
            <w:pPr>
              <w:spacing w:after="0" w:line="240" w:lineRule="auto"/>
              <w:rPr>
                <w:noProof/>
                <w:lang w:val="ro-RO"/>
              </w:rPr>
            </w:pPr>
            <w:r w:rsidRPr="001A1B66">
              <w:rPr>
                <w:noProof/>
                <w:sz w:val="16"/>
                <w:lang w:val="ro-RO"/>
              </w:rPr>
              <w:t>_____________________</w:t>
            </w:r>
          </w:p>
        </w:tc>
      </w:tr>
      <w:tr w:rsidR="00807297" w:rsidRPr="001A1B66" w14:paraId="4EB0597A" w14:textId="77777777">
        <w:trPr>
          <w:cantSplit/>
          <w:jc w:val="center"/>
        </w:trPr>
        <w:tc>
          <w:tcPr>
            <w:tcW w:w="1984" w:type="dxa"/>
            <w:shd w:val="clear" w:color="auto" w:fill="FAFAFA"/>
            <w:tcMar>
              <w:top w:w="75" w:type="dxa"/>
              <w:left w:w="85" w:type="dxa"/>
              <w:bottom w:w="75" w:type="dxa"/>
              <w:right w:w="85" w:type="dxa"/>
            </w:tcMar>
            <w:vAlign w:val="center"/>
          </w:tcPr>
          <w:p w14:paraId="6321C266" w14:textId="77777777" w:rsidR="00807297" w:rsidRPr="001A1B66" w:rsidRDefault="00000000">
            <w:pPr>
              <w:spacing w:after="0" w:line="240" w:lineRule="auto"/>
              <w:rPr>
                <w:noProof/>
                <w:lang w:val="ro-RO"/>
              </w:rPr>
            </w:pPr>
            <w:r w:rsidRPr="001A1B66">
              <w:rPr>
                <w:noProof/>
                <w:sz w:val="16"/>
                <w:lang w:val="ro-RO"/>
              </w:rPr>
              <w:t>Legătura cu politica</w:t>
            </w:r>
          </w:p>
        </w:tc>
        <w:tc>
          <w:tcPr>
            <w:tcW w:w="3855" w:type="dxa"/>
            <w:shd w:val="clear" w:color="auto" w:fill="FAFAFA"/>
            <w:tcMar>
              <w:top w:w="75" w:type="dxa"/>
              <w:left w:w="85" w:type="dxa"/>
              <w:bottom w:w="75" w:type="dxa"/>
              <w:right w:w="85" w:type="dxa"/>
            </w:tcMar>
            <w:vAlign w:val="center"/>
          </w:tcPr>
          <w:p w14:paraId="212BA3AD" w14:textId="77777777" w:rsidR="00807297" w:rsidRPr="001A1B66" w:rsidRDefault="00000000">
            <w:pPr>
              <w:spacing w:after="0" w:line="240" w:lineRule="auto"/>
              <w:rPr>
                <w:noProof/>
                <w:lang w:val="ro-RO"/>
              </w:rPr>
            </w:pPr>
            <w:r w:rsidRPr="001A1B66">
              <w:rPr>
                <w:noProof/>
                <w:sz w:val="16"/>
                <w:lang w:val="ro-RO"/>
              </w:rPr>
              <w:t>________________________________</w:t>
            </w:r>
          </w:p>
        </w:tc>
        <w:tc>
          <w:tcPr>
            <w:tcW w:w="1587" w:type="dxa"/>
            <w:shd w:val="clear" w:color="auto" w:fill="FAFAFA"/>
            <w:tcMar>
              <w:top w:w="75" w:type="dxa"/>
              <w:left w:w="85" w:type="dxa"/>
              <w:bottom w:w="75" w:type="dxa"/>
              <w:right w:w="85" w:type="dxa"/>
            </w:tcMar>
            <w:vAlign w:val="center"/>
          </w:tcPr>
          <w:p w14:paraId="2232F320" w14:textId="77777777" w:rsidR="00807297" w:rsidRPr="001A1B66" w:rsidRDefault="00000000">
            <w:pPr>
              <w:spacing w:after="0" w:line="240" w:lineRule="auto"/>
              <w:rPr>
                <w:noProof/>
                <w:lang w:val="ro-RO"/>
              </w:rPr>
            </w:pPr>
            <w:r w:rsidRPr="001A1B66">
              <w:rPr>
                <w:noProof/>
                <w:sz w:val="16"/>
                <w:lang w:val="ro-RO"/>
              </w:rPr>
              <w:t>Aprobat de</w:t>
            </w:r>
          </w:p>
        </w:tc>
        <w:tc>
          <w:tcPr>
            <w:tcW w:w="2494" w:type="dxa"/>
            <w:shd w:val="clear" w:color="auto" w:fill="FAFAFA"/>
            <w:tcMar>
              <w:top w:w="75" w:type="dxa"/>
              <w:left w:w="85" w:type="dxa"/>
              <w:bottom w:w="75" w:type="dxa"/>
              <w:right w:w="85" w:type="dxa"/>
            </w:tcMar>
            <w:vAlign w:val="center"/>
          </w:tcPr>
          <w:p w14:paraId="17A5CCD9" w14:textId="77777777" w:rsidR="00807297" w:rsidRPr="001A1B66" w:rsidRDefault="00000000">
            <w:pPr>
              <w:spacing w:after="0" w:line="240" w:lineRule="auto"/>
              <w:rPr>
                <w:noProof/>
                <w:lang w:val="ro-RO"/>
              </w:rPr>
            </w:pPr>
            <w:r w:rsidRPr="001A1B66">
              <w:rPr>
                <w:noProof/>
                <w:sz w:val="16"/>
                <w:lang w:val="ro-RO"/>
              </w:rPr>
              <w:t>_____________________</w:t>
            </w:r>
          </w:p>
        </w:tc>
      </w:tr>
    </w:tbl>
    <w:p w14:paraId="5E658372" w14:textId="77777777" w:rsidR="00807297" w:rsidRPr="001A1B66" w:rsidRDefault="00807297">
      <w:pPr>
        <w:spacing w:after="20"/>
        <w:rPr>
          <w:noProof/>
          <w:lang w:val="ro-RO"/>
        </w:rPr>
      </w:pPr>
    </w:p>
    <w:p w14:paraId="77709C5B" w14:textId="77777777" w:rsidR="00807297" w:rsidRPr="001A1B66" w:rsidRDefault="00000000">
      <w:pPr>
        <w:pStyle w:val="Heading2"/>
        <w:rPr>
          <w:noProof/>
          <w:lang w:val="ro-RO"/>
        </w:rPr>
      </w:pPr>
      <w:r w:rsidRPr="001A1B66">
        <w:rPr>
          <w:noProof/>
          <w:lang w:val="ro-RO"/>
        </w:rPr>
        <w:t>A. Formularea și justificarea</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3118"/>
        <w:gridCol w:w="6803"/>
      </w:tblGrid>
      <w:tr w:rsidR="00807297" w:rsidRPr="001A1B66" w14:paraId="14C8EE8F" w14:textId="77777777">
        <w:trPr>
          <w:tblHeader/>
          <w:jc w:val="center"/>
        </w:trPr>
        <w:tc>
          <w:tcPr>
            <w:tcW w:w="3118" w:type="dxa"/>
            <w:shd w:val="clear" w:color="auto" w:fill="D71920"/>
            <w:tcMar>
              <w:top w:w="75" w:type="dxa"/>
              <w:left w:w="85" w:type="dxa"/>
              <w:bottom w:w="75" w:type="dxa"/>
              <w:right w:w="85" w:type="dxa"/>
            </w:tcMar>
            <w:vAlign w:val="center"/>
          </w:tcPr>
          <w:p w14:paraId="362B3723" w14:textId="77777777" w:rsidR="00807297" w:rsidRPr="001A1B66" w:rsidRDefault="00000000">
            <w:pPr>
              <w:spacing w:after="0" w:line="240" w:lineRule="auto"/>
              <w:jc w:val="center"/>
              <w:rPr>
                <w:noProof/>
                <w:lang w:val="ro-RO"/>
              </w:rPr>
            </w:pPr>
            <w:r w:rsidRPr="001A1B66">
              <w:rPr>
                <w:b/>
                <w:noProof/>
                <w:color w:val="FFFFFF"/>
                <w:sz w:val="15"/>
                <w:lang w:val="ro-RO"/>
              </w:rPr>
              <w:t>ELEMENT</w:t>
            </w:r>
          </w:p>
        </w:tc>
        <w:tc>
          <w:tcPr>
            <w:tcW w:w="6803" w:type="dxa"/>
            <w:shd w:val="clear" w:color="auto" w:fill="D71920"/>
            <w:tcMar>
              <w:top w:w="75" w:type="dxa"/>
              <w:left w:w="85" w:type="dxa"/>
              <w:bottom w:w="75" w:type="dxa"/>
              <w:right w:w="85" w:type="dxa"/>
            </w:tcMar>
            <w:vAlign w:val="center"/>
          </w:tcPr>
          <w:p w14:paraId="32EEF8BB" w14:textId="77777777" w:rsidR="00807297" w:rsidRPr="001A1B66" w:rsidRDefault="00000000">
            <w:pPr>
              <w:spacing w:after="0" w:line="240" w:lineRule="auto"/>
              <w:jc w:val="center"/>
              <w:rPr>
                <w:noProof/>
                <w:lang w:val="ro-RO"/>
              </w:rPr>
            </w:pPr>
            <w:r w:rsidRPr="001A1B66">
              <w:rPr>
                <w:b/>
                <w:noProof/>
                <w:color w:val="FFFFFF"/>
                <w:sz w:val="15"/>
                <w:lang w:val="ro-RO"/>
              </w:rPr>
              <w:t>COMPLETARE</w:t>
            </w:r>
          </w:p>
        </w:tc>
      </w:tr>
      <w:tr w:rsidR="00807297" w:rsidRPr="001A1B66" w14:paraId="2A3439AE" w14:textId="77777777">
        <w:trPr>
          <w:cantSplit/>
          <w:jc w:val="center"/>
        </w:trPr>
        <w:tc>
          <w:tcPr>
            <w:tcW w:w="3118" w:type="dxa"/>
            <w:shd w:val="clear" w:color="auto" w:fill="FFFFFF"/>
            <w:tcMar>
              <w:top w:w="75" w:type="dxa"/>
              <w:left w:w="85" w:type="dxa"/>
              <w:bottom w:w="75" w:type="dxa"/>
              <w:right w:w="85" w:type="dxa"/>
            </w:tcMar>
            <w:vAlign w:val="center"/>
          </w:tcPr>
          <w:p w14:paraId="7B74A881" w14:textId="77777777" w:rsidR="00807297" w:rsidRPr="001A1B66" w:rsidRDefault="00000000">
            <w:pPr>
              <w:spacing w:after="0" w:line="240" w:lineRule="auto"/>
              <w:rPr>
                <w:noProof/>
                <w:lang w:val="ro-RO"/>
              </w:rPr>
            </w:pPr>
            <w:r w:rsidRPr="001A1B66">
              <w:rPr>
                <w:noProof/>
                <w:sz w:val="15"/>
                <w:lang w:val="ro-RO"/>
              </w:rPr>
              <w:t>Obiectiv formulat complet</w:t>
            </w:r>
          </w:p>
        </w:tc>
        <w:tc>
          <w:tcPr>
            <w:tcW w:w="6803" w:type="dxa"/>
            <w:shd w:val="clear" w:color="auto" w:fill="FFFFFF"/>
            <w:tcMar>
              <w:top w:w="75" w:type="dxa"/>
              <w:left w:w="85" w:type="dxa"/>
              <w:bottom w:w="75" w:type="dxa"/>
              <w:right w:w="85" w:type="dxa"/>
            </w:tcMar>
            <w:vAlign w:val="center"/>
          </w:tcPr>
          <w:p w14:paraId="457164C9" w14:textId="77777777" w:rsidR="00807297" w:rsidRPr="001A1B66" w:rsidRDefault="00000000">
            <w:pPr>
              <w:spacing w:after="0" w:line="240" w:lineRule="auto"/>
              <w:rPr>
                <w:noProof/>
                <w:lang w:val="ro-RO"/>
              </w:rPr>
            </w:pPr>
            <w:r w:rsidRPr="001A1B66">
              <w:rPr>
                <w:noProof/>
                <w:sz w:val="15"/>
                <w:lang w:val="ro-RO"/>
              </w:rPr>
              <w:t>________________________________________________________________________________</w:t>
            </w:r>
            <w:r w:rsidRPr="001A1B66">
              <w:rPr>
                <w:noProof/>
                <w:sz w:val="15"/>
                <w:lang w:val="ro-RO"/>
              </w:rPr>
              <w:br/>
              <w:t>________________________________________________________________________________</w:t>
            </w:r>
          </w:p>
        </w:tc>
      </w:tr>
      <w:tr w:rsidR="00807297" w:rsidRPr="001A1B66" w14:paraId="624267FD" w14:textId="77777777">
        <w:trPr>
          <w:cantSplit/>
          <w:jc w:val="center"/>
        </w:trPr>
        <w:tc>
          <w:tcPr>
            <w:tcW w:w="3118" w:type="dxa"/>
            <w:shd w:val="clear" w:color="auto" w:fill="FAFAFA"/>
            <w:tcMar>
              <w:top w:w="75" w:type="dxa"/>
              <w:left w:w="85" w:type="dxa"/>
              <w:bottom w:w="75" w:type="dxa"/>
              <w:right w:w="85" w:type="dxa"/>
            </w:tcMar>
            <w:vAlign w:val="center"/>
          </w:tcPr>
          <w:p w14:paraId="309586B4" w14:textId="77777777" w:rsidR="00807297" w:rsidRPr="001A1B66" w:rsidRDefault="00000000">
            <w:pPr>
              <w:spacing w:after="0" w:line="240" w:lineRule="auto"/>
              <w:rPr>
                <w:noProof/>
                <w:lang w:val="ro-RO"/>
              </w:rPr>
            </w:pPr>
            <w:r w:rsidRPr="001A1B66">
              <w:rPr>
                <w:noProof/>
                <w:sz w:val="15"/>
                <w:lang w:val="ro-RO"/>
              </w:rPr>
              <w:t>Pericol / proces / problemă și justificare</w:t>
            </w:r>
          </w:p>
        </w:tc>
        <w:tc>
          <w:tcPr>
            <w:tcW w:w="6803" w:type="dxa"/>
            <w:shd w:val="clear" w:color="auto" w:fill="FAFAFA"/>
            <w:tcMar>
              <w:top w:w="75" w:type="dxa"/>
              <w:left w:w="85" w:type="dxa"/>
              <w:bottom w:w="75" w:type="dxa"/>
              <w:right w:w="85" w:type="dxa"/>
            </w:tcMar>
            <w:vAlign w:val="center"/>
          </w:tcPr>
          <w:p w14:paraId="735D6D98" w14:textId="77777777" w:rsidR="00807297" w:rsidRPr="001A1B66" w:rsidRDefault="00000000">
            <w:pPr>
              <w:spacing w:after="0" w:line="240" w:lineRule="auto"/>
              <w:rPr>
                <w:noProof/>
                <w:lang w:val="ro-RO"/>
              </w:rPr>
            </w:pPr>
            <w:r w:rsidRPr="001A1B66">
              <w:rPr>
                <w:noProof/>
                <w:sz w:val="15"/>
                <w:lang w:val="ro-RO"/>
              </w:rPr>
              <w:t>________________________________________________________________________________</w:t>
            </w:r>
            <w:r w:rsidRPr="001A1B66">
              <w:rPr>
                <w:noProof/>
                <w:sz w:val="15"/>
                <w:lang w:val="ro-RO"/>
              </w:rPr>
              <w:br/>
              <w:t>________________________________________________________________________________</w:t>
            </w:r>
          </w:p>
        </w:tc>
      </w:tr>
      <w:tr w:rsidR="00807297" w:rsidRPr="001A1B66" w14:paraId="72ED2230" w14:textId="77777777">
        <w:trPr>
          <w:cantSplit/>
          <w:jc w:val="center"/>
        </w:trPr>
        <w:tc>
          <w:tcPr>
            <w:tcW w:w="3118" w:type="dxa"/>
            <w:shd w:val="clear" w:color="auto" w:fill="FFFFFF"/>
            <w:tcMar>
              <w:top w:w="75" w:type="dxa"/>
              <w:left w:w="85" w:type="dxa"/>
              <w:bottom w:w="75" w:type="dxa"/>
              <w:right w:w="85" w:type="dxa"/>
            </w:tcMar>
            <w:vAlign w:val="center"/>
          </w:tcPr>
          <w:p w14:paraId="289C33D9" w14:textId="77777777" w:rsidR="00807297" w:rsidRPr="001A1B66" w:rsidRDefault="00000000">
            <w:pPr>
              <w:spacing w:after="0" w:line="240" w:lineRule="auto"/>
              <w:rPr>
                <w:noProof/>
                <w:lang w:val="ro-RO"/>
              </w:rPr>
            </w:pPr>
            <w:r w:rsidRPr="001A1B66">
              <w:rPr>
                <w:noProof/>
                <w:sz w:val="15"/>
                <w:lang w:val="ro-RO"/>
              </w:rPr>
              <w:t>Cerințe legale, client și specificații</w:t>
            </w:r>
          </w:p>
        </w:tc>
        <w:tc>
          <w:tcPr>
            <w:tcW w:w="6803" w:type="dxa"/>
            <w:shd w:val="clear" w:color="auto" w:fill="FFFFFF"/>
            <w:tcMar>
              <w:top w:w="75" w:type="dxa"/>
              <w:left w:w="85" w:type="dxa"/>
              <w:bottom w:w="75" w:type="dxa"/>
              <w:right w:w="85" w:type="dxa"/>
            </w:tcMar>
            <w:vAlign w:val="center"/>
          </w:tcPr>
          <w:p w14:paraId="0B7DC4A2" w14:textId="77777777" w:rsidR="00807297" w:rsidRPr="001A1B66" w:rsidRDefault="00000000">
            <w:pPr>
              <w:spacing w:after="0" w:line="240" w:lineRule="auto"/>
              <w:rPr>
                <w:noProof/>
                <w:lang w:val="ro-RO"/>
              </w:rPr>
            </w:pPr>
            <w:r w:rsidRPr="001A1B66">
              <w:rPr>
                <w:noProof/>
                <w:sz w:val="15"/>
                <w:lang w:val="ro-RO"/>
              </w:rPr>
              <w:t>________________________________________________________________________________</w:t>
            </w:r>
            <w:r w:rsidRPr="001A1B66">
              <w:rPr>
                <w:noProof/>
                <w:sz w:val="15"/>
                <w:lang w:val="ro-RO"/>
              </w:rPr>
              <w:br/>
              <w:t>________________________________________________________________________________</w:t>
            </w:r>
          </w:p>
        </w:tc>
      </w:tr>
      <w:tr w:rsidR="00807297" w:rsidRPr="001A1B66" w14:paraId="69F20264" w14:textId="77777777">
        <w:trPr>
          <w:cantSplit/>
          <w:jc w:val="center"/>
        </w:trPr>
        <w:tc>
          <w:tcPr>
            <w:tcW w:w="3118" w:type="dxa"/>
            <w:shd w:val="clear" w:color="auto" w:fill="FAFAFA"/>
            <w:tcMar>
              <w:top w:w="75" w:type="dxa"/>
              <w:left w:w="85" w:type="dxa"/>
              <w:bottom w:w="75" w:type="dxa"/>
              <w:right w:w="85" w:type="dxa"/>
            </w:tcMar>
            <w:vAlign w:val="center"/>
          </w:tcPr>
          <w:p w14:paraId="0E457324" w14:textId="77777777" w:rsidR="00807297" w:rsidRPr="001A1B66" w:rsidRDefault="00000000">
            <w:pPr>
              <w:spacing w:after="0" w:line="240" w:lineRule="auto"/>
              <w:rPr>
                <w:noProof/>
                <w:lang w:val="ro-RO"/>
              </w:rPr>
            </w:pPr>
            <w:r w:rsidRPr="001A1B66">
              <w:rPr>
                <w:noProof/>
                <w:sz w:val="15"/>
                <w:lang w:val="ro-RO"/>
              </w:rPr>
              <w:t>Produse, linii, locații și schimburi incluse</w:t>
            </w:r>
          </w:p>
        </w:tc>
        <w:tc>
          <w:tcPr>
            <w:tcW w:w="6803" w:type="dxa"/>
            <w:shd w:val="clear" w:color="auto" w:fill="FAFAFA"/>
            <w:tcMar>
              <w:top w:w="75" w:type="dxa"/>
              <w:left w:w="85" w:type="dxa"/>
              <w:bottom w:w="75" w:type="dxa"/>
              <w:right w:w="85" w:type="dxa"/>
            </w:tcMar>
            <w:vAlign w:val="center"/>
          </w:tcPr>
          <w:p w14:paraId="195EEE8B" w14:textId="77777777" w:rsidR="00807297" w:rsidRPr="001A1B66" w:rsidRDefault="00000000">
            <w:pPr>
              <w:spacing w:after="0" w:line="240" w:lineRule="auto"/>
              <w:rPr>
                <w:noProof/>
                <w:lang w:val="ro-RO"/>
              </w:rPr>
            </w:pPr>
            <w:r w:rsidRPr="001A1B66">
              <w:rPr>
                <w:noProof/>
                <w:sz w:val="15"/>
                <w:lang w:val="ro-RO"/>
              </w:rPr>
              <w:t>________________________________________________________________________________</w:t>
            </w:r>
            <w:r w:rsidRPr="001A1B66">
              <w:rPr>
                <w:noProof/>
                <w:sz w:val="15"/>
                <w:lang w:val="ro-RO"/>
              </w:rPr>
              <w:br/>
              <w:t>________________________________________________________________________________</w:t>
            </w:r>
          </w:p>
        </w:tc>
      </w:tr>
      <w:tr w:rsidR="00807297" w:rsidRPr="001A1B66" w14:paraId="3923356D" w14:textId="77777777">
        <w:trPr>
          <w:cantSplit/>
          <w:jc w:val="center"/>
        </w:trPr>
        <w:tc>
          <w:tcPr>
            <w:tcW w:w="3118" w:type="dxa"/>
            <w:shd w:val="clear" w:color="auto" w:fill="FFFFFF"/>
            <w:tcMar>
              <w:top w:w="75" w:type="dxa"/>
              <w:left w:w="85" w:type="dxa"/>
              <w:bottom w:w="75" w:type="dxa"/>
              <w:right w:w="85" w:type="dxa"/>
            </w:tcMar>
            <w:vAlign w:val="center"/>
          </w:tcPr>
          <w:p w14:paraId="0452A381" w14:textId="77777777" w:rsidR="00807297" w:rsidRPr="001A1B66" w:rsidRDefault="00000000">
            <w:pPr>
              <w:spacing w:after="0" w:line="240" w:lineRule="auto"/>
              <w:rPr>
                <w:noProof/>
                <w:lang w:val="ro-RO"/>
              </w:rPr>
            </w:pPr>
            <w:r w:rsidRPr="001A1B66">
              <w:rPr>
                <w:noProof/>
                <w:sz w:val="15"/>
                <w:lang w:val="ro-RO"/>
              </w:rPr>
              <w:t>Controale existente și limitele lor</w:t>
            </w:r>
          </w:p>
        </w:tc>
        <w:tc>
          <w:tcPr>
            <w:tcW w:w="6803" w:type="dxa"/>
            <w:shd w:val="clear" w:color="auto" w:fill="FFFFFF"/>
            <w:tcMar>
              <w:top w:w="75" w:type="dxa"/>
              <w:left w:w="85" w:type="dxa"/>
              <w:bottom w:w="75" w:type="dxa"/>
              <w:right w:w="85" w:type="dxa"/>
            </w:tcMar>
            <w:vAlign w:val="center"/>
          </w:tcPr>
          <w:p w14:paraId="715731ED" w14:textId="77777777" w:rsidR="00807297" w:rsidRPr="001A1B66" w:rsidRDefault="00000000">
            <w:pPr>
              <w:spacing w:after="0" w:line="240" w:lineRule="auto"/>
              <w:rPr>
                <w:noProof/>
                <w:lang w:val="ro-RO"/>
              </w:rPr>
            </w:pPr>
            <w:r w:rsidRPr="001A1B66">
              <w:rPr>
                <w:noProof/>
                <w:sz w:val="15"/>
                <w:lang w:val="ro-RO"/>
              </w:rPr>
              <w:t>________________________________________________________________________________</w:t>
            </w:r>
            <w:r w:rsidRPr="001A1B66">
              <w:rPr>
                <w:noProof/>
                <w:sz w:val="15"/>
                <w:lang w:val="ro-RO"/>
              </w:rPr>
              <w:br/>
              <w:t>________________________________________________________________________________</w:t>
            </w:r>
          </w:p>
        </w:tc>
      </w:tr>
      <w:tr w:rsidR="00807297" w:rsidRPr="001A1B66" w14:paraId="4D3AD891" w14:textId="77777777">
        <w:trPr>
          <w:cantSplit/>
          <w:jc w:val="center"/>
        </w:trPr>
        <w:tc>
          <w:tcPr>
            <w:tcW w:w="3118" w:type="dxa"/>
            <w:shd w:val="clear" w:color="auto" w:fill="FAFAFA"/>
            <w:tcMar>
              <w:top w:w="75" w:type="dxa"/>
              <w:left w:w="85" w:type="dxa"/>
              <w:bottom w:w="75" w:type="dxa"/>
              <w:right w:w="85" w:type="dxa"/>
            </w:tcMar>
            <w:vAlign w:val="center"/>
          </w:tcPr>
          <w:p w14:paraId="16C578D5" w14:textId="77777777" w:rsidR="00807297" w:rsidRPr="001A1B66" w:rsidRDefault="00000000">
            <w:pPr>
              <w:spacing w:after="0" w:line="240" w:lineRule="auto"/>
              <w:rPr>
                <w:noProof/>
                <w:lang w:val="ro-RO"/>
              </w:rPr>
            </w:pPr>
            <w:r w:rsidRPr="001A1B66">
              <w:rPr>
                <w:noProof/>
                <w:sz w:val="15"/>
                <w:lang w:val="ro-RO"/>
              </w:rPr>
              <w:t>Legătura cu analiza pericolelor / PRP</w:t>
            </w:r>
          </w:p>
        </w:tc>
        <w:tc>
          <w:tcPr>
            <w:tcW w:w="6803" w:type="dxa"/>
            <w:shd w:val="clear" w:color="auto" w:fill="FAFAFA"/>
            <w:tcMar>
              <w:top w:w="75" w:type="dxa"/>
              <w:left w:w="85" w:type="dxa"/>
              <w:bottom w:w="75" w:type="dxa"/>
              <w:right w:w="85" w:type="dxa"/>
            </w:tcMar>
            <w:vAlign w:val="center"/>
          </w:tcPr>
          <w:p w14:paraId="30B93BE0" w14:textId="77777777" w:rsidR="00807297" w:rsidRPr="001A1B66" w:rsidRDefault="00000000">
            <w:pPr>
              <w:spacing w:after="0" w:line="240" w:lineRule="auto"/>
              <w:rPr>
                <w:noProof/>
                <w:lang w:val="ro-RO"/>
              </w:rPr>
            </w:pPr>
            <w:r w:rsidRPr="001A1B66">
              <w:rPr>
                <w:noProof/>
                <w:sz w:val="15"/>
                <w:lang w:val="ro-RO"/>
              </w:rPr>
              <w:t>________________________________________________________________________________</w:t>
            </w:r>
            <w:r w:rsidRPr="001A1B66">
              <w:rPr>
                <w:noProof/>
                <w:sz w:val="15"/>
                <w:lang w:val="ro-RO"/>
              </w:rPr>
              <w:br/>
              <w:t>________________________________________________________________________________</w:t>
            </w:r>
          </w:p>
        </w:tc>
      </w:tr>
      <w:tr w:rsidR="00807297" w:rsidRPr="001A1B66" w14:paraId="79949236" w14:textId="77777777">
        <w:trPr>
          <w:cantSplit/>
          <w:jc w:val="center"/>
        </w:trPr>
        <w:tc>
          <w:tcPr>
            <w:tcW w:w="3118" w:type="dxa"/>
            <w:shd w:val="clear" w:color="auto" w:fill="FFFFFF"/>
            <w:tcMar>
              <w:top w:w="75" w:type="dxa"/>
              <w:left w:w="85" w:type="dxa"/>
              <w:bottom w:w="75" w:type="dxa"/>
              <w:right w:w="85" w:type="dxa"/>
            </w:tcMar>
            <w:vAlign w:val="center"/>
          </w:tcPr>
          <w:p w14:paraId="6593047F" w14:textId="77777777" w:rsidR="00807297" w:rsidRPr="001A1B66" w:rsidRDefault="00000000">
            <w:pPr>
              <w:spacing w:after="0" w:line="240" w:lineRule="auto"/>
              <w:rPr>
                <w:noProof/>
                <w:lang w:val="ro-RO"/>
              </w:rPr>
            </w:pPr>
            <w:r w:rsidRPr="001A1B66">
              <w:rPr>
                <w:noProof/>
                <w:sz w:val="15"/>
                <w:lang w:val="ro-RO"/>
              </w:rPr>
              <w:t>Riscul dacă obiectivul nu este atins</w:t>
            </w:r>
          </w:p>
        </w:tc>
        <w:tc>
          <w:tcPr>
            <w:tcW w:w="6803" w:type="dxa"/>
            <w:shd w:val="clear" w:color="auto" w:fill="FFFFFF"/>
            <w:tcMar>
              <w:top w:w="75" w:type="dxa"/>
              <w:left w:w="85" w:type="dxa"/>
              <w:bottom w:w="75" w:type="dxa"/>
              <w:right w:w="85" w:type="dxa"/>
            </w:tcMar>
            <w:vAlign w:val="center"/>
          </w:tcPr>
          <w:p w14:paraId="54206376" w14:textId="77777777" w:rsidR="00807297" w:rsidRPr="001A1B66" w:rsidRDefault="00000000">
            <w:pPr>
              <w:spacing w:after="0" w:line="240" w:lineRule="auto"/>
              <w:rPr>
                <w:noProof/>
                <w:lang w:val="ro-RO"/>
              </w:rPr>
            </w:pPr>
            <w:r w:rsidRPr="001A1B66">
              <w:rPr>
                <w:noProof/>
                <w:sz w:val="15"/>
                <w:lang w:val="ro-RO"/>
              </w:rPr>
              <w:t>________________________________________________________________________________</w:t>
            </w:r>
            <w:r w:rsidRPr="001A1B66">
              <w:rPr>
                <w:noProof/>
                <w:sz w:val="15"/>
                <w:lang w:val="ro-RO"/>
              </w:rPr>
              <w:br/>
              <w:t>________________________________________________________________________________</w:t>
            </w:r>
          </w:p>
        </w:tc>
      </w:tr>
      <w:tr w:rsidR="00807297" w:rsidRPr="001A1B66" w14:paraId="26AC6417" w14:textId="77777777">
        <w:trPr>
          <w:cantSplit/>
          <w:jc w:val="center"/>
        </w:trPr>
        <w:tc>
          <w:tcPr>
            <w:tcW w:w="3118" w:type="dxa"/>
            <w:shd w:val="clear" w:color="auto" w:fill="FAFAFA"/>
            <w:tcMar>
              <w:top w:w="75" w:type="dxa"/>
              <w:left w:w="85" w:type="dxa"/>
              <w:bottom w:w="75" w:type="dxa"/>
              <w:right w:w="85" w:type="dxa"/>
            </w:tcMar>
            <w:vAlign w:val="center"/>
          </w:tcPr>
          <w:p w14:paraId="53BA147B" w14:textId="77777777" w:rsidR="00807297" w:rsidRPr="001A1B66" w:rsidRDefault="00000000">
            <w:pPr>
              <w:spacing w:after="0" w:line="240" w:lineRule="auto"/>
              <w:rPr>
                <w:noProof/>
                <w:lang w:val="ro-RO"/>
              </w:rPr>
            </w:pPr>
            <w:r w:rsidRPr="001A1B66">
              <w:rPr>
                <w:noProof/>
                <w:sz w:val="15"/>
                <w:lang w:val="ro-RO"/>
              </w:rPr>
              <w:t>Riscuri introduse de schimbare / presiuni operaționale</w:t>
            </w:r>
          </w:p>
        </w:tc>
        <w:tc>
          <w:tcPr>
            <w:tcW w:w="6803" w:type="dxa"/>
            <w:shd w:val="clear" w:color="auto" w:fill="FAFAFA"/>
            <w:tcMar>
              <w:top w:w="75" w:type="dxa"/>
              <w:left w:w="85" w:type="dxa"/>
              <w:bottom w:w="75" w:type="dxa"/>
              <w:right w:w="85" w:type="dxa"/>
            </w:tcMar>
            <w:vAlign w:val="center"/>
          </w:tcPr>
          <w:p w14:paraId="24B09E0F" w14:textId="77777777" w:rsidR="00807297" w:rsidRPr="001A1B66" w:rsidRDefault="00000000">
            <w:pPr>
              <w:spacing w:after="0" w:line="240" w:lineRule="auto"/>
              <w:rPr>
                <w:noProof/>
                <w:lang w:val="ro-RO"/>
              </w:rPr>
            </w:pPr>
            <w:r w:rsidRPr="001A1B66">
              <w:rPr>
                <w:noProof/>
                <w:sz w:val="15"/>
                <w:lang w:val="ro-RO"/>
              </w:rPr>
              <w:t>________________________________________________________________________________</w:t>
            </w:r>
            <w:r w:rsidRPr="001A1B66">
              <w:rPr>
                <w:noProof/>
                <w:sz w:val="15"/>
                <w:lang w:val="ro-RO"/>
              </w:rPr>
              <w:br/>
              <w:t>________________________________________________________________________________</w:t>
            </w:r>
          </w:p>
        </w:tc>
      </w:tr>
    </w:tbl>
    <w:p w14:paraId="3E889A80" w14:textId="77777777" w:rsidR="00807297" w:rsidRPr="001A1B66" w:rsidRDefault="00807297">
      <w:pPr>
        <w:spacing w:after="20"/>
        <w:rPr>
          <w:noProof/>
          <w:lang w:val="ro-RO"/>
        </w:rPr>
      </w:pPr>
    </w:p>
    <w:p w14:paraId="199BF9AB" w14:textId="77777777" w:rsidR="00807297" w:rsidRPr="001A1B66" w:rsidRDefault="00000000">
      <w:pPr>
        <w:pStyle w:val="Heading2"/>
        <w:rPr>
          <w:noProof/>
          <w:lang w:val="ro-RO"/>
        </w:rPr>
      </w:pPr>
      <w:r w:rsidRPr="001A1B66">
        <w:rPr>
          <w:noProof/>
          <w:lang w:val="ro-RO"/>
        </w:rPr>
        <w:t>B. Indicator și criterii de evaluare</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3118"/>
        <w:gridCol w:w="6803"/>
      </w:tblGrid>
      <w:tr w:rsidR="00807297" w:rsidRPr="001A1B66" w14:paraId="7DD34579" w14:textId="77777777">
        <w:trPr>
          <w:tblHeader/>
          <w:jc w:val="center"/>
        </w:trPr>
        <w:tc>
          <w:tcPr>
            <w:tcW w:w="3118" w:type="dxa"/>
            <w:shd w:val="clear" w:color="auto" w:fill="D71920"/>
            <w:tcMar>
              <w:top w:w="75" w:type="dxa"/>
              <w:left w:w="85" w:type="dxa"/>
              <w:bottom w:w="75" w:type="dxa"/>
              <w:right w:w="85" w:type="dxa"/>
            </w:tcMar>
            <w:vAlign w:val="center"/>
          </w:tcPr>
          <w:p w14:paraId="0FC5CE72" w14:textId="77777777" w:rsidR="00807297" w:rsidRPr="001A1B66" w:rsidRDefault="00000000">
            <w:pPr>
              <w:spacing w:after="0" w:line="240" w:lineRule="auto"/>
              <w:jc w:val="center"/>
              <w:rPr>
                <w:noProof/>
                <w:lang w:val="ro-RO"/>
              </w:rPr>
            </w:pPr>
            <w:r w:rsidRPr="001A1B66">
              <w:rPr>
                <w:b/>
                <w:noProof/>
                <w:color w:val="FFFFFF"/>
                <w:sz w:val="15"/>
                <w:lang w:val="ro-RO"/>
              </w:rPr>
              <w:t>ELEMENT</w:t>
            </w:r>
          </w:p>
        </w:tc>
        <w:tc>
          <w:tcPr>
            <w:tcW w:w="6803" w:type="dxa"/>
            <w:shd w:val="clear" w:color="auto" w:fill="D71920"/>
            <w:tcMar>
              <w:top w:w="75" w:type="dxa"/>
              <w:left w:w="85" w:type="dxa"/>
              <w:bottom w:w="75" w:type="dxa"/>
              <w:right w:w="85" w:type="dxa"/>
            </w:tcMar>
            <w:vAlign w:val="center"/>
          </w:tcPr>
          <w:p w14:paraId="328D9D2B" w14:textId="77777777" w:rsidR="00807297" w:rsidRPr="001A1B66" w:rsidRDefault="00000000">
            <w:pPr>
              <w:spacing w:after="0" w:line="240" w:lineRule="auto"/>
              <w:jc w:val="center"/>
              <w:rPr>
                <w:noProof/>
                <w:lang w:val="ro-RO"/>
              </w:rPr>
            </w:pPr>
            <w:r w:rsidRPr="001A1B66">
              <w:rPr>
                <w:b/>
                <w:noProof/>
                <w:color w:val="FFFFFF"/>
                <w:sz w:val="15"/>
                <w:lang w:val="ro-RO"/>
              </w:rPr>
              <w:t>COMPLETARE</w:t>
            </w:r>
          </w:p>
        </w:tc>
      </w:tr>
      <w:tr w:rsidR="00807297" w:rsidRPr="001A1B66" w14:paraId="76F32917" w14:textId="77777777">
        <w:trPr>
          <w:cantSplit/>
          <w:jc w:val="center"/>
        </w:trPr>
        <w:tc>
          <w:tcPr>
            <w:tcW w:w="3118" w:type="dxa"/>
            <w:shd w:val="clear" w:color="auto" w:fill="FFFFFF"/>
            <w:tcMar>
              <w:top w:w="75" w:type="dxa"/>
              <w:left w:w="85" w:type="dxa"/>
              <w:bottom w:w="75" w:type="dxa"/>
              <w:right w:w="85" w:type="dxa"/>
            </w:tcMar>
            <w:vAlign w:val="center"/>
          </w:tcPr>
          <w:p w14:paraId="2D1D1E68" w14:textId="77777777" w:rsidR="00807297" w:rsidRPr="001A1B66" w:rsidRDefault="00000000">
            <w:pPr>
              <w:spacing w:after="0" w:line="240" w:lineRule="auto"/>
              <w:rPr>
                <w:noProof/>
                <w:lang w:val="ro-RO"/>
              </w:rPr>
            </w:pPr>
            <w:r w:rsidRPr="001A1B66">
              <w:rPr>
                <w:noProof/>
                <w:sz w:val="15"/>
                <w:lang w:val="ro-RO"/>
              </w:rPr>
              <w:t>Indicator de control principal</w:t>
            </w:r>
          </w:p>
        </w:tc>
        <w:tc>
          <w:tcPr>
            <w:tcW w:w="6803" w:type="dxa"/>
            <w:shd w:val="clear" w:color="auto" w:fill="FFFFFF"/>
            <w:tcMar>
              <w:top w:w="75" w:type="dxa"/>
              <w:left w:w="85" w:type="dxa"/>
              <w:bottom w:w="75" w:type="dxa"/>
              <w:right w:w="85" w:type="dxa"/>
            </w:tcMar>
            <w:vAlign w:val="center"/>
          </w:tcPr>
          <w:p w14:paraId="5124418A" w14:textId="77777777" w:rsidR="00807297" w:rsidRPr="001A1B66" w:rsidRDefault="00807297">
            <w:pPr>
              <w:spacing w:after="0" w:line="240" w:lineRule="auto"/>
              <w:rPr>
                <w:noProof/>
                <w:lang w:val="ro-RO"/>
              </w:rPr>
            </w:pPr>
          </w:p>
        </w:tc>
      </w:tr>
      <w:tr w:rsidR="00807297" w:rsidRPr="001A1B66" w14:paraId="7872977C" w14:textId="77777777">
        <w:trPr>
          <w:cantSplit/>
          <w:jc w:val="center"/>
        </w:trPr>
        <w:tc>
          <w:tcPr>
            <w:tcW w:w="3118" w:type="dxa"/>
            <w:shd w:val="clear" w:color="auto" w:fill="FAFAFA"/>
            <w:tcMar>
              <w:top w:w="75" w:type="dxa"/>
              <w:left w:w="85" w:type="dxa"/>
              <w:bottom w:w="75" w:type="dxa"/>
              <w:right w:w="85" w:type="dxa"/>
            </w:tcMar>
            <w:vAlign w:val="center"/>
          </w:tcPr>
          <w:p w14:paraId="697C4F04" w14:textId="77777777" w:rsidR="00807297" w:rsidRPr="001A1B66" w:rsidRDefault="00000000">
            <w:pPr>
              <w:spacing w:after="0" w:line="240" w:lineRule="auto"/>
              <w:rPr>
                <w:noProof/>
                <w:lang w:val="ro-RO"/>
              </w:rPr>
            </w:pPr>
            <w:r w:rsidRPr="001A1B66">
              <w:rPr>
                <w:noProof/>
                <w:sz w:val="15"/>
                <w:lang w:val="ro-RO"/>
              </w:rPr>
              <w:t>Indicator de rezultat</w:t>
            </w:r>
          </w:p>
        </w:tc>
        <w:tc>
          <w:tcPr>
            <w:tcW w:w="6803" w:type="dxa"/>
            <w:shd w:val="clear" w:color="auto" w:fill="FAFAFA"/>
            <w:tcMar>
              <w:top w:w="75" w:type="dxa"/>
              <w:left w:w="85" w:type="dxa"/>
              <w:bottom w:w="75" w:type="dxa"/>
              <w:right w:w="85" w:type="dxa"/>
            </w:tcMar>
            <w:vAlign w:val="center"/>
          </w:tcPr>
          <w:p w14:paraId="60F02970" w14:textId="77777777" w:rsidR="00807297" w:rsidRPr="001A1B66" w:rsidRDefault="00807297">
            <w:pPr>
              <w:spacing w:after="0" w:line="240" w:lineRule="auto"/>
              <w:rPr>
                <w:noProof/>
                <w:lang w:val="ro-RO"/>
              </w:rPr>
            </w:pPr>
          </w:p>
        </w:tc>
      </w:tr>
      <w:tr w:rsidR="00807297" w:rsidRPr="001A1B66" w14:paraId="7111F44B" w14:textId="77777777">
        <w:trPr>
          <w:cantSplit/>
          <w:jc w:val="center"/>
        </w:trPr>
        <w:tc>
          <w:tcPr>
            <w:tcW w:w="3118" w:type="dxa"/>
            <w:shd w:val="clear" w:color="auto" w:fill="FFFFFF"/>
            <w:tcMar>
              <w:top w:w="75" w:type="dxa"/>
              <w:left w:w="85" w:type="dxa"/>
              <w:bottom w:w="75" w:type="dxa"/>
              <w:right w:w="85" w:type="dxa"/>
            </w:tcMar>
            <w:vAlign w:val="center"/>
          </w:tcPr>
          <w:p w14:paraId="5F2A5C2B" w14:textId="77777777" w:rsidR="00807297" w:rsidRPr="001A1B66" w:rsidRDefault="00000000">
            <w:pPr>
              <w:spacing w:after="0" w:line="240" w:lineRule="auto"/>
              <w:rPr>
                <w:noProof/>
                <w:lang w:val="ro-RO"/>
              </w:rPr>
            </w:pPr>
            <w:r w:rsidRPr="001A1B66">
              <w:rPr>
                <w:noProof/>
                <w:sz w:val="15"/>
                <w:lang w:val="ro-RO"/>
              </w:rPr>
              <w:t>Definiție și formulă</w:t>
            </w:r>
          </w:p>
        </w:tc>
        <w:tc>
          <w:tcPr>
            <w:tcW w:w="6803" w:type="dxa"/>
            <w:shd w:val="clear" w:color="auto" w:fill="FFFFFF"/>
            <w:tcMar>
              <w:top w:w="75" w:type="dxa"/>
              <w:left w:w="85" w:type="dxa"/>
              <w:bottom w:w="75" w:type="dxa"/>
              <w:right w:w="85" w:type="dxa"/>
            </w:tcMar>
            <w:vAlign w:val="center"/>
          </w:tcPr>
          <w:p w14:paraId="771EBBA7" w14:textId="77777777" w:rsidR="00807297" w:rsidRPr="001A1B66" w:rsidRDefault="00807297">
            <w:pPr>
              <w:spacing w:after="0" w:line="240" w:lineRule="auto"/>
              <w:rPr>
                <w:noProof/>
                <w:lang w:val="ro-RO"/>
              </w:rPr>
            </w:pPr>
          </w:p>
        </w:tc>
      </w:tr>
      <w:tr w:rsidR="00807297" w:rsidRPr="001A1B66" w14:paraId="45B76059" w14:textId="77777777">
        <w:trPr>
          <w:cantSplit/>
          <w:jc w:val="center"/>
        </w:trPr>
        <w:tc>
          <w:tcPr>
            <w:tcW w:w="3118" w:type="dxa"/>
            <w:shd w:val="clear" w:color="auto" w:fill="FAFAFA"/>
            <w:tcMar>
              <w:top w:w="75" w:type="dxa"/>
              <w:left w:w="85" w:type="dxa"/>
              <w:bottom w:w="75" w:type="dxa"/>
              <w:right w:w="85" w:type="dxa"/>
            </w:tcMar>
            <w:vAlign w:val="center"/>
          </w:tcPr>
          <w:p w14:paraId="58D5E08C" w14:textId="77777777" w:rsidR="00807297" w:rsidRPr="001A1B66" w:rsidRDefault="00000000">
            <w:pPr>
              <w:spacing w:after="0" w:line="240" w:lineRule="auto"/>
              <w:rPr>
                <w:noProof/>
                <w:lang w:val="ro-RO"/>
              </w:rPr>
            </w:pPr>
            <w:r w:rsidRPr="001A1B66">
              <w:rPr>
                <w:noProof/>
                <w:sz w:val="15"/>
                <w:lang w:val="ro-RO"/>
              </w:rPr>
              <w:t>Loturi / volum / populație incluse</w:t>
            </w:r>
          </w:p>
        </w:tc>
        <w:tc>
          <w:tcPr>
            <w:tcW w:w="6803" w:type="dxa"/>
            <w:shd w:val="clear" w:color="auto" w:fill="FAFAFA"/>
            <w:tcMar>
              <w:top w:w="75" w:type="dxa"/>
              <w:left w:w="85" w:type="dxa"/>
              <w:bottom w:w="75" w:type="dxa"/>
              <w:right w:w="85" w:type="dxa"/>
            </w:tcMar>
            <w:vAlign w:val="center"/>
          </w:tcPr>
          <w:p w14:paraId="20144C14" w14:textId="77777777" w:rsidR="00807297" w:rsidRPr="001A1B66" w:rsidRDefault="00807297">
            <w:pPr>
              <w:spacing w:after="0" w:line="240" w:lineRule="auto"/>
              <w:rPr>
                <w:noProof/>
                <w:lang w:val="ro-RO"/>
              </w:rPr>
            </w:pPr>
          </w:p>
        </w:tc>
      </w:tr>
      <w:tr w:rsidR="00807297" w:rsidRPr="001A1B66" w14:paraId="3DEDD4F6" w14:textId="77777777">
        <w:trPr>
          <w:cantSplit/>
          <w:jc w:val="center"/>
        </w:trPr>
        <w:tc>
          <w:tcPr>
            <w:tcW w:w="3118" w:type="dxa"/>
            <w:shd w:val="clear" w:color="auto" w:fill="FFFFFF"/>
            <w:tcMar>
              <w:top w:w="75" w:type="dxa"/>
              <w:left w:w="85" w:type="dxa"/>
              <w:bottom w:w="75" w:type="dxa"/>
              <w:right w:w="85" w:type="dxa"/>
            </w:tcMar>
            <w:vAlign w:val="center"/>
          </w:tcPr>
          <w:p w14:paraId="26F8224E" w14:textId="77777777" w:rsidR="00807297" w:rsidRPr="001A1B66" w:rsidRDefault="00000000">
            <w:pPr>
              <w:spacing w:after="0" w:line="240" w:lineRule="auto"/>
              <w:rPr>
                <w:noProof/>
                <w:lang w:val="ro-RO"/>
              </w:rPr>
            </w:pPr>
            <w:r w:rsidRPr="001A1B66">
              <w:rPr>
                <w:noProof/>
                <w:sz w:val="15"/>
                <w:lang w:val="ro-RO"/>
              </w:rPr>
              <w:t>Sursa datelor și metoda</w:t>
            </w:r>
          </w:p>
        </w:tc>
        <w:tc>
          <w:tcPr>
            <w:tcW w:w="6803" w:type="dxa"/>
            <w:shd w:val="clear" w:color="auto" w:fill="FFFFFF"/>
            <w:tcMar>
              <w:top w:w="75" w:type="dxa"/>
              <w:left w:w="85" w:type="dxa"/>
              <w:bottom w:w="75" w:type="dxa"/>
              <w:right w:w="85" w:type="dxa"/>
            </w:tcMar>
            <w:vAlign w:val="center"/>
          </w:tcPr>
          <w:p w14:paraId="1848DA5D" w14:textId="77777777" w:rsidR="00807297" w:rsidRPr="001A1B66" w:rsidRDefault="00807297">
            <w:pPr>
              <w:spacing w:after="0" w:line="240" w:lineRule="auto"/>
              <w:rPr>
                <w:noProof/>
                <w:lang w:val="ro-RO"/>
              </w:rPr>
            </w:pPr>
          </w:p>
        </w:tc>
      </w:tr>
      <w:tr w:rsidR="00807297" w:rsidRPr="001A1B66" w14:paraId="37767D19" w14:textId="77777777">
        <w:trPr>
          <w:cantSplit/>
          <w:jc w:val="center"/>
        </w:trPr>
        <w:tc>
          <w:tcPr>
            <w:tcW w:w="3118" w:type="dxa"/>
            <w:shd w:val="clear" w:color="auto" w:fill="FAFAFA"/>
            <w:tcMar>
              <w:top w:w="75" w:type="dxa"/>
              <w:left w:w="85" w:type="dxa"/>
              <w:bottom w:w="75" w:type="dxa"/>
              <w:right w:w="85" w:type="dxa"/>
            </w:tcMar>
            <w:vAlign w:val="center"/>
          </w:tcPr>
          <w:p w14:paraId="680FBD87" w14:textId="77777777" w:rsidR="00807297" w:rsidRPr="001A1B66" w:rsidRDefault="00000000">
            <w:pPr>
              <w:spacing w:after="0" w:line="240" w:lineRule="auto"/>
              <w:rPr>
                <w:noProof/>
                <w:lang w:val="ro-RO"/>
              </w:rPr>
            </w:pPr>
            <w:r w:rsidRPr="001A1B66">
              <w:rPr>
                <w:noProof/>
                <w:sz w:val="15"/>
                <w:lang w:val="ro-RO"/>
              </w:rPr>
              <w:t>Responsabil date</w:t>
            </w:r>
          </w:p>
        </w:tc>
        <w:tc>
          <w:tcPr>
            <w:tcW w:w="6803" w:type="dxa"/>
            <w:shd w:val="clear" w:color="auto" w:fill="FAFAFA"/>
            <w:tcMar>
              <w:top w:w="75" w:type="dxa"/>
              <w:left w:w="85" w:type="dxa"/>
              <w:bottom w:w="75" w:type="dxa"/>
              <w:right w:w="85" w:type="dxa"/>
            </w:tcMar>
            <w:vAlign w:val="center"/>
          </w:tcPr>
          <w:p w14:paraId="3EE6CDEB" w14:textId="77777777" w:rsidR="00807297" w:rsidRPr="001A1B66" w:rsidRDefault="00807297">
            <w:pPr>
              <w:spacing w:after="0" w:line="240" w:lineRule="auto"/>
              <w:rPr>
                <w:noProof/>
                <w:lang w:val="ro-RO"/>
              </w:rPr>
            </w:pPr>
          </w:p>
        </w:tc>
      </w:tr>
      <w:tr w:rsidR="00807297" w:rsidRPr="001A1B66" w14:paraId="38CF4B2C" w14:textId="77777777">
        <w:trPr>
          <w:cantSplit/>
          <w:jc w:val="center"/>
        </w:trPr>
        <w:tc>
          <w:tcPr>
            <w:tcW w:w="3118" w:type="dxa"/>
            <w:shd w:val="clear" w:color="auto" w:fill="FFFFFF"/>
            <w:tcMar>
              <w:top w:w="75" w:type="dxa"/>
              <w:left w:w="85" w:type="dxa"/>
              <w:bottom w:w="75" w:type="dxa"/>
              <w:right w:w="85" w:type="dxa"/>
            </w:tcMar>
            <w:vAlign w:val="center"/>
          </w:tcPr>
          <w:p w14:paraId="57AA01EC" w14:textId="77777777" w:rsidR="00807297" w:rsidRPr="001A1B66" w:rsidRDefault="00000000">
            <w:pPr>
              <w:spacing w:after="0" w:line="240" w:lineRule="auto"/>
              <w:rPr>
                <w:noProof/>
                <w:lang w:val="ro-RO"/>
              </w:rPr>
            </w:pPr>
            <w:r w:rsidRPr="001A1B66">
              <w:rPr>
                <w:noProof/>
                <w:sz w:val="15"/>
                <w:lang w:val="ro-RO"/>
              </w:rPr>
              <w:t>Baza de referință</w:t>
            </w:r>
          </w:p>
        </w:tc>
        <w:tc>
          <w:tcPr>
            <w:tcW w:w="6803" w:type="dxa"/>
            <w:shd w:val="clear" w:color="auto" w:fill="FFFFFF"/>
            <w:tcMar>
              <w:top w:w="75" w:type="dxa"/>
              <w:left w:w="85" w:type="dxa"/>
              <w:bottom w:w="75" w:type="dxa"/>
              <w:right w:w="85" w:type="dxa"/>
            </w:tcMar>
            <w:vAlign w:val="center"/>
          </w:tcPr>
          <w:p w14:paraId="30188C68" w14:textId="77777777" w:rsidR="00807297" w:rsidRPr="001A1B66" w:rsidRDefault="00807297">
            <w:pPr>
              <w:spacing w:after="0" w:line="240" w:lineRule="auto"/>
              <w:rPr>
                <w:noProof/>
                <w:lang w:val="ro-RO"/>
              </w:rPr>
            </w:pPr>
          </w:p>
        </w:tc>
      </w:tr>
      <w:tr w:rsidR="00807297" w:rsidRPr="001A1B66" w14:paraId="19910C7E" w14:textId="77777777">
        <w:trPr>
          <w:cantSplit/>
          <w:jc w:val="center"/>
        </w:trPr>
        <w:tc>
          <w:tcPr>
            <w:tcW w:w="3118" w:type="dxa"/>
            <w:shd w:val="clear" w:color="auto" w:fill="FAFAFA"/>
            <w:tcMar>
              <w:top w:w="75" w:type="dxa"/>
              <w:left w:w="85" w:type="dxa"/>
              <w:bottom w:w="75" w:type="dxa"/>
              <w:right w:w="85" w:type="dxa"/>
            </w:tcMar>
            <w:vAlign w:val="center"/>
          </w:tcPr>
          <w:p w14:paraId="0383A537" w14:textId="77777777" w:rsidR="00807297" w:rsidRPr="001A1B66" w:rsidRDefault="00000000">
            <w:pPr>
              <w:spacing w:after="0" w:line="240" w:lineRule="auto"/>
              <w:rPr>
                <w:noProof/>
                <w:lang w:val="ro-RO"/>
              </w:rPr>
            </w:pPr>
            <w:r w:rsidRPr="001A1B66">
              <w:rPr>
                <w:noProof/>
                <w:sz w:val="15"/>
                <w:lang w:val="ro-RO"/>
              </w:rPr>
              <w:t>Țintă finală și intermediară</w:t>
            </w:r>
          </w:p>
        </w:tc>
        <w:tc>
          <w:tcPr>
            <w:tcW w:w="6803" w:type="dxa"/>
            <w:shd w:val="clear" w:color="auto" w:fill="FAFAFA"/>
            <w:tcMar>
              <w:top w:w="75" w:type="dxa"/>
              <w:left w:w="85" w:type="dxa"/>
              <w:bottom w:w="75" w:type="dxa"/>
              <w:right w:w="85" w:type="dxa"/>
            </w:tcMar>
            <w:vAlign w:val="center"/>
          </w:tcPr>
          <w:p w14:paraId="6C65D45E" w14:textId="77777777" w:rsidR="00807297" w:rsidRPr="001A1B66" w:rsidRDefault="00807297">
            <w:pPr>
              <w:spacing w:after="0" w:line="240" w:lineRule="auto"/>
              <w:rPr>
                <w:noProof/>
                <w:lang w:val="ro-RO"/>
              </w:rPr>
            </w:pPr>
          </w:p>
        </w:tc>
      </w:tr>
      <w:tr w:rsidR="00807297" w:rsidRPr="001A1B66" w14:paraId="1D2DEDC8" w14:textId="77777777">
        <w:trPr>
          <w:cantSplit/>
          <w:jc w:val="center"/>
        </w:trPr>
        <w:tc>
          <w:tcPr>
            <w:tcW w:w="3118" w:type="dxa"/>
            <w:shd w:val="clear" w:color="auto" w:fill="FFFFFF"/>
            <w:tcMar>
              <w:top w:w="75" w:type="dxa"/>
              <w:left w:w="85" w:type="dxa"/>
              <w:bottom w:w="75" w:type="dxa"/>
              <w:right w:w="85" w:type="dxa"/>
            </w:tcMar>
            <w:vAlign w:val="center"/>
          </w:tcPr>
          <w:p w14:paraId="6C98F871" w14:textId="77777777" w:rsidR="00807297" w:rsidRPr="001A1B66" w:rsidRDefault="00000000">
            <w:pPr>
              <w:spacing w:after="0" w:line="240" w:lineRule="auto"/>
              <w:rPr>
                <w:noProof/>
                <w:lang w:val="ro-RO"/>
              </w:rPr>
            </w:pPr>
            <w:r w:rsidRPr="001A1B66">
              <w:rPr>
                <w:noProof/>
                <w:sz w:val="15"/>
                <w:lang w:val="ro-RO"/>
              </w:rPr>
              <w:t>Prag galben / roșu</w:t>
            </w:r>
          </w:p>
        </w:tc>
        <w:tc>
          <w:tcPr>
            <w:tcW w:w="6803" w:type="dxa"/>
            <w:shd w:val="clear" w:color="auto" w:fill="FFFFFF"/>
            <w:tcMar>
              <w:top w:w="75" w:type="dxa"/>
              <w:left w:w="85" w:type="dxa"/>
              <w:bottom w:w="75" w:type="dxa"/>
              <w:right w:w="85" w:type="dxa"/>
            </w:tcMar>
            <w:vAlign w:val="center"/>
          </w:tcPr>
          <w:p w14:paraId="437FE982" w14:textId="77777777" w:rsidR="00807297" w:rsidRPr="001A1B66" w:rsidRDefault="00807297">
            <w:pPr>
              <w:spacing w:after="0" w:line="240" w:lineRule="auto"/>
              <w:rPr>
                <w:noProof/>
                <w:lang w:val="ro-RO"/>
              </w:rPr>
            </w:pPr>
          </w:p>
        </w:tc>
      </w:tr>
      <w:tr w:rsidR="00807297" w:rsidRPr="001A1B66" w14:paraId="1E9004AE" w14:textId="77777777">
        <w:trPr>
          <w:cantSplit/>
          <w:jc w:val="center"/>
        </w:trPr>
        <w:tc>
          <w:tcPr>
            <w:tcW w:w="3118" w:type="dxa"/>
            <w:shd w:val="clear" w:color="auto" w:fill="FAFAFA"/>
            <w:tcMar>
              <w:top w:w="75" w:type="dxa"/>
              <w:left w:w="85" w:type="dxa"/>
              <w:bottom w:w="75" w:type="dxa"/>
              <w:right w:w="85" w:type="dxa"/>
            </w:tcMar>
            <w:vAlign w:val="center"/>
          </w:tcPr>
          <w:p w14:paraId="0607C510" w14:textId="77777777" w:rsidR="00807297" w:rsidRPr="001A1B66" w:rsidRDefault="00000000">
            <w:pPr>
              <w:spacing w:after="0" w:line="240" w:lineRule="auto"/>
              <w:rPr>
                <w:noProof/>
                <w:lang w:val="ro-RO"/>
              </w:rPr>
            </w:pPr>
            <w:r w:rsidRPr="001A1B66">
              <w:rPr>
                <w:noProof/>
                <w:sz w:val="15"/>
                <w:lang w:val="ro-RO"/>
              </w:rPr>
              <w:t>Frecvență monitorizare</w:t>
            </w:r>
          </w:p>
        </w:tc>
        <w:tc>
          <w:tcPr>
            <w:tcW w:w="6803" w:type="dxa"/>
            <w:shd w:val="clear" w:color="auto" w:fill="FAFAFA"/>
            <w:tcMar>
              <w:top w:w="75" w:type="dxa"/>
              <w:left w:w="85" w:type="dxa"/>
              <w:bottom w:w="75" w:type="dxa"/>
              <w:right w:w="85" w:type="dxa"/>
            </w:tcMar>
            <w:vAlign w:val="center"/>
          </w:tcPr>
          <w:p w14:paraId="731F9B26" w14:textId="77777777" w:rsidR="00807297" w:rsidRPr="001A1B66" w:rsidRDefault="00807297">
            <w:pPr>
              <w:spacing w:after="0" w:line="240" w:lineRule="auto"/>
              <w:rPr>
                <w:noProof/>
                <w:lang w:val="ro-RO"/>
              </w:rPr>
            </w:pPr>
          </w:p>
        </w:tc>
      </w:tr>
      <w:tr w:rsidR="00807297" w:rsidRPr="001A1B66" w14:paraId="7E082A92" w14:textId="77777777">
        <w:trPr>
          <w:cantSplit/>
          <w:jc w:val="center"/>
        </w:trPr>
        <w:tc>
          <w:tcPr>
            <w:tcW w:w="3118" w:type="dxa"/>
            <w:shd w:val="clear" w:color="auto" w:fill="FFFFFF"/>
            <w:tcMar>
              <w:top w:w="75" w:type="dxa"/>
              <w:left w:w="85" w:type="dxa"/>
              <w:bottom w:w="75" w:type="dxa"/>
              <w:right w:w="85" w:type="dxa"/>
            </w:tcMar>
            <w:vAlign w:val="center"/>
          </w:tcPr>
          <w:p w14:paraId="16105510" w14:textId="77777777" w:rsidR="00807297" w:rsidRPr="001A1B66" w:rsidRDefault="00000000">
            <w:pPr>
              <w:spacing w:after="0" w:line="240" w:lineRule="auto"/>
              <w:rPr>
                <w:noProof/>
                <w:lang w:val="ro-RO"/>
              </w:rPr>
            </w:pPr>
            <w:r w:rsidRPr="001A1B66">
              <w:rPr>
                <w:noProof/>
                <w:sz w:val="15"/>
                <w:lang w:val="ro-RO"/>
              </w:rPr>
              <w:lastRenderedPageBreak/>
              <w:t>Criteriu de blocare / escaladare</w:t>
            </w:r>
          </w:p>
        </w:tc>
        <w:tc>
          <w:tcPr>
            <w:tcW w:w="6803" w:type="dxa"/>
            <w:shd w:val="clear" w:color="auto" w:fill="FFFFFF"/>
            <w:tcMar>
              <w:top w:w="75" w:type="dxa"/>
              <w:left w:w="85" w:type="dxa"/>
              <w:bottom w:w="75" w:type="dxa"/>
              <w:right w:w="85" w:type="dxa"/>
            </w:tcMar>
            <w:vAlign w:val="center"/>
          </w:tcPr>
          <w:p w14:paraId="0B9C1617" w14:textId="77777777" w:rsidR="00807297" w:rsidRPr="001A1B66" w:rsidRDefault="00807297">
            <w:pPr>
              <w:spacing w:after="0" w:line="240" w:lineRule="auto"/>
              <w:rPr>
                <w:noProof/>
                <w:lang w:val="ro-RO"/>
              </w:rPr>
            </w:pPr>
          </w:p>
        </w:tc>
      </w:tr>
      <w:tr w:rsidR="00807297" w:rsidRPr="001A1B66" w14:paraId="55B78902" w14:textId="77777777">
        <w:trPr>
          <w:cantSplit/>
          <w:jc w:val="center"/>
        </w:trPr>
        <w:tc>
          <w:tcPr>
            <w:tcW w:w="3118" w:type="dxa"/>
            <w:shd w:val="clear" w:color="auto" w:fill="FAFAFA"/>
            <w:tcMar>
              <w:top w:w="75" w:type="dxa"/>
              <w:left w:w="85" w:type="dxa"/>
              <w:bottom w:w="75" w:type="dxa"/>
              <w:right w:w="85" w:type="dxa"/>
            </w:tcMar>
            <w:vAlign w:val="center"/>
          </w:tcPr>
          <w:p w14:paraId="1A56286A" w14:textId="77777777" w:rsidR="00807297" w:rsidRPr="001A1B66" w:rsidRDefault="00000000">
            <w:pPr>
              <w:spacing w:after="0" w:line="240" w:lineRule="auto"/>
              <w:rPr>
                <w:noProof/>
                <w:lang w:val="ro-RO"/>
              </w:rPr>
            </w:pPr>
            <w:r w:rsidRPr="001A1B66">
              <w:rPr>
                <w:noProof/>
                <w:sz w:val="15"/>
                <w:lang w:val="ro-RO"/>
              </w:rPr>
              <w:t>Metoda de verificare a eficacității</w:t>
            </w:r>
          </w:p>
        </w:tc>
        <w:tc>
          <w:tcPr>
            <w:tcW w:w="6803" w:type="dxa"/>
            <w:shd w:val="clear" w:color="auto" w:fill="FAFAFA"/>
            <w:tcMar>
              <w:top w:w="75" w:type="dxa"/>
              <w:left w:w="85" w:type="dxa"/>
              <w:bottom w:w="75" w:type="dxa"/>
              <w:right w:w="85" w:type="dxa"/>
            </w:tcMar>
            <w:vAlign w:val="center"/>
          </w:tcPr>
          <w:p w14:paraId="76592A45" w14:textId="77777777" w:rsidR="00807297" w:rsidRPr="001A1B66" w:rsidRDefault="00807297">
            <w:pPr>
              <w:spacing w:after="0" w:line="240" w:lineRule="auto"/>
              <w:rPr>
                <w:noProof/>
                <w:lang w:val="ro-RO"/>
              </w:rPr>
            </w:pPr>
          </w:p>
        </w:tc>
      </w:tr>
    </w:tbl>
    <w:p w14:paraId="7D0FF9F3" w14:textId="77777777" w:rsidR="00807297" w:rsidRPr="001A1B66" w:rsidRDefault="00807297">
      <w:pPr>
        <w:spacing w:after="20"/>
        <w:rPr>
          <w:noProof/>
          <w:lang w:val="ro-RO"/>
        </w:rP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807297" w:rsidRPr="00696259" w14:paraId="49E951B4" w14:textId="77777777">
        <w:trPr>
          <w:jc w:val="center"/>
        </w:trPr>
        <w:tc>
          <w:tcPr>
            <w:tcW w:w="1020" w:type="dxa"/>
            <w:shd w:val="clear" w:color="auto" w:fill="D71920"/>
            <w:tcMar>
              <w:top w:w="75" w:type="dxa"/>
              <w:left w:w="85" w:type="dxa"/>
              <w:bottom w:w="75" w:type="dxa"/>
              <w:right w:w="85" w:type="dxa"/>
            </w:tcMar>
            <w:vAlign w:val="center"/>
          </w:tcPr>
          <w:p w14:paraId="68F4D284" w14:textId="77777777" w:rsidR="00807297" w:rsidRPr="001A1B66" w:rsidRDefault="00000000">
            <w:pPr>
              <w:spacing w:after="0" w:line="240" w:lineRule="auto"/>
              <w:jc w:val="center"/>
              <w:rPr>
                <w:noProof/>
                <w:lang w:val="ro-RO"/>
              </w:rPr>
            </w:pPr>
            <w:r w:rsidRPr="001A1B66">
              <w:rPr>
                <w:b/>
                <w:noProof/>
                <w:color w:val="FFFFFF"/>
                <w:sz w:val="34"/>
                <w:lang w:val="ro-RO"/>
              </w:rPr>
              <w:t>5B</w:t>
            </w:r>
          </w:p>
        </w:tc>
        <w:tc>
          <w:tcPr>
            <w:tcW w:w="8901" w:type="dxa"/>
            <w:shd w:val="clear" w:color="auto" w:fill="F3F4F5"/>
          </w:tcPr>
          <w:p w14:paraId="133CF9E2" w14:textId="77777777" w:rsidR="00807297" w:rsidRPr="001A1B66" w:rsidRDefault="00000000">
            <w:pPr>
              <w:spacing w:after="20"/>
              <w:rPr>
                <w:noProof/>
                <w:lang w:val="ro-RO"/>
              </w:rPr>
            </w:pPr>
            <w:r w:rsidRPr="001A1B66">
              <w:rPr>
                <w:b/>
                <w:noProof/>
                <w:sz w:val="28"/>
                <w:lang w:val="ro-RO"/>
              </w:rPr>
              <w:t>Planul de realizare și monitorizare</w:t>
            </w:r>
          </w:p>
          <w:p w14:paraId="254B041B" w14:textId="77777777" w:rsidR="00807297" w:rsidRPr="001A1B66" w:rsidRDefault="00000000">
            <w:pPr>
              <w:spacing w:after="0"/>
              <w:rPr>
                <w:noProof/>
                <w:lang w:val="ro-RO"/>
              </w:rPr>
            </w:pPr>
            <w:r w:rsidRPr="001A1B66">
              <w:rPr>
                <w:noProof/>
                <w:color w:val="666666"/>
                <w:sz w:val="16"/>
                <w:lang w:val="ro-RO"/>
              </w:rPr>
              <w:t>Transformați ținta într-un plan executabil, cu resurse, responsabilități și criterii de verificare</w:t>
            </w:r>
          </w:p>
        </w:tc>
      </w:tr>
    </w:tbl>
    <w:p w14:paraId="16F054B0" w14:textId="77777777" w:rsidR="00807297" w:rsidRPr="001A1B66" w:rsidRDefault="00807297">
      <w:pPr>
        <w:spacing w:after="0"/>
        <w:rPr>
          <w:noProof/>
          <w:lang w:val="ro-RO"/>
        </w:rPr>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510"/>
        <w:gridCol w:w="3288"/>
        <w:gridCol w:w="1474"/>
        <w:gridCol w:w="1361"/>
        <w:gridCol w:w="1134"/>
        <w:gridCol w:w="1644"/>
        <w:gridCol w:w="510"/>
      </w:tblGrid>
      <w:tr w:rsidR="00807297" w:rsidRPr="001A1B66" w14:paraId="05E90057" w14:textId="77777777">
        <w:trPr>
          <w:tblHeader/>
          <w:jc w:val="center"/>
        </w:trPr>
        <w:tc>
          <w:tcPr>
            <w:tcW w:w="510" w:type="dxa"/>
            <w:shd w:val="clear" w:color="auto" w:fill="D71920"/>
            <w:tcMar>
              <w:top w:w="75" w:type="dxa"/>
              <w:left w:w="85" w:type="dxa"/>
              <w:bottom w:w="75" w:type="dxa"/>
              <w:right w:w="85" w:type="dxa"/>
            </w:tcMar>
            <w:vAlign w:val="center"/>
          </w:tcPr>
          <w:p w14:paraId="1CEDA5CD" w14:textId="77777777" w:rsidR="00807297" w:rsidRPr="001A1B66" w:rsidRDefault="00000000">
            <w:pPr>
              <w:spacing w:after="0" w:line="240" w:lineRule="auto"/>
              <w:jc w:val="center"/>
              <w:rPr>
                <w:noProof/>
                <w:lang w:val="ro-RO"/>
              </w:rPr>
            </w:pPr>
            <w:r w:rsidRPr="001A1B66">
              <w:rPr>
                <w:b/>
                <w:noProof/>
                <w:color w:val="FFFFFF"/>
                <w:sz w:val="14"/>
                <w:lang w:val="ro-RO"/>
              </w:rPr>
              <w:t>#</w:t>
            </w:r>
          </w:p>
        </w:tc>
        <w:tc>
          <w:tcPr>
            <w:tcW w:w="3288" w:type="dxa"/>
            <w:shd w:val="clear" w:color="auto" w:fill="D71920"/>
            <w:tcMar>
              <w:top w:w="75" w:type="dxa"/>
              <w:left w:w="85" w:type="dxa"/>
              <w:bottom w:w="75" w:type="dxa"/>
              <w:right w:w="85" w:type="dxa"/>
            </w:tcMar>
            <w:vAlign w:val="center"/>
          </w:tcPr>
          <w:p w14:paraId="63FE7659" w14:textId="77777777" w:rsidR="00807297" w:rsidRPr="001A1B66" w:rsidRDefault="00000000">
            <w:pPr>
              <w:spacing w:after="0" w:line="240" w:lineRule="auto"/>
              <w:jc w:val="center"/>
              <w:rPr>
                <w:noProof/>
                <w:lang w:val="ro-RO"/>
              </w:rPr>
            </w:pPr>
            <w:r w:rsidRPr="001A1B66">
              <w:rPr>
                <w:b/>
                <w:noProof/>
                <w:color w:val="FFFFFF"/>
                <w:sz w:val="14"/>
                <w:lang w:val="ro-RO"/>
              </w:rPr>
              <w:t>ACȚIUNE / LIVRABIL</w:t>
            </w:r>
          </w:p>
        </w:tc>
        <w:tc>
          <w:tcPr>
            <w:tcW w:w="1474" w:type="dxa"/>
            <w:shd w:val="clear" w:color="auto" w:fill="D71920"/>
            <w:tcMar>
              <w:top w:w="75" w:type="dxa"/>
              <w:left w:w="85" w:type="dxa"/>
              <w:bottom w:w="75" w:type="dxa"/>
              <w:right w:w="85" w:type="dxa"/>
            </w:tcMar>
            <w:vAlign w:val="center"/>
          </w:tcPr>
          <w:p w14:paraId="340F1C1C" w14:textId="77777777" w:rsidR="00807297" w:rsidRPr="001A1B66" w:rsidRDefault="00000000">
            <w:pPr>
              <w:spacing w:after="0" w:line="240" w:lineRule="auto"/>
              <w:jc w:val="center"/>
              <w:rPr>
                <w:noProof/>
                <w:lang w:val="ro-RO"/>
              </w:rPr>
            </w:pPr>
            <w:r w:rsidRPr="001A1B66">
              <w:rPr>
                <w:b/>
                <w:noProof/>
                <w:color w:val="FFFFFF"/>
                <w:sz w:val="14"/>
                <w:lang w:val="ro-RO"/>
              </w:rPr>
              <w:t>RESPONSABIL</w:t>
            </w:r>
          </w:p>
        </w:tc>
        <w:tc>
          <w:tcPr>
            <w:tcW w:w="1361" w:type="dxa"/>
            <w:shd w:val="clear" w:color="auto" w:fill="D71920"/>
            <w:tcMar>
              <w:top w:w="75" w:type="dxa"/>
              <w:left w:w="85" w:type="dxa"/>
              <w:bottom w:w="75" w:type="dxa"/>
              <w:right w:w="85" w:type="dxa"/>
            </w:tcMar>
            <w:vAlign w:val="center"/>
          </w:tcPr>
          <w:p w14:paraId="42B6279A" w14:textId="77777777" w:rsidR="00807297" w:rsidRPr="001A1B66" w:rsidRDefault="00000000">
            <w:pPr>
              <w:spacing w:after="0" w:line="240" w:lineRule="auto"/>
              <w:jc w:val="center"/>
              <w:rPr>
                <w:noProof/>
                <w:lang w:val="ro-RO"/>
              </w:rPr>
            </w:pPr>
            <w:r w:rsidRPr="001A1B66">
              <w:rPr>
                <w:b/>
                <w:noProof/>
                <w:color w:val="FFFFFF"/>
                <w:sz w:val="14"/>
                <w:lang w:val="ro-RO"/>
              </w:rPr>
              <w:t>RESURSE</w:t>
            </w:r>
          </w:p>
        </w:tc>
        <w:tc>
          <w:tcPr>
            <w:tcW w:w="1134" w:type="dxa"/>
            <w:shd w:val="clear" w:color="auto" w:fill="D71920"/>
            <w:tcMar>
              <w:top w:w="75" w:type="dxa"/>
              <w:left w:w="85" w:type="dxa"/>
              <w:bottom w:w="75" w:type="dxa"/>
              <w:right w:w="85" w:type="dxa"/>
            </w:tcMar>
            <w:vAlign w:val="center"/>
          </w:tcPr>
          <w:p w14:paraId="611A1915" w14:textId="77777777" w:rsidR="00807297" w:rsidRPr="001A1B66" w:rsidRDefault="00000000">
            <w:pPr>
              <w:spacing w:after="0" w:line="240" w:lineRule="auto"/>
              <w:jc w:val="center"/>
              <w:rPr>
                <w:noProof/>
                <w:lang w:val="ro-RO"/>
              </w:rPr>
            </w:pPr>
            <w:r w:rsidRPr="001A1B66">
              <w:rPr>
                <w:b/>
                <w:noProof/>
                <w:color w:val="FFFFFF"/>
                <w:sz w:val="14"/>
                <w:lang w:val="ro-RO"/>
              </w:rPr>
              <w:t>TERMEN</w:t>
            </w:r>
          </w:p>
        </w:tc>
        <w:tc>
          <w:tcPr>
            <w:tcW w:w="1644" w:type="dxa"/>
            <w:shd w:val="clear" w:color="auto" w:fill="D71920"/>
            <w:tcMar>
              <w:top w:w="75" w:type="dxa"/>
              <w:left w:w="85" w:type="dxa"/>
              <w:bottom w:w="75" w:type="dxa"/>
              <w:right w:w="85" w:type="dxa"/>
            </w:tcMar>
            <w:vAlign w:val="center"/>
          </w:tcPr>
          <w:p w14:paraId="4141282D" w14:textId="77777777" w:rsidR="00807297" w:rsidRPr="001A1B66" w:rsidRDefault="00000000">
            <w:pPr>
              <w:spacing w:after="0" w:line="240" w:lineRule="auto"/>
              <w:jc w:val="center"/>
              <w:rPr>
                <w:noProof/>
                <w:lang w:val="ro-RO"/>
              </w:rPr>
            </w:pPr>
            <w:r w:rsidRPr="001A1B66">
              <w:rPr>
                <w:b/>
                <w:noProof/>
                <w:color w:val="FFFFFF"/>
                <w:sz w:val="14"/>
                <w:lang w:val="ro-RO"/>
              </w:rPr>
              <w:t>DOVADĂ / CRITERIU</w:t>
            </w:r>
          </w:p>
        </w:tc>
        <w:tc>
          <w:tcPr>
            <w:tcW w:w="510" w:type="dxa"/>
            <w:shd w:val="clear" w:color="auto" w:fill="D71920"/>
            <w:tcMar>
              <w:top w:w="75" w:type="dxa"/>
              <w:left w:w="85" w:type="dxa"/>
              <w:bottom w:w="75" w:type="dxa"/>
              <w:right w:w="85" w:type="dxa"/>
            </w:tcMar>
            <w:vAlign w:val="center"/>
          </w:tcPr>
          <w:p w14:paraId="7BAF0F40" w14:textId="77777777" w:rsidR="00807297" w:rsidRPr="001A1B66" w:rsidRDefault="00000000">
            <w:pPr>
              <w:spacing w:after="0" w:line="240" w:lineRule="auto"/>
              <w:jc w:val="center"/>
              <w:rPr>
                <w:noProof/>
                <w:lang w:val="ro-RO"/>
              </w:rPr>
            </w:pPr>
            <w:r w:rsidRPr="001A1B66">
              <w:rPr>
                <w:b/>
                <w:noProof/>
                <w:color w:val="FFFFFF"/>
                <w:sz w:val="14"/>
                <w:lang w:val="ro-RO"/>
              </w:rPr>
              <w:t>STATUS</w:t>
            </w:r>
          </w:p>
        </w:tc>
      </w:tr>
      <w:tr w:rsidR="00807297" w:rsidRPr="001A1B66" w14:paraId="2263E031" w14:textId="77777777">
        <w:trPr>
          <w:cantSplit/>
          <w:jc w:val="center"/>
        </w:trPr>
        <w:tc>
          <w:tcPr>
            <w:tcW w:w="510" w:type="dxa"/>
            <w:shd w:val="clear" w:color="auto" w:fill="FFFFFF"/>
            <w:tcMar>
              <w:top w:w="75" w:type="dxa"/>
              <w:left w:w="85" w:type="dxa"/>
              <w:bottom w:w="75" w:type="dxa"/>
              <w:right w:w="85" w:type="dxa"/>
            </w:tcMar>
            <w:vAlign w:val="center"/>
          </w:tcPr>
          <w:p w14:paraId="56BEC745" w14:textId="77777777" w:rsidR="00807297" w:rsidRPr="001A1B66" w:rsidRDefault="00000000">
            <w:pPr>
              <w:spacing w:after="0" w:line="240" w:lineRule="auto"/>
              <w:jc w:val="center"/>
              <w:rPr>
                <w:noProof/>
                <w:lang w:val="ro-RO"/>
              </w:rPr>
            </w:pPr>
            <w:r w:rsidRPr="001A1B66">
              <w:rPr>
                <w:noProof/>
                <w:sz w:val="14"/>
                <w:lang w:val="ro-RO"/>
              </w:rPr>
              <w:t>1</w:t>
            </w:r>
          </w:p>
        </w:tc>
        <w:tc>
          <w:tcPr>
            <w:tcW w:w="3288" w:type="dxa"/>
            <w:shd w:val="clear" w:color="auto" w:fill="FFFFFF"/>
            <w:tcMar>
              <w:top w:w="75" w:type="dxa"/>
              <w:left w:w="85" w:type="dxa"/>
              <w:bottom w:w="75" w:type="dxa"/>
              <w:right w:w="85" w:type="dxa"/>
            </w:tcMar>
            <w:vAlign w:val="center"/>
          </w:tcPr>
          <w:p w14:paraId="6FEF8EB6" w14:textId="77777777" w:rsidR="00807297" w:rsidRPr="001A1B66" w:rsidRDefault="00807297">
            <w:pPr>
              <w:spacing w:after="0" w:line="240" w:lineRule="auto"/>
              <w:rPr>
                <w:noProof/>
                <w:lang w:val="ro-RO"/>
              </w:rPr>
            </w:pPr>
          </w:p>
        </w:tc>
        <w:tc>
          <w:tcPr>
            <w:tcW w:w="1474" w:type="dxa"/>
            <w:shd w:val="clear" w:color="auto" w:fill="FFFFFF"/>
            <w:tcMar>
              <w:top w:w="75" w:type="dxa"/>
              <w:left w:w="85" w:type="dxa"/>
              <w:bottom w:w="75" w:type="dxa"/>
              <w:right w:w="85" w:type="dxa"/>
            </w:tcMar>
            <w:vAlign w:val="center"/>
          </w:tcPr>
          <w:p w14:paraId="5442C47E" w14:textId="77777777" w:rsidR="00807297" w:rsidRPr="001A1B66" w:rsidRDefault="00807297">
            <w:pPr>
              <w:spacing w:after="0" w:line="240" w:lineRule="auto"/>
              <w:rPr>
                <w:noProof/>
                <w:lang w:val="ro-RO"/>
              </w:rPr>
            </w:pPr>
          </w:p>
        </w:tc>
        <w:tc>
          <w:tcPr>
            <w:tcW w:w="1361" w:type="dxa"/>
            <w:shd w:val="clear" w:color="auto" w:fill="FFFFFF"/>
            <w:tcMar>
              <w:top w:w="75" w:type="dxa"/>
              <w:left w:w="85" w:type="dxa"/>
              <w:bottom w:w="75" w:type="dxa"/>
              <w:right w:w="85" w:type="dxa"/>
            </w:tcMar>
            <w:vAlign w:val="center"/>
          </w:tcPr>
          <w:p w14:paraId="2078F0AA" w14:textId="77777777" w:rsidR="00807297" w:rsidRPr="001A1B66" w:rsidRDefault="00807297">
            <w:pPr>
              <w:spacing w:after="0" w:line="240" w:lineRule="auto"/>
              <w:rPr>
                <w:noProof/>
                <w:lang w:val="ro-RO"/>
              </w:rPr>
            </w:pPr>
          </w:p>
        </w:tc>
        <w:tc>
          <w:tcPr>
            <w:tcW w:w="1134" w:type="dxa"/>
            <w:shd w:val="clear" w:color="auto" w:fill="FFFFFF"/>
            <w:tcMar>
              <w:top w:w="75" w:type="dxa"/>
              <w:left w:w="85" w:type="dxa"/>
              <w:bottom w:w="75" w:type="dxa"/>
              <w:right w:w="85" w:type="dxa"/>
            </w:tcMar>
            <w:vAlign w:val="center"/>
          </w:tcPr>
          <w:p w14:paraId="5AB569E5" w14:textId="77777777" w:rsidR="00807297" w:rsidRPr="001A1B66" w:rsidRDefault="00807297">
            <w:pPr>
              <w:spacing w:after="0" w:line="240" w:lineRule="auto"/>
              <w:rPr>
                <w:noProof/>
                <w:lang w:val="ro-RO"/>
              </w:rPr>
            </w:pPr>
          </w:p>
        </w:tc>
        <w:tc>
          <w:tcPr>
            <w:tcW w:w="1644" w:type="dxa"/>
            <w:shd w:val="clear" w:color="auto" w:fill="FFFFFF"/>
            <w:tcMar>
              <w:top w:w="75" w:type="dxa"/>
              <w:left w:w="85" w:type="dxa"/>
              <w:bottom w:w="75" w:type="dxa"/>
              <w:right w:w="85" w:type="dxa"/>
            </w:tcMar>
            <w:vAlign w:val="center"/>
          </w:tcPr>
          <w:p w14:paraId="7CAC629C" w14:textId="77777777" w:rsidR="00807297" w:rsidRPr="001A1B66" w:rsidRDefault="00807297">
            <w:pPr>
              <w:spacing w:after="0" w:line="240" w:lineRule="auto"/>
              <w:rPr>
                <w:noProof/>
                <w:lang w:val="ro-RO"/>
              </w:rPr>
            </w:pPr>
          </w:p>
        </w:tc>
        <w:tc>
          <w:tcPr>
            <w:tcW w:w="510" w:type="dxa"/>
            <w:shd w:val="clear" w:color="auto" w:fill="FFFFFF"/>
            <w:tcMar>
              <w:top w:w="75" w:type="dxa"/>
              <w:left w:w="85" w:type="dxa"/>
              <w:bottom w:w="75" w:type="dxa"/>
              <w:right w:w="85" w:type="dxa"/>
            </w:tcMar>
            <w:vAlign w:val="center"/>
          </w:tcPr>
          <w:p w14:paraId="7C4FF480" w14:textId="77777777" w:rsidR="00807297" w:rsidRPr="001A1B66" w:rsidRDefault="00807297">
            <w:pPr>
              <w:spacing w:after="0" w:line="240" w:lineRule="auto"/>
              <w:jc w:val="center"/>
              <w:rPr>
                <w:noProof/>
                <w:lang w:val="ro-RO"/>
              </w:rPr>
            </w:pPr>
          </w:p>
        </w:tc>
      </w:tr>
      <w:tr w:rsidR="00807297" w:rsidRPr="001A1B66" w14:paraId="525BEDF9" w14:textId="77777777">
        <w:trPr>
          <w:cantSplit/>
          <w:jc w:val="center"/>
        </w:trPr>
        <w:tc>
          <w:tcPr>
            <w:tcW w:w="510" w:type="dxa"/>
            <w:shd w:val="clear" w:color="auto" w:fill="FAFAFA"/>
            <w:tcMar>
              <w:top w:w="75" w:type="dxa"/>
              <w:left w:w="85" w:type="dxa"/>
              <w:bottom w:w="75" w:type="dxa"/>
              <w:right w:w="85" w:type="dxa"/>
            </w:tcMar>
            <w:vAlign w:val="center"/>
          </w:tcPr>
          <w:p w14:paraId="6C9C7DDB" w14:textId="77777777" w:rsidR="00807297" w:rsidRPr="001A1B66" w:rsidRDefault="00000000">
            <w:pPr>
              <w:spacing w:after="0" w:line="240" w:lineRule="auto"/>
              <w:jc w:val="center"/>
              <w:rPr>
                <w:noProof/>
                <w:lang w:val="ro-RO"/>
              </w:rPr>
            </w:pPr>
            <w:r w:rsidRPr="001A1B66">
              <w:rPr>
                <w:noProof/>
                <w:sz w:val="14"/>
                <w:lang w:val="ro-RO"/>
              </w:rPr>
              <w:t>2</w:t>
            </w:r>
          </w:p>
        </w:tc>
        <w:tc>
          <w:tcPr>
            <w:tcW w:w="3288" w:type="dxa"/>
            <w:shd w:val="clear" w:color="auto" w:fill="FAFAFA"/>
            <w:tcMar>
              <w:top w:w="75" w:type="dxa"/>
              <w:left w:w="85" w:type="dxa"/>
              <w:bottom w:w="75" w:type="dxa"/>
              <w:right w:w="85" w:type="dxa"/>
            </w:tcMar>
            <w:vAlign w:val="center"/>
          </w:tcPr>
          <w:p w14:paraId="4A953464" w14:textId="77777777" w:rsidR="00807297" w:rsidRPr="001A1B66" w:rsidRDefault="00807297">
            <w:pPr>
              <w:spacing w:after="0" w:line="240" w:lineRule="auto"/>
              <w:rPr>
                <w:noProof/>
                <w:lang w:val="ro-RO"/>
              </w:rPr>
            </w:pPr>
          </w:p>
        </w:tc>
        <w:tc>
          <w:tcPr>
            <w:tcW w:w="1474" w:type="dxa"/>
            <w:shd w:val="clear" w:color="auto" w:fill="FAFAFA"/>
            <w:tcMar>
              <w:top w:w="75" w:type="dxa"/>
              <w:left w:w="85" w:type="dxa"/>
              <w:bottom w:w="75" w:type="dxa"/>
              <w:right w:w="85" w:type="dxa"/>
            </w:tcMar>
            <w:vAlign w:val="center"/>
          </w:tcPr>
          <w:p w14:paraId="5907C7A7" w14:textId="77777777" w:rsidR="00807297" w:rsidRPr="001A1B66" w:rsidRDefault="00807297">
            <w:pPr>
              <w:spacing w:after="0" w:line="240" w:lineRule="auto"/>
              <w:rPr>
                <w:noProof/>
                <w:lang w:val="ro-RO"/>
              </w:rPr>
            </w:pPr>
          </w:p>
        </w:tc>
        <w:tc>
          <w:tcPr>
            <w:tcW w:w="1361" w:type="dxa"/>
            <w:shd w:val="clear" w:color="auto" w:fill="FAFAFA"/>
            <w:tcMar>
              <w:top w:w="75" w:type="dxa"/>
              <w:left w:w="85" w:type="dxa"/>
              <w:bottom w:w="75" w:type="dxa"/>
              <w:right w:w="85" w:type="dxa"/>
            </w:tcMar>
            <w:vAlign w:val="center"/>
          </w:tcPr>
          <w:p w14:paraId="1A833E04" w14:textId="77777777" w:rsidR="00807297" w:rsidRPr="001A1B66" w:rsidRDefault="00807297">
            <w:pPr>
              <w:spacing w:after="0" w:line="240" w:lineRule="auto"/>
              <w:rPr>
                <w:noProof/>
                <w:lang w:val="ro-RO"/>
              </w:rPr>
            </w:pPr>
          </w:p>
        </w:tc>
        <w:tc>
          <w:tcPr>
            <w:tcW w:w="1134" w:type="dxa"/>
            <w:shd w:val="clear" w:color="auto" w:fill="FAFAFA"/>
            <w:tcMar>
              <w:top w:w="75" w:type="dxa"/>
              <w:left w:w="85" w:type="dxa"/>
              <w:bottom w:w="75" w:type="dxa"/>
              <w:right w:w="85" w:type="dxa"/>
            </w:tcMar>
            <w:vAlign w:val="center"/>
          </w:tcPr>
          <w:p w14:paraId="37EEEBF5" w14:textId="77777777" w:rsidR="00807297" w:rsidRPr="001A1B66" w:rsidRDefault="00807297">
            <w:pPr>
              <w:spacing w:after="0" w:line="240" w:lineRule="auto"/>
              <w:rPr>
                <w:noProof/>
                <w:lang w:val="ro-RO"/>
              </w:rPr>
            </w:pPr>
          </w:p>
        </w:tc>
        <w:tc>
          <w:tcPr>
            <w:tcW w:w="1644" w:type="dxa"/>
            <w:shd w:val="clear" w:color="auto" w:fill="FAFAFA"/>
            <w:tcMar>
              <w:top w:w="75" w:type="dxa"/>
              <w:left w:w="85" w:type="dxa"/>
              <w:bottom w:w="75" w:type="dxa"/>
              <w:right w:w="85" w:type="dxa"/>
            </w:tcMar>
            <w:vAlign w:val="center"/>
          </w:tcPr>
          <w:p w14:paraId="63DEDAF0" w14:textId="77777777" w:rsidR="00807297" w:rsidRPr="001A1B66" w:rsidRDefault="00807297">
            <w:pPr>
              <w:spacing w:after="0" w:line="240" w:lineRule="auto"/>
              <w:rPr>
                <w:noProof/>
                <w:lang w:val="ro-RO"/>
              </w:rPr>
            </w:pPr>
          </w:p>
        </w:tc>
        <w:tc>
          <w:tcPr>
            <w:tcW w:w="510" w:type="dxa"/>
            <w:shd w:val="clear" w:color="auto" w:fill="FAFAFA"/>
            <w:tcMar>
              <w:top w:w="75" w:type="dxa"/>
              <w:left w:w="85" w:type="dxa"/>
              <w:bottom w:w="75" w:type="dxa"/>
              <w:right w:w="85" w:type="dxa"/>
            </w:tcMar>
            <w:vAlign w:val="center"/>
          </w:tcPr>
          <w:p w14:paraId="77820738" w14:textId="77777777" w:rsidR="00807297" w:rsidRPr="001A1B66" w:rsidRDefault="00807297">
            <w:pPr>
              <w:spacing w:after="0" w:line="240" w:lineRule="auto"/>
              <w:jc w:val="center"/>
              <w:rPr>
                <w:noProof/>
                <w:lang w:val="ro-RO"/>
              </w:rPr>
            </w:pPr>
          </w:p>
        </w:tc>
      </w:tr>
      <w:tr w:rsidR="00807297" w:rsidRPr="001A1B66" w14:paraId="1E270B91" w14:textId="77777777">
        <w:trPr>
          <w:cantSplit/>
          <w:jc w:val="center"/>
        </w:trPr>
        <w:tc>
          <w:tcPr>
            <w:tcW w:w="510" w:type="dxa"/>
            <w:shd w:val="clear" w:color="auto" w:fill="FFFFFF"/>
            <w:tcMar>
              <w:top w:w="75" w:type="dxa"/>
              <w:left w:w="85" w:type="dxa"/>
              <w:bottom w:w="75" w:type="dxa"/>
              <w:right w:w="85" w:type="dxa"/>
            </w:tcMar>
            <w:vAlign w:val="center"/>
          </w:tcPr>
          <w:p w14:paraId="2BC54266" w14:textId="77777777" w:rsidR="00807297" w:rsidRPr="001A1B66" w:rsidRDefault="00000000">
            <w:pPr>
              <w:spacing w:after="0" w:line="240" w:lineRule="auto"/>
              <w:jc w:val="center"/>
              <w:rPr>
                <w:noProof/>
                <w:lang w:val="ro-RO"/>
              </w:rPr>
            </w:pPr>
            <w:r w:rsidRPr="001A1B66">
              <w:rPr>
                <w:noProof/>
                <w:sz w:val="14"/>
                <w:lang w:val="ro-RO"/>
              </w:rPr>
              <w:t>3</w:t>
            </w:r>
          </w:p>
        </w:tc>
        <w:tc>
          <w:tcPr>
            <w:tcW w:w="3288" w:type="dxa"/>
            <w:shd w:val="clear" w:color="auto" w:fill="FFFFFF"/>
            <w:tcMar>
              <w:top w:w="75" w:type="dxa"/>
              <w:left w:w="85" w:type="dxa"/>
              <w:bottom w:w="75" w:type="dxa"/>
              <w:right w:w="85" w:type="dxa"/>
            </w:tcMar>
            <w:vAlign w:val="center"/>
          </w:tcPr>
          <w:p w14:paraId="49910DD5" w14:textId="77777777" w:rsidR="00807297" w:rsidRPr="001A1B66" w:rsidRDefault="00807297">
            <w:pPr>
              <w:spacing w:after="0" w:line="240" w:lineRule="auto"/>
              <w:rPr>
                <w:noProof/>
                <w:lang w:val="ro-RO"/>
              </w:rPr>
            </w:pPr>
          </w:p>
        </w:tc>
        <w:tc>
          <w:tcPr>
            <w:tcW w:w="1474" w:type="dxa"/>
            <w:shd w:val="clear" w:color="auto" w:fill="FFFFFF"/>
            <w:tcMar>
              <w:top w:w="75" w:type="dxa"/>
              <w:left w:w="85" w:type="dxa"/>
              <w:bottom w:w="75" w:type="dxa"/>
              <w:right w:w="85" w:type="dxa"/>
            </w:tcMar>
            <w:vAlign w:val="center"/>
          </w:tcPr>
          <w:p w14:paraId="5CCC88DB" w14:textId="77777777" w:rsidR="00807297" w:rsidRPr="001A1B66" w:rsidRDefault="00807297">
            <w:pPr>
              <w:spacing w:after="0" w:line="240" w:lineRule="auto"/>
              <w:rPr>
                <w:noProof/>
                <w:lang w:val="ro-RO"/>
              </w:rPr>
            </w:pPr>
          </w:p>
        </w:tc>
        <w:tc>
          <w:tcPr>
            <w:tcW w:w="1361" w:type="dxa"/>
            <w:shd w:val="clear" w:color="auto" w:fill="FFFFFF"/>
            <w:tcMar>
              <w:top w:w="75" w:type="dxa"/>
              <w:left w:w="85" w:type="dxa"/>
              <w:bottom w:w="75" w:type="dxa"/>
              <w:right w:w="85" w:type="dxa"/>
            </w:tcMar>
            <w:vAlign w:val="center"/>
          </w:tcPr>
          <w:p w14:paraId="2DAB29A7" w14:textId="77777777" w:rsidR="00807297" w:rsidRPr="001A1B66" w:rsidRDefault="00807297">
            <w:pPr>
              <w:spacing w:after="0" w:line="240" w:lineRule="auto"/>
              <w:rPr>
                <w:noProof/>
                <w:lang w:val="ro-RO"/>
              </w:rPr>
            </w:pPr>
          </w:p>
        </w:tc>
        <w:tc>
          <w:tcPr>
            <w:tcW w:w="1134" w:type="dxa"/>
            <w:shd w:val="clear" w:color="auto" w:fill="FFFFFF"/>
            <w:tcMar>
              <w:top w:w="75" w:type="dxa"/>
              <w:left w:w="85" w:type="dxa"/>
              <w:bottom w:w="75" w:type="dxa"/>
              <w:right w:w="85" w:type="dxa"/>
            </w:tcMar>
            <w:vAlign w:val="center"/>
          </w:tcPr>
          <w:p w14:paraId="1A69BB52" w14:textId="77777777" w:rsidR="00807297" w:rsidRPr="001A1B66" w:rsidRDefault="00807297">
            <w:pPr>
              <w:spacing w:after="0" w:line="240" w:lineRule="auto"/>
              <w:rPr>
                <w:noProof/>
                <w:lang w:val="ro-RO"/>
              </w:rPr>
            </w:pPr>
          </w:p>
        </w:tc>
        <w:tc>
          <w:tcPr>
            <w:tcW w:w="1644" w:type="dxa"/>
            <w:shd w:val="clear" w:color="auto" w:fill="FFFFFF"/>
            <w:tcMar>
              <w:top w:w="75" w:type="dxa"/>
              <w:left w:w="85" w:type="dxa"/>
              <w:bottom w:w="75" w:type="dxa"/>
              <w:right w:w="85" w:type="dxa"/>
            </w:tcMar>
            <w:vAlign w:val="center"/>
          </w:tcPr>
          <w:p w14:paraId="6543EF7C" w14:textId="77777777" w:rsidR="00807297" w:rsidRPr="001A1B66" w:rsidRDefault="00807297">
            <w:pPr>
              <w:spacing w:after="0" w:line="240" w:lineRule="auto"/>
              <w:rPr>
                <w:noProof/>
                <w:lang w:val="ro-RO"/>
              </w:rPr>
            </w:pPr>
          </w:p>
        </w:tc>
        <w:tc>
          <w:tcPr>
            <w:tcW w:w="510" w:type="dxa"/>
            <w:shd w:val="clear" w:color="auto" w:fill="FFFFFF"/>
            <w:tcMar>
              <w:top w:w="75" w:type="dxa"/>
              <w:left w:w="85" w:type="dxa"/>
              <w:bottom w:w="75" w:type="dxa"/>
              <w:right w:w="85" w:type="dxa"/>
            </w:tcMar>
            <w:vAlign w:val="center"/>
          </w:tcPr>
          <w:p w14:paraId="7A4758D0" w14:textId="77777777" w:rsidR="00807297" w:rsidRPr="001A1B66" w:rsidRDefault="00807297">
            <w:pPr>
              <w:spacing w:after="0" w:line="240" w:lineRule="auto"/>
              <w:jc w:val="center"/>
              <w:rPr>
                <w:noProof/>
                <w:lang w:val="ro-RO"/>
              </w:rPr>
            </w:pPr>
          </w:p>
        </w:tc>
      </w:tr>
      <w:tr w:rsidR="00807297" w:rsidRPr="001A1B66" w14:paraId="1734AE6D" w14:textId="77777777">
        <w:trPr>
          <w:cantSplit/>
          <w:jc w:val="center"/>
        </w:trPr>
        <w:tc>
          <w:tcPr>
            <w:tcW w:w="510" w:type="dxa"/>
            <w:shd w:val="clear" w:color="auto" w:fill="FAFAFA"/>
            <w:tcMar>
              <w:top w:w="75" w:type="dxa"/>
              <w:left w:w="85" w:type="dxa"/>
              <w:bottom w:w="75" w:type="dxa"/>
              <w:right w:w="85" w:type="dxa"/>
            </w:tcMar>
            <w:vAlign w:val="center"/>
          </w:tcPr>
          <w:p w14:paraId="5AF371A5" w14:textId="77777777" w:rsidR="00807297" w:rsidRPr="001A1B66" w:rsidRDefault="00000000">
            <w:pPr>
              <w:spacing w:after="0" w:line="240" w:lineRule="auto"/>
              <w:jc w:val="center"/>
              <w:rPr>
                <w:noProof/>
                <w:lang w:val="ro-RO"/>
              </w:rPr>
            </w:pPr>
            <w:r w:rsidRPr="001A1B66">
              <w:rPr>
                <w:noProof/>
                <w:sz w:val="14"/>
                <w:lang w:val="ro-RO"/>
              </w:rPr>
              <w:t>4</w:t>
            </w:r>
          </w:p>
        </w:tc>
        <w:tc>
          <w:tcPr>
            <w:tcW w:w="3288" w:type="dxa"/>
            <w:shd w:val="clear" w:color="auto" w:fill="FAFAFA"/>
            <w:tcMar>
              <w:top w:w="75" w:type="dxa"/>
              <w:left w:w="85" w:type="dxa"/>
              <w:bottom w:w="75" w:type="dxa"/>
              <w:right w:w="85" w:type="dxa"/>
            </w:tcMar>
            <w:vAlign w:val="center"/>
          </w:tcPr>
          <w:p w14:paraId="485BBB14" w14:textId="77777777" w:rsidR="00807297" w:rsidRPr="001A1B66" w:rsidRDefault="00807297">
            <w:pPr>
              <w:spacing w:after="0" w:line="240" w:lineRule="auto"/>
              <w:rPr>
                <w:noProof/>
                <w:lang w:val="ro-RO"/>
              </w:rPr>
            </w:pPr>
          </w:p>
        </w:tc>
        <w:tc>
          <w:tcPr>
            <w:tcW w:w="1474" w:type="dxa"/>
            <w:shd w:val="clear" w:color="auto" w:fill="FAFAFA"/>
            <w:tcMar>
              <w:top w:w="75" w:type="dxa"/>
              <w:left w:w="85" w:type="dxa"/>
              <w:bottom w:w="75" w:type="dxa"/>
              <w:right w:w="85" w:type="dxa"/>
            </w:tcMar>
            <w:vAlign w:val="center"/>
          </w:tcPr>
          <w:p w14:paraId="0224DCF0" w14:textId="77777777" w:rsidR="00807297" w:rsidRPr="001A1B66" w:rsidRDefault="00807297">
            <w:pPr>
              <w:spacing w:after="0" w:line="240" w:lineRule="auto"/>
              <w:rPr>
                <w:noProof/>
                <w:lang w:val="ro-RO"/>
              </w:rPr>
            </w:pPr>
          </w:p>
        </w:tc>
        <w:tc>
          <w:tcPr>
            <w:tcW w:w="1361" w:type="dxa"/>
            <w:shd w:val="clear" w:color="auto" w:fill="FAFAFA"/>
            <w:tcMar>
              <w:top w:w="75" w:type="dxa"/>
              <w:left w:w="85" w:type="dxa"/>
              <w:bottom w:w="75" w:type="dxa"/>
              <w:right w:w="85" w:type="dxa"/>
            </w:tcMar>
            <w:vAlign w:val="center"/>
          </w:tcPr>
          <w:p w14:paraId="5B3CA187" w14:textId="77777777" w:rsidR="00807297" w:rsidRPr="001A1B66" w:rsidRDefault="00807297">
            <w:pPr>
              <w:spacing w:after="0" w:line="240" w:lineRule="auto"/>
              <w:rPr>
                <w:noProof/>
                <w:lang w:val="ro-RO"/>
              </w:rPr>
            </w:pPr>
          </w:p>
        </w:tc>
        <w:tc>
          <w:tcPr>
            <w:tcW w:w="1134" w:type="dxa"/>
            <w:shd w:val="clear" w:color="auto" w:fill="FAFAFA"/>
            <w:tcMar>
              <w:top w:w="75" w:type="dxa"/>
              <w:left w:w="85" w:type="dxa"/>
              <w:bottom w:w="75" w:type="dxa"/>
              <w:right w:w="85" w:type="dxa"/>
            </w:tcMar>
            <w:vAlign w:val="center"/>
          </w:tcPr>
          <w:p w14:paraId="400D96AE" w14:textId="77777777" w:rsidR="00807297" w:rsidRPr="001A1B66" w:rsidRDefault="00807297">
            <w:pPr>
              <w:spacing w:after="0" w:line="240" w:lineRule="auto"/>
              <w:rPr>
                <w:noProof/>
                <w:lang w:val="ro-RO"/>
              </w:rPr>
            </w:pPr>
          </w:p>
        </w:tc>
        <w:tc>
          <w:tcPr>
            <w:tcW w:w="1644" w:type="dxa"/>
            <w:shd w:val="clear" w:color="auto" w:fill="FAFAFA"/>
            <w:tcMar>
              <w:top w:w="75" w:type="dxa"/>
              <w:left w:w="85" w:type="dxa"/>
              <w:bottom w:w="75" w:type="dxa"/>
              <w:right w:w="85" w:type="dxa"/>
            </w:tcMar>
            <w:vAlign w:val="center"/>
          </w:tcPr>
          <w:p w14:paraId="645A6B7F" w14:textId="77777777" w:rsidR="00807297" w:rsidRPr="001A1B66" w:rsidRDefault="00807297">
            <w:pPr>
              <w:spacing w:after="0" w:line="240" w:lineRule="auto"/>
              <w:rPr>
                <w:noProof/>
                <w:lang w:val="ro-RO"/>
              </w:rPr>
            </w:pPr>
          </w:p>
        </w:tc>
        <w:tc>
          <w:tcPr>
            <w:tcW w:w="510" w:type="dxa"/>
            <w:shd w:val="clear" w:color="auto" w:fill="FAFAFA"/>
            <w:tcMar>
              <w:top w:w="75" w:type="dxa"/>
              <w:left w:w="85" w:type="dxa"/>
              <w:bottom w:w="75" w:type="dxa"/>
              <w:right w:w="85" w:type="dxa"/>
            </w:tcMar>
            <w:vAlign w:val="center"/>
          </w:tcPr>
          <w:p w14:paraId="7BDAE29D" w14:textId="77777777" w:rsidR="00807297" w:rsidRPr="001A1B66" w:rsidRDefault="00807297">
            <w:pPr>
              <w:spacing w:after="0" w:line="240" w:lineRule="auto"/>
              <w:jc w:val="center"/>
              <w:rPr>
                <w:noProof/>
                <w:lang w:val="ro-RO"/>
              </w:rPr>
            </w:pPr>
          </w:p>
        </w:tc>
      </w:tr>
      <w:tr w:rsidR="00807297" w:rsidRPr="001A1B66" w14:paraId="6A524D34" w14:textId="77777777">
        <w:trPr>
          <w:cantSplit/>
          <w:jc w:val="center"/>
        </w:trPr>
        <w:tc>
          <w:tcPr>
            <w:tcW w:w="510" w:type="dxa"/>
            <w:shd w:val="clear" w:color="auto" w:fill="FFFFFF"/>
            <w:tcMar>
              <w:top w:w="75" w:type="dxa"/>
              <w:left w:w="85" w:type="dxa"/>
              <w:bottom w:w="75" w:type="dxa"/>
              <w:right w:w="85" w:type="dxa"/>
            </w:tcMar>
            <w:vAlign w:val="center"/>
          </w:tcPr>
          <w:p w14:paraId="5B145C25" w14:textId="77777777" w:rsidR="00807297" w:rsidRPr="001A1B66" w:rsidRDefault="00000000">
            <w:pPr>
              <w:spacing w:after="0" w:line="240" w:lineRule="auto"/>
              <w:jc w:val="center"/>
              <w:rPr>
                <w:noProof/>
                <w:lang w:val="ro-RO"/>
              </w:rPr>
            </w:pPr>
            <w:r w:rsidRPr="001A1B66">
              <w:rPr>
                <w:noProof/>
                <w:sz w:val="14"/>
                <w:lang w:val="ro-RO"/>
              </w:rPr>
              <w:t>5</w:t>
            </w:r>
          </w:p>
        </w:tc>
        <w:tc>
          <w:tcPr>
            <w:tcW w:w="3288" w:type="dxa"/>
            <w:shd w:val="clear" w:color="auto" w:fill="FFFFFF"/>
            <w:tcMar>
              <w:top w:w="75" w:type="dxa"/>
              <w:left w:w="85" w:type="dxa"/>
              <w:bottom w:w="75" w:type="dxa"/>
              <w:right w:w="85" w:type="dxa"/>
            </w:tcMar>
            <w:vAlign w:val="center"/>
          </w:tcPr>
          <w:p w14:paraId="371FDB66" w14:textId="77777777" w:rsidR="00807297" w:rsidRPr="001A1B66" w:rsidRDefault="00807297">
            <w:pPr>
              <w:spacing w:after="0" w:line="240" w:lineRule="auto"/>
              <w:rPr>
                <w:noProof/>
                <w:lang w:val="ro-RO"/>
              </w:rPr>
            </w:pPr>
          </w:p>
        </w:tc>
        <w:tc>
          <w:tcPr>
            <w:tcW w:w="1474" w:type="dxa"/>
            <w:shd w:val="clear" w:color="auto" w:fill="FFFFFF"/>
            <w:tcMar>
              <w:top w:w="75" w:type="dxa"/>
              <w:left w:w="85" w:type="dxa"/>
              <w:bottom w:w="75" w:type="dxa"/>
              <w:right w:w="85" w:type="dxa"/>
            </w:tcMar>
            <w:vAlign w:val="center"/>
          </w:tcPr>
          <w:p w14:paraId="5C30975E" w14:textId="77777777" w:rsidR="00807297" w:rsidRPr="001A1B66" w:rsidRDefault="00807297">
            <w:pPr>
              <w:spacing w:after="0" w:line="240" w:lineRule="auto"/>
              <w:rPr>
                <w:noProof/>
                <w:lang w:val="ro-RO"/>
              </w:rPr>
            </w:pPr>
          </w:p>
        </w:tc>
        <w:tc>
          <w:tcPr>
            <w:tcW w:w="1361" w:type="dxa"/>
            <w:shd w:val="clear" w:color="auto" w:fill="FFFFFF"/>
            <w:tcMar>
              <w:top w:w="75" w:type="dxa"/>
              <w:left w:w="85" w:type="dxa"/>
              <w:bottom w:w="75" w:type="dxa"/>
              <w:right w:w="85" w:type="dxa"/>
            </w:tcMar>
            <w:vAlign w:val="center"/>
          </w:tcPr>
          <w:p w14:paraId="4F2BDDA5" w14:textId="77777777" w:rsidR="00807297" w:rsidRPr="001A1B66" w:rsidRDefault="00807297">
            <w:pPr>
              <w:spacing w:after="0" w:line="240" w:lineRule="auto"/>
              <w:rPr>
                <w:noProof/>
                <w:lang w:val="ro-RO"/>
              </w:rPr>
            </w:pPr>
          </w:p>
        </w:tc>
        <w:tc>
          <w:tcPr>
            <w:tcW w:w="1134" w:type="dxa"/>
            <w:shd w:val="clear" w:color="auto" w:fill="FFFFFF"/>
            <w:tcMar>
              <w:top w:w="75" w:type="dxa"/>
              <w:left w:w="85" w:type="dxa"/>
              <w:bottom w:w="75" w:type="dxa"/>
              <w:right w:w="85" w:type="dxa"/>
            </w:tcMar>
            <w:vAlign w:val="center"/>
          </w:tcPr>
          <w:p w14:paraId="60E2DD61" w14:textId="77777777" w:rsidR="00807297" w:rsidRPr="001A1B66" w:rsidRDefault="00807297">
            <w:pPr>
              <w:spacing w:after="0" w:line="240" w:lineRule="auto"/>
              <w:rPr>
                <w:noProof/>
                <w:lang w:val="ro-RO"/>
              </w:rPr>
            </w:pPr>
          </w:p>
        </w:tc>
        <w:tc>
          <w:tcPr>
            <w:tcW w:w="1644" w:type="dxa"/>
            <w:shd w:val="clear" w:color="auto" w:fill="FFFFFF"/>
            <w:tcMar>
              <w:top w:w="75" w:type="dxa"/>
              <w:left w:w="85" w:type="dxa"/>
              <w:bottom w:w="75" w:type="dxa"/>
              <w:right w:w="85" w:type="dxa"/>
            </w:tcMar>
            <w:vAlign w:val="center"/>
          </w:tcPr>
          <w:p w14:paraId="7A53B54A" w14:textId="77777777" w:rsidR="00807297" w:rsidRPr="001A1B66" w:rsidRDefault="00807297">
            <w:pPr>
              <w:spacing w:after="0" w:line="240" w:lineRule="auto"/>
              <w:rPr>
                <w:noProof/>
                <w:lang w:val="ro-RO"/>
              </w:rPr>
            </w:pPr>
          </w:p>
        </w:tc>
        <w:tc>
          <w:tcPr>
            <w:tcW w:w="510" w:type="dxa"/>
            <w:shd w:val="clear" w:color="auto" w:fill="FFFFFF"/>
            <w:tcMar>
              <w:top w:w="75" w:type="dxa"/>
              <w:left w:w="85" w:type="dxa"/>
              <w:bottom w:w="75" w:type="dxa"/>
              <w:right w:w="85" w:type="dxa"/>
            </w:tcMar>
            <w:vAlign w:val="center"/>
          </w:tcPr>
          <w:p w14:paraId="785EDD07" w14:textId="77777777" w:rsidR="00807297" w:rsidRPr="001A1B66" w:rsidRDefault="00807297">
            <w:pPr>
              <w:spacing w:after="0" w:line="240" w:lineRule="auto"/>
              <w:jc w:val="center"/>
              <w:rPr>
                <w:noProof/>
                <w:lang w:val="ro-RO"/>
              </w:rPr>
            </w:pPr>
          </w:p>
        </w:tc>
      </w:tr>
      <w:tr w:rsidR="00807297" w:rsidRPr="001A1B66" w14:paraId="26443185" w14:textId="77777777">
        <w:trPr>
          <w:cantSplit/>
          <w:jc w:val="center"/>
        </w:trPr>
        <w:tc>
          <w:tcPr>
            <w:tcW w:w="510" w:type="dxa"/>
            <w:shd w:val="clear" w:color="auto" w:fill="FAFAFA"/>
            <w:tcMar>
              <w:top w:w="75" w:type="dxa"/>
              <w:left w:w="85" w:type="dxa"/>
              <w:bottom w:w="75" w:type="dxa"/>
              <w:right w:w="85" w:type="dxa"/>
            </w:tcMar>
            <w:vAlign w:val="center"/>
          </w:tcPr>
          <w:p w14:paraId="7268A0E0" w14:textId="77777777" w:rsidR="00807297" w:rsidRPr="001A1B66" w:rsidRDefault="00000000">
            <w:pPr>
              <w:spacing w:after="0" w:line="240" w:lineRule="auto"/>
              <w:jc w:val="center"/>
              <w:rPr>
                <w:noProof/>
                <w:lang w:val="ro-RO"/>
              </w:rPr>
            </w:pPr>
            <w:r w:rsidRPr="001A1B66">
              <w:rPr>
                <w:noProof/>
                <w:sz w:val="14"/>
                <w:lang w:val="ro-RO"/>
              </w:rPr>
              <w:t>6</w:t>
            </w:r>
          </w:p>
        </w:tc>
        <w:tc>
          <w:tcPr>
            <w:tcW w:w="3288" w:type="dxa"/>
            <w:shd w:val="clear" w:color="auto" w:fill="FAFAFA"/>
            <w:tcMar>
              <w:top w:w="75" w:type="dxa"/>
              <w:left w:w="85" w:type="dxa"/>
              <w:bottom w:w="75" w:type="dxa"/>
              <w:right w:w="85" w:type="dxa"/>
            </w:tcMar>
            <w:vAlign w:val="center"/>
          </w:tcPr>
          <w:p w14:paraId="32F09B2D" w14:textId="77777777" w:rsidR="00807297" w:rsidRPr="001A1B66" w:rsidRDefault="00807297">
            <w:pPr>
              <w:spacing w:after="0" w:line="240" w:lineRule="auto"/>
              <w:rPr>
                <w:noProof/>
                <w:lang w:val="ro-RO"/>
              </w:rPr>
            </w:pPr>
          </w:p>
        </w:tc>
        <w:tc>
          <w:tcPr>
            <w:tcW w:w="1474" w:type="dxa"/>
            <w:shd w:val="clear" w:color="auto" w:fill="FAFAFA"/>
            <w:tcMar>
              <w:top w:w="75" w:type="dxa"/>
              <w:left w:w="85" w:type="dxa"/>
              <w:bottom w:w="75" w:type="dxa"/>
              <w:right w:w="85" w:type="dxa"/>
            </w:tcMar>
            <w:vAlign w:val="center"/>
          </w:tcPr>
          <w:p w14:paraId="537DD31B" w14:textId="77777777" w:rsidR="00807297" w:rsidRPr="001A1B66" w:rsidRDefault="00807297">
            <w:pPr>
              <w:spacing w:after="0" w:line="240" w:lineRule="auto"/>
              <w:rPr>
                <w:noProof/>
                <w:lang w:val="ro-RO"/>
              </w:rPr>
            </w:pPr>
          </w:p>
        </w:tc>
        <w:tc>
          <w:tcPr>
            <w:tcW w:w="1361" w:type="dxa"/>
            <w:shd w:val="clear" w:color="auto" w:fill="FAFAFA"/>
            <w:tcMar>
              <w:top w:w="75" w:type="dxa"/>
              <w:left w:w="85" w:type="dxa"/>
              <w:bottom w:w="75" w:type="dxa"/>
              <w:right w:w="85" w:type="dxa"/>
            </w:tcMar>
            <w:vAlign w:val="center"/>
          </w:tcPr>
          <w:p w14:paraId="1D1890C5" w14:textId="77777777" w:rsidR="00807297" w:rsidRPr="001A1B66" w:rsidRDefault="00807297">
            <w:pPr>
              <w:spacing w:after="0" w:line="240" w:lineRule="auto"/>
              <w:rPr>
                <w:noProof/>
                <w:lang w:val="ro-RO"/>
              </w:rPr>
            </w:pPr>
          </w:p>
        </w:tc>
        <w:tc>
          <w:tcPr>
            <w:tcW w:w="1134" w:type="dxa"/>
            <w:shd w:val="clear" w:color="auto" w:fill="FAFAFA"/>
            <w:tcMar>
              <w:top w:w="75" w:type="dxa"/>
              <w:left w:w="85" w:type="dxa"/>
              <w:bottom w:w="75" w:type="dxa"/>
              <w:right w:w="85" w:type="dxa"/>
            </w:tcMar>
            <w:vAlign w:val="center"/>
          </w:tcPr>
          <w:p w14:paraId="5276A6DD" w14:textId="77777777" w:rsidR="00807297" w:rsidRPr="001A1B66" w:rsidRDefault="00807297">
            <w:pPr>
              <w:spacing w:after="0" w:line="240" w:lineRule="auto"/>
              <w:rPr>
                <w:noProof/>
                <w:lang w:val="ro-RO"/>
              </w:rPr>
            </w:pPr>
          </w:p>
        </w:tc>
        <w:tc>
          <w:tcPr>
            <w:tcW w:w="1644" w:type="dxa"/>
            <w:shd w:val="clear" w:color="auto" w:fill="FAFAFA"/>
            <w:tcMar>
              <w:top w:w="75" w:type="dxa"/>
              <w:left w:w="85" w:type="dxa"/>
              <w:bottom w:w="75" w:type="dxa"/>
              <w:right w:w="85" w:type="dxa"/>
            </w:tcMar>
            <w:vAlign w:val="center"/>
          </w:tcPr>
          <w:p w14:paraId="2CEC4933" w14:textId="77777777" w:rsidR="00807297" w:rsidRPr="001A1B66" w:rsidRDefault="00807297">
            <w:pPr>
              <w:spacing w:after="0" w:line="240" w:lineRule="auto"/>
              <w:rPr>
                <w:noProof/>
                <w:lang w:val="ro-RO"/>
              </w:rPr>
            </w:pPr>
          </w:p>
        </w:tc>
        <w:tc>
          <w:tcPr>
            <w:tcW w:w="510" w:type="dxa"/>
            <w:shd w:val="clear" w:color="auto" w:fill="FAFAFA"/>
            <w:tcMar>
              <w:top w:w="75" w:type="dxa"/>
              <w:left w:w="85" w:type="dxa"/>
              <w:bottom w:w="75" w:type="dxa"/>
              <w:right w:w="85" w:type="dxa"/>
            </w:tcMar>
            <w:vAlign w:val="center"/>
          </w:tcPr>
          <w:p w14:paraId="7FC0E5FE" w14:textId="77777777" w:rsidR="00807297" w:rsidRPr="001A1B66" w:rsidRDefault="00807297">
            <w:pPr>
              <w:spacing w:after="0" w:line="240" w:lineRule="auto"/>
              <w:jc w:val="center"/>
              <w:rPr>
                <w:noProof/>
                <w:lang w:val="ro-RO"/>
              </w:rPr>
            </w:pPr>
          </w:p>
        </w:tc>
      </w:tr>
    </w:tbl>
    <w:p w14:paraId="212C72B1" w14:textId="77777777" w:rsidR="00807297" w:rsidRPr="001A1B66" w:rsidRDefault="00807297">
      <w:pPr>
        <w:spacing w:after="20"/>
        <w:rPr>
          <w:noProof/>
          <w:lang w:val="ro-RO"/>
        </w:rPr>
      </w:pPr>
    </w:p>
    <w:p w14:paraId="4138ACB1" w14:textId="77777777" w:rsidR="00807297" w:rsidRPr="001A1B66" w:rsidRDefault="00000000">
      <w:pPr>
        <w:pStyle w:val="Heading2"/>
        <w:rPr>
          <w:noProof/>
          <w:lang w:val="ro-RO"/>
        </w:rPr>
      </w:pPr>
      <w:r w:rsidRPr="001A1B66">
        <w:rPr>
          <w:noProof/>
          <w:lang w:val="ro-RO"/>
        </w:rPr>
        <w:t>Riscuri, dependențe și măsuri</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510"/>
        <w:gridCol w:w="3118"/>
        <w:gridCol w:w="1020"/>
        <w:gridCol w:w="1020"/>
        <w:gridCol w:w="3118"/>
        <w:gridCol w:w="1134"/>
      </w:tblGrid>
      <w:tr w:rsidR="00807297" w:rsidRPr="001A1B66" w14:paraId="54E96794" w14:textId="77777777">
        <w:trPr>
          <w:tblHeader/>
          <w:jc w:val="center"/>
        </w:trPr>
        <w:tc>
          <w:tcPr>
            <w:tcW w:w="510" w:type="dxa"/>
            <w:shd w:val="clear" w:color="auto" w:fill="D71920"/>
            <w:tcMar>
              <w:top w:w="75" w:type="dxa"/>
              <w:left w:w="85" w:type="dxa"/>
              <w:bottom w:w="75" w:type="dxa"/>
              <w:right w:w="85" w:type="dxa"/>
            </w:tcMar>
            <w:vAlign w:val="center"/>
          </w:tcPr>
          <w:p w14:paraId="3645EB93" w14:textId="77777777" w:rsidR="00807297" w:rsidRPr="001A1B66" w:rsidRDefault="00000000">
            <w:pPr>
              <w:spacing w:after="0" w:line="240" w:lineRule="auto"/>
              <w:jc w:val="center"/>
              <w:rPr>
                <w:noProof/>
                <w:lang w:val="ro-RO"/>
              </w:rPr>
            </w:pPr>
            <w:r w:rsidRPr="001A1B66">
              <w:rPr>
                <w:b/>
                <w:noProof/>
                <w:color w:val="FFFFFF"/>
                <w:sz w:val="14"/>
                <w:lang w:val="ro-RO"/>
              </w:rPr>
              <w:t>#</w:t>
            </w:r>
          </w:p>
        </w:tc>
        <w:tc>
          <w:tcPr>
            <w:tcW w:w="3118" w:type="dxa"/>
            <w:shd w:val="clear" w:color="auto" w:fill="D71920"/>
            <w:tcMar>
              <w:top w:w="75" w:type="dxa"/>
              <w:left w:w="85" w:type="dxa"/>
              <w:bottom w:w="75" w:type="dxa"/>
              <w:right w:w="85" w:type="dxa"/>
            </w:tcMar>
            <w:vAlign w:val="center"/>
          </w:tcPr>
          <w:p w14:paraId="336B481C" w14:textId="77777777" w:rsidR="00807297" w:rsidRPr="001A1B66" w:rsidRDefault="00000000">
            <w:pPr>
              <w:spacing w:after="0" w:line="240" w:lineRule="auto"/>
              <w:jc w:val="center"/>
              <w:rPr>
                <w:noProof/>
                <w:lang w:val="ro-RO"/>
              </w:rPr>
            </w:pPr>
            <w:r w:rsidRPr="001A1B66">
              <w:rPr>
                <w:b/>
                <w:noProof/>
                <w:color w:val="FFFFFF"/>
                <w:sz w:val="14"/>
                <w:lang w:val="ro-RO"/>
              </w:rPr>
              <w:t>RISC / DEPENDENȚĂ</w:t>
            </w:r>
          </w:p>
        </w:tc>
        <w:tc>
          <w:tcPr>
            <w:tcW w:w="1020" w:type="dxa"/>
            <w:shd w:val="clear" w:color="auto" w:fill="D71920"/>
            <w:tcMar>
              <w:top w:w="75" w:type="dxa"/>
              <w:left w:w="85" w:type="dxa"/>
              <w:bottom w:w="75" w:type="dxa"/>
              <w:right w:w="85" w:type="dxa"/>
            </w:tcMar>
            <w:vAlign w:val="center"/>
          </w:tcPr>
          <w:p w14:paraId="35BA2E9E" w14:textId="77777777" w:rsidR="00807297" w:rsidRPr="001A1B66" w:rsidRDefault="00000000">
            <w:pPr>
              <w:spacing w:after="0" w:line="240" w:lineRule="auto"/>
              <w:jc w:val="center"/>
              <w:rPr>
                <w:noProof/>
                <w:lang w:val="ro-RO"/>
              </w:rPr>
            </w:pPr>
            <w:r w:rsidRPr="001A1B66">
              <w:rPr>
                <w:b/>
                <w:noProof/>
                <w:color w:val="FFFFFF"/>
                <w:sz w:val="14"/>
                <w:lang w:val="ro-RO"/>
              </w:rPr>
              <w:t>PROB.</w:t>
            </w:r>
          </w:p>
        </w:tc>
        <w:tc>
          <w:tcPr>
            <w:tcW w:w="1020" w:type="dxa"/>
            <w:shd w:val="clear" w:color="auto" w:fill="D71920"/>
            <w:tcMar>
              <w:top w:w="75" w:type="dxa"/>
              <w:left w:w="85" w:type="dxa"/>
              <w:bottom w:w="75" w:type="dxa"/>
              <w:right w:w="85" w:type="dxa"/>
            </w:tcMar>
            <w:vAlign w:val="center"/>
          </w:tcPr>
          <w:p w14:paraId="429B3213" w14:textId="77777777" w:rsidR="00807297" w:rsidRPr="001A1B66" w:rsidRDefault="00000000">
            <w:pPr>
              <w:spacing w:after="0" w:line="240" w:lineRule="auto"/>
              <w:jc w:val="center"/>
              <w:rPr>
                <w:noProof/>
                <w:lang w:val="ro-RO"/>
              </w:rPr>
            </w:pPr>
            <w:r w:rsidRPr="001A1B66">
              <w:rPr>
                <w:b/>
                <w:noProof/>
                <w:color w:val="FFFFFF"/>
                <w:sz w:val="14"/>
                <w:lang w:val="ro-RO"/>
              </w:rPr>
              <w:t>IMPACT</w:t>
            </w:r>
          </w:p>
        </w:tc>
        <w:tc>
          <w:tcPr>
            <w:tcW w:w="3118" w:type="dxa"/>
            <w:shd w:val="clear" w:color="auto" w:fill="D71920"/>
            <w:tcMar>
              <w:top w:w="75" w:type="dxa"/>
              <w:left w:w="85" w:type="dxa"/>
              <w:bottom w:w="75" w:type="dxa"/>
              <w:right w:w="85" w:type="dxa"/>
            </w:tcMar>
            <w:vAlign w:val="center"/>
          </w:tcPr>
          <w:p w14:paraId="56DCD21A" w14:textId="77777777" w:rsidR="00807297" w:rsidRPr="001A1B66" w:rsidRDefault="00000000">
            <w:pPr>
              <w:spacing w:after="0" w:line="240" w:lineRule="auto"/>
              <w:jc w:val="center"/>
              <w:rPr>
                <w:noProof/>
                <w:lang w:val="ro-RO"/>
              </w:rPr>
            </w:pPr>
            <w:r w:rsidRPr="001A1B66">
              <w:rPr>
                <w:b/>
                <w:noProof/>
                <w:color w:val="FFFFFF"/>
                <w:sz w:val="14"/>
                <w:lang w:val="ro-RO"/>
              </w:rPr>
              <w:t>MĂSURĂ / CONTINGENȚĂ</w:t>
            </w:r>
          </w:p>
        </w:tc>
        <w:tc>
          <w:tcPr>
            <w:tcW w:w="1134" w:type="dxa"/>
            <w:shd w:val="clear" w:color="auto" w:fill="D71920"/>
            <w:tcMar>
              <w:top w:w="75" w:type="dxa"/>
              <w:left w:w="85" w:type="dxa"/>
              <w:bottom w:w="75" w:type="dxa"/>
              <w:right w:w="85" w:type="dxa"/>
            </w:tcMar>
            <w:vAlign w:val="center"/>
          </w:tcPr>
          <w:p w14:paraId="7075090F" w14:textId="77777777" w:rsidR="00807297" w:rsidRPr="001A1B66" w:rsidRDefault="00000000">
            <w:pPr>
              <w:spacing w:after="0" w:line="240" w:lineRule="auto"/>
              <w:jc w:val="center"/>
              <w:rPr>
                <w:noProof/>
                <w:lang w:val="ro-RO"/>
              </w:rPr>
            </w:pPr>
            <w:r w:rsidRPr="001A1B66">
              <w:rPr>
                <w:b/>
                <w:noProof/>
                <w:color w:val="FFFFFF"/>
                <w:sz w:val="14"/>
                <w:lang w:val="ro-RO"/>
              </w:rPr>
              <w:t>RESP.</w:t>
            </w:r>
          </w:p>
        </w:tc>
      </w:tr>
      <w:tr w:rsidR="00807297" w:rsidRPr="001A1B66" w14:paraId="43321F86" w14:textId="77777777">
        <w:trPr>
          <w:cantSplit/>
          <w:jc w:val="center"/>
        </w:trPr>
        <w:tc>
          <w:tcPr>
            <w:tcW w:w="510" w:type="dxa"/>
            <w:shd w:val="clear" w:color="auto" w:fill="FFFFFF"/>
            <w:tcMar>
              <w:top w:w="75" w:type="dxa"/>
              <w:left w:w="85" w:type="dxa"/>
              <w:bottom w:w="75" w:type="dxa"/>
              <w:right w:w="85" w:type="dxa"/>
            </w:tcMar>
            <w:vAlign w:val="center"/>
          </w:tcPr>
          <w:p w14:paraId="19377E99" w14:textId="77777777" w:rsidR="00807297" w:rsidRPr="001A1B66" w:rsidRDefault="00000000">
            <w:pPr>
              <w:spacing w:after="0" w:line="240" w:lineRule="auto"/>
              <w:jc w:val="center"/>
              <w:rPr>
                <w:noProof/>
                <w:lang w:val="ro-RO"/>
              </w:rPr>
            </w:pPr>
            <w:r w:rsidRPr="001A1B66">
              <w:rPr>
                <w:noProof/>
                <w:sz w:val="15"/>
                <w:lang w:val="ro-RO"/>
              </w:rPr>
              <w:t>1</w:t>
            </w:r>
          </w:p>
        </w:tc>
        <w:tc>
          <w:tcPr>
            <w:tcW w:w="3118" w:type="dxa"/>
            <w:shd w:val="clear" w:color="auto" w:fill="FFFFFF"/>
            <w:tcMar>
              <w:top w:w="75" w:type="dxa"/>
              <w:left w:w="85" w:type="dxa"/>
              <w:bottom w:w="75" w:type="dxa"/>
              <w:right w:w="85" w:type="dxa"/>
            </w:tcMar>
            <w:vAlign w:val="center"/>
          </w:tcPr>
          <w:p w14:paraId="0100614B" w14:textId="77777777" w:rsidR="00807297" w:rsidRPr="001A1B66" w:rsidRDefault="00807297">
            <w:pPr>
              <w:spacing w:after="0" w:line="240" w:lineRule="auto"/>
              <w:rPr>
                <w:noProof/>
                <w:lang w:val="ro-RO"/>
              </w:rPr>
            </w:pPr>
          </w:p>
        </w:tc>
        <w:tc>
          <w:tcPr>
            <w:tcW w:w="1020" w:type="dxa"/>
            <w:shd w:val="clear" w:color="auto" w:fill="FFFFFF"/>
            <w:tcMar>
              <w:top w:w="75" w:type="dxa"/>
              <w:left w:w="85" w:type="dxa"/>
              <w:bottom w:w="75" w:type="dxa"/>
              <w:right w:w="85" w:type="dxa"/>
            </w:tcMar>
            <w:vAlign w:val="center"/>
          </w:tcPr>
          <w:p w14:paraId="06A12615" w14:textId="77777777" w:rsidR="00807297" w:rsidRPr="001A1B66" w:rsidRDefault="00807297">
            <w:pPr>
              <w:spacing w:after="0" w:line="240" w:lineRule="auto"/>
              <w:jc w:val="center"/>
              <w:rPr>
                <w:noProof/>
                <w:lang w:val="ro-RO"/>
              </w:rPr>
            </w:pPr>
          </w:p>
        </w:tc>
        <w:tc>
          <w:tcPr>
            <w:tcW w:w="1020" w:type="dxa"/>
            <w:shd w:val="clear" w:color="auto" w:fill="FFFFFF"/>
            <w:tcMar>
              <w:top w:w="75" w:type="dxa"/>
              <w:left w:w="85" w:type="dxa"/>
              <w:bottom w:w="75" w:type="dxa"/>
              <w:right w:w="85" w:type="dxa"/>
            </w:tcMar>
            <w:vAlign w:val="center"/>
          </w:tcPr>
          <w:p w14:paraId="6F3EB112" w14:textId="77777777" w:rsidR="00807297" w:rsidRPr="001A1B66" w:rsidRDefault="00807297">
            <w:pPr>
              <w:spacing w:after="0" w:line="240" w:lineRule="auto"/>
              <w:jc w:val="center"/>
              <w:rPr>
                <w:noProof/>
                <w:lang w:val="ro-RO"/>
              </w:rPr>
            </w:pPr>
          </w:p>
        </w:tc>
        <w:tc>
          <w:tcPr>
            <w:tcW w:w="3118" w:type="dxa"/>
            <w:shd w:val="clear" w:color="auto" w:fill="FFFFFF"/>
            <w:tcMar>
              <w:top w:w="75" w:type="dxa"/>
              <w:left w:w="85" w:type="dxa"/>
              <w:bottom w:w="75" w:type="dxa"/>
              <w:right w:w="85" w:type="dxa"/>
            </w:tcMar>
            <w:vAlign w:val="center"/>
          </w:tcPr>
          <w:p w14:paraId="531BE2C7" w14:textId="77777777" w:rsidR="00807297" w:rsidRPr="001A1B66" w:rsidRDefault="00807297">
            <w:pPr>
              <w:spacing w:after="0" w:line="240" w:lineRule="auto"/>
              <w:rPr>
                <w:noProof/>
                <w:lang w:val="ro-RO"/>
              </w:rPr>
            </w:pPr>
          </w:p>
        </w:tc>
        <w:tc>
          <w:tcPr>
            <w:tcW w:w="1134" w:type="dxa"/>
            <w:shd w:val="clear" w:color="auto" w:fill="FFFFFF"/>
            <w:tcMar>
              <w:top w:w="75" w:type="dxa"/>
              <w:left w:w="85" w:type="dxa"/>
              <w:bottom w:w="75" w:type="dxa"/>
              <w:right w:w="85" w:type="dxa"/>
            </w:tcMar>
            <w:vAlign w:val="center"/>
          </w:tcPr>
          <w:p w14:paraId="6FD7C1C9" w14:textId="77777777" w:rsidR="00807297" w:rsidRPr="001A1B66" w:rsidRDefault="00807297">
            <w:pPr>
              <w:spacing w:after="0" w:line="240" w:lineRule="auto"/>
              <w:rPr>
                <w:noProof/>
                <w:lang w:val="ro-RO"/>
              </w:rPr>
            </w:pPr>
          </w:p>
        </w:tc>
      </w:tr>
      <w:tr w:rsidR="00807297" w:rsidRPr="001A1B66" w14:paraId="5BF2AE45" w14:textId="77777777">
        <w:trPr>
          <w:cantSplit/>
          <w:jc w:val="center"/>
        </w:trPr>
        <w:tc>
          <w:tcPr>
            <w:tcW w:w="510" w:type="dxa"/>
            <w:shd w:val="clear" w:color="auto" w:fill="FAFAFA"/>
            <w:tcMar>
              <w:top w:w="75" w:type="dxa"/>
              <w:left w:w="85" w:type="dxa"/>
              <w:bottom w:w="75" w:type="dxa"/>
              <w:right w:w="85" w:type="dxa"/>
            </w:tcMar>
            <w:vAlign w:val="center"/>
          </w:tcPr>
          <w:p w14:paraId="74F039E8" w14:textId="77777777" w:rsidR="00807297" w:rsidRPr="001A1B66" w:rsidRDefault="00000000">
            <w:pPr>
              <w:spacing w:after="0" w:line="240" w:lineRule="auto"/>
              <w:jc w:val="center"/>
              <w:rPr>
                <w:noProof/>
                <w:lang w:val="ro-RO"/>
              </w:rPr>
            </w:pPr>
            <w:r w:rsidRPr="001A1B66">
              <w:rPr>
                <w:noProof/>
                <w:sz w:val="15"/>
                <w:lang w:val="ro-RO"/>
              </w:rPr>
              <w:t>2</w:t>
            </w:r>
          </w:p>
        </w:tc>
        <w:tc>
          <w:tcPr>
            <w:tcW w:w="3118" w:type="dxa"/>
            <w:shd w:val="clear" w:color="auto" w:fill="FAFAFA"/>
            <w:tcMar>
              <w:top w:w="75" w:type="dxa"/>
              <w:left w:w="85" w:type="dxa"/>
              <w:bottom w:w="75" w:type="dxa"/>
              <w:right w:w="85" w:type="dxa"/>
            </w:tcMar>
            <w:vAlign w:val="center"/>
          </w:tcPr>
          <w:p w14:paraId="3EEA7E81" w14:textId="77777777" w:rsidR="00807297" w:rsidRPr="001A1B66" w:rsidRDefault="00807297">
            <w:pPr>
              <w:spacing w:after="0" w:line="240" w:lineRule="auto"/>
              <w:rPr>
                <w:noProof/>
                <w:lang w:val="ro-RO"/>
              </w:rPr>
            </w:pPr>
          </w:p>
        </w:tc>
        <w:tc>
          <w:tcPr>
            <w:tcW w:w="1020" w:type="dxa"/>
            <w:shd w:val="clear" w:color="auto" w:fill="FAFAFA"/>
            <w:tcMar>
              <w:top w:w="75" w:type="dxa"/>
              <w:left w:w="85" w:type="dxa"/>
              <w:bottom w:w="75" w:type="dxa"/>
              <w:right w:w="85" w:type="dxa"/>
            </w:tcMar>
            <w:vAlign w:val="center"/>
          </w:tcPr>
          <w:p w14:paraId="4503F334" w14:textId="77777777" w:rsidR="00807297" w:rsidRPr="001A1B66" w:rsidRDefault="00807297">
            <w:pPr>
              <w:spacing w:after="0" w:line="240" w:lineRule="auto"/>
              <w:jc w:val="center"/>
              <w:rPr>
                <w:noProof/>
                <w:lang w:val="ro-RO"/>
              </w:rPr>
            </w:pPr>
          </w:p>
        </w:tc>
        <w:tc>
          <w:tcPr>
            <w:tcW w:w="1020" w:type="dxa"/>
            <w:shd w:val="clear" w:color="auto" w:fill="FAFAFA"/>
            <w:tcMar>
              <w:top w:w="75" w:type="dxa"/>
              <w:left w:w="85" w:type="dxa"/>
              <w:bottom w:w="75" w:type="dxa"/>
              <w:right w:w="85" w:type="dxa"/>
            </w:tcMar>
            <w:vAlign w:val="center"/>
          </w:tcPr>
          <w:p w14:paraId="4395F1A6" w14:textId="77777777" w:rsidR="00807297" w:rsidRPr="001A1B66" w:rsidRDefault="00807297">
            <w:pPr>
              <w:spacing w:after="0" w:line="240" w:lineRule="auto"/>
              <w:jc w:val="center"/>
              <w:rPr>
                <w:noProof/>
                <w:lang w:val="ro-RO"/>
              </w:rPr>
            </w:pPr>
          </w:p>
        </w:tc>
        <w:tc>
          <w:tcPr>
            <w:tcW w:w="3118" w:type="dxa"/>
            <w:shd w:val="clear" w:color="auto" w:fill="FAFAFA"/>
            <w:tcMar>
              <w:top w:w="75" w:type="dxa"/>
              <w:left w:w="85" w:type="dxa"/>
              <w:bottom w:w="75" w:type="dxa"/>
              <w:right w:w="85" w:type="dxa"/>
            </w:tcMar>
            <w:vAlign w:val="center"/>
          </w:tcPr>
          <w:p w14:paraId="6A644C63" w14:textId="77777777" w:rsidR="00807297" w:rsidRPr="001A1B66" w:rsidRDefault="00807297">
            <w:pPr>
              <w:spacing w:after="0" w:line="240" w:lineRule="auto"/>
              <w:rPr>
                <w:noProof/>
                <w:lang w:val="ro-RO"/>
              </w:rPr>
            </w:pPr>
          </w:p>
        </w:tc>
        <w:tc>
          <w:tcPr>
            <w:tcW w:w="1134" w:type="dxa"/>
            <w:shd w:val="clear" w:color="auto" w:fill="FAFAFA"/>
            <w:tcMar>
              <w:top w:w="75" w:type="dxa"/>
              <w:left w:w="85" w:type="dxa"/>
              <w:bottom w:w="75" w:type="dxa"/>
              <w:right w:w="85" w:type="dxa"/>
            </w:tcMar>
            <w:vAlign w:val="center"/>
          </w:tcPr>
          <w:p w14:paraId="24D35F10" w14:textId="77777777" w:rsidR="00807297" w:rsidRPr="001A1B66" w:rsidRDefault="00807297">
            <w:pPr>
              <w:spacing w:after="0" w:line="240" w:lineRule="auto"/>
              <w:rPr>
                <w:noProof/>
                <w:lang w:val="ro-RO"/>
              </w:rPr>
            </w:pPr>
          </w:p>
        </w:tc>
      </w:tr>
      <w:tr w:rsidR="00807297" w:rsidRPr="001A1B66" w14:paraId="20C3F306" w14:textId="77777777">
        <w:trPr>
          <w:cantSplit/>
          <w:jc w:val="center"/>
        </w:trPr>
        <w:tc>
          <w:tcPr>
            <w:tcW w:w="510" w:type="dxa"/>
            <w:shd w:val="clear" w:color="auto" w:fill="FFFFFF"/>
            <w:tcMar>
              <w:top w:w="75" w:type="dxa"/>
              <w:left w:w="85" w:type="dxa"/>
              <w:bottom w:w="75" w:type="dxa"/>
              <w:right w:w="85" w:type="dxa"/>
            </w:tcMar>
            <w:vAlign w:val="center"/>
          </w:tcPr>
          <w:p w14:paraId="08147585" w14:textId="77777777" w:rsidR="00807297" w:rsidRPr="001A1B66" w:rsidRDefault="00000000">
            <w:pPr>
              <w:spacing w:after="0" w:line="240" w:lineRule="auto"/>
              <w:jc w:val="center"/>
              <w:rPr>
                <w:noProof/>
                <w:lang w:val="ro-RO"/>
              </w:rPr>
            </w:pPr>
            <w:r w:rsidRPr="001A1B66">
              <w:rPr>
                <w:noProof/>
                <w:sz w:val="15"/>
                <w:lang w:val="ro-RO"/>
              </w:rPr>
              <w:t>3</w:t>
            </w:r>
          </w:p>
        </w:tc>
        <w:tc>
          <w:tcPr>
            <w:tcW w:w="3118" w:type="dxa"/>
            <w:shd w:val="clear" w:color="auto" w:fill="FFFFFF"/>
            <w:tcMar>
              <w:top w:w="75" w:type="dxa"/>
              <w:left w:w="85" w:type="dxa"/>
              <w:bottom w:w="75" w:type="dxa"/>
              <w:right w:w="85" w:type="dxa"/>
            </w:tcMar>
            <w:vAlign w:val="center"/>
          </w:tcPr>
          <w:p w14:paraId="13ED2ABD" w14:textId="77777777" w:rsidR="00807297" w:rsidRPr="001A1B66" w:rsidRDefault="00807297">
            <w:pPr>
              <w:spacing w:after="0" w:line="240" w:lineRule="auto"/>
              <w:rPr>
                <w:noProof/>
                <w:lang w:val="ro-RO"/>
              </w:rPr>
            </w:pPr>
          </w:p>
        </w:tc>
        <w:tc>
          <w:tcPr>
            <w:tcW w:w="1020" w:type="dxa"/>
            <w:shd w:val="clear" w:color="auto" w:fill="FFFFFF"/>
            <w:tcMar>
              <w:top w:w="75" w:type="dxa"/>
              <w:left w:w="85" w:type="dxa"/>
              <w:bottom w:w="75" w:type="dxa"/>
              <w:right w:w="85" w:type="dxa"/>
            </w:tcMar>
            <w:vAlign w:val="center"/>
          </w:tcPr>
          <w:p w14:paraId="0C8D49B6" w14:textId="77777777" w:rsidR="00807297" w:rsidRPr="001A1B66" w:rsidRDefault="00807297">
            <w:pPr>
              <w:spacing w:after="0" w:line="240" w:lineRule="auto"/>
              <w:jc w:val="center"/>
              <w:rPr>
                <w:noProof/>
                <w:lang w:val="ro-RO"/>
              </w:rPr>
            </w:pPr>
          </w:p>
        </w:tc>
        <w:tc>
          <w:tcPr>
            <w:tcW w:w="1020" w:type="dxa"/>
            <w:shd w:val="clear" w:color="auto" w:fill="FFFFFF"/>
            <w:tcMar>
              <w:top w:w="75" w:type="dxa"/>
              <w:left w:w="85" w:type="dxa"/>
              <w:bottom w:w="75" w:type="dxa"/>
              <w:right w:w="85" w:type="dxa"/>
            </w:tcMar>
            <w:vAlign w:val="center"/>
          </w:tcPr>
          <w:p w14:paraId="235195AC" w14:textId="77777777" w:rsidR="00807297" w:rsidRPr="001A1B66" w:rsidRDefault="00807297">
            <w:pPr>
              <w:spacing w:after="0" w:line="240" w:lineRule="auto"/>
              <w:jc w:val="center"/>
              <w:rPr>
                <w:noProof/>
                <w:lang w:val="ro-RO"/>
              </w:rPr>
            </w:pPr>
          </w:p>
        </w:tc>
        <w:tc>
          <w:tcPr>
            <w:tcW w:w="3118" w:type="dxa"/>
            <w:shd w:val="clear" w:color="auto" w:fill="FFFFFF"/>
            <w:tcMar>
              <w:top w:w="75" w:type="dxa"/>
              <w:left w:w="85" w:type="dxa"/>
              <w:bottom w:w="75" w:type="dxa"/>
              <w:right w:w="85" w:type="dxa"/>
            </w:tcMar>
            <w:vAlign w:val="center"/>
          </w:tcPr>
          <w:p w14:paraId="0BE7B710" w14:textId="77777777" w:rsidR="00807297" w:rsidRPr="001A1B66" w:rsidRDefault="00807297">
            <w:pPr>
              <w:spacing w:after="0" w:line="240" w:lineRule="auto"/>
              <w:rPr>
                <w:noProof/>
                <w:lang w:val="ro-RO"/>
              </w:rPr>
            </w:pPr>
          </w:p>
        </w:tc>
        <w:tc>
          <w:tcPr>
            <w:tcW w:w="1134" w:type="dxa"/>
            <w:shd w:val="clear" w:color="auto" w:fill="FFFFFF"/>
            <w:tcMar>
              <w:top w:w="75" w:type="dxa"/>
              <w:left w:w="85" w:type="dxa"/>
              <w:bottom w:w="75" w:type="dxa"/>
              <w:right w:w="85" w:type="dxa"/>
            </w:tcMar>
            <w:vAlign w:val="center"/>
          </w:tcPr>
          <w:p w14:paraId="5366908A" w14:textId="77777777" w:rsidR="00807297" w:rsidRPr="001A1B66" w:rsidRDefault="00807297">
            <w:pPr>
              <w:spacing w:after="0" w:line="240" w:lineRule="auto"/>
              <w:rPr>
                <w:noProof/>
                <w:lang w:val="ro-RO"/>
              </w:rPr>
            </w:pPr>
          </w:p>
        </w:tc>
      </w:tr>
      <w:tr w:rsidR="00807297" w:rsidRPr="001A1B66" w14:paraId="30419513" w14:textId="77777777">
        <w:trPr>
          <w:cantSplit/>
          <w:jc w:val="center"/>
        </w:trPr>
        <w:tc>
          <w:tcPr>
            <w:tcW w:w="510" w:type="dxa"/>
            <w:shd w:val="clear" w:color="auto" w:fill="FAFAFA"/>
            <w:tcMar>
              <w:top w:w="75" w:type="dxa"/>
              <w:left w:w="85" w:type="dxa"/>
              <w:bottom w:w="75" w:type="dxa"/>
              <w:right w:w="85" w:type="dxa"/>
            </w:tcMar>
            <w:vAlign w:val="center"/>
          </w:tcPr>
          <w:p w14:paraId="184EEE72" w14:textId="77777777" w:rsidR="00807297" w:rsidRPr="001A1B66" w:rsidRDefault="00000000">
            <w:pPr>
              <w:spacing w:after="0" w:line="240" w:lineRule="auto"/>
              <w:jc w:val="center"/>
              <w:rPr>
                <w:noProof/>
                <w:lang w:val="ro-RO"/>
              </w:rPr>
            </w:pPr>
            <w:r w:rsidRPr="001A1B66">
              <w:rPr>
                <w:noProof/>
                <w:sz w:val="15"/>
                <w:lang w:val="ro-RO"/>
              </w:rPr>
              <w:t>4</w:t>
            </w:r>
          </w:p>
        </w:tc>
        <w:tc>
          <w:tcPr>
            <w:tcW w:w="3118" w:type="dxa"/>
            <w:shd w:val="clear" w:color="auto" w:fill="FAFAFA"/>
            <w:tcMar>
              <w:top w:w="75" w:type="dxa"/>
              <w:left w:w="85" w:type="dxa"/>
              <w:bottom w:w="75" w:type="dxa"/>
              <w:right w:w="85" w:type="dxa"/>
            </w:tcMar>
            <w:vAlign w:val="center"/>
          </w:tcPr>
          <w:p w14:paraId="271E46E9" w14:textId="77777777" w:rsidR="00807297" w:rsidRPr="001A1B66" w:rsidRDefault="00807297">
            <w:pPr>
              <w:spacing w:after="0" w:line="240" w:lineRule="auto"/>
              <w:rPr>
                <w:noProof/>
                <w:lang w:val="ro-RO"/>
              </w:rPr>
            </w:pPr>
          </w:p>
        </w:tc>
        <w:tc>
          <w:tcPr>
            <w:tcW w:w="1020" w:type="dxa"/>
            <w:shd w:val="clear" w:color="auto" w:fill="FAFAFA"/>
            <w:tcMar>
              <w:top w:w="75" w:type="dxa"/>
              <w:left w:w="85" w:type="dxa"/>
              <w:bottom w:w="75" w:type="dxa"/>
              <w:right w:w="85" w:type="dxa"/>
            </w:tcMar>
            <w:vAlign w:val="center"/>
          </w:tcPr>
          <w:p w14:paraId="4F9314A9" w14:textId="77777777" w:rsidR="00807297" w:rsidRPr="001A1B66" w:rsidRDefault="00807297">
            <w:pPr>
              <w:spacing w:after="0" w:line="240" w:lineRule="auto"/>
              <w:jc w:val="center"/>
              <w:rPr>
                <w:noProof/>
                <w:lang w:val="ro-RO"/>
              </w:rPr>
            </w:pPr>
          </w:p>
        </w:tc>
        <w:tc>
          <w:tcPr>
            <w:tcW w:w="1020" w:type="dxa"/>
            <w:shd w:val="clear" w:color="auto" w:fill="FAFAFA"/>
            <w:tcMar>
              <w:top w:w="75" w:type="dxa"/>
              <w:left w:w="85" w:type="dxa"/>
              <w:bottom w:w="75" w:type="dxa"/>
              <w:right w:w="85" w:type="dxa"/>
            </w:tcMar>
            <w:vAlign w:val="center"/>
          </w:tcPr>
          <w:p w14:paraId="588C8430" w14:textId="77777777" w:rsidR="00807297" w:rsidRPr="001A1B66" w:rsidRDefault="00807297">
            <w:pPr>
              <w:spacing w:after="0" w:line="240" w:lineRule="auto"/>
              <w:jc w:val="center"/>
              <w:rPr>
                <w:noProof/>
                <w:lang w:val="ro-RO"/>
              </w:rPr>
            </w:pPr>
          </w:p>
        </w:tc>
        <w:tc>
          <w:tcPr>
            <w:tcW w:w="3118" w:type="dxa"/>
            <w:shd w:val="clear" w:color="auto" w:fill="FAFAFA"/>
            <w:tcMar>
              <w:top w:w="75" w:type="dxa"/>
              <w:left w:w="85" w:type="dxa"/>
              <w:bottom w:w="75" w:type="dxa"/>
              <w:right w:w="85" w:type="dxa"/>
            </w:tcMar>
            <w:vAlign w:val="center"/>
          </w:tcPr>
          <w:p w14:paraId="21B81BC0" w14:textId="77777777" w:rsidR="00807297" w:rsidRPr="001A1B66" w:rsidRDefault="00807297">
            <w:pPr>
              <w:spacing w:after="0" w:line="240" w:lineRule="auto"/>
              <w:rPr>
                <w:noProof/>
                <w:lang w:val="ro-RO"/>
              </w:rPr>
            </w:pPr>
          </w:p>
        </w:tc>
        <w:tc>
          <w:tcPr>
            <w:tcW w:w="1134" w:type="dxa"/>
            <w:shd w:val="clear" w:color="auto" w:fill="FAFAFA"/>
            <w:tcMar>
              <w:top w:w="75" w:type="dxa"/>
              <w:left w:w="85" w:type="dxa"/>
              <w:bottom w:w="75" w:type="dxa"/>
              <w:right w:w="85" w:type="dxa"/>
            </w:tcMar>
            <w:vAlign w:val="center"/>
          </w:tcPr>
          <w:p w14:paraId="2F0D6753" w14:textId="77777777" w:rsidR="00807297" w:rsidRPr="001A1B66" w:rsidRDefault="00807297">
            <w:pPr>
              <w:spacing w:after="0" w:line="240" w:lineRule="auto"/>
              <w:rPr>
                <w:noProof/>
                <w:lang w:val="ro-RO"/>
              </w:rPr>
            </w:pPr>
          </w:p>
        </w:tc>
      </w:tr>
    </w:tbl>
    <w:p w14:paraId="5F00BD09" w14:textId="77777777" w:rsidR="00807297" w:rsidRPr="001A1B66" w:rsidRDefault="00807297">
      <w:pPr>
        <w:spacing w:after="20"/>
        <w:rPr>
          <w:noProof/>
          <w:lang w:val="ro-RO"/>
        </w:rPr>
      </w:pPr>
    </w:p>
    <w:p w14:paraId="3A60F8E2" w14:textId="77777777" w:rsidR="00807297" w:rsidRPr="001A1B66" w:rsidRDefault="00000000">
      <w:pPr>
        <w:pStyle w:val="Heading2"/>
        <w:rPr>
          <w:noProof/>
          <w:lang w:val="ro-RO"/>
        </w:rPr>
      </w:pPr>
      <w:r w:rsidRPr="001A1B66">
        <w:rPr>
          <w:noProof/>
          <w:lang w:val="ro-RO"/>
        </w:rPr>
        <w:t>Monitorizarea periodică</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1361"/>
        <w:gridCol w:w="1644"/>
        <w:gridCol w:w="1814"/>
        <w:gridCol w:w="907"/>
        <w:gridCol w:w="2211"/>
        <w:gridCol w:w="1984"/>
      </w:tblGrid>
      <w:tr w:rsidR="00807297" w:rsidRPr="001A1B66" w14:paraId="2952422D" w14:textId="77777777">
        <w:trPr>
          <w:tblHeader/>
          <w:jc w:val="center"/>
        </w:trPr>
        <w:tc>
          <w:tcPr>
            <w:tcW w:w="1361" w:type="dxa"/>
            <w:shd w:val="clear" w:color="auto" w:fill="D71920"/>
            <w:tcMar>
              <w:top w:w="75" w:type="dxa"/>
              <w:left w:w="85" w:type="dxa"/>
              <w:bottom w:w="75" w:type="dxa"/>
              <w:right w:w="85" w:type="dxa"/>
            </w:tcMar>
            <w:vAlign w:val="center"/>
          </w:tcPr>
          <w:p w14:paraId="3538BE2F" w14:textId="77777777" w:rsidR="00807297" w:rsidRPr="001A1B66" w:rsidRDefault="00000000">
            <w:pPr>
              <w:spacing w:after="0" w:line="240" w:lineRule="auto"/>
              <w:jc w:val="center"/>
              <w:rPr>
                <w:noProof/>
                <w:lang w:val="ro-RO"/>
              </w:rPr>
            </w:pPr>
            <w:r w:rsidRPr="001A1B66">
              <w:rPr>
                <w:b/>
                <w:noProof/>
                <w:color w:val="FFFFFF"/>
                <w:sz w:val="14"/>
                <w:lang w:val="ro-RO"/>
              </w:rPr>
              <w:t>PERIOADĂ</w:t>
            </w:r>
          </w:p>
        </w:tc>
        <w:tc>
          <w:tcPr>
            <w:tcW w:w="1644" w:type="dxa"/>
            <w:shd w:val="clear" w:color="auto" w:fill="D71920"/>
            <w:tcMar>
              <w:top w:w="75" w:type="dxa"/>
              <w:left w:w="85" w:type="dxa"/>
              <w:bottom w:w="75" w:type="dxa"/>
              <w:right w:w="85" w:type="dxa"/>
            </w:tcMar>
            <w:vAlign w:val="center"/>
          </w:tcPr>
          <w:p w14:paraId="5CE4E0DF" w14:textId="77777777" w:rsidR="00807297" w:rsidRPr="001A1B66" w:rsidRDefault="00000000">
            <w:pPr>
              <w:spacing w:after="0" w:line="240" w:lineRule="auto"/>
              <w:jc w:val="center"/>
              <w:rPr>
                <w:noProof/>
                <w:lang w:val="ro-RO"/>
              </w:rPr>
            </w:pPr>
            <w:r w:rsidRPr="001A1B66">
              <w:rPr>
                <w:b/>
                <w:noProof/>
                <w:color w:val="FFFFFF"/>
                <w:sz w:val="14"/>
                <w:lang w:val="ro-RO"/>
              </w:rPr>
              <w:t>REZULTAT KPI</w:t>
            </w:r>
          </w:p>
        </w:tc>
        <w:tc>
          <w:tcPr>
            <w:tcW w:w="1814" w:type="dxa"/>
            <w:shd w:val="clear" w:color="auto" w:fill="D71920"/>
            <w:tcMar>
              <w:top w:w="75" w:type="dxa"/>
              <w:left w:w="85" w:type="dxa"/>
              <w:bottom w:w="75" w:type="dxa"/>
              <w:right w:w="85" w:type="dxa"/>
            </w:tcMar>
            <w:vAlign w:val="center"/>
          </w:tcPr>
          <w:p w14:paraId="5393B602" w14:textId="77777777" w:rsidR="00807297" w:rsidRPr="001A1B66" w:rsidRDefault="00000000">
            <w:pPr>
              <w:spacing w:after="0" w:line="240" w:lineRule="auto"/>
              <w:jc w:val="center"/>
              <w:rPr>
                <w:noProof/>
                <w:lang w:val="ro-RO"/>
              </w:rPr>
            </w:pPr>
            <w:r w:rsidRPr="001A1B66">
              <w:rPr>
                <w:b/>
                <w:noProof/>
                <w:color w:val="FFFFFF"/>
                <w:sz w:val="14"/>
                <w:lang w:val="ro-RO"/>
              </w:rPr>
              <w:t>ȚINTĂ INTERMEDIARĂ</w:t>
            </w:r>
          </w:p>
        </w:tc>
        <w:tc>
          <w:tcPr>
            <w:tcW w:w="907" w:type="dxa"/>
            <w:shd w:val="clear" w:color="auto" w:fill="D71920"/>
            <w:tcMar>
              <w:top w:w="75" w:type="dxa"/>
              <w:left w:w="85" w:type="dxa"/>
              <w:bottom w:w="75" w:type="dxa"/>
              <w:right w:w="85" w:type="dxa"/>
            </w:tcMar>
            <w:vAlign w:val="center"/>
          </w:tcPr>
          <w:p w14:paraId="64BA5340" w14:textId="77777777" w:rsidR="00807297" w:rsidRPr="001A1B66" w:rsidRDefault="00000000">
            <w:pPr>
              <w:spacing w:after="0" w:line="240" w:lineRule="auto"/>
              <w:jc w:val="center"/>
              <w:rPr>
                <w:noProof/>
                <w:lang w:val="ro-RO"/>
              </w:rPr>
            </w:pPr>
            <w:r w:rsidRPr="001A1B66">
              <w:rPr>
                <w:b/>
                <w:noProof/>
                <w:color w:val="FFFFFF"/>
                <w:sz w:val="14"/>
                <w:lang w:val="ro-RO"/>
              </w:rPr>
              <w:t>STATUS</w:t>
            </w:r>
          </w:p>
        </w:tc>
        <w:tc>
          <w:tcPr>
            <w:tcW w:w="2211" w:type="dxa"/>
            <w:shd w:val="clear" w:color="auto" w:fill="D71920"/>
            <w:tcMar>
              <w:top w:w="75" w:type="dxa"/>
              <w:left w:w="85" w:type="dxa"/>
              <w:bottom w:w="75" w:type="dxa"/>
              <w:right w:w="85" w:type="dxa"/>
            </w:tcMar>
            <w:vAlign w:val="center"/>
          </w:tcPr>
          <w:p w14:paraId="5B18A700" w14:textId="77777777" w:rsidR="00807297" w:rsidRPr="001A1B66" w:rsidRDefault="00000000">
            <w:pPr>
              <w:spacing w:after="0" w:line="240" w:lineRule="auto"/>
              <w:jc w:val="center"/>
              <w:rPr>
                <w:noProof/>
                <w:lang w:val="ro-RO"/>
              </w:rPr>
            </w:pPr>
            <w:r w:rsidRPr="001A1B66">
              <w:rPr>
                <w:b/>
                <w:noProof/>
                <w:color w:val="FFFFFF"/>
                <w:sz w:val="14"/>
                <w:lang w:val="ro-RO"/>
              </w:rPr>
              <w:t>ANALIZĂ / CAUZĂ</w:t>
            </w:r>
          </w:p>
        </w:tc>
        <w:tc>
          <w:tcPr>
            <w:tcW w:w="1984" w:type="dxa"/>
            <w:shd w:val="clear" w:color="auto" w:fill="D71920"/>
            <w:tcMar>
              <w:top w:w="75" w:type="dxa"/>
              <w:left w:w="85" w:type="dxa"/>
              <w:bottom w:w="75" w:type="dxa"/>
              <w:right w:w="85" w:type="dxa"/>
            </w:tcMar>
            <w:vAlign w:val="center"/>
          </w:tcPr>
          <w:p w14:paraId="5BCB824A" w14:textId="77777777" w:rsidR="00807297" w:rsidRPr="001A1B66" w:rsidRDefault="00000000">
            <w:pPr>
              <w:spacing w:after="0" w:line="240" w:lineRule="auto"/>
              <w:jc w:val="center"/>
              <w:rPr>
                <w:noProof/>
                <w:lang w:val="ro-RO"/>
              </w:rPr>
            </w:pPr>
            <w:r w:rsidRPr="001A1B66">
              <w:rPr>
                <w:b/>
                <w:noProof/>
                <w:color w:val="FFFFFF"/>
                <w:sz w:val="14"/>
                <w:lang w:val="ro-RO"/>
              </w:rPr>
              <w:t>DECIZIE / ACȚIUNE</w:t>
            </w:r>
          </w:p>
        </w:tc>
      </w:tr>
      <w:tr w:rsidR="00807297" w:rsidRPr="001A1B66" w14:paraId="5C8732A9" w14:textId="77777777">
        <w:trPr>
          <w:cantSplit/>
          <w:jc w:val="center"/>
        </w:trPr>
        <w:tc>
          <w:tcPr>
            <w:tcW w:w="1361" w:type="dxa"/>
            <w:shd w:val="clear" w:color="auto" w:fill="FFFFFF"/>
            <w:tcMar>
              <w:top w:w="75" w:type="dxa"/>
              <w:left w:w="85" w:type="dxa"/>
              <w:bottom w:w="75" w:type="dxa"/>
              <w:right w:w="85" w:type="dxa"/>
            </w:tcMar>
            <w:vAlign w:val="center"/>
          </w:tcPr>
          <w:p w14:paraId="53C18466" w14:textId="77777777" w:rsidR="00807297" w:rsidRPr="001A1B66" w:rsidRDefault="00807297">
            <w:pPr>
              <w:spacing w:after="0" w:line="240" w:lineRule="auto"/>
              <w:rPr>
                <w:noProof/>
                <w:lang w:val="ro-RO"/>
              </w:rPr>
            </w:pPr>
          </w:p>
        </w:tc>
        <w:tc>
          <w:tcPr>
            <w:tcW w:w="1644" w:type="dxa"/>
            <w:shd w:val="clear" w:color="auto" w:fill="FFFFFF"/>
            <w:tcMar>
              <w:top w:w="75" w:type="dxa"/>
              <w:left w:w="85" w:type="dxa"/>
              <w:bottom w:w="75" w:type="dxa"/>
              <w:right w:w="85" w:type="dxa"/>
            </w:tcMar>
            <w:vAlign w:val="center"/>
          </w:tcPr>
          <w:p w14:paraId="420124E8" w14:textId="77777777" w:rsidR="00807297" w:rsidRPr="001A1B66" w:rsidRDefault="00807297">
            <w:pPr>
              <w:spacing w:after="0" w:line="240" w:lineRule="auto"/>
              <w:rPr>
                <w:noProof/>
                <w:lang w:val="ro-RO"/>
              </w:rPr>
            </w:pPr>
          </w:p>
        </w:tc>
        <w:tc>
          <w:tcPr>
            <w:tcW w:w="1814" w:type="dxa"/>
            <w:shd w:val="clear" w:color="auto" w:fill="FFFFFF"/>
            <w:tcMar>
              <w:top w:w="75" w:type="dxa"/>
              <w:left w:w="85" w:type="dxa"/>
              <w:bottom w:w="75" w:type="dxa"/>
              <w:right w:w="85" w:type="dxa"/>
            </w:tcMar>
            <w:vAlign w:val="center"/>
          </w:tcPr>
          <w:p w14:paraId="40F1A8AE" w14:textId="77777777" w:rsidR="00807297" w:rsidRPr="001A1B66" w:rsidRDefault="00807297">
            <w:pPr>
              <w:spacing w:after="0" w:line="240" w:lineRule="auto"/>
              <w:rPr>
                <w:noProof/>
                <w:lang w:val="ro-RO"/>
              </w:rPr>
            </w:pPr>
          </w:p>
        </w:tc>
        <w:tc>
          <w:tcPr>
            <w:tcW w:w="907" w:type="dxa"/>
            <w:shd w:val="clear" w:color="auto" w:fill="FFFFFF"/>
            <w:tcMar>
              <w:top w:w="75" w:type="dxa"/>
              <w:left w:w="85" w:type="dxa"/>
              <w:bottom w:w="75" w:type="dxa"/>
              <w:right w:w="85" w:type="dxa"/>
            </w:tcMar>
            <w:vAlign w:val="center"/>
          </w:tcPr>
          <w:p w14:paraId="11E0F13B" w14:textId="77777777" w:rsidR="00807297" w:rsidRPr="001A1B66" w:rsidRDefault="00000000">
            <w:pPr>
              <w:spacing w:after="0" w:line="240" w:lineRule="auto"/>
              <w:jc w:val="center"/>
              <w:rPr>
                <w:noProof/>
                <w:lang w:val="ro-RO"/>
              </w:rPr>
            </w:pPr>
            <w:r w:rsidRPr="001A1B66">
              <w:rPr>
                <w:noProof/>
                <w:sz w:val="14"/>
                <w:lang w:val="ro-RO"/>
              </w:rPr>
              <w:t>G/A/R</w:t>
            </w:r>
          </w:p>
        </w:tc>
        <w:tc>
          <w:tcPr>
            <w:tcW w:w="2211" w:type="dxa"/>
            <w:shd w:val="clear" w:color="auto" w:fill="FFFFFF"/>
            <w:tcMar>
              <w:top w:w="75" w:type="dxa"/>
              <w:left w:w="85" w:type="dxa"/>
              <w:bottom w:w="75" w:type="dxa"/>
              <w:right w:w="85" w:type="dxa"/>
            </w:tcMar>
            <w:vAlign w:val="center"/>
          </w:tcPr>
          <w:p w14:paraId="7D932BFD" w14:textId="77777777" w:rsidR="00807297" w:rsidRPr="001A1B66" w:rsidRDefault="00807297">
            <w:pPr>
              <w:spacing w:after="0" w:line="240" w:lineRule="auto"/>
              <w:rPr>
                <w:noProof/>
                <w:lang w:val="ro-RO"/>
              </w:rPr>
            </w:pPr>
          </w:p>
        </w:tc>
        <w:tc>
          <w:tcPr>
            <w:tcW w:w="1984" w:type="dxa"/>
            <w:shd w:val="clear" w:color="auto" w:fill="FFFFFF"/>
            <w:tcMar>
              <w:top w:w="75" w:type="dxa"/>
              <w:left w:w="85" w:type="dxa"/>
              <w:bottom w:w="75" w:type="dxa"/>
              <w:right w:w="85" w:type="dxa"/>
            </w:tcMar>
            <w:vAlign w:val="center"/>
          </w:tcPr>
          <w:p w14:paraId="120B74A9" w14:textId="77777777" w:rsidR="00807297" w:rsidRPr="001A1B66" w:rsidRDefault="00807297">
            <w:pPr>
              <w:spacing w:after="0" w:line="240" w:lineRule="auto"/>
              <w:rPr>
                <w:noProof/>
                <w:lang w:val="ro-RO"/>
              </w:rPr>
            </w:pPr>
          </w:p>
        </w:tc>
      </w:tr>
      <w:tr w:rsidR="00807297" w:rsidRPr="001A1B66" w14:paraId="4C258284" w14:textId="77777777">
        <w:trPr>
          <w:cantSplit/>
          <w:jc w:val="center"/>
        </w:trPr>
        <w:tc>
          <w:tcPr>
            <w:tcW w:w="1361" w:type="dxa"/>
            <w:shd w:val="clear" w:color="auto" w:fill="FAFAFA"/>
            <w:tcMar>
              <w:top w:w="75" w:type="dxa"/>
              <w:left w:w="85" w:type="dxa"/>
              <w:bottom w:w="75" w:type="dxa"/>
              <w:right w:w="85" w:type="dxa"/>
            </w:tcMar>
            <w:vAlign w:val="center"/>
          </w:tcPr>
          <w:p w14:paraId="49AF713C" w14:textId="77777777" w:rsidR="00807297" w:rsidRPr="001A1B66" w:rsidRDefault="00807297">
            <w:pPr>
              <w:spacing w:after="0" w:line="240" w:lineRule="auto"/>
              <w:rPr>
                <w:noProof/>
                <w:lang w:val="ro-RO"/>
              </w:rPr>
            </w:pPr>
          </w:p>
        </w:tc>
        <w:tc>
          <w:tcPr>
            <w:tcW w:w="1644" w:type="dxa"/>
            <w:shd w:val="clear" w:color="auto" w:fill="FAFAFA"/>
            <w:tcMar>
              <w:top w:w="75" w:type="dxa"/>
              <w:left w:w="85" w:type="dxa"/>
              <w:bottom w:w="75" w:type="dxa"/>
              <w:right w:w="85" w:type="dxa"/>
            </w:tcMar>
            <w:vAlign w:val="center"/>
          </w:tcPr>
          <w:p w14:paraId="6A97DD97" w14:textId="77777777" w:rsidR="00807297" w:rsidRPr="001A1B66" w:rsidRDefault="00807297">
            <w:pPr>
              <w:spacing w:after="0" w:line="240" w:lineRule="auto"/>
              <w:rPr>
                <w:noProof/>
                <w:lang w:val="ro-RO"/>
              </w:rPr>
            </w:pPr>
          </w:p>
        </w:tc>
        <w:tc>
          <w:tcPr>
            <w:tcW w:w="1814" w:type="dxa"/>
            <w:shd w:val="clear" w:color="auto" w:fill="FAFAFA"/>
            <w:tcMar>
              <w:top w:w="75" w:type="dxa"/>
              <w:left w:w="85" w:type="dxa"/>
              <w:bottom w:w="75" w:type="dxa"/>
              <w:right w:w="85" w:type="dxa"/>
            </w:tcMar>
            <w:vAlign w:val="center"/>
          </w:tcPr>
          <w:p w14:paraId="5F1CDF0B" w14:textId="77777777" w:rsidR="00807297" w:rsidRPr="001A1B66" w:rsidRDefault="00807297">
            <w:pPr>
              <w:spacing w:after="0" w:line="240" w:lineRule="auto"/>
              <w:rPr>
                <w:noProof/>
                <w:lang w:val="ro-RO"/>
              </w:rPr>
            </w:pPr>
          </w:p>
        </w:tc>
        <w:tc>
          <w:tcPr>
            <w:tcW w:w="907" w:type="dxa"/>
            <w:shd w:val="clear" w:color="auto" w:fill="FAFAFA"/>
            <w:tcMar>
              <w:top w:w="75" w:type="dxa"/>
              <w:left w:w="85" w:type="dxa"/>
              <w:bottom w:w="75" w:type="dxa"/>
              <w:right w:w="85" w:type="dxa"/>
            </w:tcMar>
            <w:vAlign w:val="center"/>
          </w:tcPr>
          <w:p w14:paraId="71A58621" w14:textId="77777777" w:rsidR="00807297" w:rsidRPr="001A1B66" w:rsidRDefault="00000000">
            <w:pPr>
              <w:spacing w:after="0" w:line="240" w:lineRule="auto"/>
              <w:jc w:val="center"/>
              <w:rPr>
                <w:noProof/>
                <w:lang w:val="ro-RO"/>
              </w:rPr>
            </w:pPr>
            <w:r w:rsidRPr="001A1B66">
              <w:rPr>
                <w:noProof/>
                <w:sz w:val="14"/>
                <w:lang w:val="ro-RO"/>
              </w:rPr>
              <w:t>G/A/R</w:t>
            </w:r>
          </w:p>
        </w:tc>
        <w:tc>
          <w:tcPr>
            <w:tcW w:w="2211" w:type="dxa"/>
            <w:shd w:val="clear" w:color="auto" w:fill="FAFAFA"/>
            <w:tcMar>
              <w:top w:w="75" w:type="dxa"/>
              <w:left w:w="85" w:type="dxa"/>
              <w:bottom w:w="75" w:type="dxa"/>
              <w:right w:w="85" w:type="dxa"/>
            </w:tcMar>
            <w:vAlign w:val="center"/>
          </w:tcPr>
          <w:p w14:paraId="761797B9" w14:textId="77777777" w:rsidR="00807297" w:rsidRPr="001A1B66" w:rsidRDefault="00807297">
            <w:pPr>
              <w:spacing w:after="0" w:line="240" w:lineRule="auto"/>
              <w:rPr>
                <w:noProof/>
                <w:lang w:val="ro-RO"/>
              </w:rPr>
            </w:pPr>
          </w:p>
        </w:tc>
        <w:tc>
          <w:tcPr>
            <w:tcW w:w="1984" w:type="dxa"/>
            <w:shd w:val="clear" w:color="auto" w:fill="FAFAFA"/>
            <w:tcMar>
              <w:top w:w="75" w:type="dxa"/>
              <w:left w:w="85" w:type="dxa"/>
              <w:bottom w:w="75" w:type="dxa"/>
              <w:right w:w="85" w:type="dxa"/>
            </w:tcMar>
            <w:vAlign w:val="center"/>
          </w:tcPr>
          <w:p w14:paraId="0224783E" w14:textId="77777777" w:rsidR="00807297" w:rsidRPr="001A1B66" w:rsidRDefault="00807297">
            <w:pPr>
              <w:spacing w:after="0" w:line="240" w:lineRule="auto"/>
              <w:rPr>
                <w:noProof/>
                <w:lang w:val="ro-RO"/>
              </w:rPr>
            </w:pPr>
          </w:p>
        </w:tc>
      </w:tr>
      <w:tr w:rsidR="00807297" w:rsidRPr="001A1B66" w14:paraId="2592EB76" w14:textId="77777777">
        <w:trPr>
          <w:cantSplit/>
          <w:jc w:val="center"/>
        </w:trPr>
        <w:tc>
          <w:tcPr>
            <w:tcW w:w="1361" w:type="dxa"/>
            <w:shd w:val="clear" w:color="auto" w:fill="FFFFFF"/>
            <w:tcMar>
              <w:top w:w="75" w:type="dxa"/>
              <w:left w:w="85" w:type="dxa"/>
              <w:bottom w:w="75" w:type="dxa"/>
              <w:right w:w="85" w:type="dxa"/>
            </w:tcMar>
            <w:vAlign w:val="center"/>
          </w:tcPr>
          <w:p w14:paraId="560CF14C" w14:textId="77777777" w:rsidR="00807297" w:rsidRPr="001A1B66" w:rsidRDefault="00807297">
            <w:pPr>
              <w:spacing w:after="0" w:line="240" w:lineRule="auto"/>
              <w:rPr>
                <w:noProof/>
                <w:lang w:val="ro-RO"/>
              </w:rPr>
            </w:pPr>
          </w:p>
        </w:tc>
        <w:tc>
          <w:tcPr>
            <w:tcW w:w="1644" w:type="dxa"/>
            <w:shd w:val="clear" w:color="auto" w:fill="FFFFFF"/>
            <w:tcMar>
              <w:top w:w="75" w:type="dxa"/>
              <w:left w:w="85" w:type="dxa"/>
              <w:bottom w:w="75" w:type="dxa"/>
              <w:right w:w="85" w:type="dxa"/>
            </w:tcMar>
            <w:vAlign w:val="center"/>
          </w:tcPr>
          <w:p w14:paraId="4991DE4E" w14:textId="77777777" w:rsidR="00807297" w:rsidRPr="001A1B66" w:rsidRDefault="00807297">
            <w:pPr>
              <w:spacing w:after="0" w:line="240" w:lineRule="auto"/>
              <w:rPr>
                <w:noProof/>
                <w:lang w:val="ro-RO"/>
              </w:rPr>
            </w:pPr>
          </w:p>
        </w:tc>
        <w:tc>
          <w:tcPr>
            <w:tcW w:w="1814" w:type="dxa"/>
            <w:shd w:val="clear" w:color="auto" w:fill="FFFFFF"/>
            <w:tcMar>
              <w:top w:w="75" w:type="dxa"/>
              <w:left w:w="85" w:type="dxa"/>
              <w:bottom w:w="75" w:type="dxa"/>
              <w:right w:w="85" w:type="dxa"/>
            </w:tcMar>
            <w:vAlign w:val="center"/>
          </w:tcPr>
          <w:p w14:paraId="7C0A2D2D" w14:textId="77777777" w:rsidR="00807297" w:rsidRPr="001A1B66" w:rsidRDefault="00807297">
            <w:pPr>
              <w:spacing w:after="0" w:line="240" w:lineRule="auto"/>
              <w:rPr>
                <w:noProof/>
                <w:lang w:val="ro-RO"/>
              </w:rPr>
            </w:pPr>
          </w:p>
        </w:tc>
        <w:tc>
          <w:tcPr>
            <w:tcW w:w="907" w:type="dxa"/>
            <w:shd w:val="clear" w:color="auto" w:fill="FFFFFF"/>
            <w:tcMar>
              <w:top w:w="75" w:type="dxa"/>
              <w:left w:w="85" w:type="dxa"/>
              <w:bottom w:w="75" w:type="dxa"/>
              <w:right w:w="85" w:type="dxa"/>
            </w:tcMar>
            <w:vAlign w:val="center"/>
          </w:tcPr>
          <w:p w14:paraId="2D740532" w14:textId="77777777" w:rsidR="00807297" w:rsidRPr="001A1B66" w:rsidRDefault="00000000">
            <w:pPr>
              <w:spacing w:after="0" w:line="240" w:lineRule="auto"/>
              <w:jc w:val="center"/>
              <w:rPr>
                <w:noProof/>
                <w:lang w:val="ro-RO"/>
              </w:rPr>
            </w:pPr>
            <w:r w:rsidRPr="001A1B66">
              <w:rPr>
                <w:noProof/>
                <w:sz w:val="14"/>
                <w:lang w:val="ro-RO"/>
              </w:rPr>
              <w:t>G/A/R</w:t>
            </w:r>
          </w:p>
        </w:tc>
        <w:tc>
          <w:tcPr>
            <w:tcW w:w="2211" w:type="dxa"/>
            <w:shd w:val="clear" w:color="auto" w:fill="FFFFFF"/>
            <w:tcMar>
              <w:top w:w="75" w:type="dxa"/>
              <w:left w:w="85" w:type="dxa"/>
              <w:bottom w:w="75" w:type="dxa"/>
              <w:right w:w="85" w:type="dxa"/>
            </w:tcMar>
            <w:vAlign w:val="center"/>
          </w:tcPr>
          <w:p w14:paraId="56F80DBA" w14:textId="77777777" w:rsidR="00807297" w:rsidRPr="001A1B66" w:rsidRDefault="00807297">
            <w:pPr>
              <w:spacing w:after="0" w:line="240" w:lineRule="auto"/>
              <w:rPr>
                <w:noProof/>
                <w:lang w:val="ro-RO"/>
              </w:rPr>
            </w:pPr>
          </w:p>
        </w:tc>
        <w:tc>
          <w:tcPr>
            <w:tcW w:w="1984" w:type="dxa"/>
            <w:shd w:val="clear" w:color="auto" w:fill="FFFFFF"/>
            <w:tcMar>
              <w:top w:w="75" w:type="dxa"/>
              <w:left w:w="85" w:type="dxa"/>
              <w:bottom w:w="75" w:type="dxa"/>
              <w:right w:w="85" w:type="dxa"/>
            </w:tcMar>
            <w:vAlign w:val="center"/>
          </w:tcPr>
          <w:p w14:paraId="05338C1D" w14:textId="77777777" w:rsidR="00807297" w:rsidRPr="001A1B66" w:rsidRDefault="00807297">
            <w:pPr>
              <w:spacing w:after="0" w:line="240" w:lineRule="auto"/>
              <w:rPr>
                <w:noProof/>
                <w:lang w:val="ro-RO"/>
              </w:rPr>
            </w:pPr>
          </w:p>
        </w:tc>
      </w:tr>
      <w:tr w:rsidR="00807297" w:rsidRPr="001A1B66" w14:paraId="3DE7351E" w14:textId="77777777">
        <w:trPr>
          <w:cantSplit/>
          <w:jc w:val="center"/>
        </w:trPr>
        <w:tc>
          <w:tcPr>
            <w:tcW w:w="1361" w:type="dxa"/>
            <w:shd w:val="clear" w:color="auto" w:fill="FAFAFA"/>
            <w:tcMar>
              <w:top w:w="75" w:type="dxa"/>
              <w:left w:w="85" w:type="dxa"/>
              <w:bottom w:w="75" w:type="dxa"/>
              <w:right w:w="85" w:type="dxa"/>
            </w:tcMar>
            <w:vAlign w:val="center"/>
          </w:tcPr>
          <w:p w14:paraId="105FC6D1" w14:textId="77777777" w:rsidR="00807297" w:rsidRPr="001A1B66" w:rsidRDefault="00807297">
            <w:pPr>
              <w:spacing w:after="0" w:line="240" w:lineRule="auto"/>
              <w:rPr>
                <w:noProof/>
                <w:lang w:val="ro-RO"/>
              </w:rPr>
            </w:pPr>
          </w:p>
        </w:tc>
        <w:tc>
          <w:tcPr>
            <w:tcW w:w="1644" w:type="dxa"/>
            <w:shd w:val="clear" w:color="auto" w:fill="FAFAFA"/>
            <w:tcMar>
              <w:top w:w="75" w:type="dxa"/>
              <w:left w:w="85" w:type="dxa"/>
              <w:bottom w:w="75" w:type="dxa"/>
              <w:right w:w="85" w:type="dxa"/>
            </w:tcMar>
            <w:vAlign w:val="center"/>
          </w:tcPr>
          <w:p w14:paraId="455AF533" w14:textId="77777777" w:rsidR="00807297" w:rsidRPr="001A1B66" w:rsidRDefault="00807297">
            <w:pPr>
              <w:spacing w:after="0" w:line="240" w:lineRule="auto"/>
              <w:rPr>
                <w:noProof/>
                <w:lang w:val="ro-RO"/>
              </w:rPr>
            </w:pPr>
          </w:p>
        </w:tc>
        <w:tc>
          <w:tcPr>
            <w:tcW w:w="1814" w:type="dxa"/>
            <w:shd w:val="clear" w:color="auto" w:fill="FAFAFA"/>
            <w:tcMar>
              <w:top w:w="75" w:type="dxa"/>
              <w:left w:w="85" w:type="dxa"/>
              <w:bottom w:w="75" w:type="dxa"/>
              <w:right w:w="85" w:type="dxa"/>
            </w:tcMar>
            <w:vAlign w:val="center"/>
          </w:tcPr>
          <w:p w14:paraId="4D7D84FC" w14:textId="77777777" w:rsidR="00807297" w:rsidRPr="001A1B66" w:rsidRDefault="00807297">
            <w:pPr>
              <w:spacing w:after="0" w:line="240" w:lineRule="auto"/>
              <w:rPr>
                <w:noProof/>
                <w:lang w:val="ro-RO"/>
              </w:rPr>
            </w:pPr>
          </w:p>
        </w:tc>
        <w:tc>
          <w:tcPr>
            <w:tcW w:w="907" w:type="dxa"/>
            <w:shd w:val="clear" w:color="auto" w:fill="FAFAFA"/>
            <w:tcMar>
              <w:top w:w="75" w:type="dxa"/>
              <w:left w:w="85" w:type="dxa"/>
              <w:bottom w:w="75" w:type="dxa"/>
              <w:right w:w="85" w:type="dxa"/>
            </w:tcMar>
            <w:vAlign w:val="center"/>
          </w:tcPr>
          <w:p w14:paraId="6363A11E" w14:textId="77777777" w:rsidR="00807297" w:rsidRPr="001A1B66" w:rsidRDefault="00000000">
            <w:pPr>
              <w:spacing w:after="0" w:line="240" w:lineRule="auto"/>
              <w:jc w:val="center"/>
              <w:rPr>
                <w:noProof/>
                <w:lang w:val="ro-RO"/>
              </w:rPr>
            </w:pPr>
            <w:r w:rsidRPr="001A1B66">
              <w:rPr>
                <w:noProof/>
                <w:sz w:val="14"/>
                <w:lang w:val="ro-RO"/>
              </w:rPr>
              <w:t>G/A/R</w:t>
            </w:r>
          </w:p>
        </w:tc>
        <w:tc>
          <w:tcPr>
            <w:tcW w:w="2211" w:type="dxa"/>
            <w:shd w:val="clear" w:color="auto" w:fill="FAFAFA"/>
            <w:tcMar>
              <w:top w:w="75" w:type="dxa"/>
              <w:left w:w="85" w:type="dxa"/>
              <w:bottom w:w="75" w:type="dxa"/>
              <w:right w:w="85" w:type="dxa"/>
            </w:tcMar>
            <w:vAlign w:val="center"/>
          </w:tcPr>
          <w:p w14:paraId="0028F97C" w14:textId="77777777" w:rsidR="00807297" w:rsidRPr="001A1B66" w:rsidRDefault="00807297">
            <w:pPr>
              <w:spacing w:after="0" w:line="240" w:lineRule="auto"/>
              <w:rPr>
                <w:noProof/>
                <w:lang w:val="ro-RO"/>
              </w:rPr>
            </w:pPr>
          </w:p>
        </w:tc>
        <w:tc>
          <w:tcPr>
            <w:tcW w:w="1984" w:type="dxa"/>
            <w:shd w:val="clear" w:color="auto" w:fill="FAFAFA"/>
            <w:tcMar>
              <w:top w:w="75" w:type="dxa"/>
              <w:left w:w="85" w:type="dxa"/>
              <w:bottom w:w="75" w:type="dxa"/>
              <w:right w:w="85" w:type="dxa"/>
            </w:tcMar>
            <w:vAlign w:val="center"/>
          </w:tcPr>
          <w:p w14:paraId="3EF7A7A5" w14:textId="77777777" w:rsidR="00807297" w:rsidRPr="001A1B66" w:rsidRDefault="00807297">
            <w:pPr>
              <w:spacing w:after="0" w:line="240" w:lineRule="auto"/>
              <w:rPr>
                <w:noProof/>
                <w:lang w:val="ro-RO"/>
              </w:rPr>
            </w:pPr>
          </w:p>
        </w:tc>
      </w:tr>
      <w:tr w:rsidR="00807297" w:rsidRPr="001A1B66" w14:paraId="32F20663" w14:textId="77777777">
        <w:trPr>
          <w:cantSplit/>
          <w:jc w:val="center"/>
        </w:trPr>
        <w:tc>
          <w:tcPr>
            <w:tcW w:w="1361" w:type="dxa"/>
            <w:shd w:val="clear" w:color="auto" w:fill="FFFFFF"/>
            <w:tcMar>
              <w:top w:w="75" w:type="dxa"/>
              <w:left w:w="85" w:type="dxa"/>
              <w:bottom w:w="75" w:type="dxa"/>
              <w:right w:w="85" w:type="dxa"/>
            </w:tcMar>
            <w:vAlign w:val="center"/>
          </w:tcPr>
          <w:p w14:paraId="69ED8F65" w14:textId="77777777" w:rsidR="00807297" w:rsidRPr="001A1B66" w:rsidRDefault="00807297">
            <w:pPr>
              <w:spacing w:after="0" w:line="240" w:lineRule="auto"/>
              <w:rPr>
                <w:noProof/>
                <w:lang w:val="ro-RO"/>
              </w:rPr>
            </w:pPr>
          </w:p>
        </w:tc>
        <w:tc>
          <w:tcPr>
            <w:tcW w:w="1644" w:type="dxa"/>
            <w:shd w:val="clear" w:color="auto" w:fill="FFFFFF"/>
            <w:tcMar>
              <w:top w:w="75" w:type="dxa"/>
              <w:left w:w="85" w:type="dxa"/>
              <w:bottom w:w="75" w:type="dxa"/>
              <w:right w:w="85" w:type="dxa"/>
            </w:tcMar>
            <w:vAlign w:val="center"/>
          </w:tcPr>
          <w:p w14:paraId="59A30B2D" w14:textId="77777777" w:rsidR="00807297" w:rsidRPr="001A1B66" w:rsidRDefault="00807297">
            <w:pPr>
              <w:spacing w:after="0" w:line="240" w:lineRule="auto"/>
              <w:rPr>
                <w:noProof/>
                <w:lang w:val="ro-RO"/>
              </w:rPr>
            </w:pPr>
          </w:p>
        </w:tc>
        <w:tc>
          <w:tcPr>
            <w:tcW w:w="1814" w:type="dxa"/>
            <w:shd w:val="clear" w:color="auto" w:fill="FFFFFF"/>
            <w:tcMar>
              <w:top w:w="75" w:type="dxa"/>
              <w:left w:w="85" w:type="dxa"/>
              <w:bottom w:w="75" w:type="dxa"/>
              <w:right w:w="85" w:type="dxa"/>
            </w:tcMar>
            <w:vAlign w:val="center"/>
          </w:tcPr>
          <w:p w14:paraId="5EF0B65B" w14:textId="77777777" w:rsidR="00807297" w:rsidRPr="001A1B66" w:rsidRDefault="00807297">
            <w:pPr>
              <w:spacing w:after="0" w:line="240" w:lineRule="auto"/>
              <w:rPr>
                <w:noProof/>
                <w:lang w:val="ro-RO"/>
              </w:rPr>
            </w:pPr>
          </w:p>
        </w:tc>
        <w:tc>
          <w:tcPr>
            <w:tcW w:w="907" w:type="dxa"/>
            <w:shd w:val="clear" w:color="auto" w:fill="FFFFFF"/>
            <w:tcMar>
              <w:top w:w="75" w:type="dxa"/>
              <w:left w:w="85" w:type="dxa"/>
              <w:bottom w:w="75" w:type="dxa"/>
              <w:right w:w="85" w:type="dxa"/>
            </w:tcMar>
            <w:vAlign w:val="center"/>
          </w:tcPr>
          <w:p w14:paraId="5390A84F" w14:textId="77777777" w:rsidR="00807297" w:rsidRPr="001A1B66" w:rsidRDefault="00000000">
            <w:pPr>
              <w:spacing w:after="0" w:line="240" w:lineRule="auto"/>
              <w:jc w:val="center"/>
              <w:rPr>
                <w:noProof/>
                <w:lang w:val="ro-RO"/>
              </w:rPr>
            </w:pPr>
            <w:r w:rsidRPr="001A1B66">
              <w:rPr>
                <w:noProof/>
                <w:sz w:val="14"/>
                <w:lang w:val="ro-RO"/>
              </w:rPr>
              <w:t>G/A/R</w:t>
            </w:r>
          </w:p>
        </w:tc>
        <w:tc>
          <w:tcPr>
            <w:tcW w:w="2211" w:type="dxa"/>
            <w:shd w:val="clear" w:color="auto" w:fill="FFFFFF"/>
            <w:tcMar>
              <w:top w:w="75" w:type="dxa"/>
              <w:left w:w="85" w:type="dxa"/>
              <w:bottom w:w="75" w:type="dxa"/>
              <w:right w:w="85" w:type="dxa"/>
            </w:tcMar>
            <w:vAlign w:val="center"/>
          </w:tcPr>
          <w:p w14:paraId="6F95C413" w14:textId="77777777" w:rsidR="00807297" w:rsidRPr="001A1B66" w:rsidRDefault="00807297">
            <w:pPr>
              <w:spacing w:after="0" w:line="240" w:lineRule="auto"/>
              <w:rPr>
                <w:noProof/>
                <w:lang w:val="ro-RO"/>
              </w:rPr>
            </w:pPr>
          </w:p>
        </w:tc>
        <w:tc>
          <w:tcPr>
            <w:tcW w:w="1984" w:type="dxa"/>
            <w:shd w:val="clear" w:color="auto" w:fill="FFFFFF"/>
            <w:tcMar>
              <w:top w:w="75" w:type="dxa"/>
              <w:left w:w="85" w:type="dxa"/>
              <w:bottom w:w="75" w:type="dxa"/>
              <w:right w:w="85" w:type="dxa"/>
            </w:tcMar>
            <w:vAlign w:val="center"/>
          </w:tcPr>
          <w:p w14:paraId="5F9003E3" w14:textId="77777777" w:rsidR="00807297" w:rsidRPr="001A1B66" w:rsidRDefault="00807297">
            <w:pPr>
              <w:spacing w:after="0" w:line="240" w:lineRule="auto"/>
              <w:rPr>
                <w:noProof/>
                <w:lang w:val="ro-RO"/>
              </w:rPr>
            </w:pPr>
          </w:p>
        </w:tc>
      </w:tr>
      <w:tr w:rsidR="00807297" w:rsidRPr="001A1B66" w14:paraId="31726146" w14:textId="77777777">
        <w:trPr>
          <w:cantSplit/>
          <w:jc w:val="center"/>
        </w:trPr>
        <w:tc>
          <w:tcPr>
            <w:tcW w:w="1361" w:type="dxa"/>
            <w:shd w:val="clear" w:color="auto" w:fill="FAFAFA"/>
            <w:tcMar>
              <w:top w:w="75" w:type="dxa"/>
              <w:left w:w="85" w:type="dxa"/>
              <w:bottom w:w="75" w:type="dxa"/>
              <w:right w:w="85" w:type="dxa"/>
            </w:tcMar>
            <w:vAlign w:val="center"/>
          </w:tcPr>
          <w:p w14:paraId="09EBE586" w14:textId="77777777" w:rsidR="00807297" w:rsidRPr="001A1B66" w:rsidRDefault="00807297">
            <w:pPr>
              <w:spacing w:after="0" w:line="240" w:lineRule="auto"/>
              <w:rPr>
                <w:noProof/>
                <w:lang w:val="ro-RO"/>
              </w:rPr>
            </w:pPr>
          </w:p>
        </w:tc>
        <w:tc>
          <w:tcPr>
            <w:tcW w:w="1644" w:type="dxa"/>
            <w:shd w:val="clear" w:color="auto" w:fill="FAFAFA"/>
            <w:tcMar>
              <w:top w:w="75" w:type="dxa"/>
              <w:left w:w="85" w:type="dxa"/>
              <w:bottom w:w="75" w:type="dxa"/>
              <w:right w:w="85" w:type="dxa"/>
            </w:tcMar>
            <w:vAlign w:val="center"/>
          </w:tcPr>
          <w:p w14:paraId="39D10C30" w14:textId="77777777" w:rsidR="00807297" w:rsidRPr="001A1B66" w:rsidRDefault="00807297">
            <w:pPr>
              <w:spacing w:after="0" w:line="240" w:lineRule="auto"/>
              <w:rPr>
                <w:noProof/>
                <w:lang w:val="ro-RO"/>
              </w:rPr>
            </w:pPr>
          </w:p>
        </w:tc>
        <w:tc>
          <w:tcPr>
            <w:tcW w:w="1814" w:type="dxa"/>
            <w:shd w:val="clear" w:color="auto" w:fill="FAFAFA"/>
            <w:tcMar>
              <w:top w:w="75" w:type="dxa"/>
              <w:left w:w="85" w:type="dxa"/>
              <w:bottom w:w="75" w:type="dxa"/>
              <w:right w:w="85" w:type="dxa"/>
            </w:tcMar>
            <w:vAlign w:val="center"/>
          </w:tcPr>
          <w:p w14:paraId="23CD645B" w14:textId="77777777" w:rsidR="00807297" w:rsidRPr="001A1B66" w:rsidRDefault="00807297">
            <w:pPr>
              <w:spacing w:after="0" w:line="240" w:lineRule="auto"/>
              <w:rPr>
                <w:noProof/>
                <w:lang w:val="ro-RO"/>
              </w:rPr>
            </w:pPr>
          </w:p>
        </w:tc>
        <w:tc>
          <w:tcPr>
            <w:tcW w:w="907" w:type="dxa"/>
            <w:shd w:val="clear" w:color="auto" w:fill="FAFAFA"/>
            <w:tcMar>
              <w:top w:w="75" w:type="dxa"/>
              <w:left w:w="85" w:type="dxa"/>
              <w:bottom w:w="75" w:type="dxa"/>
              <w:right w:w="85" w:type="dxa"/>
            </w:tcMar>
            <w:vAlign w:val="center"/>
          </w:tcPr>
          <w:p w14:paraId="198FC583" w14:textId="77777777" w:rsidR="00807297" w:rsidRPr="001A1B66" w:rsidRDefault="00000000">
            <w:pPr>
              <w:spacing w:after="0" w:line="240" w:lineRule="auto"/>
              <w:jc w:val="center"/>
              <w:rPr>
                <w:noProof/>
                <w:lang w:val="ro-RO"/>
              </w:rPr>
            </w:pPr>
            <w:r w:rsidRPr="001A1B66">
              <w:rPr>
                <w:noProof/>
                <w:sz w:val="14"/>
                <w:lang w:val="ro-RO"/>
              </w:rPr>
              <w:t>G/A/R</w:t>
            </w:r>
          </w:p>
        </w:tc>
        <w:tc>
          <w:tcPr>
            <w:tcW w:w="2211" w:type="dxa"/>
            <w:shd w:val="clear" w:color="auto" w:fill="FAFAFA"/>
            <w:tcMar>
              <w:top w:w="75" w:type="dxa"/>
              <w:left w:w="85" w:type="dxa"/>
              <w:bottom w:w="75" w:type="dxa"/>
              <w:right w:w="85" w:type="dxa"/>
            </w:tcMar>
            <w:vAlign w:val="center"/>
          </w:tcPr>
          <w:p w14:paraId="3B98ECE2" w14:textId="77777777" w:rsidR="00807297" w:rsidRPr="001A1B66" w:rsidRDefault="00807297">
            <w:pPr>
              <w:spacing w:after="0" w:line="240" w:lineRule="auto"/>
              <w:rPr>
                <w:noProof/>
                <w:lang w:val="ro-RO"/>
              </w:rPr>
            </w:pPr>
          </w:p>
        </w:tc>
        <w:tc>
          <w:tcPr>
            <w:tcW w:w="1984" w:type="dxa"/>
            <w:shd w:val="clear" w:color="auto" w:fill="FAFAFA"/>
            <w:tcMar>
              <w:top w:w="75" w:type="dxa"/>
              <w:left w:w="85" w:type="dxa"/>
              <w:bottom w:w="75" w:type="dxa"/>
              <w:right w:w="85" w:type="dxa"/>
            </w:tcMar>
            <w:vAlign w:val="center"/>
          </w:tcPr>
          <w:p w14:paraId="74C48013" w14:textId="77777777" w:rsidR="00807297" w:rsidRPr="001A1B66" w:rsidRDefault="00807297">
            <w:pPr>
              <w:spacing w:after="0" w:line="240" w:lineRule="auto"/>
              <w:rPr>
                <w:noProof/>
                <w:lang w:val="ro-RO"/>
              </w:rPr>
            </w:pPr>
          </w:p>
        </w:tc>
      </w:tr>
    </w:tbl>
    <w:p w14:paraId="0C0A8463" w14:textId="77777777" w:rsidR="00807297" w:rsidRPr="001A1B66" w:rsidRDefault="00807297">
      <w:pPr>
        <w:spacing w:after="20"/>
        <w:rPr>
          <w:noProof/>
          <w:lang w:val="ro-RO"/>
        </w:rPr>
      </w:pPr>
    </w:p>
    <w:p w14:paraId="0A858829" w14:textId="77777777" w:rsidR="00807297" w:rsidRPr="001A1B66" w:rsidRDefault="00000000">
      <w:pPr>
        <w:pStyle w:val="Heading2"/>
        <w:rPr>
          <w:noProof/>
          <w:lang w:val="ro-RO"/>
        </w:rPr>
      </w:pPr>
      <w:r w:rsidRPr="001A1B66">
        <w:rPr>
          <w:noProof/>
          <w:lang w:val="ro-RO"/>
        </w:rPr>
        <w:t>Evaluarea finală</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3118"/>
        <w:gridCol w:w="6803"/>
      </w:tblGrid>
      <w:tr w:rsidR="00807297" w:rsidRPr="001A1B66" w14:paraId="5C8CC3CD" w14:textId="77777777">
        <w:trPr>
          <w:tblHeader/>
          <w:jc w:val="center"/>
        </w:trPr>
        <w:tc>
          <w:tcPr>
            <w:tcW w:w="3118" w:type="dxa"/>
            <w:shd w:val="clear" w:color="auto" w:fill="D71920"/>
            <w:tcMar>
              <w:top w:w="75" w:type="dxa"/>
              <w:left w:w="85" w:type="dxa"/>
              <w:bottom w:w="75" w:type="dxa"/>
              <w:right w:w="85" w:type="dxa"/>
            </w:tcMar>
            <w:vAlign w:val="center"/>
          </w:tcPr>
          <w:p w14:paraId="3FC5373B" w14:textId="77777777" w:rsidR="00807297" w:rsidRPr="001A1B66" w:rsidRDefault="00000000">
            <w:pPr>
              <w:spacing w:after="0" w:line="240" w:lineRule="auto"/>
              <w:jc w:val="center"/>
              <w:rPr>
                <w:noProof/>
                <w:lang w:val="ro-RO"/>
              </w:rPr>
            </w:pPr>
            <w:r w:rsidRPr="001A1B66">
              <w:rPr>
                <w:b/>
                <w:noProof/>
                <w:color w:val="FFFFFF"/>
                <w:sz w:val="15"/>
                <w:lang w:val="ro-RO"/>
              </w:rPr>
              <w:t>ELEMENT</w:t>
            </w:r>
          </w:p>
        </w:tc>
        <w:tc>
          <w:tcPr>
            <w:tcW w:w="6803" w:type="dxa"/>
            <w:shd w:val="clear" w:color="auto" w:fill="D71920"/>
            <w:tcMar>
              <w:top w:w="75" w:type="dxa"/>
              <w:left w:w="85" w:type="dxa"/>
              <w:bottom w:w="75" w:type="dxa"/>
              <w:right w:w="85" w:type="dxa"/>
            </w:tcMar>
            <w:vAlign w:val="center"/>
          </w:tcPr>
          <w:p w14:paraId="0BE49DF7" w14:textId="77777777" w:rsidR="00807297" w:rsidRPr="001A1B66" w:rsidRDefault="00000000">
            <w:pPr>
              <w:spacing w:after="0" w:line="240" w:lineRule="auto"/>
              <w:jc w:val="center"/>
              <w:rPr>
                <w:noProof/>
                <w:lang w:val="ro-RO"/>
              </w:rPr>
            </w:pPr>
            <w:r w:rsidRPr="001A1B66">
              <w:rPr>
                <w:b/>
                <w:noProof/>
                <w:color w:val="FFFFFF"/>
                <w:sz w:val="15"/>
                <w:lang w:val="ro-RO"/>
              </w:rPr>
              <w:t>CONCLUZIE</w:t>
            </w:r>
          </w:p>
        </w:tc>
      </w:tr>
      <w:tr w:rsidR="00807297" w:rsidRPr="001A1B66" w14:paraId="21146E5F" w14:textId="77777777">
        <w:trPr>
          <w:cantSplit/>
          <w:jc w:val="center"/>
        </w:trPr>
        <w:tc>
          <w:tcPr>
            <w:tcW w:w="3118" w:type="dxa"/>
            <w:shd w:val="clear" w:color="auto" w:fill="FFFFFF"/>
            <w:tcMar>
              <w:top w:w="75" w:type="dxa"/>
              <w:left w:w="85" w:type="dxa"/>
              <w:bottom w:w="75" w:type="dxa"/>
              <w:right w:w="85" w:type="dxa"/>
            </w:tcMar>
            <w:vAlign w:val="center"/>
          </w:tcPr>
          <w:p w14:paraId="1F407CB8" w14:textId="77777777" w:rsidR="00807297" w:rsidRPr="001A1B66" w:rsidRDefault="00000000">
            <w:pPr>
              <w:spacing w:after="0" w:line="240" w:lineRule="auto"/>
              <w:rPr>
                <w:noProof/>
                <w:lang w:val="ro-RO"/>
              </w:rPr>
            </w:pPr>
            <w:r w:rsidRPr="001A1B66">
              <w:rPr>
                <w:noProof/>
                <w:sz w:val="15"/>
                <w:lang w:val="ro-RO"/>
              </w:rPr>
              <w:t>Rezultat final</w:t>
            </w:r>
          </w:p>
        </w:tc>
        <w:tc>
          <w:tcPr>
            <w:tcW w:w="6803" w:type="dxa"/>
            <w:shd w:val="clear" w:color="auto" w:fill="FFFFFF"/>
            <w:tcMar>
              <w:top w:w="75" w:type="dxa"/>
              <w:left w:w="85" w:type="dxa"/>
              <w:bottom w:w="75" w:type="dxa"/>
              <w:right w:w="85" w:type="dxa"/>
            </w:tcMar>
            <w:vAlign w:val="center"/>
          </w:tcPr>
          <w:p w14:paraId="07FD723E" w14:textId="77777777" w:rsidR="00807297" w:rsidRPr="001A1B66" w:rsidRDefault="00807297">
            <w:pPr>
              <w:spacing w:after="0" w:line="240" w:lineRule="auto"/>
              <w:rPr>
                <w:noProof/>
                <w:lang w:val="ro-RO"/>
              </w:rPr>
            </w:pPr>
          </w:p>
        </w:tc>
      </w:tr>
      <w:tr w:rsidR="00807297" w:rsidRPr="00696259" w14:paraId="3D29E4D6" w14:textId="77777777">
        <w:trPr>
          <w:cantSplit/>
          <w:jc w:val="center"/>
        </w:trPr>
        <w:tc>
          <w:tcPr>
            <w:tcW w:w="3118" w:type="dxa"/>
            <w:shd w:val="clear" w:color="auto" w:fill="FAFAFA"/>
            <w:tcMar>
              <w:top w:w="75" w:type="dxa"/>
              <w:left w:w="85" w:type="dxa"/>
              <w:bottom w:w="75" w:type="dxa"/>
              <w:right w:w="85" w:type="dxa"/>
            </w:tcMar>
            <w:vAlign w:val="center"/>
          </w:tcPr>
          <w:p w14:paraId="27DAEEAE" w14:textId="77777777" w:rsidR="00807297" w:rsidRPr="001A1B66" w:rsidRDefault="00000000">
            <w:pPr>
              <w:spacing w:after="0" w:line="240" w:lineRule="auto"/>
              <w:rPr>
                <w:noProof/>
                <w:lang w:val="ro-RO"/>
              </w:rPr>
            </w:pPr>
            <w:r w:rsidRPr="001A1B66">
              <w:rPr>
                <w:noProof/>
                <w:sz w:val="15"/>
                <w:lang w:val="ro-RO"/>
              </w:rPr>
              <w:t>Obiectiv</w:t>
            </w:r>
          </w:p>
        </w:tc>
        <w:tc>
          <w:tcPr>
            <w:tcW w:w="6803" w:type="dxa"/>
            <w:shd w:val="clear" w:color="auto" w:fill="FAFAFA"/>
            <w:tcMar>
              <w:top w:w="75" w:type="dxa"/>
              <w:left w:w="85" w:type="dxa"/>
              <w:bottom w:w="75" w:type="dxa"/>
              <w:right w:w="85" w:type="dxa"/>
            </w:tcMar>
            <w:vAlign w:val="center"/>
          </w:tcPr>
          <w:p w14:paraId="15035D95" w14:textId="77777777" w:rsidR="00807297" w:rsidRPr="001A1B66" w:rsidRDefault="00000000">
            <w:pPr>
              <w:spacing w:after="0" w:line="240" w:lineRule="auto"/>
              <w:rPr>
                <w:noProof/>
                <w:lang w:val="ro-RO"/>
              </w:rPr>
            </w:pPr>
            <w:r w:rsidRPr="001A1B66">
              <w:rPr>
                <w:noProof/>
                <w:sz w:val="15"/>
                <w:lang w:val="ro-RO"/>
              </w:rPr>
              <w:t>[ ] Atins   [ ] Parțial atins   [ ] Neatins   [ ] Anulat justificat</w:t>
            </w:r>
          </w:p>
        </w:tc>
      </w:tr>
      <w:tr w:rsidR="00807297" w:rsidRPr="001A1B66" w14:paraId="6134FD5F" w14:textId="77777777">
        <w:trPr>
          <w:cantSplit/>
          <w:jc w:val="center"/>
        </w:trPr>
        <w:tc>
          <w:tcPr>
            <w:tcW w:w="3118" w:type="dxa"/>
            <w:shd w:val="clear" w:color="auto" w:fill="FFFFFF"/>
            <w:tcMar>
              <w:top w:w="75" w:type="dxa"/>
              <w:left w:w="85" w:type="dxa"/>
              <w:bottom w:w="75" w:type="dxa"/>
              <w:right w:w="85" w:type="dxa"/>
            </w:tcMar>
            <w:vAlign w:val="center"/>
          </w:tcPr>
          <w:p w14:paraId="0B3CB911" w14:textId="77777777" w:rsidR="00807297" w:rsidRPr="001A1B66" w:rsidRDefault="00000000">
            <w:pPr>
              <w:spacing w:after="0" w:line="240" w:lineRule="auto"/>
              <w:rPr>
                <w:noProof/>
                <w:lang w:val="ro-RO"/>
              </w:rPr>
            </w:pPr>
            <w:r w:rsidRPr="001A1B66">
              <w:rPr>
                <w:noProof/>
                <w:sz w:val="15"/>
                <w:lang w:val="ro-RO"/>
              </w:rPr>
              <w:t>Eficacitatea măsurilor</w:t>
            </w:r>
          </w:p>
        </w:tc>
        <w:tc>
          <w:tcPr>
            <w:tcW w:w="6803" w:type="dxa"/>
            <w:shd w:val="clear" w:color="auto" w:fill="FFFFFF"/>
            <w:tcMar>
              <w:top w:w="75" w:type="dxa"/>
              <w:left w:w="85" w:type="dxa"/>
              <w:bottom w:w="75" w:type="dxa"/>
              <w:right w:w="85" w:type="dxa"/>
            </w:tcMar>
            <w:vAlign w:val="center"/>
          </w:tcPr>
          <w:p w14:paraId="3394740E" w14:textId="77777777" w:rsidR="00807297" w:rsidRPr="001A1B66" w:rsidRDefault="00807297">
            <w:pPr>
              <w:spacing w:after="0" w:line="240" w:lineRule="auto"/>
              <w:rPr>
                <w:noProof/>
                <w:lang w:val="ro-RO"/>
              </w:rPr>
            </w:pPr>
          </w:p>
        </w:tc>
      </w:tr>
      <w:tr w:rsidR="00807297" w:rsidRPr="001A1B66" w14:paraId="52D00116" w14:textId="77777777">
        <w:trPr>
          <w:cantSplit/>
          <w:jc w:val="center"/>
        </w:trPr>
        <w:tc>
          <w:tcPr>
            <w:tcW w:w="3118" w:type="dxa"/>
            <w:shd w:val="clear" w:color="auto" w:fill="FAFAFA"/>
            <w:tcMar>
              <w:top w:w="75" w:type="dxa"/>
              <w:left w:w="85" w:type="dxa"/>
              <w:bottom w:w="75" w:type="dxa"/>
              <w:right w:w="85" w:type="dxa"/>
            </w:tcMar>
            <w:vAlign w:val="center"/>
          </w:tcPr>
          <w:p w14:paraId="48E91FDF" w14:textId="77777777" w:rsidR="00807297" w:rsidRPr="001A1B66" w:rsidRDefault="00000000">
            <w:pPr>
              <w:spacing w:after="0" w:line="240" w:lineRule="auto"/>
              <w:rPr>
                <w:noProof/>
                <w:lang w:val="ro-RO"/>
              </w:rPr>
            </w:pPr>
            <w:r w:rsidRPr="001A1B66">
              <w:rPr>
                <w:noProof/>
                <w:sz w:val="15"/>
                <w:lang w:val="ro-RO"/>
              </w:rPr>
              <w:t>Efecte secundare / compromisuri</w:t>
            </w:r>
          </w:p>
        </w:tc>
        <w:tc>
          <w:tcPr>
            <w:tcW w:w="6803" w:type="dxa"/>
            <w:shd w:val="clear" w:color="auto" w:fill="FAFAFA"/>
            <w:tcMar>
              <w:top w:w="75" w:type="dxa"/>
              <w:left w:w="85" w:type="dxa"/>
              <w:bottom w:w="75" w:type="dxa"/>
              <w:right w:w="85" w:type="dxa"/>
            </w:tcMar>
            <w:vAlign w:val="center"/>
          </w:tcPr>
          <w:p w14:paraId="3278793E" w14:textId="77777777" w:rsidR="00807297" w:rsidRPr="001A1B66" w:rsidRDefault="00807297">
            <w:pPr>
              <w:spacing w:after="0" w:line="240" w:lineRule="auto"/>
              <w:rPr>
                <w:noProof/>
                <w:lang w:val="ro-RO"/>
              </w:rPr>
            </w:pPr>
          </w:p>
        </w:tc>
      </w:tr>
      <w:tr w:rsidR="00807297" w:rsidRPr="001A1B66" w14:paraId="1F1FE0B9" w14:textId="77777777">
        <w:trPr>
          <w:cantSplit/>
          <w:jc w:val="center"/>
        </w:trPr>
        <w:tc>
          <w:tcPr>
            <w:tcW w:w="3118" w:type="dxa"/>
            <w:shd w:val="clear" w:color="auto" w:fill="FFFFFF"/>
            <w:tcMar>
              <w:top w:w="75" w:type="dxa"/>
              <w:left w:w="85" w:type="dxa"/>
              <w:bottom w:w="75" w:type="dxa"/>
              <w:right w:w="85" w:type="dxa"/>
            </w:tcMar>
            <w:vAlign w:val="center"/>
          </w:tcPr>
          <w:p w14:paraId="10C6805D" w14:textId="77777777" w:rsidR="00807297" w:rsidRPr="001A1B66" w:rsidRDefault="00000000">
            <w:pPr>
              <w:spacing w:after="0" w:line="240" w:lineRule="auto"/>
              <w:rPr>
                <w:noProof/>
                <w:lang w:val="ro-RO"/>
              </w:rPr>
            </w:pPr>
            <w:r w:rsidRPr="001A1B66">
              <w:rPr>
                <w:noProof/>
                <w:sz w:val="15"/>
                <w:lang w:val="ro-RO"/>
              </w:rPr>
              <w:t>Lecții învățate</w:t>
            </w:r>
          </w:p>
        </w:tc>
        <w:tc>
          <w:tcPr>
            <w:tcW w:w="6803" w:type="dxa"/>
            <w:shd w:val="clear" w:color="auto" w:fill="FFFFFF"/>
            <w:tcMar>
              <w:top w:w="75" w:type="dxa"/>
              <w:left w:w="85" w:type="dxa"/>
              <w:bottom w:w="75" w:type="dxa"/>
              <w:right w:w="85" w:type="dxa"/>
            </w:tcMar>
            <w:vAlign w:val="center"/>
          </w:tcPr>
          <w:p w14:paraId="2A371B52" w14:textId="77777777" w:rsidR="00807297" w:rsidRPr="001A1B66" w:rsidRDefault="00807297">
            <w:pPr>
              <w:spacing w:after="0" w:line="240" w:lineRule="auto"/>
              <w:rPr>
                <w:noProof/>
                <w:lang w:val="ro-RO"/>
              </w:rPr>
            </w:pPr>
          </w:p>
        </w:tc>
      </w:tr>
      <w:tr w:rsidR="00807297" w:rsidRPr="001A1B66" w14:paraId="59CEE048" w14:textId="77777777">
        <w:trPr>
          <w:cantSplit/>
          <w:jc w:val="center"/>
        </w:trPr>
        <w:tc>
          <w:tcPr>
            <w:tcW w:w="3118" w:type="dxa"/>
            <w:shd w:val="clear" w:color="auto" w:fill="FAFAFA"/>
            <w:tcMar>
              <w:top w:w="75" w:type="dxa"/>
              <w:left w:w="85" w:type="dxa"/>
              <w:bottom w:w="75" w:type="dxa"/>
              <w:right w:w="85" w:type="dxa"/>
            </w:tcMar>
            <w:vAlign w:val="center"/>
          </w:tcPr>
          <w:p w14:paraId="24FCDB12" w14:textId="77777777" w:rsidR="00807297" w:rsidRPr="001A1B66" w:rsidRDefault="00000000">
            <w:pPr>
              <w:spacing w:after="0" w:line="240" w:lineRule="auto"/>
              <w:rPr>
                <w:noProof/>
                <w:lang w:val="ro-RO"/>
              </w:rPr>
            </w:pPr>
            <w:r w:rsidRPr="001A1B66">
              <w:rPr>
                <w:noProof/>
                <w:sz w:val="15"/>
                <w:lang w:val="ro-RO"/>
              </w:rPr>
              <w:t>Decizie</w:t>
            </w:r>
          </w:p>
        </w:tc>
        <w:tc>
          <w:tcPr>
            <w:tcW w:w="6803" w:type="dxa"/>
            <w:shd w:val="clear" w:color="auto" w:fill="FAFAFA"/>
            <w:tcMar>
              <w:top w:w="75" w:type="dxa"/>
              <w:left w:w="85" w:type="dxa"/>
              <w:bottom w:w="75" w:type="dxa"/>
              <w:right w:w="85" w:type="dxa"/>
            </w:tcMar>
            <w:vAlign w:val="center"/>
          </w:tcPr>
          <w:p w14:paraId="136D0E6B" w14:textId="77777777" w:rsidR="00807297" w:rsidRPr="001A1B66" w:rsidRDefault="00000000">
            <w:pPr>
              <w:spacing w:after="0" w:line="240" w:lineRule="auto"/>
              <w:rPr>
                <w:noProof/>
                <w:lang w:val="ro-RO"/>
              </w:rPr>
            </w:pPr>
            <w:r w:rsidRPr="001A1B66">
              <w:rPr>
                <w:noProof/>
                <w:sz w:val="15"/>
                <w:lang w:val="ro-RO"/>
              </w:rPr>
              <w:t>[ ] Menținere   [ ] Continuare   [ ] Revizuire   [ ] Înlocuire   [ ] Închidere</w:t>
            </w:r>
          </w:p>
        </w:tc>
      </w:tr>
      <w:tr w:rsidR="00807297" w:rsidRPr="001A1B66" w14:paraId="1C5A2521" w14:textId="77777777">
        <w:trPr>
          <w:cantSplit/>
          <w:jc w:val="center"/>
        </w:trPr>
        <w:tc>
          <w:tcPr>
            <w:tcW w:w="3118" w:type="dxa"/>
            <w:shd w:val="clear" w:color="auto" w:fill="FFFFFF"/>
            <w:tcMar>
              <w:top w:w="75" w:type="dxa"/>
              <w:left w:w="85" w:type="dxa"/>
              <w:bottom w:w="75" w:type="dxa"/>
              <w:right w:w="85" w:type="dxa"/>
            </w:tcMar>
            <w:vAlign w:val="center"/>
          </w:tcPr>
          <w:p w14:paraId="707F19F2" w14:textId="77777777" w:rsidR="00807297" w:rsidRPr="001A1B66" w:rsidRDefault="00000000">
            <w:pPr>
              <w:spacing w:after="0" w:line="240" w:lineRule="auto"/>
              <w:rPr>
                <w:noProof/>
                <w:lang w:val="ro-RO"/>
              </w:rPr>
            </w:pPr>
            <w:r w:rsidRPr="001A1B66">
              <w:rPr>
                <w:noProof/>
                <w:sz w:val="15"/>
                <w:lang w:val="ro-RO"/>
              </w:rPr>
              <w:t>Aprobare / dată</w:t>
            </w:r>
          </w:p>
        </w:tc>
        <w:tc>
          <w:tcPr>
            <w:tcW w:w="6803" w:type="dxa"/>
            <w:shd w:val="clear" w:color="auto" w:fill="FFFFFF"/>
            <w:tcMar>
              <w:top w:w="75" w:type="dxa"/>
              <w:left w:w="85" w:type="dxa"/>
              <w:bottom w:w="75" w:type="dxa"/>
              <w:right w:w="85" w:type="dxa"/>
            </w:tcMar>
            <w:vAlign w:val="center"/>
          </w:tcPr>
          <w:p w14:paraId="5713596A" w14:textId="77777777" w:rsidR="00807297" w:rsidRPr="001A1B66" w:rsidRDefault="00807297">
            <w:pPr>
              <w:spacing w:after="0" w:line="240" w:lineRule="auto"/>
              <w:rPr>
                <w:noProof/>
                <w:lang w:val="ro-RO"/>
              </w:rPr>
            </w:pPr>
          </w:p>
        </w:tc>
      </w:tr>
    </w:tbl>
    <w:p w14:paraId="494F32DD" w14:textId="77777777" w:rsidR="00807297" w:rsidRPr="001A1B66" w:rsidRDefault="00807297">
      <w:pPr>
        <w:spacing w:after="20"/>
        <w:rPr>
          <w:noProof/>
          <w:lang w:val="ro-RO"/>
        </w:rP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807297" w:rsidRPr="00696259" w14:paraId="4E6E5FB3" w14:textId="77777777">
        <w:trPr>
          <w:jc w:val="center"/>
        </w:trPr>
        <w:tc>
          <w:tcPr>
            <w:tcW w:w="1020" w:type="dxa"/>
            <w:shd w:val="clear" w:color="auto" w:fill="D71920"/>
            <w:tcMar>
              <w:top w:w="75" w:type="dxa"/>
              <w:left w:w="85" w:type="dxa"/>
              <w:bottom w:w="75" w:type="dxa"/>
              <w:right w:w="85" w:type="dxa"/>
            </w:tcMar>
            <w:vAlign w:val="center"/>
          </w:tcPr>
          <w:p w14:paraId="7E5F13E2" w14:textId="77777777" w:rsidR="00807297" w:rsidRPr="001A1B66" w:rsidRDefault="00000000">
            <w:pPr>
              <w:spacing w:after="0" w:line="240" w:lineRule="auto"/>
              <w:jc w:val="center"/>
              <w:rPr>
                <w:noProof/>
                <w:lang w:val="ro-RO"/>
              </w:rPr>
            </w:pPr>
            <w:r w:rsidRPr="001A1B66">
              <w:rPr>
                <w:b/>
                <w:noProof/>
                <w:color w:val="FFFFFF"/>
                <w:sz w:val="34"/>
                <w:lang w:val="ro-RO"/>
              </w:rPr>
              <w:lastRenderedPageBreak/>
              <w:t>6</w:t>
            </w:r>
          </w:p>
        </w:tc>
        <w:tc>
          <w:tcPr>
            <w:tcW w:w="8901" w:type="dxa"/>
            <w:shd w:val="clear" w:color="auto" w:fill="F3F4F5"/>
          </w:tcPr>
          <w:p w14:paraId="208ACFDF" w14:textId="77777777" w:rsidR="00807297" w:rsidRPr="001A1B66" w:rsidRDefault="00000000">
            <w:pPr>
              <w:spacing w:after="20"/>
              <w:rPr>
                <w:noProof/>
                <w:lang w:val="ro-RO"/>
              </w:rPr>
            </w:pPr>
            <w:r w:rsidRPr="001A1B66">
              <w:rPr>
                <w:b/>
                <w:noProof/>
                <w:sz w:val="28"/>
                <w:lang w:val="ro-RO"/>
              </w:rPr>
              <w:t>Exemplu completat</w:t>
            </w:r>
          </w:p>
          <w:p w14:paraId="085560C7" w14:textId="77777777" w:rsidR="00807297" w:rsidRPr="001A1B66" w:rsidRDefault="00000000">
            <w:pPr>
              <w:spacing w:after="0"/>
              <w:rPr>
                <w:noProof/>
                <w:lang w:val="ro-RO"/>
              </w:rPr>
            </w:pPr>
            <w:r w:rsidRPr="001A1B66">
              <w:rPr>
                <w:noProof/>
                <w:color w:val="666666"/>
                <w:sz w:val="16"/>
                <w:lang w:val="ro-RO"/>
              </w:rPr>
              <w:t>Obiectiv: controlul contactului încrucișat cu alergeni la schimbarea produsului - exemplu generic, de adaptat</w:t>
            </w:r>
          </w:p>
        </w:tc>
      </w:tr>
    </w:tbl>
    <w:p w14:paraId="7B5A32B6" w14:textId="77777777" w:rsidR="00807297" w:rsidRPr="001A1B66" w:rsidRDefault="00807297">
      <w:pPr>
        <w:spacing w:after="0"/>
        <w:rPr>
          <w:noProof/>
          <w:lang w:val="ro-RO"/>
        </w:rPr>
      </w:pPr>
    </w:p>
    <w:p w14:paraId="4E586468" w14:textId="77777777" w:rsidR="00807297" w:rsidRPr="001A1B66" w:rsidRDefault="00000000">
      <w:pPr>
        <w:pStyle w:val="Heading2"/>
        <w:rPr>
          <w:noProof/>
          <w:lang w:val="ro-RO"/>
        </w:rPr>
      </w:pPr>
      <w:r w:rsidRPr="001A1B66">
        <w:rPr>
          <w:noProof/>
          <w:lang w:val="ro-RO"/>
        </w:rPr>
        <w:t>A. Formulare și indicator</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2551"/>
        <w:gridCol w:w="7370"/>
      </w:tblGrid>
      <w:tr w:rsidR="00807297" w:rsidRPr="001A1B66" w14:paraId="54D7ACF6" w14:textId="77777777">
        <w:trPr>
          <w:tblHeader/>
          <w:jc w:val="center"/>
        </w:trPr>
        <w:tc>
          <w:tcPr>
            <w:tcW w:w="2551" w:type="dxa"/>
            <w:shd w:val="clear" w:color="auto" w:fill="D71920"/>
            <w:tcMar>
              <w:top w:w="75" w:type="dxa"/>
              <w:left w:w="85" w:type="dxa"/>
              <w:bottom w:w="75" w:type="dxa"/>
              <w:right w:w="85" w:type="dxa"/>
            </w:tcMar>
            <w:vAlign w:val="center"/>
          </w:tcPr>
          <w:p w14:paraId="3010C006" w14:textId="77777777" w:rsidR="00807297" w:rsidRPr="001A1B66" w:rsidRDefault="00000000">
            <w:pPr>
              <w:spacing w:after="0" w:line="240" w:lineRule="auto"/>
              <w:jc w:val="center"/>
              <w:rPr>
                <w:noProof/>
                <w:lang w:val="ro-RO"/>
              </w:rPr>
            </w:pPr>
            <w:r w:rsidRPr="001A1B66">
              <w:rPr>
                <w:b/>
                <w:noProof/>
                <w:color w:val="FFFFFF"/>
                <w:sz w:val="15"/>
                <w:lang w:val="ro-RO"/>
              </w:rPr>
              <w:t>ELEMENT</w:t>
            </w:r>
          </w:p>
        </w:tc>
        <w:tc>
          <w:tcPr>
            <w:tcW w:w="7370" w:type="dxa"/>
            <w:shd w:val="clear" w:color="auto" w:fill="D71920"/>
            <w:tcMar>
              <w:top w:w="75" w:type="dxa"/>
              <w:left w:w="85" w:type="dxa"/>
              <w:bottom w:w="75" w:type="dxa"/>
              <w:right w:w="85" w:type="dxa"/>
            </w:tcMar>
            <w:vAlign w:val="center"/>
          </w:tcPr>
          <w:p w14:paraId="0DA382A5" w14:textId="77777777" w:rsidR="00807297" w:rsidRPr="001A1B66" w:rsidRDefault="00000000">
            <w:pPr>
              <w:spacing w:after="0" w:line="240" w:lineRule="auto"/>
              <w:jc w:val="center"/>
              <w:rPr>
                <w:noProof/>
                <w:lang w:val="ro-RO"/>
              </w:rPr>
            </w:pPr>
            <w:r w:rsidRPr="001A1B66">
              <w:rPr>
                <w:b/>
                <w:noProof/>
                <w:color w:val="FFFFFF"/>
                <w:sz w:val="15"/>
                <w:lang w:val="ro-RO"/>
              </w:rPr>
              <w:t>EXEMPLU COMPLETAT</w:t>
            </w:r>
          </w:p>
        </w:tc>
      </w:tr>
      <w:tr w:rsidR="00807297" w:rsidRPr="001A1B66" w14:paraId="6E6F47C4" w14:textId="77777777">
        <w:trPr>
          <w:cantSplit/>
          <w:jc w:val="center"/>
        </w:trPr>
        <w:tc>
          <w:tcPr>
            <w:tcW w:w="2551" w:type="dxa"/>
            <w:shd w:val="clear" w:color="auto" w:fill="FFFFFF"/>
            <w:tcMar>
              <w:top w:w="75" w:type="dxa"/>
              <w:left w:w="85" w:type="dxa"/>
              <w:bottom w:w="75" w:type="dxa"/>
              <w:right w:w="85" w:type="dxa"/>
            </w:tcMar>
            <w:vAlign w:val="center"/>
          </w:tcPr>
          <w:p w14:paraId="71133BF8" w14:textId="77777777" w:rsidR="00807297" w:rsidRPr="001A1B66" w:rsidRDefault="00000000">
            <w:pPr>
              <w:spacing w:after="0" w:line="240" w:lineRule="auto"/>
              <w:rPr>
                <w:noProof/>
                <w:lang w:val="ro-RO"/>
              </w:rPr>
            </w:pPr>
            <w:r w:rsidRPr="001A1B66">
              <w:rPr>
                <w:noProof/>
                <w:sz w:val="15"/>
                <w:lang w:val="ro-RO"/>
              </w:rPr>
              <w:t>Cod / perioadă</w:t>
            </w:r>
          </w:p>
        </w:tc>
        <w:tc>
          <w:tcPr>
            <w:tcW w:w="7370" w:type="dxa"/>
            <w:shd w:val="clear" w:color="auto" w:fill="FFFFFF"/>
            <w:tcMar>
              <w:top w:w="75" w:type="dxa"/>
              <w:left w:w="85" w:type="dxa"/>
              <w:bottom w:w="75" w:type="dxa"/>
              <w:right w:w="85" w:type="dxa"/>
            </w:tcMar>
            <w:vAlign w:val="center"/>
          </w:tcPr>
          <w:p w14:paraId="09F09ACC" w14:textId="77777777" w:rsidR="00807297" w:rsidRPr="001A1B66" w:rsidRDefault="00000000">
            <w:pPr>
              <w:spacing w:after="0" w:line="240" w:lineRule="auto"/>
              <w:rPr>
                <w:noProof/>
                <w:lang w:val="ro-RO"/>
              </w:rPr>
            </w:pPr>
            <w:r w:rsidRPr="001A1B66">
              <w:rPr>
                <w:noProof/>
                <w:sz w:val="15"/>
                <w:lang w:val="ro-RO"/>
              </w:rPr>
              <w:t>FS-03 / 2027</w:t>
            </w:r>
          </w:p>
        </w:tc>
      </w:tr>
      <w:tr w:rsidR="00807297" w:rsidRPr="00696259" w14:paraId="02D1ED13" w14:textId="77777777">
        <w:trPr>
          <w:cantSplit/>
          <w:jc w:val="center"/>
        </w:trPr>
        <w:tc>
          <w:tcPr>
            <w:tcW w:w="2551" w:type="dxa"/>
            <w:shd w:val="clear" w:color="auto" w:fill="FAFAFA"/>
            <w:tcMar>
              <w:top w:w="75" w:type="dxa"/>
              <w:left w:w="85" w:type="dxa"/>
              <w:bottom w:w="75" w:type="dxa"/>
              <w:right w:w="85" w:type="dxa"/>
            </w:tcMar>
            <w:vAlign w:val="center"/>
          </w:tcPr>
          <w:p w14:paraId="3E212B3B" w14:textId="77777777" w:rsidR="00807297" w:rsidRPr="001A1B66" w:rsidRDefault="00000000">
            <w:pPr>
              <w:spacing w:after="0" w:line="240" w:lineRule="auto"/>
              <w:rPr>
                <w:noProof/>
                <w:lang w:val="ro-RO"/>
              </w:rPr>
            </w:pPr>
            <w:r w:rsidRPr="001A1B66">
              <w:rPr>
                <w:noProof/>
                <w:sz w:val="15"/>
                <w:lang w:val="ro-RO"/>
              </w:rPr>
              <w:t>Obiectiv</w:t>
            </w:r>
          </w:p>
        </w:tc>
        <w:tc>
          <w:tcPr>
            <w:tcW w:w="7370" w:type="dxa"/>
            <w:shd w:val="clear" w:color="auto" w:fill="FAFAFA"/>
            <w:tcMar>
              <w:top w:w="75" w:type="dxa"/>
              <w:left w:w="85" w:type="dxa"/>
              <w:bottom w:w="75" w:type="dxa"/>
              <w:right w:w="85" w:type="dxa"/>
            </w:tcMar>
            <w:vAlign w:val="center"/>
          </w:tcPr>
          <w:p w14:paraId="1984482F" w14:textId="77777777" w:rsidR="00807297" w:rsidRPr="001A1B66" w:rsidRDefault="00000000">
            <w:pPr>
              <w:spacing w:after="0" w:line="240" w:lineRule="auto"/>
              <w:rPr>
                <w:noProof/>
                <w:lang w:val="ro-RO"/>
              </w:rPr>
            </w:pPr>
            <w:r w:rsidRPr="001A1B66">
              <w:rPr>
                <w:noProof/>
                <w:sz w:val="15"/>
                <w:lang w:val="ro-RO"/>
              </w:rPr>
              <w:t>Creșterea ratei de verificare acceptată din prima pentru curățarea schimbărilor de produs cu alergeni de la 92,0% la minimum 99,5% până la 31.12.2027, pentru liniile prioritare, fără eliberare înaintea confirmării criteriilor.</w:t>
            </w:r>
          </w:p>
        </w:tc>
      </w:tr>
      <w:tr w:rsidR="00807297" w:rsidRPr="00696259" w14:paraId="218B3D00" w14:textId="77777777">
        <w:trPr>
          <w:cantSplit/>
          <w:jc w:val="center"/>
        </w:trPr>
        <w:tc>
          <w:tcPr>
            <w:tcW w:w="2551" w:type="dxa"/>
            <w:shd w:val="clear" w:color="auto" w:fill="FFFFFF"/>
            <w:tcMar>
              <w:top w:w="75" w:type="dxa"/>
              <w:left w:w="85" w:type="dxa"/>
              <w:bottom w:w="75" w:type="dxa"/>
              <w:right w:w="85" w:type="dxa"/>
            </w:tcMar>
            <w:vAlign w:val="center"/>
          </w:tcPr>
          <w:p w14:paraId="4A8095A5" w14:textId="77777777" w:rsidR="00807297" w:rsidRPr="001A1B66" w:rsidRDefault="00000000">
            <w:pPr>
              <w:spacing w:after="0" w:line="240" w:lineRule="auto"/>
              <w:rPr>
                <w:noProof/>
                <w:lang w:val="ro-RO"/>
              </w:rPr>
            </w:pPr>
            <w:r w:rsidRPr="001A1B66">
              <w:rPr>
                <w:noProof/>
                <w:sz w:val="15"/>
                <w:lang w:val="ro-RO"/>
              </w:rPr>
              <w:t>Justificare</w:t>
            </w:r>
          </w:p>
        </w:tc>
        <w:tc>
          <w:tcPr>
            <w:tcW w:w="7370" w:type="dxa"/>
            <w:shd w:val="clear" w:color="auto" w:fill="FFFFFF"/>
            <w:tcMar>
              <w:top w:w="75" w:type="dxa"/>
              <w:left w:w="85" w:type="dxa"/>
              <w:bottom w:w="75" w:type="dxa"/>
              <w:right w:w="85" w:type="dxa"/>
            </w:tcMar>
            <w:vAlign w:val="center"/>
          </w:tcPr>
          <w:p w14:paraId="41F9A712" w14:textId="77777777" w:rsidR="00807297" w:rsidRPr="001A1B66" w:rsidRDefault="00000000">
            <w:pPr>
              <w:spacing w:after="0" w:line="240" w:lineRule="auto"/>
              <w:rPr>
                <w:noProof/>
                <w:lang w:val="ro-RO"/>
              </w:rPr>
            </w:pPr>
            <w:r w:rsidRPr="001A1B66">
              <w:rPr>
                <w:noProof/>
                <w:sz w:val="15"/>
                <w:lang w:val="ro-RO"/>
              </w:rPr>
              <w:t>Analiza tendințelor indică rezultate neacceptate repetate în două zone greu accesibile și variații între schimburi. Pericolul este semnificativ pentru produsele cu declarații diferite de alergeni.</w:t>
            </w:r>
          </w:p>
        </w:tc>
      </w:tr>
      <w:tr w:rsidR="00807297" w:rsidRPr="001A1B66" w14:paraId="697797B3" w14:textId="77777777">
        <w:trPr>
          <w:cantSplit/>
          <w:jc w:val="center"/>
        </w:trPr>
        <w:tc>
          <w:tcPr>
            <w:tcW w:w="2551" w:type="dxa"/>
            <w:shd w:val="clear" w:color="auto" w:fill="FAFAFA"/>
            <w:tcMar>
              <w:top w:w="75" w:type="dxa"/>
              <w:left w:w="85" w:type="dxa"/>
              <w:bottom w:w="75" w:type="dxa"/>
              <w:right w:w="85" w:type="dxa"/>
            </w:tcMar>
            <w:vAlign w:val="center"/>
          </w:tcPr>
          <w:p w14:paraId="75AFEC35" w14:textId="77777777" w:rsidR="00807297" w:rsidRPr="001A1B66" w:rsidRDefault="00000000">
            <w:pPr>
              <w:spacing w:after="0" w:line="240" w:lineRule="auto"/>
              <w:rPr>
                <w:noProof/>
                <w:lang w:val="ro-RO"/>
              </w:rPr>
            </w:pPr>
            <w:r w:rsidRPr="001A1B66">
              <w:rPr>
                <w:noProof/>
                <w:sz w:val="15"/>
                <w:lang w:val="ro-RO"/>
              </w:rPr>
              <w:t>Legătura cu politica</w:t>
            </w:r>
          </w:p>
        </w:tc>
        <w:tc>
          <w:tcPr>
            <w:tcW w:w="7370" w:type="dxa"/>
            <w:shd w:val="clear" w:color="auto" w:fill="FAFAFA"/>
            <w:tcMar>
              <w:top w:w="75" w:type="dxa"/>
              <w:left w:w="85" w:type="dxa"/>
              <w:bottom w:w="75" w:type="dxa"/>
              <w:right w:w="85" w:type="dxa"/>
            </w:tcMar>
            <w:vAlign w:val="center"/>
          </w:tcPr>
          <w:p w14:paraId="7905AAD5" w14:textId="77777777" w:rsidR="00807297" w:rsidRPr="001A1B66" w:rsidRDefault="00000000">
            <w:pPr>
              <w:spacing w:after="0" w:line="240" w:lineRule="auto"/>
              <w:rPr>
                <w:noProof/>
                <w:lang w:val="ro-RO"/>
              </w:rPr>
            </w:pPr>
            <w:r w:rsidRPr="001A1B66">
              <w:rPr>
                <w:noProof/>
                <w:sz w:val="15"/>
                <w:lang w:val="ro-RO"/>
              </w:rPr>
              <w:t>Furnizarea de produse sigure, respectarea cerințelor legale și comunicarea corectă a alergenilor.</w:t>
            </w:r>
          </w:p>
        </w:tc>
      </w:tr>
      <w:tr w:rsidR="00807297" w:rsidRPr="001A1B66" w14:paraId="1E29F632" w14:textId="77777777">
        <w:trPr>
          <w:cantSplit/>
          <w:jc w:val="center"/>
        </w:trPr>
        <w:tc>
          <w:tcPr>
            <w:tcW w:w="2551" w:type="dxa"/>
            <w:shd w:val="clear" w:color="auto" w:fill="FFFFFF"/>
            <w:tcMar>
              <w:top w:w="75" w:type="dxa"/>
              <w:left w:w="85" w:type="dxa"/>
              <w:bottom w:w="75" w:type="dxa"/>
              <w:right w:w="85" w:type="dxa"/>
            </w:tcMar>
            <w:vAlign w:val="center"/>
          </w:tcPr>
          <w:p w14:paraId="2C03A4A4" w14:textId="77777777" w:rsidR="00807297" w:rsidRPr="001A1B66" w:rsidRDefault="00000000">
            <w:pPr>
              <w:spacing w:after="0" w:line="240" w:lineRule="auto"/>
              <w:rPr>
                <w:noProof/>
                <w:lang w:val="ro-RO"/>
              </w:rPr>
            </w:pPr>
            <w:r w:rsidRPr="001A1B66">
              <w:rPr>
                <w:noProof/>
                <w:sz w:val="15"/>
                <w:lang w:val="ro-RO"/>
              </w:rPr>
              <w:t>Responsabil</w:t>
            </w:r>
          </w:p>
        </w:tc>
        <w:tc>
          <w:tcPr>
            <w:tcW w:w="7370" w:type="dxa"/>
            <w:shd w:val="clear" w:color="auto" w:fill="FFFFFF"/>
            <w:tcMar>
              <w:top w:w="75" w:type="dxa"/>
              <w:left w:w="85" w:type="dxa"/>
              <w:bottom w:w="75" w:type="dxa"/>
              <w:right w:w="85" w:type="dxa"/>
            </w:tcMar>
            <w:vAlign w:val="center"/>
          </w:tcPr>
          <w:p w14:paraId="22CFEFA9" w14:textId="77777777" w:rsidR="00807297" w:rsidRPr="001A1B66" w:rsidRDefault="00000000">
            <w:pPr>
              <w:spacing w:after="0" w:line="240" w:lineRule="auto"/>
              <w:rPr>
                <w:noProof/>
                <w:lang w:val="ro-RO"/>
              </w:rPr>
            </w:pPr>
            <w:r w:rsidRPr="001A1B66">
              <w:rPr>
                <w:noProof/>
                <w:sz w:val="15"/>
                <w:lang w:val="ro-RO"/>
              </w:rPr>
              <w:t>Manager producție; coordonare tehnică: lider echipă siguranța alimentelor și sanitație.</w:t>
            </w:r>
          </w:p>
        </w:tc>
      </w:tr>
      <w:tr w:rsidR="00807297" w:rsidRPr="00696259" w14:paraId="04B0219B" w14:textId="77777777">
        <w:trPr>
          <w:cantSplit/>
          <w:jc w:val="center"/>
        </w:trPr>
        <w:tc>
          <w:tcPr>
            <w:tcW w:w="2551" w:type="dxa"/>
            <w:shd w:val="clear" w:color="auto" w:fill="FAFAFA"/>
            <w:tcMar>
              <w:top w:w="75" w:type="dxa"/>
              <w:left w:w="85" w:type="dxa"/>
              <w:bottom w:w="75" w:type="dxa"/>
              <w:right w:w="85" w:type="dxa"/>
            </w:tcMar>
            <w:vAlign w:val="center"/>
          </w:tcPr>
          <w:p w14:paraId="4AD6A0CC" w14:textId="77777777" w:rsidR="00807297" w:rsidRPr="001A1B66" w:rsidRDefault="00000000">
            <w:pPr>
              <w:spacing w:after="0" w:line="240" w:lineRule="auto"/>
              <w:rPr>
                <w:noProof/>
                <w:lang w:val="ro-RO"/>
              </w:rPr>
            </w:pPr>
            <w:r w:rsidRPr="001A1B66">
              <w:rPr>
                <w:noProof/>
                <w:sz w:val="15"/>
                <w:lang w:val="ro-RO"/>
              </w:rPr>
              <w:t>Criteriu nenegociabil</w:t>
            </w:r>
          </w:p>
        </w:tc>
        <w:tc>
          <w:tcPr>
            <w:tcW w:w="7370" w:type="dxa"/>
            <w:shd w:val="clear" w:color="auto" w:fill="FAFAFA"/>
            <w:tcMar>
              <w:top w:w="75" w:type="dxa"/>
              <w:left w:w="85" w:type="dxa"/>
              <w:bottom w:w="75" w:type="dxa"/>
              <w:right w:w="85" w:type="dxa"/>
            </w:tcMar>
            <w:vAlign w:val="center"/>
          </w:tcPr>
          <w:p w14:paraId="26E39AA3" w14:textId="77777777" w:rsidR="00807297" w:rsidRPr="001A1B66" w:rsidRDefault="00000000">
            <w:pPr>
              <w:spacing w:after="0" w:line="240" w:lineRule="auto"/>
              <w:rPr>
                <w:noProof/>
                <w:lang w:val="ro-RO"/>
              </w:rPr>
            </w:pPr>
            <w:r w:rsidRPr="001A1B66">
              <w:rPr>
                <w:noProof/>
                <w:sz w:val="15"/>
                <w:lang w:val="ro-RO"/>
              </w:rPr>
              <w:t>Produsul rămâne blocat până la rezultat acceptat și evaluarea abaterii; ținta managerială nu modifică criteriul de eliberare.</w:t>
            </w:r>
          </w:p>
        </w:tc>
      </w:tr>
    </w:tbl>
    <w:p w14:paraId="7405E83C" w14:textId="77777777" w:rsidR="00807297" w:rsidRPr="001A1B66" w:rsidRDefault="00807297">
      <w:pPr>
        <w:spacing w:after="20"/>
        <w:rPr>
          <w:noProof/>
          <w:lang w:val="ro-RO"/>
        </w:rPr>
      </w:pPr>
    </w:p>
    <w:p w14:paraId="21AB3717" w14:textId="77777777" w:rsidR="00807297" w:rsidRPr="001A1B66" w:rsidRDefault="00000000">
      <w:pPr>
        <w:pStyle w:val="Heading2"/>
        <w:rPr>
          <w:noProof/>
          <w:lang w:val="ro-RO"/>
        </w:rPr>
      </w:pPr>
      <w:r w:rsidRPr="001A1B66">
        <w:rPr>
          <w:noProof/>
          <w:lang w:val="ro-RO"/>
        </w:rPr>
        <w:t>B. Reguli de calcul și validare</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2551"/>
        <w:gridCol w:w="7370"/>
      </w:tblGrid>
      <w:tr w:rsidR="00807297" w:rsidRPr="001A1B66" w14:paraId="6EE3413F" w14:textId="77777777">
        <w:trPr>
          <w:tblHeader/>
          <w:jc w:val="center"/>
        </w:trPr>
        <w:tc>
          <w:tcPr>
            <w:tcW w:w="2551" w:type="dxa"/>
            <w:shd w:val="clear" w:color="auto" w:fill="D71920"/>
            <w:tcMar>
              <w:top w:w="75" w:type="dxa"/>
              <w:left w:w="85" w:type="dxa"/>
              <w:bottom w:w="75" w:type="dxa"/>
              <w:right w:w="85" w:type="dxa"/>
            </w:tcMar>
            <w:vAlign w:val="center"/>
          </w:tcPr>
          <w:p w14:paraId="406D3968" w14:textId="77777777" w:rsidR="00807297" w:rsidRPr="001A1B66" w:rsidRDefault="00000000">
            <w:pPr>
              <w:spacing w:after="0" w:line="240" w:lineRule="auto"/>
              <w:jc w:val="center"/>
              <w:rPr>
                <w:noProof/>
                <w:lang w:val="ro-RO"/>
              </w:rPr>
            </w:pPr>
            <w:r w:rsidRPr="001A1B66">
              <w:rPr>
                <w:b/>
                <w:noProof/>
                <w:color w:val="FFFFFF"/>
                <w:sz w:val="15"/>
                <w:lang w:val="ro-RO"/>
              </w:rPr>
              <w:t>ELEMENT</w:t>
            </w:r>
          </w:p>
        </w:tc>
        <w:tc>
          <w:tcPr>
            <w:tcW w:w="7370" w:type="dxa"/>
            <w:shd w:val="clear" w:color="auto" w:fill="D71920"/>
            <w:tcMar>
              <w:top w:w="75" w:type="dxa"/>
              <w:left w:w="85" w:type="dxa"/>
              <w:bottom w:w="75" w:type="dxa"/>
              <w:right w:w="85" w:type="dxa"/>
            </w:tcMar>
            <w:vAlign w:val="center"/>
          </w:tcPr>
          <w:p w14:paraId="394032A2" w14:textId="77777777" w:rsidR="00807297" w:rsidRPr="001A1B66" w:rsidRDefault="00000000">
            <w:pPr>
              <w:spacing w:after="0" w:line="240" w:lineRule="auto"/>
              <w:jc w:val="center"/>
              <w:rPr>
                <w:noProof/>
                <w:lang w:val="ro-RO"/>
              </w:rPr>
            </w:pPr>
            <w:r w:rsidRPr="001A1B66">
              <w:rPr>
                <w:b/>
                <w:noProof/>
                <w:color w:val="FFFFFF"/>
                <w:sz w:val="15"/>
                <w:lang w:val="ro-RO"/>
              </w:rPr>
              <w:t>DEFINIȚIE</w:t>
            </w:r>
          </w:p>
        </w:tc>
      </w:tr>
      <w:tr w:rsidR="00807297" w:rsidRPr="001A1B66" w14:paraId="4F4B7F82" w14:textId="77777777">
        <w:trPr>
          <w:cantSplit/>
          <w:jc w:val="center"/>
        </w:trPr>
        <w:tc>
          <w:tcPr>
            <w:tcW w:w="2551" w:type="dxa"/>
            <w:shd w:val="clear" w:color="auto" w:fill="FFFFFF"/>
            <w:tcMar>
              <w:top w:w="75" w:type="dxa"/>
              <w:left w:w="85" w:type="dxa"/>
              <w:bottom w:w="75" w:type="dxa"/>
              <w:right w:w="85" w:type="dxa"/>
            </w:tcMar>
            <w:vAlign w:val="center"/>
          </w:tcPr>
          <w:p w14:paraId="1F4B0A45" w14:textId="77777777" w:rsidR="00807297" w:rsidRPr="001A1B66" w:rsidRDefault="00000000">
            <w:pPr>
              <w:spacing w:after="0" w:line="240" w:lineRule="auto"/>
              <w:rPr>
                <w:noProof/>
                <w:lang w:val="ro-RO"/>
              </w:rPr>
            </w:pPr>
            <w:r w:rsidRPr="001A1B66">
              <w:rPr>
                <w:noProof/>
                <w:sz w:val="15"/>
                <w:lang w:val="ro-RO"/>
              </w:rPr>
              <w:t>KPI principal</w:t>
            </w:r>
          </w:p>
        </w:tc>
        <w:tc>
          <w:tcPr>
            <w:tcW w:w="7370" w:type="dxa"/>
            <w:shd w:val="clear" w:color="auto" w:fill="FFFFFF"/>
            <w:tcMar>
              <w:top w:w="75" w:type="dxa"/>
              <w:left w:w="85" w:type="dxa"/>
              <w:bottom w:w="75" w:type="dxa"/>
              <w:right w:w="85" w:type="dxa"/>
            </w:tcMar>
            <w:vAlign w:val="center"/>
          </w:tcPr>
          <w:p w14:paraId="1CD5C0A0" w14:textId="77777777" w:rsidR="00807297" w:rsidRPr="001A1B66" w:rsidRDefault="00000000">
            <w:pPr>
              <w:spacing w:after="0" w:line="240" w:lineRule="auto"/>
              <w:rPr>
                <w:noProof/>
                <w:lang w:val="ro-RO"/>
              </w:rPr>
            </w:pPr>
            <w:r w:rsidRPr="001A1B66">
              <w:rPr>
                <w:noProof/>
                <w:sz w:val="15"/>
                <w:lang w:val="ro-RO"/>
              </w:rPr>
              <w:t>Numărul schimbărilor cu verificare acceptată din prima / numărul total de schimbări eligibile x 100.</w:t>
            </w:r>
          </w:p>
        </w:tc>
      </w:tr>
      <w:tr w:rsidR="00807297" w:rsidRPr="00696259" w14:paraId="72739011" w14:textId="77777777">
        <w:trPr>
          <w:cantSplit/>
          <w:jc w:val="center"/>
        </w:trPr>
        <w:tc>
          <w:tcPr>
            <w:tcW w:w="2551" w:type="dxa"/>
            <w:shd w:val="clear" w:color="auto" w:fill="FAFAFA"/>
            <w:tcMar>
              <w:top w:w="75" w:type="dxa"/>
              <w:left w:w="85" w:type="dxa"/>
              <w:bottom w:w="75" w:type="dxa"/>
              <w:right w:w="85" w:type="dxa"/>
            </w:tcMar>
            <w:vAlign w:val="center"/>
          </w:tcPr>
          <w:p w14:paraId="1E677FB6" w14:textId="77777777" w:rsidR="00807297" w:rsidRPr="001A1B66" w:rsidRDefault="00000000">
            <w:pPr>
              <w:spacing w:after="0" w:line="240" w:lineRule="auto"/>
              <w:rPr>
                <w:noProof/>
                <w:lang w:val="ro-RO"/>
              </w:rPr>
            </w:pPr>
            <w:r w:rsidRPr="001A1B66">
              <w:rPr>
                <w:noProof/>
                <w:sz w:val="15"/>
                <w:lang w:val="ro-RO"/>
              </w:rPr>
              <w:t>Bază</w:t>
            </w:r>
          </w:p>
        </w:tc>
        <w:tc>
          <w:tcPr>
            <w:tcW w:w="7370" w:type="dxa"/>
            <w:shd w:val="clear" w:color="auto" w:fill="FAFAFA"/>
            <w:tcMar>
              <w:top w:w="75" w:type="dxa"/>
              <w:left w:w="85" w:type="dxa"/>
              <w:bottom w:w="75" w:type="dxa"/>
              <w:right w:w="85" w:type="dxa"/>
            </w:tcMar>
            <w:vAlign w:val="center"/>
          </w:tcPr>
          <w:p w14:paraId="039B28A9" w14:textId="77777777" w:rsidR="00807297" w:rsidRPr="001A1B66" w:rsidRDefault="00000000">
            <w:pPr>
              <w:spacing w:after="0" w:line="240" w:lineRule="auto"/>
              <w:rPr>
                <w:noProof/>
                <w:lang w:val="ro-RO"/>
              </w:rPr>
            </w:pPr>
            <w:r w:rsidRPr="001A1B66">
              <w:rPr>
                <w:noProof/>
                <w:sz w:val="15"/>
                <w:lang w:val="ro-RO"/>
              </w:rPr>
              <w:t>92,0% (460 din 500 schimbări), date 2026 validate prin registre și rezultate de testare.</w:t>
            </w:r>
          </w:p>
        </w:tc>
      </w:tr>
      <w:tr w:rsidR="00807297" w:rsidRPr="001A1B66" w14:paraId="44A500F1" w14:textId="77777777">
        <w:trPr>
          <w:cantSplit/>
          <w:jc w:val="center"/>
        </w:trPr>
        <w:tc>
          <w:tcPr>
            <w:tcW w:w="2551" w:type="dxa"/>
            <w:shd w:val="clear" w:color="auto" w:fill="FFFFFF"/>
            <w:tcMar>
              <w:top w:w="75" w:type="dxa"/>
              <w:left w:w="85" w:type="dxa"/>
              <w:bottom w:w="75" w:type="dxa"/>
              <w:right w:w="85" w:type="dxa"/>
            </w:tcMar>
            <w:vAlign w:val="center"/>
          </w:tcPr>
          <w:p w14:paraId="566AD09D" w14:textId="77777777" w:rsidR="00807297" w:rsidRPr="001A1B66" w:rsidRDefault="00000000">
            <w:pPr>
              <w:spacing w:after="0" w:line="240" w:lineRule="auto"/>
              <w:rPr>
                <w:noProof/>
                <w:lang w:val="ro-RO"/>
              </w:rPr>
            </w:pPr>
            <w:r w:rsidRPr="001A1B66">
              <w:rPr>
                <w:noProof/>
                <w:sz w:val="15"/>
                <w:lang w:val="ro-RO"/>
              </w:rPr>
              <w:t>Țintă</w:t>
            </w:r>
          </w:p>
        </w:tc>
        <w:tc>
          <w:tcPr>
            <w:tcW w:w="7370" w:type="dxa"/>
            <w:shd w:val="clear" w:color="auto" w:fill="FFFFFF"/>
            <w:tcMar>
              <w:top w:w="75" w:type="dxa"/>
              <w:left w:w="85" w:type="dxa"/>
              <w:bottom w:w="75" w:type="dxa"/>
              <w:right w:w="85" w:type="dxa"/>
            </w:tcMar>
            <w:vAlign w:val="center"/>
          </w:tcPr>
          <w:p w14:paraId="5AD1FB5D" w14:textId="77777777" w:rsidR="00807297" w:rsidRPr="001A1B66" w:rsidRDefault="00000000">
            <w:pPr>
              <w:spacing w:after="0" w:line="240" w:lineRule="auto"/>
              <w:rPr>
                <w:noProof/>
                <w:lang w:val="ro-RO"/>
              </w:rPr>
            </w:pPr>
            <w:r w:rsidRPr="001A1B66">
              <w:rPr>
                <w:noProof/>
                <w:sz w:val="15"/>
                <w:lang w:val="ro-RO"/>
              </w:rPr>
              <w:t>Minimum 99,5% lunar în T4 2027; zero eliberări fără verificare acceptată.</w:t>
            </w:r>
          </w:p>
        </w:tc>
      </w:tr>
      <w:tr w:rsidR="00807297" w:rsidRPr="00696259" w14:paraId="6999DD3B" w14:textId="77777777">
        <w:trPr>
          <w:cantSplit/>
          <w:jc w:val="center"/>
        </w:trPr>
        <w:tc>
          <w:tcPr>
            <w:tcW w:w="2551" w:type="dxa"/>
            <w:shd w:val="clear" w:color="auto" w:fill="FAFAFA"/>
            <w:tcMar>
              <w:top w:w="75" w:type="dxa"/>
              <w:left w:w="85" w:type="dxa"/>
              <w:bottom w:w="75" w:type="dxa"/>
              <w:right w:w="85" w:type="dxa"/>
            </w:tcMar>
            <w:vAlign w:val="center"/>
          </w:tcPr>
          <w:p w14:paraId="0921F572" w14:textId="77777777" w:rsidR="00807297" w:rsidRPr="001A1B66" w:rsidRDefault="00000000">
            <w:pPr>
              <w:spacing w:after="0" w:line="240" w:lineRule="auto"/>
              <w:rPr>
                <w:noProof/>
                <w:lang w:val="ro-RO"/>
              </w:rPr>
            </w:pPr>
            <w:r w:rsidRPr="001A1B66">
              <w:rPr>
                <w:noProof/>
                <w:sz w:val="15"/>
                <w:lang w:val="ro-RO"/>
              </w:rPr>
              <w:t>Indicatori preventivi</w:t>
            </w:r>
          </w:p>
        </w:tc>
        <w:tc>
          <w:tcPr>
            <w:tcW w:w="7370" w:type="dxa"/>
            <w:shd w:val="clear" w:color="auto" w:fill="FAFAFA"/>
            <w:tcMar>
              <w:top w:w="75" w:type="dxa"/>
              <w:left w:w="85" w:type="dxa"/>
              <w:bottom w:w="75" w:type="dxa"/>
              <w:right w:w="85" w:type="dxa"/>
            </w:tcMar>
            <w:vAlign w:val="center"/>
          </w:tcPr>
          <w:p w14:paraId="76D1CC5C" w14:textId="77777777" w:rsidR="00807297" w:rsidRPr="001A1B66" w:rsidRDefault="00000000">
            <w:pPr>
              <w:spacing w:after="0" w:line="240" w:lineRule="auto"/>
              <w:rPr>
                <w:noProof/>
                <w:lang w:val="ro-RO"/>
              </w:rPr>
            </w:pPr>
            <w:r w:rsidRPr="001A1B66">
              <w:rPr>
                <w:noProof/>
                <w:sz w:val="15"/>
                <w:lang w:val="ro-RO"/>
              </w:rPr>
              <w:t>Respectarea secvenței; concentrație / timp; inspecții preoperaționale; competență practică; mentenanța zonelor greu accesibile.</w:t>
            </w:r>
          </w:p>
        </w:tc>
      </w:tr>
      <w:tr w:rsidR="00807297" w:rsidRPr="001A1B66" w14:paraId="61570AE7" w14:textId="77777777">
        <w:trPr>
          <w:cantSplit/>
          <w:jc w:val="center"/>
        </w:trPr>
        <w:tc>
          <w:tcPr>
            <w:tcW w:w="2551" w:type="dxa"/>
            <w:shd w:val="clear" w:color="auto" w:fill="FFFFFF"/>
            <w:tcMar>
              <w:top w:w="75" w:type="dxa"/>
              <w:left w:w="85" w:type="dxa"/>
              <w:bottom w:w="75" w:type="dxa"/>
              <w:right w:w="85" w:type="dxa"/>
            </w:tcMar>
            <w:vAlign w:val="center"/>
          </w:tcPr>
          <w:p w14:paraId="4EC90B5B" w14:textId="77777777" w:rsidR="00807297" w:rsidRPr="001A1B66" w:rsidRDefault="00000000">
            <w:pPr>
              <w:spacing w:after="0" w:line="240" w:lineRule="auto"/>
              <w:rPr>
                <w:noProof/>
                <w:lang w:val="ro-RO"/>
              </w:rPr>
            </w:pPr>
            <w:r w:rsidRPr="001A1B66">
              <w:rPr>
                <w:noProof/>
                <w:sz w:val="15"/>
                <w:lang w:val="ro-RO"/>
              </w:rPr>
              <w:t>Indicatori de rezultat</w:t>
            </w:r>
          </w:p>
        </w:tc>
        <w:tc>
          <w:tcPr>
            <w:tcW w:w="7370" w:type="dxa"/>
            <w:shd w:val="clear" w:color="auto" w:fill="FFFFFF"/>
            <w:tcMar>
              <w:top w:w="75" w:type="dxa"/>
              <w:left w:w="85" w:type="dxa"/>
              <w:bottom w:w="75" w:type="dxa"/>
              <w:right w:w="85" w:type="dxa"/>
            </w:tcMar>
            <w:vAlign w:val="center"/>
          </w:tcPr>
          <w:p w14:paraId="11C5839E" w14:textId="77777777" w:rsidR="00807297" w:rsidRPr="001A1B66" w:rsidRDefault="00000000">
            <w:pPr>
              <w:spacing w:after="0" w:line="240" w:lineRule="auto"/>
              <w:rPr>
                <w:noProof/>
                <w:lang w:val="ro-RO"/>
              </w:rPr>
            </w:pPr>
            <w:r w:rsidRPr="001A1B66">
              <w:rPr>
                <w:noProof/>
                <w:sz w:val="15"/>
                <w:lang w:val="ro-RO"/>
              </w:rPr>
              <w:t>Rezultate neacceptate, produs blocat, investigații, reclamații confirmate și recurență după acțiuni.</w:t>
            </w:r>
          </w:p>
        </w:tc>
      </w:tr>
      <w:tr w:rsidR="00807297" w:rsidRPr="001A1B66" w14:paraId="41DEA67A" w14:textId="77777777">
        <w:trPr>
          <w:cantSplit/>
          <w:jc w:val="center"/>
        </w:trPr>
        <w:tc>
          <w:tcPr>
            <w:tcW w:w="2551" w:type="dxa"/>
            <w:shd w:val="clear" w:color="auto" w:fill="FAFAFA"/>
            <w:tcMar>
              <w:top w:w="75" w:type="dxa"/>
              <w:left w:w="85" w:type="dxa"/>
              <w:bottom w:w="75" w:type="dxa"/>
              <w:right w:w="85" w:type="dxa"/>
            </w:tcMar>
            <w:vAlign w:val="center"/>
          </w:tcPr>
          <w:p w14:paraId="634A3D32" w14:textId="77777777" w:rsidR="00807297" w:rsidRPr="001A1B66" w:rsidRDefault="00000000">
            <w:pPr>
              <w:spacing w:after="0" w:line="240" w:lineRule="auto"/>
              <w:rPr>
                <w:noProof/>
                <w:lang w:val="ro-RO"/>
              </w:rPr>
            </w:pPr>
            <w:r w:rsidRPr="001A1B66">
              <w:rPr>
                <w:noProof/>
                <w:sz w:val="15"/>
                <w:lang w:val="ro-RO"/>
              </w:rPr>
              <w:t>Validare / verificare</w:t>
            </w:r>
          </w:p>
        </w:tc>
        <w:tc>
          <w:tcPr>
            <w:tcW w:w="7370" w:type="dxa"/>
            <w:shd w:val="clear" w:color="auto" w:fill="FAFAFA"/>
            <w:tcMar>
              <w:top w:w="75" w:type="dxa"/>
              <w:left w:w="85" w:type="dxa"/>
              <w:bottom w:w="75" w:type="dxa"/>
              <w:right w:w="85" w:type="dxa"/>
            </w:tcMar>
            <w:vAlign w:val="center"/>
          </w:tcPr>
          <w:p w14:paraId="321A9BFA" w14:textId="77777777" w:rsidR="00807297" w:rsidRPr="001A1B66" w:rsidRDefault="00000000">
            <w:pPr>
              <w:spacing w:after="0" w:line="240" w:lineRule="auto"/>
              <w:rPr>
                <w:noProof/>
                <w:lang w:val="ro-RO"/>
              </w:rPr>
            </w:pPr>
            <w:r w:rsidRPr="001A1B66">
              <w:rPr>
                <w:noProof/>
                <w:sz w:val="15"/>
                <w:lang w:val="ro-RO"/>
              </w:rPr>
              <w:t>Revalidarea metodei după modificări și verificarea statistică a rezultatelor pe linie, schimb și produs.</w:t>
            </w:r>
          </w:p>
        </w:tc>
      </w:tr>
      <w:tr w:rsidR="00807297" w:rsidRPr="00696259" w14:paraId="3CADE45A" w14:textId="77777777">
        <w:trPr>
          <w:cantSplit/>
          <w:jc w:val="center"/>
        </w:trPr>
        <w:tc>
          <w:tcPr>
            <w:tcW w:w="2551" w:type="dxa"/>
            <w:shd w:val="clear" w:color="auto" w:fill="FFFFFF"/>
            <w:tcMar>
              <w:top w:w="75" w:type="dxa"/>
              <w:left w:w="85" w:type="dxa"/>
              <w:bottom w:w="75" w:type="dxa"/>
              <w:right w:w="85" w:type="dxa"/>
            </w:tcMar>
            <w:vAlign w:val="center"/>
          </w:tcPr>
          <w:p w14:paraId="15A57C4D" w14:textId="77777777" w:rsidR="00807297" w:rsidRPr="001A1B66" w:rsidRDefault="00000000">
            <w:pPr>
              <w:spacing w:after="0" w:line="240" w:lineRule="auto"/>
              <w:rPr>
                <w:noProof/>
                <w:lang w:val="ro-RO"/>
              </w:rPr>
            </w:pPr>
            <w:r w:rsidRPr="001A1B66">
              <w:rPr>
                <w:noProof/>
                <w:sz w:val="15"/>
                <w:lang w:val="ro-RO"/>
              </w:rPr>
              <w:t>Reguli date</w:t>
            </w:r>
          </w:p>
        </w:tc>
        <w:tc>
          <w:tcPr>
            <w:tcW w:w="7370" w:type="dxa"/>
            <w:shd w:val="clear" w:color="auto" w:fill="FFFFFF"/>
            <w:tcMar>
              <w:top w:w="75" w:type="dxa"/>
              <w:left w:w="85" w:type="dxa"/>
              <w:bottom w:w="75" w:type="dxa"/>
              <w:right w:w="85" w:type="dxa"/>
            </w:tcMar>
            <w:vAlign w:val="center"/>
          </w:tcPr>
          <w:p w14:paraId="089E519F" w14:textId="77777777" w:rsidR="00807297" w:rsidRPr="001A1B66" w:rsidRDefault="00000000">
            <w:pPr>
              <w:spacing w:after="0" w:line="240" w:lineRule="auto"/>
              <w:rPr>
                <w:noProof/>
                <w:lang w:val="ro-RO"/>
              </w:rPr>
            </w:pPr>
            <w:r w:rsidRPr="001A1B66">
              <w:rPr>
                <w:noProof/>
                <w:sz w:val="15"/>
                <w:lang w:val="ro-RO"/>
              </w:rPr>
              <w:t>Repetările nu înlocuiesc rezultatul inițial; toate schimbările eligibile și rezultatele neacceptate rămân în numitor și în analiză.</w:t>
            </w:r>
          </w:p>
        </w:tc>
      </w:tr>
    </w:tbl>
    <w:p w14:paraId="761E353F" w14:textId="77777777" w:rsidR="00807297" w:rsidRPr="001A1B66" w:rsidRDefault="00807297">
      <w:pPr>
        <w:spacing w:after="20"/>
        <w:rPr>
          <w:noProof/>
          <w:lang w:val="ro-RO"/>
        </w:rPr>
      </w:pPr>
    </w:p>
    <w:p w14:paraId="7FEDA8F2" w14:textId="77777777" w:rsidR="00807297" w:rsidRPr="001A1B66" w:rsidRDefault="00000000">
      <w:pPr>
        <w:rPr>
          <w:noProof/>
          <w:lang w:val="ro-RO"/>
        </w:rPr>
      </w:pPr>
      <w:r w:rsidRPr="001A1B66">
        <w:rPr>
          <w:noProof/>
          <w:lang w:val="ro-RO"/>
        </w:rPr>
        <w:br w:type="page"/>
      </w:r>
    </w:p>
    <w:p w14:paraId="5B773DE1" w14:textId="77777777" w:rsidR="00807297" w:rsidRPr="001A1B66" w:rsidRDefault="00000000">
      <w:pPr>
        <w:pStyle w:val="Heading2"/>
        <w:rPr>
          <w:noProof/>
          <w:lang w:val="ro-RO"/>
        </w:rPr>
      </w:pPr>
      <w:r w:rsidRPr="001A1B66">
        <w:rPr>
          <w:noProof/>
          <w:lang w:val="ro-RO"/>
        </w:rPr>
        <w:lastRenderedPageBreak/>
        <w:t>C. Plan de acțiuni</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510"/>
        <w:gridCol w:w="4082"/>
        <w:gridCol w:w="1474"/>
        <w:gridCol w:w="1247"/>
        <w:gridCol w:w="2608"/>
      </w:tblGrid>
      <w:tr w:rsidR="00807297" w:rsidRPr="001A1B66" w14:paraId="6AED3C79" w14:textId="77777777">
        <w:trPr>
          <w:tblHeader/>
          <w:jc w:val="center"/>
        </w:trPr>
        <w:tc>
          <w:tcPr>
            <w:tcW w:w="510" w:type="dxa"/>
            <w:shd w:val="clear" w:color="auto" w:fill="D71920"/>
            <w:tcMar>
              <w:top w:w="75" w:type="dxa"/>
              <w:left w:w="85" w:type="dxa"/>
              <w:bottom w:w="75" w:type="dxa"/>
              <w:right w:w="85" w:type="dxa"/>
            </w:tcMar>
            <w:vAlign w:val="center"/>
          </w:tcPr>
          <w:p w14:paraId="088DC539" w14:textId="77777777" w:rsidR="00807297" w:rsidRPr="001A1B66" w:rsidRDefault="00000000">
            <w:pPr>
              <w:spacing w:after="0" w:line="240" w:lineRule="auto"/>
              <w:jc w:val="center"/>
              <w:rPr>
                <w:noProof/>
                <w:lang w:val="ro-RO"/>
              </w:rPr>
            </w:pPr>
            <w:r w:rsidRPr="001A1B66">
              <w:rPr>
                <w:b/>
                <w:noProof/>
                <w:color w:val="FFFFFF"/>
                <w:sz w:val="14"/>
                <w:lang w:val="ro-RO"/>
              </w:rPr>
              <w:t>#</w:t>
            </w:r>
          </w:p>
        </w:tc>
        <w:tc>
          <w:tcPr>
            <w:tcW w:w="4082" w:type="dxa"/>
            <w:shd w:val="clear" w:color="auto" w:fill="D71920"/>
            <w:tcMar>
              <w:top w:w="75" w:type="dxa"/>
              <w:left w:w="85" w:type="dxa"/>
              <w:bottom w:w="75" w:type="dxa"/>
              <w:right w:w="85" w:type="dxa"/>
            </w:tcMar>
            <w:vAlign w:val="center"/>
          </w:tcPr>
          <w:p w14:paraId="41D3BF13" w14:textId="77777777" w:rsidR="00807297" w:rsidRPr="001A1B66" w:rsidRDefault="00000000">
            <w:pPr>
              <w:spacing w:after="0" w:line="240" w:lineRule="auto"/>
              <w:jc w:val="center"/>
              <w:rPr>
                <w:noProof/>
                <w:lang w:val="ro-RO"/>
              </w:rPr>
            </w:pPr>
            <w:r w:rsidRPr="001A1B66">
              <w:rPr>
                <w:b/>
                <w:noProof/>
                <w:color w:val="FFFFFF"/>
                <w:sz w:val="14"/>
                <w:lang w:val="ro-RO"/>
              </w:rPr>
              <w:t>ACȚIUNE</w:t>
            </w:r>
          </w:p>
        </w:tc>
        <w:tc>
          <w:tcPr>
            <w:tcW w:w="1474" w:type="dxa"/>
            <w:shd w:val="clear" w:color="auto" w:fill="D71920"/>
            <w:tcMar>
              <w:top w:w="75" w:type="dxa"/>
              <w:left w:w="85" w:type="dxa"/>
              <w:bottom w:w="75" w:type="dxa"/>
              <w:right w:w="85" w:type="dxa"/>
            </w:tcMar>
            <w:vAlign w:val="center"/>
          </w:tcPr>
          <w:p w14:paraId="73560B8C" w14:textId="77777777" w:rsidR="00807297" w:rsidRPr="001A1B66" w:rsidRDefault="00000000">
            <w:pPr>
              <w:spacing w:after="0" w:line="240" w:lineRule="auto"/>
              <w:jc w:val="center"/>
              <w:rPr>
                <w:noProof/>
                <w:lang w:val="ro-RO"/>
              </w:rPr>
            </w:pPr>
            <w:r w:rsidRPr="001A1B66">
              <w:rPr>
                <w:b/>
                <w:noProof/>
                <w:color w:val="FFFFFF"/>
                <w:sz w:val="14"/>
                <w:lang w:val="ro-RO"/>
              </w:rPr>
              <w:t>RESP.</w:t>
            </w:r>
          </w:p>
        </w:tc>
        <w:tc>
          <w:tcPr>
            <w:tcW w:w="1247" w:type="dxa"/>
            <w:shd w:val="clear" w:color="auto" w:fill="D71920"/>
            <w:tcMar>
              <w:top w:w="75" w:type="dxa"/>
              <w:left w:w="85" w:type="dxa"/>
              <w:bottom w:w="75" w:type="dxa"/>
              <w:right w:w="85" w:type="dxa"/>
            </w:tcMar>
            <w:vAlign w:val="center"/>
          </w:tcPr>
          <w:p w14:paraId="4705FD49" w14:textId="77777777" w:rsidR="00807297" w:rsidRPr="001A1B66" w:rsidRDefault="00000000">
            <w:pPr>
              <w:spacing w:after="0" w:line="240" w:lineRule="auto"/>
              <w:jc w:val="center"/>
              <w:rPr>
                <w:noProof/>
                <w:lang w:val="ro-RO"/>
              </w:rPr>
            </w:pPr>
            <w:r w:rsidRPr="001A1B66">
              <w:rPr>
                <w:b/>
                <w:noProof/>
                <w:color w:val="FFFFFF"/>
                <w:sz w:val="14"/>
                <w:lang w:val="ro-RO"/>
              </w:rPr>
              <w:t>TERMEN</w:t>
            </w:r>
          </w:p>
        </w:tc>
        <w:tc>
          <w:tcPr>
            <w:tcW w:w="2608" w:type="dxa"/>
            <w:shd w:val="clear" w:color="auto" w:fill="D71920"/>
            <w:tcMar>
              <w:top w:w="75" w:type="dxa"/>
              <w:left w:w="85" w:type="dxa"/>
              <w:bottom w:w="75" w:type="dxa"/>
              <w:right w:w="85" w:type="dxa"/>
            </w:tcMar>
            <w:vAlign w:val="center"/>
          </w:tcPr>
          <w:p w14:paraId="4BD2A413" w14:textId="77777777" w:rsidR="00807297" w:rsidRPr="001A1B66" w:rsidRDefault="00000000">
            <w:pPr>
              <w:spacing w:after="0" w:line="240" w:lineRule="auto"/>
              <w:jc w:val="center"/>
              <w:rPr>
                <w:noProof/>
                <w:lang w:val="ro-RO"/>
              </w:rPr>
            </w:pPr>
            <w:r w:rsidRPr="001A1B66">
              <w:rPr>
                <w:b/>
                <w:noProof/>
                <w:color w:val="FFFFFF"/>
                <w:sz w:val="14"/>
                <w:lang w:val="ro-RO"/>
              </w:rPr>
              <w:t>DOVADĂ / CRITERIU</w:t>
            </w:r>
          </w:p>
        </w:tc>
      </w:tr>
      <w:tr w:rsidR="00807297" w:rsidRPr="001A1B66" w14:paraId="37B55302" w14:textId="77777777">
        <w:trPr>
          <w:cantSplit/>
          <w:jc w:val="center"/>
        </w:trPr>
        <w:tc>
          <w:tcPr>
            <w:tcW w:w="510" w:type="dxa"/>
            <w:shd w:val="clear" w:color="auto" w:fill="FFFFFF"/>
            <w:tcMar>
              <w:top w:w="75" w:type="dxa"/>
              <w:left w:w="85" w:type="dxa"/>
              <w:bottom w:w="75" w:type="dxa"/>
              <w:right w:w="85" w:type="dxa"/>
            </w:tcMar>
            <w:vAlign w:val="center"/>
          </w:tcPr>
          <w:p w14:paraId="2A35EA6A" w14:textId="77777777" w:rsidR="00807297" w:rsidRPr="001A1B66" w:rsidRDefault="00000000">
            <w:pPr>
              <w:spacing w:after="0" w:line="240" w:lineRule="auto"/>
              <w:jc w:val="center"/>
              <w:rPr>
                <w:noProof/>
                <w:lang w:val="ro-RO"/>
              </w:rPr>
            </w:pPr>
            <w:r w:rsidRPr="001A1B66">
              <w:rPr>
                <w:noProof/>
                <w:sz w:val="14"/>
                <w:lang w:val="ro-RO"/>
              </w:rPr>
              <w:t>1</w:t>
            </w:r>
          </w:p>
        </w:tc>
        <w:tc>
          <w:tcPr>
            <w:tcW w:w="4082" w:type="dxa"/>
            <w:shd w:val="clear" w:color="auto" w:fill="FFFFFF"/>
            <w:tcMar>
              <w:top w:w="75" w:type="dxa"/>
              <w:left w:w="85" w:type="dxa"/>
              <w:bottom w:w="75" w:type="dxa"/>
              <w:right w:w="85" w:type="dxa"/>
            </w:tcMar>
            <w:vAlign w:val="center"/>
          </w:tcPr>
          <w:p w14:paraId="716EB31B" w14:textId="77777777" w:rsidR="00807297" w:rsidRPr="001A1B66" w:rsidRDefault="00000000">
            <w:pPr>
              <w:spacing w:after="0" w:line="240" w:lineRule="auto"/>
              <w:rPr>
                <w:noProof/>
                <w:lang w:val="ro-RO"/>
              </w:rPr>
            </w:pPr>
            <w:r w:rsidRPr="001A1B66">
              <w:rPr>
                <w:noProof/>
                <w:sz w:val="14"/>
                <w:lang w:val="ro-RO"/>
              </w:rPr>
              <w:t>Analiza Pareto a rezultatelor neacceptate pe linie, zonă, produs și schimb.</w:t>
            </w:r>
          </w:p>
        </w:tc>
        <w:tc>
          <w:tcPr>
            <w:tcW w:w="1474" w:type="dxa"/>
            <w:shd w:val="clear" w:color="auto" w:fill="FFFFFF"/>
            <w:tcMar>
              <w:top w:w="75" w:type="dxa"/>
              <w:left w:w="85" w:type="dxa"/>
              <w:bottom w:w="75" w:type="dxa"/>
              <w:right w:w="85" w:type="dxa"/>
            </w:tcMar>
            <w:vAlign w:val="center"/>
          </w:tcPr>
          <w:p w14:paraId="3EDA0167" w14:textId="77777777" w:rsidR="00807297" w:rsidRPr="001A1B66" w:rsidRDefault="00000000">
            <w:pPr>
              <w:spacing w:after="0" w:line="240" w:lineRule="auto"/>
              <w:rPr>
                <w:noProof/>
                <w:lang w:val="ro-RO"/>
              </w:rPr>
            </w:pPr>
            <w:r w:rsidRPr="001A1B66">
              <w:rPr>
                <w:noProof/>
                <w:sz w:val="14"/>
                <w:lang w:val="ro-RO"/>
              </w:rPr>
              <w:t>Echipa SMSA</w:t>
            </w:r>
          </w:p>
        </w:tc>
        <w:tc>
          <w:tcPr>
            <w:tcW w:w="1247" w:type="dxa"/>
            <w:shd w:val="clear" w:color="auto" w:fill="FFFFFF"/>
            <w:tcMar>
              <w:top w:w="75" w:type="dxa"/>
              <w:left w:w="85" w:type="dxa"/>
              <w:bottom w:w="75" w:type="dxa"/>
              <w:right w:w="85" w:type="dxa"/>
            </w:tcMar>
            <w:vAlign w:val="center"/>
          </w:tcPr>
          <w:p w14:paraId="4C74AA27" w14:textId="77777777" w:rsidR="00807297" w:rsidRPr="001A1B66" w:rsidRDefault="00000000">
            <w:pPr>
              <w:spacing w:after="0" w:line="240" w:lineRule="auto"/>
              <w:rPr>
                <w:noProof/>
                <w:lang w:val="ro-RO"/>
              </w:rPr>
            </w:pPr>
            <w:r w:rsidRPr="001A1B66">
              <w:rPr>
                <w:noProof/>
                <w:sz w:val="14"/>
                <w:lang w:val="ro-RO"/>
              </w:rPr>
              <w:t>15.02.2027</w:t>
            </w:r>
          </w:p>
        </w:tc>
        <w:tc>
          <w:tcPr>
            <w:tcW w:w="2608" w:type="dxa"/>
            <w:shd w:val="clear" w:color="auto" w:fill="FFFFFF"/>
            <w:tcMar>
              <w:top w:w="75" w:type="dxa"/>
              <w:left w:w="85" w:type="dxa"/>
              <w:bottom w:w="75" w:type="dxa"/>
              <w:right w:w="85" w:type="dxa"/>
            </w:tcMar>
            <w:vAlign w:val="center"/>
          </w:tcPr>
          <w:p w14:paraId="32B07CED" w14:textId="77777777" w:rsidR="00807297" w:rsidRPr="001A1B66" w:rsidRDefault="00000000">
            <w:pPr>
              <w:spacing w:after="0" w:line="240" w:lineRule="auto"/>
              <w:rPr>
                <w:noProof/>
                <w:lang w:val="ro-RO"/>
              </w:rPr>
            </w:pPr>
            <w:r w:rsidRPr="001A1B66">
              <w:rPr>
                <w:noProof/>
                <w:sz w:val="14"/>
                <w:lang w:val="ro-RO"/>
              </w:rPr>
              <w:t>Cauze prioritare validate în teren.</w:t>
            </w:r>
          </w:p>
        </w:tc>
      </w:tr>
      <w:tr w:rsidR="00807297" w:rsidRPr="001A1B66" w14:paraId="0A0C8534" w14:textId="77777777">
        <w:trPr>
          <w:cantSplit/>
          <w:jc w:val="center"/>
        </w:trPr>
        <w:tc>
          <w:tcPr>
            <w:tcW w:w="510" w:type="dxa"/>
            <w:shd w:val="clear" w:color="auto" w:fill="FAFAFA"/>
            <w:tcMar>
              <w:top w:w="75" w:type="dxa"/>
              <w:left w:w="85" w:type="dxa"/>
              <w:bottom w:w="75" w:type="dxa"/>
              <w:right w:w="85" w:type="dxa"/>
            </w:tcMar>
            <w:vAlign w:val="center"/>
          </w:tcPr>
          <w:p w14:paraId="423E556F" w14:textId="77777777" w:rsidR="00807297" w:rsidRPr="001A1B66" w:rsidRDefault="00000000">
            <w:pPr>
              <w:spacing w:after="0" w:line="240" w:lineRule="auto"/>
              <w:jc w:val="center"/>
              <w:rPr>
                <w:noProof/>
                <w:lang w:val="ro-RO"/>
              </w:rPr>
            </w:pPr>
            <w:r w:rsidRPr="001A1B66">
              <w:rPr>
                <w:noProof/>
                <w:sz w:val="14"/>
                <w:lang w:val="ro-RO"/>
              </w:rPr>
              <w:t>2</w:t>
            </w:r>
          </w:p>
        </w:tc>
        <w:tc>
          <w:tcPr>
            <w:tcW w:w="4082" w:type="dxa"/>
            <w:shd w:val="clear" w:color="auto" w:fill="FAFAFA"/>
            <w:tcMar>
              <w:top w:w="75" w:type="dxa"/>
              <w:left w:w="85" w:type="dxa"/>
              <w:bottom w:w="75" w:type="dxa"/>
              <w:right w:w="85" w:type="dxa"/>
            </w:tcMar>
            <w:vAlign w:val="center"/>
          </w:tcPr>
          <w:p w14:paraId="6C6057C4" w14:textId="77777777" w:rsidR="00807297" w:rsidRPr="001A1B66" w:rsidRDefault="00000000">
            <w:pPr>
              <w:spacing w:after="0" w:line="240" w:lineRule="auto"/>
              <w:rPr>
                <w:noProof/>
                <w:lang w:val="ro-RO"/>
              </w:rPr>
            </w:pPr>
            <w:r w:rsidRPr="001A1B66">
              <w:rPr>
                <w:noProof/>
                <w:sz w:val="14"/>
                <w:lang w:val="ro-RO"/>
              </w:rPr>
              <w:t>Modificarea elementelor greu accesibile și standardizarea demontării.</w:t>
            </w:r>
          </w:p>
        </w:tc>
        <w:tc>
          <w:tcPr>
            <w:tcW w:w="1474" w:type="dxa"/>
            <w:shd w:val="clear" w:color="auto" w:fill="FAFAFA"/>
            <w:tcMar>
              <w:top w:w="75" w:type="dxa"/>
              <w:left w:w="85" w:type="dxa"/>
              <w:bottom w:w="75" w:type="dxa"/>
              <w:right w:w="85" w:type="dxa"/>
            </w:tcMar>
            <w:vAlign w:val="center"/>
          </w:tcPr>
          <w:p w14:paraId="4713EF3E" w14:textId="77777777" w:rsidR="00807297" w:rsidRPr="001A1B66" w:rsidRDefault="00000000">
            <w:pPr>
              <w:spacing w:after="0" w:line="240" w:lineRule="auto"/>
              <w:rPr>
                <w:noProof/>
                <w:lang w:val="ro-RO"/>
              </w:rPr>
            </w:pPr>
            <w:r w:rsidRPr="001A1B66">
              <w:rPr>
                <w:noProof/>
                <w:sz w:val="14"/>
                <w:lang w:val="ro-RO"/>
              </w:rPr>
              <w:t>Inginerie</w:t>
            </w:r>
          </w:p>
        </w:tc>
        <w:tc>
          <w:tcPr>
            <w:tcW w:w="1247" w:type="dxa"/>
            <w:shd w:val="clear" w:color="auto" w:fill="FAFAFA"/>
            <w:tcMar>
              <w:top w:w="75" w:type="dxa"/>
              <w:left w:w="85" w:type="dxa"/>
              <w:bottom w:w="75" w:type="dxa"/>
              <w:right w:w="85" w:type="dxa"/>
            </w:tcMar>
            <w:vAlign w:val="center"/>
          </w:tcPr>
          <w:p w14:paraId="62CDECDF" w14:textId="77777777" w:rsidR="00807297" w:rsidRPr="001A1B66" w:rsidRDefault="00000000">
            <w:pPr>
              <w:spacing w:after="0" w:line="240" w:lineRule="auto"/>
              <w:rPr>
                <w:noProof/>
                <w:lang w:val="ro-RO"/>
              </w:rPr>
            </w:pPr>
            <w:r w:rsidRPr="001A1B66">
              <w:rPr>
                <w:noProof/>
                <w:sz w:val="14"/>
                <w:lang w:val="ro-RO"/>
              </w:rPr>
              <w:t>31.03.2027</w:t>
            </w:r>
          </w:p>
        </w:tc>
        <w:tc>
          <w:tcPr>
            <w:tcW w:w="2608" w:type="dxa"/>
            <w:shd w:val="clear" w:color="auto" w:fill="FAFAFA"/>
            <w:tcMar>
              <w:top w:w="75" w:type="dxa"/>
              <w:left w:w="85" w:type="dxa"/>
              <w:bottom w:w="75" w:type="dxa"/>
              <w:right w:w="85" w:type="dxa"/>
            </w:tcMar>
            <w:vAlign w:val="center"/>
          </w:tcPr>
          <w:p w14:paraId="11050E91" w14:textId="77777777" w:rsidR="00807297" w:rsidRPr="001A1B66" w:rsidRDefault="00000000">
            <w:pPr>
              <w:spacing w:after="0" w:line="240" w:lineRule="auto"/>
              <w:rPr>
                <w:noProof/>
                <w:lang w:val="ro-RO"/>
              </w:rPr>
            </w:pPr>
            <w:r w:rsidRPr="001A1B66">
              <w:rPr>
                <w:noProof/>
                <w:sz w:val="14"/>
                <w:lang w:val="ro-RO"/>
              </w:rPr>
              <w:t>Modificări acceptate și evaluate igienic.</w:t>
            </w:r>
          </w:p>
        </w:tc>
      </w:tr>
      <w:tr w:rsidR="00807297" w:rsidRPr="00696259" w14:paraId="49D12237" w14:textId="77777777">
        <w:trPr>
          <w:cantSplit/>
          <w:jc w:val="center"/>
        </w:trPr>
        <w:tc>
          <w:tcPr>
            <w:tcW w:w="510" w:type="dxa"/>
            <w:shd w:val="clear" w:color="auto" w:fill="FFFFFF"/>
            <w:tcMar>
              <w:top w:w="75" w:type="dxa"/>
              <w:left w:w="85" w:type="dxa"/>
              <w:bottom w:w="75" w:type="dxa"/>
              <w:right w:w="85" w:type="dxa"/>
            </w:tcMar>
            <w:vAlign w:val="center"/>
          </w:tcPr>
          <w:p w14:paraId="1D5EDC08" w14:textId="77777777" w:rsidR="00807297" w:rsidRPr="001A1B66" w:rsidRDefault="00000000">
            <w:pPr>
              <w:spacing w:after="0" w:line="240" w:lineRule="auto"/>
              <w:jc w:val="center"/>
              <w:rPr>
                <w:noProof/>
                <w:lang w:val="ro-RO"/>
              </w:rPr>
            </w:pPr>
            <w:r w:rsidRPr="001A1B66">
              <w:rPr>
                <w:noProof/>
                <w:sz w:val="14"/>
                <w:lang w:val="ro-RO"/>
              </w:rPr>
              <w:t>3</w:t>
            </w:r>
          </w:p>
        </w:tc>
        <w:tc>
          <w:tcPr>
            <w:tcW w:w="4082" w:type="dxa"/>
            <w:shd w:val="clear" w:color="auto" w:fill="FFFFFF"/>
            <w:tcMar>
              <w:top w:w="75" w:type="dxa"/>
              <w:left w:w="85" w:type="dxa"/>
              <w:bottom w:w="75" w:type="dxa"/>
              <w:right w:w="85" w:type="dxa"/>
            </w:tcMar>
            <w:vAlign w:val="center"/>
          </w:tcPr>
          <w:p w14:paraId="5B2BE4F6" w14:textId="77777777" w:rsidR="00807297" w:rsidRPr="001A1B66" w:rsidRDefault="00000000">
            <w:pPr>
              <w:spacing w:after="0" w:line="240" w:lineRule="auto"/>
              <w:rPr>
                <w:noProof/>
                <w:lang w:val="ro-RO"/>
              </w:rPr>
            </w:pPr>
            <w:r w:rsidRPr="001A1B66">
              <w:rPr>
                <w:noProof/>
                <w:sz w:val="14"/>
                <w:lang w:val="ro-RO"/>
              </w:rPr>
              <w:t>Revalidarea parametrilor de curățare pentru scenariile cele mai dificile.</w:t>
            </w:r>
          </w:p>
        </w:tc>
        <w:tc>
          <w:tcPr>
            <w:tcW w:w="1474" w:type="dxa"/>
            <w:shd w:val="clear" w:color="auto" w:fill="FFFFFF"/>
            <w:tcMar>
              <w:top w:w="75" w:type="dxa"/>
              <w:left w:w="85" w:type="dxa"/>
              <w:bottom w:w="75" w:type="dxa"/>
              <w:right w:w="85" w:type="dxa"/>
            </w:tcMar>
            <w:vAlign w:val="center"/>
          </w:tcPr>
          <w:p w14:paraId="3DFBAB33" w14:textId="77777777" w:rsidR="00807297" w:rsidRPr="001A1B66" w:rsidRDefault="00000000">
            <w:pPr>
              <w:spacing w:after="0" w:line="240" w:lineRule="auto"/>
              <w:rPr>
                <w:noProof/>
                <w:lang w:val="ro-RO"/>
              </w:rPr>
            </w:pPr>
            <w:r w:rsidRPr="001A1B66">
              <w:rPr>
                <w:noProof/>
                <w:sz w:val="14"/>
                <w:lang w:val="ro-RO"/>
              </w:rPr>
              <w:t>Tehnic + laborator</w:t>
            </w:r>
          </w:p>
        </w:tc>
        <w:tc>
          <w:tcPr>
            <w:tcW w:w="1247" w:type="dxa"/>
            <w:shd w:val="clear" w:color="auto" w:fill="FFFFFF"/>
            <w:tcMar>
              <w:top w:w="75" w:type="dxa"/>
              <w:left w:w="85" w:type="dxa"/>
              <w:bottom w:w="75" w:type="dxa"/>
              <w:right w:w="85" w:type="dxa"/>
            </w:tcMar>
            <w:vAlign w:val="center"/>
          </w:tcPr>
          <w:p w14:paraId="7AE3AAB3" w14:textId="77777777" w:rsidR="00807297" w:rsidRPr="001A1B66" w:rsidRDefault="00000000">
            <w:pPr>
              <w:spacing w:after="0" w:line="240" w:lineRule="auto"/>
              <w:rPr>
                <w:noProof/>
                <w:lang w:val="ro-RO"/>
              </w:rPr>
            </w:pPr>
            <w:r w:rsidRPr="001A1B66">
              <w:rPr>
                <w:noProof/>
                <w:sz w:val="14"/>
                <w:lang w:val="ro-RO"/>
              </w:rPr>
              <w:t>30.04.2027</w:t>
            </w:r>
          </w:p>
        </w:tc>
        <w:tc>
          <w:tcPr>
            <w:tcW w:w="2608" w:type="dxa"/>
            <w:shd w:val="clear" w:color="auto" w:fill="FFFFFF"/>
            <w:tcMar>
              <w:top w:w="75" w:type="dxa"/>
              <w:left w:w="85" w:type="dxa"/>
              <w:bottom w:w="75" w:type="dxa"/>
              <w:right w:w="85" w:type="dxa"/>
            </w:tcMar>
            <w:vAlign w:val="center"/>
          </w:tcPr>
          <w:p w14:paraId="0B1899CE" w14:textId="77777777" w:rsidR="00807297" w:rsidRPr="001A1B66" w:rsidRDefault="00000000">
            <w:pPr>
              <w:spacing w:after="0" w:line="240" w:lineRule="auto"/>
              <w:rPr>
                <w:noProof/>
                <w:lang w:val="ro-RO"/>
              </w:rPr>
            </w:pPr>
            <w:r w:rsidRPr="001A1B66">
              <w:rPr>
                <w:noProof/>
                <w:sz w:val="14"/>
                <w:lang w:val="ro-RO"/>
              </w:rPr>
              <w:t>Protocol și raport de validare aprobate.</w:t>
            </w:r>
          </w:p>
        </w:tc>
      </w:tr>
      <w:tr w:rsidR="00807297" w:rsidRPr="001A1B66" w14:paraId="4F8A24C2" w14:textId="77777777">
        <w:trPr>
          <w:cantSplit/>
          <w:jc w:val="center"/>
        </w:trPr>
        <w:tc>
          <w:tcPr>
            <w:tcW w:w="510" w:type="dxa"/>
            <w:shd w:val="clear" w:color="auto" w:fill="FAFAFA"/>
            <w:tcMar>
              <w:top w:w="75" w:type="dxa"/>
              <w:left w:w="85" w:type="dxa"/>
              <w:bottom w:w="75" w:type="dxa"/>
              <w:right w:w="85" w:type="dxa"/>
            </w:tcMar>
            <w:vAlign w:val="center"/>
          </w:tcPr>
          <w:p w14:paraId="771A8287" w14:textId="77777777" w:rsidR="00807297" w:rsidRPr="001A1B66" w:rsidRDefault="00000000">
            <w:pPr>
              <w:spacing w:after="0" w:line="240" w:lineRule="auto"/>
              <w:jc w:val="center"/>
              <w:rPr>
                <w:noProof/>
                <w:lang w:val="ro-RO"/>
              </w:rPr>
            </w:pPr>
            <w:r w:rsidRPr="001A1B66">
              <w:rPr>
                <w:noProof/>
                <w:sz w:val="14"/>
                <w:lang w:val="ro-RO"/>
              </w:rPr>
              <w:t>4</w:t>
            </w:r>
          </w:p>
        </w:tc>
        <w:tc>
          <w:tcPr>
            <w:tcW w:w="4082" w:type="dxa"/>
            <w:shd w:val="clear" w:color="auto" w:fill="FAFAFA"/>
            <w:tcMar>
              <w:top w:w="75" w:type="dxa"/>
              <w:left w:w="85" w:type="dxa"/>
              <w:bottom w:w="75" w:type="dxa"/>
              <w:right w:w="85" w:type="dxa"/>
            </w:tcMar>
            <w:vAlign w:val="center"/>
          </w:tcPr>
          <w:p w14:paraId="4F0E5A1F" w14:textId="77777777" w:rsidR="00807297" w:rsidRPr="001A1B66" w:rsidRDefault="00000000">
            <w:pPr>
              <w:spacing w:after="0" w:line="240" w:lineRule="auto"/>
              <w:rPr>
                <w:noProof/>
                <w:lang w:val="ro-RO"/>
              </w:rPr>
            </w:pPr>
            <w:r w:rsidRPr="001A1B66">
              <w:rPr>
                <w:noProof/>
                <w:sz w:val="14"/>
                <w:lang w:val="ro-RO"/>
              </w:rPr>
              <w:t>Calificarea practică a operatorilor și observarea execuției pe toate schimburile.</w:t>
            </w:r>
          </w:p>
        </w:tc>
        <w:tc>
          <w:tcPr>
            <w:tcW w:w="1474" w:type="dxa"/>
            <w:shd w:val="clear" w:color="auto" w:fill="FAFAFA"/>
            <w:tcMar>
              <w:top w:w="75" w:type="dxa"/>
              <w:left w:w="85" w:type="dxa"/>
              <w:bottom w:w="75" w:type="dxa"/>
              <w:right w:w="85" w:type="dxa"/>
            </w:tcMar>
            <w:vAlign w:val="center"/>
          </w:tcPr>
          <w:p w14:paraId="74A43272" w14:textId="77777777" w:rsidR="00807297" w:rsidRPr="001A1B66" w:rsidRDefault="00000000">
            <w:pPr>
              <w:spacing w:after="0" w:line="240" w:lineRule="auto"/>
              <w:rPr>
                <w:noProof/>
                <w:lang w:val="ro-RO"/>
              </w:rPr>
            </w:pPr>
            <w:r w:rsidRPr="001A1B66">
              <w:rPr>
                <w:noProof/>
                <w:sz w:val="14"/>
                <w:lang w:val="ro-RO"/>
              </w:rPr>
              <w:t>Producție</w:t>
            </w:r>
          </w:p>
        </w:tc>
        <w:tc>
          <w:tcPr>
            <w:tcW w:w="1247" w:type="dxa"/>
            <w:shd w:val="clear" w:color="auto" w:fill="FAFAFA"/>
            <w:tcMar>
              <w:top w:w="75" w:type="dxa"/>
              <w:left w:w="85" w:type="dxa"/>
              <w:bottom w:w="75" w:type="dxa"/>
              <w:right w:w="85" w:type="dxa"/>
            </w:tcMar>
            <w:vAlign w:val="center"/>
          </w:tcPr>
          <w:p w14:paraId="5A3041CA" w14:textId="77777777" w:rsidR="00807297" w:rsidRPr="001A1B66" w:rsidRDefault="00000000">
            <w:pPr>
              <w:spacing w:after="0" w:line="240" w:lineRule="auto"/>
              <w:rPr>
                <w:noProof/>
                <w:lang w:val="ro-RO"/>
              </w:rPr>
            </w:pPr>
            <w:r w:rsidRPr="001A1B66">
              <w:rPr>
                <w:noProof/>
                <w:sz w:val="14"/>
                <w:lang w:val="ro-RO"/>
              </w:rPr>
              <w:t>31.05.2027</w:t>
            </w:r>
          </w:p>
        </w:tc>
        <w:tc>
          <w:tcPr>
            <w:tcW w:w="2608" w:type="dxa"/>
            <w:shd w:val="clear" w:color="auto" w:fill="FAFAFA"/>
            <w:tcMar>
              <w:top w:w="75" w:type="dxa"/>
              <w:left w:w="85" w:type="dxa"/>
              <w:bottom w:w="75" w:type="dxa"/>
              <w:right w:w="85" w:type="dxa"/>
            </w:tcMar>
            <w:vAlign w:val="center"/>
          </w:tcPr>
          <w:p w14:paraId="0858BE53" w14:textId="77777777" w:rsidR="00807297" w:rsidRPr="001A1B66" w:rsidRDefault="00000000">
            <w:pPr>
              <w:spacing w:after="0" w:line="240" w:lineRule="auto"/>
              <w:rPr>
                <w:noProof/>
                <w:lang w:val="ro-RO"/>
              </w:rPr>
            </w:pPr>
            <w:r w:rsidRPr="001A1B66">
              <w:rPr>
                <w:noProof/>
                <w:sz w:val="14"/>
                <w:lang w:val="ro-RO"/>
              </w:rPr>
              <w:t>Demonstrație practică și abateri corectate.</w:t>
            </w:r>
          </w:p>
        </w:tc>
      </w:tr>
      <w:tr w:rsidR="00807297" w:rsidRPr="001A1B66" w14:paraId="1CF51B5D" w14:textId="77777777">
        <w:trPr>
          <w:cantSplit/>
          <w:jc w:val="center"/>
        </w:trPr>
        <w:tc>
          <w:tcPr>
            <w:tcW w:w="510" w:type="dxa"/>
            <w:shd w:val="clear" w:color="auto" w:fill="FFFFFF"/>
            <w:tcMar>
              <w:top w:w="75" w:type="dxa"/>
              <w:left w:w="85" w:type="dxa"/>
              <w:bottom w:w="75" w:type="dxa"/>
              <w:right w:w="85" w:type="dxa"/>
            </w:tcMar>
            <w:vAlign w:val="center"/>
          </w:tcPr>
          <w:p w14:paraId="01B0FF92" w14:textId="77777777" w:rsidR="00807297" w:rsidRPr="001A1B66" w:rsidRDefault="00000000">
            <w:pPr>
              <w:spacing w:after="0" w:line="240" w:lineRule="auto"/>
              <w:jc w:val="center"/>
              <w:rPr>
                <w:noProof/>
                <w:lang w:val="ro-RO"/>
              </w:rPr>
            </w:pPr>
            <w:r w:rsidRPr="001A1B66">
              <w:rPr>
                <w:noProof/>
                <w:sz w:val="14"/>
                <w:lang w:val="ro-RO"/>
              </w:rPr>
              <w:t>5</w:t>
            </w:r>
          </w:p>
        </w:tc>
        <w:tc>
          <w:tcPr>
            <w:tcW w:w="4082" w:type="dxa"/>
            <w:shd w:val="clear" w:color="auto" w:fill="FFFFFF"/>
            <w:tcMar>
              <w:top w:w="75" w:type="dxa"/>
              <w:left w:w="85" w:type="dxa"/>
              <w:bottom w:w="75" w:type="dxa"/>
              <w:right w:w="85" w:type="dxa"/>
            </w:tcMar>
            <w:vAlign w:val="center"/>
          </w:tcPr>
          <w:p w14:paraId="7E493663" w14:textId="77777777" w:rsidR="00807297" w:rsidRPr="001A1B66" w:rsidRDefault="00000000">
            <w:pPr>
              <w:spacing w:after="0" w:line="240" w:lineRule="auto"/>
              <w:rPr>
                <w:noProof/>
                <w:lang w:val="ro-RO"/>
              </w:rPr>
            </w:pPr>
            <w:r w:rsidRPr="001A1B66">
              <w:rPr>
                <w:noProof/>
                <w:sz w:val="14"/>
                <w:lang w:val="ro-RO"/>
              </w:rPr>
              <w:t>Monitorizare săptămânală și reacție standard la primul rezultat neacceptat.</w:t>
            </w:r>
          </w:p>
        </w:tc>
        <w:tc>
          <w:tcPr>
            <w:tcW w:w="1474" w:type="dxa"/>
            <w:shd w:val="clear" w:color="auto" w:fill="FFFFFF"/>
            <w:tcMar>
              <w:top w:w="75" w:type="dxa"/>
              <w:left w:w="85" w:type="dxa"/>
              <w:bottom w:w="75" w:type="dxa"/>
              <w:right w:w="85" w:type="dxa"/>
            </w:tcMar>
            <w:vAlign w:val="center"/>
          </w:tcPr>
          <w:p w14:paraId="59B87691" w14:textId="77777777" w:rsidR="00807297" w:rsidRPr="001A1B66" w:rsidRDefault="00000000">
            <w:pPr>
              <w:spacing w:after="0" w:line="240" w:lineRule="auto"/>
              <w:rPr>
                <w:noProof/>
                <w:lang w:val="ro-RO"/>
              </w:rPr>
            </w:pPr>
            <w:r w:rsidRPr="001A1B66">
              <w:rPr>
                <w:noProof/>
                <w:sz w:val="14"/>
                <w:lang w:val="ro-RO"/>
              </w:rPr>
              <w:t>Sanitație</w:t>
            </w:r>
          </w:p>
        </w:tc>
        <w:tc>
          <w:tcPr>
            <w:tcW w:w="1247" w:type="dxa"/>
            <w:shd w:val="clear" w:color="auto" w:fill="FFFFFF"/>
            <w:tcMar>
              <w:top w:w="75" w:type="dxa"/>
              <w:left w:w="85" w:type="dxa"/>
              <w:bottom w:w="75" w:type="dxa"/>
              <w:right w:w="85" w:type="dxa"/>
            </w:tcMar>
            <w:vAlign w:val="center"/>
          </w:tcPr>
          <w:p w14:paraId="14A97A29" w14:textId="77777777" w:rsidR="00807297" w:rsidRPr="001A1B66" w:rsidRDefault="00000000">
            <w:pPr>
              <w:spacing w:after="0" w:line="240" w:lineRule="auto"/>
              <w:rPr>
                <w:noProof/>
                <w:lang w:val="ro-RO"/>
              </w:rPr>
            </w:pPr>
            <w:r w:rsidRPr="001A1B66">
              <w:rPr>
                <w:noProof/>
                <w:sz w:val="14"/>
                <w:lang w:val="ro-RO"/>
              </w:rPr>
              <w:t>Săptămânal</w:t>
            </w:r>
          </w:p>
        </w:tc>
        <w:tc>
          <w:tcPr>
            <w:tcW w:w="2608" w:type="dxa"/>
            <w:shd w:val="clear" w:color="auto" w:fill="FFFFFF"/>
            <w:tcMar>
              <w:top w:w="75" w:type="dxa"/>
              <w:left w:w="85" w:type="dxa"/>
              <w:bottom w:w="75" w:type="dxa"/>
              <w:right w:w="85" w:type="dxa"/>
            </w:tcMar>
            <w:vAlign w:val="center"/>
          </w:tcPr>
          <w:p w14:paraId="44C0366F" w14:textId="77777777" w:rsidR="00807297" w:rsidRPr="001A1B66" w:rsidRDefault="00000000">
            <w:pPr>
              <w:spacing w:after="0" w:line="240" w:lineRule="auto"/>
              <w:rPr>
                <w:noProof/>
                <w:lang w:val="ro-RO"/>
              </w:rPr>
            </w:pPr>
            <w:r w:rsidRPr="001A1B66">
              <w:rPr>
                <w:noProof/>
                <w:sz w:val="14"/>
                <w:lang w:val="ro-RO"/>
              </w:rPr>
              <w:t>Dashboard, investigație și acțiuni documentate.</w:t>
            </w:r>
          </w:p>
        </w:tc>
      </w:tr>
      <w:tr w:rsidR="00807297" w:rsidRPr="00696259" w14:paraId="2493B541" w14:textId="77777777">
        <w:trPr>
          <w:cantSplit/>
          <w:jc w:val="center"/>
        </w:trPr>
        <w:tc>
          <w:tcPr>
            <w:tcW w:w="510" w:type="dxa"/>
            <w:shd w:val="clear" w:color="auto" w:fill="FAFAFA"/>
            <w:tcMar>
              <w:top w:w="75" w:type="dxa"/>
              <w:left w:w="85" w:type="dxa"/>
              <w:bottom w:w="75" w:type="dxa"/>
              <w:right w:w="85" w:type="dxa"/>
            </w:tcMar>
            <w:vAlign w:val="center"/>
          </w:tcPr>
          <w:p w14:paraId="02278CDD" w14:textId="77777777" w:rsidR="00807297" w:rsidRPr="001A1B66" w:rsidRDefault="00000000">
            <w:pPr>
              <w:spacing w:after="0" w:line="240" w:lineRule="auto"/>
              <w:jc w:val="center"/>
              <w:rPr>
                <w:noProof/>
                <w:lang w:val="ro-RO"/>
              </w:rPr>
            </w:pPr>
            <w:r w:rsidRPr="001A1B66">
              <w:rPr>
                <w:noProof/>
                <w:sz w:val="14"/>
                <w:lang w:val="ro-RO"/>
              </w:rPr>
              <w:t>6</w:t>
            </w:r>
          </w:p>
        </w:tc>
        <w:tc>
          <w:tcPr>
            <w:tcW w:w="4082" w:type="dxa"/>
            <w:shd w:val="clear" w:color="auto" w:fill="FAFAFA"/>
            <w:tcMar>
              <w:top w:w="75" w:type="dxa"/>
              <w:left w:w="85" w:type="dxa"/>
              <w:bottom w:w="75" w:type="dxa"/>
              <w:right w:w="85" w:type="dxa"/>
            </w:tcMar>
            <w:vAlign w:val="center"/>
          </w:tcPr>
          <w:p w14:paraId="4253B81A" w14:textId="77777777" w:rsidR="00807297" w:rsidRPr="001A1B66" w:rsidRDefault="00000000">
            <w:pPr>
              <w:spacing w:after="0" w:line="240" w:lineRule="auto"/>
              <w:rPr>
                <w:noProof/>
                <w:lang w:val="ro-RO"/>
              </w:rPr>
            </w:pPr>
            <w:r w:rsidRPr="001A1B66">
              <w:rPr>
                <w:noProof/>
                <w:sz w:val="14"/>
                <w:lang w:val="ro-RO"/>
              </w:rPr>
              <w:t>Verificare independentă în T4 și după orice schimbare relevantă.</w:t>
            </w:r>
          </w:p>
        </w:tc>
        <w:tc>
          <w:tcPr>
            <w:tcW w:w="1474" w:type="dxa"/>
            <w:shd w:val="clear" w:color="auto" w:fill="FAFAFA"/>
            <w:tcMar>
              <w:top w:w="75" w:type="dxa"/>
              <w:left w:w="85" w:type="dxa"/>
              <w:bottom w:w="75" w:type="dxa"/>
              <w:right w:w="85" w:type="dxa"/>
            </w:tcMar>
            <w:vAlign w:val="center"/>
          </w:tcPr>
          <w:p w14:paraId="20CA91AB" w14:textId="77777777" w:rsidR="00807297" w:rsidRPr="001A1B66" w:rsidRDefault="00000000">
            <w:pPr>
              <w:spacing w:after="0" w:line="240" w:lineRule="auto"/>
              <w:rPr>
                <w:noProof/>
                <w:lang w:val="ro-RO"/>
              </w:rPr>
            </w:pPr>
            <w:r w:rsidRPr="001A1B66">
              <w:rPr>
                <w:noProof/>
                <w:sz w:val="14"/>
                <w:lang w:val="ro-RO"/>
              </w:rPr>
              <w:t>Calitate / SMSA</w:t>
            </w:r>
          </w:p>
        </w:tc>
        <w:tc>
          <w:tcPr>
            <w:tcW w:w="1247" w:type="dxa"/>
            <w:shd w:val="clear" w:color="auto" w:fill="FAFAFA"/>
            <w:tcMar>
              <w:top w:w="75" w:type="dxa"/>
              <w:left w:w="85" w:type="dxa"/>
              <w:bottom w:w="75" w:type="dxa"/>
              <w:right w:w="85" w:type="dxa"/>
            </w:tcMar>
            <w:vAlign w:val="center"/>
          </w:tcPr>
          <w:p w14:paraId="16431DE6" w14:textId="77777777" w:rsidR="00807297" w:rsidRPr="001A1B66" w:rsidRDefault="00000000">
            <w:pPr>
              <w:spacing w:after="0" w:line="240" w:lineRule="auto"/>
              <w:rPr>
                <w:noProof/>
                <w:lang w:val="ro-RO"/>
              </w:rPr>
            </w:pPr>
            <w:r w:rsidRPr="001A1B66">
              <w:rPr>
                <w:noProof/>
                <w:sz w:val="14"/>
                <w:lang w:val="ro-RO"/>
              </w:rPr>
              <w:t>Trimestrial</w:t>
            </w:r>
          </w:p>
        </w:tc>
        <w:tc>
          <w:tcPr>
            <w:tcW w:w="2608" w:type="dxa"/>
            <w:shd w:val="clear" w:color="auto" w:fill="FAFAFA"/>
            <w:tcMar>
              <w:top w:w="75" w:type="dxa"/>
              <w:left w:w="85" w:type="dxa"/>
              <w:bottom w:w="75" w:type="dxa"/>
              <w:right w:w="85" w:type="dxa"/>
            </w:tcMar>
            <w:vAlign w:val="center"/>
          </w:tcPr>
          <w:p w14:paraId="27DEACB0" w14:textId="77777777" w:rsidR="00807297" w:rsidRPr="001A1B66" w:rsidRDefault="00000000">
            <w:pPr>
              <w:spacing w:after="0" w:line="240" w:lineRule="auto"/>
              <w:rPr>
                <w:noProof/>
                <w:lang w:val="ro-RO"/>
              </w:rPr>
            </w:pPr>
            <w:r w:rsidRPr="001A1B66">
              <w:rPr>
                <w:noProof/>
                <w:sz w:val="14"/>
                <w:lang w:val="ro-RO"/>
              </w:rPr>
              <w:t>Raport de eficacitate și decizie.</w:t>
            </w:r>
          </w:p>
        </w:tc>
      </w:tr>
    </w:tbl>
    <w:p w14:paraId="519D45DF" w14:textId="77777777" w:rsidR="00807297" w:rsidRPr="001A1B66" w:rsidRDefault="00807297">
      <w:pPr>
        <w:spacing w:after="20"/>
        <w:rPr>
          <w:noProof/>
          <w:lang w:val="ro-RO"/>
        </w:rPr>
      </w:pPr>
    </w:p>
    <w:p w14:paraId="198E4BE3" w14:textId="77777777" w:rsidR="00807297" w:rsidRPr="001A1B66" w:rsidRDefault="00000000">
      <w:pPr>
        <w:pStyle w:val="Heading2"/>
        <w:rPr>
          <w:noProof/>
          <w:lang w:val="ro-RO"/>
        </w:rPr>
      </w:pPr>
      <w:r w:rsidRPr="001A1B66">
        <w:rPr>
          <w:noProof/>
          <w:lang w:val="ro-RO"/>
        </w:rPr>
        <w:t>D. Monitorizare exemplificată</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1020"/>
        <w:gridCol w:w="1361"/>
        <w:gridCol w:w="1247"/>
        <w:gridCol w:w="1020"/>
        <w:gridCol w:w="2835"/>
        <w:gridCol w:w="2438"/>
      </w:tblGrid>
      <w:tr w:rsidR="00807297" w:rsidRPr="001A1B66" w14:paraId="468393A0" w14:textId="77777777">
        <w:trPr>
          <w:tblHeader/>
          <w:jc w:val="center"/>
        </w:trPr>
        <w:tc>
          <w:tcPr>
            <w:tcW w:w="1020" w:type="dxa"/>
            <w:shd w:val="clear" w:color="auto" w:fill="D71920"/>
            <w:tcMar>
              <w:top w:w="75" w:type="dxa"/>
              <w:left w:w="85" w:type="dxa"/>
              <w:bottom w:w="75" w:type="dxa"/>
              <w:right w:w="85" w:type="dxa"/>
            </w:tcMar>
            <w:vAlign w:val="center"/>
          </w:tcPr>
          <w:p w14:paraId="03020F12" w14:textId="77777777" w:rsidR="00807297" w:rsidRPr="001A1B66" w:rsidRDefault="00000000">
            <w:pPr>
              <w:spacing w:after="0" w:line="240" w:lineRule="auto"/>
              <w:jc w:val="center"/>
              <w:rPr>
                <w:noProof/>
                <w:lang w:val="ro-RO"/>
              </w:rPr>
            </w:pPr>
            <w:r w:rsidRPr="001A1B66">
              <w:rPr>
                <w:b/>
                <w:noProof/>
                <w:color w:val="FFFFFF"/>
                <w:sz w:val="14"/>
                <w:lang w:val="ro-RO"/>
              </w:rPr>
              <w:t>PER.</w:t>
            </w:r>
          </w:p>
        </w:tc>
        <w:tc>
          <w:tcPr>
            <w:tcW w:w="1361" w:type="dxa"/>
            <w:shd w:val="clear" w:color="auto" w:fill="D71920"/>
            <w:tcMar>
              <w:top w:w="75" w:type="dxa"/>
              <w:left w:w="85" w:type="dxa"/>
              <w:bottom w:w="75" w:type="dxa"/>
              <w:right w:w="85" w:type="dxa"/>
            </w:tcMar>
            <w:vAlign w:val="center"/>
          </w:tcPr>
          <w:p w14:paraId="0108E395" w14:textId="77777777" w:rsidR="00807297" w:rsidRPr="001A1B66" w:rsidRDefault="00000000">
            <w:pPr>
              <w:spacing w:after="0" w:line="240" w:lineRule="auto"/>
              <w:jc w:val="center"/>
              <w:rPr>
                <w:noProof/>
                <w:lang w:val="ro-RO"/>
              </w:rPr>
            </w:pPr>
            <w:r w:rsidRPr="001A1B66">
              <w:rPr>
                <w:b/>
                <w:noProof/>
                <w:color w:val="FFFFFF"/>
                <w:sz w:val="14"/>
                <w:lang w:val="ro-RO"/>
              </w:rPr>
              <w:t>REZULTAT</w:t>
            </w:r>
          </w:p>
        </w:tc>
        <w:tc>
          <w:tcPr>
            <w:tcW w:w="1247" w:type="dxa"/>
            <w:shd w:val="clear" w:color="auto" w:fill="D71920"/>
            <w:tcMar>
              <w:top w:w="75" w:type="dxa"/>
              <w:left w:w="85" w:type="dxa"/>
              <w:bottom w:w="75" w:type="dxa"/>
              <w:right w:w="85" w:type="dxa"/>
            </w:tcMar>
            <w:vAlign w:val="center"/>
          </w:tcPr>
          <w:p w14:paraId="4D0F8DE4" w14:textId="77777777" w:rsidR="00807297" w:rsidRPr="001A1B66" w:rsidRDefault="00000000">
            <w:pPr>
              <w:spacing w:after="0" w:line="240" w:lineRule="auto"/>
              <w:jc w:val="center"/>
              <w:rPr>
                <w:noProof/>
                <w:lang w:val="ro-RO"/>
              </w:rPr>
            </w:pPr>
            <w:r w:rsidRPr="001A1B66">
              <w:rPr>
                <w:b/>
                <w:noProof/>
                <w:color w:val="FFFFFF"/>
                <w:sz w:val="14"/>
                <w:lang w:val="ro-RO"/>
              </w:rPr>
              <w:t>ȚINTĂ</w:t>
            </w:r>
          </w:p>
        </w:tc>
        <w:tc>
          <w:tcPr>
            <w:tcW w:w="1020" w:type="dxa"/>
            <w:shd w:val="clear" w:color="auto" w:fill="D71920"/>
            <w:tcMar>
              <w:top w:w="75" w:type="dxa"/>
              <w:left w:w="85" w:type="dxa"/>
              <w:bottom w:w="75" w:type="dxa"/>
              <w:right w:w="85" w:type="dxa"/>
            </w:tcMar>
            <w:vAlign w:val="center"/>
          </w:tcPr>
          <w:p w14:paraId="68C34E98" w14:textId="77777777" w:rsidR="00807297" w:rsidRPr="001A1B66" w:rsidRDefault="00000000">
            <w:pPr>
              <w:spacing w:after="0" w:line="240" w:lineRule="auto"/>
              <w:jc w:val="center"/>
              <w:rPr>
                <w:noProof/>
                <w:lang w:val="ro-RO"/>
              </w:rPr>
            </w:pPr>
            <w:r w:rsidRPr="001A1B66">
              <w:rPr>
                <w:b/>
                <w:noProof/>
                <w:color w:val="FFFFFF"/>
                <w:sz w:val="14"/>
                <w:lang w:val="ro-RO"/>
              </w:rPr>
              <w:t>STATUS</w:t>
            </w:r>
          </w:p>
        </w:tc>
        <w:tc>
          <w:tcPr>
            <w:tcW w:w="2835" w:type="dxa"/>
            <w:shd w:val="clear" w:color="auto" w:fill="D71920"/>
            <w:tcMar>
              <w:top w:w="75" w:type="dxa"/>
              <w:left w:w="85" w:type="dxa"/>
              <w:bottom w:w="75" w:type="dxa"/>
              <w:right w:w="85" w:type="dxa"/>
            </w:tcMar>
            <w:vAlign w:val="center"/>
          </w:tcPr>
          <w:p w14:paraId="27AB0419" w14:textId="77777777" w:rsidR="00807297" w:rsidRPr="001A1B66" w:rsidRDefault="00000000">
            <w:pPr>
              <w:spacing w:after="0" w:line="240" w:lineRule="auto"/>
              <w:jc w:val="center"/>
              <w:rPr>
                <w:noProof/>
                <w:lang w:val="ro-RO"/>
              </w:rPr>
            </w:pPr>
            <w:r w:rsidRPr="001A1B66">
              <w:rPr>
                <w:b/>
                <w:noProof/>
                <w:color w:val="FFFFFF"/>
                <w:sz w:val="14"/>
                <w:lang w:val="ro-RO"/>
              </w:rPr>
              <w:t>ANALIZĂ</w:t>
            </w:r>
          </w:p>
        </w:tc>
        <w:tc>
          <w:tcPr>
            <w:tcW w:w="2438" w:type="dxa"/>
            <w:shd w:val="clear" w:color="auto" w:fill="D71920"/>
            <w:tcMar>
              <w:top w:w="75" w:type="dxa"/>
              <w:left w:w="85" w:type="dxa"/>
              <w:bottom w:w="75" w:type="dxa"/>
              <w:right w:w="85" w:type="dxa"/>
            </w:tcMar>
            <w:vAlign w:val="center"/>
          </w:tcPr>
          <w:p w14:paraId="66C8F59E" w14:textId="77777777" w:rsidR="00807297" w:rsidRPr="001A1B66" w:rsidRDefault="00000000">
            <w:pPr>
              <w:spacing w:after="0" w:line="240" w:lineRule="auto"/>
              <w:jc w:val="center"/>
              <w:rPr>
                <w:noProof/>
                <w:lang w:val="ro-RO"/>
              </w:rPr>
            </w:pPr>
            <w:r w:rsidRPr="001A1B66">
              <w:rPr>
                <w:b/>
                <w:noProof/>
                <w:color w:val="FFFFFF"/>
                <w:sz w:val="14"/>
                <w:lang w:val="ro-RO"/>
              </w:rPr>
              <w:t>DECIZIE</w:t>
            </w:r>
          </w:p>
        </w:tc>
      </w:tr>
      <w:tr w:rsidR="00807297" w:rsidRPr="001A1B66" w14:paraId="2E999977" w14:textId="77777777">
        <w:trPr>
          <w:cantSplit/>
          <w:jc w:val="center"/>
        </w:trPr>
        <w:tc>
          <w:tcPr>
            <w:tcW w:w="1020" w:type="dxa"/>
            <w:shd w:val="clear" w:color="auto" w:fill="FFFFFF"/>
            <w:tcMar>
              <w:top w:w="75" w:type="dxa"/>
              <w:left w:w="85" w:type="dxa"/>
              <w:bottom w:w="75" w:type="dxa"/>
              <w:right w:w="85" w:type="dxa"/>
            </w:tcMar>
            <w:vAlign w:val="center"/>
          </w:tcPr>
          <w:p w14:paraId="40C34A2D" w14:textId="77777777" w:rsidR="00807297" w:rsidRPr="001A1B66" w:rsidRDefault="00000000">
            <w:pPr>
              <w:spacing w:after="0" w:line="240" w:lineRule="auto"/>
              <w:jc w:val="center"/>
              <w:rPr>
                <w:noProof/>
                <w:lang w:val="ro-RO"/>
              </w:rPr>
            </w:pPr>
            <w:r w:rsidRPr="001A1B66">
              <w:rPr>
                <w:noProof/>
                <w:sz w:val="14"/>
                <w:lang w:val="ro-RO"/>
              </w:rPr>
              <w:t>T1</w:t>
            </w:r>
          </w:p>
        </w:tc>
        <w:tc>
          <w:tcPr>
            <w:tcW w:w="1361" w:type="dxa"/>
            <w:shd w:val="clear" w:color="auto" w:fill="FFFFFF"/>
            <w:tcMar>
              <w:top w:w="75" w:type="dxa"/>
              <w:left w:w="85" w:type="dxa"/>
              <w:bottom w:w="75" w:type="dxa"/>
              <w:right w:w="85" w:type="dxa"/>
            </w:tcMar>
            <w:vAlign w:val="center"/>
          </w:tcPr>
          <w:p w14:paraId="1F016D27" w14:textId="77777777" w:rsidR="00807297" w:rsidRPr="001A1B66" w:rsidRDefault="00000000">
            <w:pPr>
              <w:spacing w:after="0" w:line="240" w:lineRule="auto"/>
              <w:rPr>
                <w:noProof/>
                <w:lang w:val="ro-RO"/>
              </w:rPr>
            </w:pPr>
            <w:r w:rsidRPr="001A1B66">
              <w:rPr>
                <w:noProof/>
                <w:sz w:val="14"/>
                <w:lang w:val="ro-RO"/>
              </w:rPr>
              <w:t>95,2%</w:t>
            </w:r>
          </w:p>
        </w:tc>
        <w:tc>
          <w:tcPr>
            <w:tcW w:w="1247" w:type="dxa"/>
            <w:shd w:val="clear" w:color="auto" w:fill="FFFFFF"/>
            <w:tcMar>
              <w:top w:w="75" w:type="dxa"/>
              <w:left w:w="85" w:type="dxa"/>
              <w:bottom w:w="75" w:type="dxa"/>
              <w:right w:w="85" w:type="dxa"/>
            </w:tcMar>
            <w:vAlign w:val="center"/>
          </w:tcPr>
          <w:p w14:paraId="14C52B9D" w14:textId="77777777" w:rsidR="00807297" w:rsidRPr="001A1B66" w:rsidRDefault="00000000">
            <w:pPr>
              <w:spacing w:after="0" w:line="240" w:lineRule="auto"/>
              <w:rPr>
                <w:noProof/>
                <w:lang w:val="ro-RO"/>
              </w:rPr>
            </w:pPr>
            <w:r w:rsidRPr="001A1B66">
              <w:rPr>
                <w:noProof/>
                <w:sz w:val="14"/>
                <w:lang w:val="ro-RO"/>
              </w:rPr>
              <w:t>95,0%</w:t>
            </w:r>
          </w:p>
        </w:tc>
        <w:tc>
          <w:tcPr>
            <w:tcW w:w="1020" w:type="dxa"/>
            <w:shd w:val="clear" w:color="auto" w:fill="FFFFFF"/>
            <w:tcMar>
              <w:top w:w="75" w:type="dxa"/>
              <w:left w:w="85" w:type="dxa"/>
              <w:bottom w:w="75" w:type="dxa"/>
              <w:right w:w="85" w:type="dxa"/>
            </w:tcMar>
            <w:vAlign w:val="center"/>
          </w:tcPr>
          <w:p w14:paraId="6B26F395" w14:textId="77777777" w:rsidR="00807297" w:rsidRPr="001A1B66" w:rsidRDefault="00000000">
            <w:pPr>
              <w:spacing w:after="0" w:line="240" w:lineRule="auto"/>
              <w:jc w:val="center"/>
              <w:rPr>
                <w:noProof/>
                <w:lang w:val="ro-RO"/>
              </w:rPr>
            </w:pPr>
            <w:r w:rsidRPr="001A1B66">
              <w:rPr>
                <w:noProof/>
                <w:sz w:val="14"/>
                <w:lang w:val="ro-RO"/>
              </w:rPr>
              <w:t>VERDE</w:t>
            </w:r>
          </w:p>
        </w:tc>
        <w:tc>
          <w:tcPr>
            <w:tcW w:w="2835" w:type="dxa"/>
            <w:shd w:val="clear" w:color="auto" w:fill="FFFFFF"/>
            <w:tcMar>
              <w:top w:w="75" w:type="dxa"/>
              <w:left w:w="85" w:type="dxa"/>
              <w:bottom w:w="75" w:type="dxa"/>
              <w:right w:w="85" w:type="dxa"/>
            </w:tcMar>
            <w:vAlign w:val="center"/>
          </w:tcPr>
          <w:p w14:paraId="505B9B41" w14:textId="77777777" w:rsidR="00807297" w:rsidRPr="001A1B66" w:rsidRDefault="00000000">
            <w:pPr>
              <w:spacing w:after="0" w:line="240" w:lineRule="auto"/>
              <w:rPr>
                <w:noProof/>
                <w:lang w:val="ro-RO"/>
              </w:rPr>
            </w:pPr>
            <w:r w:rsidRPr="001A1B66">
              <w:rPr>
                <w:noProof/>
                <w:sz w:val="14"/>
                <w:lang w:val="ro-RO"/>
              </w:rPr>
              <w:t>Pareto confirmă două cauze tehnice și variații de execuție.</w:t>
            </w:r>
          </w:p>
        </w:tc>
        <w:tc>
          <w:tcPr>
            <w:tcW w:w="2438" w:type="dxa"/>
            <w:shd w:val="clear" w:color="auto" w:fill="FFFFFF"/>
            <w:tcMar>
              <w:top w:w="75" w:type="dxa"/>
              <w:left w:w="85" w:type="dxa"/>
              <w:bottom w:w="75" w:type="dxa"/>
              <w:right w:w="85" w:type="dxa"/>
            </w:tcMar>
            <w:vAlign w:val="center"/>
          </w:tcPr>
          <w:p w14:paraId="655FFDD4" w14:textId="77777777" w:rsidR="00807297" w:rsidRPr="001A1B66" w:rsidRDefault="00000000">
            <w:pPr>
              <w:spacing w:after="0" w:line="240" w:lineRule="auto"/>
              <w:rPr>
                <w:noProof/>
                <w:lang w:val="ro-RO"/>
              </w:rPr>
            </w:pPr>
            <w:r w:rsidRPr="001A1B66">
              <w:rPr>
                <w:noProof/>
                <w:sz w:val="14"/>
                <w:lang w:val="ro-RO"/>
              </w:rPr>
              <w:t>Finalizarea modificărilor și extinderea calificării.</w:t>
            </w:r>
          </w:p>
        </w:tc>
      </w:tr>
      <w:tr w:rsidR="00807297" w:rsidRPr="001A1B66" w14:paraId="51E857F4" w14:textId="77777777">
        <w:trPr>
          <w:cantSplit/>
          <w:jc w:val="center"/>
        </w:trPr>
        <w:tc>
          <w:tcPr>
            <w:tcW w:w="1020" w:type="dxa"/>
            <w:shd w:val="clear" w:color="auto" w:fill="FAFAFA"/>
            <w:tcMar>
              <w:top w:w="75" w:type="dxa"/>
              <w:left w:w="85" w:type="dxa"/>
              <w:bottom w:w="75" w:type="dxa"/>
              <w:right w:w="85" w:type="dxa"/>
            </w:tcMar>
            <w:vAlign w:val="center"/>
          </w:tcPr>
          <w:p w14:paraId="55A12FD6" w14:textId="77777777" w:rsidR="00807297" w:rsidRPr="001A1B66" w:rsidRDefault="00000000">
            <w:pPr>
              <w:spacing w:after="0" w:line="240" w:lineRule="auto"/>
              <w:jc w:val="center"/>
              <w:rPr>
                <w:noProof/>
                <w:lang w:val="ro-RO"/>
              </w:rPr>
            </w:pPr>
            <w:r w:rsidRPr="001A1B66">
              <w:rPr>
                <w:noProof/>
                <w:sz w:val="14"/>
                <w:lang w:val="ro-RO"/>
              </w:rPr>
              <w:t>T2</w:t>
            </w:r>
          </w:p>
        </w:tc>
        <w:tc>
          <w:tcPr>
            <w:tcW w:w="1361" w:type="dxa"/>
            <w:shd w:val="clear" w:color="auto" w:fill="FAFAFA"/>
            <w:tcMar>
              <w:top w:w="75" w:type="dxa"/>
              <w:left w:w="85" w:type="dxa"/>
              <w:bottom w:w="75" w:type="dxa"/>
              <w:right w:w="85" w:type="dxa"/>
            </w:tcMar>
            <w:vAlign w:val="center"/>
          </w:tcPr>
          <w:p w14:paraId="23B51B22" w14:textId="77777777" w:rsidR="00807297" w:rsidRPr="001A1B66" w:rsidRDefault="00000000">
            <w:pPr>
              <w:spacing w:after="0" w:line="240" w:lineRule="auto"/>
              <w:rPr>
                <w:noProof/>
                <w:lang w:val="ro-RO"/>
              </w:rPr>
            </w:pPr>
            <w:r w:rsidRPr="001A1B66">
              <w:rPr>
                <w:noProof/>
                <w:sz w:val="14"/>
                <w:lang w:val="ro-RO"/>
              </w:rPr>
              <w:t>97,8%</w:t>
            </w:r>
          </w:p>
        </w:tc>
        <w:tc>
          <w:tcPr>
            <w:tcW w:w="1247" w:type="dxa"/>
            <w:shd w:val="clear" w:color="auto" w:fill="FAFAFA"/>
            <w:tcMar>
              <w:top w:w="75" w:type="dxa"/>
              <w:left w:w="85" w:type="dxa"/>
              <w:bottom w:w="75" w:type="dxa"/>
              <w:right w:w="85" w:type="dxa"/>
            </w:tcMar>
            <w:vAlign w:val="center"/>
          </w:tcPr>
          <w:p w14:paraId="75DE9A86" w14:textId="77777777" w:rsidR="00807297" w:rsidRPr="001A1B66" w:rsidRDefault="00000000">
            <w:pPr>
              <w:spacing w:after="0" w:line="240" w:lineRule="auto"/>
              <w:rPr>
                <w:noProof/>
                <w:lang w:val="ro-RO"/>
              </w:rPr>
            </w:pPr>
            <w:r w:rsidRPr="001A1B66">
              <w:rPr>
                <w:noProof/>
                <w:sz w:val="14"/>
                <w:lang w:val="ro-RO"/>
              </w:rPr>
              <w:t>97,5%</w:t>
            </w:r>
          </w:p>
        </w:tc>
        <w:tc>
          <w:tcPr>
            <w:tcW w:w="1020" w:type="dxa"/>
            <w:shd w:val="clear" w:color="auto" w:fill="FAFAFA"/>
            <w:tcMar>
              <w:top w:w="75" w:type="dxa"/>
              <w:left w:w="85" w:type="dxa"/>
              <w:bottom w:w="75" w:type="dxa"/>
              <w:right w:w="85" w:type="dxa"/>
            </w:tcMar>
            <w:vAlign w:val="center"/>
          </w:tcPr>
          <w:p w14:paraId="77DB0934" w14:textId="77777777" w:rsidR="00807297" w:rsidRPr="001A1B66" w:rsidRDefault="00000000">
            <w:pPr>
              <w:spacing w:after="0" w:line="240" w:lineRule="auto"/>
              <w:jc w:val="center"/>
              <w:rPr>
                <w:noProof/>
                <w:lang w:val="ro-RO"/>
              </w:rPr>
            </w:pPr>
            <w:r w:rsidRPr="001A1B66">
              <w:rPr>
                <w:noProof/>
                <w:sz w:val="14"/>
                <w:lang w:val="ro-RO"/>
              </w:rPr>
              <w:t>VERDE</w:t>
            </w:r>
          </w:p>
        </w:tc>
        <w:tc>
          <w:tcPr>
            <w:tcW w:w="2835" w:type="dxa"/>
            <w:shd w:val="clear" w:color="auto" w:fill="FAFAFA"/>
            <w:tcMar>
              <w:top w:w="75" w:type="dxa"/>
              <w:left w:w="85" w:type="dxa"/>
              <w:bottom w:w="75" w:type="dxa"/>
              <w:right w:w="85" w:type="dxa"/>
            </w:tcMar>
            <w:vAlign w:val="center"/>
          </w:tcPr>
          <w:p w14:paraId="28FCF9EA" w14:textId="77777777" w:rsidR="00807297" w:rsidRPr="001A1B66" w:rsidRDefault="00000000">
            <w:pPr>
              <w:spacing w:after="0" w:line="240" w:lineRule="auto"/>
              <w:rPr>
                <w:noProof/>
                <w:lang w:val="ro-RO"/>
              </w:rPr>
            </w:pPr>
            <w:r w:rsidRPr="001A1B66">
              <w:rPr>
                <w:noProof/>
                <w:sz w:val="14"/>
                <w:lang w:val="ro-RO"/>
              </w:rPr>
              <w:t>Parametrii validați sunt stabili; o zonă rămâne dificilă.</w:t>
            </w:r>
          </w:p>
        </w:tc>
        <w:tc>
          <w:tcPr>
            <w:tcW w:w="2438" w:type="dxa"/>
            <w:shd w:val="clear" w:color="auto" w:fill="FAFAFA"/>
            <w:tcMar>
              <w:top w:w="75" w:type="dxa"/>
              <w:left w:w="85" w:type="dxa"/>
              <w:bottom w:w="75" w:type="dxa"/>
              <w:right w:w="85" w:type="dxa"/>
            </w:tcMar>
            <w:vAlign w:val="center"/>
          </w:tcPr>
          <w:p w14:paraId="0C0C60C0" w14:textId="77777777" w:rsidR="00807297" w:rsidRPr="001A1B66" w:rsidRDefault="00000000">
            <w:pPr>
              <w:spacing w:after="0" w:line="240" w:lineRule="auto"/>
              <w:rPr>
                <w:noProof/>
                <w:lang w:val="ro-RO"/>
              </w:rPr>
            </w:pPr>
            <w:r w:rsidRPr="001A1B66">
              <w:rPr>
                <w:noProof/>
                <w:sz w:val="14"/>
                <w:lang w:val="ro-RO"/>
              </w:rPr>
              <w:t>Modificare suplimentară și verificare intensivă.</w:t>
            </w:r>
          </w:p>
        </w:tc>
      </w:tr>
      <w:tr w:rsidR="00807297" w:rsidRPr="00696259" w14:paraId="32A5D0A4" w14:textId="77777777">
        <w:trPr>
          <w:cantSplit/>
          <w:jc w:val="center"/>
        </w:trPr>
        <w:tc>
          <w:tcPr>
            <w:tcW w:w="1020" w:type="dxa"/>
            <w:shd w:val="clear" w:color="auto" w:fill="FFFFFF"/>
            <w:tcMar>
              <w:top w:w="75" w:type="dxa"/>
              <w:left w:w="85" w:type="dxa"/>
              <w:bottom w:w="75" w:type="dxa"/>
              <w:right w:w="85" w:type="dxa"/>
            </w:tcMar>
            <w:vAlign w:val="center"/>
          </w:tcPr>
          <w:p w14:paraId="5982F9F1" w14:textId="77777777" w:rsidR="00807297" w:rsidRPr="001A1B66" w:rsidRDefault="00000000">
            <w:pPr>
              <w:spacing w:after="0" w:line="240" w:lineRule="auto"/>
              <w:jc w:val="center"/>
              <w:rPr>
                <w:noProof/>
                <w:lang w:val="ro-RO"/>
              </w:rPr>
            </w:pPr>
            <w:r w:rsidRPr="001A1B66">
              <w:rPr>
                <w:noProof/>
                <w:sz w:val="14"/>
                <w:lang w:val="ro-RO"/>
              </w:rPr>
              <w:t>T3</w:t>
            </w:r>
          </w:p>
        </w:tc>
        <w:tc>
          <w:tcPr>
            <w:tcW w:w="1361" w:type="dxa"/>
            <w:shd w:val="clear" w:color="auto" w:fill="FFFFFF"/>
            <w:tcMar>
              <w:top w:w="75" w:type="dxa"/>
              <w:left w:w="85" w:type="dxa"/>
              <w:bottom w:w="75" w:type="dxa"/>
              <w:right w:w="85" w:type="dxa"/>
            </w:tcMar>
            <w:vAlign w:val="center"/>
          </w:tcPr>
          <w:p w14:paraId="10BB6546" w14:textId="77777777" w:rsidR="00807297" w:rsidRPr="001A1B66" w:rsidRDefault="00000000">
            <w:pPr>
              <w:spacing w:after="0" w:line="240" w:lineRule="auto"/>
              <w:rPr>
                <w:noProof/>
                <w:lang w:val="ro-RO"/>
              </w:rPr>
            </w:pPr>
            <w:r w:rsidRPr="001A1B66">
              <w:rPr>
                <w:noProof/>
                <w:sz w:val="14"/>
                <w:lang w:val="ro-RO"/>
              </w:rPr>
              <w:t>99,1%</w:t>
            </w:r>
          </w:p>
        </w:tc>
        <w:tc>
          <w:tcPr>
            <w:tcW w:w="1247" w:type="dxa"/>
            <w:shd w:val="clear" w:color="auto" w:fill="FFFFFF"/>
            <w:tcMar>
              <w:top w:w="75" w:type="dxa"/>
              <w:left w:w="85" w:type="dxa"/>
              <w:bottom w:w="75" w:type="dxa"/>
              <w:right w:w="85" w:type="dxa"/>
            </w:tcMar>
            <w:vAlign w:val="center"/>
          </w:tcPr>
          <w:p w14:paraId="0028F64A" w14:textId="77777777" w:rsidR="00807297" w:rsidRPr="001A1B66" w:rsidRDefault="00000000">
            <w:pPr>
              <w:spacing w:after="0" w:line="240" w:lineRule="auto"/>
              <w:rPr>
                <w:noProof/>
                <w:lang w:val="ro-RO"/>
              </w:rPr>
            </w:pPr>
            <w:r w:rsidRPr="001A1B66">
              <w:rPr>
                <w:noProof/>
                <w:sz w:val="14"/>
                <w:lang w:val="ro-RO"/>
              </w:rPr>
              <w:t>99,0%</w:t>
            </w:r>
          </w:p>
        </w:tc>
        <w:tc>
          <w:tcPr>
            <w:tcW w:w="1020" w:type="dxa"/>
            <w:shd w:val="clear" w:color="auto" w:fill="FFFFFF"/>
            <w:tcMar>
              <w:top w:w="75" w:type="dxa"/>
              <w:left w:w="85" w:type="dxa"/>
              <w:bottom w:w="75" w:type="dxa"/>
              <w:right w:w="85" w:type="dxa"/>
            </w:tcMar>
            <w:vAlign w:val="center"/>
          </w:tcPr>
          <w:p w14:paraId="3E7D2FC7" w14:textId="77777777" w:rsidR="00807297" w:rsidRPr="001A1B66" w:rsidRDefault="00000000">
            <w:pPr>
              <w:spacing w:after="0" w:line="240" w:lineRule="auto"/>
              <w:jc w:val="center"/>
              <w:rPr>
                <w:noProof/>
                <w:lang w:val="ro-RO"/>
              </w:rPr>
            </w:pPr>
            <w:r w:rsidRPr="001A1B66">
              <w:rPr>
                <w:noProof/>
                <w:sz w:val="14"/>
                <w:lang w:val="ro-RO"/>
              </w:rPr>
              <w:t>VERDE</w:t>
            </w:r>
          </w:p>
        </w:tc>
        <w:tc>
          <w:tcPr>
            <w:tcW w:w="2835" w:type="dxa"/>
            <w:shd w:val="clear" w:color="auto" w:fill="FFFFFF"/>
            <w:tcMar>
              <w:top w:w="75" w:type="dxa"/>
              <w:left w:w="85" w:type="dxa"/>
              <w:bottom w:w="75" w:type="dxa"/>
              <w:right w:w="85" w:type="dxa"/>
            </w:tcMar>
            <w:vAlign w:val="center"/>
          </w:tcPr>
          <w:p w14:paraId="639EB64A" w14:textId="77777777" w:rsidR="00807297" w:rsidRPr="001A1B66" w:rsidRDefault="00000000">
            <w:pPr>
              <w:spacing w:after="0" w:line="240" w:lineRule="auto"/>
              <w:rPr>
                <w:noProof/>
                <w:lang w:val="ro-RO"/>
              </w:rPr>
            </w:pPr>
            <w:r w:rsidRPr="001A1B66">
              <w:rPr>
                <w:noProof/>
                <w:sz w:val="14"/>
                <w:lang w:val="ro-RO"/>
              </w:rPr>
              <w:t>Recurența a scăzut; niciun produs eliberat înainte de rezultat.</w:t>
            </w:r>
          </w:p>
        </w:tc>
        <w:tc>
          <w:tcPr>
            <w:tcW w:w="2438" w:type="dxa"/>
            <w:shd w:val="clear" w:color="auto" w:fill="FFFFFF"/>
            <w:tcMar>
              <w:top w:w="75" w:type="dxa"/>
              <w:left w:w="85" w:type="dxa"/>
              <w:bottom w:w="75" w:type="dxa"/>
              <w:right w:w="85" w:type="dxa"/>
            </w:tcMar>
            <w:vAlign w:val="center"/>
          </w:tcPr>
          <w:p w14:paraId="5AC42AAB" w14:textId="77777777" w:rsidR="00807297" w:rsidRPr="001A1B66" w:rsidRDefault="00000000">
            <w:pPr>
              <w:spacing w:after="0" w:line="240" w:lineRule="auto"/>
              <w:rPr>
                <w:noProof/>
                <w:lang w:val="ro-RO"/>
              </w:rPr>
            </w:pPr>
            <w:r w:rsidRPr="001A1B66">
              <w:rPr>
                <w:noProof/>
                <w:sz w:val="14"/>
                <w:lang w:val="ro-RO"/>
              </w:rPr>
              <w:t>Menținerea eșantionării și audit pe schimbul de noapte.</w:t>
            </w:r>
          </w:p>
        </w:tc>
      </w:tr>
      <w:tr w:rsidR="00807297" w:rsidRPr="001A1B66" w14:paraId="746FF15C" w14:textId="77777777">
        <w:trPr>
          <w:cantSplit/>
          <w:jc w:val="center"/>
        </w:trPr>
        <w:tc>
          <w:tcPr>
            <w:tcW w:w="1020" w:type="dxa"/>
            <w:shd w:val="clear" w:color="auto" w:fill="FAFAFA"/>
            <w:tcMar>
              <w:top w:w="75" w:type="dxa"/>
              <w:left w:w="85" w:type="dxa"/>
              <w:bottom w:w="75" w:type="dxa"/>
              <w:right w:w="85" w:type="dxa"/>
            </w:tcMar>
            <w:vAlign w:val="center"/>
          </w:tcPr>
          <w:p w14:paraId="1E41FA59" w14:textId="77777777" w:rsidR="00807297" w:rsidRPr="001A1B66" w:rsidRDefault="00000000">
            <w:pPr>
              <w:spacing w:after="0" w:line="240" w:lineRule="auto"/>
              <w:jc w:val="center"/>
              <w:rPr>
                <w:noProof/>
                <w:lang w:val="ro-RO"/>
              </w:rPr>
            </w:pPr>
            <w:r w:rsidRPr="001A1B66">
              <w:rPr>
                <w:noProof/>
                <w:sz w:val="14"/>
                <w:lang w:val="ro-RO"/>
              </w:rPr>
              <w:t>T4</w:t>
            </w:r>
          </w:p>
        </w:tc>
        <w:tc>
          <w:tcPr>
            <w:tcW w:w="1361" w:type="dxa"/>
            <w:shd w:val="clear" w:color="auto" w:fill="FAFAFA"/>
            <w:tcMar>
              <w:top w:w="75" w:type="dxa"/>
              <w:left w:w="85" w:type="dxa"/>
              <w:bottom w:w="75" w:type="dxa"/>
              <w:right w:w="85" w:type="dxa"/>
            </w:tcMar>
            <w:vAlign w:val="center"/>
          </w:tcPr>
          <w:p w14:paraId="642DE8D8" w14:textId="77777777" w:rsidR="00807297" w:rsidRPr="001A1B66" w:rsidRDefault="00000000">
            <w:pPr>
              <w:spacing w:after="0" w:line="240" w:lineRule="auto"/>
              <w:rPr>
                <w:noProof/>
                <w:lang w:val="ro-RO"/>
              </w:rPr>
            </w:pPr>
            <w:r w:rsidRPr="001A1B66">
              <w:rPr>
                <w:noProof/>
                <w:sz w:val="14"/>
                <w:lang w:val="ro-RO"/>
              </w:rPr>
              <w:t>99,6%</w:t>
            </w:r>
          </w:p>
        </w:tc>
        <w:tc>
          <w:tcPr>
            <w:tcW w:w="1247" w:type="dxa"/>
            <w:shd w:val="clear" w:color="auto" w:fill="FAFAFA"/>
            <w:tcMar>
              <w:top w:w="75" w:type="dxa"/>
              <w:left w:w="85" w:type="dxa"/>
              <w:bottom w:w="75" w:type="dxa"/>
              <w:right w:w="85" w:type="dxa"/>
            </w:tcMar>
            <w:vAlign w:val="center"/>
          </w:tcPr>
          <w:p w14:paraId="504A8F5E" w14:textId="77777777" w:rsidR="00807297" w:rsidRPr="001A1B66" w:rsidRDefault="00000000">
            <w:pPr>
              <w:spacing w:after="0" w:line="240" w:lineRule="auto"/>
              <w:rPr>
                <w:noProof/>
                <w:lang w:val="ro-RO"/>
              </w:rPr>
            </w:pPr>
            <w:r w:rsidRPr="001A1B66">
              <w:rPr>
                <w:noProof/>
                <w:sz w:val="14"/>
                <w:lang w:val="ro-RO"/>
              </w:rPr>
              <w:t>99,5%</w:t>
            </w:r>
          </w:p>
        </w:tc>
        <w:tc>
          <w:tcPr>
            <w:tcW w:w="1020" w:type="dxa"/>
            <w:shd w:val="clear" w:color="auto" w:fill="FAFAFA"/>
            <w:tcMar>
              <w:top w:w="75" w:type="dxa"/>
              <w:left w:w="85" w:type="dxa"/>
              <w:bottom w:w="75" w:type="dxa"/>
              <w:right w:w="85" w:type="dxa"/>
            </w:tcMar>
            <w:vAlign w:val="center"/>
          </w:tcPr>
          <w:p w14:paraId="576AEE60" w14:textId="77777777" w:rsidR="00807297" w:rsidRPr="001A1B66" w:rsidRDefault="00000000">
            <w:pPr>
              <w:spacing w:after="0" w:line="240" w:lineRule="auto"/>
              <w:jc w:val="center"/>
              <w:rPr>
                <w:noProof/>
                <w:lang w:val="ro-RO"/>
              </w:rPr>
            </w:pPr>
            <w:r w:rsidRPr="001A1B66">
              <w:rPr>
                <w:noProof/>
                <w:sz w:val="14"/>
                <w:lang w:val="ro-RO"/>
              </w:rPr>
              <w:t>VERDE</w:t>
            </w:r>
          </w:p>
        </w:tc>
        <w:tc>
          <w:tcPr>
            <w:tcW w:w="2835" w:type="dxa"/>
            <w:shd w:val="clear" w:color="auto" w:fill="FAFAFA"/>
            <w:tcMar>
              <w:top w:w="75" w:type="dxa"/>
              <w:left w:w="85" w:type="dxa"/>
              <w:bottom w:w="75" w:type="dxa"/>
              <w:right w:w="85" w:type="dxa"/>
            </w:tcMar>
            <w:vAlign w:val="center"/>
          </w:tcPr>
          <w:p w14:paraId="3C47C1ED" w14:textId="77777777" w:rsidR="00807297" w:rsidRPr="001A1B66" w:rsidRDefault="00000000">
            <w:pPr>
              <w:spacing w:after="0" w:line="240" w:lineRule="auto"/>
              <w:rPr>
                <w:noProof/>
                <w:lang w:val="ro-RO"/>
              </w:rPr>
            </w:pPr>
            <w:r w:rsidRPr="001A1B66">
              <w:rPr>
                <w:noProof/>
                <w:sz w:val="14"/>
                <w:lang w:val="ro-RO"/>
              </w:rPr>
              <w:t>Ținta atinsă; date complete; verificarea independentă confirmă controlul.</w:t>
            </w:r>
          </w:p>
        </w:tc>
        <w:tc>
          <w:tcPr>
            <w:tcW w:w="2438" w:type="dxa"/>
            <w:shd w:val="clear" w:color="auto" w:fill="FAFAFA"/>
            <w:tcMar>
              <w:top w:w="75" w:type="dxa"/>
              <w:left w:w="85" w:type="dxa"/>
              <w:bottom w:w="75" w:type="dxa"/>
              <w:right w:w="85" w:type="dxa"/>
            </w:tcMar>
            <w:vAlign w:val="center"/>
          </w:tcPr>
          <w:p w14:paraId="27E76DE7" w14:textId="77777777" w:rsidR="00807297" w:rsidRPr="001A1B66" w:rsidRDefault="00000000">
            <w:pPr>
              <w:spacing w:after="0" w:line="240" w:lineRule="auto"/>
              <w:rPr>
                <w:noProof/>
                <w:lang w:val="ro-RO"/>
              </w:rPr>
            </w:pPr>
            <w:r w:rsidRPr="001A1B66">
              <w:rPr>
                <w:noProof/>
                <w:sz w:val="14"/>
                <w:lang w:val="ro-RO"/>
              </w:rPr>
              <w:t>Standardizare și revizuire anuală a validării.</w:t>
            </w:r>
          </w:p>
        </w:tc>
      </w:tr>
    </w:tbl>
    <w:p w14:paraId="058B4A57" w14:textId="77777777" w:rsidR="00807297" w:rsidRPr="001A1B66" w:rsidRDefault="00807297">
      <w:pPr>
        <w:spacing w:after="20"/>
        <w:rPr>
          <w:noProof/>
          <w:lang w:val="ro-RO"/>
        </w:rPr>
      </w:pPr>
    </w:p>
    <w:tbl>
      <w:tblPr>
        <w:tblW w:w="0" w:type="auto"/>
        <w:jc w:val="center"/>
        <w:tblBorders>
          <w:top w:val="single" w:sz="0" w:space="0" w:color="FCEBEC"/>
          <w:left w:val="single" w:sz="0" w:space="0" w:color="FCEBEC"/>
          <w:bottom w:val="single" w:sz="0" w:space="0" w:color="FCEBEC"/>
          <w:right w:val="single" w:sz="0" w:space="0" w:color="FCEBEC"/>
          <w:insideH w:val="single" w:sz="0" w:space="0" w:color="FCEBEC"/>
          <w:insideV w:val="single" w:sz="0" w:space="0" w:color="FCEBEC"/>
        </w:tblBorders>
        <w:tblLayout w:type="fixed"/>
        <w:tblLook w:val="04A0" w:firstRow="1" w:lastRow="0" w:firstColumn="1" w:lastColumn="0" w:noHBand="0" w:noVBand="1"/>
      </w:tblPr>
      <w:tblGrid>
        <w:gridCol w:w="567"/>
        <w:gridCol w:w="9354"/>
      </w:tblGrid>
      <w:tr w:rsidR="00807297" w:rsidRPr="001A1B66" w14:paraId="1F32BF03" w14:textId="77777777">
        <w:trPr>
          <w:cantSplit/>
          <w:jc w:val="center"/>
        </w:trPr>
        <w:tc>
          <w:tcPr>
            <w:tcW w:w="567" w:type="dxa"/>
            <w:shd w:val="clear" w:color="auto" w:fill="D71920"/>
            <w:tcMar>
              <w:top w:w="75" w:type="dxa"/>
              <w:left w:w="85" w:type="dxa"/>
              <w:bottom w:w="75" w:type="dxa"/>
              <w:right w:w="85" w:type="dxa"/>
            </w:tcMar>
            <w:vAlign w:val="center"/>
          </w:tcPr>
          <w:p w14:paraId="4BAF9F15" w14:textId="77777777" w:rsidR="00807297" w:rsidRPr="001A1B66" w:rsidRDefault="00000000">
            <w:pPr>
              <w:spacing w:after="0" w:line="240" w:lineRule="auto"/>
              <w:jc w:val="center"/>
              <w:rPr>
                <w:noProof/>
                <w:lang w:val="ro-RO"/>
              </w:rPr>
            </w:pPr>
            <w:r w:rsidRPr="001A1B66">
              <w:rPr>
                <w:b/>
                <w:noProof/>
                <w:color w:val="FFFFFF"/>
                <w:sz w:val="30"/>
                <w:lang w:val="ro-RO"/>
              </w:rPr>
              <w:t>i</w:t>
            </w:r>
          </w:p>
        </w:tc>
        <w:tc>
          <w:tcPr>
            <w:tcW w:w="9354" w:type="dxa"/>
            <w:shd w:val="clear" w:color="auto" w:fill="FCEBEC"/>
          </w:tcPr>
          <w:p w14:paraId="2B76BA4D" w14:textId="77777777" w:rsidR="00807297" w:rsidRPr="001A1B66" w:rsidRDefault="00000000">
            <w:pPr>
              <w:spacing w:after="40"/>
              <w:rPr>
                <w:noProof/>
                <w:lang w:val="ro-RO"/>
              </w:rPr>
            </w:pPr>
            <w:r w:rsidRPr="001A1B66">
              <w:rPr>
                <w:b/>
                <w:noProof/>
                <w:color w:val="D71920"/>
                <w:lang w:val="ro-RO"/>
              </w:rPr>
              <w:t>LECȚIA EXEMPLULUI</w:t>
            </w:r>
          </w:p>
          <w:p w14:paraId="04D5F55E" w14:textId="77777777" w:rsidR="00807297" w:rsidRPr="001A1B66" w:rsidRDefault="00000000">
            <w:pPr>
              <w:spacing w:after="0" w:line="252" w:lineRule="auto"/>
              <w:rPr>
                <w:noProof/>
                <w:lang w:val="ro-RO"/>
              </w:rPr>
            </w:pPr>
            <w:r w:rsidRPr="001A1B66">
              <w:rPr>
                <w:noProof/>
                <w:sz w:val="17"/>
                <w:lang w:val="ro-RO"/>
              </w:rPr>
              <w:t>Obiectivul urmărește prevenirea și stabilitatea procesului, dar păstrează criteriul de siguranță integral: niciun lot nu este eliberat înaintea verificării acceptate. Rezultatele inițiale neacceptate nu sunt ascunse prin retestare.</w:t>
            </w:r>
          </w:p>
        </w:tc>
      </w:tr>
    </w:tbl>
    <w:p w14:paraId="78D6A1D7" w14:textId="77777777" w:rsidR="00807297" w:rsidRPr="001A1B66" w:rsidRDefault="00807297">
      <w:pPr>
        <w:spacing w:after="0"/>
        <w:rPr>
          <w:noProof/>
          <w:lang w:val="ro-RO"/>
        </w:rPr>
      </w:pPr>
    </w:p>
    <w:p w14:paraId="5D0BA772" w14:textId="77777777" w:rsidR="00807297" w:rsidRPr="001A1B66" w:rsidRDefault="00000000">
      <w:pPr>
        <w:rPr>
          <w:noProof/>
          <w:lang w:val="ro-RO"/>
        </w:rPr>
      </w:pPr>
      <w:r w:rsidRPr="001A1B66">
        <w:rPr>
          <w:noProof/>
          <w:lang w:val="ro-RO"/>
        </w:rPr>
        <w:br w:type="page"/>
      </w: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807297" w:rsidRPr="001A1B66" w14:paraId="42931A56" w14:textId="77777777">
        <w:trPr>
          <w:jc w:val="center"/>
        </w:trPr>
        <w:tc>
          <w:tcPr>
            <w:tcW w:w="1020" w:type="dxa"/>
            <w:shd w:val="clear" w:color="auto" w:fill="D71920"/>
            <w:tcMar>
              <w:top w:w="75" w:type="dxa"/>
              <w:left w:w="85" w:type="dxa"/>
              <w:bottom w:w="75" w:type="dxa"/>
              <w:right w:w="85" w:type="dxa"/>
            </w:tcMar>
            <w:vAlign w:val="center"/>
          </w:tcPr>
          <w:p w14:paraId="2323A173" w14:textId="77777777" w:rsidR="00807297" w:rsidRPr="001A1B66" w:rsidRDefault="00000000">
            <w:pPr>
              <w:spacing w:after="0" w:line="240" w:lineRule="auto"/>
              <w:jc w:val="center"/>
              <w:rPr>
                <w:noProof/>
                <w:lang w:val="ro-RO"/>
              </w:rPr>
            </w:pPr>
            <w:r w:rsidRPr="001A1B66">
              <w:rPr>
                <w:b/>
                <w:noProof/>
                <w:color w:val="FFFFFF"/>
                <w:sz w:val="34"/>
                <w:lang w:val="ro-RO"/>
              </w:rPr>
              <w:lastRenderedPageBreak/>
              <w:t>7</w:t>
            </w:r>
          </w:p>
        </w:tc>
        <w:tc>
          <w:tcPr>
            <w:tcW w:w="8901" w:type="dxa"/>
            <w:shd w:val="clear" w:color="auto" w:fill="F3F4F5"/>
          </w:tcPr>
          <w:p w14:paraId="28F574DF" w14:textId="77777777" w:rsidR="00807297" w:rsidRPr="001A1B66" w:rsidRDefault="00000000">
            <w:pPr>
              <w:spacing w:after="20"/>
              <w:rPr>
                <w:noProof/>
                <w:lang w:val="ro-RO"/>
              </w:rPr>
            </w:pPr>
            <w:r w:rsidRPr="001A1B66">
              <w:rPr>
                <w:b/>
                <w:noProof/>
                <w:sz w:val="28"/>
                <w:lang w:val="ro-RO"/>
              </w:rPr>
              <w:t>Revizuire și decizie managerială</w:t>
            </w:r>
          </w:p>
          <w:p w14:paraId="6B915C69" w14:textId="77777777" w:rsidR="00807297" w:rsidRPr="001A1B66" w:rsidRDefault="00000000">
            <w:pPr>
              <w:spacing w:after="0"/>
              <w:rPr>
                <w:noProof/>
                <w:lang w:val="ro-RO"/>
              </w:rPr>
            </w:pPr>
            <w:r w:rsidRPr="001A1B66">
              <w:rPr>
                <w:noProof/>
                <w:color w:val="666666"/>
                <w:sz w:val="16"/>
                <w:lang w:val="ro-RO"/>
              </w:rPr>
              <w:t>Obiectivele trebuie folosite pentru decizii, nu doar raportate</w:t>
            </w:r>
          </w:p>
        </w:tc>
      </w:tr>
    </w:tbl>
    <w:p w14:paraId="20662831" w14:textId="77777777" w:rsidR="00807297" w:rsidRPr="001A1B66" w:rsidRDefault="00807297">
      <w:pPr>
        <w:spacing w:after="0"/>
        <w:rPr>
          <w:noProof/>
          <w:lang w:val="ro-RO"/>
        </w:rPr>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850"/>
        <w:gridCol w:w="9071"/>
      </w:tblGrid>
      <w:tr w:rsidR="00807297" w:rsidRPr="001A1B66" w14:paraId="67D6BC5B" w14:textId="77777777">
        <w:trPr>
          <w:tblHeader/>
          <w:jc w:val="center"/>
        </w:trPr>
        <w:tc>
          <w:tcPr>
            <w:tcW w:w="850" w:type="dxa"/>
            <w:shd w:val="clear" w:color="auto" w:fill="D71920"/>
            <w:tcMar>
              <w:top w:w="75" w:type="dxa"/>
              <w:left w:w="85" w:type="dxa"/>
              <w:bottom w:w="75" w:type="dxa"/>
              <w:right w:w="85" w:type="dxa"/>
            </w:tcMar>
            <w:vAlign w:val="center"/>
          </w:tcPr>
          <w:p w14:paraId="0A209634" w14:textId="77777777" w:rsidR="00807297" w:rsidRPr="001A1B66" w:rsidRDefault="00000000">
            <w:pPr>
              <w:spacing w:after="0" w:line="240" w:lineRule="auto"/>
              <w:jc w:val="center"/>
              <w:rPr>
                <w:noProof/>
                <w:lang w:val="ro-RO"/>
              </w:rPr>
            </w:pPr>
            <w:r w:rsidRPr="001A1B66">
              <w:rPr>
                <w:b/>
                <w:noProof/>
                <w:color w:val="FFFFFF"/>
                <w:sz w:val="16"/>
                <w:lang w:val="ro-RO"/>
              </w:rPr>
              <w:t>#</w:t>
            </w:r>
          </w:p>
        </w:tc>
        <w:tc>
          <w:tcPr>
            <w:tcW w:w="9071" w:type="dxa"/>
            <w:shd w:val="clear" w:color="auto" w:fill="D71920"/>
            <w:tcMar>
              <w:top w:w="75" w:type="dxa"/>
              <w:left w:w="85" w:type="dxa"/>
              <w:bottom w:w="75" w:type="dxa"/>
              <w:right w:w="85" w:type="dxa"/>
            </w:tcMar>
            <w:vAlign w:val="center"/>
          </w:tcPr>
          <w:p w14:paraId="1F2EF76C" w14:textId="77777777" w:rsidR="00807297" w:rsidRPr="001A1B66" w:rsidRDefault="00000000">
            <w:pPr>
              <w:spacing w:after="0" w:line="240" w:lineRule="auto"/>
              <w:jc w:val="center"/>
              <w:rPr>
                <w:noProof/>
                <w:lang w:val="ro-RO"/>
              </w:rPr>
            </w:pPr>
            <w:r w:rsidRPr="001A1B66">
              <w:rPr>
                <w:b/>
                <w:noProof/>
                <w:color w:val="FFFFFF"/>
                <w:sz w:val="16"/>
                <w:lang w:val="ro-RO"/>
              </w:rPr>
              <w:t>ÎNTREBARE</w:t>
            </w:r>
          </w:p>
        </w:tc>
      </w:tr>
      <w:tr w:rsidR="00807297" w:rsidRPr="00696259" w14:paraId="5282A316" w14:textId="77777777">
        <w:trPr>
          <w:cantSplit/>
          <w:jc w:val="center"/>
        </w:trPr>
        <w:tc>
          <w:tcPr>
            <w:tcW w:w="850" w:type="dxa"/>
            <w:shd w:val="clear" w:color="auto" w:fill="FFFFFF"/>
            <w:tcMar>
              <w:top w:w="75" w:type="dxa"/>
              <w:left w:w="85" w:type="dxa"/>
              <w:bottom w:w="75" w:type="dxa"/>
              <w:right w:w="85" w:type="dxa"/>
            </w:tcMar>
            <w:vAlign w:val="center"/>
          </w:tcPr>
          <w:p w14:paraId="3404CBE5" w14:textId="77777777" w:rsidR="00807297" w:rsidRPr="001A1B66" w:rsidRDefault="00000000">
            <w:pPr>
              <w:spacing w:after="0" w:line="240" w:lineRule="auto"/>
              <w:jc w:val="center"/>
              <w:rPr>
                <w:noProof/>
                <w:lang w:val="ro-RO"/>
              </w:rPr>
            </w:pPr>
            <w:r w:rsidRPr="001A1B66">
              <w:rPr>
                <w:noProof/>
                <w:sz w:val="16"/>
                <w:lang w:val="ro-RO"/>
              </w:rPr>
              <w:t>1</w:t>
            </w:r>
          </w:p>
        </w:tc>
        <w:tc>
          <w:tcPr>
            <w:tcW w:w="9071" w:type="dxa"/>
            <w:shd w:val="clear" w:color="auto" w:fill="FFFFFF"/>
            <w:tcMar>
              <w:top w:w="75" w:type="dxa"/>
              <w:left w:w="85" w:type="dxa"/>
              <w:bottom w:w="75" w:type="dxa"/>
              <w:right w:w="85" w:type="dxa"/>
            </w:tcMar>
            <w:vAlign w:val="center"/>
          </w:tcPr>
          <w:p w14:paraId="370EEC0E" w14:textId="77777777" w:rsidR="00807297" w:rsidRPr="001A1B66" w:rsidRDefault="00000000">
            <w:pPr>
              <w:spacing w:after="0" w:line="240" w:lineRule="auto"/>
              <w:rPr>
                <w:noProof/>
                <w:lang w:val="ro-RO"/>
              </w:rPr>
            </w:pPr>
            <w:r w:rsidRPr="001A1B66">
              <w:rPr>
                <w:noProof/>
                <w:sz w:val="16"/>
                <w:lang w:val="ro-RO"/>
              </w:rPr>
              <w:t>Datele includ toate loturile, abaterile, blocările și rezultatele inițiale, fără selecție favorabilă?</w:t>
            </w:r>
          </w:p>
        </w:tc>
      </w:tr>
      <w:tr w:rsidR="00807297" w:rsidRPr="001A1B66" w14:paraId="4BA14E44" w14:textId="77777777">
        <w:trPr>
          <w:cantSplit/>
          <w:jc w:val="center"/>
        </w:trPr>
        <w:tc>
          <w:tcPr>
            <w:tcW w:w="850" w:type="dxa"/>
            <w:shd w:val="clear" w:color="auto" w:fill="FAFAFA"/>
            <w:tcMar>
              <w:top w:w="75" w:type="dxa"/>
              <w:left w:w="85" w:type="dxa"/>
              <w:bottom w:w="75" w:type="dxa"/>
              <w:right w:w="85" w:type="dxa"/>
            </w:tcMar>
            <w:vAlign w:val="center"/>
          </w:tcPr>
          <w:p w14:paraId="78B76033" w14:textId="77777777" w:rsidR="00807297" w:rsidRPr="001A1B66" w:rsidRDefault="00000000">
            <w:pPr>
              <w:spacing w:after="0" w:line="240" w:lineRule="auto"/>
              <w:jc w:val="center"/>
              <w:rPr>
                <w:noProof/>
                <w:lang w:val="ro-RO"/>
              </w:rPr>
            </w:pPr>
            <w:r w:rsidRPr="001A1B66">
              <w:rPr>
                <w:noProof/>
                <w:sz w:val="16"/>
                <w:lang w:val="ro-RO"/>
              </w:rPr>
              <w:t>2</w:t>
            </w:r>
          </w:p>
        </w:tc>
        <w:tc>
          <w:tcPr>
            <w:tcW w:w="9071" w:type="dxa"/>
            <w:shd w:val="clear" w:color="auto" w:fill="FAFAFA"/>
            <w:tcMar>
              <w:top w:w="75" w:type="dxa"/>
              <w:left w:w="85" w:type="dxa"/>
              <w:bottom w:w="75" w:type="dxa"/>
              <w:right w:w="85" w:type="dxa"/>
            </w:tcMar>
            <w:vAlign w:val="center"/>
          </w:tcPr>
          <w:p w14:paraId="2DF2833C" w14:textId="77777777" w:rsidR="00807297" w:rsidRPr="001A1B66" w:rsidRDefault="00000000">
            <w:pPr>
              <w:spacing w:after="0" w:line="240" w:lineRule="auto"/>
              <w:rPr>
                <w:noProof/>
                <w:lang w:val="ro-RO"/>
              </w:rPr>
            </w:pPr>
            <w:r w:rsidRPr="001A1B66">
              <w:rPr>
                <w:noProof/>
                <w:sz w:val="16"/>
                <w:lang w:val="ro-RO"/>
              </w:rPr>
              <w:t>Rezultatul demonstrează control mai robust al pericolului și nu doar finalizarea acțiunilor?</w:t>
            </w:r>
          </w:p>
        </w:tc>
      </w:tr>
      <w:tr w:rsidR="00807297" w:rsidRPr="00696259" w14:paraId="32556531" w14:textId="77777777">
        <w:trPr>
          <w:cantSplit/>
          <w:jc w:val="center"/>
        </w:trPr>
        <w:tc>
          <w:tcPr>
            <w:tcW w:w="850" w:type="dxa"/>
            <w:shd w:val="clear" w:color="auto" w:fill="FFFFFF"/>
            <w:tcMar>
              <w:top w:w="75" w:type="dxa"/>
              <w:left w:w="85" w:type="dxa"/>
              <w:bottom w:w="75" w:type="dxa"/>
              <w:right w:w="85" w:type="dxa"/>
            </w:tcMar>
            <w:vAlign w:val="center"/>
          </w:tcPr>
          <w:p w14:paraId="06446CC2" w14:textId="77777777" w:rsidR="00807297" w:rsidRPr="001A1B66" w:rsidRDefault="00000000">
            <w:pPr>
              <w:spacing w:after="0" w:line="240" w:lineRule="auto"/>
              <w:jc w:val="center"/>
              <w:rPr>
                <w:noProof/>
                <w:lang w:val="ro-RO"/>
              </w:rPr>
            </w:pPr>
            <w:r w:rsidRPr="001A1B66">
              <w:rPr>
                <w:noProof/>
                <w:sz w:val="16"/>
                <w:lang w:val="ro-RO"/>
              </w:rPr>
              <w:t>3</w:t>
            </w:r>
          </w:p>
        </w:tc>
        <w:tc>
          <w:tcPr>
            <w:tcW w:w="9071" w:type="dxa"/>
            <w:shd w:val="clear" w:color="auto" w:fill="FFFFFF"/>
            <w:tcMar>
              <w:top w:w="75" w:type="dxa"/>
              <w:left w:w="85" w:type="dxa"/>
              <w:bottom w:w="75" w:type="dxa"/>
              <w:right w:w="85" w:type="dxa"/>
            </w:tcMar>
            <w:vAlign w:val="center"/>
          </w:tcPr>
          <w:p w14:paraId="0A0D1117" w14:textId="77777777" w:rsidR="00807297" w:rsidRPr="001A1B66" w:rsidRDefault="00000000">
            <w:pPr>
              <w:spacing w:after="0" w:line="240" w:lineRule="auto"/>
              <w:rPr>
                <w:noProof/>
                <w:lang w:val="ro-RO"/>
              </w:rPr>
            </w:pPr>
            <w:r w:rsidRPr="001A1B66">
              <w:rPr>
                <w:noProof/>
                <w:sz w:val="16"/>
                <w:lang w:val="ro-RO"/>
              </w:rPr>
              <w:t>Limitele critice, criteriile de acțiune și cerințele de eliberare au fost respectate integral?</w:t>
            </w:r>
          </w:p>
        </w:tc>
      </w:tr>
      <w:tr w:rsidR="00807297" w:rsidRPr="00696259" w14:paraId="64260370" w14:textId="77777777">
        <w:trPr>
          <w:cantSplit/>
          <w:jc w:val="center"/>
        </w:trPr>
        <w:tc>
          <w:tcPr>
            <w:tcW w:w="850" w:type="dxa"/>
            <w:shd w:val="clear" w:color="auto" w:fill="FAFAFA"/>
            <w:tcMar>
              <w:top w:w="75" w:type="dxa"/>
              <w:left w:w="85" w:type="dxa"/>
              <w:bottom w:w="75" w:type="dxa"/>
              <w:right w:w="85" w:type="dxa"/>
            </w:tcMar>
            <w:vAlign w:val="center"/>
          </w:tcPr>
          <w:p w14:paraId="1117C75E" w14:textId="77777777" w:rsidR="00807297" w:rsidRPr="001A1B66" w:rsidRDefault="00000000">
            <w:pPr>
              <w:spacing w:after="0" w:line="240" w:lineRule="auto"/>
              <w:jc w:val="center"/>
              <w:rPr>
                <w:noProof/>
                <w:lang w:val="ro-RO"/>
              </w:rPr>
            </w:pPr>
            <w:r w:rsidRPr="001A1B66">
              <w:rPr>
                <w:noProof/>
                <w:sz w:val="16"/>
                <w:lang w:val="ro-RO"/>
              </w:rPr>
              <w:t>4</w:t>
            </w:r>
          </w:p>
        </w:tc>
        <w:tc>
          <w:tcPr>
            <w:tcW w:w="9071" w:type="dxa"/>
            <w:shd w:val="clear" w:color="auto" w:fill="FAFAFA"/>
            <w:tcMar>
              <w:top w:w="75" w:type="dxa"/>
              <w:left w:w="85" w:type="dxa"/>
              <w:bottom w:w="75" w:type="dxa"/>
              <w:right w:w="85" w:type="dxa"/>
            </w:tcMar>
            <w:vAlign w:val="center"/>
          </w:tcPr>
          <w:p w14:paraId="58482E53" w14:textId="77777777" w:rsidR="00807297" w:rsidRPr="001A1B66" w:rsidRDefault="00000000">
            <w:pPr>
              <w:spacing w:after="0" w:line="240" w:lineRule="auto"/>
              <w:rPr>
                <w:noProof/>
                <w:lang w:val="ro-RO"/>
              </w:rPr>
            </w:pPr>
            <w:r w:rsidRPr="001A1B66">
              <w:rPr>
                <w:noProof/>
                <w:sz w:val="16"/>
                <w:lang w:val="ro-RO"/>
              </w:rPr>
              <w:t>Validarea și verificarea confirmă eficacitatea în condiții normale, de vârf și după schimbări?</w:t>
            </w:r>
          </w:p>
        </w:tc>
      </w:tr>
      <w:tr w:rsidR="00807297" w:rsidRPr="00696259" w14:paraId="78FA14E3" w14:textId="77777777">
        <w:trPr>
          <w:cantSplit/>
          <w:jc w:val="center"/>
        </w:trPr>
        <w:tc>
          <w:tcPr>
            <w:tcW w:w="850" w:type="dxa"/>
            <w:shd w:val="clear" w:color="auto" w:fill="FFFFFF"/>
            <w:tcMar>
              <w:top w:w="75" w:type="dxa"/>
              <w:left w:w="85" w:type="dxa"/>
              <w:bottom w:w="75" w:type="dxa"/>
              <w:right w:w="85" w:type="dxa"/>
            </w:tcMar>
            <w:vAlign w:val="center"/>
          </w:tcPr>
          <w:p w14:paraId="215EBF00" w14:textId="77777777" w:rsidR="00807297" w:rsidRPr="001A1B66" w:rsidRDefault="00000000">
            <w:pPr>
              <w:spacing w:after="0" w:line="240" w:lineRule="auto"/>
              <w:jc w:val="center"/>
              <w:rPr>
                <w:noProof/>
                <w:lang w:val="ro-RO"/>
              </w:rPr>
            </w:pPr>
            <w:r w:rsidRPr="001A1B66">
              <w:rPr>
                <w:noProof/>
                <w:sz w:val="16"/>
                <w:lang w:val="ro-RO"/>
              </w:rPr>
              <w:t>5</w:t>
            </w:r>
          </w:p>
        </w:tc>
        <w:tc>
          <w:tcPr>
            <w:tcW w:w="9071" w:type="dxa"/>
            <w:shd w:val="clear" w:color="auto" w:fill="FFFFFF"/>
            <w:tcMar>
              <w:top w:w="75" w:type="dxa"/>
              <w:left w:w="85" w:type="dxa"/>
              <w:bottom w:w="75" w:type="dxa"/>
              <w:right w:w="85" w:type="dxa"/>
            </w:tcMar>
            <w:vAlign w:val="center"/>
          </w:tcPr>
          <w:p w14:paraId="4AD21846" w14:textId="77777777" w:rsidR="00807297" w:rsidRPr="001A1B66" w:rsidRDefault="00000000">
            <w:pPr>
              <w:spacing w:after="0" w:line="240" w:lineRule="auto"/>
              <w:rPr>
                <w:noProof/>
                <w:lang w:val="ro-RO"/>
              </w:rPr>
            </w:pPr>
            <w:r w:rsidRPr="001A1B66">
              <w:rPr>
                <w:noProof/>
                <w:sz w:val="16"/>
                <w:lang w:val="ro-RO"/>
              </w:rPr>
              <w:t>Au apărut riscuri noi pentru alte produse, alergeni, linii, schimburi sau etape ale lanțului alimentar?</w:t>
            </w:r>
          </w:p>
        </w:tc>
      </w:tr>
      <w:tr w:rsidR="00807297" w:rsidRPr="00696259" w14:paraId="583ACF06" w14:textId="77777777">
        <w:trPr>
          <w:cantSplit/>
          <w:jc w:val="center"/>
        </w:trPr>
        <w:tc>
          <w:tcPr>
            <w:tcW w:w="850" w:type="dxa"/>
            <w:shd w:val="clear" w:color="auto" w:fill="FAFAFA"/>
            <w:tcMar>
              <w:top w:w="75" w:type="dxa"/>
              <w:left w:w="85" w:type="dxa"/>
              <w:bottom w:w="75" w:type="dxa"/>
              <w:right w:w="85" w:type="dxa"/>
            </w:tcMar>
            <w:vAlign w:val="center"/>
          </w:tcPr>
          <w:p w14:paraId="2D00320A" w14:textId="77777777" w:rsidR="00807297" w:rsidRPr="001A1B66" w:rsidRDefault="00000000">
            <w:pPr>
              <w:spacing w:after="0" w:line="240" w:lineRule="auto"/>
              <w:jc w:val="center"/>
              <w:rPr>
                <w:noProof/>
                <w:lang w:val="ro-RO"/>
              </w:rPr>
            </w:pPr>
            <w:r w:rsidRPr="001A1B66">
              <w:rPr>
                <w:noProof/>
                <w:sz w:val="16"/>
                <w:lang w:val="ro-RO"/>
              </w:rPr>
              <w:t>6</w:t>
            </w:r>
          </w:p>
        </w:tc>
        <w:tc>
          <w:tcPr>
            <w:tcW w:w="9071" w:type="dxa"/>
            <w:shd w:val="clear" w:color="auto" w:fill="FAFAFA"/>
            <w:tcMar>
              <w:top w:w="75" w:type="dxa"/>
              <w:left w:w="85" w:type="dxa"/>
              <w:bottom w:w="75" w:type="dxa"/>
              <w:right w:w="85" w:type="dxa"/>
            </w:tcMar>
            <w:vAlign w:val="center"/>
          </w:tcPr>
          <w:p w14:paraId="7B8C80EC" w14:textId="77777777" w:rsidR="00807297" w:rsidRPr="001A1B66" w:rsidRDefault="00000000">
            <w:pPr>
              <w:spacing w:after="0" w:line="240" w:lineRule="auto"/>
              <w:rPr>
                <w:noProof/>
                <w:lang w:val="ro-RO"/>
              </w:rPr>
            </w:pPr>
            <w:r w:rsidRPr="001A1B66">
              <w:rPr>
                <w:noProof/>
                <w:sz w:val="16"/>
                <w:lang w:val="ro-RO"/>
              </w:rPr>
              <w:t>Furnizorii, utilitățile, personalul și cultura de raportare susțin rezultatul?</w:t>
            </w:r>
          </w:p>
        </w:tc>
      </w:tr>
      <w:tr w:rsidR="00807297" w:rsidRPr="001A1B66" w14:paraId="2934B8F0" w14:textId="77777777">
        <w:trPr>
          <w:cantSplit/>
          <w:jc w:val="center"/>
        </w:trPr>
        <w:tc>
          <w:tcPr>
            <w:tcW w:w="850" w:type="dxa"/>
            <w:shd w:val="clear" w:color="auto" w:fill="FFFFFF"/>
            <w:tcMar>
              <w:top w:w="75" w:type="dxa"/>
              <w:left w:w="85" w:type="dxa"/>
              <w:bottom w:w="75" w:type="dxa"/>
              <w:right w:w="85" w:type="dxa"/>
            </w:tcMar>
            <w:vAlign w:val="center"/>
          </w:tcPr>
          <w:p w14:paraId="63250B98" w14:textId="77777777" w:rsidR="00807297" w:rsidRPr="001A1B66" w:rsidRDefault="00000000">
            <w:pPr>
              <w:spacing w:after="0" w:line="240" w:lineRule="auto"/>
              <w:jc w:val="center"/>
              <w:rPr>
                <w:noProof/>
                <w:lang w:val="ro-RO"/>
              </w:rPr>
            </w:pPr>
            <w:r w:rsidRPr="001A1B66">
              <w:rPr>
                <w:noProof/>
                <w:sz w:val="16"/>
                <w:lang w:val="ro-RO"/>
              </w:rPr>
              <w:t>7</w:t>
            </w:r>
          </w:p>
        </w:tc>
        <w:tc>
          <w:tcPr>
            <w:tcW w:w="9071" w:type="dxa"/>
            <w:shd w:val="clear" w:color="auto" w:fill="FFFFFF"/>
            <w:tcMar>
              <w:top w:w="75" w:type="dxa"/>
              <w:left w:w="85" w:type="dxa"/>
              <w:bottom w:w="75" w:type="dxa"/>
              <w:right w:w="85" w:type="dxa"/>
            </w:tcMar>
            <w:vAlign w:val="center"/>
          </w:tcPr>
          <w:p w14:paraId="1F3AAE12" w14:textId="77777777" w:rsidR="00807297" w:rsidRPr="001A1B66" w:rsidRDefault="00000000">
            <w:pPr>
              <w:spacing w:after="0" w:line="240" w:lineRule="auto"/>
              <w:rPr>
                <w:noProof/>
                <w:lang w:val="ro-RO"/>
              </w:rPr>
            </w:pPr>
            <w:r w:rsidRPr="001A1B66">
              <w:rPr>
                <w:noProof/>
                <w:sz w:val="16"/>
                <w:lang w:val="ro-RO"/>
              </w:rPr>
              <w:t>Schimbările climatice sau alte condiții externe afectează materiile prime, utilitățile, depozitarea ori continuitatea?</w:t>
            </w:r>
          </w:p>
        </w:tc>
      </w:tr>
      <w:tr w:rsidR="00807297" w:rsidRPr="001A1B66" w14:paraId="7E7455F1" w14:textId="77777777">
        <w:trPr>
          <w:cantSplit/>
          <w:jc w:val="center"/>
        </w:trPr>
        <w:tc>
          <w:tcPr>
            <w:tcW w:w="850" w:type="dxa"/>
            <w:shd w:val="clear" w:color="auto" w:fill="FAFAFA"/>
            <w:tcMar>
              <w:top w:w="75" w:type="dxa"/>
              <w:left w:w="85" w:type="dxa"/>
              <w:bottom w:w="75" w:type="dxa"/>
              <w:right w:w="85" w:type="dxa"/>
            </w:tcMar>
            <w:vAlign w:val="center"/>
          </w:tcPr>
          <w:p w14:paraId="66A7A534" w14:textId="77777777" w:rsidR="00807297" w:rsidRPr="001A1B66" w:rsidRDefault="00000000">
            <w:pPr>
              <w:spacing w:after="0" w:line="240" w:lineRule="auto"/>
              <w:jc w:val="center"/>
              <w:rPr>
                <w:noProof/>
                <w:lang w:val="ro-RO"/>
              </w:rPr>
            </w:pPr>
            <w:r w:rsidRPr="001A1B66">
              <w:rPr>
                <w:noProof/>
                <w:sz w:val="16"/>
                <w:lang w:val="ro-RO"/>
              </w:rPr>
              <w:t>8</w:t>
            </w:r>
          </w:p>
        </w:tc>
        <w:tc>
          <w:tcPr>
            <w:tcW w:w="9071" w:type="dxa"/>
            <w:shd w:val="clear" w:color="auto" w:fill="FAFAFA"/>
            <w:tcMar>
              <w:top w:w="75" w:type="dxa"/>
              <w:left w:w="85" w:type="dxa"/>
              <w:bottom w:w="75" w:type="dxa"/>
              <w:right w:w="85" w:type="dxa"/>
            </w:tcMar>
            <w:vAlign w:val="center"/>
          </w:tcPr>
          <w:p w14:paraId="4879A9CF" w14:textId="77777777" w:rsidR="00807297" w:rsidRPr="001A1B66" w:rsidRDefault="00000000">
            <w:pPr>
              <w:spacing w:after="0" w:line="240" w:lineRule="auto"/>
              <w:rPr>
                <w:noProof/>
                <w:lang w:val="ro-RO"/>
              </w:rPr>
            </w:pPr>
            <w:r w:rsidRPr="001A1B66">
              <w:rPr>
                <w:noProof/>
                <w:sz w:val="16"/>
                <w:lang w:val="ro-RO"/>
              </w:rPr>
              <w:t>Sunt necesare resurse, revizuirea analizei pericolelor, CAPA sau modificarea controalelor?</w:t>
            </w:r>
          </w:p>
        </w:tc>
      </w:tr>
    </w:tbl>
    <w:p w14:paraId="50120665" w14:textId="77777777" w:rsidR="00807297" w:rsidRPr="001A1B66" w:rsidRDefault="00807297">
      <w:pPr>
        <w:spacing w:after="20"/>
        <w:rPr>
          <w:noProof/>
          <w:lang w:val="ro-RO"/>
        </w:rPr>
      </w:pPr>
    </w:p>
    <w:p w14:paraId="5E8C36AB" w14:textId="77777777" w:rsidR="00807297" w:rsidRPr="001A1B66" w:rsidRDefault="00000000">
      <w:pPr>
        <w:pStyle w:val="Heading2"/>
        <w:rPr>
          <w:noProof/>
          <w:lang w:val="ro-RO"/>
        </w:rPr>
      </w:pPr>
      <w:r w:rsidRPr="001A1B66">
        <w:rPr>
          <w:noProof/>
          <w:lang w:val="ro-RO"/>
        </w:rPr>
        <w:t>Când ținta nu este atinsă</w:t>
      </w:r>
    </w:p>
    <w:p w14:paraId="441A2021" w14:textId="77777777" w:rsidR="00807297" w:rsidRPr="001A1B66" w:rsidRDefault="00000000">
      <w:pPr>
        <w:pStyle w:val="ListBullet"/>
        <w:spacing w:after="40"/>
        <w:ind w:left="283" w:hanging="170"/>
        <w:rPr>
          <w:noProof/>
          <w:lang w:val="ro-RO"/>
        </w:rPr>
      </w:pPr>
      <w:r w:rsidRPr="001A1B66">
        <w:rPr>
          <w:noProof/>
          <w:lang w:val="ro-RO"/>
        </w:rPr>
        <w:t>Confirmați definiția indicatorului, populația, loturile și calitatea datelor; verificați dacă rezultatele inițiale și blocările au fost incluse.</w:t>
      </w:r>
    </w:p>
    <w:p w14:paraId="394F5BF1" w14:textId="77777777" w:rsidR="00807297" w:rsidRPr="001A1B66" w:rsidRDefault="00000000">
      <w:pPr>
        <w:pStyle w:val="ListBullet"/>
        <w:spacing w:after="40"/>
        <w:ind w:left="283" w:hanging="170"/>
        <w:rPr>
          <w:noProof/>
          <w:lang w:val="ro-RO"/>
        </w:rPr>
      </w:pPr>
      <w:r w:rsidRPr="001A1B66">
        <w:rPr>
          <w:noProof/>
          <w:lang w:val="ro-RO"/>
        </w:rPr>
        <w:t>Analizați cauzele tehnice, umane, de mediu, furnizor și de management al schimbării.</w:t>
      </w:r>
    </w:p>
    <w:p w14:paraId="3487111B" w14:textId="77777777" w:rsidR="00807297" w:rsidRPr="001A1B66" w:rsidRDefault="00000000">
      <w:pPr>
        <w:pStyle w:val="ListBullet"/>
        <w:spacing w:after="40"/>
        <w:ind w:left="283" w:hanging="170"/>
        <w:rPr>
          <w:noProof/>
          <w:lang w:val="ro-RO"/>
        </w:rPr>
      </w:pPr>
      <w:r w:rsidRPr="001A1B66">
        <w:rPr>
          <w:noProof/>
          <w:lang w:val="ro-RO"/>
        </w:rPr>
        <w:t>Verificați implementarea efectivă a măsurilor și competența în toate schimburile și situațiile relevante.</w:t>
      </w:r>
    </w:p>
    <w:p w14:paraId="3CA80982" w14:textId="77777777" w:rsidR="00807297" w:rsidRPr="001A1B66" w:rsidRDefault="00000000">
      <w:pPr>
        <w:pStyle w:val="ListBullet"/>
        <w:spacing w:after="40"/>
        <w:ind w:left="283" w:hanging="170"/>
        <w:rPr>
          <w:noProof/>
          <w:lang w:val="ro-RO"/>
        </w:rPr>
      </w:pPr>
      <w:r w:rsidRPr="001A1B66">
        <w:rPr>
          <w:noProof/>
          <w:lang w:val="ro-RO"/>
        </w:rPr>
        <w:t>Reevaluați analiza pericolelor, validarea și combinația măsurilor de control atunci când există indicii de control insuficient.</w:t>
      </w:r>
    </w:p>
    <w:p w14:paraId="15818BC2" w14:textId="77777777" w:rsidR="00807297" w:rsidRPr="001A1B66" w:rsidRDefault="00000000">
      <w:pPr>
        <w:pStyle w:val="ListBullet"/>
        <w:spacing w:after="40"/>
        <w:ind w:left="283" w:hanging="170"/>
        <w:rPr>
          <w:noProof/>
          <w:lang w:val="ro-RO"/>
        </w:rPr>
      </w:pPr>
      <w:r w:rsidRPr="001A1B66">
        <w:rPr>
          <w:noProof/>
          <w:lang w:val="ro-RO"/>
        </w:rPr>
        <w:t>Protejați produsul: blocați, evaluați și gestionați produsul potențial nesigur conform proceselor stabilite.</w:t>
      </w:r>
    </w:p>
    <w:p w14:paraId="25DB488D" w14:textId="77777777" w:rsidR="00807297" w:rsidRPr="001A1B66" w:rsidRDefault="00000000">
      <w:pPr>
        <w:pStyle w:val="ListBullet"/>
        <w:spacing w:after="40"/>
        <w:ind w:left="283" w:hanging="170"/>
        <w:rPr>
          <w:noProof/>
          <w:lang w:val="ro-RO"/>
        </w:rPr>
      </w:pPr>
      <w:r w:rsidRPr="001A1B66">
        <w:rPr>
          <w:noProof/>
          <w:lang w:val="ro-RO"/>
        </w:rPr>
        <w:t>Dacă abaterea reprezintă neconformitate sau incident, aplicați corecția, analiza cauzei, acțiunea corectivă și verificarea eficacității.</w:t>
      </w:r>
    </w:p>
    <w:p w14:paraId="687B101A" w14:textId="77777777" w:rsidR="00807297" w:rsidRPr="001A1B66" w:rsidRDefault="00000000">
      <w:pPr>
        <w:pStyle w:val="Heading2"/>
        <w:rPr>
          <w:noProof/>
          <w:lang w:val="ro-RO"/>
        </w:rPr>
      </w:pPr>
      <w:r w:rsidRPr="001A1B66">
        <w:rPr>
          <w:noProof/>
          <w:lang w:val="ro-RO"/>
        </w:rPr>
        <w:t>Proces-verbal scurt pentru revizuirea obiectivelor</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3118"/>
        <w:gridCol w:w="6803"/>
      </w:tblGrid>
      <w:tr w:rsidR="00807297" w:rsidRPr="001A1B66" w14:paraId="77BE279C" w14:textId="77777777">
        <w:trPr>
          <w:tblHeader/>
          <w:jc w:val="center"/>
        </w:trPr>
        <w:tc>
          <w:tcPr>
            <w:tcW w:w="3118" w:type="dxa"/>
            <w:shd w:val="clear" w:color="auto" w:fill="D71920"/>
            <w:tcMar>
              <w:top w:w="75" w:type="dxa"/>
              <w:left w:w="85" w:type="dxa"/>
              <w:bottom w:w="75" w:type="dxa"/>
              <w:right w:w="85" w:type="dxa"/>
            </w:tcMar>
            <w:vAlign w:val="center"/>
          </w:tcPr>
          <w:p w14:paraId="5425AF34" w14:textId="77777777" w:rsidR="00807297" w:rsidRPr="001A1B66" w:rsidRDefault="00000000">
            <w:pPr>
              <w:spacing w:after="0" w:line="240" w:lineRule="auto"/>
              <w:jc w:val="center"/>
              <w:rPr>
                <w:noProof/>
                <w:lang w:val="ro-RO"/>
              </w:rPr>
            </w:pPr>
            <w:r w:rsidRPr="001A1B66">
              <w:rPr>
                <w:b/>
                <w:noProof/>
                <w:color w:val="FFFFFF"/>
                <w:sz w:val="15"/>
                <w:lang w:val="ro-RO"/>
              </w:rPr>
              <w:t>ELEMENT</w:t>
            </w:r>
          </w:p>
        </w:tc>
        <w:tc>
          <w:tcPr>
            <w:tcW w:w="6803" w:type="dxa"/>
            <w:shd w:val="clear" w:color="auto" w:fill="D71920"/>
            <w:tcMar>
              <w:top w:w="75" w:type="dxa"/>
              <w:left w:w="85" w:type="dxa"/>
              <w:bottom w:w="75" w:type="dxa"/>
              <w:right w:w="85" w:type="dxa"/>
            </w:tcMar>
            <w:vAlign w:val="center"/>
          </w:tcPr>
          <w:p w14:paraId="44BF3E19" w14:textId="77777777" w:rsidR="00807297" w:rsidRPr="001A1B66" w:rsidRDefault="00000000">
            <w:pPr>
              <w:spacing w:after="0" w:line="240" w:lineRule="auto"/>
              <w:jc w:val="center"/>
              <w:rPr>
                <w:noProof/>
                <w:lang w:val="ro-RO"/>
              </w:rPr>
            </w:pPr>
            <w:r w:rsidRPr="001A1B66">
              <w:rPr>
                <w:b/>
                <w:noProof/>
                <w:color w:val="FFFFFF"/>
                <w:sz w:val="15"/>
                <w:lang w:val="ro-RO"/>
              </w:rPr>
              <w:t>COMPLETARE</w:t>
            </w:r>
          </w:p>
        </w:tc>
      </w:tr>
      <w:tr w:rsidR="00807297" w:rsidRPr="001A1B66" w14:paraId="402A4D79" w14:textId="77777777">
        <w:trPr>
          <w:cantSplit/>
          <w:jc w:val="center"/>
        </w:trPr>
        <w:tc>
          <w:tcPr>
            <w:tcW w:w="3118" w:type="dxa"/>
            <w:shd w:val="clear" w:color="auto" w:fill="FFFFFF"/>
            <w:tcMar>
              <w:top w:w="75" w:type="dxa"/>
              <w:left w:w="85" w:type="dxa"/>
              <w:bottom w:w="75" w:type="dxa"/>
              <w:right w:w="85" w:type="dxa"/>
            </w:tcMar>
            <w:vAlign w:val="center"/>
          </w:tcPr>
          <w:p w14:paraId="55028667" w14:textId="77777777" w:rsidR="00807297" w:rsidRPr="001A1B66" w:rsidRDefault="00000000">
            <w:pPr>
              <w:spacing w:after="0" w:line="240" w:lineRule="auto"/>
              <w:rPr>
                <w:noProof/>
                <w:lang w:val="ro-RO"/>
              </w:rPr>
            </w:pPr>
            <w:r w:rsidRPr="001A1B66">
              <w:rPr>
                <w:noProof/>
                <w:sz w:val="16"/>
                <w:lang w:val="ro-RO"/>
              </w:rPr>
              <w:t>Data / participanți</w:t>
            </w:r>
          </w:p>
        </w:tc>
        <w:tc>
          <w:tcPr>
            <w:tcW w:w="6803" w:type="dxa"/>
            <w:shd w:val="clear" w:color="auto" w:fill="FFFFFF"/>
            <w:tcMar>
              <w:top w:w="75" w:type="dxa"/>
              <w:left w:w="85" w:type="dxa"/>
              <w:bottom w:w="75" w:type="dxa"/>
              <w:right w:w="85" w:type="dxa"/>
            </w:tcMar>
            <w:vAlign w:val="center"/>
          </w:tcPr>
          <w:p w14:paraId="5CEB0BA3" w14:textId="77777777" w:rsidR="00807297" w:rsidRPr="001A1B66" w:rsidRDefault="00807297">
            <w:pPr>
              <w:spacing w:after="0" w:line="240" w:lineRule="auto"/>
              <w:rPr>
                <w:noProof/>
                <w:lang w:val="ro-RO"/>
              </w:rPr>
            </w:pPr>
          </w:p>
        </w:tc>
      </w:tr>
      <w:tr w:rsidR="00807297" w:rsidRPr="001A1B66" w14:paraId="49C88DF2" w14:textId="77777777">
        <w:trPr>
          <w:cantSplit/>
          <w:jc w:val="center"/>
        </w:trPr>
        <w:tc>
          <w:tcPr>
            <w:tcW w:w="3118" w:type="dxa"/>
            <w:shd w:val="clear" w:color="auto" w:fill="FAFAFA"/>
            <w:tcMar>
              <w:top w:w="75" w:type="dxa"/>
              <w:left w:w="85" w:type="dxa"/>
              <w:bottom w:w="75" w:type="dxa"/>
              <w:right w:w="85" w:type="dxa"/>
            </w:tcMar>
            <w:vAlign w:val="center"/>
          </w:tcPr>
          <w:p w14:paraId="31EAEBF5" w14:textId="77777777" w:rsidR="00807297" w:rsidRPr="001A1B66" w:rsidRDefault="00000000">
            <w:pPr>
              <w:spacing w:after="0" w:line="240" w:lineRule="auto"/>
              <w:rPr>
                <w:noProof/>
                <w:lang w:val="ro-RO"/>
              </w:rPr>
            </w:pPr>
            <w:r w:rsidRPr="001A1B66">
              <w:rPr>
                <w:noProof/>
                <w:sz w:val="16"/>
                <w:lang w:val="ro-RO"/>
              </w:rPr>
              <w:t>Obiective revizuite</w:t>
            </w:r>
          </w:p>
        </w:tc>
        <w:tc>
          <w:tcPr>
            <w:tcW w:w="6803" w:type="dxa"/>
            <w:shd w:val="clear" w:color="auto" w:fill="FAFAFA"/>
            <w:tcMar>
              <w:top w:w="75" w:type="dxa"/>
              <w:left w:w="85" w:type="dxa"/>
              <w:bottom w:w="75" w:type="dxa"/>
              <w:right w:w="85" w:type="dxa"/>
            </w:tcMar>
            <w:vAlign w:val="center"/>
          </w:tcPr>
          <w:p w14:paraId="1C6AD70B" w14:textId="77777777" w:rsidR="00807297" w:rsidRPr="001A1B66" w:rsidRDefault="00807297">
            <w:pPr>
              <w:spacing w:after="0" w:line="240" w:lineRule="auto"/>
              <w:rPr>
                <w:noProof/>
                <w:lang w:val="ro-RO"/>
              </w:rPr>
            </w:pPr>
          </w:p>
        </w:tc>
      </w:tr>
      <w:tr w:rsidR="00807297" w:rsidRPr="001A1B66" w14:paraId="6F2B8EE7" w14:textId="77777777">
        <w:trPr>
          <w:cantSplit/>
          <w:jc w:val="center"/>
        </w:trPr>
        <w:tc>
          <w:tcPr>
            <w:tcW w:w="3118" w:type="dxa"/>
            <w:shd w:val="clear" w:color="auto" w:fill="FFFFFF"/>
            <w:tcMar>
              <w:top w:w="75" w:type="dxa"/>
              <w:left w:w="85" w:type="dxa"/>
              <w:bottom w:w="75" w:type="dxa"/>
              <w:right w:w="85" w:type="dxa"/>
            </w:tcMar>
            <w:vAlign w:val="center"/>
          </w:tcPr>
          <w:p w14:paraId="2DFA6BA9" w14:textId="77777777" w:rsidR="00807297" w:rsidRPr="001A1B66" w:rsidRDefault="00000000">
            <w:pPr>
              <w:spacing w:after="0" w:line="240" w:lineRule="auto"/>
              <w:rPr>
                <w:noProof/>
                <w:lang w:val="ro-RO"/>
              </w:rPr>
            </w:pPr>
            <w:r w:rsidRPr="001A1B66">
              <w:rPr>
                <w:noProof/>
                <w:sz w:val="16"/>
                <w:lang w:val="ro-RO"/>
              </w:rPr>
              <w:t>Date / rapoarte analizate</w:t>
            </w:r>
          </w:p>
        </w:tc>
        <w:tc>
          <w:tcPr>
            <w:tcW w:w="6803" w:type="dxa"/>
            <w:shd w:val="clear" w:color="auto" w:fill="FFFFFF"/>
            <w:tcMar>
              <w:top w:w="75" w:type="dxa"/>
              <w:left w:w="85" w:type="dxa"/>
              <w:bottom w:w="75" w:type="dxa"/>
              <w:right w:w="85" w:type="dxa"/>
            </w:tcMar>
            <w:vAlign w:val="center"/>
          </w:tcPr>
          <w:p w14:paraId="7B00F7B3" w14:textId="77777777" w:rsidR="00807297" w:rsidRPr="001A1B66" w:rsidRDefault="00807297">
            <w:pPr>
              <w:spacing w:after="0" w:line="240" w:lineRule="auto"/>
              <w:rPr>
                <w:noProof/>
                <w:lang w:val="ro-RO"/>
              </w:rPr>
            </w:pPr>
          </w:p>
        </w:tc>
      </w:tr>
      <w:tr w:rsidR="00807297" w:rsidRPr="001A1B66" w14:paraId="2577CC86" w14:textId="77777777">
        <w:trPr>
          <w:cantSplit/>
          <w:jc w:val="center"/>
        </w:trPr>
        <w:tc>
          <w:tcPr>
            <w:tcW w:w="3118" w:type="dxa"/>
            <w:shd w:val="clear" w:color="auto" w:fill="FAFAFA"/>
            <w:tcMar>
              <w:top w:w="75" w:type="dxa"/>
              <w:left w:w="85" w:type="dxa"/>
              <w:bottom w:w="75" w:type="dxa"/>
              <w:right w:w="85" w:type="dxa"/>
            </w:tcMar>
            <w:vAlign w:val="center"/>
          </w:tcPr>
          <w:p w14:paraId="75161DF0" w14:textId="77777777" w:rsidR="00807297" w:rsidRPr="001A1B66" w:rsidRDefault="00000000">
            <w:pPr>
              <w:spacing w:after="0" w:line="240" w:lineRule="auto"/>
              <w:rPr>
                <w:noProof/>
                <w:lang w:val="ro-RO"/>
              </w:rPr>
            </w:pPr>
            <w:r w:rsidRPr="001A1B66">
              <w:rPr>
                <w:noProof/>
                <w:sz w:val="16"/>
                <w:lang w:val="ro-RO"/>
              </w:rPr>
              <w:t>Obiective verzi</w:t>
            </w:r>
          </w:p>
        </w:tc>
        <w:tc>
          <w:tcPr>
            <w:tcW w:w="6803" w:type="dxa"/>
            <w:shd w:val="clear" w:color="auto" w:fill="FAFAFA"/>
            <w:tcMar>
              <w:top w:w="75" w:type="dxa"/>
              <w:left w:w="85" w:type="dxa"/>
              <w:bottom w:w="75" w:type="dxa"/>
              <w:right w:w="85" w:type="dxa"/>
            </w:tcMar>
            <w:vAlign w:val="center"/>
          </w:tcPr>
          <w:p w14:paraId="6C878149" w14:textId="77777777" w:rsidR="00807297" w:rsidRPr="001A1B66" w:rsidRDefault="00807297">
            <w:pPr>
              <w:spacing w:after="0" w:line="240" w:lineRule="auto"/>
              <w:rPr>
                <w:noProof/>
                <w:lang w:val="ro-RO"/>
              </w:rPr>
            </w:pPr>
          </w:p>
        </w:tc>
      </w:tr>
      <w:tr w:rsidR="00807297" w:rsidRPr="001A1B66" w14:paraId="1F392F03" w14:textId="77777777">
        <w:trPr>
          <w:cantSplit/>
          <w:jc w:val="center"/>
        </w:trPr>
        <w:tc>
          <w:tcPr>
            <w:tcW w:w="3118" w:type="dxa"/>
            <w:shd w:val="clear" w:color="auto" w:fill="FFFFFF"/>
            <w:tcMar>
              <w:top w:w="75" w:type="dxa"/>
              <w:left w:w="85" w:type="dxa"/>
              <w:bottom w:w="75" w:type="dxa"/>
              <w:right w:w="85" w:type="dxa"/>
            </w:tcMar>
            <w:vAlign w:val="center"/>
          </w:tcPr>
          <w:p w14:paraId="7FEE0605" w14:textId="77777777" w:rsidR="00807297" w:rsidRPr="001A1B66" w:rsidRDefault="00000000">
            <w:pPr>
              <w:spacing w:after="0" w:line="240" w:lineRule="auto"/>
              <w:rPr>
                <w:noProof/>
                <w:lang w:val="ro-RO"/>
              </w:rPr>
            </w:pPr>
            <w:r w:rsidRPr="001A1B66">
              <w:rPr>
                <w:noProof/>
                <w:sz w:val="16"/>
                <w:lang w:val="ro-RO"/>
              </w:rPr>
              <w:t>Obiective galbene / roșii și cauze</w:t>
            </w:r>
          </w:p>
        </w:tc>
        <w:tc>
          <w:tcPr>
            <w:tcW w:w="6803" w:type="dxa"/>
            <w:shd w:val="clear" w:color="auto" w:fill="FFFFFF"/>
            <w:tcMar>
              <w:top w:w="75" w:type="dxa"/>
              <w:left w:w="85" w:type="dxa"/>
              <w:bottom w:w="75" w:type="dxa"/>
              <w:right w:w="85" w:type="dxa"/>
            </w:tcMar>
            <w:vAlign w:val="center"/>
          </w:tcPr>
          <w:p w14:paraId="6969E9BF" w14:textId="77777777" w:rsidR="00807297" w:rsidRPr="001A1B66" w:rsidRDefault="00807297">
            <w:pPr>
              <w:spacing w:after="0" w:line="240" w:lineRule="auto"/>
              <w:rPr>
                <w:noProof/>
                <w:lang w:val="ro-RO"/>
              </w:rPr>
            </w:pPr>
          </w:p>
        </w:tc>
      </w:tr>
      <w:tr w:rsidR="00807297" w:rsidRPr="001A1B66" w14:paraId="167C503B" w14:textId="77777777">
        <w:trPr>
          <w:cantSplit/>
          <w:jc w:val="center"/>
        </w:trPr>
        <w:tc>
          <w:tcPr>
            <w:tcW w:w="3118" w:type="dxa"/>
            <w:shd w:val="clear" w:color="auto" w:fill="FAFAFA"/>
            <w:tcMar>
              <w:top w:w="75" w:type="dxa"/>
              <w:left w:w="85" w:type="dxa"/>
              <w:bottom w:w="75" w:type="dxa"/>
              <w:right w:w="85" w:type="dxa"/>
            </w:tcMar>
            <w:vAlign w:val="center"/>
          </w:tcPr>
          <w:p w14:paraId="6FCD4BC5" w14:textId="77777777" w:rsidR="00807297" w:rsidRPr="001A1B66" w:rsidRDefault="00000000">
            <w:pPr>
              <w:spacing w:after="0" w:line="240" w:lineRule="auto"/>
              <w:rPr>
                <w:noProof/>
                <w:lang w:val="ro-RO"/>
              </w:rPr>
            </w:pPr>
            <w:r w:rsidRPr="001A1B66">
              <w:rPr>
                <w:noProof/>
                <w:sz w:val="16"/>
                <w:lang w:val="ro-RO"/>
              </w:rPr>
              <w:t>Decizii și resurse aprobate</w:t>
            </w:r>
          </w:p>
        </w:tc>
        <w:tc>
          <w:tcPr>
            <w:tcW w:w="6803" w:type="dxa"/>
            <w:shd w:val="clear" w:color="auto" w:fill="FAFAFA"/>
            <w:tcMar>
              <w:top w:w="75" w:type="dxa"/>
              <w:left w:w="85" w:type="dxa"/>
              <w:bottom w:w="75" w:type="dxa"/>
              <w:right w:w="85" w:type="dxa"/>
            </w:tcMar>
            <w:vAlign w:val="center"/>
          </w:tcPr>
          <w:p w14:paraId="31E0C1EC" w14:textId="77777777" w:rsidR="00807297" w:rsidRPr="001A1B66" w:rsidRDefault="00807297">
            <w:pPr>
              <w:spacing w:after="0" w:line="240" w:lineRule="auto"/>
              <w:rPr>
                <w:noProof/>
                <w:lang w:val="ro-RO"/>
              </w:rPr>
            </w:pPr>
          </w:p>
        </w:tc>
      </w:tr>
      <w:tr w:rsidR="00807297" w:rsidRPr="001A1B66" w14:paraId="428C8EB6" w14:textId="77777777">
        <w:trPr>
          <w:cantSplit/>
          <w:jc w:val="center"/>
        </w:trPr>
        <w:tc>
          <w:tcPr>
            <w:tcW w:w="3118" w:type="dxa"/>
            <w:shd w:val="clear" w:color="auto" w:fill="FFFFFF"/>
            <w:tcMar>
              <w:top w:w="75" w:type="dxa"/>
              <w:left w:w="85" w:type="dxa"/>
              <w:bottom w:w="75" w:type="dxa"/>
              <w:right w:w="85" w:type="dxa"/>
            </w:tcMar>
            <w:vAlign w:val="center"/>
          </w:tcPr>
          <w:p w14:paraId="3A1EA493" w14:textId="77777777" w:rsidR="00807297" w:rsidRPr="001A1B66" w:rsidRDefault="00000000">
            <w:pPr>
              <w:spacing w:after="0" w:line="240" w:lineRule="auto"/>
              <w:rPr>
                <w:noProof/>
                <w:lang w:val="ro-RO"/>
              </w:rPr>
            </w:pPr>
            <w:r w:rsidRPr="001A1B66">
              <w:rPr>
                <w:noProof/>
                <w:sz w:val="16"/>
                <w:lang w:val="ro-RO"/>
              </w:rPr>
              <w:t>Acțiuni, responsabili, termene</w:t>
            </w:r>
          </w:p>
        </w:tc>
        <w:tc>
          <w:tcPr>
            <w:tcW w:w="6803" w:type="dxa"/>
            <w:shd w:val="clear" w:color="auto" w:fill="FFFFFF"/>
            <w:tcMar>
              <w:top w:w="75" w:type="dxa"/>
              <w:left w:w="85" w:type="dxa"/>
              <w:bottom w:w="75" w:type="dxa"/>
              <w:right w:w="85" w:type="dxa"/>
            </w:tcMar>
            <w:vAlign w:val="center"/>
          </w:tcPr>
          <w:p w14:paraId="449C7DA2" w14:textId="77777777" w:rsidR="00807297" w:rsidRPr="001A1B66" w:rsidRDefault="00807297">
            <w:pPr>
              <w:spacing w:after="0" w:line="240" w:lineRule="auto"/>
              <w:rPr>
                <w:noProof/>
                <w:lang w:val="ro-RO"/>
              </w:rPr>
            </w:pPr>
          </w:p>
        </w:tc>
      </w:tr>
      <w:tr w:rsidR="00807297" w:rsidRPr="001A1B66" w14:paraId="145A31A5" w14:textId="77777777">
        <w:trPr>
          <w:cantSplit/>
          <w:jc w:val="center"/>
        </w:trPr>
        <w:tc>
          <w:tcPr>
            <w:tcW w:w="3118" w:type="dxa"/>
            <w:shd w:val="clear" w:color="auto" w:fill="FAFAFA"/>
            <w:tcMar>
              <w:top w:w="75" w:type="dxa"/>
              <w:left w:w="85" w:type="dxa"/>
              <w:bottom w:w="75" w:type="dxa"/>
              <w:right w:w="85" w:type="dxa"/>
            </w:tcMar>
            <w:vAlign w:val="center"/>
          </w:tcPr>
          <w:p w14:paraId="254BB44F" w14:textId="77777777" w:rsidR="00807297" w:rsidRPr="001A1B66" w:rsidRDefault="00000000">
            <w:pPr>
              <w:spacing w:after="0" w:line="240" w:lineRule="auto"/>
              <w:rPr>
                <w:noProof/>
                <w:lang w:val="ro-RO"/>
              </w:rPr>
            </w:pPr>
            <w:r w:rsidRPr="001A1B66">
              <w:rPr>
                <w:noProof/>
                <w:sz w:val="16"/>
                <w:lang w:val="ro-RO"/>
              </w:rPr>
              <w:t>Data următoarei revizuiri</w:t>
            </w:r>
          </w:p>
        </w:tc>
        <w:tc>
          <w:tcPr>
            <w:tcW w:w="6803" w:type="dxa"/>
            <w:shd w:val="clear" w:color="auto" w:fill="FAFAFA"/>
            <w:tcMar>
              <w:top w:w="75" w:type="dxa"/>
              <w:left w:w="85" w:type="dxa"/>
              <w:bottom w:w="75" w:type="dxa"/>
              <w:right w:w="85" w:type="dxa"/>
            </w:tcMar>
            <w:vAlign w:val="center"/>
          </w:tcPr>
          <w:p w14:paraId="64510C85" w14:textId="77777777" w:rsidR="00807297" w:rsidRPr="001A1B66" w:rsidRDefault="00807297">
            <w:pPr>
              <w:spacing w:after="0" w:line="240" w:lineRule="auto"/>
              <w:rPr>
                <w:noProof/>
                <w:lang w:val="ro-RO"/>
              </w:rPr>
            </w:pPr>
          </w:p>
        </w:tc>
      </w:tr>
    </w:tbl>
    <w:p w14:paraId="632F4CEC" w14:textId="77777777" w:rsidR="00807297" w:rsidRPr="001A1B66" w:rsidRDefault="00807297">
      <w:pPr>
        <w:spacing w:after="20"/>
        <w:rPr>
          <w:noProof/>
          <w:lang w:val="ro-RO"/>
        </w:rPr>
      </w:pPr>
    </w:p>
    <w:tbl>
      <w:tblPr>
        <w:tblW w:w="0" w:type="auto"/>
        <w:jc w:val="center"/>
        <w:tblBorders>
          <w:top w:val="single" w:sz="0" w:space="0" w:color="FCEBEC"/>
          <w:left w:val="single" w:sz="0" w:space="0" w:color="FCEBEC"/>
          <w:bottom w:val="single" w:sz="0" w:space="0" w:color="FCEBEC"/>
          <w:right w:val="single" w:sz="0" w:space="0" w:color="FCEBEC"/>
          <w:insideH w:val="single" w:sz="0" w:space="0" w:color="FCEBEC"/>
          <w:insideV w:val="single" w:sz="0" w:space="0" w:color="FCEBEC"/>
        </w:tblBorders>
        <w:tblLayout w:type="fixed"/>
        <w:tblLook w:val="04A0" w:firstRow="1" w:lastRow="0" w:firstColumn="1" w:lastColumn="0" w:noHBand="0" w:noVBand="1"/>
      </w:tblPr>
      <w:tblGrid>
        <w:gridCol w:w="567"/>
        <w:gridCol w:w="9354"/>
      </w:tblGrid>
      <w:tr w:rsidR="00807297" w:rsidRPr="001A1B66" w14:paraId="0A73D933" w14:textId="77777777">
        <w:trPr>
          <w:cantSplit/>
          <w:jc w:val="center"/>
        </w:trPr>
        <w:tc>
          <w:tcPr>
            <w:tcW w:w="567" w:type="dxa"/>
            <w:shd w:val="clear" w:color="auto" w:fill="D71920"/>
            <w:tcMar>
              <w:top w:w="75" w:type="dxa"/>
              <w:left w:w="85" w:type="dxa"/>
              <w:bottom w:w="75" w:type="dxa"/>
              <w:right w:w="85" w:type="dxa"/>
            </w:tcMar>
            <w:vAlign w:val="center"/>
          </w:tcPr>
          <w:p w14:paraId="28A6EC9A" w14:textId="77777777" w:rsidR="00807297" w:rsidRPr="001A1B66" w:rsidRDefault="00000000">
            <w:pPr>
              <w:spacing w:after="0" w:line="240" w:lineRule="auto"/>
              <w:jc w:val="center"/>
              <w:rPr>
                <w:noProof/>
                <w:lang w:val="ro-RO"/>
              </w:rPr>
            </w:pPr>
            <w:r w:rsidRPr="001A1B66">
              <w:rPr>
                <w:b/>
                <w:noProof/>
                <w:color w:val="FFFFFF"/>
                <w:sz w:val="30"/>
                <w:lang w:val="ro-RO"/>
              </w:rPr>
              <w:t>!</w:t>
            </w:r>
          </w:p>
        </w:tc>
        <w:tc>
          <w:tcPr>
            <w:tcW w:w="9354" w:type="dxa"/>
            <w:shd w:val="clear" w:color="auto" w:fill="FCEBEC"/>
          </w:tcPr>
          <w:p w14:paraId="26CF94E2" w14:textId="77777777" w:rsidR="00807297" w:rsidRPr="001A1B66" w:rsidRDefault="00000000">
            <w:pPr>
              <w:spacing w:after="40"/>
              <w:rPr>
                <w:noProof/>
                <w:lang w:val="ro-RO"/>
              </w:rPr>
            </w:pPr>
            <w:r w:rsidRPr="001A1B66">
              <w:rPr>
                <w:b/>
                <w:noProof/>
                <w:color w:val="D71920"/>
                <w:lang w:val="ro-RO"/>
              </w:rPr>
              <w:t>COMPORTAMENTE DE EVITAT</w:t>
            </w:r>
          </w:p>
          <w:p w14:paraId="048F59C7" w14:textId="77777777" w:rsidR="00807297" w:rsidRPr="001A1B66" w:rsidRDefault="00000000">
            <w:pPr>
              <w:spacing w:after="0" w:line="252" w:lineRule="auto"/>
              <w:rPr>
                <w:noProof/>
                <w:lang w:val="ro-RO"/>
              </w:rPr>
            </w:pPr>
            <w:r w:rsidRPr="001A1B66">
              <w:rPr>
                <w:noProof/>
                <w:sz w:val="17"/>
                <w:lang w:val="ro-RO"/>
              </w:rPr>
              <w:t>Ținte procentuale care relaxează limite critice; obiective bazate numai pe instruiri sau audituri; eliminarea rezultatelor nefavorabile prin retestare; reducerea eșantionării pentru a îmbunătăți KPI; presiuni de randament care afectează blocarea; indicatori fără lot, volum și severitate; „zero reclamații” fără protejarea raportării.</w:t>
            </w:r>
          </w:p>
        </w:tc>
      </w:tr>
    </w:tbl>
    <w:p w14:paraId="19602BF5" w14:textId="77777777" w:rsidR="00807297" w:rsidRPr="001A1B66" w:rsidRDefault="00807297">
      <w:pPr>
        <w:spacing w:after="0"/>
        <w:rPr>
          <w:noProof/>
          <w:lang w:val="ro-RO"/>
        </w:rPr>
      </w:pPr>
    </w:p>
    <w:p w14:paraId="198312D9" w14:textId="77777777" w:rsidR="00807297" w:rsidRPr="001A1B66" w:rsidRDefault="00000000">
      <w:pPr>
        <w:rPr>
          <w:noProof/>
          <w:lang w:val="ro-RO"/>
        </w:rPr>
      </w:pPr>
      <w:r w:rsidRPr="001A1B66">
        <w:rPr>
          <w:noProof/>
          <w:lang w:val="ro-RO"/>
        </w:rPr>
        <w:br w:type="page"/>
      </w: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807297" w:rsidRPr="001A1B66" w14:paraId="5E88B250" w14:textId="77777777">
        <w:trPr>
          <w:jc w:val="center"/>
        </w:trPr>
        <w:tc>
          <w:tcPr>
            <w:tcW w:w="1020" w:type="dxa"/>
            <w:shd w:val="clear" w:color="auto" w:fill="D71920"/>
            <w:tcMar>
              <w:top w:w="75" w:type="dxa"/>
              <w:left w:w="85" w:type="dxa"/>
              <w:bottom w:w="75" w:type="dxa"/>
              <w:right w:w="85" w:type="dxa"/>
            </w:tcMar>
            <w:vAlign w:val="center"/>
          </w:tcPr>
          <w:p w14:paraId="5476D530" w14:textId="77777777" w:rsidR="00807297" w:rsidRPr="001A1B66" w:rsidRDefault="00000000">
            <w:pPr>
              <w:spacing w:after="0" w:line="240" w:lineRule="auto"/>
              <w:jc w:val="center"/>
              <w:rPr>
                <w:noProof/>
                <w:lang w:val="ro-RO"/>
              </w:rPr>
            </w:pPr>
            <w:r w:rsidRPr="001A1B66">
              <w:rPr>
                <w:b/>
                <w:noProof/>
                <w:color w:val="FFFFFF"/>
                <w:sz w:val="34"/>
                <w:lang w:val="ro-RO"/>
              </w:rPr>
              <w:lastRenderedPageBreak/>
              <w:t>8</w:t>
            </w:r>
          </w:p>
        </w:tc>
        <w:tc>
          <w:tcPr>
            <w:tcW w:w="8901" w:type="dxa"/>
            <w:shd w:val="clear" w:color="auto" w:fill="F3F4F5"/>
          </w:tcPr>
          <w:p w14:paraId="6DDD81C7" w14:textId="77777777" w:rsidR="00807297" w:rsidRPr="001A1B66" w:rsidRDefault="00000000">
            <w:pPr>
              <w:spacing w:after="20"/>
              <w:rPr>
                <w:noProof/>
                <w:lang w:val="ro-RO"/>
              </w:rPr>
            </w:pPr>
            <w:r w:rsidRPr="001A1B66">
              <w:rPr>
                <w:b/>
                <w:noProof/>
                <w:sz w:val="28"/>
                <w:lang w:val="ro-RO"/>
              </w:rPr>
              <w:t>Fișă rapidă de implementare</w:t>
            </w:r>
          </w:p>
          <w:p w14:paraId="65C8AC59" w14:textId="77777777" w:rsidR="00807297" w:rsidRPr="001A1B66" w:rsidRDefault="00000000">
            <w:pPr>
              <w:spacing w:after="0"/>
              <w:rPr>
                <w:noProof/>
                <w:lang w:val="ro-RO"/>
              </w:rPr>
            </w:pPr>
            <w:r w:rsidRPr="001A1B66">
              <w:rPr>
                <w:noProof/>
                <w:color w:val="666666"/>
                <w:sz w:val="16"/>
                <w:lang w:val="ro-RO"/>
              </w:rPr>
              <w:t>O pagină pentru lansarea procesului de obiective în organizație</w:t>
            </w:r>
          </w:p>
        </w:tc>
      </w:tr>
    </w:tbl>
    <w:p w14:paraId="3D2D9B0D" w14:textId="77777777" w:rsidR="00807297" w:rsidRPr="001A1B66" w:rsidRDefault="00807297">
      <w:pPr>
        <w:spacing w:after="0"/>
        <w:rPr>
          <w:noProof/>
          <w:lang w:val="ro-RO"/>
        </w:rPr>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2721"/>
        <w:gridCol w:w="7200"/>
      </w:tblGrid>
      <w:tr w:rsidR="00807297" w:rsidRPr="001A1B66" w14:paraId="26338EE1" w14:textId="77777777">
        <w:trPr>
          <w:tblHeader/>
          <w:jc w:val="center"/>
        </w:trPr>
        <w:tc>
          <w:tcPr>
            <w:tcW w:w="2721" w:type="dxa"/>
            <w:shd w:val="clear" w:color="auto" w:fill="D71920"/>
            <w:tcMar>
              <w:top w:w="75" w:type="dxa"/>
              <w:left w:w="85" w:type="dxa"/>
              <w:bottom w:w="75" w:type="dxa"/>
              <w:right w:w="85" w:type="dxa"/>
            </w:tcMar>
            <w:vAlign w:val="center"/>
          </w:tcPr>
          <w:p w14:paraId="19A22275" w14:textId="77777777" w:rsidR="00807297" w:rsidRPr="001A1B66" w:rsidRDefault="00000000">
            <w:pPr>
              <w:spacing w:after="0" w:line="240" w:lineRule="auto"/>
              <w:jc w:val="center"/>
              <w:rPr>
                <w:noProof/>
                <w:lang w:val="ro-RO"/>
              </w:rPr>
            </w:pPr>
            <w:r w:rsidRPr="001A1B66">
              <w:rPr>
                <w:b/>
                <w:noProof/>
                <w:color w:val="FFFFFF"/>
                <w:sz w:val="16"/>
                <w:lang w:val="ro-RO"/>
              </w:rPr>
              <w:t>ETAPĂ</w:t>
            </w:r>
          </w:p>
        </w:tc>
        <w:tc>
          <w:tcPr>
            <w:tcW w:w="7200" w:type="dxa"/>
            <w:shd w:val="clear" w:color="auto" w:fill="D71920"/>
            <w:tcMar>
              <w:top w:w="75" w:type="dxa"/>
              <w:left w:w="85" w:type="dxa"/>
              <w:bottom w:w="75" w:type="dxa"/>
              <w:right w:w="85" w:type="dxa"/>
            </w:tcMar>
            <w:vAlign w:val="center"/>
          </w:tcPr>
          <w:p w14:paraId="7C10A915" w14:textId="77777777" w:rsidR="00807297" w:rsidRPr="001A1B66" w:rsidRDefault="00000000">
            <w:pPr>
              <w:spacing w:after="0" w:line="240" w:lineRule="auto"/>
              <w:jc w:val="center"/>
              <w:rPr>
                <w:noProof/>
                <w:lang w:val="ro-RO"/>
              </w:rPr>
            </w:pPr>
            <w:r w:rsidRPr="001A1B66">
              <w:rPr>
                <w:b/>
                <w:noProof/>
                <w:color w:val="FFFFFF"/>
                <w:sz w:val="16"/>
                <w:lang w:val="ro-RO"/>
              </w:rPr>
              <w:t>CONFIRMARE</w:t>
            </w:r>
          </w:p>
        </w:tc>
      </w:tr>
      <w:tr w:rsidR="00807297" w:rsidRPr="001A1B66" w14:paraId="6393AE99" w14:textId="77777777">
        <w:trPr>
          <w:cantSplit/>
          <w:jc w:val="center"/>
        </w:trPr>
        <w:tc>
          <w:tcPr>
            <w:tcW w:w="2721" w:type="dxa"/>
            <w:shd w:val="clear" w:color="auto" w:fill="FFFFFF"/>
            <w:tcMar>
              <w:top w:w="75" w:type="dxa"/>
              <w:left w:w="85" w:type="dxa"/>
              <w:bottom w:w="75" w:type="dxa"/>
              <w:right w:w="85" w:type="dxa"/>
            </w:tcMar>
            <w:vAlign w:val="center"/>
          </w:tcPr>
          <w:p w14:paraId="22FD1825" w14:textId="77777777" w:rsidR="00807297" w:rsidRPr="001A1B66" w:rsidRDefault="00000000">
            <w:pPr>
              <w:spacing w:after="0" w:line="240" w:lineRule="auto"/>
              <w:rPr>
                <w:noProof/>
                <w:lang w:val="ro-RO"/>
              </w:rPr>
            </w:pPr>
            <w:r w:rsidRPr="001A1B66">
              <w:rPr>
                <w:noProof/>
                <w:sz w:val="16"/>
                <w:lang w:val="ro-RO"/>
              </w:rPr>
              <w:t>1. Date de intrare</w:t>
            </w:r>
          </w:p>
        </w:tc>
        <w:tc>
          <w:tcPr>
            <w:tcW w:w="7200" w:type="dxa"/>
            <w:shd w:val="clear" w:color="auto" w:fill="FFFFFF"/>
            <w:tcMar>
              <w:top w:w="75" w:type="dxa"/>
              <w:left w:w="85" w:type="dxa"/>
              <w:bottom w:w="75" w:type="dxa"/>
              <w:right w:w="85" w:type="dxa"/>
            </w:tcMar>
            <w:vAlign w:val="center"/>
          </w:tcPr>
          <w:p w14:paraId="62940514" w14:textId="77777777" w:rsidR="00807297" w:rsidRPr="001A1B66" w:rsidRDefault="00000000">
            <w:pPr>
              <w:spacing w:after="0" w:line="240" w:lineRule="auto"/>
              <w:rPr>
                <w:noProof/>
                <w:lang w:val="ro-RO"/>
              </w:rPr>
            </w:pPr>
            <w:r w:rsidRPr="001A1B66">
              <w:rPr>
                <w:noProof/>
                <w:sz w:val="16"/>
                <w:lang w:val="ro-RO"/>
              </w:rPr>
              <w:t>[ ] Politică   [ ] Pericole   [ ] PRP / OPRP / CCP   [ ] Legal / client   [ ] Furnizori   [ ] Date / schimbări</w:t>
            </w:r>
          </w:p>
        </w:tc>
      </w:tr>
      <w:tr w:rsidR="00807297" w:rsidRPr="001A1B66" w14:paraId="6318724B" w14:textId="77777777">
        <w:trPr>
          <w:cantSplit/>
          <w:jc w:val="center"/>
        </w:trPr>
        <w:tc>
          <w:tcPr>
            <w:tcW w:w="2721" w:type="dxa"/>
            <w:shd w:val="clear" w:color="auto" w:fill="FAFAFA"/>
            <w:tcMar>
              <w:top w:w="75" w:type="dxa"/>
              <w:left w:w="85" w:type="dxa"/>
              <w:bottom w:w="75" w:type="dxa"/>
              <w:right w:w="85" w:type="dxa"/>
            </w:tcMar>
            <w:vAlign w:val="center"/>
          </w:tcPr>
          <w:p w14:paraId="339E17B9" w14:textId="77777777" w:rsidR="00807297" w:rsidRPr="001A1B66" w:rsidRDefault="00000000">
            <w:pPr>
              <w:spacing w:after="0" w:line="240" w:lineRule="auto"/>
              <w:rPr>
                <w:noProof/>
                <w:lang w:val="ro-RO"/>
              </w:rPr>
            </w:pPr>
            <w:r w:rsidRPr="001A1B66">
              <w:rPr>
                <w:noProof/>
                <w:sz w:val="16"/>
                <w:lang w:val="ro-RO"/>
              </w:rPr>
              <w:t>2. Obiective candidate</w:t>
            </w:r>
          </w:p>
        </w:tc>
        <w:tc>
          <w:tcPr>
            <w:tcW w:w="7200" w:type="dxa"/>
            <w:shd w:val="clear" w:color="auto" w:fill="FAFAFA"/>
            <w:tcMar>
              <w:top w:w="75" w:type="dxa"/>
              <w:left w:w="85" w:type="dxa"/>
              <w:bottom w:w="75" w:type="dxa"/>
              <w:right w:w="85" w:type="dxa"/>
            </w:tcMar>
            <w:vAlign w:val="center"/>
          </w:tcPr>
          <w:p w14:paraId="5300DC83" w14:textId="77777777" w:rsidR="00807297" w:rsidRPr="001A1B66" w:rsidRDefault="00000000">
            <w:pPr>
              <w:spacing w:after="0" w:line="240" w:lineRule="auto"/>
              <w:rPr>
                <w:noProof/>
                <w:lang w:val="ro-RO"/>
              </w:rPr>
            </w:pPr>
            <w:r w:rsidRPr="001A1B66">
              <w:rPr>
                <w:noProof/>
                <w:sz w:val="16"/>
                <w:lang w:val="ro-RO"/>
              </w:rPr>
              <w:t>________________________________________________________________________________</w:t>
            </w:r>
          </w:p>
        </w:tc>
      </w:tr>
      <w:tr w:rsidR="00807297" w:rsidRPr="001A1B66" w14:paraId="1C589E27" w14:textId="77777777">
        <w:trPr>
          <w:cantSplit/>
          <w:jc w:val="center"/>
        </w:trPr>
        <w:tc>
          <w:tcPr>
            <w:tcW w:w="2721" w:type="dxa"/>
            <w:shd w:val="clear" w:color="auto" w:fill="FFFFFF"/>
            <w:tcMar>
              <w:top w:w="75" w:type="dxa"/>
              <w:left w:w="85" w:type="dxa"/>
              <w:bottom w:w="75" w:type="dxa"/>
              <w:right w:w="85" w:type="dxa"/>
            </w:tcMar>
            <w:vAlign w:val="center"/>
          </w:tcPr>
          <w:p w14:paraId="3BE585E2" w14:textId="77777777" w:rsidR="00807297" w:rsidRPr="001A1B66" w:rsidRDefault="00000000">
            <w:pPr>
              <w:spacing w:after="0" w:line="240" w:lineRule="auto"/>
              <w:rPr>
                <w:noProof/>
                <w:lang w:val="ro-RO"/>
              </w:rPr>
            </w:pPr>
            <w:r w:rsidRPr="001A1B66">
              <w:rPr>
                <w:noProof/>
                <w:sz w:val="16"/>
                <w:lang w:val="ro-RO"/>
              </w:rPr>
              <w:t>3. Prioritizare</w:t>
            </w:r>
          </w:p>
        </w:tc>
        <w:tc>
          <w:tcPr>
            <w:tcW w:w="7200" w:type="dxa"/>
            <w:shd w:val="clear" w:color="auto" w:fill="FFFFFF"/>
            <w:tcMar>
              <w:top w:w="75" w:type="dxa"/>
              <w:left w:w="85" w:type="dxa"/>
              <w:bottom w:w="75" w:type="dxa"/>
              <w:right w:w="85" w:type="dxa"/>
            </w:tcMar>
            <w:vAlign w:val="center"/>
          </w:tcPr>
          <w:p w14:paraId="6F4DF262" w14:textId="77777777" w:rsidR="00807297" w:rsidRPr="001A1B66" w:rsidRDefault="00000000">
            <w:pPr>
              <w:spacing w:after="0" w:line="240" w:lineRule="auto"/>
              <w:rPr>
                <w:noProof/>
                <w:lang w:val="ro-RO"/>
              </w:rPr>
            </w:pPr>
            <w:r w:rsidRPr="001A1B66">
              <w:rPr>
                <w:noProof/>
                <w:sz w:val="16"/>
                <w:lang w:val="ro-RO"/>
              </w:rPr>
              <w:t>[ ] Siguranță   [ ] Legal   [ ] Trend   [ ] Control   [ ] Influență   [ ] Date</w:t>
            </w:r>
          </w:p>
        </w:tc>
      </w:tr>
      <w:tr w:rsidR="00807297" w:rsidRPr="001A1B66" w14:paraId="366BC247" w14:textId="77777777">
        <w:trPr>
          <w:cantSplit/>
          <w:jc w:val="center"/>
        </w:trPr>
        <w:tc>
          <w:tcPr>
            <w:tcW w:w="2721" w:type="dxa"/>
            <w:shd w:val="clear" w:color="auto" w:fill="FAFAFA"/>
            <w:tcMar>
              <w:top w:w="75" w:type="dxa"/>
              <w:left w:w="85" w:type="dxa"/>
              <w:bottom w:w="75" w:type="dxa"/>
              <w:right w:w="85" w:type="dxa"/>
            </w:tcMar>
            <w:vAlign w:val="center"/>
          </w:tcPr>
          <w:p w14:paraId="0EB7FE16" w14:textId="77777777" w:rsidR="00807297" w:rsidRPr="001A1B66" w:rsidRDefault="00000000">
            <w:pPr>
              <w:spacing w:after="0" w:line="240" w:lineRule="auto"/>
              <w:rPr>
                <w:noProof/>
                <w:lang w:val="ro-RO"/>
              </w:rPr>
            </w:pPr>
            <w:r w:rsidRPr="001A1B66">
              <w:rPr>
                <w:noProof/>
                <w:sz w:val="16"/>
                <w:lang w:val="ro-RO"/>
              </w:rPr>
              <w:t>4. Aprobate</w:t>
            </w:r>
          </w:p>
        </w:tc>
        <w:tc>
          <w:tcPr>
            <w:tcW w:w="7200" w:type="dxa"/>
            <w:shd w:val="clear" w:color="auto" w:fill="FAFAFA"/>
            <w:tcMar>
              <w:top w:w="75" w:type="dxa"/>
              <w:left w:w="85" w:type="dxa"/>
              <w:bottom w:w="75" w:type="dxa"/>
              <w:right w:w="85" w:type="dxa"/>
            </w:tcMar>
            <w:vAlign w:val="center"/>
          </w:tcPr>
          <w:p w14:paraId="439B4325" w14:textId="77777777" w:rsidR="00807297" w:rsidRPr="001A1B66" w:rsidRDefault="00000000">
            <w:pPr>
              <w:spacing w:after="0" w:line="240" w:lineRule="auto"/>
              <w:rPr>
                <w:noProof/>
                <w:lang w:val="ro-RO"/>
              </w:rPr>
            </w:pPr>
            <w:r w:rsidRPr="001A1B66">
              <w:rPr>
                <w:noProof/>
                <w:sz w:val="16"/>
                <w:lang w:val="ro-RO"/>
              </w:rPr>
              <w:t>Nr. obiective: ______   Perioada: __________________   Aprobat de: __________________</w:t>
            </w:r>
          </w:p>
        </w:tc>
      </w:tr>
      <w:tr w:rsidR="00807297" w:rsidRPr="001A1B66" w14:paraId="2891393B" w14:textId="77777777">
        <w:trPr>
          <w:cantSplit/>
          <w:jc w:val="center"/>
        </w:trPr>
        <w:tc>
          <w:tcPr>
            <w:tcW w:w="2721" w:type="dxa"/>
            <w:shd w:val="clear" w:color="auto" w:fill="FFFFFF"/>
            <w:tcMar>
              <w:top w:w="75" w:type="dxa"/>
              <w:left w:w="85" w:type="dxa"/>
              <w:bottom w:w="75" w:type="dxa"/>
              <w:right w:w="85" w:type="dxa"/>
            </w:tcMar>
            <w:vAlign w:val="center"/>
          </w:tcPr>
          <w:p w14:paraId="5F08DD7B" w14:textId="77777777" w:rsidR="00807297" w:rsidRPr="001A1B66" w:rsidRDefault="00000000">
            <w:pPr>
              <w:spacing w:after="0" w:line="240" w:lineRule="auto"/>
              <w:rPr>
                <w:noProof/>
                <w:lang w:val="ro-RO"/>
              </w:rPr>
            </w:pPr>
            <w:r w:rsidRPr="001A1B66">
              <w:rPr>
                <w:noProof/>
                <w:sz w:val="16"/>
                <w:lang w:val="ro-RO"/>
              </w:rPr>
              <w:t>5. Pentru fiecare obiectiv</w:t>
            </w:r>
          </w:p>
        </w:tc>
        <w:tc>
          <w:tcPr>
            <w:tcW w:w="7200" w:type="dxa"/>
            <w:shd w:val="clear" w:color="auto" w:fill="FFFFFF"/>
            <w:tcMar>
              <w:top w:w="75" w:type="dxa"/>
              <w:left w:w="85" w:type="dxa"/>
              <w:bottom w:w="75" w:type="dxa"/>
              <w:right w:w="85" w:type="dxa"/>
            </w:tcMar>
            <w:vAlign w:val="center"/>
          </w:tcPr>
          <w:p w14:paraId="7225A0A8" w14:textId="77777777" w:rsidR="00807297" w:rsidRPr="001A1B66" w:rsidRDefault="00000000">
            <w:pPr>
              <w:spacing w:after="0" w:line="240" w:lineRule="auto"/>
              <w:rPr>
                <w:noProof/>
                <w:lang w:val="ro-RO"/>
              </w:rPr>
            </w:pPr>
            <w:r w:rsidRPr="001A1B66">
              <w:rPr>
                <w:noProof/>
                <w:sz w:val="16"/>
                <w:lang w:val="ro-RO"/>
              </w:rPr>
              <w:t>[ ] KPI   [ ] Formulă   [ ] Bază   [ ] Țintă   [ ] Termen   [ ] Resp.   [ ] Resurse   [ ] Acțiuni</w:t>
            </w:r>
          </w:p>
        </w:tc>
      </w:tr>
      <w:tr w:rsidR="00807297" w:rsidRPr="001A1B66" w14:paraId="2D36F7A3" w14:textId="77777777">
        <w:trPr>
          <w:cantSplit/>
          <w:jc w:val="center"/>
        </w:trPr>
        <w:tc>
          <w:tcPr>
            <w:tcW w:w="2721" w:type="dxa"/>
            <w:shd w:val="clear" w:color="auto" w:fill="FAFAFA"/>
            <w:tcMar>
              <w:top w:w="75" w:type="dxa"/>
              <w:left w:w="85" w:type="dxa"/>
              <w:bottom w:w="75" w:type="dxa"/>
              <w:right w:w="85" w:type="dxa"/>
            </w:tcMar>
            <w:vAlign w:val="center"/>
          </w:tcPr>
          <w:p w14:paraId="664D4AFF" w14:textId="77777777" w:rsidR="00807297" w:rsidRPr="001A1B66" w:rsidRDefault="00000000">
            <w:pPr>
              <w:spacing w:after="0" w:line="240" w:lineRule="auto"/>
              <w:rPr>
                <w:noProof/>
                <w:lang w:val="ro-RO"/>
              </w:rPr>
            </w:pPr>
            <w:r w:rsidRPr="001A1B66">
              <w:rPr>
                <w:noProof/>
                <w:sz w:val="16"/>
                <w:lang w:val="ro-RO"/>
              </w:rPr>
              <w:t>6. Monitorizare</w:t>
            </w:r>
          </w:p>
        </w:tc>
        <w:tc>
          <w:tcPr>
            <w:tcW w:w="7200" w:type="dxa"/>
            <w:shd w:val="clear" w:color="auto" w:fill="FAFAFA"/>
            <w:tcMar>
              <w:top w:w="75" w:type="dxa"/>
              <w:left w:w="85" w:type="dxa"/>
              <w:bottom w:w="75" w:type="dxa"/>
              <w:right w:w="85" w:type="dxa"/>
            </w:tcMar>
            <w:vAlign w:val="center"/>
          </w:tcPr>
          <w:p w14:paraId="3E430C2D" w14:textId="77777777" w:rsidR="00807297" w:rsidRPr="001A1B66" w:rsidRDefault="00000000">
            <w:pPr>
              <w:spacing w:after="0" w:line="240" w:lineRule="auto"/>
              <w:rPr>
                <w:noProof/>
                <w:lang w:val="ro-RO"/>
              </w:rPr>
            </w:pPr>
            <w:r w:rsidRPr="001A1B66">
              <w:rPr>
                <w:noProof/>
                <w:sz w:val="16"/>
                <w:lang w:val="ro-RO"/>
              </w:rPr>
              <w:t>Frecvență: __________________   Ședință / forum: _________________________________</w:t>
            </w:r>
          </w:p>
        </w:tc>
      </w:tr>
      <w:tr w:rsidR="00807297" w:rsidRPr="001A1B66" w14:paraId="424BE9DD" w14:textId="77777777">
        <w:trPr>
          <w:cantSplit/>
          <w:jc w:val="center"/>
        </w:trPr>
        <w:tc>
          <w:tcPr>
            <w:tcW w:w="2721" w:type="dxa"/>
            <w:shd w:val="clear" w:color="auto" w:fill="FFFFFF"/>
            <w:tcMar>
              <w:top w:w="75" w:type="dxa"/>
              <w:left w:w="85" w:type="dxa"/>
              <w:bottom w:w="75" w:type="dxa"/>
              <w:right w:w="85" w:type="dxa"/>
            </w:tcMar>
            <w:vAlign w:val="center"/>
          </w:tcPr>
          <w:p w14:paraId="30C6E129" w14:textId="77777777" w:rsidR="00807297" w:rsidRPr="001A1B66" w:rsidRDefault="00000000">
            <w:pPr>
              <w:spacing w:after="0" w:line="240" w:lineRule="auto"/>
              <w:rPr>
                <w:noProof/>
                <w:lang w:val="ro-RO"/>
              </w:rPr>
            </w:pPr>
            <w:r w:rsidRPr="001A1B66">
              <w:rPr>
                <w:noProof/>
                <w:sz w:val="16"/>
                <w:lang w:val="ro-RO"/>
              </w:rPr>
              <w:t>7. Status</w:t>
            </w:r>
          </w:p>
        </w:tc>
        <w:tc>
          <w:tcPr>
            <w:tcW w:w="7200" w:type="dxa"/>
            <w:shd w:val="clear" w:color="auto" w:fill="FFFFFF"/>
            <w:tcMar>
              <w:top w:w="75" w:type="dxa"/>
              <w:left w:w="85" w:type="dxa"/>
              <w:bottom w:w="75" w:type="dxa"/>
              <w:right w:w="85" w:type="dxa"/>
            </w:tcMar>
            <w:vAlign w:val="center"/>
          </w:tcPr>
          <w:p w14:paraId="58B8BD88" w14:textId="77777777" w:rsidR="00807297" w:rsidRPr="001A1B66" w:rsidRDefault="00000000">
            <w:pPr>
              <w:spacing w:after="0" w:line="240" w:lineRule="auto"/>
              <w:rPr>
                <w:noProof/>
                <w:lang w:val="ro-RO"/>
              </w:rPr>
            </w:pPr>
            <w:r w:rsidRPr="001A1B66">
              <w:rPr>
                <w:noProof/>
                <w:sz w:val="16"/>
                <w:lang w:val="ro-RO"/>
              </w:rPr>
              <w:t>[ ] Verde   [ ] Galben   [ ] Roșu   Reguli aprobate la data: __________________</w:t>
            </w:r>
          </w:p>
        </w:tc>
      </w:tr>
      <w:tr w:rsidR="00807297" w:rsidRPr="001A1B66" w14:paraId="77426809" w14:textId="77777777">
        <w:trPr>
          <w:cantSplit/>
          <w:jc w:val="center"/>
        </w:trPr>
        <w:tc>
          <w:tcPr>
            <w:tcW w:w="2721" w:type="dxa"/>
            <w:shd w:val="clear" w:color="auto" w:fill="FAFAFA"/>
            <w:tcMar>
              <w:top w:w="75" w:type="dxa"/>
              <w:left w:w="85" w:type="dxa"/>
              <w:bottom w:w="75" w:type="dxa"/>
              <w:right w:w="85" w:type="dxa"/>
            </w:tcMar>
            <w:vAlign w:val="center"/>
          </w:tcPr>
          <w:p w14:paraId="7557ACDB" w14:textId="77777777" w:rsidR="00807297" w:rsidRPr="001A1B66" w:rsidRDefault="00000000">
            <w:pPr>
              <w:spacing w:after="0" w:line="240" w:lineRule="auto"/>
              <w:rPr>
                <w:noProof/>
                <w:lang w:val="ro-RO"/>
              </w:rPr>
            </w:pPr>
            <w:r w:rsidRPr="001A1B66">
              <w:rPr>
                <w:noProof/>
                <w:sz w:val="16"/>
                <w:lang w:val="ro-RO"/>
              </w:rPr>
              <w:t>8. Evaluare finală</w:t>
            </w:r>
          </w:p>
        </w:tc>
        <w:tc>
          <w:tcPr>
            <w:tcW w:w="7200" w:type="dxa"/>
            <w:shd w:val="clear" w:color="auto" w:fill="FAFAFA"/>
            <w:tcMar>
              <w:top w:w="75" w:type="dxa"/>
              <w:left w:w="85" w:type="dxa"/>
              <w:bottom w:w="75" w:type="dxa"/>
              <w:right w:w="85" w:type="dxa"/>
            </w:tcMar>
            <w:vAlign w:val="center"/>
          </w:tcPr>
          <w:p w14:paraId="3F8F4B24" w14:textId="77777777" w:rsidR="00807297" w:rsidRPr="001A1B66" w:rsidRDefault="00000000">
            <w:pPr>
              <w:spacing w:after="0" w:line="240" w:lineRule="auto"/>
              <w:rPr>
                <w:noProof/>
                <w:lang w:val="ro-RO"/>
              </w:rPr>
            </w:pPr>
            <w:r w:rsidRPr="001A1B66">
              <w:rPr>
                <w:noProof/>
                <w:sz w:val="16"/>
                <w:lang w:val="ro-RO"/>
              </w:rPr>
              <w:t>[ ] Rezultat   [ ] Eficacitate   [ ] Efecte secundare   [ ] Lecții   [ ] Decizie</w:t>
            </w:r>
          </w:p>
        </w:tc>
      </w:tr>
    </w:tbl>
    <w:p w14:paraId="499E17CE" w14:textId="77777777" w:rsidR="00807297" w:rsidRPr="001A1B66" w:rsidRDefault="00807297">
      <w:pPr>
        <w:spacing w:after="20"/>
        <w:rPr>
          <w:noProof/>
          <w:lang w:val="ro-RO"/>
        </w:rPr>
      </w:pPr>
    </w:p>
    <w:p w14:paraId="51042176" w14:textId="77777777" w:rsidR="00807297" w:rsidRPr="001A1B66" w:rsidRDefault="00000000">
      <w:pPr>
        <w:pStyle w:val="Heading2"/>
        <w:rPr>
          <w:noProof/>
          <w:lang w:val="ro-RO"/>
        </w:rPr>
      </w:pPr>
      <w:r w:rsidRPr="001A1B66">
        <w:rPr>
          <w:noProof/>
          <w:lang w:val="ro-RO"/>
        </w:rPr>
        <w:t>Referințe și utilizare responsabilă</w:t>
      </w:r>
    </w:p>
    <w:p w14:paraId="26848DBA" w14:textId="77777777" w:rsidR="00807297" w:rsidRPr="001A1B66" w:rsidRDefault="00000000">
      <w:pPr>
        <w:spacing w:line="259" w:lineRule="auto"/>
        <w:rPr>
          <w:noProof/>
          <w:lang w:val="ro-RO"/>
        </w:rPr>
      </w:pPr>
      <w:r w:rsidRPr="001A1B66">
        <w:rPr>
          <w:noProof/>
          <w:lang w:val="ro-RO"/>
        </w:rPr>
        <w:t>Documentul este construit pentru ISO 22000:2018 și Amendamentul 1:2024. Revizuirea aflată în dezvoltare în iulie 2026 nu este utilizată ca cerință aplicabilă. Pentru interpretare, utilizați exemplarul autorizat al standardului și cerințele legale / sectoriale relevante.</w:t>
      </w:r>
    </w:p>
    <w:p w14:paraId="463DD496" w14:textId="77777777" w:rsidR="00807297" w:rsidRPr="001A1B66" w:rsidRDefault="00807297">
      <w:pPr>
        <w:spacing w:after="40"/>
        <w:rPr>
          <w:noProof/>
          <w:lang w:val="ro-RO"/>
        </w:rPr>
      </w:pPr>
      <w:hyperlink r:id="rId8">
        <w:r w:rsidRPr="001A1B66">
          <w:rPr>
            <w:noProof/>
            <w:color w:val="D71920"/>
            <w:u w:val="single"/>
            <w:lang w:val="ro-RO"/>
          </w:rPr>
          <w:t>ISO 22000:2018 - pagina oficială</w:t>
        </w:r>
      </w:hyperlink>
    </w:p>
    <w:p w14:paraId="4D116B4A" w14:textId="77777777" w:rsidR="00807297" w:rsidRPr="001A1B66" w:rsidRDefault="00807297">
      <w:pPr>
        <w:spacing w:after="40"/>
        <w:rPr>
          <w:noProof/>
          <w:lang w:val="ro-RO"/>
        </w:rPr>
      </w:pPr>
      <w:hyperlink r:id="rId9">
        <w:r w:rsidRPr="001A1B66">
          <w:rPr>
            <w:noProof/>
            <w:color w:val="D71920"/>
            <w:u w:val="single"/>
            <w:lang w:val="ro-RO"/>
          </w:rPr>
          <w:t>ISO 22000:2018/Amd 1:2024 - pagina oficială</w:t>
        </w:r>
      </w:hyperlink>
    </w:p>
    <w:p w14:paraId="304DC5D5" w14:textId="77777777" w:rsidR="00807297" w:rsidRPr="001A1B66" w:rsidRDefault="00807297">
      <w:pPr>
        <w:spacing w:after="40"/>
        <w:rPr>
          <w:noProof/>
          <w:lang w:val="ro-RO"/>
        </w:rPr>
      </w:pPr>
      <w:hyperlink r:id="rId10">
        <w:r w:rsidRPr="001A1B66">
          <w:rPr>
            <w:noProof/>
            <w:color w:val="D71920"/>
            <w:u w:val="single"/>
            <w:lang w:val="ro-RO"/>
          </w:rPr>
          <w:t>ISO/DIS 22000 - proiect în dezvoltare</w:t>
        </w:r>
      </w:hyperlink>
    </w:p>
    <w:p w14:paraId="32AB4EF3" w14:textId="77777777" w:rsidR="00807297" w:rsidRPr="001A1B66" w:rsidRDefault="00000000">
      <w:pPr>
        <w:spacing w:line="259" w:lineRule="auto"/>
        <w:rPr>
          <w:noProof/>
          <w:lang w:val="ro-RO"/>
        </w:rPr>
      </w:pPr>
      <w:r w:rsidRPr="001A1B66">
        <w:rPr>
          <w:noProof/>
          <w:lang w:val="ro-RO"/>
        </w:rPr>
        <w:t>Acest model este un instrument educațional și de lucru. Nu înlocuiește standardul aplicabil, legislația, evaluarea de specialitate sau consultanța adaptată situației organizației.</w:t>
      </w:r>
    </w:p>
    <w:p w14:paraId="7100A08F" w14:textId="77777777" w:rsidR="00807297" w:rsidRPr="001A1B66" w:rsidRDefault="00000000">
      <w:pPr>
        <w:pStyle w:val="Heading2"/>
        <w:rPr>
          <w:noProof/>
          <w:lang w:val="ro-RO"/>
        </w:rPr>
      </w:pPr>
      <w:r w:rsidRPr="001A1B66">
        <w:rPr>
          <w:noProof/>
          <w:lang w:val="ro-RO"/>
        </w:rPr>
        <w:t>Controlul documentului</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3118"/>
        <w:gridCol w:w="6803"/>
      </w:tblGrid>
      <w:tr w:rsidR="00807297" w:rsidRPr="001A1B66" w14:paraId="0DF49FA1" w14:textId="77777777">
        <w:trPr>
          <w:tblHeader/>
          <w:jc w:val="center"/>
        </w:trPr>
        <w:tc>
          <w:tcPr>
            <w:tcW w:w="3118" w:type="dxa"/>
            <w:shd w:val="clear" w:color="auto" w:fill="D71920"/>
            <w:tcMar>
              <w:top w:w="75" w:type="dxa"/>
              <w:left w:w="85" w:type="dxa"/>
              <w:bottom w:w="75" w:type="dxa"/>
              <w:right w:w="85" w:type="dxa"/>
            </w:tcMar>
            <w:vAlign w:val="center"/>
          </w:tcPr>
          <w:p w14:paraId="401C7773" w14:textId="77777777" w:rsidR="00807297" w:rsidRPr="001A1B66" w:rsidRDefault="00000000">
            <w:pPr>
              <w:spacing w:after="0" w:line="240" w:lineRule="auto"/>
              <w:jc w:val="center"/>
              <w:rPr>
                <w:noProof/>
                <w:lang w:val="ro-RO"/>
              </w:rPr>
            </w:pPr>
            <w:r w:rsidRPr="001A1B66">
              <w:rPr>
                <w:b/>
                <w:noProof/>
                <w:color w:val="FFFFFF"/>
                <w:sz w:val="16"/>
                <w:lang w:val="ro-RO"/>
              </w:rPr>
              <w:t>ELEMENT</w:t>
            </w:r>
          </w:p>
        </w:tc>
        <w:tc>
          <w:tcPr>
            <w:tcW w:w="6803" w:type="dxa"/>
            <w:shd w:val="clear" w:color="auto" w:fill="D71920"/>
            <w:tcMar>
              <w:top w:w="75" w:type="dxa"/>
              <w:left w:w="85" w:type="dxa"/>
              <w:bottom w:w="75" w:type="dxa"/>
              <w:right w:w="85" w:type="dxa"/>
            </w:tcMar>
            <w:vAlign w:val="center"/>
          </w:tcPr>
          <w:p w14:paraId="1F1F4707" w14:textId="77777777" w:rsidR="00807297" w:rsidRPr="001A1B66" w:rsidRDefault="00000000">
            <w:pPr>
              <w:spacing w:after="0" w:line="240" w:lineRule="auto"/>
              <w:jc w:val="center"/>
              <w:rPr>
                <w:noProof/>
                <w:lang w:val="ro-RO"/>
              </w:rPr>
            </w:pPr>
            <w:r w:rsidRPr="001A1B66">
              <w:rPr>
                <w:b/>
                <w:noProof/>
                <w:color w:val="FFFFFF"/>
                <w:sz w:val="16"/>
                <w:lang w:val="ro-RO"/>
              </w:rPr>
              <w:t>INFORMAȚIE</w:t>
            </w:r>
          </w:p>
        </w:tc>
      </w:tr>
      <w:tr w:rsidR="00807297" w:rsidRPr="001A1B66" w14:paraId="04A90276" w14:textId="77777777">
        <w:trPr>
          <w:cantSplit/>
          <w:jc w:val="center"/>
        </w:trPr>
        <w:tc>
          <w:tcPr>
            <w:tcW w:w="3118" w:type="dxa"/>
            <w:shd w:val="clear" w:color="auto" w:fill="FFFFFF"/>
            <w:tcMar>
              <w:top w:w="75" w:type="dxa"/>
              <w:left w:w="85" w:type="dxa"/>
              <w:bottom w:w="75" w:type="dxa"/>
              <w:right w:w="85" w:type="dxa"/>
            </w:tcMar>
            <w:vAlign w:val="center"/>
          </w:tcPr>
          <w:p w14:paraId="7C9C8CEC" w14:textId="77777777" w:rsidR="00807297" w:rsidRPr="001A1B66" w:rsidRDefault="00000000">
            <w:pPr>
              <w:spacing w:after="0" w:line="240" w:lineRule="auto"/>
              <w:rPr>
                <w:noProof/>
                <w:lang w:val="ro-RO"/>
              </w:rPr>
            </w:pPr>
            <w:r w:rsidRPr="001A1B66">
              <w:rPr>
                <w:noProof/>
                <w:sz w:val="16"/>
                <w:lang w:val="ro-RO"/>
              </w:rPr>
              <w:t>Titlu</w:t>
            </w:r>
          </w:p>
        </w:tc>
        <w:tc>
          <w:tcPr>
            <w:tcW w:w="6803" w:type="dxa"/>
            <w:shd w:val="clear" w:color="auto" w:fill="FFFFFF"/>
            <w:tcMar>
              <w:top w:w="75" w:type="dxa"/>
              <w:left w:w="85" w:type="dxa"/>
              <w:bottom w:w="75" w:type="dxa"/>
              <w:right w:w="85" w:type="dxa"/>
            </w:tcMar>
            <w:vAlign w:val="center"/>
          </w:tcPr>
          <w:p w14:paraId="1CD724BC" w14:textId="77777777" w:rsidR="00807297" w:rsidRPr="001A1B66" w:rsidRDefault="00000000">
            <w:pPr>
              <w:spacing w:after="0" w:line="240" w:lineRule="auto"/>
              <w:rPr>
                <w:noProof/>
                <w:lang w:val="ro-RO"/>
              </w:rPr>
            </w:pPr>
            <w:r w:rsidRPr="001A1B66">
              <w:rPr>
                <w:noProof/>
                <w:sz w:val="16"/>
                <w:lang w:val="ro-RO"/>
              </w:rPr>
              <w:t>Model obiective ISO 22000</w:t>
            </w:r>
          </w:p>
        </w:tc>
      </w:tr>
      <w:tr w:rsidR="00807297" w:rsidRPr="001A1B66" w14:paraId="268C1636" w14:textId="77777777">
        <w:trPr>
          <w:cantSplit/>
          <w:jc w:val="center"/>
        </w:trPr>
        <w:tc>
          <w:tcPr>
            <w:tcW w:w="3118" w:type="dxa"/>
            <w:shd w:val="clear" w:color="auto" w:fill="FAFAFA"/>
            <w:tcMar>
              <w:top w:w="75" w:type="dxa"/>
              <w:left w:w="85" w:type="dxa"/>
              <w:bottom w:w="75" w:type="dxa"/>
              <w:right w:w="85" w:type="dxa"/>
            </w:tcMar>
            <w:vAlign w:val="center"/>
          </w:tcPr>
          <w:p w14:paraId="62D02B40" w14:textId="77777777" w:rsidR="00807297" w:rsidRPr="001A1B66" w:rsidRDefault="00000000">
            <w:pPr>
              <w:spacing w:after="0" w:line="240" w:lineRule="auto"/>
              <w:rPr>
                <w:noProof/>
                <w:lang w:val="ro-RO"/>
              </w:rPr>
            </w:pPr>
            <w:r w:rsidRPr="001A1B66">
              <w:rPr>
                <w:noProof/>
                <w:sz w:val="16"/>
                <w:lang w:val="ro-RO"/>
              </w:rPr>
              <w:t>Ediție</w:t>
            </w:r>
          </w:p>
        </w:tc>
        <w:tc>
          <w:tcPr>
            <w:tcW w:w="6803" w:type="dxa"/>
            <w:shd w:val="clear" w:color="auto" w:fill="FAFAFA"/>
            <w:tcMar>
              <w:top w:w="75" w:type="dxa"/>
              <w:left w:w="85" w:type="dxa"/>
              <w:bottom w:w="75" w:type="dxa"/>
              <w:right w:w="85" w:type="dxa"/>
            </w:tcMar>
            <w:vAlign w:val="center"/>
          </w:tcPr>
          <w:p w14:paraId="671833E7" w14:textId="77777777" w:rsidR="00807297" w:rsidRPr="001A1B66" w:rsidRDefault="00000000">
            <w:pPr>
              <w:spacing w:after="0" w:line="240" w:lineRule="auto"/>
              <w:rPr>
                <w:noProof/>
                <w:lang w:val="ro-RO"/>
              </w:rPr>
            </w:pPr>
            <w:r w:rsidRPr="001A1B66">
              <w:rPr>
                <w:noProof/>
                <w:sz w:val="16"/>
                <w:lang w:val="ro-RO"/>
              </w:rPr>
              <w:t>1 / iulie 2026</w:t>
            </w:r>
          </w:p>
        </w:tc>
      </w:tr>
      <w:tr w:rsidR="00807297" w:rsidRPr="001A1B66" w14:paraId="1024D4DC" w14:textId="77777777">
        <w:trPr>
          <w:cantSplit/>
          <w:jc w:val="center"/>
        </w:trPr>
        <w:tc>
          <w:tcPr>
            <w:tcW w:w="3118" w:type="dxa"/>
            <w:shd w:val="clear" w:color="auto" w:fill="FFFFFF"/>
            <w:tcMar>
              <w:top w:w="75" w:type="dxa"/>
              <w:left w:w="85" w:type="dxa"/>
              <w:bottom w:w="75" w:type="dxa"/>
              <w:right w:w="85" w:type="dxa"/>
            </w:tcMar>
            <w:vAlign w:val="center"/>
          </w:tcPr>
          <w:p w14:paraId="673CE1AB" w14:textId="77777777" w:rsidR="00807297" w:rsidRPr="001A1B66" w:rsidRDefault="00000000">
            <w:pPr>
              <w:spacing w:after="0" w:line="240" w:lineRule="auto"/>
              <w:rPr>
                <w:noProof/>
                <w:lang w:val="ro-RO"/>
              </w:rPr>
            </w:pPr>
            <w:r w:rsidRPr="001A1B66">
              <w:rPr>
                <w:noProof/>
                <w:sz w:val="16"/>
                <w:lang w:val="ro-RO"/>
              </w:rPr>
              <w:t>Proprietar document</w:t>
            </w:r>
          </w:p>
        </w:tc>
        <w:tc>
          <w:tcPr>
            <w:tcW w:w="6803" w:type="dxa"/>
            <w:shd w:val="clear" w:color="auto" w:fill="FFFFFF"/>
            <w:tcMar>
              <w:top w:w="75" w:type="dxa"/>
              <w:left w:w="85" w:type="dxa"/>
              <w:bottom w:w="75" w:type="dxa"/>
              <w:right w:w="85" w:type="dxa"/>
            </w:tcMar>
            <w:vAlign w:val="center"/>
          </w:tcPr>
          <w:p w14:paraId="25AA44F9" w14:textId="77777777" w:rsidR="00807297" w:rsidRPr="001A1B66" w:rsidRDefault="00000000">
            <w:pPr>
              <w:spacing w:after="0" w:line="240" w:lineRule="auto"/>
              <w:rPr>
                <w:noProof/>
                <w:lang w:val="ro-RO"/>
              </w:rPr>
            </w:pPr>
            <w:r w:rsidRPr="001A1B66">
              <w:rPr>
                <w:noProof/>
                <w:sz w:val="16"/>
                <w:lang w:val="ro-RO"/>
              </w:rPr>
              <w:t>____________________________</w:t>
            </w:r>
          </w:p>
        </w:tc>
      </w:tr>
      <w:tr w:rsidR="00807297" w:rsidRPr="001A1B66" w14:paraId="1DA5799D" w14:textId="77777777">
        <w:trPr>
          <w:cantSplit/>
          <w:jc w:val="center"/>
        </w:trPr>
        <w:tc>
          <w:tcPr>
            <w:tcW w:w="3118" w:type="dxa"/>
            <w:shd w:val="clear" w:color="auto" w:fill="FAFAFA"/>
            <w:tcMar>
              <w:top w:w="75" w:type="dxa"/>
              <w:left w:w="85" w:type="dxa"/>
              <w:bottom w:w="75" w:type="dxa"/>
              <w:right w:w="85" w:type="dxa"/>
            </w:tcMar>
            <w:vAlign w:val="center"/>
          </w:tcPr>
          <w:p w14:paraId="7006AB93" w14:textId="77777777" w:rsidR="00807297" w:rsidRPr="001A1B66" w:rsidRDefault="00000000">
            <w:pPr>
              <w:spacing w:after="0" w:line="240" w:lineRule="auto"/>
              <w:rPr>
                <w:noProof/>
                <w:lang w:val="ro-RO"/>
              </w:rPr>
            </w:pPr>
            <w:r w:rsidRPr="001A1B66">
              <w:rPr>
                <w:noProof/>
                <w:sz w:val="16"/>
                <w:lang w:val="ro-RO"/>
              </w:rPr>
              <w:t>Aprobat de / data</w:t>
            </w:r>
          </w:p>
        </w:tc>
        <w:tc>
          <w:tcPr>
            <w:tcW w:w="6803" w:type="dxa"/>
            <w:shd w:val="clear" w:color="auto" w:fill="FAFAFA"/>
            <w:tcMar>
              <w:top w:w="75" w:type="dxa"/>
              <w:left w:w="85" w:type="dxa"/>
              <w:bottom w:w="75" w:type="dxa"/>
              <w:right w:w="85" w:type="dxa"/>
            </w:tcMar>
            <w:vAlign w:val="center"/>
          </w:tcPr>
          <w:p w14:paraId="4AF11452" w14:textId="77777777" w:rsidR="00807297" w:rsidRPr="001A1B66" w:rsidRDefault="00000000">
            <w:pPr>
              <w:spacing w:after="0" w:line="240" w:lineRule="auto"/>
              <w:rPr>
                <w:noProof/>
                <w:lang w:val="ro-RO"/>
              </w:rPr>
            </w:pPr>
            <w:r w:rsidRPr="001A1B66">
              <w:rPr>
                <w:noProof/>
                <w:sz w:val="16"/>
                <w:lang w:val="ro-RO"/>
              </w:rPr>
              <w:t>____________________________</w:t>
            </w:r>
          </w:p>
        </w:tc>
      </w:tr>
      <w:tr w:rsidR="00807297" w:rsidRPr="001A1B66" w14:paraId="309C3A7C" w14:textId="77777777">
        <w:trPr>
          <w:cantSplit/>
          <w:jc w:val="center"/>
        </w:trPr>
        <w:tc>
          <w:tcPr>
            <w:tcW w:w="3118" w:type="dxa"/>
            <w:shd w:val="clear" w:color="auto" w:fill="FFFFFF"/>
            <w:tcMar>
              <w:top w:w="75" w:type="dxa"/>
              <w:left w:w="85" w:type="dxa"/>
              <w:bottom w:w="75" w:type="dxa"/>
              <w:right w:w="85" w:type="dxa"/>
            </w:tcMar>
            <w:vAlign w:val="center"/>
          </w:tcPr>
          <w:p w14:paraId="70373E1F" w14:textId="77777777" w:rsidR="00807297" w:rsidRPr="001A1B66" w:rsidRDefault="00000000">
            <w:pPr>
              <w:spacing w:after="0" w:line="240" w:lineRule="auto"/>
              <w:rPr>
                <w:noProof/>
                <w:lang w:val="ro-RO"/>
              </w:rPr>
            </w:pPr>
            <w:r w:rsidRPr="001A1B66">
              <w:rPr>
                <w:noProof/>
                <w:sz w:val="16"/>
                <w:lang w:val="ro-RO"/>
              </w:rPr>
              <w:t>Data revizuirii</w:t>
            </w:r>
          </w:p>
        </w:tc>
        <w:tc>
          <w:tcPr>
            <w:tcW w:w="6803" w:type="dxa"/>
            <w:shd w:val="clear" w:color="auto" w:fill="FFFFFF"/>
            <w:tcMar>
              <w:top w:w="75" w:type="dxa"/>
              <w:left w:w="85" w:type="dxa"/>
              <w:bottom w:w="75" w:type="dxa"/>
              <w:right w:w="85" w:type="dxa"/>
            </w:tcMar>
            <w:vAlign w:val="center"/>
          </w:tcPr>
          <w:p w14:paraId="12570D0C" w14:textId="77777777" w:rsidR="00807297" w:rsidRPr="001A1B66" w:rsidRDefault="00000000">
            <w:pPr>
              <w:spacing w:after="0" w:line="240" w:lineRule="auto"/>
              <w:rPr>
                <w:noProof/>
                <w:lang w:val="ro-RO"/>
              </w:rPr>
            </w:pPr>
            <w:r w:rsidRPr="001A1B66">
              <w:rPr>
                <w:noProof/>
                <w:sz w:val="16"/>
                <w:lang w:val="ro-RO"/>
              </w:rPr>
              <w:t>____________________________</w:t>
            </w:r>
          </w:p>
        </w:tc>
      </w:tr>
    </w:tbl>
    <w:p w14:paraId="747C7891" w14:textId="77777777" w:rsidR="00807297" w:rsidRPr="001A1B66" w:rsidRDefault="00807297">
      <w:pPr>
        <w:spacing w:after="20"/>
        <w:rPr>
          <w:noProof/>
          <w:lang w:val="ro-RO"/>
        </w:rPr>
      </w:pPr>
    </w:p>
    <w:sectPr w:rsidR="00807297" w:rsidRPr="001A1B66" w:rsidSect="00034616">
      <w:headerReference w:type="default" r:id="rId11"/>
      <w:footerReference w:type="default" r:id="rId12"/>
      <w:pgSz w:w="11906" w:h="16838"/>
      <w:pgMar w:top="964" w:right="964" w:bottom="907" w:left="964" w:header="283" w:footer="28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152A9" w14:textId="77777777" w:rsidR="00F41CCD" w:rsidRDefault="00F41CCD">
      <w:pPr>
        <w:spacing w:after="0" w:line="240" w:lineRule="auto"/>
      </w:pPr>
      <w:r>
        <w:separator/>
      </w:r>
    </w:p>
  </w:endnote>
  <w:endnote w:type="continuationSeparator" w:id="0">
    <w:p w14:paraId="2AA87AE5" w14:textId="77777777" w:rsidR="00F41CCD" w:rsidRDefault="00F41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4878D" w14:textId="77777777" w:rsidR="00807297" w:rsidRPr="001A1B66" w:rsidRDefault="00807297">
    <w:pPr>
      <w:pStyle w:val="Footer"/>
      <w:rPr>
        <w:noProof/>
        <w:lang w:val="ro-RO"/>
      </w:rP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220"/>
      <w:gridCol w:w="1701"/>
    </w:tblGrid>
    <w:tr w:rsidR="00807297" w:rsidRPr="001A1B66" w14:paraId="73F4E562" w14:textId="77777777">
      <w:trPr>
        <w:jc w:val="center"/>
      </w:trPr>
      <w:tc>
        <w:tcPr>
          <w:tcW w:w="8220" w:type="dxa"/>
          <w:tcMar>
            <w:top w:w="75" w:type="dxa"/>
            <w:left w:w="85" w:type="dxa"/>
            <w:bottom w:w="75" w:type="dxa"/>
            <w:right w:w="85" w:type="dxa"/>
          </w:tcMar>
          <w:vAlign w:val="center"/>
        </w:tcPr>
        <w:p w14:paraId="4E30DE59" w14:textId="77777777" w:rsidR="00807297" w:rsidRPr="001A1B66" w:rsidRDefault="00000000">
          <w:pPr>
            <w:spacing w:after="0" w:line="240" w:lineRule="auto"/>
            <w:rPr>
              <w:noProof/>
              <w:lang w:val="ro-RO"/>
            </w:rPr>
          </w:pPr>
          <w:r w:rsidRPr="001A1B66">
            <w:rPr>
              <w:noProof/>
              <w:color w:val="666666"/>
              <w:sz w:val="14"/>
              <w:lang w:val="ro-RO"/>
            </w:rPr>
            <w:t>Instrument orientativ. A se adapta contextului organizației.</w:t>
          </w:r>
        </w:p>
      </w:tc>
      <w:tc>
        <w:tcPr>
          <w:tcW w:w="1701" w:type="dxa"/>
        </w:tcPr>
        <w:p w14:paraId="43CEEA07" w14:textId="77777777" w:rsidR="00807297" w:rsidRPr="001A1B66" w:rsidRDefault="00000000">
          <w:pPr>
            <w:jc w:val="right"/>
            <w:rPr>
              <w:noProof/>
              <w:lang w:val="ro-RO"/>
            </w:rPr>
          </w:pPr>
          <w:r w:rsidRPr="001A1B66">
            <w:rPr>
              <w:noProof/>
              <w:color w:val="666666"/>
              <w:sz w:val="14"/>
              <w:lang w:val="ro-RO"/>
            </w:rPr>
            <w:t xml:space="preserve">Pagina </w:t>
          </w:r>
          <w:r w:rsidRPr="001A1B66">
            <w:rPr>
              <w:noProof/>
              <w:lang w:val="ro-RO"/>
            </w:rPr>
            <w:fldChar w:fldCharType="begin"/>
          </w:r>
          <w:r w:rsidRPr="001A1B66">
            <w:rPr>
              <w:noProof/>
              <w:lang w:val="ro-RO"/>
            </w:rPr>
            <w:instrText xml:space="preserve"> PAGE </w:instrText>
          </w:r>
          <w:r w:rsidRPr="001A1B66">
            <w:rPr>
              <w:noProof/>
              <w:lang w:val="ro-RO"/>
            </w:rPr>
            <w:fldChar w:fldCharType="separate"/>
          </w:r>
          <w:r w:rsidR="001A1B66" w:rsidRPr="001A1B66">
            <w:rPr>
              <w:noProof/>
              <w:lang w:val="ro-RO"/>
            </w:rPr>
            <w:t>2</w:t>
          </w:r>
          <w:r w:rsidRPr="001A1B66">
            <w:rPr>
              <w:noProof/>
              <w:lang w:val="ro-RO"/>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3DF849" w14:textId="77777777" w:rsidR="00F41CCD" w:rsidRDefault="00F41CCD">
      <w:pPr>
        <w:spacing w:after="0" w:line="240" w:lineRule="auto"/>
      </w:pPr>
      <w:r>
        <w:separator/>
      </w:r>
    </w:p>
  </w:footnote>
  <w:footnote w:type="continuationSeparator" w:id="0">
    <w:p w14:paraId="20AC40F0" w14:textId="77777777" w:rsidR="00F41CCD" w:rsidRDefault="00F41C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2BF92" w14:textId="1EC2B8BA" w:rsidR="00807297" w:rsidRPr="001A1B66" w:rsidRDefault="00000000">
    <w:pPr>
      <w:pStyle w:val="Header"/>
      <w:pBdr>
        <w:bottom w:val="single" w:sz="8" w:space="3" w:color="D71920"/>
      </w:pBdr>
      <w:tabs>
        <w:tab w:val="right" w:pos="9921"/>
      </w:tabs>
      <w:rPr>
        <w:noProof/>
        <w:lang w:val="ro-RO"/>
      </w:rPr>
    </w:pPr>
    <w:r w:rsidRPr="001A1B66">
      <w:rPr>
        <w:b/>
        <w:noProof/>
        <w:color w:val="D71920"/>
        <w:sz w:val="20"/>
        <w:lang w:val="ro-RO"/>
      </w:rPr>
      <w:t>C</w:t>
    </w:r>
    <w:r w:rsidR="001A1B66">
      <w:rPr>
        <w:b/>
        <w:noProof/>
        <w:color w:val="D71920"/>
        <w:sz w:val="20"/>
        <w:lang w:val="ro-RO"/>
      </w:rPr>
      <w:t>ertify</w:t>
    </w:r>
    <w:r w:rsidRPr="001A1B66">
      <w:rPr>
        <w:noProof/>
        <w:color w:val="666666"/>
        <w:sz w:val="16"/>
        <w:lang w:val="ro-RO"/>
      </w:rPr>
      <w:t xml:space="preserve">  |  RESURSE PRACTICE ISO</w:t>
    </w:r>
    <w:r w:rsidRPr="001A1B66">
      <w:rPr>
        <w:noProof/>
        <w:lang w:val="ro-RO"/>
      </w:rPr>
      <w:tab/>
    </w:r>
    <w:r w:rsidRPr="001A1B66">
      <w:rPr>
        <w:noProof/>
        <w:color w:val="666666"/>
        <w:sz w:val="15"/>
        <w:lang w:val="ro-RO"/>
      </w:rPr>
      <w:t>MODEL OBIECTIVE ISO 22000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67320590">
    <w:abstractNumId w:val="8"/>
  </w:num>
  <w:num w:numId="2" w16cid:durableId="1096293872">
    <w:abstractNumId w:val="6"/>
  </w:num>
  <w:num w:numId="3" w16cid:durableId="1686010620">
    <w:abstractNumId w:val="5"/>
  </w:num>
  <w:num w:numId="4" w16cid:durableId="1960329730">
    <w:abstractNumId w:val="4"/>
  </w:num>
  <w:num w:numId="5" w16cid:durableId="1875775786">
    <w:abstractNumId w:val="7"/>
  </w:num>
  <w:num w:numId="6" w16cid:durableId="1866942960">
    <w:abstractNumId w:val="3"/>
  </w:num>
  <w:num w:numId="7" w16cid:durableId="1953977904">
    <w:abstractNumId w:val="2"/>
  </w:num>
  <w:num w:numId="8" w16cid:durableId="1644314534">
    <w:abstractNumId w:val="1"/>
  </w:num>
  <w:num w:numId="9" w16cid:durableId="20921902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A1B66"/>
    <w:rsid w:val="0029639D"/>
    <w:rsid w:val="00326F90"/>
    <w:rsid w:val="003E00BB"/>
    <w:rsid w:val="005E515D"/>
    <w:rsid w:val="00696259"/>
    <w:rsid w:val="00807297"/>
    <w:rsid w:val="009C7AC0"/>
    <w:rsid w:val="00AA1D8D"/>
    <w:rsid w:val="00B47730"/>
    <w:rsid w:val="00CB0664"/>
    <w:rsid w:val="00F41CC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570A1B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line="254" w:lineRule="auto"/>
    </w:pPr>
    <w:rPr>
      <w:rFonts w:ascii="Arial" w:hAnsi="Arial"/>
      <w:color w:val="222222"/>
      <w:sz w:val="18"/>
    </w:rPr>
  </w:style>
  <w:style w:type="paragraph" w:styleId="Heading1">
    <w:name w:val="heading 1"/>
    <w:basedOn w:val="Normal"/>
    <w:next w:val="Normal"/>
    <w:link w:val="Heading1Char"/>
    <w:uiPriority w:val="9"/>
    <w:qFormat/>
    <w:rsid w:val="00FC693F"/>
    <w:pPr>
      <w:keepNext/>
      <w:keepLines/>
      <w:spacing w:before="240" w:after="120"/>
      <w:outlineLvl w:val="0"/>
    </w:pPr>
    <w:rPr>
      <w:rFonts w:asciiTheme="majorHAnsi" w:eastAsiaTheme="majorEastAsia" w:hAnsiTheme="majorHAnsi" w:cstheme="majorBidi"/>
      <w:b/>
      <w:bCs/>
      <w:sz w:val="34"/>
      <w:szCs w:val="28"/>
    </w:rPr>
  </w:style>
  <w:style w:type="paragraph" w:styleId="Heading2">
    <w:name w:val="heading 2"/>
    <w:basedOn w:val="Normal"/>
    <w:next w:val="Normal"/>
    <w:link w:val="Heading2Char"/>
    <w:uiPriority w:val="9"/>
    <w:unhideWhenUsed/>
    <w:qFormat/>
    <w:rsid w:val="00FC693F"/>
    <w:pPr>
      <w:keepNext/>
      <w:keepLines/>
      <w:spacing w:before="180"/>
      <w:outlineLvl w:val="1"/>
    </w:pPr>
    <w:rPr>
      <w:rFonts w:asciiTheme="majorHAnsi" w:eastAsiaTheme="majorEastAsia" w:hAnsiTheme="majorHAnsi" w:cstheme="majorBidi"/>
      <w:b/>
      <w:bCs/>
      <w:color w:val="D71920"/>
      <w:sz w:val="25"/>
      <w:szCs w:val="26"/>
    </w:rPr>
  </w:style>
  <w:style w:type="paragraph" w:styleId="Heading3">
    <w:name w:val="heading 3"/>
    <w:basedOn w:val="Normal"/>
    <w:next w:val="Normal"/>
    <w:link w:val="Heading3Char"/>
    <w:uiPriority w:val="9"/>
    <w:unhideWhenUsed/>
    <w:qFormat/>
    <w:rsid w:val="00FC693F"/>
    <w:pPr>
      <w:keepNext/>
      <w:keepLines/>
      <w:spacing w:before="120" w:after="60"/>
      <w:outlineLvl w:val="2"/>
    </w:pPr>
    <w:rPr>
      <w:rFonts w:asciiTheme="majorHAnsi" w:eastAsiaTheme="majorEastAsia" w:hAnsiTheme="majorHAnsi" w:cstheme="majorBidi"/>
      <w:b/>
      <w:bCs/>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60" w:line="240" w:lineRule="auto"/>
      <w:contextualSpacing/>
    </w:pPr>
    <w:rPr>
      <w:rFonts w:asciiTheme="majorHAnsi" w:eastAsiaTheme="majorEastAsia" w:hAnsiTheme="majorHAnsi" w:cstheme="majorBidi"/>
      <w:b/>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so.org/standard/65464.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iso.org/standard/88794.html" TargetMode="External"/><Relationship Id="rId4" Type="http://schemas.openxmlformats.org/officeDocument/2006/relationships/settings" Target="settings.xml"/><Relationship Id="rId9" Type="http://schemas.openxmlformats.org/officeDocument/2006/relationships/hyperlink" Target="https://www.iso.org/standard/88410.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3984</Words>
  <Characters>22712</Characters>
  <Application>Microsoft Office Word</Application>
  <DocSecurity>0</DocSecurity>
  <Lines>189</Lines>
  <Paragraphs>53</Paragraphs>
  <ScaleCrop>false</ScaleCrop>
  <Manager/>
  <Company/>
  <LinksUpToDate>false</LinksUpToDate>
  <CharactersWithSpaces>26643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2026-07-24T09:57:00Z</dcterms:created>
  <dcterms:modified xsi:type="dcterms:W3CDTF">2026-07-24T09:57:00Z</dcterms:modified>
  <cp:category/>
</cp:coreProperties>
</file>